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Sichos Saba</w:t>
      </w:r>
    </w:p>
    <w:p>
      <w:pPr>
        <w:jc w:val="center"/>
      </w:pPr>
      <w:r>
        <w:t>Complete English Translation — Organized by Tape and Tape Side</w:t>
      </w:r>
    </w:p>
    <w:p>
      <w:pPr>
        <w:jc w:val="center"/>
      </w:pPr>
      <w:r>
        <w:t>Teachings and conversations of Saba Yisroel, Rabbi Yisroel Dov Odesser</w:t>
      </w:r>
    </w:p>
    <w:p>
      <w:pPr>
        <w:jc w:val="center"/>
      </w:pPr>
      <w:r>
        <w:t>Complete reviewed edition</w:t>
      </w:r>
    </w:p>
    <w:p>
      <w:r>
        <w:t>Source note: The supplied transcript warns that it contains transcription errors and that unclear readings should be checked against the recordings. Explicitly missing and partial source material is identified rather than reconstructed or summarized.</w:t>
      </w:r>
    </w:p>
    <w:p>
      <w:r>
        <w:br w:type="page"/>
      </w:r>
    </w:p>
    <w:p>
      <w:pPr>
        <w:pStyle w:val="Heading1"/>
      </w:pPr>
      <w:r>
        <w:t>Tape 1</w:t>
      </w:r>
    </w:p>
    <w:p>
      <w:pPr>
        <w:pStyle w:val="Heading2"/>
      </w:pPr>
      <w:r>
        <w:t>Side A (Aleph)</w:t>
      </w:r>
    </w:p>
    <w:p>
      <w:r>
        <w:t>that we are speaking of our Rebbe, the holy one — Rebbe Nassan — with all manner of praises that we could say, we still have not yet reached a drop from the sea of his greatness. Yes. Rebbe — Rebbe Nassan said this, and I say only the words of Rebbe Nassan. Yes. But Rebbe Yisroel (Kardonner) — he made me into a person of Rabbainu. We need to speak of them. Yoy. But not everything — everything — this is only Rabbainu. He rose above all. Yes.</w:t>
      </w:r>
    </w:p>
    <w:p>
      <w:r>
        <w:t>The main thing is Rabbainu. If only there were truth in the world, and among our people — anshay shlomaynu — and they would speak of this, and publicize the name of Rabbainu, what Rabbainu is — the redemption would already have come, the world would already be drawing close to Rabbainu. But the falsehood — this, this, this separates and blinds, blinds one's eyes — the falsehood. Yes.</w:t>
      </w:r>
    </w:p>
    <w:p>
      <w:r>
        <w:t>But the Holy One Blessed Be He — we are not permitted to harbor doubts about the Holy One Blessed Be He. Yes. A time will yet come. Yes. It will come, it will come — a time will come — it will come, the time will come — when He will remove the falsehood from the world, and reveal — and the truth will be revealed. Yes. Only we must believe and strengthen ourselves in prayer — to pray, like this — to speak with the Holy One Blessed Be He from the lips, or to study in a book, or to study Likutay Tfilos with the lips — what is written in the book, to say it with the lips. Yes. Without any — without any — without any heart. Without — yes. This… I say: "Blessed are You, Hashem…" like a convert. Yes.</w:t>
      </w:r>
    </w:p>
    <w:p>
      <w:r>
        <w:t>[Do you remember that story that you told — that you didn't want to finish drinking the milk, that you were drinking…] Ah — the mother's milk ran out. [The mother's milk.] Yes, yes. [So I want you to tell it…]</w:t>
      </w:r>
    </w:p>
    <w:p>
      <w:r>
        <w:t>So I went, I took out this — this… So she said to me: "You're already — you're already grown up, aren't you ashamed? What's the matter with you?" So I started to cry: "Oy, I want — I want the da'as, {what will become of it}."</w:t>
      </w:r>
    </w:p>
    <w:p>
      <w:r>
        <w:t>And also — yes, I remember — that I was — how old was I, how many years — I was sick, I was very sick. And I had a battle with — with — with the angel, the Angel of Death. I felt that I was about to die. But I… [How old were you?] Ah? I don't remember… [Ten? Five, six?] In my childhood. [In childhood.] Less — less. [Less than ten. What did you feel?] In any case — [What kind —] Yoy. [What did you feel when the Angel of Death…]</w:t>
      </w:r>
    </w:p>
    <w:p>
      <w:r>
        <w:t>I was very sick and became very weak. Because one who is sick — they need to give him something to revive his soul — milk! And she gave me milk and water. I received it… "Give me milk!" But she didn't have it — she gave me milk with water. So I said to her: "You're giving me milk and water — I want only milk!" In any case, afterwards I came out… I got better. So I said to my mother: "I am very weak, I need a little meat, soup (marak)." She gave me three coins — like today three, three groshn, three… And I went to the inn of 'Shafer' — the father of Yisroel Shafer. Yes. She, she, she cooked well. Yes. She gave me — with three groshn — to buy soup with — with — with — soup with a piece of meat, or a piece of chicken. Nu, nu. I tasted the — the soup. I had never tasted soup at home. So this — I felt a good taste. Yes.</w:t>
      </w:r>
    </w:p>
    <w:p>
      <w:r>
        <w:t>But the Holy One Blessed Be He returned my soul to me through miracles. I saw miracles many times — miracles. The Holy One Blessed Be He showed me that He is giving me in order to live. Yes. [So that healed you — that soup healed you?] Yes, yes. [It gave you strength.] But she gave me only perhaps two times, or three times. I needed several… a week, two weeks, two weeks. Nu — she didn't give, she didn't have it. Nu. Yes. I live through a miracle. There was great poverty. And they received everything with love and joy — the father and the mother. Yes.</w:t>
      </w:r>
    </w:p>
    <w:p>
      <w:r>
        <w:t>[You told me that there was — there was hunger. Your mother would give you in your room a piece of bread with a drop, a drop of oil — olive oil.] With — with — with a few drops. [Drops of olive oil.] Yes. So I asked: "Give a few more drops." So she said to me — what… She shouted at me: "I need the oil for Shabbos — don't say anything, this — this is enough!" Yes.</w:t>
      </w:r>
    </w:p>
    <w:p>
      <w:r>
        <w:t>And afterwards I went and gave the bread with the drops of oil — I gave it to a poor man… There was in Teveria an old man, a couple — an old man and an old woman — and he went around asking for charity, a poor man. So I wanted to do tzedakah and kindness, tzedakah — I took the bread, I had no money — I took the bread and went to the old man, to that poor man, and gave it to him. And his name was Yosef Noach — Yosef Noach, that was his name — because I remember his name until this very day: Yosef Noach, two names. This was — this was during the Torah portion of 'Noach' — this is after Sukkos, Parshass Noach, after 'Beraishis' comes 'Noach'. So this is good. I… This was on Sunday. I went and gave him joyfully the bread with the drops of olive oil. I went and gave it to him. I thought I had done a great tzedakah — he and his wife would eat. Yes. Yes.</w:t>
      </w:r>
    </w:p>
    <w:p>
      <w:r>
        <w:t>I went back to my room and had nothing to eat — I had given away the bread. So my head ached — my head ached terribly. I needed to eat and had nothing. So the Rebbe — the teacher — his practice on Sunday was to tell the students: "This week we go to — to Parshass Noach." Yes, he said it several times, so they should know what portion it was that week. Yes. He looked at all the students and noticed me — that I was not listening at all, as if I were not present in the room, I heard nothing at all — no — and knew nothing at all. So he let me be and finished. Afterwards he called on me: "Yisroel Ber — tell me, which — which portion is it this week?" I — I wasn't listening. I didn't know and didn't — didn't… My head was aching and I wasn't, wasn't, wasn't hearing what he was saying at all.</w:t>
      </w:r>
    </w:p>
    <w:p>
      <w:r>
        <w:t>Nu, nu — he struck me with such cruelty: "What is this? I say several times like this that this week is Parshass Noach — where were you? You are not… What is this? Where were you?" He struck me and I was shamed in front of all the students. He beat me so cruelly. Yes. [How old were you, Saba?] I don't know. Small. [A child of five, six?] Yes, around that — they start learning Chumash. [Ah, Chumash, yes.]</w:t>
      </w:r>
    </w:p>
    <w:p>
      <w:r>
        <w:t>Parshass Noach. Oy, oy. I said: "From today I will no longer give away — I must… if not, I will get beaten." I didn't know the week's portion was Noach — and yet I gave again to that poor man my bread. Oy. And within me was all of Yiddishkait — all, all that I had heard in spiritual matters, in matters of emunah, in matters of Torah — it was within me. I received new insights — things that had not appeared, things that I had not known even before… even previously I had not known of the Holy One Blessed Be He, of Torah — I heard that there is Torah and there is the Holy One Blessed Be He — and then it was within me, there was within me a great joy. Yes. Yes.</w:t>
      </w:r>
    </w:p>
    <w:p>
      <w:r>
        <w:t>Oy — and I was the worst of all, of all the children — the very worst. I was born into poverty, and also I was a weak child. Yes. I have miracles in that I am alive, that I was able to live. I would study — I would rise early and light a small lamp. We had a small candle of number '2'. I lit the lamp and said Tehillim and prayed — I began to pray. And so the whole week I lit the lamp for — on, on — for several hours. And there was a shortage of… They had a bottle of — of kerosene. This bottle had to last from Shabbos to Shabbos. And I used the lamp. And when Shabbos came there was no — there was kerosene. So they said: "Ho, Yisroel Ber — Yisroel Ber makes us troubles like this. He, he burns the kerosene and there is nothing left for us, and there isn't, and there isn't enough for us to get through the week." Yes.</w:t>
      </w:r>
    </w:p>
    <w:p>
      <w:r>
        <w:t>And also — I was born a very weak person. It is a miracle how I, how I grew up and am alive. Yes. But blessed be Hashem. And I was very simple, and I had a will — a strong will to be, to be a truly upright person, to serve Hashem in truth, and to study and to pray. Nu, nu. Especially when the years after my bar mitzvah began — the battle of the sins of youth began. Yes. Thoughts and… and I didn't know what this was. Yes. Oy, oy. Nu, nu. Who can tell it? Who can imagine it?</w:t>
      </w:r>
    </w:p>
    <w:p>
      <w:r>
        <w:t>[So what did you do about the sins of youth? What, what, how, how — how did you overcome them? What did you do?] What? [What did you do when you reached the age of youth?]</w:t>
      </w:r>
    </w:p>
    <w:p>
      <w:r>
        <w:t>I had very hard battles. And if there was any stain whatsoever — from a thought, or from some — no, no, no, Heaven forfend, I did not stain myself as {it is today}, rachmana litzlan — for any stain at all, no matter how small, it was as if I were the most wicked man in the world. Yes. I could find no place for myself before the Holy One Blessed Be He, before Torah. Yes. And this is what brought me to the Holy One Blessed Be He — precisely what I went through — and I strengthened myself and fought and said: "I love the Holy One Blessed Be He, whatever will be — I want to serve Hashem, I…yes." Oy voy…</w:t>
      </w:r>
    </w:p>
    <w:p>
      <w:r>
        <w:t>I — I prayed in the synagogue, but I prayed with fiery enthusiasm, with emunah and with truth. Yes. Until I was alone in this — yes — and I looked like a madman. There was one old man whose name was Rav Yaakov Kasir — Kasir, Kasira Kasira, Kasir — Rav Yaakov Kasir. And he knew some learning, and he was an upright person. Yes. He was from the Chassidim of — of Bian, of… But he loved me very much. He heard the prayer — with truth and with fiery enthusiasm. Yes. He loved me very much. By his nature he was a great miser — yes — even for tzedakah he was a great miser. Yes. And he came to me at the place where I was standing and praying, and gave me a large coin. Yes. He placed a large coin as a gift in my hand. So I was astonished: "He is such a miser, and he gives me such a coin!"</w:t>
      </w:r>
    </w:p>
    <w:p>
      <w:r>
        <w:t>[Was this before you knew of Rabbainu? Before?] Yes! [Long before that.] Yes! [Before you were married — before everything.] Ah? [Before the wedding — before — before you were married.] Yes, certainly. Who can imagine? Who can describe? Who can?… Without chiyus, without… And there was no one for me — who, who would speak with me, who would guide me. Yes. I was in atzavus — in sadness. Yes. Broken, broken. [Broken heart.]</w:t>
      </w:r>
    </w:p>
    <w:p>
      <w:r>
        <w:t>But this was a great good — because I was broken, and this, this drew me close to the Holy One Blessed Be He, to Torah. Yes, yes. This was for the good. Yes. [What did you do? Did you go to tzaddikim? What? The broken heart —] Nu. [When you were broken —] Nu. [So what did you do in order to come out of it? Out of the broken heart — did you pray more? Did you go to tzaddikim?]</w:t>
      </w:r>
    </w:p>
    <w:p>
      <w:r>
        <w:t>Yes. I yearned — I had yearnings for the Holy One Blessed Be He. Yes. And I was ashamed — I thought that only I have an yetzer hara, only I have desires, and everyone else is pure. I didn't know what others have. So I said: "All the desires and all the troubles and all the… all, all — I am worse than everyone in the world, worse than all of them." I didn't know that others also have a yetzer hara. Open? [Yes.]</w:t>
      </w:r>
    </w:p>
    <w:p>
      <w:r>
        <w:t>Oy, oy. [So what did you do? Did you go to tzaddikim? Did you go —]</w:t>
      </w:r>
    </w:p>
    <w:p>
      <w:r>
        <w:t>I only knew that I am a Karliner — I have, I have an Admo"r… I have Karlin. He, the Admo"r of Karlin — he knows, he has ruach hakodesh, and he knows… He is in the lands outside Eretz Yisroel, and I am in Eretz Yisroel — he knows, he recognizes me, and he… And I was very glad, because the Karliners — there isn't, there isn't… Every kind of chassidus has some special thing that it takes pride in, and he… yes. That he serves Hashem. Oy, oy. Yes, yes. [So what —]</w:t>
      </w:r>
    </w:p>
    <w:p>
      <w:r>
        <w:t>So, so I thought that my Admo"r — the Karliner — Karlin — is greater than all the Admo"rim, because they shout in prayer, and I loved to shout to the Holy One Blessed Be He. Yes. What — and they shout. But I shouted — there was an old man next to me who said to me: "You wicked one — I am an old man, I already don't hear well, and you want to make me completely deaf? What do you want from me? Why do you shout so much?" So I thought: my Admo"r is in the lands outside Eretz Yisroel — he recognizes me, he has ruach hakodesh, and he — and he… I have, I have, I had, I have the Admo"r of Karlin.</w:t>
      </w:r>
    </w:p>
    <w:p>
      <w:r>
        <w:t>Until I was freed of — of Karlin. Don't ask. Oy, oy, oy. When I merited to draw close to Rabbainu — who knows — no… The klippos before, when I had Karlin — this, this — from this I had confusions. There are Admo"rim who are in the lands outside Eretz Yisroel… There were no Admo"rim in Eretz Yisroel — in Eretz Yisroel there were no Admo"rim, only in the lands outside. So I thought: before the coming of Mashiach — Mashiach — as long as Mashiach has not come yet, has not yet arrived — so the Admo"rim are in the lands outside Eretz Yisroel. They cannot reach Eretz Yisroel, because their holiness is… Yes. I thought all Admo"rim are holy, but Karlin is holy of holies.</w:t>
      </w:r>
    </w:p>
    <w:p>
      <w:r>
        <w:t>But blessed be Hashem — the Holy One Blessed Be He did miracles for me, that I merited to draw close to Rabbainu, and I merited to understand and to see and to feel — what, what Yiddishkait is, and what Torah is. What… Yes. Oy. But, but there was no one to guide me — I didn't have Rabbainu, I didn't know of Rabbainu. Afterwards when I merited to draw close — then I didn't know — did I know then what I know now? But every piece of knowledge that I merited to feel — the truth was… I felt: "Ho! This — this is truth like this, there is nothing like it, this…" — until I merited to be freed of Karlin and all the klippos.</w:t>
      </w:r>
    </w:p>
    <w:p>
      <w:r>
        <w:t>Yes — because I drew close to Rabbainu and traveled to Yerushalayim. And Yerushalayim is a city of great scholars — tzaddi… great geonim. But our people — anshay shlomaynu — they were broken, and they were humble before them in what… And every word I heard from our people — I felt such truth. I saw, I understood. The Holy One Blessed Be He gave me wisdom and intellect to understand. I saw Rebbe Naftali Cohen — he was a wise and enlightened man, and he was — he was a great sage. Yes. And he was a builder — he was able to build, to build large buildings — and he built the synagogue.</w:t>
      </w:r>
    </w:p>
    <w:p>
      <w:r>
        <w:t>[But Rebbe Yisroel Kardonner — you met him before all of them, yes?] Ah? [Rebbe Yisroel — Rebbe Yisroel Kardonner — you met him before all of them, before Rav Naftali Cohen?] Ah, certainly! [All of them — first of all Rebbe Yisroel.] Certainly — first of all Rebbe Yisroel. Yes, yes. He opened all the gates for me — through him I merited to understand, I merited… Yes. And the man Rav Naftali — I, I asked him questions: what to do about the yetzer hara? And he loved to speak with me. He saw the simplicity and truth in me. So he loved me very much. Yes. Nu. He — he was unable — there was a great distance. He was already old, and I, and I… And also I am a simple person, and he was a son of Torah. And he spoke with me, he — he did not like to speak much, but… He spoke much, but in his words there was holy wisdom. Yes. And he, and he instilled in me a spirit — a new spirit. Yes. This is the matter of Rabbainu. Yes. He explained to me what false beliefs are. Yes. He said: "That false is falsehood — false beliefs." So I thought: Karlin — my Admo"r, the Karliner — he is not, he is not, he is not a liar. Until I merited to know that he too is together with them. Until I merited to know and understand this — because if I had not understood, it would have — it would have been a great trouble for me. This heart — there is a blemish in my heart. Yes. A flaw, a flaw. Nu — what does one do?</w:t>
      </w:r>
    </w:p>
    <w:p>
      <w:r>
        <w:t>And blessed be Hashem — the Holy One Blessed Be He helped me, that the words I heard from our people in Yerushalayim were for me a consolation, a salvation — salvation and consolation — and it illuminated within me a great light, to know what this… Yes. I saw that Karlin — Karlin, Karlin, Karlin. Yes. And also everyone — I held on to all of them, to all the false ones. Only my false one — he is holy in Torah and… Karlin. Until I was freed of this — until I merited to understand that this is falsehood — Karlin too, and everyone. Yes. But I was joyful in my portion that I merited the light of Hashem — to know, to see, to understand, and to grasp that this is falsehood and this is truth — against all the world: "and it was reversed" — yes.</w:t>
      </w:r>
    </w:p>
    <w:p>
      <w:r>
        <w:t>I, I, I did like this: "Who are you? What? What? What do you know? What do you understand?" Ho — the Holy One Blessed Be He contracts Himself, and Yisroel Ber too, yes. I merited to feel and to see and to understand that this is truth and this is falsehood! Yes. This — this was at a time when the whole world was sunk in the falsehood — in Admo"rim — and I merited to see the opposite of everyone. Yes. And it did not influence me — they are many, they are great in Torah. What? Who am I? What are you? No — the truth is strong, a mighty warrior like there is none other. Every word I heard from the people of Rabbainu — Rebbe Nassan, Rebbe Nassan the husband of Gittle after Rebbe Yisroel — his simplicity, his truth, his speech, his face, his speech — I saw that all of them have nothing in them at all. If — if — if you see {that a person had nothing in him} — this is Rebbe Nassan, this — this is serving Hashem. Yes.</w:t>
      </w:r>
    </w:p>
    <w:p>
      <w:r>
        <w:t>Because I was in Yerushalayim and I received from this one a word, and from that one a word, and from another a word — and it entered my heart. And I came back to Teveria with merchandise — with new merchandise — new nigunim and a new Yisroel Ber. This is not the Yisroel Ber from before. Yes. Then everyone knew that Yisroel Ber had been in Yerushalayim. And this was a miracle from the Holy One Blessed Be He — beyond nature, impossible to understand. I was born among them, and I knew these were God-fearing Jews. They all had a name of falsehood — that they are yiray Hashem, that they are… Yes. But the Holy One Blessed Be He gave me wisdom and intellect, and I discerned and knew and saw and understood — the truth. Yes.</w:t>
      </w:r>
    </w:p>
    <w:p>
      <w:r>
        <w:t>Were it not for the machlokes — were it not for the opposition — I would have known nothing of Rabbainu. It was precisely — precisely this that drew me close. Yes. These were good gifts: "I have brought you a gift from Eretz Yisroel — 'machlokes'!" This was such a gift as there is none like it in the world. Now give me all — all the money in the world — I don't want it, I don't want it. Yes. There isn't — time has passed. But even today Mashiach has not yet come — the truth is not yet so… Yes. But the world is beginning — beginning to hear and understand about Rabbainu Rebbe Nachman, about Rabbainu Rebbe Nachman. Yes.</w:t>
      </w:r>
    </w:p>
    <w:p>
      <w:r>
        <w:t>All my life there were those who were afraid, frightened to touch a Breslov book. And now one can buy Breslov books everywhere. Nu. I had a hard question to the Holy One Blessed Be He: "Why — the truth — why is the truth not being revealed? Or is the world already in a state of tikkun? When will it be? How is it possible — how can there be the redemption?" But now I see — from eighty years ago until now — I see such a power: the world is drawing itself to Rabbainu. It would have been fitting that the whole world should distance itself from Breslov — because all the great ones were, were opposed, were not… Yes. This has become a wonder — such a wonder.</w:t>
      </w:r>
    </w:p>
    <w:p>
      <w:r>
        <w:t>And so the holy Rabbainu said: "I have brought you a gift from Eretz Yisroel — 'machlokes'!" The whole world — all… He is informing us of this: "The whole world will oppose me — and then whoever draws close to me will be from my people." What… Oy — what they suffered, they suffered across generations — in these generations. They prepared for Mashiach the people of Rabbainu and the books of Rabbainu — every word, every word and every… But the falsehood — the falsehood — this, this blinds eyes, makes eyes blind. Yes. And they do not… And they profane, they plunder — the truth. But Rabbainu already announced: when he entered Uman, he said to Rebbe Nassan: "Even so — the Holy One Blessed Be He, the Holy One Blessed Be He always finishes according to His will." There was a Rebbe and a disciple like this — unique in the world — from the day the world was created. Such a Rebbe and such a disciple. And also all the disciples of Rabbainu — what that is, what that is — oy, blessed be Hashem.</w:t>
      </w:r>
    </w:p>
    <w:p>
      <w:r>
        <w:t>I was crushed and broken and I submitted — and submission — yes. But the heart within was — the truth burning like a flaming fire. Yes, yes. This was a miracle!</w:t>
      </w:r>
    </w:p>
    <w:p>
      <w:r>
        <w:t>There were in Teveria Chassidim of Karlin. And when someone does good deeds — some good thing, tzedakah, kindness — he is considered very important in the city, and they give him the name of tzaddik, and he — everyone jokes, but he did not joke. He served Hashem and was an upright person — he did not joke. But even so, in his heart he had opposition against Breslov, because he could not change the world. Yes. To change the world — only truth can do that — against all the world.</w:t>
      </w:r>
    </w:p>
    <w:p>
      <w:r>
        <w:t>Oy — Master of the World! Oy oy, oy voy — how much I loved Breslov! I gave my soul to travel from Teveria to Yerushalayim at a time when I had — had no money, no bread for the children, no clothing for the children. I traveled to Yerushalayim. They were all poor — our people were poor. Yes. Nu. Among poor people — can one eat? Can one receive money? Or… even not much, even — but they, they are poor. I suffered: if there is no money there is no bread. I go to the shop — he won't give me. Whether I am hungry or not — that is not his business. "You want bread? Money!" I had no money. And water also I had none.</w:t>
      </w:r>
    </w:p>
    <w:p>
      <w:r>
        <w:t>In Yerushalayim there was a great scarcity of water. Today there are springs and there is… But then there was one spring in all of Yerushalayim. And there were two kinds of water — water for washing hands (netilah) and water for drinking. For drinking — in the synagogue they did not — they did not purchase for drinking, they did not buy. They bought cheaply water for washing — I had no water to drink. No bread and no water.</w:t>
      </w:r>
    </w:p>
    <w:p>
      <w:r>
        <w:t>Nu. And when I traveled to Yerushalayim — I looked at myself: "How — how — how are you traveling? To whom are you traveling? What? What will you do there? And you don't even have bread to eat." And I did not look at this — I gave my soul. Yes. I needed to hear from Rav Naftali — from this one, from that one, from this one — some word of Rabbainu. Each time there were different reasons and different miracles for the journey. Because without money one cannot travel — to Yerushalayim, to Haifa and to… One needs money to pay for the expenses and for bread. There was none. But with the Holy One Blessed Be He everything is recorded — there is an accounting. Yes. Everything is recorded. Yes. The Holy One Blessed Be He sees my heart — He saw that I was traveling with mesiras nefesh in order to hear some word of Rabbainu. Yes.</w:t>
      </w:r>
    </w:p>
    <w:p>
      <w:r>
        <w:t>And so He writes to me: "My dear student." But I was alive — and I suffered hunger, the shame of hunger. And water also I had none. Such a journey — it is unique in the world.</w:t>
      </w:r>
    </w:p>
    <w:p>
      <w:r>
        <w:t>I told you once that I met Rav Alter the shochet — Rav Alter. He was a Karliner — a Karliner Chassid. He had such a name that he was a tzaddik, that he was great, that he served Hashem, that he did tzedakah and kindness. Yes. Such a name as would be {in the town of Bergen}. So I wanted to travel to Yerushalayim but without money one cannot travel. So I saw Rav Alter and said: "Perhaps he will lend me." I said: "Rav Alter — I have a request of you." "What, what, what is it?" "I need a loan — half a lira!" So he looks at me like a madman: what is he talking about? Am I wealthy? Do I have half a lira? In a bank there is half a lira, there are liros — but I only have groshn…</w:t>
      </w:r>
    </w:p>
    <w:p>
      <w:pPr>
        <w:pStyle w:val="Heading2"/>
      </w:pPr>
      <w:r>
        <w:t>Side B (Bais)</w:t>
      </w:r>
    </w:p>
    <w:p>
      <w:r>
        <w:t>and he replied: "What — what — what is he saying? A loan of half a lira?" (Saba laughs.) But my request — he could not get it out of his heart. I said it with force, with firmness: "I need half a lira! Let him lend me half a lira." When would he ever get it back? Can he give half a lira? He can give a grosh, two groshn, five groshn — but not half a lira. (Saba laughs.) But my words did not leave him… no — he was not able to forget. Yes. (Saba laughs.)</w:t>
      </w:r>
    </w:p>
    <w:p>
      <w:r>
        <w:t>He said: "How is it possible to lend half a lira — half a lira?" But he gave — half a lira — he gave it to me. (Saba laughs.) Yes. He said to me that he would think it over and… Afterwards he saw me in the market and called me over — he said to me: "I will give you half a lira — tomorrow, the day after tomorrow — I will give you half a lira." (Saba laughs.) That was it. Nu — my joy! I already have the journey to Yerushalayim — to travel to Yerushalayim! (Saba laughs.)</w:t>
      </w:r>
    </w:p>
    <w:p>
      <w:r>
        <w:t>Nu. In those days one did not travel directly from Teveria to Yerushalayim — first one had to go to Haifa, and from Haifa to Yerushalayim. Yes. In Haifa there lived — there lived Rav Moshe Klein. He was close to Rabbainu, and all of Haifa loved him — they loved him. He went alone through all of Haifa… He, he took upon himself all the troubles — no, no, no — he did not leave troubles here as everyone does. He was unique in Haifa. Yes. And his milk too was unique in Haifa — they felt a taste of Gan Eden in the milk of — in Moshe's milk. (Saba laughs.)</w:t>
      </w:r>
    </w:p>
    <w:p>
      <w:r>
        <w:t>Oy. I came to Rav Moshe Klein, and his wife did not want guests. She said to him: "Guests? Take them to a hotel! Yes — I cannot, I have no strength and I have no… I don't want guests." So it was like this — he went with me to a house, a hotel, and there I had… He gave me a bed. Yes. And something to eat and somewhere to sleep. Afterwards I went with him — he went at midnight. After midnight he went to the village, to be present at the milking — so that there should be no chalav akum, no gentile's milk. Nu. He had several — several canisters of milk. He took one and I took one, and we went together — the two of us — I with one canister and he with one canister, and we spoke of Rabbainu from house to house.</w:t>
      </w:r>
    </w:p>
    <w:p>
      <w:r>
        <w:t>Oy. Yes. One sees that it is hard for a person — hard to do a mitzvah. Yes. And if he had given me money — so that I would have bread, so that I could send home something — he had enough money, he had money. He gave me — his gift to me was the hotel and the food and half a lira. That he gave me. And half a lira. Oy. Nu. Oy, oy, oy, oy. Yes.</w:t>
      </w:r>
    </w:p>
    <w:p>
      <w:r>
        <w:t>I saw a Breslov Chassid from Poland — from Poland. Yes. Leverman — the father of Leverman. {Rav Volv} Leverman. He had a candle factory and he was wealthy and had houses. And he averted his eyes from me. Yes. He gave me a place to sleep, he gave me food to eat — but money he did not give. Yes. He was a miser with money. Yes.</w:t>
      </w:r>
    </w:p>
    <w:p>
      <w:r>
        <w:t>And I saw that one who does not have the merit — they do not allow him to fulfill the mitzvah of tzedakah. Yes. I saw: if he had given me several liros to bring home — to me, so that I would have bread to eat — what — what was I looking for? Was I looking for something extra? Bread for the children, clothing for the children. Nu — if he had given me — he had money, he would have earned (zechiyos). Yes. And he did not give me — he did not give. He gave me… His giving was ten groshn. Yes. That he gave me. Yes.</w:t>
      </w:r>
    </w:p>
    <w:p>
      <w:r>
        <w:t>Nu. I did not think about this, I did not — did not take it to heart, I had no resentment in my heart. This is how the Holy One Blessed Be He conducts the world. What — what — yes. One who does not have the merit — they give him the money: "No — don't you give to Yisroel Ber — only ten groshn." (Saba laughs.) Oy, oy, oy, oy, oy. He should have given — he should have given me generously — tzedakah and money. For what did he serve? For what? For whom? For what? Yes. But no wisdom. Yes. What he — he earns money and has money — he has no dominion over himself, over the money. No. Yes. (Saba laughs.)</w:t>
      </w:r>
    </w:p>
    <w:p>
      <w:r>
        <w:t>Yes. Like this he is. Oy, oy, oy. And I — even so — I did not look at this, I did not look at the fact that he… however much he is Breslov, Breslov — however much, however much he is Breslov, he… Yes. In any case, however he is — he has no false beliefs anymore. In any case (Saba laughs) — he does not believe in Admo"rim. Yes. And in this I was together with him — very close. Yes. He is like me — he is distant — he does not, does not believe in false beliefs, in Admo"rim. But this is not enough. (Problem with the tape.)</w:t>
      </w:r>
    </w:p>
    <w:p>
      <w:r>
        <w:t>They had no dress and no shoes for their feet, and I did not pay for them the money for — for the tuition of the school. And they were expelled every — every month they were expelled from the classroom, that they should not come until they bring money. Yes. (Saba laughs.) No bread and no shoes and no dress and no bread. And also they were expelled from the classroom. (Saba laughs.) Nu — can one imagine this sorrow? Such sorrow?</w:t>
      </w:r>
    </w:p>
    <w:p>
      <w:r>
        <w:t>And blessed be Hashem — I did not submit myself to the falsehood. Yes. Blessed be Hashem — I was strong. I laughed at all of them. (Saba laughs.) Who can imagine the sorrow — the sorrow and the pain and the shame of one who has small children, and they have no bread to eat, and no clothing, and no school and nothing, and nothing…? Who can imagine such sorrow? Yes. (Saba laughs.)</w:t>
      </w:r>
    </w:p>
    <w:p>
      <w:r>
        <w:t>Yes. Like this. I did not think about this — about Leverman, about Levi Yitzchak — why does he avert his eyes? Why? He should see — he should make the effort to gather tzedakah, to give… They knew that I — that I am unique in the world, I… Yes. And nothing — because they have no merit. Yes. And also I needed to pass through such a path (Saba laughs) — to see, to see what — what will become of you. (Saba laughs.) Who can imagine? Now I tell it and I — and I laugh and I am in joy. But then — who could have imagined my heart — the sorrow and the brokenheartedness that I had? I have small children — no school and no bread and no clothing and no shoes. Who can understand this? What sorrow is this? Yes. And I was a strong warrior and I did not submit myself — nothing, nothing — as if nothing at all. Yes. (Saba laughs.)</w:t>
      </w:r>
    </w:p>
    <w:p>
      <w:r>
        <w:t>The children — until today they are ashamed. When they hear — when such a thing is told — they immediately become ashamed. And then they were ashamed one before the other: what kind of father was this — they have no bread to eat and no dress, they have nothing… (Saba laughs.)</w:t>
      </w:r>
    </w:p>
    <w:p>
      <w:r>
        <w:t>Yes. And like this I went to Sha'aray Chessed — to speak of Rabbainu — with this one and with that one, and with this one. Yes. And not… If I had said that I was suffering poverty — nu — Yerushalayim has many poor, what — what is there? Yes. (Saba laughs.) Oy — what am I… This what… Who can tell it? Who can imagine such things? I could have become a madman, or — or a thief, or — or… Such a thing? Can the mind imagine such a thing? There is a child, and he has no, and he has no clothing and no bread and… and no school. (Saba laughs.) Oy — the Master of the World knows the truth — that we — that I… However much I tell you — it still does not reach how it was. (Saba laughs.) Ah — and they remember, they…</w:t>
      </w:r>
    </w:p>
    <w:p>
      <w:r>
        <w:t>and he would despise me — "What kind of question are you asking?" So I… But I — for the sake of… Because I wanted to have a connection with Rebbe Yisroel (Kardonner) — I strengthened myself with all my might and said — and said: "Whatever will be — even if he strikes me and despises me — I will ask the father, whatever will be." So I asked, and the father answered: "Yes, yes — there remains a portion, there remains a little cooked food from the meal. So give it to him, just bread — he, he will eat bread alone? Then give it to him."</w:t>
      </w:r>
    </w:p>
    <w:p>
      <w:r>
        <w:t>So already I saw that this is Divine Providence from the Holy One Blessed Be He — beyond nature — that I should have a connection with this holy tzaddik. And so it was. They made the night — they said Birkas HaMazon and Krias Shema, and they lay down to sleep. And I — and Rebbe Yisroel — he sat on — on — on a step, one step of the house. And I gave him bread to eat. Yes. And he performed the washing of hands and made the blessing of "HaMotzi…" And when I heard the blessing from him — "al netillas yadayim" and "HaMotzi…" — I saw that this is right — this is a hidden tzaddik. Because such a blessing I had never heard — had never heard. I grew up among Chassidim and they — and they learn Torah and are yiray Hashem. But such a blessing I had not heard. And also a face — such a form as Rebbe Yisroel had — I had not seen, had not seen.</w:t>
      </w:r>
    </w:p>
    <w:p>
      <w:r>
        <w:t>So, so I gave him — what had remained of our meal — so that he should eat, eat this. So he said to me: "I eat nothing at all — only bread and tea." But we had no tea, and we had no machine — no kerosene stove. Only — there was… Only the wealthy had a kerosene stove. But the poor used tin primus stoves, and this is a craft — one needs to know how, how to make fire. And I did everything and… Until I succeeded in lighting the fire and made tea. And each time I came into the house and spoke to Rebbe Yisroel — I did not know that he was a Breslover. I knew only that he was a hidden tzaddik. (Saba laughs.)</w:t>
      </w:r>
    </w:p>
    <w:p>
      <w:r>
        <w:t>So I said to him softly, in secret, in his ear — I said to him: "Rebbe Yisroel… I did not know — 'You should know that you have come to Teveria for my sake. I am such and such — I want very much to serve Hashem in truth, and there have been upon me, and there are upon me, very hard battles. And I am searching — all my life I am searching for a place where they will guide me and illuminate — illuminate within me the light — the light of Hashem — so that I merit to serve Hashem in truth. So you have come to Teveria for my sake, and I beg you — do not leave me!'"</w:t>
      </w:r>
    </w:p>
    <w:p>
      <w:r>
        <w:t>And I — I saw that he was very moved. Because right when he descended from the donkey — the Holy One Blessed Be He had brought him to me and he heard such words. (Saba laughs.) He, he, he had needed to travel earlier. But as long as he had no clear sign that he needed to travel to Teveria — he did not want to move from Meron. (Saba laughs.) Nu. Oy voy.</w:t>
      </w:r>
    </w:p>
    <w:p>
      <w:r>
        <w:t>[Rebbe Yisroel — I must rest.] [More — two more minutes. You said that I should remind you — about the household members at the age of thirteen who quarreled with you — the household members who quarreled with you at age thirteen, at age thirteen.] Ah — that you should remind me. Yes, yes, yes, yes.</w:t>
      </w:r>
    </w:p>
    <w:p>
      <w:r>
        <w:t>This was a very hard battle for me with — with — with all — with all the city — with all — with all the family. They all wanted — my father — [that you should learn a trade] — yes. And I said: "I will not learn any trade — only Torah and yiras Shamayim!" This — I did not want it in any way. And there was a hard battle, because there was great pity. They said: "You will… your father cannot work — he is blind and poor — and you will provide for the household. You are a child after your bar mitzvah — you can learn, learn a trade, and earn bread for the house. [And you won't be a rabbi.] And you won't be a rabbi — you don't have the talents." (Saba laughs.)</w:t>
      </w:r>
    </w:p>
    <w:p>
      <w:r>
        <w:t>[Yes — you won't be a great rabbi, you don't have the talents.] And I did not want to listen. And everyone — all the city had great, great pity. "You have become bar mitzvah — you need to do — to learn a trade, to provide for the household." Nu. [So what did you say to them?] I said to them: "I will not learn any trade — in no way in the world." So… yes.</w:t>
      </w:r>
    </w:p>
    <w:p>
      <w:r>
        <w:t>I told this to Rebbe Yisroel. So he was pleased — I saw he was very pleased by this. The Holy One Blessed Be He had prepared for him such a soul — one who wants only Torah, always. [So they said to you: "What will be with the wife? With the wife too you won't learn?"] Yes, yes — and the wife too. So I said: "Give me such a wife — a wife who will also eat bread — bread." (Saba laughs.) [You said: let Hashem give such a wife who will also eat bread and water.] Yes. (Saba laughs.)</w:t>
      </w:r>
    </w:p>
    <w:p>
      <w:r>
        <w:t>This — this… I have not yet told it as — as — as… exactly as it was. Because it is impossible to describe the battle that I had in this. [With whom?] And Rebbe Yisroel heard this — I told him — [Ah — the battle with the parents] — the battle with the parents, the family, and all — and all the friends, and all the city. They all said that I needed to learn a trade — I was not capable of being — of being a Rosh Yeshivah or a rabbi. (Saba laughs.) [Admo"r, Admo"r.] Admo"r. Oy, oy, oy. Hey — from this one sees the compassion of the Creator Blessed Be He.</w:t>
      </w:r>
    </w:p>
    <w:p>
      <w:r>
        <w:t>Seventy years ago — when Breslov was truly nothing, nothing, nothing — nothing — it is impossible to describe the magnitude of the humiliation and the… that was upon Breslov. And I stood against lions — against great scholars of Torah and of yira, well-known — and they all said: "Breslov — no." Rav Motl — Rav Motl (of Slonim)… This was great miracles. All the great ones in Teveria and the friends — I prayed with them, and Teveria is a small city and well-acquainted — I knew everyone, and they all said: "Breslov — he is Breslov — oy voy, oy voy." [He is being warned.] Yes. And I — the Holy One Blessed Be He — I merited through the kindness of the Holy One Blessed Be He to taste — to taste the flavor of Breslov, the taste of hisbodedus, the taste of the outpouring of the soul. (Saba laughs.)</w:t>
      </w:r>
    </w:p>
    <w:p>
      <w:r>
        <w:t>Yes. And also I saw with my own eyes Rebbe Yisroel — I saw what Breslov is. [What did you see? What?] I saw his prayer, and his avodah, and his Shabbos, his holy words, his desires — how he, what he suffered for me. What did he suffer? He came to Teveria and found Yisroel Ber — so he already forgot that he had a family in Tzfas, and that there was Meron. He threw everything aside — everything — only Yisroel Ber. (Saba laughs.) Oy voy — what — what — what… What happened — such an act — this, this is particular, this is a particular wonder-thing, there is nothing — nothing like it. [Tell it, tell it.] Oy — nu — it is impossible to tell everything…</w:t>
      </w:r>
    </w:p>
    <w:p>
      <w:r>
        <w:t>that he had eaten. Afterwards we went, we went — he (Rebbe Yisroel Kardonner) said to me he wants to go to a synagogue. Nu — I went with him to a synagogue. And along the way I spoke with him and told him my situation — the… yes. And he heard everything. And I wanted to say a verbal confession before him — vidduy devarim — and he did not want to hear it. He said it is forbidden — that it is forbidden. He — this… So I went to the synagogue of Chassidim of… [What is forbidden — what words are forbidden?] Ah? [What kind of words are forbidden?] [A verbal confession — vidduy devarim.] [Ah — vidduy devarim.] A verbal confession. [You wanted to confess before him verbally and he would not allow it.] No — only in general, not in… not in detail. [I understand.] Yes. [In general.] In general. So…</w:t>
      </w:r>
    </w:p>
    <w:p>
      <w:r>
        <w:t>And I spoke with him and wept before him, because I wanted so much — and I felt that there was with him healing, healings for me — and that he should not abandon me, that he should not, that he should not leave me, that he should not go to Meron. (Saba laughs.) So I wept before him and said — I pleaded with him — that he should not leave me. And he heard such a thing. And I saw that he was [moved] — so moved — because he saw eye to eye [the Providence of Hashem] that the Providence of the Holy One Blessed Be He had brought him to Teveria. He came to Teveria straight from the donkey — the moment he descended from it — straight to my house. And afterwards I went with him to a synagogue.</w:t>
      </w:r>
    </w:p>
    <w:p>
      <w:r>
        <w:t>And all the synagogues were locked, and I did not know where the key was — only one synagogue that was in Teveria from the students of the Baal Shem Tov, and from the grandfather of the holy Rabbainu — Rav Nachman Horodenker — Rav Klisker — all these holy tzaddikim built a synagogue at the edge of the lake (yam) so that they could immerse in the lake and pray during the day whenever they wished — so that it would be close to the lake. They built the synagogue close to the lake. And the lake — in winter when there were many rains — the lake rose and entered this synagogue until — until half the tables. The lake was in the synagogue, and one could not pray there. And this synagogue was open — the tables and chairs stood in the water until it went down — until… until the month of Nissan — until the waters went down.</w:t>
      </w:r>
    </w:p>
    <w:p>
      <w:r>
        <w:t>So we entered this synagogue, and we climbed up onto a table and studied Torah — Torah Zayin from Part Two: "For He leads them with compassion…" And he studied with me this Torah all night long. And I merited — all my life I had not felt the taste of Torah, the taste of yiras Shamayim, the taste of… as in that night when he studied with me this Torah — this holy Torah — "For He leads them with compassion." Hey — we were in the synagogue with the lake within it all night long, and I did not feel that… you need to sleep. [He had candles also in his bag.] And he also had candles and matches — which in those days was something precious. And he was wealthy — and he had candles. He lit a candle and studied with me from Likutay Moharan until close to the light of dawn.</w:t>
      </w:r>
    </w:p>
    <w:p>
      <w:r>
        <w:t>Until I heard the sound of weeping of my mother — she was weeping greatly, as one after a death. She wept greatly: "Oy — my son, my son — my son Yisroel Ber — my son Yisroel Ber is lost, is lost!" (Saba laughs.) And I heard it. So I said to Rebbe Yisroel: "Oy voy — it is already after midnight, after… and my mother is searching, is looking for me." So I went out of the synagogue and went to my mother — I walked toward her voice. I reached her, and I said to her: "What is all this weeping?" So she said: "What have you done? Where — where did you go the whole night? In any case — you know now, all… they have to throw out all the dough — all the challah and all the bread." (Saba laughs.)</w:t>
      </w:r>
    </w:p>
    <w:p>
      <w:r>
        <w:t>Nu. And from that night there arose a commotion in Teveria — that night, that night (Saba laughs). [That night — different from all nights.] Yisroel Ber became a Breslover. Yes. [Bar mitzvah.] She told — the neighbors from the surroundings came in the morning: "What was all the weeping? What? What? What was this?" [What happened here?] What happened? So she told: "A man bought bread and went with him [all night] and disappeared — and did not return all night." And… They did not know who this was.</w:t>
      </w:r>
    </w:p>
    <w:p>
      <w:r>
        <w:t>But in the morning when I went to the synagogue and Rebbe Yisroel was in the synagogue and I spoke with him — then they said: "Nu — already — what was made has been made on that night." (Saba laughs.) That night. Oy, oy, oy, oy, oy. Afterwards on Sunday we went to the yeshivah — he studied with me, and we studied the books of Rabbainu, and Gemara and Shulchan Aruch — poskim. Nu. And they saw — oy voy: "Yisroel Ber — Yisroel Ber has become a Breslover. Rebbe Yisroel Kardonner is…" Nu.</w:t>
      </w:r>
    </w:p>
    <w:p>
      <w:r>
        <w:t>A machlokes rose against me — a great battle. [Tell everything.] And the father and the mother and the close family and all — and all the yeshivah and everyone. [What did they do?] Ah? [What did they do? What was the machlokes? What? They spoke? They shouted? They hit? What did they do?]</w:t>
      </w:r>
    </w:p>
    <w:p>
      <w:r>
        <w:t>Hey — they… It is impossible to describe [describe it] and to imagine. They had — they had great pity. Only — only this they said: "Oy voy — Yisroel Ber has become a Breslover — Yisroel Ber has become a Breslover." Nu. They went from the yeshivah — they went to the parents, to the father and the mother, and told them: "Do you know? Yisroel Ber has become a Breslover." So the father said: "I am not worried — I know my son. He honors his father and mother. He — even if it appeared that I would send him into fire — there is, there is no equal to him. You know him — he is yiras Shamayim, he fulfills the mitzvah of honoring his father. So I — he will come from the yeshivah, and I will tell him that I don't want — and he will certainly not be a Breslover. I have no concern."</w:t>
      </w:r>
    </w:p>
    <w:p>
      <w:r>
        <w:t>So they — they trembled: "You don't know what Breslov is? He won't listen to you — you need a heavy battle." So he said: "I am not worried — I know my son." I came from the yeshivah — so the father said to me: "I heard from everyone in the yeshivah — Rav Motl (of Slonim) and everyone came and said that you have become a Breslover. Know, my son — have mercy on me. I do not want you to be a Breslover. I want you to be whatever Chassid you want — but not — only not Breslov!"</w:t>
      </w:r>
    </w:p>
    <w:p>
      <w:r>
        <w:t>So I said to him: "Father — I — I — you know, you recognize me. I — I honor my father and mother. In this — I will not listen to you." Ah. So he said: "You are right — they told me I do not know what Breslov is." This was the first time in my life — the first time — that I heard that I — that… I did not — I did not want to fulfill his words. Oy, oy voy, oy — what happened then? What happened? What happened? Now one can tell — the rabbi, the rabbi — and Rav Motl (of Slonim) and all — and all — and all the Chassidim — all the… All the city was already boiling…</w:t>
      </w:r>
    </w:p>
    <w:p>
      <w:r>
        <w:t>[Minchah.] Ah — Minchah — Minchah — yoy, yoy…</w:t>
      </w:r>
    </w:p>
    <w:p>
      <w:r>
        <w:t>I told you that Rav Motl (of Slonim) was a great scholar — and he had good character traits. He was humble and he studied by day and by night. And he was a wondrous man — a truly wonderful person. And he — even though I was a child, I had a weak mind — but he loved me. Me — my simplicity — and my good desires. He drew me close and elevated me: "He raises the poor from the dust…"</w:t>
      </w:r>
    </w:p>
    <w:p>
      <w:r>
        <w:t>It is a wonderful and awesome story — whoever truly pays attention. And so I said: "It is fitting and very important to tell and record everything that has passed over me from the day I came to my senses." Because this is a continuation — from when I came to my senses until — until I merited to draw close to the holy Rabbainu — this is one continuous matter — one act. [One — one — this is one thing.] The act began from then. [From childhood.]</w:t>
      </w:r>
    </w:p>
    <w:p>
      <w:r>
        <w:t>But this — this continues and this is a continuation now. The Holy One Blessed Be He favored me and gave me such a soul — that from the day I came to my senses, when I was still a small child — I had, I had — my heart burning greatly for the service of Hashem, and to be… to merit yiras Shamayim and emunah. And that I should merit — in all — the main thing of my yearning and my will was to purify myself from vanities, from desires — from all the desires of this world — only to serve Hashem.</w:t>
      </w:r>
    </w:p>
    <w:p>
      <w:r>
        <w:t>But certainly when I was a small child I knew nothing at all. But the soul — the soul yearned greatly. Even though I knew nothing at all — but my desires and my heart — there was, there was burning in my heart — only for the service of Hashem. And not to engage in labor — in any trade or work. My father was poor all his days, and afterwards he became blind. And I was still a child — a small child. Oy voy — Master of the World. And I had yearnings to afflict my soul, to fast — from the time I was still young. [At what age?] Ah? [At what age?] At what age — seven, eight years. [You would fast at age seven, eight?] Ah? [You would fast at age seven, eight?]</w:t>
      </w:r>
    </w:p>
    <w:p>
      <w:r>
        <w:t>No — only Erev Rosh Chodesh, or — or Elul, in the time — in the time of the Days of Repentance — Elul. And for example Erev Rosh Chodesh — I wanted to fast. And my mother was a very devoted mother — and it was impossible — she had great sorrow: "What is this with you? You are still a small child — what? You are fasting?" So I could not {bear to} listen to her — and I fasted every Rosh Chodesh half the day. But — but in the month of Elul? Erev Rosh Chodesh Elul? The whole day!</w:t>
      </w:r>
    </w:p>
    <w:p>
      <w:r>
        <w:t>And I caused great sorrow to my mother over this. In any case more passed over me… It is known that for everything holy, the Ba'al Davar — the Adversary — strengthens itself. I had a very great strengthening of the desires of this world from one side, and from the other side I was yiras Shamayim and my life was bitter to me — no — there was — what… I felt a great pleasantness. Oy, oy voy. So I searched for God-fearing people — people of truth — among the Chassidim among whom I grew up. Because then I knew nothing of the holy Rabbainu.</w:t>
      </w:r>
    </w:p>
    <w:p>
      <w:r>
        <w:t>So I searched among… Even though I belonged to the chassidus of Karlin — but I thought: perhaps I will find in Slonim, perhaps I will find in some other place. So I am connected to… I am connected only to the Holy One Blessed Be He — wherever I feel, wherever I see that it works upon me, that the light of Hashem pervades me. Yoy.</w:t>
      </w:r>
    </w:p>
    <w:p>
      <w:r>
        <w:t>[Rebbe Yisroel — there is a greeting for you.] Ah. [From Rebbe Nachman from Russia.] Ah — Nachman? How? [I met him at…] [Continue, Rebbe Yisroel, yes.]</w:t>
      </w:r>
    </w:p>
    <w:p>
      <w:r>
        <w:t>Nu. And I searched among the Chassidim of Karlin and of Slonim and other people. For example — there was, there was in Teveria one man well-known until this very day — that he was — his name was Rav, Rav Hirsh — Rav Tzvi Litvak Rosenthal. Rav Tzvi Litvak Rosenthal. [Rav Tzvi Litvak Rosenthal.] And he was yiras Shamayim and he studied many mussar books. And "Raishis…" — and the book "Raishis Chochmah" he knew by heart. And he studied it constantly — he studied the book "Raishis Chochmah" with great diligence. And I was searching for a place to guide me — to illuminate within it — to illuminate within me yiras Shamayim and emunah. So I attached myself to him. And he became a teacher for me without pay. He studied with me "Raishis Chochmah" and spoke with me like this by heart. And there was a great bond between us.</w:t>
      </w:r>
    </w:p>
    <w:p>
      <w:r>
        <w:t>[But you weren't doing hisbodedus then? You didn't know about hisbodedus and these things?] I saw in the book "Raishis Chochmah" and in other mussar books about the great — about the greatness of the power of prayer. Certainly I prayed to the Holy One Blessed Be He. But the matter of hisbodedus I did not know about — I only knew that prayer is a very great thing. So I said a lot of Tehillim. And my prayer — every day the three daily prayers — I prayed with great kavana and with deveykus and yiras Shamayim.</w:t>
      </w:r>
    </w:p>
    <w:p>
      <w:r>
        <w:t>In Teveria there was a man from the Chassidim of… no… one man who was an upright person and loved God-fearing Jews. So he saw my prayer — that it was different from all the other children. He saw that I pray with kavana, and with deveykus, and with truth — with simplicity. So I found favor in his eyes. [What was he called?] Rav Yaakov Kasir. [Rav Yaakov Kasir.] Yaakov Kasir — that was the family name: Kasir. He was a great miser — but to me he gave every time — almost every day — he gave me a coin, a coin. And in those days this was an important, an important coin. And he gave it to me in the middle of the prayer — while I was praying he brought it to me, gave it to me in secret — so that people should not notice that he gave it to me.</w:t>
      </w:r>
    </w:p>
    <w:p>
      <w:r>
        <w:t>So I was a poor child, and I had a will — a strong will — that I should have a siddur that would have in it Chatzos and Tehillim and Ma'amados and all — and all the other prayers. There is such a siddur. But such a siddur cost — cost a lot of money. And I had no money. So I took these coins — that this man gave me — he gave me each time — and I collected them. And I did not give them to my father. And I bought with them a book — a siddur that has all kinds of prayers in the world: Chatzos and Tehillim and Ma'amados and all… and many prayers. And this was for me like great wealth — this siddur was important to me.</w:t>
      </w:r>
    </w:p>
    <w:p>
      <w:r>
        <w:t>In any case — I will shorten until… No. [Anything that takes a year — I don't mind — it doesn't burn anyone — if one does it one must do the work perfectly.] Yes. Nu. I — I will begin to tell — [No — don't continue — no — it doesn't burn anyone — this is not a race — there is time.] Nu — this is already — already included in these words — almost everything is included. [Not yet.]</w:t>
      </w:r>
    </w:p>
    <w:p>
      <w:r>
        <w:t>I had strong desires and I had heavy battles and I searched for a place of salvation — but not… [And after you bought that siddur? Did you do Chatzos?] After I bought the siddur? Not every night. But I had strong desires to rise at Chatzos at midnight and call out Tehillim. Sometimes I rose. But I remember that in Teveria the air was very hot — and all… and the heat was so intense during the day that at night it was also very hot — because the stones had heated up from the sun. And there was great heat. And all the city slept on the rooftops — on the roof. And I too — also. But I rose several hours before — before the light of dawn — and I descended from the roof into the house. And our house had no windows — no, no… it was like a cave. And I descended from the roof…</w:t>
      </w:r>
    </w:p>
    <w:p>
      <w:r>
        <w:br w:type="page"/>
      </w:r>
    </w:p>
    <w:p>
      <w:pPr>
        <w:pStyle w:val="Heading1"/>
      </w:pPr>
      <w:r>
        <w:t>Tape 2</w:t>
      </w:r>
    </w:p>
    <w:p>
      <w:pPr>
        <w:pStyle w:val="Heading2"/>
      </w:pPr>
      <w:r>
        <w:t>Side A (Aleph)</w:t>
      </w:r>
    </w:p>
    <w:p>
      <w:r>
        <w:t>I remember that in Teveria the air was very hot — and all… and the heat was so intense during the day that at night it was also very hot — because the stones had heated up from the sun, and there was great heat. And all the city slept on the rooftops — on the roof. And I too — also. But I rose several hours before — before the light of dawn — and I descended from the roof into the house. And our house had no windows — no, no… it was like a cave. And I descended from the roof. After midnight the air is a little cooler, and then comes the main time of sleep — the main — the main vitality. And then I descended to the room. And we had a small lamp of number '2'.</w:t>
      </w:r>
    </w:p>
    <w:p>
      <w:r>
        <w:t>[Rebbe Yisroel — everything, everything that I have is not terrible. The main thing is that we succeed in doing what we need to do in this world. Continue.] Hey, hey, hey, hey, hey. In any case I had a teacher who studied with me Raishis Chochmah and other mussar books.</w:t>
      </w:r>
    </w:p>
    <w:p>
      <w:r>
        <w:t>[One of the friends makes the blessing "Boray pri ha'aitz."] Amen. And I was very attached to Rav Tzvi — to Rav Tzvi Rosenthal. They called him… [A moment — a moment. You checked? Yes.] They called him Rav Tzvi Litvak — and the family name was Rosenthal. And besides him I also had several other teachers, because I searched greatly for the service of Hashem in truth.</w:t>
      </w:r>
    </w:p>
    <w:p>
      <w:r>
        <w:t>Among the Chassidim of Slonim — Slonim — there was one man called… there was an old man and a Torah scholar and yiras Shamayim and a Kabbalist. And he was a very old man. And I — and I engaged with him as well — that he should draw me close to the Holy One Blessed Be He. And he inclined his ear — his ear — to all my words, and he was very astonished. He saw: "What is this? There are other talented children — Torah scholars and yiray Hashem — and one does not hear from any of them that… that he suffers so much from the yetzer hara." Nu. In any case he received me with love. And I went — almost every night — almost every night I went to the synagogue. After the evening prayer I went to the Slonim synagogue. And he was the last to leave the synagogue. And I and he went together — and he already lived a little far from the synagogue. And I walked with him slowly, slowly until we reached his home. And along the way I told him all — all my pains — all that I was going through. And he wanted to help me. But, but… He spoke with me about emunah — certainly this was good for me. But that it should take from me — that… that it should illuminate upon me such light as I needed — he did not have. In any case I had several — several guides and teachers who studied with me.</w:t>
      </w:r>
    </w:p>
    <w:p>
      <w:r>
        <w:t>Hey, hey, hey. Until I became bar mitzvah. After the bar mitzvah — one drew me close — there was one man whose name was Rav Motl the Slonimer. In his old age he became the Admo"r of Slonim. And he drew me very close, and he taught me Zohar and Gemara and Mishnayos. And he was my teacher. And I saw — almost — almost… much time in his home. And I saw that he — he — every moment he was only — only Torah study, only… And he was yiras Shamayim and had good character traits. I thought he was an angel of Hashem of Hosts — Rav Motl of Slonim. Nu.</w:t>
      </w:r>
    </w:p>
    <w:p>
      <w:r>
        <w:t>And I searched for mesiras nefesh. And I told before several people all my sins — all that I had gone through — because I wanted to emerge from the mud and I wanted to change. So I thought: if I reveal the illness, then they will know — and know, know better how to help me, how to help me. In any case more and more passed over me — until I became seventeen years old. And then the Holy One Blessed Be He began to do miracles and wonders with me. I saw the Providence of the Holy One Blessed Be He — that He has compassion on me and helps me in all… helps me every time. Oy voy.</w:t>
      </w:r>
    </w:p>
    <w:p>
      <w:r>
        <w:t>[Tell it.] In any case it is impossible to tell in every particular detail. [Tell it.] Nu. But — but the main thing — what… how I will succeed — I will begin to tell what passed over me — what the Holy One Blessed Be He had compassion on me and brought about the circumstances that I should merit to draw close to the holy Rabbainu.</w:t>
      </w:r>
    </w:p>
    <w:p>
      <w:r>
        <w:t>One day I found a book of 'Shemos' — without a cover, without a beginning, without an end — 'Shemos' in a garbage bin. So I took it so that it should not be disgraced — I took the book from the garbage bin and walked… intending to put it in a genizah. And I went from the courtyard to the genizah. And the genizah was in the yeshivah. I entered the yeshivah and went to the genizah to throw the book in. But before I threw the book — I saw that the name of the book was "Hishtapchus HaNefesh" — "The Outpouring of the Soul."</w:t>
      </w:r>
    </w:p>
    <w:p>
      <w:r>
        <w:t>[I don't understand — was this a book called 'Shemos' or 'Hishtapchus HaNefesh'?] Ah? [Was this 'Shemos,' 'Shemos'?] No. [Not a book with names.] No — it is called 'shemos' — without a cover. [Ah — it is called 'shemos' — not, I didn't think 'Beraishis,' 'Shemos.'] Ah — the book was torn and without an end, without a cover. So I went to throw it in the genizah — as one does with all torn books and… Before I threw it in the genizah, I saw that the name of the book was "Hishtapchus HaNefesh." "Hishtapchus HaNefesh" — this made an impression on me. Perhaps this is good for me. I began to read in it. And I saw that this was a kindness from the Holy One Blessed Be He — that I merited to find this book. Because every word in it — it was, it was for me.</w:t>
      </w:r>
    </w:p>
    <w:p>
      <w:r>
        <w:t>Nu. From the time I found the book, I went with the book to seclude myself — hisbodedus — with the book. And I prayed as it was written there, in the name of Rabbainu — how to do hisbodedus and how to pray. And I went out into the fields. No one knew — like a thief. I stole myself away into the fields. And I had hisbodedus and I read in the book and I fulfilled what was written there. And I saw for the first time in my life — the power of this book, the power of hisbodedus — it kills all the destroyers, all the harmful forces, all kinds of disputes, all kinds of acts, all kinds of desires. I saw it eye to eye — that after the hisbodedus, when I returned to the yeshivah, I was like a new person. I felt within myself: "Where are all — all — all the destroyers? They were killed!" (Saba laughs.)</w:t>
      </w:r>
    </w:p>
    <w:p>
      <w:r>
        <w:t>So I — I had this practice almost every day — to go out to the field, to the field with the book. And I had hisbodedus. And I saw new miracles and wonders — such as from the day I came to my senses I had never seen such wonders. This went on for a period of time. Once I was reading inside the book — and I did not know from whom this was, from what… who, who was the author of the book. Because it was without a foreword, without a beginning, without an end. And I did not know. And I kept the book — I locked it inside my box. And almost every day I went to the field with the book. And I saw great wonders — such as I had never had, and I did not know from whom this book was.</w:t>
      </w:r>
    </w:p>
    <w:p>
      <w:r>
        <w:t>Once I was reading the book in my room — and a friend came to me. {To say the name?} [No — a friend.] No — a friend, a friend from the Chassidim of Karlin. [Yoy.] And he saw that I was reading with great awakening in the book. So he saw that the book — he saw that this was "Hishtapchus HaNefesh" — and he knew that this was from the books of Breslov. So he said to me — this friend said to me: "You are reading in this book?" So I was very astonished and became very angry and said to him: "This book is holy of holies — what are you saying?" So he said to me: "Animal — you don't know what there is — you know, you don't know anything of what there is in the world. This is from the books of Breslov — it is forbidden to read them. What? The rabbi and all the Admo"rim and the whole world are opposed to this and say it is forbidden — it is forbidden to read the books of Breslov."</w:t>
      </w:r>
    </w:p>
    <w:p>
      <w:r>
        <w:t>I heard — for the first time in my life — that there is a Breslov in the world and that it is forbidden to read these books. So I said to him: "I do not listen to the whole world, to all the Admo"rim. This book is good for me — I have seen such wonders as are impossible to tell." So he said to me: "You are such an insolent one — such brazenness — against the Admo"r and against all the Admo"rim — so you are not a human being." I said to him: "For me this is good!" So he said to me: "This book is mine — I want the book." I did not want to give it to him. I said to him: "I acquired it from ownerless property — from the garbage bin." So he said it was his — and I said it was mine — and he overpowered me and took the book from me by force.</w:t>
      </w:r>
    </w:p>
    <w:p>
      <w:r>
        <w:t>And I was left without the book. But I heard that there is a chassidus in the world called "Breslov." So I — I was left without the book. But I continued to do hisbodedus. And I prayed to the Holy One Blessed Be He that He have compassion on me — as He had begun to help me and I found this book — and I know what, what, what — what, what, what, what this worked upon me. So I asked from the Holy One Blessed Be He that He send me Breslov books and Breslov Chassidim. (Saba laughs.)</w:t>
      </w:r>
    </w:p>
    <w:p>
      <w:r>
        <w:t>I was in Teveria and had not left Teveria. I did not know — Tzfas was close to Teveria. And everyone travels to Meron — as in Elul, on Lag BaOmer. And I was poor — I had no money. I did not travel to Tzfas. If I had traveled to Tzfas, I would have known perhaps — in Tzfas there were Breslov Chassidim. But no — I did not know about Breslov Chassidim. I asked from the Holy One Blessed Be He that He send me Breslov Chassidim. I thought: perhaps in Yerushalayim — perhaps somewhere in the world there are Breslov Chassidim. So I asked. And this… much time passed. And the Holy One Blessed Be He accepted my prayer and sent me to Teveria — Rebbe Yisroel Kardonner. He did not want to move from Meron.</w:t>
      </w:r>
    </w:p>
    <w:p>
      <w:r>
        <w:t>[Who did not want to move from Meron?] Rebbe Yisroel Kardonner. [Ah, ah.] What did the Holy One Blessed Be He do? He sent him an illness on his hand — on one hand. And the pains were so great that in the natural order of things it was impossible to bear such pains. And he was not able to say Chatzos or to pray or to study. Rachmanus. So Rebbe Yisroel did not regard this as the world regards — as chance. Rather he — he knew with complete faith that this was from the Holy One Blessed Be He. And he began to think: "Perhaps it is the will of the Holy One Blessed Be He that he should travel to Teveria — because in Teveria the cold is not so great — not so great is the cold — and so the illness would not hurt him so much, would not hurt him — he would not have such great pains and he would be able to serve the Holy One Blessed Be He."</w:t>
      </w:r>
    </w:p>
    <w:p>
      <w:r>
        <w:t>But he was in doubt — he did not know clearly that he needed to… that it was the will of the Creator that he go to Teveria. So he did not want to move. Even though… But he saw that the pains were intensifying each time more, and it was impossible for him. So he did much hisbodedus and prayed much to the Holy One Blessed Be He — that He illuminate his mind with a complete — a complete clarification — whether it is the will of the Holy One Blessed Be He that he travel to Teveria — that he should know clearly that he should go to Teveria. So he did much hisbodedus over this and prayed much over this. And after all of these, he opened the book Likutay Halachos and found in it that it was the will of the Creator Blessed Be He that he travel to Teveria.</w:t>
      </w:r>
    </w:p>
    <w:p>
      <w:r>
        <w:t>[On what page did he open the book?] Ah? [On what page did he open the book?] I do not know — he did not tell me. [As a hint — it is not written there explicitly that he should travel to Teveria — as a hint.] Yes. The book was — this — this — this I know: the book was the Yorah De'ah from the first printing of — of Rebbe Nassan. Because there was not then — not as today… [Yorah De'ah from the first printing of Rebbe Nassan.] Yes.</w:t>
      </w:r>
    </w:p>
    <w:p>
      <w:r>
        <w:t>So since he now knew clearly that it was the will of the Creator to go to Teveria — he rose early in the morning and went on Thursday to Teveria. Ah — at the very hour that Rebbe Yisroel came — came on Thursday to Teveria — at that very hour — on Sunday we had begun baking bread for sale. Because — because our livelihood was grinding coffee. And then it was wartime. So — so… [There was no coffee.] There was no coffee — and we had nothing — nothing at all for — for a livelihood. So our relative — a family relation — Rav Binyamin Barzal.</w:t>
      </w:r>
    </w:p>
    <w:p>
      <w:r>
        <w:t>[Rav Binyamin Barzal.] Yoy. Yes. He — he supported my mother as if she were his own mother. And so the father and the mother thought they would start baking bread. But who would give us even — even one kilogram of bread — [flour] — flour to bake bread? Because everyone knew that we were poor. So she went to the rabbi — Rav Binyamin Barzal — and he said to her: "No — do not fear. I will tell the flour dealer to give you a sack — two sacks — however much flour you need." So we started… yes, there was — we started baking bread on Sunday.</w:t>
      </w:r>
    </w:p>
    <w:p>
      <w:r>
        <w:t>And he (Rebbe Yisroel Kardonner) came that week on Thursday. And there was a need for bread for the eve — for the evening meal. And when he descended from the donkey, he was — he needed bread to eat. So he met [Binyamin Barzal] — Rav Binyamin Barzal — and asked him to show him where to buy a loaf of bread. Rav Binyamin Barzal — he knew everything — knew that we had started baking bread. So he brought him to us. And I… And the Holy One Blessed Be He arranged the circumstance that I took out… We were five brothers in the house — and it was almost — almost all of them were older than me. And it was Providence that I took the loaf of bread and brought it out and gave it to Rebbe Yisroel.</w:t>
      </w:r>
    </w:p>
    <w:p>
      <w:r>
        <w:t>When I saw Rebbe Yisroel — his form — I thought: this man is a hidden tzaddik and with him I will find what I am searching for — emunah and yiras Shamayim and… I thought this. And he put his hand into his pocket and took out money — to pay me for the bread. And I was thinking this. So he said — he gave me the money and said to me: "Perhaps it is possible to eat the bread at your home?" So I saw… so I felt that he knew my thoughts and my wishes — that I wanted to have a connection with him. But I saw that this was a distant thing — because the father would not agree to it — not because he didn't want to — not because he doesn't — doesn't want it. Because on Thursday evening we already need to bake challah and bread and… And we need to make the night and sleep. And also the house is small and we have no place for a guest to… to eat. And we need to make the night — to lie down and… And he would despise me: "What kind of question are you asking?"</w:t>
      </w:r>
    </w:p>
    <w:p>
      <w:r>
        <w:t>So I — but I — for the sake of… Because I wanted to have a connection with Rebbe Yisroel, I strengthened myself with all my might and said — and said: "Whatever will be — even if he strikes me and despises me — I will ask the father — whatever will be." So I asked, and the father answered: "Yes, yes — there is a portion left — a little cooked food remains from the meal. So give it to him. Bread alone — he — will he eat bread alone? Then give it to him." So already I saw that this was Providence from the Holy One Blessed Be He — beyond nature — that I should have a connection with this holy tzaddik.</w:t>
      </w:r>
    </w:p>
    <w:p>
      <w:r>
        <w:t>And so it was. They made the night — they said Birkas HaMazon and Krias Shema and they lay down to sleep. And I — and Rebbe Yisroel sat on — on — on a step — one step of the house. And I gave him bread to eat. Yes. And he performed the washing of hands and made the blessing of "HaMotzi…" And when I heard the blessing from him — "al netillas yadayim" and "HaMotzi…" — I saw that this is right — this is a hidden tzaddik. Because such a blessing I had never heard — had never heard. I grew up among Chassidim and they — and they learn Torah and are yiray Hashem. But such a blessing I had not heard. And also a face — such a form as Rebbe Yisroel had — I had not seen, had not seen.</w:t>
      </w:r>
    </w:p>
    <w:p>
      <w:r>
        <w:t>So, so I gave him — what had remained of our meal — so that he should eat, eat this. So he said to me: "I eat nothing at all — only bread and tea." But we had no tea, and we had no machine — no kerosene stove. Only — there was… Only the wealthy had a kerosene stove. But the poor used tin primus stoves — and this is a craft — one needs to know how, how to make fire. And I did everything and… until I succeeded in lighting the fire and made tea. And each time I came into the house and spoke to Rebbe Yisroel — I did not know that he was a Breslover. I only knew that he was a hidden tzaddik. (Saba laughs.)</w:t>
      </w:r>
    </w:p>
    <w:p>
      <w:r>
        <w:t>So I said to him softly — in secret — in his ear: "Rebbe Yisroel… I did not know — 'You should know that you have come to Teveria for my sake. I am such and such — I want very much to serve Hashem in truth. And there have been upon me, and there are upon me, very hard battles. And I am searching — all my life I am searching for a place where they will guide me and illuminate — illuminate within me the light — the light of Hashem — so that I merit to serve Hashem in truth. So you have come to Teveria for my sake — and I beg you: do not leave me!'"</w:t>
      </w:r>
    </w:p>
    <w:p>
      <w:r>
        <w:t>And I — I saw that he was very moved. Because right when he descended from the donkey — the Holy One Blessed Be He had brought him to me and he heard such words. (Saba laughs.) He, he, he needed to travel earlier. But as long as he had no clarity — that he needed to travel to Teveria — he did not want to move from Meron. (Saba laughs.) Nu. Oy voy.</w:t>
      </w:r>
    </w:p>
    <w:p>
      <w:r>
        <w:t>And also I saw with my own eyes Rebbe Yisroel — I saw what Breslov is. [What did you see? What?] I saw his prayer and his avodah and his Shabbos — his holy words, his desires — how he — what he suffered for me. What did he suffer? He came to Teveria and found Yisroel Ber — so he already forgot that he had a family in Tzfas, and that there was Meron. He threw everything aside — everything — only Yisroel Ber. (Saba laughs.) Oy voy — what — what — what… What happened — such an act — this, this is particular — this is a particular wonder as there is none — none like it. [Tell it, tell it.] Oy — nu — it is impossible to tell everything…</w:t>
      </w:r>
    </w:p>
    <w:p>
      <w:r>
        <w:t>that he had eaten. Afterwards we went, we went — he (Rebbe Yisroel Kardonner) said to me he wanted to go to a synagogue. Nu — I went with him to a synagogue. And along the way I spoke with him and told him my situation — the… yes. And he heard everything.</w:t>
      </w:r>
    </w:p>
    <w:p>
      <w:r>
        <w:t>And I wanted to say a verbal confession — vidduy devarim — before him, and he did not want to hear it. He said it is forbidden — that it is forbidden. He — this… [What is forbidden — what words are forbidden?] Ah? [What kind of words are forbidden?] [A verbal confession — vidduy devarim.] [Ah — vidduy devarim.] A verbal confession. [You wanted to make a verbal confession before him and he would not allow it.] No — only in general — not in detail — no. [I understand.] Yes. [In general.] In general. So…</w:t>
      </w:r>
    </w:p>
    <w:p>
      <w:r>
        <w:t>And I spoke with him and wept before him — because I wanted so much — and I felt that there was with him healing — healings for me — and that he should not abandon me — that he should not, should not leave me, should not go to Meron. (Saba laughs.) So I wept before him and said — I pleaded with him — that he should not leave me. And he heard such a thing. And I saw that he was [moved] — so moved — because he saw eye to eye [the Providence of Hashem] that the Providence of the Holy One Blessed Be He had brought him to Teveria.</w:t>
      </w:r>
    </w:p>
    <w:p>
      <w:r>
        <w:t>He came to Teveria — straight from the donkey — the moment he descended from it — straight to my house. And afterwards I went with him to a synagogue. And all the synagogues were locked, and I did not know where the key was — only one synagogue that was in Teveria from the students of the Baal Shem Tov, and from the grandfather of the holy Rabbainu — Rav Nachman Horodenker — Rav Klisker — all these holy tzaddikim built a synagogue at the edge of the lake — so that they could immerse in the lake and pray during the day whenever they wished — so that it would be close to the lake. They built the synagogue close to the lake. And the lake — in winter when there were many rains — rose and entered this synagogue until — until half the tables. The lake was inside the synagogue and one could not pray there. And this synagogue was open — and the tables and chairs stood in the water until it went down — until… until the month of Nissan — until the waters went down.</w:t>
      </w:r>
    </w:p>
    <w:p>
      <w:r>
        <w:t>So we entered this synagogue and climbed onto a table and studied Torah Zayin from Part Two: "Ki merachamam yenahalem" — "For He leads them with compassion." And he studied with me this Torah all night long. And I merited — all my life I had not felt the taste of Torah, the taste of yiras Shamayim, the taste of… as in that night when he studied with me this Torah — this holy Torah — "Ki merachamam yenahalem." Hey — we were in the synagogue with the lake within it — all night long. And I did not feel that… you need to sleep. [He had candles also in his bag.] And he also had candles and matches — which in those days was something precious. And he was wealthy — and he had candles. He lit a candle and studied with me from Likutay Moharan until close to the light of dawn.</w:t>
      </w:r>
    </w:p>
    <w:p>
      <w:r>
        <w:t>Until I heard the sound of weeping of my mother — she was weeping greatly, as after a death. She wept greatly: "Oy — my son, my son — my son Yisroel Ber — my son Yisroel Ber is lost, is lost!" (Saba laughs.) And I heard it. So I said to Rebbe Yisroel (Kardonner): "Oy voy — it is already after midnight, after… and my mother is searching, is looking for me." So I went out of the synagogue and went to my mother — walking toward her voice. I reached her and said to her: "What is all this weeping?" So she said: "What have you done? Where — where did you go the whole night? In any case — you know now — all… they have to throw out all the dough — all the challah and all the bread." (Saba laughs.)</w:t>
      </w:r>
    </w:p>
    <w:p>
      <w:r>
        <w:t>Nu. And from that night there arose a commotion in Teveria — that night, that night. (Saba laughs.) [That night — different from all nights.] Yisroel Ber became a Breslover. Yes. [Bar mitzvah.] She told — the neighbors from the surroundings came in the morning: "What was all the weeping? What? What? What was this?" [What happened here?] What happened? So she told: "A man bought bread and went with him [all night] and disappeared — and did not return the whole night." And… They did not know who this was. But in the morning when I went to the synagogue and Rebbe Yisroel was in the synagogue and I spoke with him — then they said: "Nu — already — what was made has been made that night." (Saba laughs.) That night. Oy, oy, oy, oy, oy.</w:t>
      </w:r>
    </w:p>
    <w:p>
      <w:r>
        <w:t>Afterwards on Sunday we went to the yeshivah — he studied with me, and we studied the books of Rabbainu and Gemara and Shulchan Aruch — poskim. Nu. And they saw — oy voy — "Yisroel Ber — Yisroel Ber has become a Breslover — Rebbe Yisroel Kardonner is…" Nu. A machlokes rose against me — a great battle.</w:t>
      </w:r>
    </w:p>
    <w:p>
      <w:r>
        <w:t>[Tell everything.] And the father and the mother and the close family and all — and all the yeshivah and everyone. [What did they do?] Ah? [What did they do? What was the machlokes? What? They spoke? They shouted? They hit? What did they do?] Hey — they… It is impossible to describe [describe it] and to imagine. They had — they had great pity. Only — only this they said: "Oy voy — Yisroel Ber has become a Breslover — Yisroel Ber has become a Breslover." Nu. They went from the yeshivah — they went to the parents, to the father and the mother, and told them: "Do you know? Yisroel Ber has become a Breslover."</w:t>
      </w:r>
    </w:p>
    <w:p>
      <w:r>
        <w:t>So the father said: "I am not worried — I know my son. He honors his father and mother. He — even if it seemed that I would send him into fire — there is, there is no equal to him. You know him — he is yiras Shamayim and he fulfills the mitzvah of honoring his father. So I — he will come from the yeshivah, and I will tell him that I don't want — and he will certainly not be a Breslover. I have no concern." So they — they trembled: "You don't know what Breslov is? He won't listen to you — you need a heavy battle." So he said: "I am not worried — I know my son."</w:t>
      </w:r>
    </w:p>
    <w:p>
      <w:r>
        <w:t>I came from the yeshivah — so the father said to me: "I heard from everyone in the yeshivah — Rav Motl of Slonim and everyone came and said that you have become a Breslover. Know, my son — have mercy on me. I do not want you to be a Breslover. I want you to be whatever Chassid you want — but not — only not Breslov!" So I said to him: "Father — I — I — you know, you recognize me. I — I honor my father and mother. In this — I will not listen to you." Ah. So he said: "You are right — they told me I do not know what Breslov is." This was the first time in my life — the first time — that I heard myself say I — that… I did not — I did not want to fulfill his words. Oy, oy voy, oy.</w:t>
      </w:r>
    </w:p>
    <w:p>
      <w:r>
        <w:t>What happened then? What happened? What happened? Now one can tell — the rabbi — the rabbi — and Rav Motl and all — and all — and all the Chassidim — all the… All the city was already boiling…</w:t>
      </w:r>
    </w:p>
    <w:p>
      <w:r>
        <w:t>[Minchah.] Ah — Minchah, Minchah — yoy, yoy…</w:t>
      </w:r>
    </w:p>
    <w:p>
      <w:r>
        <w:t>[This will be a great feast — a royal feast tonight.] We will be able to go and take dollars. (Saba laughs.) [I have a little.]</w:t>
      </w:r>
    </w:p>
    <w:p>
      <w:r>
        <w:t>[All his life he danced and was joyful once, and went —] [Saba — shall we sing a niggun?] Yes, yes — sing. [The friends and Saba sing: Na Nach Nachma Nachman MayUman. (Saba laughs.)]</w:t>
      </w:r>
    </w:p>
    <w:p>
      <w:r>
        <w:t>[Saba — you told me that Tziporah went and saw you with Shazar — with President Shazar.] Nu. [When? At which wedding?] [At a wedding — yes, yes.] [Or in a hospital — in a hospital?] [I was with him at the hospital too.] In the hospital you were with him. [Yes — I was with him — correct.]</w:t>
      </w:r>
    </w:p>
    <w:p>
      <w:r>
        <w:t>At the time of… (not understood) [What was there?] [We — the nurse said: "It is impossible to enter." So my father said to her: "Go in and say that Rabbi Yisroel Ber is here." And she entered and said: "Right away — right away let him in." And he went inside and he embraced my father and gave him a kiss on his hand, and he praised him — he embraced him like this — it was granted to him that he should give thanks for life. Yes.]</w:t>
      </w:r>
    </w:p>
    <w:p>
      <w:r>
        <w:t>[He embraced him and gave him a kiss on his hand in the hospital — of Slonim — Shazar.] [In the hospital, and he said: "Oy — you came from Heaven. I remember — you came from Heaven. Now I already feel better — I feel better already. Come, sit. Thank you very much for coming. Nu — tell me something — tell me."] Yes. So he said this to you? "Tell me — tell me." [She said that he said to you: "Tell me something."] [What story — what story from the Rebbe — tell, tell a story from the Rebbe." And my father sat down next to him. And when he was telling it I had already left — but I saw what love he had for my father — and how he embraced him and kissed him on the hand, and he said to him: "Now I already feel better." Afterwards he said to him: "Now you will tell me a story from the Rebbe."] (Saba laughs.)</w:t>
      </w:r>
    </w:p>
    <w:p>
      <w:r>
        <w:t>[And another time you saw him at…] [Another time at a wedding.] [At a wedding.] [He came before the wedding — my father — he came to us at home before the wedding of Pinchas. So he came home and said to us: "That he had not heard from my father." He received an invitation and he came — and where was my father? My father was not at home.] No. [Do you remember? I remember this exactly.] Yes — he came in… [So — and he climbed all the floors. So my mother very much asked him to sit. So he sat a little and rested. But he said: "That he had many matters to arrange in Tel Aviv — he would come to the wedding in the evening. But…" So my mother gave him something to drink. And he said: "You don't know what you have merited." He said to her: "You do not know what a tzaddik you have — what a person you have — what — what a man. This is not a man, he says — this is something that was born from Heaven." So he said to her: "You know?" He asked her: "Who is your husband? Do you know who your husband is? I can tell you who your husband is." And like this he spoke about my mother the whole time.]</w:t>
      </w:r>
    </w:p>
    <w:p>
      <w:r>
        <w:t>[Afterwards he hurried to leave — he finished drinking and went. And at night he came to the wedding. And my father and my uncle Baruch — they danced with… Do you remember? You with — with Undrait you danced?] [You with Undrait — Undrait.] Pinchas. [Undrait — there was one Undrait.] Undrait. [The mechuton of his.] [The mechuton, the mechuton — Undrait.] The mechuton. [You danced with him — I have a photograph.] Yoy, yoy. [You danced.] [You performed a dance together at the wedding of Pinchas.] Ah. [And Baruch — I have the photograph where he is standing and clapping his hands. And the President is standing joyfully — he is standing and looking and joyful.] [And the President of the state looked at the spectacle — how you danced in front of…] (Saba laughs.) [How he danced.]</w:t>
      </w:r>
    </w:p>
    <w:p>
      <w:r>
        <w:t>[At the wedding of Pinchas — and he was joyful — President Shazar was looking on.] [He simply did not understand — how could a person like this… One sees my uncle standing in great joy like this — I have the photograph.]</w:t>
      </w:r>
    </w:p>
    <w:p>
      <w:r>
        <w:t>He was — he said to me: "That he had absolutely no way to come to the wedding." [Yes.] Because at that time there were very difficult matters — [yes — political — yes] — and the Sochnut, and Goldman was at the assembly. [Yes, yes.] And he was not able to go. [Yes.] Goldman said: "It is impossible to go now." He said: "That this…" (Saba laughs.)</w:t>
      </w:r>
    </w:p>
    <w:p>
      <w:r>
        <w:t>[So he said to my mother that his first errand was to go through my father. He came with the driver — brought him. He climbed four very difficult floors — we had some sixty-something steps. Yes? My father — in the building where you lived before —] [Where? In Giv'as Sha'ul?] [Yes. So in Tel Aviv there were maybe sixty-something steps — yes?] [In Tel Aviv there were many steps?] Ho — he had miracles, yes. [He climbed.] [So he climbed all the steps — he truly came. So my mother was so… So she very quickly made him something to drink and asked him to sit and he sat. And he truly had no words — he had no words. He said: "I knew that I would come here — I would come here — and I go and I succeed." But how he said to my mother: "You do not know…] [If I come here] [I come — and afterwards I succeed — I will succeed. I remember this word for word. But with him this was… Also his sister — his sister of — of — of Shazar of Slonim — very much loved my father. This was for her. He says: "That he gives him all the success in his life — from the time he knew him it has gone well for him." And then he became President — he says: "That my father came and asked her it seems: what do you say — will he be President?" His sister asked you —] Yes. [If Shazar — you said: "Yes, certainly." You said that you opened the book and it was written exactly in connection with…]</w:t>
      </w:r>
    </w:p>
    <w:p>
      <w:pPr>
        <w:pStyle w:val="Heading2"/>
      </w:pPr>
      <w:r>
        <w:t>Side B (Bais)</w:t>
      </w:r>
    </w:p>
    <w:p>
      <w:r>
        <w:t>when you opened the book — and it was written there exactly in connection with the President — yes? Ah? Yes — he opened it. I remember it — that he said that he opened it and he said that…</w:t>
      </w:r>
    </w:p>
    <w:p>
      <w:r>
        <w:t>I think Yitzchak [Nu] has the photograph of me and of Shazar of Slonim. [With the signature?] With the signature. Yes. [So I don't know of that one.] Yes, yes — it is with him. [I don't have it — I have what you gave me. I sent you the photograph to America. Who came to take it from me? And they took it — and there too there was a signature and it is gone. And I had two letters from my father — three original letters — he brought them to me and he took them from me. And the letter that he wrote about my mother — this touches my heart so deeply — you cannot imagine it. He wrote — when my mother passed away, he wrote to Shazar a letter.]</w:t>
      </w:r>
    </w:p>
    <w:p>
      <w:r>
        <w:t>Now we are going. [But the original letter was with me.] We want to distribute the book "Av'i HaNachal." [But where will you get the letters? Yes.] The letters. [First of all the letters that already exist.] [Yes, good.] [After that we will add what it is possible to obtain.] [There is — there is in "Av'i HaNachal" perhaps a little change there — but this is the letter that my father wrote when my mother passed away — how broken and crushed he is — he writes letters to Shazar. So I met with Shazar afterwards — and also because he was sick and they would bring him to the hospital from time to time for treatment. So he said to me: "He is going to print the book." He says: "But such a letter — even one of the greatest writers — that he read books in his lifetime" — he says — "but such a letter he did not read" — what he read about my mother, that he wrote to him. This is truly… Not that this broke my father — this broke his heart, he says. The style of his writing — that it is truly beautiful. He says — (not understood) — he would see him, he would embrace him — embrace him. Then he kissed him on the hand.]</w:t>
      </w:r>
    </w:p>
    <w:p>
      <w:r>
        <w:t>[Saba — Saba — you told me — that President Shazar once — you were — you were in his office at the President's Residence. He said that this chair is not for him — the chair of the President — that he is not worthy. You are worthy of the President's chair — that he said: "I am not worthy." You will sit on his chair — yes?] (Saba laughs.) [I will tell you simply — the investigators had to go upstairs…] [Alright — we will take — we will take Tziporah back to the building — she wants to return. Alright?] Good, good, good. (Saba laughs.)</w:t>
      </w:r>
    </w:p>
    <w:p>
      <w:r>
        <w:t>[Saba and the friends sing: Na Nach Nachma Nachman MayUman. (Saba laughs.)] Do you remember this niggun? (Saba laughs.) [Ho, ho — my father, my father…] All night — this niggun. [My father, my father — by us they sing this niggun.] Ah? [On Friday night.] Nu. [We sing this niggun.] Yes? [Yes.] Every Shabbos? (Saba laughs.) [Uri, Uri sings everything — we sing "Asadder LiSe'udatah" on Shabbos, and your "Aishes Chayil."] Yes? [Yes.] (Saba laughs.) [By us at home they love your melodies. Uri — all the melodies. Uri is a Breslover Chassid.] Yes? (Saba laughs.) [He loves so much — and in his room there are also your books.] There are? [Your books.] My books. [Yes — he reads much. And Shmuel calls him: "Where is the Breslover?"] Yoy — what does he read? [He calls him: "Breslover."] Whom? Uri? [Shmuel calls Uri.] Uri. (Saba laughs.) [When he comes home there is a recording of the Breslover Chassid who sings the melodies — so he listens all the time to the melody. There is — you know that.] Yes, yes, yes.</w:t>
      </w:r>
    </w:p>
    <w:p>
      <w:r>
        <w:t>But if… [My father — if something comes up, I am coming to you with Hashem's help. But blessed be Hashem — everything is already now fine.] [Shalom, Saba.] Shalom, shalom. [How are you?] Blessed be Hashem. [Saba.] Yoy.</w:t>
      </w:r>
    </w:p>
    <w:p>
      <w:r>
        <w:t>[We arrived three hours after this — the thing happened.] Yes. [Yes — it happened at six-thirty in the morning — we were already there at nine-thirty. This was great personal Providence. We took Shmuel to the university.] But — but now they are certain that their child they… [No — they are not letting anyone into the building.] They are not letting anyone in. [Not yet.] Nu — let it be finished. [So I said to Tziporah —] What? [I said to Tziporah — that I can live at Reuven's — and come in all the time.] Yes. [I don't need to be here — I can be at Reuven's and come to visit.] Yes. [Until it… yes.] Yes, yes, yes. [Yes — she is here.] Is there room here? [There is a lot of room here.] Until — until they fix it. [Yes — I can be at Reuven's. His wife said to me — whenever I want I can be at her place.] You see — as if… You? [Yes.] There is room for you and for them. [But if they want privacy — to be a family — I can be at Reuven's and come to visit when you need me. No problem.] (Saba laughs.) Where is she? [In the bathroom.] Ah, oy, oy voy, oy.</w:t>
      </w:r>
    </w:p>
    <w:p>
      <w:r>
        <w:t>[Saba and the friends sing: Na Nach Nachma Nachman MayUman. (Saba laughs.)]</w:t>
      </w:r>
    </w:p>
    <w:p>
      <w:r>
        <w:t>Because when one sees such wonders — such stories — such conversations — they, they feel that they are donkeys. Yes. (Saba laughs.) That the main salvation is Rebbe Nachman — such stories as have never been in the world. And there is not — there is not — no — such {there is none} — such stories (Saba laughs) as "Ba'al Tfilah" — and "Seven" — and "The Seven Beggars" — what? And all — and every story and every tale — this — this is every word — it is, it is, it is a new Kabbalah that has not yet been revealed in the world. Secrets of the Torah such as have never yet been in the world. And all — all of this is for us! We are such sick people — we need such new remedies — that we — that (Saba laughs)… that only Rabbainu.</w:t>
      </w:r>
    </w:p>
    <w:p>
      <w:r>
        <w:t>In any case we must strengthen ourselves — not to fall — and to be renewed and to strengthen ourselves and to study the books of Rabbainu always. Not for the sake of broad knowledge — only for the sake of serving Hashem through this. Yes. Every Torah — from every story — from every conversation of Rabbainu — this, this is the root of all Torah. Yes. This is not we who say it — the holy Rabbainu revealed this. And if he said it — then "Halachah k'Rav Nachman, v'halachah k'Rav Nachman, v'halachah k'Nachmani!" (Saba laughs.) He — he said it — he revealed this. Yes. He knew that we have no place at all that can help us — only — only he himself. (Saba laughs.)</w:t>
      </w:r>
    </w:p>
    <w:p>
      <w:r>
        <w:t>The Rebbe — the Rebbe is truth — "R'osh B'nay Y'israel" — the Master of our house — the Master of the house of the world — of all the world. And he brought down and revealed in the world such wisdom as has not yet been revealed in the world: "You made all of them with wisdom." Oy — such wisdom as has not yet been in the world — such holy wisdom — such supreme holiness — has not yet been revealed in the world. Rabbainu — and the holy Ari says that the Mashiach will be greater than Moshe Rabbainu and than all the tzaddikim. Have you seen this? [No.] Yes, yes — this is in the writings — in the "Kisvay HaAri HaKodosh." Yes. (Saba laughs.)</w:t>
      </w:r>
    </w:p>
    <w:p>
      <w:r>
        <w:t>We must give our souls to emerge from sins. The main thing is the suffering and the main thing is the sorrow and… This — there is, there is no suffering greater than sin. This does not belong to Israel — only to the nations. Sins — desires — this is only for the nations. We — "Who has chosen us from all peoples." (Saba laughs.) And we… Now is the time — the time of the nearness of the redemption. Yes. So… And one sees — one sees how the world is so sunk in desires. And Rabbainu writes the opposite — and they all — all the world — are drawing themselves to the holy Rabbainu. All the secular ones and all — all… "Rebbe Nachman, Rebbe Nachman, Rebbe Nachman." Yes. (Saba laughs.) They should have fled — [What?] they should have distanced themselves. What — what is this? He says that the main thing is money — this is nothing; honor — this is nothing. Only to serve Hashem? (Saba laughs.) They all should have distanced themselves — fled. Yes. And they all esteem him and love him — he… And they say: "Only Rebbe Nachman!" (Saba laughs.)</w:t>
      </w:r>
    </w:p>
    <w:p>
      <w:r>
        <w:t>[So say the secular ones?] Ah? [So say the secular ones?] Yes! This is a known and publicized thing. Yes. The whole world, all… they say one needs to — needs to investigate the stories — to see what this is. What? Such stories as have never been in the world. And also the Torah teachings and the conversations of Rabbainu — these are wondrous matters — wondrous matters as have never yet been revealed in the world. And all of it is for us — for the sake of us needing to leave the prison — from… We must — we are sunk {in that which we are sunk} — and we need to emerge from all this. Yes. Nothing — nothing at all can help us — only Rabbainu Rebbe Nachman. (Saba laughs.) Every word and word that he revealed — it is all our hope and all our vitality and all the vitality of all the world. (Saba laughs.)</w:t>
      </w:r>
    </w:p>
    <w:p>
      <w:r>
        <w:t>Oy voy — if we would merit — we could be — to be renewed and to be human beings — not as the world today. This is not a world — this is not human beings. This is a kind of animals walking on — on two feet. The main wisdom is — is the Torah and the true tzaddik. Not as we think. If we learn — one can learn — there is in the Torah two — two potions: a potion — a potion of life — and a potion of death. One can learn — to become a great scholar — and to learn the opposite. Yes. Without… yes. Without the tzaddik. (Saba laughs.)</w:t>
      </w:r>
    </w:p>
    <w:p>
      <w:r>
        <w:t>Yes. What this is — this is truly so. Nu, nu — a time will come. Yes. Every time that the holy Rabbainu becomes more publicized in the world — this is the approach of the redemption! There is in the "Sefer HaMidos" — Rabbainu says: "The coming of Mashiach depends on drawing close to the tzaddikim!" On drawing close to tzaddikim. Who are the tzaddikim? The holy Rabbainu and his people! Yes. That is it. (Saba laughs.) Oy — what is this? Oy, oy, oy. In any case we must completely nullify our opinion before Rabbainu — before the holy Rabbainu — before the Torah. Yes. And to give our souls to fulfill the Torah and to bring oneself into Torah and to bring in emunah. Yes. Not — not to look at the world — at… The whole world today is — is such a world that… A world of madmen — of wicked people — of… Such a world. But there is already a remedy that can help — that can bring one out. Yes. So the cure and the salvation is only Rabbainu — "R'osh B'nay Y'israel" — the RaBI — Rabbainu — he is the Rebbe of all Israel. "R'osh B'nay Y'israel" — the initials spell RaBI. Yes, yes.</w:t>
      </w:r>
    </w:p>
    <w:p>
      <w:r>
        <w:t>What is a Rebbe? He teaches — as if the child — if, if the child — he informs him what is a patach and what is a kamatz and what is "Beraishis" and what is "Gemara." He, he, he, he opens him and instills in him a spirit — a new soul. (Saba laughs.)</w:t>
      </w:r>
    </w:p>
    <w:p>
      <w:r>
        <w:t>[One of the friends makes the blessing "shehakol nihyeh bidvaro."] Amen. When did you arrive? Today? [Sunday.] Ah? [On Sunday night.] Today? [Sunday night.] Yesterday. Ah — we must be warriors — warriors of the battle — to overcome everything — everything… Not to look at the whole world. Only what — only what we merit to feel in our hearts — some word of Rabbainu. Nu. Yoy. Do you have a lamp? [There is a bulb — but it is not…] Ah. [I will make another one.] Ah — perhaps you will call the neighbor? [Yes — he is not at home.] Ah? [He is not at home — I went.] He is not at home. [He will come later — his wife will tell him.]</w:t>
      </w:r>
    </w:p>
    <w:p>
      <w:r>
        <w:t>Ah, oy, oy voy. The main thing — we must nullify our wisdom and our da'as and our intellect — to nullify completely. The holy Rabbainu said: "He is the root and the main thing of Torah — of emunah — of all our vitality. This is it — and this will be." (Saba laughs.) We — I remember that there was a prohibition to study in Breslov books. (Saba laughs.) They were afraid to touch a Breslov book. I saw this. Yes. And blessed be Hashem — today one can study everywhere. (Saba laughs.) This — this is signs of the redemption. (Saba laughs.)</w:t>
      </w:r>
    </w:p>
    <w:p>
      <w:r>
        <w:t>[I wanted to ask — one who studies Torah all day — one who studies Torah all day — how many hours does one need to study Rabbainu? Are there hours — or is there a quota…] One who searches for truth — the Holy One Blessed Be He illuminates for him all that he needs — that he should do everything he needs. Yes. (Saba laughs.) I saw that there is such heroism in the world — that I sat in the yeshivah and studied in the yeshivah the books of Breslov — Likutay Moharan, Likutay Halachos and Likutay Tfilos and Tehillim. And I saw there was no fear. I was alone — and they all… Everyone was opposed and persecuting. And I had such heroism as there is not in the world. They were very astonished — how I hold my ground.</w:t>
      </w:r>
    </w:p>
    <w:p>
      <w:r>
        <w:t>And also — if a person searches for truth — then he merits. The Holy One Blessed Be He opens his eyes and he sees truth and knows how to conduct himself — how… what to do — how to repair everything — and how to return to the Holy One Blessed Be He and to Torah, to emunah, to truth. This… The whole world goes — they run (Saba laughs) and they go — they bustle about. But this is not — not human beings. A human being has hands and feet and a mouth — yes — everything. And this is a kind — a kind of animals like these. Yes. So says the holy Rabbainu (Saba laughs) in the Torah "Ki merachamam yenahalem." (Saba laughs.) The Gemara says: "A person does not transgress unless a spirit of foolishness has entered him." A spirit of foolishness — this is the opposite of wisdom and the opposite of da'as. (Saba laughs.) From where do sins come? The holy Rabbainu says: "So this does not belong to us — only to the nations." So how can we, Heaven forfend, fall into sins and do sins? This does not belong to us — this is not ours. Yes. (Saba laughs.) This is a lack of da'as. Yes.</w:t>
      </w:r>
    </w:p>
    <w:p>
      <w:r>
        <w:t>They — they will not be able to have a new heart. Have you seen {not understood}? Oy, oy, oy voy. I — I want and I understand that I must always give thanks and praise to Hashem Who did a miracle for me — one individual alone against the whole world. Yes. The father and the mother and the family and the whole city and all — and all the world. (Saba laughs.)</w:t>
      </w:r>
    </w:p>
    <w:p>
      <w:r>
        <w:t>How I was in such humiliation and disgrace — that if you had been there then — it would have been hard for you — how I — how I exist in the world? How am I alive? (Saba laughs.) It is impossible to describe — impossible — there are, there are no words to speak and to describe what, what I suffered. And blessed be Hashem — I see now that this is good — this is very good. I long and I say: "If only I had suffered more." (Saba laughs.) But now I — if I pay millions — it's gone — the time has passed. (Saba laughs.)</w:t>
      </w:r>
    </w:p>
    <w:p>
      <w:r>
        <w:t>Oy voy — honor and pride and money — this, this, this darkens the eyes of the poor and they… and they fall. Yes. But one who searches for truth — ho — he is not afraid of anything — of anything at all. He has no fear at all. He… (Saba laughs.)</w:t>
      </w:r>
    </w:p>
    <w:p>
      <w:r>
        <w:t>[One who wants to draw close to Rabbainu — one who wants to draw close to Rabbainu — what book…?] What? [He wants to draw close to Rabbainu — what to study?] [Which book especially at the beginning?] Only — not to do evil. Only to do everything the will of the Holy One Blessed Be He. Then everything one studies — whatever books one studies — the holy Rabbainu illuminates everything. And one finds in every word of Torah what one needs — how to live and how to repair and how to draw close to the Holy One Blessed Be He. (Saba laughs.) "Rachmana liba ba'ay" — the main thing is the heart. The holy Rabbainu said: "Give Me your hearts — and I will lead you on a new path." (Saba laughs.) Your hearts — the heart. Oy voy — what is this? What? Where are we? There is — there is in the world — there is… there is in the world such a light — that it is all our vitality and our hope. And we must give our souls — not to abandon this — to bring it into our hearts. And not to look at the whole world. Yes. (Saba laughs.)</w:t>
      </w:r>
    </w:p>
    <w:p>
      <w:r>
        <w:t>Who is the world? The holy Rabbainu — the Holy One Blessed Be He — the holy Rabbainu — the Torah. This is the world. Beyond this there is no world. (Saba laughs.) Ho. Oy — one must speak only of this. Every time that we merit to see ourselves and to speak — one must speak only of this. Each one — each one — what he merited to find in the words of Rabbainu — how to repair and how to be renewed and how to strengthen oneself — to speak only of this with — with the friends, and with — and with all the world. Yes. Because the falsehood — has nothing — has nothing — has no existence, has nothing… Yes.</w:t>
      </w:r>
    </w:p>
    <w:p>
      <w:r>
        <w:t>[The first book he studied was "Hishtapchus HaNefesh."] The falsehood has nothing — it is nothing. [What?] [The first book he found in the garbage bin.] Yes — the time will come — the time will come. [Rebbe Yisroel — I told him…]</w:t>
      </w:r>
    </w:p>
    <w:p>
      <w:r>
        <w:t>And one who wants now — there are already such Torah teachings, such prayers and such words from such a tzaddik — who — who changes, changes nature, changes all the world. He, he… "There is a matter by which everything is turned to good." He turns everything to good. [Rebbe Yisroel?] What? [I told him that your first book was "Hishtapchus HaNefesh."] Ah? I don't remember. [The first book of Rabbainu that you found — it was "Hishtapchus HaNefesh."] Yoy — in a garbage bin — in a garbage bin. This was in a garbage bin. (Saba laughs.) [Yes.] And the owner of the book said to me: "It is mine" — proof! — that you found it in a garbage bin. (Saba laughs.)</w:t>
      </w:r>
    </w:p>
    <w:p>
      <w:r>
        <w:t>I took this book — only the name of the book made a great impression on me. So I did not put it in the genizah — I only studied it. They {planned} to take it away — I did not know that this was Breslov. So they came and saw that I was studying — they knew that this was Breslov: "What is this? What — what are you doing? You are studying a Breslov book?" (Saba laughs.) I had already tasted what this book was. I said: "Yes — I study — I will study Breslov books. I abandon the whole world — this is all my vitality! Yes." So came — the owner of the book came and said to me: "What a low one — you — you are such an insolent one against all the Admo"rim?" (Saba laughs.) "This is my book — give me the book!" I said to him: "I found it in a garbage bin — this is ownerless property — it is mine!" So he said it was his — and I also said it was mine. And he fought me and took the book from me. And I was left without — without the book. (Saba laughs.)</w:t>
      </w:r>
    </w:p>
    <w:p>
      <w:r>
        <w:t>Oy. But — but I heard the news — that there are Breslov books that it is forbidden to study. (Saba laughs.) Yes. And I searched for Breslov books and I did not find — no — they did not print and I did not have — they were not to be obtained. (Saba laughs.) Until the Holy One Blessed Be He helped me and gave me — Rebbe Yisroel Kardonner — and he already gave me the books. (Saba laughs.) {Speedily.}</w:t>
      </w:r>
    </w:p>
    <w:p>
      <w:r>
        <w:t>Oy voy — one must speak of this by day and by night — not to sleep and not to eat. I have no time. (Saba laughs.) One must have compassion on our children and on our generations and on ourselves — to speak only of this. "Who is the man who desires life?" One who wants to look and to be — and to be a servant of Hashem and to serve Hashem in truth — so this is only Rabbainu. This must be announced to all the world. And we see that all the world — they understand this — they, they are drawing themselves to Rabbainu. Yes. (Saba laughs.)</w:t>
      </w:r>
    </w:p>
    <w:p>
      <w:r>
        <w:t>Oy, oy — how cruel I was. My father had Gehinom in this world. He was blind in both eyes — and so poor and in such humiliation. And I was in such a home. And I have miracles in how — how I remained alive in such poverty. Yes. I did not have any bread — I wanted some drop — a drop — a drop of olive oil. (Saba laughs.) And I cried: "Give me another drop." So my mother shouted at me: "But I need the oil for Shabbos!" (Saba laughs.)</w:t>
      </w:r>
    </w:p>
    <w:p>
      <w:r>
        <w:t>And blessed be Hashem — I stood firm… My father wept before me: "I am your father — I — I know that you are still — still young — you do not — do not understand. Breslov — no… No match will — will want you. And you are poor — you have no money. And how… what you are doing." He wept — he and my mother. Yes. And my brothers wept for me. And I was cruel toward the father and the mother — and said: "Only Breslov!" (Saba laughs.)</w:t>
      </w:r>
    </w:p>
    <w:p>
      <w:r>
        <w:t>Now I see how the liars look — yes — how they look — where they are. Yes. Not a trace remains in the world — only the books of Breslov. (Saba laughs.) This — this creates a new world. Every word of Rabbainu. And we must give our souls for this — and bring it into our hearts and into the hearts of our children and our generations — and to speak always only of this — how one merits to emerge from the sins and from the desires. (Saba laughs.) How one merits to repair everything. The power of the holy Rabbainu — he revealed to us that he can help us — yes — he can repair us as we are. (Saba laughs.)</w:t>
      </w:r>
    </w:p>
    <w:p>
      <w:r>
        <w:t>Oy, oy, oy — every Torah teaching that Rabbainu revealed in the world — every word he revealed in the world — this is all — all our vitality and our glory. Yes. This is it. And we must have compassion on ourselves and on our generations and on our offspring and on our generations — to announce to everyone — to all the world — that there is now in these generations — in this darkness — there is already such a light that can help us — to bring us out of sins and desires and to repair everything. Yes. (Saba laughs.)</w:t>
      </w:r>
    </w:p>
    <w:p>
      <w:r>
        <w:t>Oy, oy, oy. Rav Aharon Luria — he was a well-known pedigree and was a scholar and… yes. So I was his neighbor in the yeshivah. And he saw what I was suffering. So he had envy of me. So he — he took from me a book — the book Likutay Moharan — and entered his room in the yeshivah and studied — and studied in Likutay Moharan. (Saba laughs.) So there arose a great commotion in the yeshivah: "Aharon Luria is studying…" And they said to him: "What are you doing?" So: "I — I — I must — I want to study only Breslov books — whatever will be." So they told Rav Moshe Klirs and Rav Motl of Slonim. So… And the trustees of the yeshivah. So they said to him: "Fine — you want to be Breslov? You can be. Only know that you will receive a salary like Yisroel Ber — ask him how much he receives — two liros a month. We — you will receive two liros a month — like Yisroel Ber."</w:t>
      </w:r>
    </w:p>
    <w:p>
      <w:r>
        <w:t>So he said to me: "How is it possible — how is it possible to live on this? I also — I receive twenty liros a month and it is not enough for me. What will I do with two liros? So it is impossible." (Saba laughs.) He said to me every time he saw me: "I envy you — yes — I could not — could not withstand the test." (Saba laughs.) And I had two liros a month — and I danced all night and traveled to Meron and to Yerushalayim. (Saba laughs.) And I had — and I had a good life. The main thing was — I was for the Holy One Blessed Be He… (tape change.)</w:t>
      </w:r>
    </w:p>
    <w:p>
      <w:r>
        <w:t>with the world — that he cannot pray and not — and not… (Saba laughs.) Ah, oy voy, oy voy — who can imagine? Who can tell? Who can tell? However much I tell — it still does not — it still does not… It is impossible to feel what I went through. (Saba laughs.)</w:t>
      </w:r>
    </w:p>
    <w:p>
      <w:r>
        <w:t>I had no money — and I needed to marry off Tziporah. Nu — suffering — only suffering from the market. But a person such as Shmuel {%} — (Saba laughs.) — this there is none — none. Who would give me a bridegroom for my daughter? Yes. Shmuel had a great name — he had a great mind.</w:t>
      </w:r>
    </w:p>
    <w:p>
      <w:r>
        <w:t>[A moment — something at the door, Saba.] Ah?… (tape change.)</w:t>
      </w:r>
    </w:p>
    <w:p>
      <w:r>
        <w:t>{He stole} every month. Oy — they expelled my children from the school: "You did not bring money — if there is no money there is no school!" Yes. And all my daughters do not know how to pray — they do not know to… (Saba laughs.)</w:t>
      </w:r>
    </w:p>
    <w:p>
      <w:r>
        <w:t>Shmuel had a great name — and all the rabbis and all the wealthy men of Yerushalayim wanted Shmuel for their daughter. Yes. And he did not — did not want to listen — he saw this one and that one, and this and that — and no — no — it did not please him. Wealthy men, rabbis and well-known ones. There was one man at my home — a relative of Shmuel — a relative. He said to me — he knew that I had Tziporah — that I had a daughter to marry. So he — he says to me: "I — perhaps Shmuel would be a good match for you?" And I look at him — he does not know me and does not know that I have no way — how — how? What? What is this? Shmuel? The wealthy ones of Yerushalayim and the rabbis of the whole land want him — want to give him a lot of money. And he — and he spoke with — with — with the bride — with — with the young woman — and no — this is not — this is not for me. He came… he — they said to him: "Yisroel Ber has a daughter — perhaps this?" He saw Tziporah and spoke with her. So on the first night — he came that night — {he came} — they had troubles — such wealthy ones want to give him — and he does not want — so there is no bride for him. So he came home and said: "You know? Blessed be Hashem — the Holy One Blessed Be He has given me a bride — I have blessed be Hashem a bride!" (Saba laughs.)</w:t>
      </w:r>
    </w:p>
    <w:p>
      <w:r>
        <w:t>So there was joy in the house: "Shmuel already has a bride!" Yes. (Saba laughs.) Afterwards they asked him: "Who is the bride? Which wealthy one?" "Yisroel Ber!" (Saba laughs.) Everyone knew that I was so poor. (not understood) (Saba laughs.) So the mother said to him: "What — what — what are you doing? Yisroel Ber has — has no money at all. And we also are poor. I… No — no — no — how can you make a wedding? And… what is this?" "This is my bride — Tziporah. The main thing is — this is my bride." (Saba laughs.)</w:t>
      </w:r>
    </w:p>
    <w:p>
      <w:r>
        <w:t>[Rebbe Yisroel.] Nu. [Your connection with Rav Motl of Slonim.] Before the chupah — the custom is that the bride is given a gift — some gift — and to the groom they give a tallis — a large tallis. Yes. I did not have a tallis. So I said: "I have no tallis — I have none." (Saba laughs.) This was without a tallis. Yes. (Saba laughs.)</w:t>
      </w:r>
    </w:p>
    <w:p>
      <w:r>
        <w:t>[Rebbe Yisroel? Your connection with Rav Motl of Slonim — was it before Breslov?] Ah? [Your connection with Rav Motl of Slonim — was it before Breslov?] Rav Motl of Slonim. [Your connection with Rav Motl — was it before — before drawing close to Rabbainu? The connection with Rav Motl —] Nu. [of Slonim.] Nu. [Was it before — before you drew close?] No — after. [After drawing close to Rabbainu?] Yes, yes. (Saba laughs.)</w:t>
      </w:r>
    </w:p>
    <w:p>
      <w:r>
        <w:t>The children — grandchildren that I have in Yerushalayim — and his daughter — of Slonim. What she — what Rav Motl says — he says to his daughter: "I am nullified before Rebbe Yisroel Ber Odesser. I see his Shabbos — the zemiros — the joy of Shabbos. And I have a livelihood and I have every good thing. And I have no joy and I have no… So Yisroel should be my Rebbe." Yes. (Saba laughs.) Yes. His children know this — that he said: "Only he — Breslov, Breslov, Breslov." Yes. (Saba laughs.)</w:t>
      </w:r>
    </w:p>
    <w:p>
      <w:r>
        <w:t>Ah, ah, ah. My wife was in Tzfas and I was in Teveria. We had no clothing — garments. We had no apartment — nothing. And Rav Motl of Slonim — he gave me an apartment and furniture — a table and chairs. Yes. And he brought me into the yeshivah. Yes. Everything — Rav Motl. And when he spoke — he was opposed — he spoke — not, not, not with respect — against Rabbainu — so, so I slammed the door with a great bang: "No — no — do not speak with me anymore — I want no connection with you." (Saba laughs.)</w:t>
      </w:r>
    </w:p>
    <w:p>
      <w:r>
        <w:t>So, so he saw such a thing — he remained — remained like a child: "What is this? Who — who heard such a thing? A person to whom I give furniture and an apartment and…" He had mesiras nefesh for me. He had battles with the trustees of the yeshivah — they were opposed — and he said that they must bring me into the yeshivah and must give me an increase. And he was always in battle with them.</w:t>
      </w:r>
    </w:p>
    <w:p>
      <w:r>
        <w:br w:type="page"/>
      </w:r>
    </w:p>
    <w:p>
      <w:pPr>
        <w:pStyle w:val="Heading1"/>
      </w:pPr>
      <w:r>
        <w:t>Tape 3</w:t>
      </w:r>
    </w:p>
    <w:p>
      <w:pPr>
        <w:pStyle w:val="Heading2"/>
      </w:pPr>
      <w:r>
        <w:t>Side A (Aleph)</w:t>
      </w:r>
    </w:p>
    <w:p>
      <w:r>
        <w:t>this — and moreover a great strengthening from this dream — that "there is no despair in the world at all." I had already fallen into the pit and I had nothing — with no hope at all — and there is water! (Saba laughs.) And also — what, what Rabbainu revealed. Oy voy — oy voy — what… what the holy Rabbainu made from simple souls — completely distant — completely distant from Torah, from Yiddishkait. {These were} coarse people — who did not know even the scent of Torah — they did not know. And when they drew close to Rabbainu, there were made from them such holy tzaddikim as had never been — beyond, beyond nature. (Saba laughs.)</w:t>
      </w:r>
    </w:p>
    <w:p>
      <w:r>
        <w:t>This is a new matter. And one sees — Dovid HaMelech — Dovid HaMelech in Tehillim — all of Tehillim: "Mizmor, Mizmor, Mizmor" — "L'Dovid Mizmor" — "LaMenatzayach l'Dovid Mizmor" — "Mizmor." There is — there is "Mizmor" and there are several modes of — of — of speech. Oy. Yoy. Oy, oy, oy. And also "Mizmor shiru laShem shir chadash" — "a new song." Dovid HaMelech did not say — he said: "a new song." He is entirely new — he is new. "A new song" — the holy Rabbainu is the "new song." The holy Rabbainu is this song. And here in the Petek — Rabbainu reveals a small — a slight thing: "Na Nach." (Saba laughs.) Yes. Sixty years I did not know of this. I only knew that this is a wonder — that this revives me — that this… Yes. Every time it fell upon me — when I had fallen — I took the Petek and read it. And I was — and there came about — and there came about a different matter. And there came about "a new song." (Saba laughs.) Oy, oy, oy. And like this there are many "new songs" — "new song" — "new song." Dovid HaMelech — he is Rabbainu — this… The holy Rabbainu is — the holy Rabbainu surpassed all the tzaddikim — all the tzaddikim that were from the day the world was created.</w:t>
      </w:r>
    </w:p>
    <w:p>
      <w:r>
        <w:t>This is a wondrous matter of the Holy One Blessed Be He — that then there should be — that… in the final generations — what there will be — what, what there will be — some heresy, some falsehood, some deeds. And the Holy One Blessed Be He saw and knew. So He knew: ah — in the final generations? The holy Rabbainu must — must descend into this world. Rabbainu Rebbe Nachman — his soul — in this world. If not, Heaven forfend — there would be such destruction as — without any hope. Only Rabbainu. (Saba laughs.)</w:t>
      </w:r>
    </w:p>
    <w:p>
      <w:r>
        <w:t>And the holy Rabbainu already hinted at this in the Ma'asiyos — that they led a soul to immerse it — so that it should descend into this world. Yes. So came — so came the Sam — the Angel of Death — the yetzer hara — the evil one argued. He had arguments. There is a Din Torah — what is this? Is this ownerless? He said: "What — what? If this soul descends into the world — then I have nothing — I have nothing to do — nothing at all. And is it — is it for naught…" He — he argued: "Was I created for naught? For what purpose were you created? Then I have nothing — I have nothing to do — nothing at all." Yes. And they went — afterwards he… They said to him: the soul must descend into the world! And you — and you — devise a strategy for yourself, devise a strategy!" (Saba laughs.) So, so he — he went to think of a strategy. He returned, he said: "I already have a strategy! (Saba laughs.) Yes. He said… He can descend — Breslov — there will be such a machlokes!" (Saba laughs.)</w:t>
      </w:r>
    </w:p>
    <w:p>
      <w:r>
        <w:t>Such words — this is in Chayay Moharan in print. But not — no, no, no, no — the world does not feel it. The world is so coarse that even the great ones — even geonim — do not feel what there is in this, what… Yes. How — how do they have a share in this — in Breslov? Yes. Each one according to — according to his mesiras nefesh — according to, according to what he suffers…</w:t>
      </w:r>
    </w:p>
    <w:p>
      <w:r>
        <w:t>He said to her: "Divorce, divorce, divorce." (Saba laughs.) Rebbe Nassan — we know nothing of how Rebbe Nassan and his people were able to live. There was such humiliation and such cruelty — even upon non-Jews there is no such cruelty — yes — Breslov! (Saba laughs.) Yes. Oy voy, voy. And I — and I merited to be such a warrior. I stood against great ones who were important and great in all the world. In Yerushalayim — Yerushalayim was a city of geonim — of great Torah scholars. And not every one was important or well-known. And Rav Moshe Klirs — he was known throughout the world and in Yerushalayim. And everyone held him in the highest regard — and they had (not understood). And his name was that he was a gaon and wise and learned and discerning — a tzaddik — an upright man. He had all the names, yes — that he was so great. And I knew of this — I was born in Teveria and he was the rabbi in Teveria. I had heard of this and knew of this. And I became Breslov — I drew close to Rebbe Yisroel (Kardonner). (Saba laughs.)</w:t>
      </w:r>
    </w:p>
    <w:p>
      <w:r>
        <w:t>So there were miracles for me. Rav Moshe Klirs says: "Not to be Breslov!" And my father says: "Not to be Breslov — what, are you mad? What — what is this? How, how can such a thing be?" (Saba laughs.) Yes. And Rav Motl of Slonim — Rav Motl — he was also great in Torah. Not — not — not as famous as Rav Klirs. Rav Klirs was famous in Yerushalayim — everyone held him in high regard and stood before him as before a king. Yes. This is a known and well-known thing. Yes. And he pursued me over Bre… over — over the fact that I was Breslov. Yes. And I was a warrior against Rav Moshe Klirs and against Rav Motl of Slonim.</w:t>
      </w:r>
    </w:p>
    <w:p>
      <w:r>
        <w:t>Rav Motl was also great — a great gaon in Torah. But the talents of Rav Motl were greater than those of Rav Moshe Klirs. Yes. Because he was — he was exerted greatly until, until, until he reached his level. And Rav Motl did not need to exert himself — he only had to see a thing once in the Gemara, in the Midrash — he saw it only once — and he acquired it forever and ever. Yes. And Rav — and Rav Moshe Klirs — his grasp was not so — not as quick as Rav Motl — and he knew this himself. But he — he had a famous name in Yerushalayim and in all the world.</w:t>
      </w:r>
    </w:p>
    <w:p>
      <w:r>
        <w:t>And I stood against him. I drew close to Rebbe Yisroel (Kardonner). And he pursued me and spoke with me: "Breslov — we — we have heard from great ones, from holy tzaddikim — about Breslov." What? I had not heard — this — this is such a wondrous thing. (Saba laughs.) Yes. And Rav Motl — I was a poor child. And Rav Motl of Slonim — he — he was a great scholar. But he was also a lover of mitzvos like simple people — a mitzvah. Yes. Not like Rav… Rav Moshe Klirs — a mitzvah was small in his eyes — only genius, wisdom. But Rav Motl — he had both. He was also a lover of mitzvos. And — Teveria is a small city — he knew me. And also beyond that — Teveria is a small city — he… I — I found favor in his eyes. He saw me — that I was not talented. But my truth and my heart — he loved me very much. I was in his home as if at home — more than home, more than my own home. I came with him — I prayed with him and slept at his place and studied with him at night. Yes. And he… And there was such a bond between us. But I was a simple child and he was Rav Motl of Slonim — he was a gaon and great and wise — and wise. And I did not know — even — even as a gnat compared to him. Yes. Good. And there was great love between us — he studied with me — he loved me as — as his own son. And he had two daughters — the daughters were like my sisters.</w:t>
      </w:r>
    </w:p>
    <w:p>
      <w:r>
        <w:t>Soroh and Feige. (Saba laughs.) My sisters. Yes. And I came with Rav Motl — they gave food in the morning, at noon — to Rav Motl. So they also brought for me as well — bread. Yes. I was like — like a son — an only son. Afterwards when I merited to draw close to Rabbainu — when I merited — Rebbe Yisroel (Kardonner) came to Teveria. The episode had already occurred — how I drew close to Rebbe Yisroel — it was that night. All night I was with Rebbe Yisroel in the synagogue of the students of the Baal Shem Tov. And all the city knew — because my mother was weeping and — in all the places — she searched for me in all the synagogues and cried: "My son, my son, my son." All the city came: "What? What?" They thought someone had passed away — someone had died. (Saba laughs.) They came: "What is all the weeping and shouting?" She — so she told: "A man came and bought bread, and he ate the bread in our home, and he took Yisroel Ber and he — and he went the whole night. I woke for work and Yisroel Ber is not here — is not here."</w:t>
      </w:r>
    </w:p>
    <w:p>
      <w:r>
        <w:t>And this was the beginning of the battle. And the Turks were savage people — they — only if they saw that some person had hands and feet — hands and feet — they took him for the army. (Saba laughs.) Yes. So she thought: "Perhaps I have hands and feet — so perhaps they took me into the army." (Saba laughs.) She wept and the whole city was in an uproar. Ah — in the morning they saw me and Rebbe Yisroel (Kardonner). So they said: "Oy voy — Yisroel Ber was the whole night with Rebbe Yisroel — so certainly he — he became Breslov. He was the whole night with Rebbe Yisroel." (Saba laughs.) Who — who had the courage to speak with a Breslov Chassid — or to read a Breslov book? He was afraid lest it should be — lest there should be even mere suspicion. So why {would learning this Torah} — he would not find a marriage match. (Saba laughs.)</w:t>
      </w:r>
    </w:p>
    <w:p>
      <w:r>
        <w:t>And blessed be Hashem — I did not attend to this and did not look at anything. Rav Moshe Klirs and Rav Motl of Slonim and a marriage match — all of it — I gave everything — everything. Only what I saw — what Rebbe Yisroel (Kardonner) is — what is, what, what this is. Yes. (Saba laughs.) Until today I have this name. It is already eighty years since I drew close to Rebbe Yisroel and they were all such opponents. And I — and I — blessed be Hashem — received all the bullets — all — all the humiliations and all the troubles — with love and with great heroism. And they all were nullified from this. They saw my heroism. This is not in the natural order — they did not understand it.</w:t>
      </w:r>
    </w:p>
    <w:p>
      <w:r>
        <w:t>And Rav Motl of Slonim — he thought — he — only he... I saw from Rav Motl that he was great in Torah and… yes. And I studied with him. Nu — this was a miracle. If he says "Breslov — no!" — then immediately… But I saw what I saw. I saw Rebbe Yisroel (Kardonner) — I only saw him. The very first time in my life I did not know who he was — so I said: "Oy voy — this man is a tzaddik. I need him very much. If I could have some connection with him — I would — I would merit to serve Hashem in truth as I want. How — but how will I have a connection with him? He will buy the bread and pay and go — and how?"</w:t>
      </w:r>
    </w:p>
    <w:p>
      <w:r>
        <w:t>So I — as I was thinking about — about — about a connection — if only I could have a connection with this man — with this tzaddik — so he asked me: "Perhaps it is possible for me to eat the bread at your home?" So I felt: "What is this? He knows what I am thinking — what I want? But — what is this? He has no — somewhere to sleep — to eat — what is this? Is this the place of a hotel?" (Saba laughs.)</w:t>
      </w:r>
    </w:p>
    <w:p>
      <w:r>
        <w:t>In particular he — Rebbe Yisroel (Kardonner) — saw the — the — the apartment of ours. It was like a cave — a cave. This, this, this… And inside the cave small children were sleeping. And they needed to bake the challah — on Thursday night they needed to bake the challah. Yes. And he asked: "Perhaps it is possible to eat the bread?" So there was — there was a wonder in my eyes: "How does he know what I think — what I want? Who — who said — who told him?" So, so thoughts arose in me: perhaps he is… But I wanted to ask the father. I — I cannot bring in a guest without asking the father. Nu — so I was afraid: "What are you asking the father? The father will strike you and despise you — what are you — you are asking such a thing? There is — there is — this is a cave and they need to bake bread. What are you asking such a thing?" (Saba laughs.) But I said: "Whatever will be — I will ask him." And I asked him. And he agreed. And what came about came about. All night I was with Rebbe Yisroel (Kardonner) — in the lake — on a table in the lake. And from that night until now — blessed be Hashem — I hold my ground. Blessed be Hashem.</w:t>
      </w:r>
    </w:p>
    <w:p>
      <w:r>
        <w:t>But what passed over me and over Rebbe Yisroel — what we suffered — Rebbe Yisroel: if one were to give him all the money in the world — for one day — he, he would give it, he would not want the money and would not want — would not want such a task. And he gave his soul for me. What? One person — Yisroel Ber — what will come of this? Will the redemption come from this? (Saba laughs.)</w:t>
      </w:r>
    </w:p>
    <w:p>
      <w:r>
        <w:t>And he saw — this — how it was arranged. He descended from the donkey from Tzfas. He descended — in Teveria he descended from the donkey. So he met Rav Binyamin Barzal and asked him: "Show me where to buy bread." And he showed him to us. And from this came about — from this was built a structure for generations — for generation after generation — for the world — forever. This is a wonder — how I was to Rav Motl of Slonim as an only son — and I upheld him — I — I held him in high regard as a tzaddik and gaon and… yes, yes. And I saw — I slept at his place — I studied with him at night — and there was between us a bond of great love. Yes. And he said to me: "Breslov — Breslov — no!" He told me many things — he instilled poison against Breslov in me — what this one said — what that one said — what this one said. And I — and I — and I believed in all of them. If — if they say about Breslov this — but I saw Rebbe Yisroel (Kardonner). This was — this had come about — I merited to such heroism as there is no such heroism in this world. Such heroism — how I stood against, against such great ones. Yes. And also against my father and my mother and against all the family. Yes. Everyone wept — everyone had great pity for me — what will become of him. "He has become Breslov — Yisroel Ber has become Breslov." (Saba laughs.)</w:t>
      </w:r>
    </w:p>
    <w:p>
      <w:r>
        <w:t>Oy voy, oy voy. This — however much I tell — it still is not — still not even a drop from the sea — what, what, what happened. "Seeing is not like hearing." (Saba laughs.) In this I see that the main thing is mesiras nefesh for the sake of the Holy One Blessed Be He — for the sake of Torah. Wisdom is also good. But — but the main thing — the foundation and the main thing of Yiddishkait — the main thing of Torah — is mesiras nefesh — the strong will. And also the holy Rabbainu hinted at this and said. There is a conversation where Rabbainu says: "Give Me your hearts — and I will lead you on a new path." This is a very old path — one that our fathers never walked. And yet it is entirely new. Nu — one must give the heart. And blessed be Hashem — I, I gave all my life and my heart — the father and the mother and all the world — I gave everything for the sake of drawing close to Rabbainu.</w:t>
      </w:r>
    </w:p>
    <w:p>
      <w:r>
        <w:t>This is a wonder — this is a very wondrous thing. So there was the chief rabbi of the city — the great rabbi of the city. In particular — Rav Klirs — everything he said had to be fulfilled immediately. And he said — he said to me: "Breslov — no!" (Saba laughs.) And I did not listen to him at all. Yes. And he — and he thought: "There is no one — whom I tell and who does not listen to me — that is only Yisroel Ber." (Saba laughs.)</w:t>
      </w:r>
    </w:p>
    <w:p>
      <w:r>
        <w:t>And also the dream — the dream that I had after the passing of Rebbe Yisroel (Kardonner) — it was the dream of the waves — of… I was at sea and there were waves — such great waves — like mountains, mountains. I saw a mountain of water coming (not understood) — I thought — and it came in anger — straight at me — straight. And I said: "Oy voy — in a few more moments it — it will reach me. What will become of me? Then I will die — there is, there is no hope — yes — then I will die." And so it was — it rose in anger — in haste — and went to kill me — as one goes to kill. It fell upon me and… And I was completely despairing. But I saw that I — that I am rising over — over the mountain — that I am rising in the water — rising, rising — until I reached the end and stuck out my head and remained alive. I was able to breathe air and remained alive. Such a dream? Good — the wave passed and I remained alive. But I see a mountain — a new mountain — a new wave — coming like this. What will be now? And not every time do miracles occur. What will become of me now? Nu, what? How is it coming? It — it does not ask me — it comes toward me. A new mountain fell upon me. And also — also there was a miracle that I rose in the water over the mountain — until — until — until I stuck out my head from the — from — from the water — and remained alive. Nu — good. Blessed be Hashem — two times. But — but the sea does not — it is turbulent and — and going — waves continue coming. What will become of me? What will come of this? Not every time… I — I felt the danger of what I had — such waves, such mountains. (Saba laughs.)</w:t>
      </w:r>
    </w:p>
    <w:p>
      <w:r>
        <w:t>Nu — I was despairing. I saw the danger — what, what, what there is — every time there is — I see miracles — I rise over the wave — I rise over the mountain — I rise from the water — until I reach the end and stick out my head and breathe — and I remain alive. But — but perhaps — perhaps now — let us see what will yet be. I saw — I saw and felt the danger — where I was. Suddenly I see a great building in the sea — not far from me — such a building — a great, beautiful building — such beauty. I said: "What is this? What? How can such a thing be? In the sea — are there buildings?" Suddenly I saw — I saw nothing at all — only the waves — and suddenly I saw in the sea a magnificent and great building — a building! I was astonished: "How is it possible? In the sea — in the sea there is — can there be a building?" But I see a building. So I thought: perhaps this is a hint — about — about that… about the fact that I — that I will merit to be saved from the sea. Because there is a building. Perhaps I will reach the building. I certainly made great efforts and could not reach the building. And I was almost next to the building — and a wave came and swept me away. And I was distanced from the building. What? So what will be? I have a place of rescue — but I cannot — cannot… I have no strength to reach the build… There is — there is no possibility at all of reaching the building. It is right next to me — and I — and it is impossible for me to reach the building…</w:t>
      </w:r>
    </w:p>
    <w:p>
      <w:pPr>
        <w:pStyle w:val="Heading2"/>
      </w:pPr>
      <w:r>
        <w:t>Side B (Bais)</w:t>
      </w:r>
    </w:p>
    <w:p>
      <w:r>
        <w:t>until I merited — I made a supreme effort — and until I succeeded in touching the railing of the building. Like — only just — only so that I could hold onto the railing. I felt: now — blessed be Hashem — now I — I can climb the steps — onto the building. And there is no sea — no waves — nothing at all. Yes. (Saba laughs.) Now I have hope. Nu — I climbed — there were many steps. And I held the railing and climbed with great joy. Every — every moment was beyond measure. And I had great joy — I merited to emerge from — from danger — from such dangers. And I am in the building — in the building — on the steps. Up, up, up — I climbed the steps until I reached the end — until I reached the door of the building. I reached the door of the building. So I opened the door and entered. And there was… what do you call it? [A corridor?] A corridor. Yes — yoy — there was a corridor. On one side there were beautiful windows. And on the other side — I had entered through the door — and on the other side there were doors — there was a wall with doors.</w:t>
      </w:r>
    </w:p>
    <w:p>
      <w:r>
        <w:t>Good. So I passed the first door and wanted to open it — to see what, what was there — what… And I did not open it. Not deliberately — no — I did not open it. I said: "What is this? Why — why did you not open it?" So, so I thought: I — now I will open. There are many doors. So I went — and also reached a door and also did not open it. And I was — and I was angry at myself: "Why did you not open it?" I did not open it — I passed the door — and also — and like this — all — all the doors — I passed them and wanted to open and did not open — until I reached — this is the dream — such a dream — until I reached the last door of the building. This — this is after the whole building. I had already passed all the doors and… until I reached the last door of the building — which was already… I reached the last door. So I opened — I opened and saw a room. I opened and saw a room — there was a table and a chair there. And on the chair sat a great old man — such a beautiful white beard — such grace — and also his form — his face — had such grace as is not seen in this world. Such grace — such sweetness. So I was very ashamed. I saw such an old man — I saw this elder — and saw his face. So I became very ashamed and my mind fell: "How do I have a place here — to be in this room and to see such an old man?" I was very ashamed. And I wanted to give the old man greeting — shalom. But no — I did not find the courage in my soul to give him shalom. How?… And I am so distant — I — how do I have a portion — such a portion — to give — how do I have the boldness to give shalom to this elder?</w:t>
      </w:r>
    </w:p>
    <w:p>
      <w:r>
        <w:t>Yes. So, so the old man was like this — this elder extended — held out his hand — and gave me shalom — and took my hand — and held my hand with great love and shaking — yes — and with "Shalom Aleichem" — and he continued and held me with great love. Such greeting — such drawing close. (Saba laughs.) I did not have such boldness — but he did it. So what — what could I do? So I accepted it. (Saba laughs.) And I woke up — and I woke up!</w:t>
      </w:r>
    </w:p>
    <w:p>
      <w:r>
        <w:t>So I remembered all the dream. And I remembered — until today I see his face as I saw it then. In the natural order a dream is forgotten — yes — at least the form. But as I saw the chair with the elder upon it and the elder and the description of the face — the face like this — I remember it. As if I see it now. Yes. So I had yearnings and longing — I want to know: who was this elder! (Saba laughs.) Perhaps Eliyahu HaNavi? Some — someone… Some great one? Who was this elder that I saw? (Saba laughs.)</w:t>
      </w:r>
    </w:p>
    <w:p>
      <w:r>
        <w:t>So it seems — I had yearni… Out of yearning I fell asleep. And I thought in my mind: "I will take a book and I will open it — perhaps I will find there some hint — who is this elder?" And like this I did. I woke up and took a book and opened it. This was the book Chayay Moharan from the first printing. Chayay Moharan. And I opened it. And my eyes were drawn… [What — what did you see?] I opened the book Chayay Moharan and my eyes fell upon this passage — where the holy Rabbainu reve… there was — he revealed — he revealed: "Whoever will merit — I will appear to him in the form of an elder." This — this — this — this I saw. So I already knew that the elder is Rabbainu. (Saba laughs.) Such a good dream. (Saba laughs.) Oy voy…</w:t>
      </w:r>
    </w:p>
    <w:p>
      <w:r>
        <w:t>And I was a child — I was a child. And from the time I came to my senses — even when I was a child — my heart yearned to serve Hashem — to learn Torah and to give my soul for the service of Hashem. And I prayed with deveykus — with fiery enthusiasm — and with movements. And I prayed. And there was a certain old man there who was from the Chassidim of Bian — they — they — they do not pray with force and not with voice and not… only in a whisper. Yes. Nu. But even so — I — I had boldness and I did not look at them. And I… So this elder came to me every day — he — and gave me an important coin. Like this — he gave to me. He was known in the city as such a miser — he gives charity — the tiniest coin there is — a piece of a pak. Yes. (Saba laughs.) And he gave me — gave me — when I came home and gave it — they were poor — and I gave the coin. So they were very astonished. Yes. But afterwards I stopped giving to the household and began to collect coins for a siddur. I want to buy a siddur that will have in it Chatzos and Tehillim — Ma'amados and Selichos — all kinds of Selichos and all: a "Kol-Bo!" — that will have in it everything — all that there is in the world — some techinah — some — some — some thing — and also… yes. I started to collect the money for myself in order to buy a siddur. The name of the siddur was "Kol-Bo." And… like this it was. And all — everything was in it — in this siddur. And I had a longing and yearning for such a siddur. Yes. But there is — there is no money. And also in Teveria — no — it is impossible to obtain such a siddur — only in Yerushalayim. (Saba laughs.)</w:t>
      </w:r>
    </w:p>
    <w:p>
      <w:r>
        <w:t>So the Holy One Blessed Be He had mercy on me. And my mother traveled to Yerushalayim for a hachnasas kallah — to marry off some child. In any case she traveled to Yerushalayim. And when she traveled I said to her: "I have collected money for a Kol-Bo siddur!" And I was very dear to my mother. And she — she gave me a promise that she would buy me a siddur as I wanted — "Kol-Bo" — that it should have in it, that it should have all the finest qualities. Yes. I gave her the money. And she kept her word — and she made the effort to involve some family — from our family — who knows all the great merchants. Because there is… such a siddur — not everywhere — not — not to be obtained everywhere. One needs to know where such a siddur is to be found. (Saba laughs.)</w:t>
      </w:r>
    </w:p>
    <w:p>
      <w:r>
        <w:t>In any case she brought me a siddur — a new one from Yerushalayim. She came to Teveria with the siddur. And my joy — and I went to the synagogue with this siddur. And everyone envied me — he has — he has a siddur! (Saba laughs.) I wanted to eat the whole siddur. (Saba laughs.) What — what joy I had every time I saw the siddur with me. (Saba laughs.)</w:t>
      </w:r>
    </w:p>
    <w:p>
      <w:r>
        <w:t>[Start from the beginning.] I forgot. [About the three wise men in Teveria.] At the time that Rav Tzvi Rosenthal drew close to Rabbainu — so the Holy One Blessed Be He arranged the circumstances — such was the Providence. He left his home to pray vatikin on Friday. (Saba laughs.) And he did not — did not return the whole day. They were already waiting — the whole family — the… his wife and children and father were waiting at all — at all times — until he would come — until he would come. How can this be? One goes to pray and does not return. (Saba laughs.) Nu, nu — there was a commotion throughout the city: "Rav Tzvi Rosenthal went to pray — what… and did not return. What these Breslovers do — on Friday, Erev Shabbos, they took Rav Tzvi. He has a wife and small children. Suddenly he disappeared. Who knows where he is?" Some — a few people said: "The Breslovers sent him to Uman — because the main thing for them is Uman." (Saba laughs.) Yoy. Others said: "Perhaps to Tzfas — perhaps to Yerushalayim." In any case they did not know… This — this is known: "Rav Hirsh (Tzvi Rosenthal) has disappeared — disappeared. There is, he is not here." (Saba laughs.)</w:t>
      </w:r>
    </w:p>
    <w:p>
      <w:r>
        <w:t>They sent — on Erev Shabbos — it was Friday — they saw — it was close to candlelighting and he was not there. So they — they took one hero of the heroes of Teveria — one who knows how to ride on horseback — like an airplane! And he traveled to Tzfas — they have family there. Perhaps he — he went to Tzfas because there was a dispute in the home about Breslov — about Breslov chassidus. So he — he went to Tzfas. So they sent to Tzfas and he was — he managed to return and inform that he had visited everyone — all the family — and Rav Tzvi is not there! (Saba laughs.) Nu, nu — the whole city was in such an uproar: the whole city — "The Breslovers — Breslovers who took Rav {Tzvi} from the family and…" He went to pray and is not here. (Saba laughs.) And he… On that Friday — this — this was all {forbidden}. (Saba laughs.)</w:t>
      </w:r>
    </w:p>
    <w:p>
      <w:r>
        <w:t>In any case they lit candles for the honor of Shabbos — and Rav Tzvi is not here — not here — and not here. (Saba laughs.) In any case the children were weeping — and the wife and the family — his father. What kind of Shabbos is this? Where is Rav Tzvi? (Saba laughs.) And his wife and my mother and my wife — they went to the house of Rebbe Yisroel (Kardonner) and threw stones: "Where is Rav Tzvi? Where is Rav Tzvi?" (Saba laughs.) All the stones in Teveria they threw at the house of Rebbe Yisroel (Kardonner). (Saba laughs.)</w:t>
      </w:r>
    </w:p>
    <w:p>
      <w:r>
        <w:t>Nu — at night they were forced to sleep — they made a stop and went to sleep. But in the morning early — everyone woke up and went — (Saba laughs) — weeping: "Where is Rav Tzvi? What is this? On a Friday? He did such {things to them} — they could die." (Saba laughs.) "What is this? Where?…" (Saba laughs.)</w:t>
      </w:r>
    </w:p>
    <w:p>
      <w:r>
        <w:t>In any case — they had already gone on Friday to the Mukhtar. And the Mukhtar liked such things — because he loved money. He liked — money. Yes. So there would be good business for him — the families of — of Rav Tzvi (Rosenthal), Yisroel Ber — and there would be — and there would be — and there would be a good stew — and there would be coins for you. (Saba laughs.) So he said — he said to his wife: "Regarding Breslovers — believe anything. I think they sent him to Uman. He is not in Yerushalayim — he is not in Tzfas. They — they — they sent him to Uman!" (Saba laughs.) But Uman was not at war with Turkey. Nu — this is espionage — this — this — among them there is no relevance to war. Or — to Uman — this — they sent him." (Saba laughs.)</w:t>
      </w:r>
    </w:p>
    <w:p>
      <w:r>
        <w:t>And he made a complaint to the government — that we had sent Rav Tzvi (Rosenthal) to Uman. And like this he was at all times — yes — to Uman. So this is a matter — this is a matter of espionage — a very serious matter. So there would be money from this — he would clarify that not… In any case — but there would be money from all sides — there would be money. (Saba laughs.)</w:t>
      </w:r>
    </w:p>
    <w:p>
      <w:r>
        <w:t>On Shabbos morning they went up — they did not come to me — to Rebbe Yisroel (Kardonner) — {they were not doing} (Saba laughs) — I did not know. I got up — went to the mikveh — prayed at home — I start to pray: "Baruch SheAmar" and… The Mukhtar came with soldiers — with police. And I was in the middle of the prayer — after "Baruch SheAmar." He — he called — called me and said: "Come to prison — where is Rav Tzvi?" (Saba laughs.)</w:t>
      </w:r>
    </w:p>
    <w:p>
      <w:r>
        <w:t>Oy — the episode of Rav Tzvi (Rosenthal) — this — this is such a beautiful episode — a beautiful spectacle — what is this? When… It has never been heard in the world that a householder should go to pray on Friday and not return home — and no one knows where he is? Such a thing — only in Breslov. (Saba laughs.) And the whole city was weeping for the family. Rav Tzvi went to pray and did not, did not… This is only — only in Breslov can such a thing happen. (Saba laughs.)</w:t>
      </w:r>
    </w:p>
    <w:p>
      <w:r>
        <w:t>In any case — he said to me: "That I should go with them to prison." Nu — in the middle of the prayer — I went with them. Do I have a choice? I went to prison. All my family came to prison to see where I was. (Saba laughs.) Who — who — who knows what will happen in prison? They — they will take me as a soldier — or — or they will beat me until I say where he is — where is Rav Tzvi? In any case — my mother and my wife and the family — they came to prison. And they saw me through — through the windows — they saw me. So they said to me: "What — what is happening?" I was in the middle of the prayer and could not speak… (Saba laughs.)</w:t>
      </w:r>
    </w:p>
    <w:p>
      <w:r>
        <w:t>In any case — several hours passed. The great official came — the moshel — the one who oversees all the police and everything. He — he came. He was already the hearing — the Mukhtar had already spoken with him about what he needed to do. He knows — he knows already that he has a good friend — this Mukhtar? What he says — he does. Yes. (Saba laughs.) And so he came. They brought me out of the prison {to the room}. And the great officer — "Yidnirar" — "the Yidnirar" (the officer) — oy — and he said, he — he was — he spoke with firmness. He was the Yidnirar. He said to me: "Tell — where — where — where is Rav Tzvi?" (Saba laughs.)</w:t>
      </w:r>
    </w:p>
    <w:p>
      <w:r>
        <w:t>What did they do? First they laid — they laid me on the floor and raised my legs up — like here — on the legs — on this — and they took a rope and tied my legs with this. Yes. These were large — large iron — strong irons. Yes. They tied me. And there was a police officer on this side and a police officer on this side. And my legs were up here. And they said to me: "If you say where Rav Tzvi is — good! If not? Then — then you will die! We will beat you murderous blows!" (Saba laughs.) And my family were hearing how he was speaking to me. And they — they feared that if they beat me — then I would die. Police officers — police officers? Arabs? They give murderous blows. There was weeping — my mother and my wife and… In sum — they tied me. And I lay with my legs up. And they suspended the — the sticks — the… yes. And the officer said to me: "Tell — where — where is Rav Tzvi?"</w:t>
      </w:r>
    </w:p>
    <w:p>
      <w:r>
        <w:t>I said: "I think he went to Yerushalayim." (Saba laughs.) So he said to me: "Know — we will keep watch. If we do not find him? Then we will punish — then you will die — we will beat you until — until — until death. Tell the truth!" So I said: "This — this — this is what I know — I am telling it." So they released me. And they sent on Shabbos — they sent on the road to Yerushalayim. In any case — after Shabbos — on Motzaay Shabbos — they found him in Afula. And they told Rav Tzvi (Rosenthal) — the police found him — yes. And they said to him: "Know that Yisroel Ber and Rebbe Yisroel (Kardonner) are in prison and in great danger. Go — return with us!" He returned with us — with them. He heard that there was danger — he returned — he returned with them. They came to Teveria — to Teveria on Motzaay Shabbos. But… Nu.</w:t>
      </w:r>
    </w:p>
    <w:p>
      <w:r>
        <w:t>So my family wanted them to release me from prison — that I should go home. And the law was — at night they do not release any person — if he — if he is in prison. If he is released — if they release him — he must wait until morning. At night — there are no releases. But the Mukhtar and this officer — they — they knew how to conduct themselves. And they released me on Motzaay Shabbos at night. Yes. (Saba laughs.)</w:t>
      </w:r>
    </w:p>
    <w:p>
      <w:r>
        <w:t>But I forgot — about the three wealthy men of Teveria. Yes. Oy — they — they were already — they were from the new ones — new Zionists. Yes. They did — among them all Yiddishkait and Torah and… was a joke. But even so — they — they were natives of Eretz Yisroel. And the greatest of them had a flour mill. And he was important — his family — the father and grandfather were Karliner Chassidim. So he wore the shtreimel tilted like this — in the fashion. (Saba laughs.) Yes. And he went with his two friends — two more. He was the elder of them — not — not — not old — but compared to them he was older. Nu — so these three were — they were friends and they mocked Yiddishkait — like the Chacham in the "Sipuray Ma'asiyos." Yes. (Saba laughs.) They went and they — and they had a kind of laughter. They go to pray. Nu.</w:t>
      </w:r>
    </w:p>
    <w:p>
      <w:r>
        <w:t>But Yisroel — one was named Yisroel — Yisroel ben Zalman — Yisroel Zulmines — Zulmines Yisroel. And one — and the two were — one had the biggest pharmacy in Teveria — such a wonder even — even in Yerushalayim — a large pharmacy. And he knew the craft well — a great expert — this second one. And the third was Leibl — Leibl — also Aryeh. He was the biggest timber merchant in Teveria. Three — these three. And these — these three went to the synagogue. But for them — it was a kind of spectacle — a kind of joke. Like this they went to the synagogue. They went to the Karlin synagogue. This — the owner — the owner — the one who had the flour mill was named Yisroel Zulmines. He — he was the oldest of them. They were mannerly — he was a wise man and… yes. They went with him to the synagogue. (Saba laughs.)</w:t>
      </w:r>
    </w:p>
    <w:p>
      <w:r>
        <w:t>And this — this was a kind of spectacle — they went to the synagogue. And the house of Rebbe Yisroel (Kardonner) was among all the synagogues. Yes. And they saw a great commotion — the whole city in an uproar — a great uproar. And also my family and that of — and of Rav Tzvi (Rosenthal) — they were at the house of Rebbe Yisroel. And there were shouts and weeping. And they heard — they heard such a thing. They had never heard — "What is going on here? What is going on here?" "Ho! You don't — don't — don't — you don't know? Yisroel Ber has become a Breslov Chassid. And they took Rav Tzvi and he disappeared — he went Friday to pray and did not return." (Saba laughs.)</w:t>
      </w:r>
    </w:p>
    <w:p>
      <w:r>
        <w:t>So they — so they did — they heard a thing — such a thing? This — this… (Saba laughs.) In sum they liked it — they saw the world — such a great gathering. In the middle of it they were being told what is happening — what is happening in Teveria — Yisroel Ber is a Breslov Chassid. "You have not heard? {The episode of Rav Tzvi}." (Saba laughs.) And for them it was a kind of spectacle — a kind of spectacle. Yes. So — oy — "Yisroel Ber alone — Breslov?" (Saba laughs.)</w:t>
      </w:r>
    </w:p>
    <w:p>
      <w:r>
        <w:t>In any case they — they went to the door of the house of Rebbe Yisroel (Kardonner). Yes — it was closed. He had closed the door. He was praying Shacharis. He — such a prayer? I did not hear it. But — but I heard that they said — that it was splitting the heavens — that it was such a prayer. Yes. My family — his family. (Saba laughs.) And they were with the Mukhtar — with the police. (Saba laughs.) So they — they — they stood at the door of Rebbe Yisroel. And also Mordechai the Mukhtar stood with police as well. They waited for him to finish the prayer — they would take him outside. Outside — they can take him. From the house — it is forbidden to take. But from outside — it is possible.</w:t>
      </w:r>
    </w:p>
    <w:p>
      <w:r>
        <w:t>In any case they — the three wise men — went to the door of Rebbe Yisroel. And they found the Mukhtar with the police. And they heard the prayer of Rebbe Yisroel — fear fell upon them! They had never heard — such a prayer? They had never heard! (Saba laughs.) What, what? So they were truly awakened — the Yiddishkait was awakened — the Jewish heart. Yes. And all of them — Yisroel — this one from the flour mill — and those two — those two — they said to Mordechai — to the Mukhtar: "Get away from here!" So immediately he went — they were his associates — his circle. So he was afraid of them. Yes. They were not simple people. They told him to go — so he went. And they remained. (Saba laughs.) And they remained — they did not go to pray — they did not go to Karlin. They — they — they saw such a spectacle. All the city in an uproar: "Where is Rebbe Yisroel (Kardonner)?" And my family — they don't… (Saba laughs.)</w:t>
      </w:r>
    </w:p>
    <w:p>
      <w:r>
        <w:t>So they waited until he finished the Shmoneh Esray of — of the Shabbos prayer. And they knocked on the door and spoke with Rebbe Yisroel (Kardonner): "We have sent away Mordechai — we sent him away. We want to speak with you." So, so he opened the door and they entered. And they were clever — wise. Not… yes. But they were nullified before the prayer they had heard from Rebbe Yisroel. (Saba laughs.) So one asked — they asked him several questions. And he answered first things first and last things last — he answered everything. And they were very astonished — they had never heard such words. (Saba laughs.)</w:t>
      </w:r>
    </w:p>
    <w:p>
      <w:r>
        <w:t>They were clever — they asked him: "What is this? Breslov and Karlin and all — the religious — nu — they all have children. And also the Breslovers have a wife and they have children. What — what? What — what — what difference is there? They — they are below… These marry and have children — and those marry — marry and have children. So what? What is the difference? What — what questions — what?" (Saba laughs.)</w:t>
      </w:r>
    </w:p>
    <w:p>
      <w:r>
        <w:t>So Rebbe Yisroel (Kardonner) said to them: "These marry — they marry for the sake of — for the sake of bodily desire. And they also have children — naturally they also have sons. But the main thing for them is the desire for the… And those tzaddikim — the tzaddikim — they marry because they want children — for the sake of this they marry!" (Saba laughs.)</w:t>
      </w:r>
    </w:p>
    <w:p>
      <w:r>
        <w:t>They thought: how can this be… They did not — did not know how to answer this. And he gave them a sufficient answer. And they — they — they did not answer. (Saba laughs.) And they were nullified before Rebbe Yisroel — and they loved him for everything he spoke with them — and he answered everything for them. And they were nullified. And they drew close — and they drew close to Rabbainu. Yes. And they supported him and… yes. Oy. (Saba laughs.)</w:t>
      </w:r>
    </w:p>
    <w:p>
      <w:r>
        <w:t>They — for the first time in their lives — the three — the three wise men — they — they saw for the first time in their lives such an uproar. So when they heard — so they asked: "What is this uproar? What? What is going on?" "Ho — you haven't heard that Yisroel Ber has become Breslov?" "We heard — nu — so what?" "So what? They took him — Rav Tzvi (Rosenthal)." And they told him. They saw such an uproar — such an uproar — what is Breslov? And Rav Tzvi went to pray. (Saba laughs.)</w:t>
      </w:r>
    </w:p>
    <w:p>
      <w:r>
        <w:t>On Sunday I was afraid: perhaps the Mukhtar wants money? He will come again and take me to prison — money — "Where is Rav Tzvi? Money — only money — money." (Saba laughs.) So, so I found a place next to the Karlin synagogue — a place — a hidden place — a place where one cannot be seen. I was there the whole day next to the synagogue. Yes. Perhaps Mordechai will come with police — I… And no one knew who — where — where I was. So they will go to search. (Saba laughs.) In any case — I — I was there until Minchah. At Minchah I went up from the place I was — to the synagogue — to pray Minchah — to hear "Kedushah" and…</w:t>
      </w:r>
    </w:p>
    <w:p>
      <w:r>
        <w:t>The elder Rav Kahat came — Rav Kahat was — he was a Karliner. And also — and also the father of the wife — of the wife of Rav Tzvi Rosenthal — was also a Karliner and they were friends. So Rav Kahat went to pray Minchah. And he heard that the police had taken Mordechai — the Mukhtar — to Istanbul. And there was a great complaint against him that he was a spy — that he… yes. So Rav Kahat said: "This is Rebbe Yisroel (Kardonner) — Rebbe Yisroel — this is the act of Rebbe Yisroel. Rebbe Yisroel punished him — he — he — Hashem gave him punishment for this — for this Shabbos — he… They took him. And from that time he disappeared. I never saw him. He had — Teveria never saw him again." (Saba laughs.)</w:t>
      </w:r>
    </w:p>
    <w:p>
      <w:r>
        <w:t>They took him — and from then he disappeared. I never saw him. He had — Teveria never saw him again. Perhaps he… I think they killed him — spy. There was a complaint that he was a spy. So the English — they — they — they — they were at war with Turkey. And here was Turkey. Also Syria was Turkey and Lebanon was Turkey — all Turkey. Yoy. And… nu — Turkey. And the complaint was that Mordechai was a spy — he — he — he was a spy — all that is here in Turkey — he hands over to the enemy — to their enemy. So this is espionage. So he did not return alive. From — from that first day — he did not return to Teveria — not to Eretz Yisroel. Not — not known where — where he is — where he is. Yes. If they killed him and… In any case it is not known. Teveria remained without the Mukhtar — without Mordechai! Yes. (Saba laughs.) He made such a Shabbos — so he had such a Sunday — that they took him to Istanbul and he did not return alive. (Saba laughs.)</w:t>
      </w:r>
    </w:p>
    <w:p>
      <w:r>
        <w:t>This was such a spectacle — the whole city was in an uproar. The Sephardim — they are a people unto themselves. They do not know what is going on among the Ashkenazim. And the Ashkenazim do not know what is going on among the Sephardim. Two — two — two separate communities. These are Sephardim and these are Ashkenazim. Yes. The one is not like the other. But the episode of Rav Tzvi (Rosenthal)? The whole — the whole city — all the Sephardim knew that something — something like this had occurred. (Saba laughs.) That Rav Tzvi went to pray — on Friday — and did not — did not return! (Saba laughs.) Nu — all the city — Ashkenazim and Sephardim alike — everyone was in such an uproar: "How can one take… how does one do such a thing? On Friday one goes to pray and not…?" (Saba laughs.)</w:t>
      </w:r>
    </w:p>
    <w:p>
      <w:r>
        <w:t>This — this is not — this — this is such a wondrous act as we have never heard! The act — how can it be…? How does one do such a thing? (Saba laughs.) He went on Friday to Yerushalayim on foot. He had no money to travel. He went on Friday — went to pray. And from the synagogue he walked to Yerushalayim! (Saba laughs.) Has such an act ever been heard? The uproar that was throughout Teveria — among the Ashkenazim and the Sephardim — there was… Everyone spoke of Breslov: "What is this? How does one do such a thing? One goes to pray and does not return — on Friday!" (Saba laughs.)</w:t>
      </w:r>
    </w:p>
    <w:p>
      <w:r>
        <w:t>And the three wise men of Teveria — they went to pray. And they did not — did not know anything. They did not know — not about Yisroel Ber and not about Rav Tzvi. {They knew} nothing of Breslov at all. They came… This Karlin synagogue was next to Rebbe Yisroel (Kardonner). All the synagogues were next to — next to Rebbe Yisroel. So all those who went had to pass by Rebbe Yisroel. Nu. And at Rebbe Yisroel's place stood my family and the family of Rav Tzvi — they were throwing stones and weeping: "Where is he?" (Saba laughs.)</w:t>
      </w:r>
    </w:p>
    <w:p>
      <w:r>
        <w:t>The three wise men saw. (Saba laughs.) The whole city of Teveria is in such an uproar — what… So they asked: "What — what is going on here? These are synagogues where people pray — what is going on here? What is going on? What happened?" (Saba laughs.) "Ho — what — what? You haven't heard? Yisroel Ber has become Breslov! And Rav Tzvi — and Rav Tzvi has become Breslov" — on Friday he went to pray and did not return! (Saba laughs.) They heard news — such news — who has heard such a thing? (Saba laughs.) For them it was a kind of spectacle. Yes. They asked everyone: "What is going on? What — what is going on here?" And everyone said: "Yisroel Ber and Rav Tzvi." (Saba laughs.)</w:t>
      </w:r>
    </w:p>
    <w:p>
      <w:r>
        <w:t>And they — and they merited! They entered Rebbe Yisroel (Kardonner). They entered Rebbe Yisroel and wanted to hear what is this — what. (Saba laughs.) So they were clever. So they asked Rebbe Yisroel their questions — the matter — the matter of… They asked him: "What principle do you have — from the tzaddikim, from the wicked — they all take wives and have children. These Breslovers have children — they have a wife and children. We have a wife and children. And all the wicked — all the transgressors — have a wife and children. So what is there? (Saba laughs.) What? Why Breslov? Breslovers — don't they have wives? They also have wives — they also have children — what is this? What — what is going on?" (Saba laughs.)</w:t>
      </w:r>
    </w:p>
    <w:p>
      <w:r>
        <w:t>So Rebbe Yisroel… They asked mockingly. And Rebbe Yisroel answered them in truth — in wisdom: "There are — there are people who marry because they want to marry. They — he wants the desire. So he has children. And truly upright people — they — they — the main thing for them — they want to beget sons — as the Torah says one must beget sons. And for the sake of this they marry. They — because they marry — they have a child… They beget children. And these — for the sake of — for the sake of fulfilling the Torah — to beget children — so they marry!" Oy, oy. (Saba laughs.)</w:t>
      </w:r>
    </w:p>
    <w:p>
      <w:r>
        <w:t>So I — I became a person — a new person. Such an episode happened. (Saba laughs.) Who has heard such a thing? One goes to pray at the time of vatikin — says nothing — he goes to pray — and is lost — disappeared — is not here! Who has heard? (Saba laughs.) Everyone said: "This is only a Breslov act! The Breslovers can do such a thing — the whole world does not know." Oy, oy. (Saba laughs.) This — this is such an act — when Mashiach comes they will also tell it and there will be great joy from Rav Tzvi — from Rav Tzvi who walked on foot to Yerushalayim on Friday! (Saba laughs.)</w:t>
      </w:r>
    </w:p>
    <w:p>
      <w:r>
        <w:t>He said to Rebbe Yisroel (Kardonner): "I am not Yisroel Ber — I cannot bear it. Nu — if so — Heaven forfend — I am afraid that perhaps, perhaps I will fall — perhaps. So I am going. So I want to go to Yerushalayim. In Yerushalayim there is also Rav Shlomo Wexler and there are Breslov Chassidim. I can be there… Here in Teveria I cannot — I cannot — I am not a warrior! I must go to Yerushalayim. I have no money? I will walk on foot! Blessed be Hashem — my legs are strong. Blessed be Hashem — I have a strong body. I can reach Yerushalayim on foot." (Saba laughs.)</w:t>
      </w:r>
    </w:p>
    <w:p>
      <w:r>
        <w:t>This great officer — who took me out — to beat me murderous blows — oy — he was — he was also a lover of money — like Mordechai. Mordechai gave him too… There would be good business for him. They — he made a complaint that we are spies — that we are sending people to Russia — to Uman. Nu, nu, nu. So on Sunday they took him to Istanbul. He was a spy. And he did not return to Teveria again… Oy, oy. (Saba laughs.) (not understood) They went to the synagogue to pray and knew nothing. These three wise men — they went to pray — a spectacle — let us see how… Going with a tallis along the way talking. Yes. And praying. Good! Like every Shabbos. They came there and saw such a revolution — such an uproar. So they asked: "What is going on here?" "Ho — what — what? Don't you hear?" (Saba laughs.)</w:t>
      </w:r>
    </w:p>
    <w:p>
      <w:r>
        <w:t>Now there is another niggun. [Yes?] Yes — "Shoshanas…" Yes. (not understood)</w:t>
      </w:r>
    </w:p>
    <w:p>
      <w:r>
        <w:t>We must also announce it to ourselves. [Saba continues singing: "lehavdiah, lehavdiah…"] This broadcasts knowledge — this is a very great knowledge. [Saba continues singing: "shekol kovecha lo yevoshu v'lo yikaleemu l'netzach kol hachosim bach…"]</w:t>
      </w:r>
    </w:p>
    <w:p>
      <w:r>
        <w:t>The light of the tzaddik — Mordechai the tzaddik — Mordechai — the reverse of Haman-Amalek! ["Teshu'asam…"] [Saba continues singing: "Teshu'asam, teshu'asam haysa l'netzach v'sikvosam, v'sikvosam b'chol dor vador…"] Also in this generation — not only in every generation — also in this generation — also in this — also upon us. [Saba continues singing: "Teshu'asam, teshu'asam haysa l'netzach v'sikvosam, v'sikvosam b'chol…"]</w:t>
      </w:r>
    </w:p>
    <w:p>
      <w:r>
        <w:t>"Sikvosam" — hope. There is hope — there is, there is, there is no despair — only hope! [Saba continues singing…] Yes. Nu — come. Why are you silent? [Saba and friends continue singing: "lehavdiah, lehavdiah, lehavdiah, lehavdiah shekol kovecha lo yevoshu v'lo yikaleemu l'netzach kol hachosim bach — Shoshanas Yaakov tzahalah v'samechah bir'osam yachad techeiles Mordechai teshu'asam haysa l'netzach v'sikvosam b'chol dor vador lehavdiah, lehavdiah, lehavdiah shekol kovecha lo yevoshu v'lo yikaleemu l'netzach kol hachosim bach…"]</w:t>
      </w:r>
    </w:p>
    <w:p>
      <w:r>
        <w:t>This is a great knowledge — this is only: "lehavdiah, lehavdiah, lehavdiah, lehavdiah" — what? "shekol kovecha lo yevoshu v'lo yikaleemu l'netzach kol hachosim bach" — this is knowledge. One announces to oneself and to all — and to all — and to the whole city — to the whole world — one must "lehavdiah, lehavdiah, lehavdiah, lehavdiah." [Saba and friends continue singing…]</w:t>
      </w:r>
    </w:p>
    <w:p>
      <w:r>
        <w:t>Both — both nigunim I remember. I — I had not heard — I — for the first time — the second time I heard these nigunim — there was awakened… there was such an awakening in me. Until today I feel — the — the awakening — until today! When I recall that I heard once — that I heard this niggun — I become a different person — a different person. The awakening is without end — without limit! Yes.</w:t>
      </w:r>
    </w:p>
    <w:p>
      <w:r>
        <w:t>And I saw — all those with whom I rejoiced after the passing of Rebbe Yisroel (Kardonner) in Yerushalayim — Rav Shlomo (Wexler) and Rav Nassan — and Rav Nassan the husband of Gitkele — and Rav Gedalyah Berger — I saw literally the Shechinah resting. Every one said every word: "lehavdiah, lehavdiah" — then "teshu'asam haysa l'netzach v'sikvosam b'chol dor vador…" Hey, hey, hey, hey, hey — lehavdiah — (not understood)</w:t>
      </w:r>
    </w:p>
    <w:p>
      <w:r>
        <w:t>[Saba continues singing: "lehavdiah, lehavdiah, lehavdiah, lehavdiah shekol kovecha…"]</w:t>
      </w:r>
    </w:p>
    <w:p>
      <w:r>
        <w:t>If the world knew of this — they would all be tzaddi… all of us — all of them — holy tzaddikim. Yes. Only — the main thing — we are in wisdoms. We do not believe. How is it possible to repair such sick people as in these generations? How is it possible? A person despairs of himself. Ah — one must announce — "shekol kovecha" — all those who hope — this is everyone — all, all who hope in Hashem — whatever one's level — "kol kovecha lo yevoshu v'lo yikaleemu — v'lo yikaleemu l'netzach kol hachosim bach" — as the holy Rabbainu explains: "Chizku v'ya'amatz l'vavchem…" — do you remember the conversation there? This conversation — the holy Rabbainu explains the verse: "Chizku v'ya'amatz l'vavchem kol hameychalelim laShem" — even whatever one's level — "kol hameychalelim"? "Chizku v'ya'amatz l'vavchem!" Not to fall — Heaven forfend.</w:t>
      </w:r>
    </w:p>
    <w:p>
      <w:r>
        <w:t>Ah — in particular this — the holy Rabbainu revealed this. This — this — whoever — one must extract one thing from within another — one thing from within another. Whoever revealed this — he is the Rebbe… he can extract for me — he can… "Chizku v'ya'amatz l'vavchem" — "Chazak v'amatz" — yes. As it is written in the letter — in the Petek: "Talmidi hayakar" — "Nehenaytis me'od me'avodascha" — "v'alecha amarti"? Nu — "Chazak v'amatz libecha" — "Chazak v'amatz" — yes — "b'avodascha!" And immediately the signature. This signature — it — it is the knowledge — he announces this to us. Yes. "Nehenaytis me'od me'avodascha" — as you — "v'alecha amarti chazak v'amatz lib…" — "Chazak v'amatz b'avodascha" — "Na Nach Nachma Nachman MayUman"?</w:t>
      </w:r>
    </w:p>
    <w:p>
      <w:r>
        <w:t>This — never was there such a signature — not in the lifetime of Rabbainu — only this was revealed in the Petek. A new revelation — that it — it is the song that will be revealed in the future — 'pashut, kaful, meshulass, meruba' — "Na Nach Nachma Nachman MayUman!" This is a new revelation. This — the redemption — all the redemption depends on it! And… if we — we say this — so what, what? Who are we? What? I — I say like this — and another says like this. Yes. But what the holy Rabbainu revealed — still — still not even a drop from the sea. He — he announced only a little — a little that holds the great — only a little — a little — a drop from the sea — from his greatness. And he knew how we need him — for his every word — in order to know the Holy One Blessed Be He and to merit yiras Shamayim and emunah and truth. Yes. (Saba laughs.) There will be a new world — there will not… The world now is tohu vovohu and darkness! (Saba laughs.)</w:t>
      </w:r>
    </w:p>
    <w:p>
      <w:r>
        <w:t>He is not absorbing it? He needs to absorb all the niggun and the words. He — he is absorbing? [Yes.] Yes? [Yes.] (Saba laughs.) I saw truly upright people — genuinely holy tzaddikim. I saw how they held themselves in the utmost — in the utmost humility — in the utmost humility. And he revived himself: "lehavdiah, lehavdiah, shekol kovecha…" Even I. (Saba laughs.) Yes. "Kol kovecha" — this — even I — as I am. Yes. "Kol kovecha lo yevoshu v'lo yikaleemu l'netzach kol hachosim bach" — this is the knowledge of Purim! This is such knowledge — it is simple. But — but it holds the small within the great — it holds a sea — a spring of wisdom holds within it — it holds levels. Not everyone merits to see what, what there is in it. Yes. But each one was joyful — there was another world — a special world. He — he — he was dancing in his own world. (Saba laughs.) Each one had such powers — different from his fellow. He was in another world — not — not… yes. But — but all of them — each one — all of them — all of them merited to feel the light of Rabbainu. Through Rabbainu — this: "lehavdiah, lehavdiah…" The holy Rabbainu announces this to us. Yes. "Shekol kovecha lo yevoshu v'lo yikaleemu l'netzach kol hachosim bach" — this is such knowledge that one can be through it every day and every moment completely new! "Kol kovecha lo yevoshu v'lo yikaleemu l'netzach kol hachosim bach" — even we — even {all converts, all the converts} in the world — and all the trans… This — this is Purim. Purim — this is Mordechai the tzaddik — this — this is the tzaddik. Purim — this is the light of — Purim — this surpasses all — all — all… Even Shabbos — even — even all the holidays. The joy of Purim.</w:t>
      </w:r>
    </w:p>
    <w:p>
      <w:r>
        <w:t>The holy Rabbainu said: "Before — all new beginnings were from Pesach. And now — from Purim!" Purim — Purim — what happened — what I saw — I saw — this is set within all my heart. I heard this seventy years ago. Nu — and how do I remember it now? It is set within my heart — forever! When I saw how they were dancing with such great joy: "shekol kovecha lo yevoshu v'lo yikaleemu l'netzach kol hachosim bach" — (Saba laughs) — they — they instilled in me a new spirit — over all y… over all my life. Yes, yes. (Saba laughs.) They cried: "lehavdiah, lehavdiah, lehavdiah, lehavdiah, lehavdiah, lehavdiah."</w:t>
      </w:r>
    </w:p>
    <w:p>
      <w:r>
        <w:t>[Saba sings: "shekol kovecha lo yevoshu v'lo yikaleemu l'netzach kol hachosim bach…"]</w:t>
      </w:r>
    </w:p>
    <w:p>
      <w:r>
        <w:t>"Lo yikaleemu l'netzach kol hachosim bach" — if only we would merit this. Because we do not — do not believe — how is it possible? Such sick people as in this generation — how is it possible that they would have — that they could be repaired? How is it possible? We have fallen and distanced ourselves so much — in these generations of darkness — in this orphaned generation. This is an orphaned generation. If there is no holy Rabbainu — the world is… They do not know of the holy Rabbainu. If all the world had known of the holy Rabbainu — the redemption would have come long since — Mashiach would already have come long since! (Saba laughs.)</w:t>
      </w:r>
    </w:p>
    <w:p>
      <w:r>
        <w:t>But — but: "gamarti v'agmor" — and "teshu'asam haysa l'netzach v'sikvosam b'chol dor vador" — yes — as we — as he. (Saba laughs.) The holy Rabbainu said: "Hashem — He, He is always victorious." 66 — (not understood — Saba speaks in Yiddish) — "shekol kovecha lo yevoshu v'lo yikaleemu l'netzach kol hachosim bach" — "chizku v'ya'amatz l'vavchem kol hameychalelim laShem." Nu — "kol hameychalelim" — also we. Yes. In all — in all — in all the worst in the world — in all the most distant in the world. Yes. The holy Rabbainu attained chassadim — wondrous new chassadim — such as had never yet been — that had not been — that were not known — that had not been revealed in the world. This is new. He attained in the Torah — he attained insights such that "there is no despair in the world at all." (Saba laughs.) Oy voy — yoy — oy voy…</w:t>
      </w:r>
    </w:p>
    <w:p>
      <w:r>
        <w:t>like this — that I was literally nullified. How is it possible to merit this? Yes. Like this it was. (Saba laughs.) When I heard — even a hundred times — however many times I heard from them "lehavdiah" — "Shoshanas Yaakov tzahalah v'samechah" — it was for me new — as if, as if I had not yet heard it at all. Yes. (Saba laughs.) It was with such awakening — with such emunah — with such joy — that it was new!</w:t>
      </w:r>
    </w:p>
    <w:p>
      <w:r>
        <w:t>Ah — and I saw how the life of our people — anshay shlomaynu — was always new. And the joy was set upon the face and upon all the body. And he had no livelihood and he had no… There could have been confusions for him. I — Rav Gedalyah Berger — his wife was sick with tuberculosis — and he was poor. He had nothing. He was — he needed to — through miracles. He lived through miracles. And he was always joyful — and always — always he served Hashem with joy. And not as he — as one would expect. Yes. One does not see — in the world one does not see such joy — such service — such emunah — such has not been in the world. Only by Rabbainu Rebbe Nachman. They did not become this on their own — they became this through Rabbainu — through his words. And every one — even in these generations — always — whoever truly wants and supports himself — and trusts in — in the Holy One Blessed Be He and in the holy Rabbainu — that he will draw us close to the Holy One Blessed Be He and to Torah. It is within his power — as we — we are already lost — we are already without Rabbainu — I… nothing! It is impossible to repair — it is impossible to heal such sick people. But the holy Rabbainu merited this — that he can heal all — even, even those who have no hope. And he attained insights such that… compassion of Hashem — the chassadim of Hashem — that had not yet been revealed in the world. So through this he can — he can bring out all — everything — from the tohu — from the mud — from the impurity! Yes. One can sing "lehavdiah" on every Shabbos — every day — yes — in all our lives. (Saba laughs.)</w:t>
      </w:r>
    </w:p>
    <w:p>
      <w:r>
        <w:br w:type="page"/>
      </w:r>
    </w:p>
    <w:p>
      <w:pPr>
        <w:pStyle w:val="Heading1"/>
      </w:pPr>
      <w:r>
        <w:t>Tape 4</w:t>
      </w:r>
    </w:p>
    <w:p>
      <w:pPr>
        <w:pStyle w:val="Heading2"/>
      </w:pPr>
      <w:r>
        <w:t>Side A (Aleph)</w:t>
      </w:r>
    </w:p>
    <w:p>
      <w:r>
        <w:t>I gave my soul to be with Rebbe Yisroel (Kardonner) — because I was alone without {vessels}. I did not leave him a single step. Wherever he went — we went together. Yes. From Teveria to Tzfas. Yes. (Saba laughs.) It was spoken among people: "Here is Breslov — here is a Breslov couple!" (Saba laughs.) This was a sign that we went together. This was (not understood) about Breslov. And Rebbe Yisroel (Kardonner) — all — all — all… Tzfas and Teveria — the whole world — he was not… He had another name — he had four names. Yisroel Halperin — that was the family name. And also in Uman they called him Tchek — Rebbe Yisroel Tchek — Tchaykein de'Freilich. [Tchek means joy.] Such joy — such great joy. [In Russian — Tchek is Russian.] Tchek — yes. (Saba laughs.) Tchek. So they called him Rebbe Yisroel Tchek. And in Eretz Yisroel they called him everywhere. He lived in Yerushalayim — afterwards he moved from Yerushalayim to Meron — to Tzfas — for several reasons — the Holy One Blessed Be He. He — he did not live long. He — he could have been in Meron and I in Teveria — and we would not have known one another. Yes. And the Holy One Blessed Be He wanted it to be — so He arranged the circumstances — He brought him to my house. And from this came about what came about. Yes. What was — I have no words and I have no strength. There are no — these are spiritual words — spiritual words — this is impossible to… Yes. This is entirely spiritual — entirely soul — entirely truth. And the Holy One Blessed Be He arranged it. He…</w:t>
      </w:r>
    </w:p>
    <w:p>
      <w:r>
        <w:t>They fried me very much — the father and the mother and the family and the whole world. I was very fried. [Ah — they fried — they fried.] Yes. But I did not know what this was — I did not know why — I did not know. (Saba laughs.) If I had known then what I, what I see now — [you would have asked for more] — I would have — yes. [Bring — bring more humiliations.] Ah — I would have — I would have. (Saba laughs.)</w:t>
      </w:r>
    </w:p>
    <w:p>
      <w:r>
        <w:t>Yes. But blessed be Hashem — I — I know my worth. That I am so — I do not want — that… that any man — that my sons should hear what I am speaking. They think their father is — he is great — he. (Saba laughs.) Nu. But I know the truth. It is hard for me — it was hard for me to accept "Talmidi hayakar" — "My dear student." Yes. (Saba laughs.) And also "v'alecha amarti" — "and of you I said." At the time I found the — the Petek — there were elderly men of our people in Yerushalayim — Rav Shlomo Wexler — [Naftali Cohen] — and more elderly men. Yes. Naftali Cohen and Rav Nassan — Rav Nassan son of — of Rav Pinchas Yeshayahu — Rav Nassan who was — Gitkele — he took Gitkele. Yes. He was Breslov — true Breslov — Breslov. Not — not — not ordinary Breslov.</w:t>
      </w:r>
    </w:p>
    <w:p>
      <w:r>
        <w:t>[Does he also know of the Petek? Does he know of the Petek?] Rav Nassan? I do not know — I do not know — I don't — I don't remember. But this I am certain — that I showed it to Rav Shlomo (Wexler). Yes. As now — I don't know as — as now — we (not understood) — we are already sitting here now. Here — and like this we sat by {the cabinet with books — yes — next to my room}. And there was a great distance — I was nothing. And he had a great mind and great honor. Yes. He was a holy man. I literally lived with him. I saw how he eats. So I — there was a wonder in me. How does he live? How is he in the world? How does he live? How does he subsist? I saw what… how he eats with such holiness. Yes. Not — not ordinary as we eat. He was a matter… yes. But even so — even so there was in him a wonder — emunah — with the… He was from Germany. And there — they don't have — they have there matters of stubbornness — of… that they are stubborn in their opinion and it is impossible — impossible to change them. There is — there is (not understood).</w:t>
      </w:r>
    </w:p>
    <w:p>
      <w:r>
        <w:t>[I have hope — I was born — I was born in this land and my parents are also from Germany. I have hope of emerging from this. I hope that I have hope.] In any case — even from Germany one can… [With Rabbainu — with Rabbainu it is possible.] But — but one can err. One can err. He — he did not travel to Rabbainu. He was able — he had money — he was able to travel. Yes. But he — he was a great scholar. He was versed and wise in Torah and he — he — he had by him — he decided a ruling — a ruling — a Torah ruling that it is forbidden to leave Eretz Yisroel. Yoy. But there are matters — yes — it is forbidden! But it is written explicitly: for a Rebbe — if one has a Rebbe outside Eretz Yisroel — a clear Rebbe more than Eretz Yisroel — one can. (Saba laughs.) And in any case — [Rabbainu for every generation and every era is the clear Rebbe until the coming of Mashiach.] Nu. Yoy. [And after the coming of Mashiach.] But I was together with him. But… And I knew that he had a deficiency. But it is impossible to bring him out of it. Yes. So… yes. I gave him like this — and also Rav Shlomo likewise — only without saying. Yes. I sit with him together and speak with him everything — what, what I understood should not be accepted — then I had no value — I did not accept what, what I understood was not — not… Yes. The whole matter of Rabbainu is beyond nature — every word he revealed. Even what there is already a parallel to — but this — this that came from his mouth — his Torah teachings — the world does not know. They think: this is "Noam Elimelech" — this is holiness — "Kedushas Levi" from the Rav of Berdichev. What — what? He was greater than "Kedushas Levi"? Yes. The world does not… Yes. There is another book — there is also "Likutay Moharan" — just as there is "Kedushas Levi" — "Noam Elimelech" — so there is "Likutay Moharan." But this is a special matter. (Saba laughs.) This — this — the holy Rabbainu said: "I — I am a secret from all the world." Even the Rav of Berdichev was a gaon and tzaddik. Yes. And the holy Rabbainu praised him. But — but if he had known of Rabbainu — he was a secret — if he had known of Rabbainu — he would have been like Rebbe Nassan — a disciple — a disciple of Rabbainu — in ultimate self-nullification. Yes. But like this he was to himself — yes — that he was the great one of the generation — the glory of the generation. Yes. But there are hidden matters — spiritual matters — wondrous matters hidden from the world. Yes. (Saba laughs.)</w:t>
      </w:r>
    </w:p>
    <w:p>
      <w:r>
        <w:t>Yes. This is the matter of Rabbainu. Every soul that merits to draw close to Rabbainu in truth — this is a wondrous matter. Because — because — because the holy Rabbainu has dealings with each and every one. He — he guides him as — as one needs to guide him. Yes. Each and every one. This is a matter… The holy Rabbainu speaks of this in Likutay Moharan — in Likutay Moharan. He — he explains the verse: "Aileh hadvarim asher diber Moshe el kol Yisroel" — "These are the words that Moshe spoke to all Yisroel." Do you remember this? [In which Torah?] Every word of the tzaddik — [yes] — in every — in every word he — he speaks one word. And he — and he — and you receive [what you need] — what you need. Yes. Like this — in the word of the tzaddik — each one — there is in it everything — all — all that each one needs — in one word. Yes. (Saba laughs.) Yes. And the holy Rabbainu explains this verse — a verse in Devarim. [Yes — "Aileh hadvarim."] "Aileh hadvarim asher diber Moshe el kol Yisroel" — the words that Moshe spoke? To all Yisroel — each one what he needs! "El kol Yisroel" — "el kol Yisroel." (Saba laughs.) Each one finds what he needs. Yes. Oy voy, oy…</w:t>
      </w:r>
    </w:p>
    <w:p>
      <w:r>
        <w:t>And also I am a simple man. I am sunk in everything — in the desire to eat. I — I did not eat. [You are ill — you are ill now — dangerously ill.] Now. But before there was — I — I don't — I don't want to become so publicized. Who am I? (Saba laughs.) [Ah — but truly — did you ever try to diminish your eating a little? Certainly you tried.] Like this — I had a will. [Nu — blessed be Hashem — the main thing is the will. By Rabbainu the will is the main thing.] But — but — but — but. [Will — will — will is a great thing by Rabbainu.] I had a will. But not… There are matters that it is forbidden to reveal — that is forbidden… Yes. [That is the greatness of Rabbainu.] Yes. [You are the greatness of Rabbainu.] Yes, yes. [Quite the opposite — quite the opposite — this is the greatness.] Yes, yes. [That Rabbainu descended to you and is able to say "My dear student."]</w:t>
      </w:r>
    </w:p>
    <w:p>
      <w:r>
        <w:t>"Talmidi hayakar" — "My dear student." The Petek could have been without "Talmidi hayakar" — "Me'od hayah kasheh li larede elecha lehagid lecha" — "It was very difficult for me to descend to you to tell you." What is this? In the middle he adds "Talmidi hayka…?" (Saba laughs.) [This is the will — this is the will — this is the will — this is your will.] What is this? (Saba laughs.) [This is your will.] Nu, nu. Could Leverman accept this? What? He is not a scholar — he is not — he is a simple man. What? "Talmidi hayakar?" "v'alecha amarti?" (Saba laughs.) Yes. As — as I know — he — he also thinks this. Ah — this is fitting for Levi Yitzchak (Bender). The Petek should have been for Levi Yitzchak. But not for Yisroel Ber. (Saba laughs.)</w:t>
      </w:r>
    </w:p>
    <w:p>
      <w:r>
        <w:t>From this one sees such strengthening — that Rabbainu is as by the Holy One Blessed Be He. It is written — there is a verse: "Eshkon es dakah" — "I will dwell with the crushed one." One who is crushed. Yes. To the uttermost crush — crushed — crushed. Yes. (Saba laughs.) "Eshkon es dakah" — and like this… And Rebbe Nassan — Rebbe Nassan was with him in ultimate self-nullification. He saw the holy… the light of Rabbainu — the holiness of Rabbainu. He — so he — he was in such humility. This was also hard for him to accept "Talmidi hayakar." Yes. (Saba laughs.) Rebbe Nassan — Rebbe Nassan was with him as zero and nothing. Because it is impossible to be without Rabbainu. The holy Rabbainu is — he — he — he… He saw the greatness of Rabbainu — so he was completely nullified! Yes, yes. (Saba laughs.)</w:t>
      </w:r>
    </w:p>
    <w:p>
      <w:r>
        <w:t>He had no — no — no thought of honor — of — of pride — of… I — I — I am a student of the holy Rabbainu. I merit to hear such Torah teachings — such stories. And he was zero and nothing. He understood that he was completely distant from the Holy One Blessed Be He. Compared to Rabbainu? He… Yes. (Saba laughs.) Yes. But he was a gaon. But I — I am nothing — I am completely — quite the opposite — he was humble. This — this is ravuta — this is great wisdom. How can such a man be — be zero and nothing? This is beyond nature. This is the holy Rabbainu who illuminated upon him. The holy Rabbainu is such a vessel: "Eshkon es dakah" — that he should be with him as zero and nothing. Yes. If not — then he cannot receive from Rabbainu. Yes. (Saba laughs.) And I am literally zero and nothing! He was a gaon but… And I am truly nothing. And this Petek came suddenly — without — without — without preparation — nothing. There was an event of the Seventeenth of Tammuz — as it is written in the Petek: "u'siman yud-zayin b'Tammuz" — "and the sign is the Seventeenth of Tammuz." (Saba laughs.) Yes. This will heal — I cannot take care of you. What? I was in very great danger. This — crushed — I was so crushed — that I was a sick soul. And I had fallen into such sadness — into such brokenheartedness — that without a remedy — there is, there is, there is no remedy for this. There is none. Yes. I was from this as — as… And from this the Petek was created.</w:t>
      </w:r>
    </w:p>
    <w:p>
      <w:r>
        <w:t>And the holy Rabbainu says in the Sefer HaMidos: "Mi she'over avayrah umisbayyesh bah" — "One who transgresses and is ashamed of it" — and is ashamed of it. Yes. "Mochalin lo al kol avonossav!" — "He is forgiven all his sins!" (Saba laughs.) This is in the Sefer HaMidos. (Saba laughs.) So the sorrow and the shame and the depression that I had from this — this, this, this was — was an atonement for all the si… for all… So says Rabbainu — so it is written in the Sefer HaMidos. So, so, so — not — not surprising that he writes — that he — that he speaks to me in such language: "Talmidi hayakar" — "v'alecha amarti." (Saba laughs.) I had such sorrow — [shame] — yes. And also I could not have pride — could not. Because I recognized my own worth. (Saba laughs.)</w:t>
      </w:r>
    </w:p>
    <w:p>
      <w:r>
        <w:t>And also Rebbe Yisroel (Kardonner) of blessed memory — Rebbe Yisroel of blessed memory was — he recognized me. He protected me. Yes. He was — he — he knew that I was nothing. Yes. And even so he saw the — I — I want and I — and I stand against all the wise men — against all the great ones — and against… yes. Only… yes. So, so he — so this — this had more value for him than all — than all — than all the — than all of them. Yes. And he accepted me as a gift. Yes. With all — all — all — all his heart — all his soul — all… yes, yes. Because Rebbe Yisroel of blessed memory — if one gives — if one gives such mesiras nefesh — is it worthwhile? A scholar — talented (Saba laughs) — (not understood) — yes. This — Rebbe Yisroel was unique. Without Rebbe Yisroel — no other person would have been — there would not have been such ease — there would not have been such a connection with — with whom? (not understood) (Saba laughs.) Yes. But Rebbe Avraham son of Rebbe Nachman — if I had drawn close to him — perhaps he would have spoken — spoken with me. Yes. But — but not — but not in such a way as Rebbe Yisroel (Kardonner) — in such a connection. Yes. (Saba laughs.)</w:t>
      </w:r>
    </w:p>
    <w:p>
      <w:r>
        <w:t>[He had the power to see — the matter of Rabbainu in you — the… He already saw that he needed to go even to Teveria from Meron.] Yes, yes. [They showed him that there was a very special matter in Teveria.] Yes, yes, yes. The Holy One Blessed Be He arranged that he… [yes] — that he — that He instilled in him [yes] — He instilled in him a light — that he should know what this is — what this is. [Yes — that there would be here something special for the future — something for all the people of Yisroel.] Yes, yes, yes, yes. [He certainly prayed for the redemption of the people of Yisroel always — and for everything.] Certainly! He — he was… [All the time he wanted to yearn — to find the point — what is lacking in the…] All his weeping — in all — in all — in all… was only for the people of Yisroel. What will be? What will be? He felt the sorrow of what this is — what this is — these falls — the heresies — and the false beliefs — and the falsehood — this is worse than all — worse than all the sufferings in the world! And he gave his soul to the Holy One Blessed Be He — he prayed for this — yes — that the Holy One Blessed Be He should have mercy — that the da'as of Rabbainu should be revealed in the world — and that everything should — should already be. (Saba laughs.)</w:t>
      </w:r>
    </w:p>
    <w:p>
      <w:r>
        <w:t>Everything depends on Rabbainu — everything. All Torah and emunah — and all our life in this world and the World to Come — it is only Rabbainu! The world does not know this. Yes. They do not know that the holy Rabbainu is such a secret — such a wonder. Even Leverman — he — he — he — he says he is a Breslov Chassid. But he — he understands: "He is a Breslov Chassid? Let Rabbainu have honor — be a scholar — Gemara — Poskim. Yes. But — but Likutay Tfilos — Likutay Moharan — Likutay Halachos — these are not scholarship. Yes. These are chassidus." (Saba laughs.) Yes. Also — yes. According to the holy Rabbainu — if one sees the light of the Gemara — of — of — of — of all — of all — of all Torah — yes — Kabbalah and all — in Likutay Halachos — there is already… He — he connects Kabbalah with — with every halachic ruling — with every ruling — with every… Yes. And the world should be — should be always fixed in Likutay Halachos! All learners and the whole world. Because one sees in it such wonders upon wonders — how he learned the Gemara — how he learned the Midrash and… yes. And… But the world does not know. They think there is Likutay Halachos — like what — what? What do I need Likutay Halachos for? Novelties — novelties of chassidus — of — of — of Kabbalah? This is… (Saba laughs.)</w:t>
      </w:r>
    </w:p>
    <w:p>
      <w:r>
        <w:t>There are — Heaven forfend — those who say that we make idolatry of Rabbainu — so great. But this we do not… What Rabbainu says — what Rabbainu revealed — he revealed only a drop from the sea of his greatness — nothing. This is hidden — hidden. But he lowers himself — it is hard for me — "me'od hayah kasheh li larede elecha" — "It was very difficult for me to descend to you." He lowers himself even to Yisroel Ber: "Talmidi hayakar" — "v'alecha amarti." (Saba laughs.) Oy, oy, oy, oy, oy, oy. Fortunate is one who… The ears that hear such words — there are none in the world — there is none — none — none — none like them in the world. What I — that I received with mesiras nefesh from Rebbe Yisroel (Kardonner) and from all — from all our elderly men — the men of truth. Not — not as today. Today people — people who simply chase after honor and money and all the… yes, yes. This is darkness! [Someone at the door.]</w:t>
      </w:r>
    </w:p>
    <w:p>
      <w:r>
        <w:t>You do not know. Quite the contrary — I do not intend that I — that I — that I am a secret — that I — that I… Quite the contrary — I intend the truth — that I — that I am at such a level — that I am ashamed even to speak. Yes. And the holy Rabbainu is as it is written in Hallel: "me'ashpos" — the garbage heap — what is this? This is garbage heaps. "Me'ashpos yarim evyon" — "He raises the destitute from the garbage heaps." Destitute — ["Hishtapchus HaNefesh" you found in the garbage heaps] — from garbage heaps. Yes. (Saba laughs.) "Yarim evyon" — the destitute is literally destitute — destitute of Torah and good deeds and of everything — in wisdom. And that is it. Yes. (Saba laughs.)</w:t>
      </w:r>
    </w:p>
    <w:p>
      <w:r>
        <w:t>Yes. "Mekimi me'afar dal" — "He raises the poor from the dust." "Mekimi me'afar" — from dust — there is nothing lower than dust. Dust is… sadness is this — this is called by the name "dust." "Dust" is sadness — it is laziness and sadness — this is dust. "Mekimi me'afar dal" — "the poor man" is truly — he has nothing — the poor man has nothing — nothing — nothing at all. Yes. "Mekimi me'afar dal" — and still more: "me'ashpos yarim evyon" — "He raises the destitute from the garbage heaps." "Yarim evyon" — apparently the destitute one is more than the poor man. (Saba laughs.) "Me'ashpos yarim evyon." Yes, yes…</w:t>
      </w:r>
    </w:p>
    <w:p>
      <w:r>
        <w:t>We see — we see how one can…  We see now that the bond between me and Rebbe Yisroel (Kardonner) — this was a preparation — a preparation for now. Everything I suffered — everything was for the sake of the wedding. This was about the wedding — {about the wedding}. (Saba laughs.) And also the Petek — the Petek too — this also — this also — is among the wondrous things that are impossible to accept — impossible to understand — impossible… Yes. And the matter of the Petek — and all of this was Rebbe Yisroel. Without Rebbe Yisroel — there would be no Yisroel Ber — there would be no Petek — there would be no Seventeenth… No — there would have been no Seventeenth of Tammuz and there would have been no. (Saba laughs.)</w:t>
      </w:r>
    </w:p>
    <w:p>
      <w:r>
        <w:t>[People say that we make idolatry of the Petek.] Yes. [But what we are doing — we want a printing press to print Rabbainu's da'as in the world. We have no interest in publicizing ourselves Heaven forfend. The publicizing of the Petek —] Nu. [is only for the sake of bringing Rabbainu's wisdom to the world.] Yes. [To illuminate the world with his wisdom.] Yes, yes — certainly! [And all the Petek and all the secret of the Petek is the matter of printing — the main thing of printing. Yes? It is the main — main — main secret — that the world should be filled…] The holy Rabbainu is — he — he — the printing — that his wisdom should spread in the world — that there should be a time when they accept — when the world accepts Rabbainu as their leader — that they should know that he is the true leader. (Saba laughs.) Yes. The world would already have been — long since the world would have been entirely repaired — there would already have been the coming of Mashiach and there would already have been the… yes. Everything depends on Rabbainu! Yes. And this we do not understand. There can be — Rabbainu can be revealed — that there can draw close — that there can draw close such souls — who have a great mind — who can — one can bring millions to Rabbainu through his word. Then all — all — oy, oy, oy, oy. "Na Nach Nachma Nachman MayUman!" (Saba laughs.) Yes. All will cast aside all money and all desires and all… We want — we want…</w:t>
      </w:r>
    </w:p>
    <w:p>
      <w:r>
        <w:t>[Rabbainu said — but only Mashiach will be able after him to draw all the world close. It will be Mashiach Tzidkaynu who will have the power of speech.] These are hidden matters. Everything — everything depends on Rabbainu! [If such a soul is found — certainly…] The holy Rabbainu says: "Bias HaMashiach…" [yes] yes. In the Sefer HaMidos. [yes] "Bias HaMashiach taluy b'hitkarvus — b'hitkarvus latzaddik — latzaddikim" — "The coming of Mashiach depends on drawing close — drawing close to the tzaddik — to the tzaddikim." [To the tzaddikim.] Yes. One sees that this — this — this will bring — will bring the redemption — will bring the coming of Mashiach. That there are things that we do not achieve and not… Yes. But the whole world — they are completely distant. What the world is distant from Torah — from all — all the secular ones and all the distant ones and all the transgressors — this all — because the holy Rabbainu is — (not understood) — that the holy Rabbainu is striking… He — he… The world does not — does not know and does not want to know. They — they want the desires. But — but when the time comes and they feel and know that everything is nothing — vanity! That not… All the desires and all the money and all the gold — like the country of wealth in the "Ba'al Tfilah." (Saba laughs.)</w:t>
      </w:r>
    </w:p>
    <w:p>
      <w:r>
        <w:t>[Can there be a person who can draw close to Rabbainu before Mashiach Tzidkaynu — who will draw thousands to Rabbainu — before Mashiach comes?] Yes, yes, yes. [Who will draw close to Rabbainu through speech.] One sees now that the whole world is drawing themselves to Rabbainu — they are nullifying themselves before Rabbainu. The secular ones should have distanced themselves from Rabbainu completely. They should have nullified him. What? He says: "Wisdoms are nothing and desires to nothing and… only — only Torah and prayer?" What? But — but one sees — ho — this is the "Ba'al Tfilah." He is such a philosopher — they are completely nullified. They see his conversations and his Torah teachings — even according to — according to their own standpoint — they feel: ho — there was no such wise man in the world — such a philosopher. Yes. They are nullified — they… He — he makes them dust and ashes. Yes. As in his lifetime — the Maskilim in Uman — they were completely nullified. They were completely nullified! And Hirsh Ber — he was — he was their head and he was an apikores — they were all such apikoresim. Yes. And the holy Rabbainu — they wanted — they, they were completely nullified. Yes. (Saba laughs.)</w:t>
      </w:r>
    </w:p>
    <w:p>
      <w:r>
        <w:t>And also we saw in the world — even in this time — before — before — before fifty years ago — there was Aharon Zeitlin and more — and more great wise men — writers — and they all — they all were nullified — nullified before Rabbainu! [Yes.] Martin Buber. Yes. Aharon Zeitlin — he was a philosopher. [He truly made complete teshuvah — yes?] Yes — certainly! (Saba laughs.) And he was in Uman on Rosh HaShanah!…</w:t>
      </w:r>
    </w:p>
    <w:p>
      <w:pPr>
        <w:pStyle w:val="Heading2"/>
      </w:pPr>
      <w:r>
        <w:t>Side B (Bais)</w:t>
      </w:r>
    </w:p>
    <w:p>
      <w:r>
        <w:t>Yes. [This is a great sanctification of Hashem — it can be.] And also the Roshay Yeshivah — the directors and the… [yes — the teachers] — the teachers — also? [Yes — the teachers — certainly. This is a day — this is the last day of the school year.] Conclusion — the conclusion of the school year — the summer holiday begins. [The holiday — yes. So all the classes from Aleph to Vav.] Yes. [Before high school — before — through Vav.] And where are the children? [Through bar mitzvah age — through almost — from age nine through twelve.] Good — good — good. Nu. Yes. Children — children — this is new — new. Yes. (Saba laughs.) They also — they are not yet so sunk in desires. Nu. Yes. They can receive. Yes. (Saba laughs.) Yes. Nu. Let us sit here…</w:t>
      </w:r>
    </w:p>
    <w:p>
      <w:r>
        <w:t>Oy, oy — blessed be Hashem. Oy — blessed be Hashem — blessed be Hashem. (Saba laughs.) And every time… Oy — this is the matter of Rabbainu — this is a very awesome matter. I merited to be with Rebbe Yisroel (Kardonner) for approximately close to five years. This is not a month — this is not a year. And the main thing by him is that one can live seventy years together — for nothing. The main thing is mesiras nefesh — emunah — the will — the suffering that I suffered — that I suffered for the sake of this. This is the main thing — this is the main thing of everything! Yes.</w:t>
      </w:r>
    </w:p>
    <w:p>
      <w:r>
        <w:t>And the Gemara — there is a Gemara — there is a verse in Tanach: "Af chochmasi amdah li" — "Even my wisdom stood by me" — like this. There is a verse. And the Gemara speaks about this verse and it — and it explains. And it found — the Gemara — the holy tzaddikim of the Gemara — the Tannaim — the Amoraim. Yes. (Saba laughs.) They found such — what are we? We know nothing. "Af chochmasi amdah li" — what — what? Yes. We believe that there are secrets in the Torah — there are… But we do not know. And the Gemara — it — it illuminates our eyes in Torah — it explains. Do you not know what this interpretation is? "Af chochmasi amdah li" — the Torah that is in anger — that is suffered — and it is the one that rules over you and there are troubles — there is wrath and anger and… (Saba laughs.) The Torah that is in anger — this stood by me! (Saba laughs.) The anger — in anger — "af chochmasi amdah li" — this is not "anger" — [erech apayim — long-suffering] — erech apayim — yes, yes. "Af chochmasi amdah li" — the Torah that is in anger — that one suffers for it. Yes. This — this stands forever — this is "amdah li" — "it stood by me." (Saba laughs.) Through this there is also {a cause} — one merits prayer and one merits to hold one's ground. This is the main thing — Torah in anger — for the sake of mesiras nefesh — that one suffers. And what I suffered — this was — this was on a single — a single occasion — a unique occurrence. Not every time do miracles occur — not every time is there such a matter of Yisroel Ber and Rebbe Yisroel (Kardonner) and great ones — a matter {to be told}. (Saba laughs.) Yes. This is not — this is not… This — this is hints. Every matter of holiness — especially of Rebbe Yisroel (Kardonner) — there was no bond between us — not for the sake of anything — not for the sake of money. Quite the contrary — I suffered from this! And I thought I would not hold my ground. Yes, yes. I did not want to live — what is this? What kind of life is this? Yes! (Saba laughs.)</w:t>
      </w:r>
    </w:p>
    <w:p>
      <w:r>
        <w:t>But when I heard Rebbe Yisroel praying — when I saw from Rebbe Yisroel some word — and I saw some deeds — such deeds as they cannot receive — beyond nature. So… nu — this is certainly good. And blessed be Hashem — we see that this has existence — this was in the days of Rebbe Yisroel — there were some years — time passed — and this passed — and this exists. The time has passed — but this — a matter of mesiras nefesh — this exists — this — this does such things in our hearts. And also it goes and awakens — there is in the air of this world — it comes — it comes to some person and grabs him. Come — what — what — what are you running? What — what — what is there? What is there? (Saba laughs.) Why… yes. What? Yes. This continues.</w:t>
      </w:r>
    </w:p>
    <w:p>
      <w:r>
        <w:t>The holy Rabbainu said: "Kol mi sheyesh lo ayzehu hirhuray teshuvah — zeh nimshach mimeni!" — "Whoever has any thought of repentance — this is drawn from me!" So was it with the holy Rabbainu. This… yes. So all the thoughts of teshu… We see now many ba'alay teshuvah. This is a sign also of the redemption. Because every thought of repentance will be drawn from Rabbainu — even those who do not know — even those who do not know from where. This is in a person. Yes. (Saba laughs.) But… And this is the power of Rabbainu — it is in the world. And he — and he does things. And he does not give rest. What? Yes. (Saba laughs.) Oy voy, oy. The world does not know — does not know — does not know. (Saba laughs.) As the holy Rabbainu is already present in the world — and if he is already present in the world — then there is a Master of the house for the world. Only they do not know. So this is in hiddenness. But — but there is — yes — there is already — there is already a Master of the house for the world. There will be — there will come a time when this will be revealed — when… yes. The time of the wedding. For every thing there is an end — the end will come — the time will come — the time of the wedding will come. Yes. Then there will be a wedding! We do not understand at all.</w:t>
      </w:r>
    </w:p>
    <w:p>
      <w:r>
        <w:t>We know what… If there had been no machlokes against the Ba'al Shem Tov — the Ba'al Shem Tov was the tzaddik {of the generation} — the holy Rabbainu said about the Ba'al Shem Tov that he was… But the holy Rabbainu — this is a special matter — this is a matter — this is a matter. (Saba laughs.) And the world does not know of this. Also Breslov Chassidim do not… Even Levi Yitzchak (Bender) — the holy Rabbainu said: "Lida'as mimeni — ani sod mikol ha'olam! Rak Rebbe Nassan — Rebbe Nassan v'Rebbe Naftali k'tzas!" — "To know of me — I am a secret from all the world! Only Rebbe Nassan — Rebbe Nassan and Rebbe Naftali a little!" So there is — one can — one can say on this two — two… One can say two — two simple words — only — only Rebbe Nassan. "Lida'as mimeni rak Rebbe Nassan!" — Rebbe Nassan — he — he knew a little — a little. He knew of Rabbainu. Rebbe Nassan — he knew a little. Yes. So — so there are two… One can interpret like this: "To know of me — it is only Rebbe Nassan. And Naftali…" The holy Rabbainu does not say of Naftali — only Nassan. Naftali a little — Rebbe Nassan knows — and Rebbe Naftali knows a little. One can interpret like this — so says Rabbainu. Only — we say Rebbe N… Only Rebbe Nassan — Rebbe Naftali a little. So Rebbe Naftali — Rebbe Nassan knows — and Rebbe Naftali a little. One can say of both: a little — only Nassan and Naftali — Nassan and Naftali a little. Yes. (Saba laughs.) Both a little. And this… And both true. And what Rebbe Nassan knew — no — did not know — did not attain — Rebbe Naftali. Rebbe Naf… Rebbe Nassan was Yehoshua — Moshe and Yehoshua. And this is a special matter. Yes. (Saba laughs.)</w:t>
      </w:r>
    </w:p>
    <w:p>
      <w:r>
        <w:t>But Rebbe Naftali — he was also — he was a companion of Rebbe Yis… of Rebbe Nassan. They were — they grew up in Nemirov. They were born in Nemirov. [Also Rebbe Naftali?] Rebbe — Rebbe Naftali — yes. Both — both. And they were friends and were great Torah scholars. They — they were yiray Hashem — servants of Hashem. Rebbe Naftali drew close to Rabbainu first. So Rebbe Nassan felt that he — he was nothing. His greeting to him — {his gratitude} to him — this… He — he was ashamed before him. He was nullified. What is this? So, so he — he knew that he — that he knows of Rabbainu — that he is with Rabbainu. And this is another matter — he felt.</w:t>
      </w:r>
    </w:p>
    <w:p>
      <w:r>
        <w:t>And also in Nemirov there was one close to Rabbainu — Rav — Rav Lifl — Rav Lifl. He was also one of the people of Rabbainu. He was… Whoever merited to draw close to Rabbainu — there was an entirely different matter. Like… There is — there are two things in the world: there is the world and there is Rabbainu. This is a special matter. (Saba laughs.) Rav Lifl was — this was a great city — Nemirov. Yes. And there were great Torah scholars — learners in — in the — not — not as today. There were servants of Hashem and learners. But the matter of Rabbainu — this is — this is another matter. (Saba laughs.) The secret of all worlds — this is a special matter. {This is a great thing} to say as the world does — there are tzaddikim and there are chassidim and there are… and there — and there are several kinds… This is not ordinary — this is a matter… There are geonim — but this is an entirely different matter. The holy Rabbainu is an entirely different matter. (Saba laughs.) He saw in the Torah what no one — no one of all the tzaddikim — has seen! He attained in the Torah — in every verse — as the Gemara explains through this verse — and more — and more — the Gemara illumin… the Gemara explains the Torah. We in Torah — we know nothing. We know how — how do we make tzitzis? How to make tzitzis? Only from the Gemara. Yes. "U'kshartam l'os al yadecha" — nu — "Hareini mechavven b'hanaas tefillin l'kayem mitzvas Bor'i shezivannu l'haniach tefillin" — how did He command us? Where did He command us? As it is written: "U'kshartam l'os — u'kshartam l'os al yadecha v'hayu l'totafot bayn aynecha." (Saba laughs.) Nu — we know perhaps — tefillin of gold — or of silver — or of… This — why specifically — specifically these four Torah portions? "Shema Yisroel"… There are — in Torah there are many portions. From where do we know? The Gemara — the tzaddikim! Yes.</w:t>
      </w:r>
    </w:p>
    <w:p>
      <w:r>
        <w:t>And one sees that the holy Rabbainu is a special matter. And one sees that the world — even Breslov scholars — they — they think that this is a kind of chassidus. Likutay Halachos — this is — this is not — this one can… If not — if — if — if one is not versed in Gemara — so… in Gemara and the Poskim — yes — so what — what? This is not — this… "Likutay Halachos" is nothing — "Likutay Tfilos" is nothing — "Likutay Moharan" is nothing. These are books of chassidus. But to learn — to be a scholar — this — this is Gemara — Gemara. (Saba laughs.) Yes. Like this the world is. But the holy Rabbainu exists — they know nothing. Likutay Halachos on all four parts of the Shulchan Aruch — he — he — he — he — he illuminates our eyes in all the entire Torah! What there is in Likutay Halachos. And the world pays no attention — even if they study — they don't see. They — they — they are blind. They don't know the worth. They — they don't… They — they do a favor — they study in a book — as they study "Noam Elimelech" and all the books. He studies — he studies Likutay Halachos. Yes. [I have a phone call for a moment.]</w:t>
      </w:r>
    </w:p>
    <w:p>
      <w:r>
        <w:t>The matter of the holy Rabbainu — that the Holy One Blessed Be He arranges that there meri… — that there are souls drawing close to Rabbainu. But not all souls… Even in the time of Rabbainu — not all souls. There were all holy tzaddikim. But each one is a world unto himself. And the holy Rabbainu — in his Torah teachings — he illuminated in the heart of each one what he needs — what he needs for his eternal purpose — to know Hashem. Each one has a special matter. {Not like…} And the true guiding tzaddik — he knows — that this needs — that one needs to guide him in such a way. And this… Not every one is equal. Breslov — Breslov — Breslov. Yes. (Saba laughs.)</w:t>
      </w:r>
    </w:p>
    <w:p>
      <w:r>
        <w:t>And also Rebbe Nassan was a friend with Rebbe Naftali. And Rebbe Naftali was a wonder-worker. Yes. [He was a prayer leader — yes?] Rebbe Naftali was a wonder-worker. [He was a great prayer leader at…] Rebbe Naftali? Was he a prayer leader? [No — I mean he was a shaliach tzibbur many times — yes? At — in the minyan of Rabbainu — was there —] Rebbe Naftali? [Yes.] I — I don't know. [Ah — I thought.] Perhaps there is — I don't — I don't know. By Rabbainu there were such cantors — such prayer leaders — every one was a great light — such as there is not in the world. Not — not for nothing did the world stand against Breslov. (Saba laughs.) Yes.</w:t>
      </w:r>
    </w:p>
    <w:p>
      <w:r>
        <w:t>And also — and also it is impossible to enter the palace of the king like this — with a belly of pride — with… One needs to purify oneself. (Saba laughs.) Do you want Likutay Moharan? For what purpose? If you {want}… Yes. Then there is none — none — none — you do not belong here. Yes. So you belong to Chabad — to Satmar. Yes. Not — not — not Breslov. (Saba laughs.) And I — I do not know how… This is truly… A matter — the matter of Rabbainu — it is beyond nature. I was not in the category — I am not saying this as humility — I was the worst and lowest in the world — in Teveria. (Saba laughs.) Yes. My father was poor and blind — in the uttermost lowliness — in the uttermost depression. And not — not did I see the world… And also in intellect I was not… The effort was for me — there are diamonds — it has such a quality and there is — and there is — and this — this has such beauty — it has such a quality. Yes. And everyone has their special matter. Yes. Oy. And I was the worst. But I had such a point of wisdom — that I merited to see and understand the truth — where the clear and pure truth is and… And I did not look at this world — at greatness and pride and importance and publicity. Quite the contrary — I did not — I had no va… I had no value at all there — only truth! Yes. This was not — so I was wiser than everyone! (Saba laughs.)</w:t>
      </w:r>
    </w:p>
    <w:p>
      <w:r>
        <w:t>And also I chose Rabbainu — through the words of Rebbe Yisroel (Kardonner) who was… Why through Rebbe Yisroel? What is Rebbe Yisroel? There are many Rebbe Yisroels. What — what? (Saba laughs.) But Rebbe Yisroel was unique in the world — Breslov! (Saba laughs.) Yes. And I chose Rebbe Yisroel. And I cast aside Rav Motl of Slonim — he was to me as a father. He — he taught me and drew me close and supported me and elevated me. Yes. So I should have continued with — Rav Motl — Rav Motl says: "Breslov — no!" So immediately — so… And this — this is a sign that I — that I am wiser than Rav Motl. Rav Motl was a gaon and scholar and upright and yiras Shamayim and wise. And Yisroel Ber — nothing — like a fly. Yes. This — but this fly had such power that it — that it could stand against the whole world. (Saba laughs.) Yes. What is this? Yes. And all — I saw everyone always speaking of me — of Yisroel Ber — of Breslov. And they themselves were astonished — what is this? When one says "Breslov — no!" once — then it is finished — then it is finished — they did not speak and speak and speak. This is a sign that there was {truth}. Yes. (Saba laughs.) Yes. That they had no rest. Yes. Breslov — Breslov — Breslov. (Saba laughs.)</w:t>
      </w:r>
    </w:p>
    <w:p>
      <w:r>
        <w:t>Yes. Oy, oy, oy, oy, oy. And this is a matter… What? A person like me — who has no value in the world — no importance — no value — I have no — I have no intellect — I have no talents — I have no… yes. But there was in me something — that I — that I abandoned the whole world — Rav Motl and all the great ones — and all — and all… Even so — what? Who are you? What? What? Are you wiser than Rav Motl? Than Rav Moshe Klirs? What is this? (Saba laughs.) Yes, yes, yes. This — this is Yisroel Ber! (Saba laughs.) And the holy Rabbainu sent Rebbe Yisroel from Meron to Teveria for me. And what came about came about. And also my mother — my mother passed away in the house of Rebbe Yisroel (Kardonner) on Shabbos — also Shabbos. Why did she deserve such sorrow? And also this was for the good. (Saba laughs.) She passed away — {may she be resurrected} — and through Breslov — for the sake of Breslov. (Saba laughs.)</w:t>
      </w:r>
    </w:p>
    <w:p>
      <w:r>
        <w:t>And if there were no resurrection of the dead — if — if she sees (not understood) — then there would have been — Heaven forfend — Rebbe Yisroel — he would have had no — he would have had no place in the world — in Tzfas — in Teveria — everyone in the world would have been — would have been — would have been angry and… What is Breslov? And they killed the mother of Yisroel Ber — he killed — murderer — murderers! (Saba laughs.) The Holy One Blessed Be He arranged that I saw Rebbe Yisroel — and more. Yes — that here was a miracle of resurrection of the dead. Yes. She died as it is written about Sarah — the angel — the… [Yes — He said to her] — He said to her. [Yitzchak…] Do you know? [Yesterday…] Yes. There was a hairsbreadth — Yitzchak — that he should have been slaughtered. But she thought he was already dead — that he had already slaughtered him. Yes. So her soul flew away. (Saba laughs.) Died. "Vayihu chayay Sarah" — "And the life of Sarah was" — after the Akeidah — "Vayehi achar hadevarim ha'aylleh" — it begins "Vayihu chayay Sarah" — this is the passing of Sarah. (Saba laughs.) And she died from the magnitude of sorrow. Yes.</w:t>
      </w:r>
    </w:p>
    <w:p>
      <w:r>
        <w:t>Every matter of Rabbainu is a matter of emunah and a matter beyond nature. Every soul that draws close passes through what passes over them — in the spiritual and the physical. But it passes over them. The Ba'al Davar does not permit… The holy Rabbainu said — the holy Rabbainu said: "L'hitkayrev eylai zeh kasheh me'od!" — "To draw close to me — this is very difficult!" (Saba laughs.) What is this? [One of the friends makes the blessing "shehakol nihyeh bidvaro."] Amen. There is a question: why is it difficult? "HaBa l'itahayr mesayin lo" — "One who comes to purify himself is aided." Why — why would it be difficult? I want — why would it be difficult? Why must I suffer? (Saba laughs.) But the holy Rabbainu said: "Ani ohev chassid metuggan!" — "I love a fried Chassid!" (Saba laughs.) [Ho, ho, ho, ho.]</w:t>
      </w:r>
    </w:p>
    <w:p>
      <w:r>
        <w:t>This is the matter of Rabbainu — such a wondrous matter as there is not in the world. I? Who am I? What am I? "Talmidi hayakar!" What? (Saba laughs.) There is… And one sees the greatness of the Holy One Blessed Be He — the greatness of the Creator — (not understood) — Moshe Klirs {was} — there were servants of Hashem — servants of Hashem — directors of yeshivos and elderly yiray Hashem — servants of Hashem. Yes. (Saba laughs.)</w:t>
      </w:r>
    </w:p>
    <w:p>
      <w:r>
        <w:t>[Did you show the Petek to Rav Alfandari — or did he not know of it?] Ah? [Was the Rav Alfandari before the Petek?] Alfandari? [Was it before the Petek?] It was… [Still before.] It was. [Before — before you knew Rebbe Yisroel Kardonner.] No. [After that.] After the passing of Rebbe Yisroel. [You came to know Rav Alfandari.] Yes. [So did you tell him?] I did not tell him. [You did not tell him.] I did not tell him. It was — I was then not interested in publicizing it. [You were apprehensive — apprehensive that the world would explode from this.] Yes. [Even — even — even he — even — even though he was a gaon and everything — you were apprehensive that he would not accept this?] Nayn — this was Providence. [Like this it was.] Not — without — without intention — without… [Ah — without intention.] Yes. Not — not did it occur to me to show it to him. [Ah — to show it to him.] Yes. But without intention — without — without reason. Yes. (Saba laughs.) [Providence — such was the Providence.] Yes. And it is possible that I made a mistake. If he had seen it — but he also — he is not Breslov. He — he cannot accept it. It is impossible — impossible to feel this. [But he had a great measure of humility?] Yes. [He had a great measure of lowliness.] Yes, yes, yes. But — but even so. [Even so it is…] But I did not — not — I did not speak of this — I did not speak of this and not… yes. But everything I spoke with him was holy of holies — he received and… [About the book —] He had self-nullification — he was nullified before me. He was a gaon and old — and a great old man — and he was a wise man — and he was famous throughout the world. Yes. Alfandari — Alfandari — this is all… [the whole world] — the whole world. Yes. Like Rav Moshe Feinstein — greater than Feinstein. Yes, yes. And he — and he conducted himself with me with awe and respect — with such self-nullification — with such love. Yes, yes. (Saba laughs.) He was famous — he was truth — a man of truth. And he felt where there is no truth. He said to me — Rav Shlomo (Wexler) was a zealot — and there was a society of zealots. [Yes, yes.] He said to me that he sees that all of them are politics. Only one — Rav Shlomo — he… And he said to me. Yes. Like this. (Saba laughs.)</w:t>
      </w:r>
    </w:p>
    <w:p>
      <w:r>
        <w:t>[When Rav Yosef Chaim Sonnenfeld wanted to come to the synagogue in the Old City — Rav Yo…] Sonnenfeld. Nu. He lived — he was living in "Batay Machseh" — [not Rav Sonnenfeld —] — under Rav Shlomo (Wexler) — he was above him. Yes. [Rav Kook — when he wanted to come to Breslov — so the zealots distanced him] — yes. [from Breslov. And also Rav Shlomo.] Also Rav Shlomo. [Also of Rav Shlomo.] But he was in — [but he was not as zealous as all the others — he was less zealous than everyone] — he — he was a zealot — but truly — not in politics. [Not politics.]</w:t>
      </w:r>
    </w:p>
    <w:p>
      <w:r>
        <w:t>Rav Kook said: "I am not afraid of everyone. [But you drew close…] Only — only from Rav Shlomo (Wexler)." [Only from Rav Shlomo.] Yes. He said this. Yes. (Saba laughs.) [But you — even though — you did not even look at Rav Shlomo.] But — but one can err. [You did not even look at Rav Shlomo.] One can… [You tried to draw Rav Kook close — despite the fact that Rav Shlomo also…] Yes, yes, yes. I went to Rav Kook even though Rav Shlomo was zealous. I — this — this is a matter… [You tried to draw him close.] Yes. [To Rabbainu.] Yes — certainly! For that purpose — for what else? [Yes — yes — certainly.] I went to him. [And you studied with him Likutay Halachos and Rabbainu's books.] He — he… I saw — I came to him and he honored me for the sake of the name Breslov. Yes. (Saba laughs.) He did not speak with me about the matter of learning — about Gemara and… He didn't… yes. Perhaps I don't know — he did not… yes. But he understood. If I had such power — the power of Torah — if I had — I would speak with him — from Gemara and this — and this. Yes. He — he understood that I am not — not a great Torah scholar. Only "Talmidi hayakar." (Saba laughs.)</w:t>
      </w:r>
    </w:p>
    <w:p>
      <w:r>
        <w:t>This is a wonder — such a wonder. And how I held my ground with Rebbe Yisroel (Kardonner) for years — how — how? This is such a power — all the powers of the world do not — do not — do not understand. [We see from Rabbainu that this is a gift — we see from the Petek that Rabbainu took you — "My dear student." And this is a great gift — not to be a scholar — not to be a person of intellect. Better that there should be no intellect — better that there should be truth in the heart — without intellect — without wisdoms. This is seen from the Petek — that this is a great gift — not to be…] But…</w:t>
      </w:r>
    </w:p>
    <w:p>
      <w:r>
        <w:br w:type="page"/>
      </w:r>
    </w:p>
    <w:p>
      <w:pPr>
        <w:pStyle w:val="Heading1"/>
      </w:pPr>
      <w:r>
        <w:t>Tape 5</w:t>
      </w:r>
    </w:p>
    <w:p>
      <w:pPr>
        <w:pStyle w:val="Heading2"/>
      </w:pPr>
      <w:r>
        <w:t>Side A (Aleph)</w:t>
      </w:r>
    </w:p>
    <w:p>
      <w:r>
        <w:t>...I gave my soul to be with Rebbe Yisroel (Kardonner), because I was alone without vessels</w:t>
      </w:r>
    </w:p>
    <w:p>
      <w:r>
        <w:t>I did not leave him for a single step, wherever he went, we went together, yes, from Teveria to Tzfas, yes</w:t>
      </w:r>
    </w:p>
    <w:p>
      <w:r>
        <w:t>There was talk among people, "Here is Breslov, here is a Breslov couple"</w:t>
      </w:r>
    </w:p>
    <w:p>
      <w:r>
        <w:t>This was a sign that we went together, this was the seal upon Breslov</w:t>
      </w:r>
    </w:p>
    <w:p>
      <w:r>
        <w:t>And Rebbe Yisroel, all, all, all.. Tzfas and Teveria, the whole world</w:t>
      </w:r>
    </w:p>
    <w:p>
      <w:r>
        <w:t>No.. he had another name, he had many names, Yisroel Halperin is the family name</w:t>
      </w:r>
    </w:p>
    <w:p>
      <w:r>
        <w:t>And also in Uman they called him Tchek, Rebbe Yisroel Tchek</w:t>
      </w:r>
    </w:p>
    <w:p>
      <w:r>
        <w:t>Tchak is an expression of freilach (happy)</w:t>
      </w:r>
    </w:p>
    <w:p>
      <w:r>
        <w:t>[Tchek is joy]</w:t>
      </w:r>
    </w:p>
    <w:p>
      <w:r>
        <w:t>Such joy, great joy</w:t>
      </w:r>
    </w:p>
    <w:p>
      <w:r>
        <w:t>[In Russian, Tchek is Russian]</w:t>
      </w:r>
    </w:p>
    <w:p>
      <w:r>
        <w:t>Tchek is, yes, Tchek</w:t>
      </w:r>
    </w:p>
    <w:p>
      <w:r>
        <w:t>So they called him Rebbe Yisroel Tchek</w:t>
      </w:r>
    </w:p>
    <w:p>
      <w:r>
        <w:t>And in Eretz Yisroel they called him everywhere, he lived in Yerushalayim</w:t>
      </w:r>
    </w:p>
    <w:p>
      <w:r>
        <w:t>Afterwards he moved from Yerushalayim to Meron, to Tzfas</w:t>
      </w:r>
    </w:p>
    <w:p>
      <w:r>
        <w:t>For several reasons Hashem.. he, he did not live long</w:t>
      </w:r>
    </w:p>
    <w:p>
      <w:r>
        <w:t>He, he could have been in Meron, and I in Teveria, and not know one another, yes</w:t>
      </w:r>
    </w:p>
    <w:p>
      <w:r>
        <w:t>And Hashem wanted it to be, so He arranged circumstances</w:t>
      </w:r>
    </w:p>
    <w:p>
      <w:r>
        <w:t>They brought him to my house, and from this came about what came about, yes</w:t>
      </w:r>
    </w:p>
    <w:p>
      <w:r>
        <w:t>What was, I have no words and I have no strength, no, these are spiritual words, spiritual words—it is impossible to.. yes</w:t>
      </w:r>
    </w:p>
    <w:p>
      <w:r>
        <w:t>It is entirely spiritual, entirely soul, entirely truth</w:t>
      </w:r>
    </w:p>
    <w:p>
      <w:r>
        <w:t>And Hashem arranged it, he.. the father and the mother and the family and the whole world fried me very much</w:t>
      </w:r>
    </w:p>
    <w:p>
      <w:r>
        <w:t>I was very fried</w:t>
      </w:r>
    </w:p>
    <w:p>
      <w:r>
        <w:t>[Ah, they fried, they fried]</w:t>
      </w:r>
    </w:p>
    <w:p>
      <w:r>
        <w:t>Yes, but I did not know what this was, I did not know why, I did not know</w:t>
      </w:r>
    </w:p>
    <w:p>
      <w:r>
        <w:t>If I had known then what I, what I see now</w:t>
      </w:r>
    </w:p>
    <w:p>
      <w:r>
        <w:t>[You would have asked for more]</w:t>
      </w:r>
    </w:p>
    <w:p>
      <w:r>
        <w:t>I would have, yes</w:t>
      </w:r>
    </w:p>
    <w:p>
      <w:r>
        <w:t>[More, bring, bring more humiliations]</w:t>
      </w:r>
    </w:p>
    <w:p>
      <w:r>
        <w:t>Ah, I would have, I would have.. yes</w:t>
      </w:r>
    </w:p>
    <w:p>
      <w:r>
        <w:t>But blessed be Hashem I, I know my worth, that I am so, I do not want that.. that there should be..</w:t>
      </w:r>
    </w:p>
    <w:p>
      <w:r>
        <w:t>That my sons should hear what I am saying, they think that their father is, is great, he is..</w:t>
      </w:r>
    </w:p>
    <w:p>
      <w:r>
        <w:t>Nu, but I know the truth, it is hard for me, it was hard for me to accept "My dear student," yes</w:t>
      </w:r>
    </w:p>
    <w:p>
      <w:r>
        <w:t>And also "of you I said"</w:t>
      </w:r>
    </w:p>
    <w:p>
      <w:r>
        <w:t>At the time I found the.. the Petek, there were elderly men of our people — anshay shlomaynu — in Yerushalayim, Rav Shlomo Wexler</w:t>
      </w:r>
    </w:p>
    <w:p>
      <w:r>
        <w:t>[Naftali Cohen]</w:t>
      </w:r>
    </w:p>
    <w:p>
      <w:r>
        <w:t>And other elderly men, yes, Naftali Cohen and Rav Nassan, Rav Nassan son, son of Rav Pinchas Yeshayahu, Rav Nassan</w:t>
      </w:r>
    </w:p>
    <w:p>
      <w:r>
        <w:t>Who.. Gitl'eh, he took Gitl'eh, yes, he was..</w:t>
      </w:r>
    </w:p>
    <w:p>
      <w:r>
        <w:t>Breslov, true Breslov, Breslov, not, not, not just ordinary Breslov</w:t>
      </w:r>
    </w:p>
    <w:p>
      <w:r>
        <w:t>[Does he also know of the Petek? Does he know of the Petek?]</w:t>
      </w:r>
    </w:p>
    <w:p>
      <w:r>
        <w:t>Rav Nassan? I do not know, I do not know, I do not, I do not remember, but..</w:t>
      </w:r>
    </w:p>
    <w:p>
      <w:r>
        <w:t>But this I am certain of, that I showed it to Rav Shlomo, yes, like now</w:t>
      </w:r>
    </w:p>
    <w:p>
      <w:r>
        <w:t>I see it as, as now, we (not understood) Naftali</w:t>
      </w:r>
    </w:p>
    <w:p>
      <w:r>
        <w:t>Just as we are now sitting here now here, and so we sat</w:t>
      </w:r>
    </w:p>
    <w:p>
      <w:r>
        <w:t>By {the cabinet with books, yes, next to one another}</w:t>
      </w:r>
    </w:p>
    <w:p>
      <w:r>
        <w:t>And there was a great distance, I was nothing, and he was a man of great intellect</w:t>
      </w:r>
    </w:p>
    <w:p>
      <w:r>
        <w:t>And he had great honor, yes, he was a holy man</w:t>
      </w:r>
    </w:p>
    <w:p>
      <w:r>
        <w:t>I actually, I lived with him, I saw how he eats, then I had, and I had a wonder</w:t>
      </w:r>
    </w:p>
    <w:p>
      <w:r>
        <w:t>How does he live? How does he exist in the world? How does he live? How does he subsist?</w:t>
      </w:r>
    </w:p>
    <w:p>
      <w:r>
        <w:t>I saw what.. how he eats with such holiness</w:t>
      </w:r>
    </w:p>
    <w:p>
      <w:r>
        <w:t>Yes, not, not ordinarily as we eat, he was something.. yes</w:t>
      </w:r>
    </w:p>
    <w:p>
      <w:r>
        <w:t>But even so, even so</w:t>
      </w:r>
    </w:p>
    <w:p>
      <w:r>
        <w:t>There was in him the nature of the country {by the..} he was from Germany</w:t>
      </w:r>
    </w:p>
    <w:p>
      <w:r>
        <w:t>And there no, they have matters of stubbornness, of, that not..</w:t>
      </w:r>
    </w:p>
    <w:p>
      <w:r>
        <w:t>That they are stubborn in their opinion and it is impossible, impossible to change them</w:t>
      </w:r>
    </w:p>
    <w:p>
      <w:r>
        <w:t>There is, there is (not understood)</w:t>
      </w:r>
    </w:p>
    <w:p>
      <w:r>
        <w:t>[I have hope, I was born, I was born in Eretz Yisroel and my parents are also from Germany</w:t>
      </w:r>
    </w:p>
    <w:p>
      <w:r>
        <w:t>Do I have hope of getting out of this? I hope that I have hope]</w:t>
      </w:r>
    </w:p>
    <w:p>
      <w:r>
        <w:t>In any case, even from Germany they can..</w:t>
      </w:r>
    </w:p>
    <w:p>
      <w:r>
        <w:t>[By Rabbainu, by Rabbainu it is possible]</w:t>
      </w:r>
    </w:p>
    <w:p>
      <w:r>
        <w:t>But, but they can err, they can err</w:t>
      </w:r>
    </w:p>
    <w:p>
      <w:r>
        <w:t>[..]</w:t>
      </w:r>
    </w:p>
    <w:p>
      <w:r>
        <w:t>He, he did not travel to Rabbainu, he could have, he had money, he could have traveled, yes</w:t>
      </w:r>
    </w:p>
    <w:p>
      <w:r>
        <w:t>But he, he was a great lamdan, he was well-versed and wise in Torah and he, he, he was by him..</w:t>
      </w:r>
    </w:p>
    <w:p>
      <w:r>
        <w:t>He decided a law, a law, a Torah law that it is forbidden to leave Eretz Yisroel, yoy</w:t>
      </w:r>
    </w:p>
    <w:p>
      <w:r>
        <w:t>But there are matters, yes, it is forbidden</w:t>
      </w:r>
    </w:p>
    <w:p>
      <w:r>
        <w:t>But it is written explicitly regarding a Rebbe, if he has outside Eretz Yisroel a Rebbe, a Rebbe more preeminent than one in Eretz Yisroel, he may..</w:t>
      </w:r>
    </w:p>
    <w:p>
      <w:r>
        <w:t>And in any case</w:t>
      </w:r>
    </w:p>
    <w:p>
      <w:r>
        <w:t>[Rabbainu, for every single generation, is the preeminent Rebbe until the coming of Mashiach]</w:t>
      </w:r>
    </w:p>
    <w:p>
      <w:r>
        <w:t>(not understood)</w:t>
      </w:r>
    </w:p>
    <w:p>
      <w:r>
        <w:t>[And after the coming of Mashiach]</w:t>
      </w:r>
    </w:p>
    <w:p>
      <w:r>
        <w:t>But I was together with him, but.. and I knew that he had a shortcoming, but it is impossible to get him out of this</w:t>
      </w:r>
    </w:p>
    <w:p>
      <w:r>
        <w:t>Yes, so... yes, I gave him like this, I saw from Rav Shlomo like this, only without saying, yes</w:t>
      </w:r>
    </w:p>
    <w:p>
      <w:r>
        <w:t>I sit together with him and speak with him about everything that really..</w:t>
      </w:r>
    </w:p>
    <w:p>
      <w:r>
        <w:t>What I understood that one does not need to accept, then it had no value at all, I did not accept what</w:t>
      </w:r>
    </w:p>
    <w:p>
      <w:r>
        <w:t>What I understood, that this is not, not.. yes</w:t>
      </w:r>
    </w:p>
    <w:p>
      <w:r>
        <w:t>The entire matter of Rabbainu is beyond nature</w:t>
      </w:r>
    </w:p>
    <w:p>
      <w:r>
        <w:t>Every utterance that he revealed, even what already exists (not understood) but this, this that came out of his mouth</w:t>
      </w:r>
    </w:p>
    <w:p>
      <w:r>
        <w:t>His Torah teachings, the world does not know, they think that this is..</w:t>
      </w:r>
    </w:p>
    <w:p>
      <w:r>
        <w:t>"Noam Elimelech," this is holiness, "Kedushas Levi " from the Rav of Berditchev</w:t>
      </w:r>
    </w:p>
    <w:p>
      <w:r>
        <w:t>What, what? Was he greater than the "Kedushas Levi"?</w:t>
      </w:r>
    </w:p>
    <w:p>
      <w:r>
        <w:t>Yes, the world does not.. yes</w:t>
      </w:r>
    </w:p>
    <w:p>
      <w:r>
        <w:t>There is another book, there is "Likutay Moharan" too, just as there is "Kedushas Levi"</w:t>
      </w:r>
    </w:p>
    <w:p>
      <w:r>
        <w:t>"Noam Elimelech," so there is "Likutay Moharan"</w:t>
      </w:r>
    </w:p>
    <w:p>
      <w:r>
        <w:t>But this is a special matter..</w:t>
      </w:r>
    </w:p>
    <w:p>
      <w:r>
        <w:t>This, this the holy Rabbainu said:</w:t>
      </w:r>
    </w:p>
    <w:p>
      <w:r>
        <w:t>"I, I am a secret from all the world"</w:t>
      </w:r>
    </w:p>
    <w:p>
      <w:r>
        <w:t>Even the Rav of Berditchev was a gaon and a tzaddik, yes</w:t>
      </w:r>
    </w:p>
    <w:p>
      <w:r>
        <w:t>And the holy Rabbainu praised him</w:t>
      </w:r>
    </w:p>
    <w:p>
      <w:r>
        <w:t>But, but if he had known of Rabbainu, he was a secret</w:t>
      </w:r>
    </w:p>
    <w:p>
      <w:r>
        <w:t>If he had known of Rabbainu, he would have been like Rebbe Nassan, a disciple, a disciple of Rabbainu in utter self-nullification, yes, but this is how it was for him, yes—that he was the greatest of the generation, that he was the glory of the generation, yes</w:t>
      </w:r>
    </w:p>
    <w:p>
      <w:r>
        <w:t>But there are hidden matters, spiritual matters, there are wondrous matters hidden from the world, yes, yes</w:t>
      </w:r>
    </w:p>
    <w:p>
      <w:r>
        <w:t>And this is the matter of Rabbainu; every soul that merits to draw close to Rabbainu in truth, this is a wondrous matter</w:t>
      </w:r>
    </w:p>
    <w:p>
      <w:r>
        <w:t>Because, because, because the holy Rabbainu has dealings with each and every one</w:t>
      </w:r>
    </w:p>
    <w:p>
      <w:r>
        <w:t>He, he guides him as one needs to, as one needs to guide him, yes</w:t>
      </w:r>
    </w:p>
    <w:p>
      <w:r>
        <w:t>Each and every one, this is a matter..</w:t>
      </w:r>
    </w:p>
    <w:p>
      <w:r>
        <w:t>The holy Rabbainu speaks of this in "Likutay Moharan," in "Likutay Moharan"</w:t>
      </w:r>
    </w:p>
    <w:p>
      <w:r>
        <w:t>He, he explains the verse:</w:t>
      </w:r>
    </w:p>
    <w:p>
      <w:r>
        <w:t>"These are the words that Moshe spoke to all Israel," do you remember this?</w:t>
      </w:r>
    </w:p>
    <w:p>
      <w:r>
        <w:t>[In which Torah?]</w:t>
      </w:r>
    </w:p>
    <w:p>
      <w:r>
        <w:t>Every utterance of the tzaddik</w:t>
      </w:r>
    </w:p>
    <w:p>
      <w:r>
        <w:t>[Yes]</w:t>
      </w:r>
    </w:p>
    <w:p>
      <w:r>
        <w:t>In every, in every utterance he, he speaks one utterance, and he, he, and you receive</w:t>
      </w:r>
    </w:p>
    <w:p>
      <w:r>
        <w:t>[Ah, what you need]</w:t>
      </w:r>
    </w:p>
    <w:p>
      <w:r>
        <w:t>What you need, yes</w:t>
      </w:r>
    </w:p>
    <w:p>
      <w:r>
        <w:t>He is like this: in the utterance of the tzaddik, each one, he..</w:t>
      </w:r>
    </w:p>
    <w:p>
      <w:r>
        <w:t>[..]</w:t>
      </w:r>
    </w:p>
    <w:p>
      <w:r>
        <w:t>It contains everything, all, all that each one needs, in one utterance, yes, yes</w:t>
      </w:r>
    </w:p>
    <w:p>
      <w:r>
        <w:t>And the holy Rabbainu explains this verse, a verse in Devarim..</w:t>
      </w:r>
    </w:p>
    <w:p>
      <w:r>
        <w:t>[Yes, "These are the words"]</w:t>
      </w:r>
    </w:p>
    <w:p>
      <w:r>
        <w:t>"These are the words that Moshe spoke to all Israel"</w:t>
      </w:r>
    </w:p>
    <w:p>
      <w:r>
        <w:t>The words that Moshe spoke? To all Israel, each one what he needs!</w:t>
      </w:r>
    </w:p>
    <w:p>
      <w:r>
        <w:t>"To all Israel"</w:t>
      </w:r>
    </w:p>
    <w:p>
      <w:r>
        <w:t>"To all Israel"</w:t>
      </w:r>
    </w:p>
    <w:p>
      <w:r>
        <w:t>Each one finds what he needs, yes</w:t>
      </w:r>
    </w:p>
    <w:p>
      <w:r>
        <w:t>Oy vey, oy…</w:t>
      </w:r>
    </w:p>
    <w:p>
      <w:r>
        <w:t>...and I too am a simple man</w:t>
      </w:r>
    </w:p>
    <w:p>
      <w:r>
        <w:t>I am immersed in everything, in the desire for eating, I, I did not eat</w:t>
      </w:r>
    </w:p>
    <w:p>
      <w:r>
        <w:t>[You are sick, you are sick now, dangerously ill]</w:t>
      </w:r>
    </w:p>
    <w:p>
      <w:r>
        <w:t>Now, but before, there was, I, I do not, I do not want to become so publicized, who am I?</w:t>
      </w:r>
    </w:p>
    <w:p>
      <w:r>
        <w:t>[Ah, but truly..]</w:t>
      </w:r>
    </w:p>
    <w:p>
      <w:r>
        <w:t>What. What? Truly?</w:t>
      </w:r>
    </w:p>
    <w:p>
      <w:r>
        <w:t>[Didn't you ever try to get away a little from eating, a little? Surely you tried]</w:t>
      </w:r>
    </w:p>
    <w:p>
      <w:r>
        <w:t>Like this, I had a will</w:t>
      </w:r>
    </w:p>
    <w:p>
      <w:r>
        <w:t>[Nu, blessed be Hashem..]</w:t>
      </w:r>
    </w:p>
    <w:p>
      <w:r>
        <w:t>But.. but..</w:t>
      </w:r>
    </w:p>
    <w:p>
      <w:r>
        <w:t>[The main thing is the will, with Rabbainu, the will is the main thing]</w:t>
      </w:r>
    </w:p>
    <w:p>
      <w:r>
        <w:t>But..</w:t>
      </w:r>
    </w:p>
    <w:p>
      <w:r>
        <w:t>[Will, will, will is a great thing with Rabbainu]</w:t>
      </w:r>
    </w:p>
    <w:p>
      <w:r>
        <w:t>I had a will, but not... There are matters that it is forbidden to reveal, that it is forbidden.. yes</w:t>
      </w:r>
    </w:p>
    <w:p>
      <w:r>
        <w:t>[This is Rabbainu's greatness]</w:t>
      </w:r>
    </w:p>
    <w:p>
      <w:r>
        <w:t>Yes</w:t>
      </w:r>
    </w:p>
    <w:p>
      <w:r>
        <w:t>[You are Rabbainu's greatness]</w:t>
      </w:r>
    </w:p>
    <w:p>
      <w:r>
        <w:t>Yes, yes</w:t>
      </w:r>
    </w:p>
    <w:p>
      <w:r>
        <w:t>[On the contrary, on the contrary, this is the greatness]</w:t>
      </w:r>
    </w:p>
    <w:p>
      <w:r>
        <w:t>Yes, yes, this</w:t>
      </w:r>
    </w:p>
    <w:p>
      <w:r>
        <w:t>[That Rabbainu descended to you and he can say..]</w:t>
      </w:r>
    </w:p>
    <w:p>
      <w:r>
        <w:t>"My dear student"</w:t>
      </w:r>
    </w:p>
    <w:p>
      <w:r>
        <w:t>["My dear student"]</w:t>
      </w:r>
    </w:p>
    <w:p>
      <w:r>
        <w:t>"My dear student", the Petek could have been without "my dear student",</w:t>
      </w:r>
    </w:p>
    <w:p>
      <w:r>
        <w:t>"It was very difficult for me to descend to you to tell you"</w:t>
      </w:r>
    </w:p>
    <w:p>
      <w:r>
        <w:t>What is this? In the middle he adds "my dear student"?</w:t>
      </w:r>
    </w:p>
    <w:p>
      <w:r>
        <w:t>[This is the will, this is the will, this is the will, this is your will]</w:t>
      </w:r>
    </w:p>
    <w:p>
      <w:r>
        <w:t>What is this?</w:t>
      </w:r>
    </w:p>
    <w:p>
      <w:r>
        <w:t>[This is your will]</w:t>
      </w:r>
    </w:p>
    <w:p>
      <w:r>
        <w:t>Nu, nu, can a human being accept this?</w:t>
      </w:r>
    </w:p>
    <w:p>
      <w:r>
        <w:t>What? He is not a scholar, he is not, he is a simple man</w:t>
      </w:r>
    </w:p>
    <w:p>
      <w:r>
        <w:t>What? "My dear student"? "And about you I said"?</w:t>
      </w:r>
    </w:p>
    <w:p>
      <w:r>
        <w:t>Yes, like, like me, as I know</w:t>
      </w:r>
    </w:p>
    <w:p>
      <w:r>
        <w:t>He, he also thinks this, ah, this ought to be Levi Yitzchak</w:t>
      </w:r>
    </w:p>
    <w:p>
      <w:r>
        <w:t>The Petek should have been for Levi Yitzchak, but not Yisroel Ber</w:t>
      </w:r>
    </w:p>
    <w:p>
      <w:r>
        <w:t>From this one sees such encouragement, that the holy Rabbainu.</w:t>
      </w:r>
    </w:p>
    <w:p>
      <w:r>
        <w:t>As with Hashem, it is written, there is a verse:</w:t>
      </w:r>
    </w:p>
    <w:p>
      <w:r>
        <w:t>“I dwell with the crushed one” — whoever is crushed, yes, to the uttermost crush, the most crushed, crushed, crushed, yes</w:t>
      </w:r>
    </w:p>
    <w:p>
      <w:r>
        <w:t>“I dwell with the crushed one”</w:t>
      </w:r>
    </w:p>
    <w:p>
      <w:r>
        <w:t>And so..</w:t>
      </w:r>
    </w:p>
    <w:p>
      <w:r>
        <w:t>And Rebbe Nassan, Rebbe Nassan was before him in ultimate self-nullification</w:t>
      </w:r>
    </w:p>
    <w:p>
      <w:r>
        <w:t>He saw holi.. the light of Rabbainu, the holiness of Rabbainu, he..</w:t>
      </w:r>
    </w:p>
    <w:p>
      <w:r>
        <w:t>So he, he was in such humility, and it was also hard for him to accept “My dear student,” yes</w:t>
      </w:r>
    </w:p>
    <w:p>
      <w:r>
        <w:t>Rebbe Nassan, Rebbe Nassan was before him zero and nothing</w:t>
      </w:r>
    </w:p>
    <w:p>
      <w:r>
        <w:t>Because it is impossible to be without Rabbainu, the holy Rabbainu, he, he, he..</w:t>
      </w:r>
    </w:p>
    <w:p>
      <w:r>
        <w:t>He saw the greatness of Rabbainu, so he nullified himself completely!, yes, yes</w:t>
      </w:r>
    </w:p>
    <w:p>
      <w:r>
        <w:t>He had no, no, no thought of honor, of, of pride, of..</w:t>
      </w:r>
    </w:p>
    <w:p>
      <w:r>
        <w:t>I, I, I am a student of the holy Rabbainu, I merit to hear such Torah teachings, such stories</w:t>
      </w:r>
    </w:p>
    <w:p>
      <w:r>
        <w:t>And he was zero and nothing, he understood that he was completely far from Hashem</w:t>
      </w:r>
    </w:p>
    <w:p>
      <w:r>
        <w:t>Compared to Rabbainu? He.. yes</w:t>
      </w:r>
    </w:p>
    <w:p>
      <w:r>
        <w:t>Yes, but he was a gaon, but I, I am nothing, I am completely..</w:t>
      </w:r>
    </w:p>
    <w:p>
      <w:r>
        <w:t>On the contrary he, he was humble, this, this (I do not understand) this is great wisdom</w:t>
      </w:r>
    </w:p>
    <w:p>
      <w:r>
        <w:t>Would such a man be, be zero and nothing? How is this? This is beyond nature; this—the holy Rabbainu shone upon him; the holy Rabbainu {….} such a vessel, “I dwell with the crushed one,” that before him he would be zero and nothing, yes</w:t>
      </w:r>
    </w:p>
    <w:p>
      <w:r>
        <w:t>If not, then he cannot receive from Rabbainu, yes</w:t>
      </w:r>
    </w:p>
    <w:p>
      <w:r>
        <w:t>And I am truly zero and nothing, he was a gaon, but.. and I am truly nothing</w:t>
      </w:r>
    </w:p>
    <w:p>
      <w:r>
        <w:t>And this Petek came suddenly, without, without, without preparation, nothing</w:t>
      </w:r>
    </w:p>
    <w:p>
      <w:r>
        <w:t>There was an incident of the seventeenth of Tammuz, as is written in the Petek:</w:t>
      </w:r>
    </w:p>
    <w:p>
      <w:r>
        <w:t>“And a sign: the seventeenth of Tammuz” yes</w:t>
      </w:r>
    </w:p>
    <w:p>
      <w:r>
        <w:t>{…..}, I cannot tell you, what? I was in very great danger</w:t>
      </w:r>
    </w:p>
    <w:p>
      <w:r>
        <w:t>This depressed, I was so depressed, that I was mentally ill</w:t>
      </w:r>
    </w:p>
    <w:p>
      <w:r>
        <w:t>And I fell into such sadness, into such brokenheartedness, that without a remedy, there is no, no, no remedy for this, there is none, yes</w:t>
      </w:r>
    </w:p>
    <w:p>
      <w:r>
        <w:t>I was from this like, like... and from this the Petek was created</w:t>
      </w:r>
    </w:p>
    <w:p>
      <w:r>
        <w:t>And the holy Rabbainu says in "Sefer HaMidos":</w:t>
      </w:r>
    </w:p>
    <w:p>
      <w:r>
        <w:t>"One who commits a transgression and is ashamed of it," and is ashamed of it, yes</w:t>
      </w:r>
    </w:p>
    <w:p>
      <w:r>
        <w:t>"He is forgiven for all his sins!"</w:t>
      </w:r>
    </w:p>
    <w:p>
      <w:r>
        <w:t>This is in "Sefer HaMidos"</w:t>
      </w:r>
    </w:p>
    <w:p>
      <w:r>
        <w:t>So the sorrow and the shame and the depression that I had from this, this, this, this was, was atoning for every iniq.. for every..</w:t>
      </w:r>
    </w:p>
    <w:p>
      <w:r>
        <w:t>So says Rabbainu, so it is written in "Sefer HaMidos," so, so, so it is not, not surprising that he writes</w:t>
      </w:r>
    </w:p>
    <w:p>
      <w:r>
        <w:t>That he, that he speaks to me in such language:</w:t>
      </w:r>
    </w:p>
    <w:p>
      <w:r>
        <w:t>"My dear student," "and of you I said"</w:t>
      </w:r>
    </w:p>
    <w:p>
      <w:r>
        <w:t>I had such sorrow</w:t>
      </w:r>
    </w:p>
    <w:p>
      <w:r>
        <w:t>[shame]</w:t>
      </w:r>
    </w:p>
    <w:p>
      <w:r>
        <w:t>Yes, and also I could not have pride, I could not</w:t>
      </w:r>
    </w:p>
    <w:p>
      <w:r>
        <w:t>Because I recognized my own worth, (not understood)</w:t>
      </w:r>
    </w:p>
    <w:p>
      <w:r>
        <w:t>And also Rebbe Yisroel of blessed memory, Rebbe Yisroel of blessed memory was..</w:t>
      </w:r>
    </w:p>
    <w:p>
      <w:r>
        <w:t>He knew me, he would defend me, yes, he was, he, he knew that I was nothing, yes</w:t>
      </w:r>
    </w:p>
    <w:p>
      <w:r>
        <w:t>And nevertheless he saw the humil.., I want</w:t>
      </w:r>
    </w:p>
    <w:p>
      <w:r>
        <w:t>And I, and I stand against all the wise men, against all the great ones and against.. yes, only.. yes</w:t>
      </w:r>
    </w:p>
    <w:p>
      <w:r>
        <w:t>So, so he, so this, this had more value for him than all, than all, than all the.. than all of them, yes</w:t>
      </w:r>
    </w:p>
    <w:p>
      <w:r>
        <w:t>And he accepted me like a gift, yes</w:t>
      </w:r>
    </w:p>
    <w:p>
      <w:r>
        <w:t>With all, with all, with all, with all heart, with all soul, with all.. yes, yes</w:t>
      </w:r>
    </w:p>
    <w:p>
      <w:r>
        <w:t>Because Rebbe Yisroel of blessed memory, if one gives, if one gives self-sacrifice, will this be worthwhile?</w:t>
      </w:r>
    </w:p>
    <w:p>
      <w:r>
        <w:t>A scholar, talented, (not understood)</w:t>
      </w:r>
    </w:p>
    <w:p>
      <w:r>
        <w:t>Yes, this Rebbe Yisroel was unique, without Rebbe Yisroel another person would not have, would not have mek.. so much.. what..</w:t>
      </w:r>
    </w:p>
    <w:p>
      <w:r>
        <w:t>He would not have had such a connection with, what? with whom? (not understood)</w:t>
      </w:r>
    </w:p>
    <w:p>
      <w:r>
        <w:t>Yes, but Rebbe Avraham son of Rebbe Nachman, if I had drawn close to him he would not have m.., he would have spoken with me, yes but, but not, but not in such a way as Rebbe Yisroel, with such a connection, yes</w:t>
      </w:r>
    </w:p>
    <w:p>
      <w:r>
        <w:t>[He had the power to see the, the matter of Rabbainu in you, the..</w:t>
      </w:r>
    </w:p>
    <w:p>
      <w:r>
        <w:t>He already saw that he needed even to go to Teveria from Meron]</w:t>
      </w:r>
    </w:p>
    <w:p>
      <w:r>
        <w:t>Yes, yes</w:t>
      </w:r>
    </w:p>
    <w:p>
      <w:r>
        <w:t>[He was shown that there is a very special matter in Teveria]</w:t>
      </w:r>
    </w:p>
    <w:p>
      <w:r>
        <w:t>Yes, yes, yes, Hashem arranged that he..</w:t>
      </w:r>
    </w:p>
    <w:p>
      <w:r>
        <w:t>[Yes]</w:t>
      </w:r>
    </w:p>
    <w:p>
      <w:r>
        <w:t>That he, that he instilled in him</w:t>
      </w:r>
    </w:p>
    <w:p>
      <w:r>
        <w:t>[Yes]</w:t>
      </w:r>
    </w:p>
    <w:p>
      <w:r>
        <w:t>Instilled in him a light so that he would know what it is, what it is</w:t>
      </w:r>
    </w:p>
    <w:p>
      <w:r>
        <w:t>[Yes, that there would be something special here for the future, something for all the Jewish people]</w:t>
      </w:r>
    </w:p>
    <w:p>
      <w:r>
        <w:t>Yes, yes, yes, yes</w:t>
      </w:r>
    </w:p>
    <w:p>
      <w:r>
        <w:t>[He certainly prayed for the redemption of the Jewish people all the time and for every matter]</w:t>
      </w:r>
    </w:p>
    <w:p>
      <w:r>
        <w:t>Certainly! He, he was..</w:t>
      </w:r>
    </w:p>
    <w:p>
      <w:r>
        <w:t>[All the time he wanted to yearn, to find the point, what is lacking in it, the…]</w:t>
      </w:r>
    </w:p>
    <w:p>
      <w:r>
        <w:t>All his weeping in every, in every, in every.. was only for the Jewish people</w:t>
      </w:r>
    </w:p>
    <w:p>
      <w:r>
        <w:t>[What will be? What will be?]</w:t>
      </w:r>
    </w:p>
    <w:p>
      <w:r>
        <w:t>He felt the anguish of what it is, what it is</w:t>
      </w:r>
    </w:p>
    <w:p>
      <w:r>
        <w:t>These downfalls, the heresies and the false beliefs and the falsehood, this is worse than all, than all the suffering in the world</w:t>
      </w:r>
    </w:p>
    <w:p>
      <w:r>
        <w:t>And he gave over his soul to Hashem, he prayed about this</w:t>
      </w:r>
    </w:p>
    <w:p>
      <w:r>
        <w:t>Yes, that Hashem should have mercy, that Rabbainu's knowledge should be revealed in the world, and that everything should be.. (I do not understand)</w:t>
      </w:r>
    </w:p>
    <w:p>
      <w:r>
        <w:t>[Yes]</w:t>
      </w:r>
    </w:p>
    <w:p>
      <w:r>
        <w:t>Everything depends on Rabbainu, everything, all the Torah and the faith, and all our life in this world and in the World to Come</w:t>
      </w:r>
    </w:p>
    <w:p>
      <w:r>
        <w:t>It is only Rabbainu!, the world does not know this, yes</w:t>
      </w:r>
    </w:p>
    <w:p>
      <w:r>
        <w:t>They do not know that the holy Rabbainu is such a secret, he is such a wonder</w:t>
      </w:r>
    </w:p>
    <w:p>
      <w:r>
        <w:t>Even to a person he, he, he, he, he says that he is a Breslov chasid</w:t>
      </w:r>
    </w:p>
    <w:p>
      <w:r>
        <w:t>But does he, does he understand, " he is a Breslov chasid? There should be honor for Rabbainu, you should be a lamdan,</w:t>
      </w:r>
    </w:p>
    <w:p>
      <w:r>
        <w:t>Gemara, poskim, yes</w:t>
      </w:r>
    </w:p>
    <w:p>
      <w:r>
        <w:t>But, but "Likutay Tfilos", "Likutay Moharan", "Likutay Halachos", this is not scholarship, yes</w:t>
      </w:r>
    </w:p>
    <w:p>
      <w:r>
        <w:t>This is chassidus", yes</w:t>
      </w:r>
    </w:p>
    <w:p>
      <w:r>
        <w:t>Also, yes, according to the holy Rabbainu, if one sees the light of the Gemara</w:t>
      </w:r>
    </w:p>
    <w:p>
      <w:r>
        <w:t>Of, of, of, of all, of all, of all the Torah, yes</w:t>
      </w:r>
    </w:p>
    <w:p>
      <w:r>
        <w:t>Kabbalah and everything, in "Likutay Halachos" there is already..</w:t>
      </w:r>
    </w:p>
    <w:p>
      <w:r>
        <w:t>He, he connects Kabbalah with, with every ruling, with every ruling, with every.. yes</w:t>
      </w:r>
    </w:p>
    <w:p>
      <w:r>
        <w:t>And the world should be, be always constant in "Likutay Halachos"!, all the learners and the whole world</w:t>
      </w:r>
    </w:p>
    <w:p>
      <w:r>
        <w:t>Because one sees in it such wonders upon wonders, how he learned the Gemara, how he learned the Midrash how.. and.. yes and.. but the world does not know, they think, there is "Likutay Halachos" like..</w:t>
      </w:r>
    </w:p>
    <w:p>
      <w:r>
        <w:t>What, what? What do I need "Likutay Halachos" for?, novelties, novelties of chassidus</w:t>
      </w:r>
    </w:p>
    <w:p>
      <w:r>
        <w:t>Of, of, of Kabbalah? This..</w:t>
      </w:r>
    </w:p>
    <w:p>
      <w:r>
        <w:t>There are, Heaven forfend, those who say that we make idolatry of Rabbainu, so great, but.. this we do not.. What Rabbainu says, that what Rabbainu revealed, he revealed.. he revealed only a drop from the sea of his greatness, nothing</w:t>
      </w:r>
    </w:p>
    <w:p>
      <w:r>
        <w:t>This is hidden, hidden, but he lowers himself</w:t>
      </w:r>
    </w:p>
    <w:p>
      <w:r>
        <w:t>It is hard for me, "It was very difficult for me to descend to you"</w:t>
      </w:r>
    </w:p>
    <w:p>
      <w:r>
        <w:t>He lowers himself even to Yisroel Ber, "My dear student", "and of you I said"</w:t>
      </w:r>
    </w:p>
    <w:p>
      <w:r>
        <w:t>Oy, oy, oy, oy, oy, oy</w:t>
      </w:r>
    </w:p>
    <w:p>
      <w:r>
        <w:t>Fortunate is one who.. the ears that hear such words</w:t>
      </w:r>
    </w:p>
    <w:p>
      <w:r>
        <w:t>There are none in the world, there is none, none, none, such words are not found in the world</w:t>
      </w:r>
    </w:p>
    <w:p>
      <w:r>
        <w:t>What I, that I received with mesiras nefesh from Rebbe Yisroel (Kardonner) and from all, and from all our people</w:t>
      </w:r>
    </w:p>
    <w:p>
      <w:r>
        <w:t>The elders, the men of truth, not, not like today, today..</w:t>
      </w:r>
    </w:p>
    <w:p>
      <w:r>
        <w:t>People, people who simply chase after honor and money and all the.. yes, yes</w:t>
      </w:r>
    </w:p>
    <w:p>
      <w:r>
        <w:t>This is darkness!</w:t>
      </w:r>
    </w:p>
    <w:p>
      <w:r>
        <w:t>[Someone at the door]</w:t>
      </w:r>
    </w:p>
    <w:p>
      <w:r>
        <w:t>{...}…</w:t>
      </w:r>
    </w:p>
    <w:p>
      <w:r>
        <w:t>...You do not know, quite the contrary, I do not intend that I, that I, that I am a secret, that I, that I..</w:t>
      </w:r>
    </w:p>
    <w:p>
      <w:r>
        <w:t>Quite the contrary, I intend the truth, that I, that I..</w:t>
      </w:r>
    </w:p>
    <w:p>
      <w:r>
        <w:t>At such a level, that I am ashamed even to speak, yes</w:t>
      </w:r>
    </w:p>
    <w:p>
      <w:r>
        <w:t>And the holy Rabbainu is as it is written in Hallel:</w:t>
      </w:r>
    </w:p>
    <w:p>
      <w:r>
        <w:t>"From the refuse heap," from the refuse heap, what is this? This is from the refuse heap, "from the refuse heap He raises the destitute" the destitute..</w:t>
      </w:r>
    </w:p>
    <w:p>
      <w:r>
        <w:t>[You found "Hishtapchus HaNefesh" in the refuse heap]</w:t>
      </w:r>
    </w:p>
    <w:p>
      <w:r>
        <w:t>From the refuse heap, yes, 'He raises the destitute'</w:t>
      </w:r>
    </w:p>
    <w:p>
      <w:r>
        <w:t>The destitute is truly destitute, destitute of Torah and of good deeds and of everything, in wisdom, and that is it, yes yes, "He raises the poor from the dust," 'He raises from the dust,' from the dust, there is nothing lower than dust</w:t>
      </w:r>
    </w:p>
    <w:p>
      <w:r>
        <w:t>Dust is.. sadness, it, it is called by the name 'dust'</w:t>
      </w:r>
    </w:p>
    <w:p>
      <w:r>
        <w:t>'Dust' is sadness, it is.. laziness and sadness are dust</w:t>
      </w:r>
    </w:p>
    <w:p>
      <w:r>
        <w:t>"He raises the poor from the dust"</w:t>
      </w:r>
    </w:p>
    <w:p>
      <w:r>
        <w:t>'Poor' is truly—he has nothing, the poor man has no, has no, has nothing, yes</w:t>
      </w:r>
    </w:p>
    <w:p>
      <w:r>
        <w:t>"He raises the poor from the dust"</w:t>
      </w:r>
    </w:p>
    <w:p>
      <w:r>
        <w:t>And further, and even more..</w:t>
      </w:r>
    </w:p>
    <w:p>
      <w:r>
        <w:t>[From the refuse heap]</w:t>
      </w:r>
    </w:p>
    <w:p>
      <w:r>
        <w:t>"From the refuse heap He raises the destitute," 'He raises the destitute,' it seems that the destitute is more than the poor</w:t>
      </w:r>
    </w:p>
    <w:p>
      <w:r>
        <w:t>"From the refuse heap He raises the destitute," yes, yes…</w:t>
      </w:r>
    </w:p>
    <w:p>
      <w:r>
        <w:t>...One sees, one sees how one can.. we see now that our connection, which was between me and Rebbe Yisroel (Kardonner)</w:t>
      </w:r>
    </w:p>
    <w:p>
      <w:r>
        <w:t>This was a preparation, a preparation for now</w:t>
      </w:r>
    </w:p>
    <w:p>
      <w:r>
        <w:t>Everything I suffered, it was all for the wedding, (I do not understand)</w:t>
      </w:r>
    </w:p>
    <w:p>
      <w:r>
        <w:t>And also the Petek, the Petek is also, it is also among the wondrous things</w:t>
      </w:r>
    </w:p>
    <w:p>
      <w:r>
        <w:t>That it is impossible to accept, that it is impossible to understand, that it is impossible to.. yes</w:t>
      </w:r>
    </w:p>
    <w:p>
      <w:r>
        <w:t>And the matter of the Petek, and this was all Rebbe Yisroel (Kardonner)</w:t>
      </w:r>
    </w:p>
    <w:p>
      <w:r>
        <w:t>Without Rebbe Yisroel (Kardonner), there would have been no Yisroel Ber, there would have been no Petek, there would have been nothing</w:t>
      </w:r>
    </w:p>
    <w:p>
      <w:r>
        <w:t>No, there would have been no seventeenth of Tammuz and there would have been no..</w:t>
      </w:r>
    </w:p>
    <w:p>
      <w:r>
        <w:t>[They say that people make idolatry out of the Petek]</w:t>
      </w:r>
    </w:p>
    <w:p>
      <w:r>
        <w:t>Yes</w:t>
      </w:r>
    </w:p>
    <w:p>
      <w:r>
        <w:t>[But what are we doing? We want a printing press to print Rabbainu’s da’as in the world</w:t>
      </w:r>
    </w:p>
    <w:p>
      <w:r>
        <w:t>We have no interest whatsoever in publicizing ourselves, Heaven forbid; the publicizing of the Petek]</w:t>
      </w:r>
    </w:p>
    <w:p>
      <w:r>
        <w:t>Nu</w:t>
      </w:r>
    </w:p>
    <w:p>
      <w:r>
        <w:t>[is only for the sake of bringing Rabbainu’s wisdom to the world]</w:t>
      </w:r>
    </w:p>
    <w:p>
      <w:r>
        <w:t>Yes</w:t>
      </w:r>
    </w:p>
    <w:p>
      <w:r>
        <w:t>[To illuminate the world with his wisdom]</w:t>
      </w:r>
    </w:p>
    <w:p>
      <w:r>
        <w:t>Yes, yes, certainly</w:t>
      </w:r>
    </w:p>
    <w:p>
      <w:r>
        <w:t>[And the whole Petek and the whole secret of the Petek is principally in the matter of printing, principally the printing, right?</w:t>
      </w:r>
    </w:p>
    <w:p>
      <w:r>
        <w:t>It is the principal, principal, principal secret—that the world will be filled..]</w:t>
      </w:r>
    </w:p>
    <w:p>
      <w:r>
        <w:t>The holy Rabbainu is, he, he, the printing, that there should spread..</w:t>
      </w:r>
    </w:p>
    <w:p>
      <w:r>
        <w:t>[Yes]</w:t>
      </w:r>
    </w:p>
    <w:p>
      <w:r>
        <w:t>his wisdom in the world, that the time should come when they accept</w:t>
      </w:r>
    </w:p>
    <w:p>
      <w:r>
        <w:t>If the world were to accept Rabbainu as leader, so that they would know that he is the true leader, yes</w:t>
      </w:r>
    </w:p>
    <w:p>
      <w:r>
        <w:t>The world would already have been—long ago the world would have been completely rectified; the coming of Mashiach would already have been, and there would already have been the.. yes</w:t>
      </w:r>
    </w:p>
    <w:p>
      <w:r>
        <w:t>Everything depends on Rabbainu, yes</w:t>
      </w:r>
    </w:p>
    <w:p>
      <w:r>
        <w:t>And this we do not understand. It may be that Rabbainu will be revealed</w:t>
      </w:r>
    </w:p>
    <w:p>
      <w:r>
        <w:t>that there will draw close, that there will draw close such souls who have a great mind, who will be able to..</w:t>
      </w:r>
    </w:p>
    <w:p>
      <w:r>
        <w:t>One person can draw millions close to Rabbainu through his speech</w:t>
      </w:r>
    </w:p>
    <w:p>
      <w:r>
        <w:t>then everyone, everyone, oy, oy, oy, oy, “Na Nach Nachma Nachman,” yes</w:t>
      </w:r>
    </w:p>
    <w:p>
      <w:r>
        <w:t>Everyone will cast aside all the money and all the desires and all.. We want, we want..</w:t>
      </w:r>
    </w:p>
    <w:p>
      <w:r>
        <w:t>[Rabbainu said, but only Mashiach will be able after him to draw the whole world close</w:t>
      </w:r>
    </w:p>
    <w:p>
      <w:r>
        <w:t>It will be Mashiach Tzidkaynu, who will have the power of speech]</w:t>
      </w:r>
    </w:p>
    <w:p>
      <w:r>
        <w:t>These are hidden matters. Everything, everything depends on Rabbainu</w:t>
      </w:r>
    </w:p>
    <w:p>
      <w:r>
        <w:t>[If a soul is found, this is certainly…]</w:t>
      </w:r>
    </w:p>
    <w:p>
      <w:r>
        <w:t>The holy Rabbainu says: “The coming of Mashiach..”</w:t>
      </w:r>
    </w:p>
    <w:p>
      <w:r>
        <w:t>[Yes]</w:t>
      </w:r>
    </w:p>
    <w:p>
      <w:r>
        <w:t>Yes, in “Sefer HaMidos”</w:t>
      </w:r>
    </w:p>
    <w:p>
      <w:r>
        <w:t>[Yes]</w:t>
      </w:r>
    </w:p>
    <w:p>
      <w:r>
        <w:t>“The coming of Mashiach depends on drawing close, on drawing close to the tzaddik, to the tzaddikim”</w:t>
      </w:r>
    </w:p>
    <w:p>
      <w:r>
        <w:t>[To the tzaddikim]</w:t>
      </w:r>
    </w:p>
    <w:p>
      <w:r>
        <w:t>Yes, we see that this, this, this will bring, will bring the redemption, will bring the coming of Mashiach</w:t>
      </w:r>
    </w:p>
    <w:p>
      <w:r>
        <w:t>That there are things that we do not attain and do not understand, yes</w:t>
      </w:r>
    </w:p>
    <w:p>
      <w:r>
        <w:t>But the whole world, they are completely distant; the fact that the world is distant from the Torah, from all..</w:t>
      </w:r>
    </w:p>
    <w:p>
      <w:r>
        <w:t>All, all the secular people and all those who are distant and all the transgressors</w:t>
      </w:r>
    </w:p>
    <w:p>
      <w:r>
        <w:t>This is all because the holy Rabbainu is, {the Shechinah in exile}</w:t>
      </w:r>
    </w:p>
    <w:p>
      <w:r>
        <w:t>That the holy Rabbainu is makhi.. he, he..</w:t>
      </w:r>
    </w:p>
    <w:p>
      <w:r>
        <w:t>The world does not, does not know and does not want to know; they, they want the desires, but..</w:t>
      </w:r>
    </w:p>
    <w:p>
      <w:r>
        <w:t>But when the time comes and they will feel and know that everything is nothing, vanity</w:t>
      </w:r>
    </w:p>
    <w:p>
      <w:r>
        <w:t>That not.. all the desires and all the money and all the gold, like the country of wealth in the "Ba'al Tefillah"</w:t>
      </w:r>
    </w:p>
    <w:p>
      <w:r>
        <w:t>[Could a person come whom it is possible to draw close to Rabbainu</w:t>
      </w:r>
    </w:p>
    <w:p>
      <w:r>
        <w:t>who, before Mashiach Tzidkaynu, will draw thousands close to Rabbainu, before Mashiach comes?]</w:t>
      </w:r>
    </w:p>
    <w:p>
      <w:r>
        <w:t>Yes, yes, yes</w:t>
      </w:r>
    </w:p>
    <w:p>
      <w:r>
        <w:t>[Through speech he will bring close to Rabbainu]</w:t>
      </w:r>
    </w:p>
    <w:p>
      <w:r>
        <w:t>We see now that the whole world is drawing themselves to Rabbainu; they are nullifying themselves before Rabbainu</w:t>
      </w:r>
    </w:p>
    <w:p>
      <w:r>
        <w:t>The secular people should have distanced themselves from Rabbainu completely; they should have nullified him</w:t>
      </w:r>
    </w:p>
    <w:p>
      <w:r>
        <w:t>What? He says: "Wisdoms are nothing, {{{…...}}} is nothing and..</w:t>
      </w:r>
    </w:p>
    <w:p>
      <w:r>
        <w:t>Only, only Torah and prayer?", only..</w:t>
      </w:r>
    </w:p>
    <w:p>
      <w:r>
        <w:t>[….]</w:t>
      </w:r>
    </w:p>
    <w:p>
      <w:r>
        <w:t>What?, but, but we see, ho, this is the "Ba'al Tefillah"; he is such a philosopher, they are completely nullified; they see his conversations and his Torah teachings</w:t>
      </w:r>
    </w:p>
    <w:p>
      <w:r>
        <w:t>Even according to, according to their place, they feel, ho, there was no such wise man in the world, such a philosopher</w:t>
      </w:r>
    </w:p>
    <w:p>
      <w:r>
        <w:t>Yes, they are nullified, they... he, he makes them dust, dust and ashes, yes</w:t>
      </w:r>
    </w:p>
    <w:p>
      <w:r>
        <w:t>As in his lifetime, the Maskilim in Uman..</w:t>
      </w:r>
    </w:p>
    <w:p>
      <w:r>
        <w:t>[Yes, yes]</w:t>
      </w:r>
    </w:p>
    <w:p>
      <w:r>
        <w:t>They were completely nullified, they were completely nullified, and Hirsh Ber..</w:t>
      </w:r>
    </w:p>
    <w:p>
      <w:r>
        <w:t>[Hirsh Ber]</w:t>
      </w:r>
    </w:p>
    <w:p>
      <w:r>
        <w:t>He was, he was their head and he was an apikores; they were all such apikoresim, yes</w:t>
      </w:r>
    </w:p>
    <w:p>
      <w:r>
        <w:t>And the holy Rabbainu, they wanted, they, they were completely nullified, yes</w:t>
      </w:r>
    </w:p>
    <w:p>
      <w:r>
        <w:t>And also we saw in the world, even at this time, before, before, fifty years ago</w:t>
      </w:r>
    </w:p>
    <w:p>
      <w:r>
        <w:t>There was Hillel Zeitlin and more, and more great wise men, writers</w:t>
      </w:r>
    </w:p>
    <w:p>
      <w:r>
        <w:t>And they all, they all..</w:t>
      </w:r>
    </w:p>
    <w:p>
      <w:r>
        <w:t>[Martin Buber]</w:t>
      </w:r>
    </w:p>
    <w:p>
      <w:r>
        <w:t>Were nullified, were nullified before Rabbainu</w:t>
      </w:r>
    </w:p>
    <w:p>
      <w:r>
        <w:t>[Yes]</w:t>
      </w:r>
    </w:p>
    <w:p>
      <w:r>
        <w:t>Martin Buber, (I do not understand)</w:t>
      </w:r>
    </w:p>
    <w:p>
      <w:r>
        <w:t>Hillel Zeitlin, he was a philosopher</w:t>
      </w:r>
    </w:p>
    <w:p>
      <w:r>
        <w:t>[But he truly made complete teshuvah, yes?]</w:t>
      </w:r>
    </w:p>
    <w:p>
      <w:r>
        <w:t>Yes, certainly, and he was in Uman for Rosh HaShanah…</w:t>
      </w:r>
    </w:p>
    <w:p>
      <w:pPr>
        <w:pStyle w:val="Heading2"/>
      </w:pPr>
      <w:r>
        <w:t>Side B (Bais)</w:t>
      </w:r>
    </w:p>
    <w:p>
      <w:r>
        <w:t>...[…]</w:t>
      </w:r>
    </w:p>
    <w:p>
      <w:r>
        <w:t>Yes</w:t>
      </w:r>
    </w:p>
    <w:p>
      <w:r>
        <w:t>[This could be a great sanctification of Hashem's Name]</w:t>
      </w:r>
    </w:p>
    <w:p>
      <w:r>
        <w:t>And also the heads of the yeshivas, the administrators and the..</w:t>
      </w:r>
    </w:p>
    <w:p>
      <w:r>
        <w:t>[Yes, the teachers..]</w:t>
      </w:r>
    </w:p>
    <w:p>
      <w:r>
        <w:t>The teachers, also?</w:t>
      </w:r>
    </w:p>
    <w:p>
      <w:r>
        <w:t>[Yes, the teachers certainly, this is the day, this is the day the school year ends]</w:t>
      </w:r>
    </w:p>
    <w:p>
      <w:r>
        <w:t>The end, the end of the school year, the vacation begins</w:t>
      </w:r>
    </w:p>
    <w:p>
      <w:r>
        <w:t>[The vacation, yes, so all the grades from first through sixth]</w:t>
      </w:r>
    </w:p>
    <w:p>
      <w:r>
        <w:t>Yes</w:t>
      </w:r>
    </w:p>
    <w:p>
      <w:r>
        <w:t>[Before high school, before, through sixth]</w:t>
      </w:r>
    </w:p>
    <w:p>
      <w:r>
        <w:t>And where are the children?</w:t>
      </w:r>
    </w:p>
    <w:p>
      <w:r>
        <w:t>[Up to bar mitzvah age, almost, from age nine to twelve]</w:t>
      </w:r>
    </w:p>
    <w:p>
      <w:r>
        <w:t>Good, good, good, nu</w:t>
      </w:r>
    </w:p>
    <w:p>
      <w:r>
        <w:t>Yes, children, children, this is new, new ones, yes</w:t>
      </w:r>
    </w:p>
    <w:p>
      <w:r>
        <w:t>This also, they are still not so immersed in the cravings, nu, yes, they can receive, yes</w:t>
      </w:r>
    </w:p>
    <w:p>
      <w:r>
        <w:t>Yes, nu, we will sit here…</w:t>
      </w:r>
    </w:p>
    <w:p>
      <w:r>
        <w:t>...Oy, oy, baruch Hashem, oy, baruch Hashem, baruch Hashem</w:t>
      </w:r>
    </w:p>
    <w:p>
      <w:r>
        <w:t>And every time.. oy..</w:t>
      </w:r>
    </w:p>
    <w:p>
      <w:r>
        <w:t>This matter of Rabbainu is an exceedingly awesome matter</w:t>
      </w:r>
    </w:p>
    <w:p>
      <w:r>
        <w:t>I merited to be with Rebbe Yisroel for approximately close to five years, it is not a month, it is not a year</w:t>
      </w:r>
    </w:p>
    <w:p>
      <w:r>
        <w:t>And the main thing with him is that one can live together for seventy years, with nothing</w:t>
      </w:r>
    </w:p>
    <w:p>
      <w:r>
        <w:t>The main thing is the self-sacrifice, the faith, the will, the suffering that I suffered, that I suffered for this</w:t>
      </w:r>
    </w:p>
    <w:p>
      <w:r>
        <w:t>This is the main thing, this is the main thing of all, yes</w:t>
      </w:r>
    </w:p>
    <w:p>
      <w:r>
        <w:t>And the Gemara, there is a Gemara, there is a verse in Tanach:</w:t>
      </w:r>
    </w:p>
    <w:p>
      <w:r>
        <w:t>"Even my wisdom remained with me"</w:t>
      </w:r>
    </w:p>
    <w:p>
      <w:r>
        <w:t>Like this, there is a verse, in the verse, and the Gemara speaks about this verse</w:t>
      </w:r>
    </w:p>
    <w:p>
      <w:r>
        <w:t>And she, and she explains, and she found, the Gemara, the holy tzaddikim in the Gemara, the Tannaim, the Amoraim, yes</w:t>
      </w:r>
    </w:p>
    <w:p>
      <w:r>
        <w:t>They found such a thing, what are we? We know nothing</w:t>
      </w:r>
    </w:p>
    <w:p>
      <w:r>
        <w:t>"Even my wisdom remained with me", what, what? Yes</w:t>
      </w:r>
    </w:p>
    <w:p>
      <w:r>
        <w:t>We believe that there are secrets in the Torah, there are.. but we do not know</w:t>
      </w:r>
    </w:p>
    <w:p>
      <w:r>
        <w:t>And the Gemara, he, he illuminates our eyes in the Torah, she explains..</w:t>
      </w:r>
    </w:p>
    <w:p>
      <w:r>
        <w:t>You do not know what the meaning is?</w:t>
      </w:r>
    </w:p>
    <w:p>
      <w:r>
        <w:t>"Even my wisdom remained with me"</w:t>
      </w:r>
    </w:p>
    <w:p>
      <w:r>
        <w:t>The Torah that is in af, that one suffers, and he rules over you and there are, there are troubles, there is wrath and..</w:t>
      </w:r>
    </w:p>
    <w:p>
      <w:r>
        <w:t>The Torah that is in af, this is what remained with me</w:t>
      </w:r>
    </w:p>
    <w:p>
      <w:r>
        <w:t>The af, that is in af</w:t>
      </w:r>
    </w:p>
    <w:p>
      <w:r>
        <w:t>"Even my wisdom remained with me" this is not af..</w:t>
      </w:r>
    </w:p>
    <w:p>
      <w:r>
        <w:t>[Long-suffering]</w:t>
      </w:r>
    </w:p>
    <w:p>
      <w:r>
        <w:t>Slow to anger, yes, yes, "Even my wisdom remained with me"</w:t>
      </w:r>
    </w:p>
    <w:p>
      <w:r>
        <w:t>The Torah that is in af, for which one suffers, yes</w:t>
      </w:r>
    </w:p>
    <w:p>
      <w:r>
        <w:t>[…….]</w:t>
      </w:r>
    </w:p>
    <w:p>
      <w:r>
        <w:t>This, this stands forever, this is 'remained with me'</w:t>
      </w:r>
    </w:p>
    <w:p>
      <w:r>
        <w:t>Through this there is also {word}, one merits prayer and one merits holding one’s ground</w:t>
      </w:r>
    </w:p>
    <w:p>
      <w:r>
        <w:t>This is the main thing - the Torah that is in af</w:t>
      </w:r>
    </w:p>
    <w:p>
      <w:r>
        <w:t>Of self-sacrifice that one suffers, and what I suffered, it was, it was one ti.. one time, one-time</w:t>
      </w:r>
    </w:p>
    <w:p>
      <w:r>
        <w:t>It is not at every at-time that miracles occurs, not every time is there such a matter of Yisroel Ber and Rebbe Yisroel and great, and great ones, a story {to tell}</w:t>
      </w:r>
    </w:p>
    <w:p>
      <w:r>
        <w:t>Yes, this is not, this is not, this.. hints, every matter of holiness</w:t>
      </w:r>
    </w:p>
    <w:p>
      <w:r>
        <w:t>In particular regarding Rebbe Yisroel, there was no connection between us, not for anything, not for money</w:t>
      </w:r>
    </w:p>
    <w:p>
      <w:r>
        <w:t>On the contrary, I suffered from it, and I thought that I would not hold out, yes, yes</w:t>
      </w:r>
    </w:p>
    <w:p>
      <w:r>
        <w:t>I did not want to live, what is this? What kind of life is this? Yes..</w:t>
      </w:r>
    </w:p>
    <w:p>
      <w:r>
        <w:t>But when I heard Rebbe Yisroel praying, when I saw from Rebbe Yisroel some utterance and saw some deed</w:t>
      </w:r>
    </w:p>
    <w:p>
      <w:r>
        <w:t>Such deeds, that they cannot accept this</w:t>
      </w:r>
    </w:p>
    <w:p>
      <w:r>
        <w:t>Beyond nature</w:t>
      </w:r>
    </w:p>
    <w:p>
      <w:r>
        <w:t>[Did you eat breakfast?]</w:t>
      </w:r>
    </w:p>
    <w:p>
      <w:r>
        <w:t>[…….]</w:t>
      </w:r>
    </w:p>
    <w:p>
      <w:r>
        <w:t>So.. nu, this is certainly good, and baruch Hashem we see that this, it has permanence</w:t>
      </w:r>
    </w:p>
    <w:p>
      <w:r>
        <w:t>This was in the days of Rebbe Yisroel, there was some years, time, passed</w:t>
      </w:r>
    </w:p>
    <w:p>
      <w:r>
        <w:t>And it passed and it endures, the time passed, but this is a matter of self-sacrifice, it endures</w:t>
      </w:r>
    </w:p>
    <w:p>
      <w:r>
        <w:t>This, this produces such effects in our hearts</w:t>
      </w:r>
    </w:p>
    <w:p>
      <w:r>
        <w:t>And also she goes and awakens, there is in the air in this world, she comes</w:t>
      </w:r>
    </w:p>
    <w:p>
      <w:r>
        <w:t>It comes to some person and seizes him, come, what, what, what are you running for? What, what, what is there? What is there?</w:t>
      </w:r>
    </w:p>
    <w:p>
      <w:r>
        <w:t>Why.. yes, what? Yes</w:t>
      </w:r>
    </w:p>
    <w:p>
      <w:r>
        <w:t>This is drawn, the holy Rabbainu said:</w:t>
      </w:r>
    </w:p>
    <w:p>
      <w:r>
        <w:t>"Whoever has some thought of repentance, this is drawn from me," so it was if the holy Rabbainu, this.. yes</w:t>
      </w:r>
    </w:p>
    <w:p>
      <w:r>
        <w:t>So all the thoughts of repen.. We now see many ba'alay teshuvah, this is also a sign of the redemption</w:t>
      </w:r>
    </w:p>
    <w:p>
      <w:r>
        <w:t>Because every thought of repentance will be drawn from Rabbainu</w:t>
      </w:r>
    </w:p>
    <w:p>
      <w:r>
        <w:t>Even though they do not know, even though they do not know from where, it is in a person, yes</w:t>
      </w:r>
    </w:p>
    <w:p>
      <w:r>
        <w:t>But.. And this power of Rabbainu exists in the world, and he, and he accomplishes things, and he does not give rest, what? Yes</w:t>
      </w:r>
    </w:p>
    <w:p>
      <w:r>
        <w:t>Oy vey, oy..</w:t>
      </w:r>
    </w:p>
    <w:p>
      <w:r>
        <w:t>The world does not know what this is, they do not know and do not know</w:t>
      </w:r>
    </w:p>
    <w:p>
      <w:r>
        <w:t>As the holy Rabbainu is already present in the world, and if he is already present in the world</w:t>
      </w:r>
    </w:p>
    <w:p>
      <w:r>
        <w:t>Then there is a Master of the House for the world, only they do not know, so it is hidden, but, but there is</w:t>
      </w:r>
    </w:p>
    <w:p>
      <w:r>
        <w:t>Yes, there already is, there already is a Master of the House for the world, there will be, the time will come when it will be revealed, wh.. yes</w:t>
      </w:r>
    </w:p>
    <w:p>
      <w:r>
        <w:t>The time of the wedding, everything has an end, the end will come, the time will come</w:t>
      </w:r>
    </w:p>
    <w:p>
      <w:r>
        <w:t>The time of the wedding will come, yes, then there will be a wedding</w:t>
      </w:r>
    </w:p>
    <w:p>
      <w:r>
        <w:t>We do not understand at all, we know what.. what..</w:t>
      </w:r>
    </w:p>
    <w:p>
      <w:r>
        <w:t>If there had not been the dispute over the Ba'al Shem Tov</w:t>
      </w:r>
    </w:p>
    <w:p>
      <w:r>
        <w:t>The Ba'al Shem Tov was the tzaddik {of the generation}, the holy Rabbainu said about the Ba'al Shem Tov that he was..</w:t>
      </w:r>
    </w:p>
    <w:p>
      <w:r>
        <w:t>But the holy Rabbainu is a special matter, it is a matter, it is a matter</w:t>
      </w:r>
    </w:p>
    <w:p>
      <w:r>
        <w:t>Yes, and the world does not know of this, also the Breslov Chassidim do not.. even Levi Yitzchak</w:t>
      </w:r>
    </w:p>
    <w:p>
      <w:r>
        <w:t>The holy Rabbainu said:</w:t>
      </w:r>
    </w:p>
    <w:p>
      <w:r>
        <w:t>"To know of me, I am a secret from all the world</w:t>
      </w:r>
    </w:p>
    <w:p>
      <w:r>
        <w:t>Only Rebbe Nassan, Rebbe Nassan and Rebbe Naftali a little"</w:t>
      </w:r>
    </w:p>
    <w:p>
      <w:r>
        <w:t>So there is, one can, one can two, two..</w:t>
      </w:r>
    </w:p>
    <w:p>
      <w:r>
        <w:t>One can say about this two, two kinds, two simple kinds</w:t>
      </w:r>
    </w:p>
    <w:p>
      <w:r>
        <w:t>Only, only Rebbe Nassan</w:t>
      </w:r>
    </w:p>
    <w:p>
      <w:r>
        <w:t>"To know of me, only Rebbe Nassan," Rebbe Nassan, he, he knew a little, a little</w:t>
      </w:r>
    </w:p>
    <w:p>
      <w:r>
        <w:t>He knew of Rabbainu, Rebbe Nassan, he knew a little</w:t>
      </w:r>
    </w:p>
    <w:p>
      <w:r>
        <w:t>So, so there are two... One can interpret it this way:</w:t>
      </w:r>
    </w:p>
    <w:p>
      <w:r>
        <w:t>"To know of me, it is only Rebbe Nassan, and Naftali..</w:t>
      </w:r>
    </w:p>
    <w:p>
      <w:r>
        <w:t>The holy Rabbainu does not say "Rebbe" Naftali, only Nassan</w:t>
      </w:r>
    </w:p>
    <w:p>
      <w:r>
        <w:t>Naftali a little, Rebbe Nassan knows, and Rebbe Naftali knows a little"</w:t>
      </w:r>
    </w:p>
    <w:p>
      <w:r>
        <w:t>One can interpret it this way</w:t>
      </w:r>
    </w:p>
    <w:p>
      <w:r>
        <w:t>This is what Rabbainu says, only.. we say Rebbe N.. only Rebbe Nassan, Rebbe Naftali a little</w:t>
      </w:r>
    </w:p>
    <w:p>
      <w:r>
        <w:t>So Rebbe Naftali, Rebbe Nassan knows and Rebbe Naftali a little</w:t>
      </w:r>
    </w:p>
    <w:p>
      <w:r>
        <w:t>One can say a little about both of them</w:t>
      </w:r>
    </w:p>
    <w:p>
      <w:r>
        <w:t>Only Nassan and Naftali, Nassan and Naftali a little, yes</w:t>
      </w:r>
    </w:p>
    <w:p>
      <w:r>
        <w:t>Both a little</w:t>
      </w:r>
    </w:p>
    <w:p>
      <w:r>
        <w:t>And this.. and both are true</w:t>
      </w:r>
    </w:p>
    <w:p>
      <w:r>
        <w:t>And Rebbe Nassan, what Rebbe Nassan knew, no, Rebbe Naftali did not know, did not attain</w:t>
      </w:r>
    </w:p>
    <w:p>
      <w:r>
        <w:t>Rebbe Naft.. Rebbe Nassan was Yehoshua, Moshe and Yehoshua, and this is a special matter, yes</w:t>
      </w:r>
    </w:p>
    <w:p>
      <w:r>
        <w:t>But Rebbe Naftali, he was also, he was a companion of Rebbe Yisr.. of Rebbe Nassan</w:t>
      </w:r>
    </w:p>
    <w:p>
      <w:r>
        <w:t>They were, they grew up in Nemirov, they were born in Nemirov</w:t>
      </w:r>
    </w:p>
    <w:p>
      <w:r>
        <w:t>[Also Rebbe Naftali?]</w:t>
      </w:r>
    </w:p>
    <w:p>
      <w:r>
        <w:t>Rebbe, Rebbe Naftali, yes, both of them, both of them, and they were friends</w:t>
      </w:r>
    </w:p>
    <w:p>
      <w:r>
        <w:t>And they were great Torah scholars, they, they were yiray Hashem, servants of Hashem</w:t>
      </w:r>
    </w:p>
    <w:p>
      <w:r>
        <w:t>Rebbe Naftali drew close to Rabbainu first, so Rebbe Nassan felt that he, he was nothing</w:t>
      </w:r>
    </w:p>
    <w:p>
      <w:r>
        <w:t>His "shalom aleichem," his {thanks}, this is.. he, he was ashamed before him, he nullified himself, what is this? So, so he, he knew that he, that he knows of Rabbainu, that he is with Rabbainu, and this is another matter, he felt, and also there was in Nemirov, there was someone close to Rabbainu, Rebbe, Rebbe Lifl, Rebbe Lifl</w:t>
      </w:r>
    </w:p>
    <w:p>
      <w:r>
        <w:t>He was also one of Rabbainu's people, he was..</w:t>
      </w:r>
    </w:p>
    <w:p>
      <w:r>
        <w:t>Whoever merited to draw close to Rabbainu, it was an entirely different matter, like..</w:t>
      </w:r>
    </w:p>
    <w:p>
      <w:r>
        <w:t>There are, there are two things in the world, there is the world and there is Rabbainu, this is a special matter</w:t>
      </w:r>
    </w:p>
    <w:p>
      <w:r>
        <w:t>Rebbe Lippel was, this was a large city, Nemirov, yes</w:t>
      </w:r>
    </w:p>
    <w:p>
      <w:r>
        <w:t>And there were Torah greats, studying about, about the.. no, not like today, there were servants of Hashem and scholars</w:t>
      </w:r>
    </w:p>
    <w:p>
      <w:r>
        <w:t>But the matter of Rabbainu is, it is another matter, a secret from all the worlds</w:t>
      </w:r>
    </w:p>
    <w:p>
      <w:r>
        <w:t>This is a special matter, {this is a thing} it is a big thing to say as the world does, there are tzaddikim and there are Hasidim and there are..</w:t>
      </w:r>
    </w:p>
    <w:p>
      <w:r>
        <w:t>And there are, and there are several kin..</w:t>
      </w:r>
    </w:p>
    <w:p>
      <w:r>
        <w:t>This is not ordinary, this is a matter... there are geniuses, but this is an entirely different matter, yes</w:t>
      </w:r>
    </w:p>
    <w:p>
      <w:r>
        <w:t>The holy Rabbainu is an entirely different matter</w:t>
      </w:r>
    </w:p>
    <w:p>
      <w:r>
        <w:t>He saw in the Torah what all, all the tzaddikim did not see</w:t>
      </w:r>
    </w:p>
    <w:p>
      <w:r>
        <w:t>He attained in the Torah, in every verse, as the Gemara explains in this verse {…..}</w:t>
      </w:r>
    </w:p>
    <w:p>
      <w:r>
        <w:t>The Gemara {….}, interprets the Torah, we, in the Torah we know nothing</w:t>
      </w:r>
    </w:p>
    <w:p>
      <w:r>
        <w:t>We know how, how are tzitzis? How does one make tzitzis?</w:t>
      </w:r>
    </w:p>
    <w:p>
      <w:r>
        <w:t>Only from the Gemara, yes, I..</w:t>
      </w:r>
    </w:p>
    <w:p>
      <w:r>
        <w:t>"And you shall bind them as a sign upon your hand"</w:t>
      </w:r>
    </w:p>
    <w:p>
      <w:r>
        <w:t>Nu, 'I hereby intend, in putting on tefillin, to fulfill the commandment of my Creator, Who commanded us to put on tefillin'</w:t>
      </w:r>
    </w:p>
    <w:p>
      <w:r>
        <w:t>How did He command us? Where did He command us? As it is written:</w:t>
      </w:r>
    </w:p>
    <w:p>
      <w:r>
        <w:t>"And you shall bind them as a sign, and you shall bind them as a sign upon your hand, and they shall be as totafos between your eyes"</w:t>
      </w:r>
    </w:p>
    <w:p>
      <w:r>
        <w:t>Nu, we know perhaps tefillin of gold, or of silver, or of..</w:t>
      </w:r>
    </w:p>
    <w:p>
      <w:r>
        <w:t>This, why is it specifically, specifically these four passages?</w:t>
      </w:r>
    </w:p>
    <w:p>
      <w:r>
        <w:t>"Shema Yisroel".. there are, in the Torah there are many passages, from where do we know?</w:t>
      </w:r>
    </w:p>
    <w:p>
      <w:r>
        <w:t>The Gemara, the tzaddikim</w:t>
      </w:r>
    </w:p>
    <w:p>
      <w:r>
        <w:t>[Yes]</w:t>
      </w:r>
    </w:p>
    <w:p>
      <w:r>
        <w:t>And one sees that the holy Rabbainu is a special matter</w:t>
      </w:r>
    </w:p>
    <w:p>
      <w:r>
        <w:t>And one sees that the world, even Breslov Hasidim, the scholars, they, they think this is a kind of Hasidism, the "Likutei Halachos" is, it is not, this can.. if not, if, if, if one is not proficient in Gemara then… in Gemara and the poskim, yes, then what, what, this is not, this they can.. "Likutei Halachos" is nothing, "Likutei Tefillos" is nothing</w:t>
      </w:r>
    </w:p>
    <w:p>
      <w:r>
        <w:t>"Likutei Moharan" is nothing</w:t>
      </w:r>
    </w:p>
    <w:p>
      <w:r>
        <w:t>These are Hasidic books, but to study, to be a scholar, that is, that is "Gemara, Gemara"</w:t>
      </w:r>
    </w:p>
    <w:p>
      <w:r>
        <w:t>Yes, that is how the world is</w:t>
      </w:r>
    </w:p>
    <w:p>
      <w:r>
        <w:t>But the holy Rabbainu is present, they know nothing</w:t>
      </w:r>
    </w:p>
    <w:p>
      <w:r>
        <w:t>The "Likutei Halachos" on all four parts of the 'Shulchan Aruch'</w:t>
      </w:r>
    </w:p>
    <w:p>
      <w:r>
        <w:t>It, it, it, it, it illuminates our eyes in the entire Torah, what there is in "Likutei Halachos" and the world pays no attention, even if they study, they do not see, they, they, they are blind</w:t>
      </w:r>
    </w:p>
    <w:p>
      <w:r>
        <w:t>They do not know the value, they, they do not.. they, they are doing a favor, studying the book</w:t>
      </w:r>
    </w:p>
    <w:p>
      <w:r>
        <w:t>As one studies "Noam Elimelech" and all the books, he studies, he studies "Likutei Halachos", yes</w:t>
      </w:r>
    </w:p>
    <w:p>
      <w:r>
        <w:t>[I have a phone call, one moment]…</w:t>
      </w:r>
    </w:p>
    <w:p>
      <w:r>
        <w:t>...the matter of the holy Rabbainu, that Hashem causes that mer.. that there are souls drawing close to Rabbainu</w:t>
      </w:r>
    </w:p>
    <w:p>
      <w:r>
        <w:t>But not all souls are alike.. even in Rabbainu's time not all souls, they were all holy tzaddikim, but each one is a world unto himself, and the holy Rabbainu, and the holy Rabbainu through his Torah</w:t>
      </w:r>
    </w:p>
    <w:p>
      <w:r>
        <w:t>He illuminated in the heart of each one what he needs, what he needs for his eternal purpose</w:t>
      </w:r>
    </w:p>
    <w:p>
      <w:r>
        <w:t>To recognize Hashem, each one has a special matter, {not as..}</w:t>
      </w:r>
    </w:p>
    <w:p>
      <w:r>
        <w:t>And the true leader-tzaddik knows, that this needs, that needs, they need to guide him in such a manner</w:t>
      </w:r>
    </w:p>
    <w:p>
      <w:r>
        <w:t>And this.. not everyone is alike, Breslov, Breslov, Breslov, yes</w:t>
      </w:r>
    </w:p>
    <w:p>
      <w:r>
        <w:t>And also Rebbe Nassan was a friend of Rebbe Naftali, and Rebbe Naftali was a miracle worker, yes</w:t>
      </w:r>
    </w:p>
    <w:p>
      <w:r>
        <w:t>[He was a shaliach tzibbur..]</w:t>
      </w:r>
    </w:p>
    <w:p>
      <w:r>
        <w:t>Rebbe Naftali was a miracle worker</w:t>
      </w:r>
    </w:p>
    <w:p>
      <w:r>
        <w:t>[He was a baal tefillah in..]</w:t>
      </w:r>
    </w:p>
    <w:p>
      <w:r>
        <w:t>Rebbe Naftali? He was a baal tefillah?</w:t>
      </w:r>
    </w:p>
    <w:p>
      <w:r>
        <w:t>[No, he was.. I mean a shaliach tzibbur many times, no? He was, in Rabbainu's minyan he was..]</w:t>
      </w:r>
    </w:p>
    <w:p>
      <w:r>
        <w:t>Rebbe Naftali?</w:t>
      </w:r>
    </w:p>
    <w:p>
      <w:r>
        <w:t>[Yes]</w:t>
      </w:r>
    </w:p>
    <w:p>
      <w:r>
        <w:t>I, I do not know</w:t>
      </w:r>
    </w:p>
    <w:p>
      <w:r>
        <w:t>[Ah, I thought]</w:t>
      </w:r>
    </w:p>
    <w:p>
      <w:r>
        <w:t>Maybe there is, I do not, I do not know</w:t>
      </w:r>
    </w:p>
    <w:p>
      <w:r>
        <w:t>By Rabbainu there were such cantors, such prayer leaders, each one was a great light, the likes of which does not exist in the world no, it was not for nothing that they stood, she stood, the world stood upon Breslov yes,</w:t>
      </w:r>
    </w:p>
    <w:p>
      <w:r>
        <w:t>And also, and also it is impossible to enter the King’s palace like this, with a belly of pride, b.. we need to cleanse ourselves.. You want "Likutei Mohar"an"? What for?</w:t>
      </w:r>
    </w:p>
    <w:p>
      <w:r>
        <w:t>If you {….} yes, then there is no, no, no, you do not belong here, yes</w:t>
      </w:r>
    </w:p>
    <w:p>
      <w:r>
        <w:t>Then you belong to Chabad, to Satmar, yes</w:t>
      </w:r>
    </w:p>
    <w:p>
      <w:r>
        <w:t>No, no, no Breslov</w:t>
      </w:r>
    </w:p>
    <w:p>
      <w:r>
        <w:t>And I do not know how.. it is truly.. the matter, the matter of Rabbainu is above nature</w:t>
      </w:r>
    </w:p>
    <w:p>
      <w:r>
        <w:t>I was not in the capacity, I am not saying in the capacity of humility</w:t>
      </w:r>
    </w:p>
    <w:p>
      <w:r>
        <w:t>I was the worst and the lowliest in the world, in Teveria, yes</w:t>
      </w:r>
    </w:p>
    <w:p>
      <w:r>
        <w:t>My father was poor and blind, in the utmost lowliness, in the utmost depression</w:t>
      </w:r>
    </w:p>
    <w:p>
      <w:r>
        <w:t>And I did not, did not see this world, and also in intellect I was not..</w:t>
      </w:r>
    </w:p>
    <w:p>
      <w:r>
        <w:t>But I had, there are diamonds</w:t>
      </w:r>
    </w:p>
    <w:p>
      <w:r>
        <w:t>This one has such a virtue and there is, and there is, and this, this one has such beauty, has such a virtue, yes</w:t>
      </w:r>
    </w:p>
    <w:p>
      <w:r>
        <w:t>And they all have a special matter, yes</w:t>
      </w:r>
    </w:p>
    <w:p>
      <w:r>
        <w:t>Oy..</w:t>
      </w:r>
    </w:p>
    <w:p>
      <w:r>
        <w:t>And I was the worst, but I had such a wise point</w:t>
      </w:r>
    </w:p>
    <w:p>
      <w:r>
        <w:t>That I merited to see and understand the truth, where the clear and pure truth is, and..</w:t>
      </w:r>
    </w:p>
    <w:p>
      <w:r>
        <w:t>And I did not look at this world, at greatness and pride, and importance and fame</w:t>
      </w:r>
    </w:p>
    <w:p>
      <w:r>
        <w:t>On the contrary, I did not, it did not have for me v.. it had no value for me, only truth, yes</w:t>
      </w:r>
    </w:p>
    <w:p>
      <w:r>
        <w:t>Z{….}</w:t>
      </w:r>
    </w:p>
    <w:p>
      <w:r>
        <w:t>So I was wiser than everyone</w:t>
      </w:r>
    </w:p>
    <w:p>
      <w:r>
        <w:t>And also I chose Rabbainu, through the words of Rebbe Yisroel, that he..</w:t>
      </w:r>
    </w:p>
    <w:p>
      <w:r>
        <w:t>Why Rebbe Yisroel? What is Rebbe Yisroel? There are many Rebbe Yisroels, what, what?</w:t>
      </w:r>
    </w:p>
    <w:p>
      <w:r>
        <w:t>But Rebbe Yisroel was unique in the Breslov world!</w:t>
      </w:r>
    </w:p>
    <w:p>
      <w:r>
        <w:t>Yes, and I chose Rebbe Yisroel, and I cast off Rav Mottel, he was like a father to me</w:t>
      </w:r>
    </w:p>
    <w:p>
      <w:r>
        <w:t>He, he taught me and drew me close and supported me and lifted me up, yes</w:t>
      </w:r>
    </w:p>
    <w:p>
      <w:r>
        <w:t>So I should have continued with.. Rav Mottel, Rav Mottel says: "Breslov no!", then immediately, then..</w:t>
      </w:r>
    </w:p>
    <w:p>
      <w:r>
        <w:t>And this, this is a sign that I, that I am wiser than Rav Mottel</w:t>
      </w:r>
    </w:p>
    <w:p>
      <w:r>
        <w:t>Rav Mottel was a genius and a Torah scholar and kosher and God-fearing and wise, and Yisroel Ber was nothing, like a fly, yes</w:t>
      </w:r>
    </w:p>
    <w:p>
      <w:r>
        <w:t>This, but this fly had such power that he, that he could stand against the whole world, yes</w:t>
      </w:r>
    </w:p>
    <w:p>
      <w:r>
        <w:t>What is this? Yes</w:t>
      </w:r>
    </w:p>
    <w:p>
      <w:r>
        <w:t>And everyone, I saw everyone always spoke about me, about Yisroel Ber, about Breslov</w:t>
      </w:r>
    </w:p>
    <w:p>
      <w:r>
        <w:t>And they themselves wondered, what is this?</w:t>
      </w:r>
    </w:p>
    <w:p>
      <w:r>
        <w:t>When one says once Breslov no, then, then it is finished, then it is finished, no..</w:t>
      </w:r>
    </w:p>
    <w:p>
      <w:r>
        <w:t>They spoke and spoke, and spoke, it is a sign that there was {...}, yes</w:t>
      </w:r>
    </w:p>
    <w:p>
      <w:r>
        <w:t>Yes, that they did not, no, no, they had no rest, yes</w:t>
      </w:r>
    </w:p>
    <w:p>
      <w:r>
        <w:t>"Breslov, Breslov, Breslov”</w:t>
      </w:r>
    </w:p>
    <w:p>
      <w:r>
        <w:t>Yes, oy, oy, oy, oy, oy</w:t>
      </w:r>
    </w:p>
    <w:p>
      <w:r>
        <w:t>And this is a matter.. what?</w:t>
      </w:r>
    </w:p>
    <w:p>
      <w:r>
        <w:t>A person like me who has no value in the world</w:t>
      </w:r>
    </w:p>
    <w:p>
      <w:r>
        <w:t>No importance, no value, I have no, I have no intellect, I have no talents, I have no.. yes</w:t>
      </w:r>
    </w:p>
    <w:p>
      <w:r>
        <w:t>But I had some matter that I was..</w:t>
      </w:r>
    </w:p>
    <w:p>
      <w:r>
        <w:t>That I left the whole world, Rav Mottel and all the great ones and all, and all.. even though, what? Who were you? What are you?</w:t>
      </w:r>
    </w:p>
    <w:p>
      <w:r>
        <w:t>Are you wiser than Rav Mottel? Than Rav Moshe Kliers? What is this?</w:t>
      </w:r>
    </w:p>
    <w:p>
      <w:r>
        <w:t>Yes, yes, yes, this, this is Yisroel Ber</w:t>
      </w:r>
    </w:p>
    <w:p>
      <w:r>
        <w:t>And the holy Rabbainu sent Rebbe Yisroel from Meron for me to Teveria, and what happened happened</w:t>
      </w:r>
    </w:p>
    <w:p>
      <w:r>
        <w:t>And also my mother, my mother died in Rebbe Yisroel’s house on Shabbat, the Sabbath day</w:t>
      </w:r>
    </w:p>
    <w:p>
      <w:r>
        <w:t>Why does he deserve such sorrow? And she too is for the good</w:t>
      </w:r>
    </w:p>
    <w:p>
      <w:r>
        <w:t>{……} she died, {…...} and through Breslov, because he is Breslov</w:t>
      </w:r>
    </w:p>
    <w:p>
      <w:r>
        <w:t>And if there had not been resurrection of the dead, if, if she (does not understand)</w:t>
      </w:r>
    </w:p>
    <w:p>
      <w:r>
        <w:t>Then it would have been, God forbid, Rebbe Yisroel would have had, would have had no place in the world</w:t>
      </w:r>
    </w:p>
    <w:p>
      <w:r>
        <w:t>In Tzfas, in Teveria, everyone was, was, was, was angry and..</w:t>
      </w:r>
    </w:p>
    <w:p>
      <w:r>
        <w:t>"What is Breslov? And they killed the mother of Yisroel Ber, he killed, murderer, murderers”</w:t>
      </w:r>
    </w:p>
    <w:p>
      <w:r>
        <w:t>Hashem Yisbarach arranged that I saw, Rebbe Yisroel and others, yes</w:t>
      </w:r>
    </w:p>
    <w:p>
      <w:r>
        <w:t>That there was a miracle of resurrection of the dead here, yes</w:t>
      </w:r>
    </w:p>
    <w:p>
      <w:r>
        <w:t>She died as is written regarding Sarah, the angel, the..</w:t>
      </w:r>
    </w:p>
    <w:p>
      <w:r>
        <w:t>[Yes, he told her]</w:t>
      </w:r>
    </w:p>
    <w:p>
      <w:r>
        <w:t>He told her</w:t>
      </w:r>
    </w:p>
    <w:p>
      <w:r>
        <w:t>[About Yitzchak]</w:t>
      </w:r>
    </w:p>
    <w:p>
      <w:r>
        <w:t>You know?</w:t>
      </w:r>
    </w:p>
    <w:p>
      <w:r>
        <w:t>[Yesterday]</w:t>
      </w:r>
    </w:p>
    <w:p>
      <w:r>
        <w:t>Yes, it was a hair's breadth that Yitzchak, that he would slaughter him</w:t>
      </w:r>
    </w:p>
    <w:p>
      <w:r>
        <w:t>But she thought that he was already dead, that he had already slaughtered him, yes</w:t>
      </w:r>
    </w:p>
    <w:p>
      <w:r>
        <w:t>So, so her soul departed, she died,</w:t>
      </w:r>
    </w:p>
    <w:p>
      <w:r>
        <w:t>"And the life of Sarah was," after the Binding "And it came to pass after these things," begins "And the life of Sarah was"</w:t>
      </w:r>
    </w:p>
    <w:p>
      <w:r>
        <w:t>This is the passing of Sarah</w:t>
      </w:r>
    </w:p>
    <w:p>
      <w:r>
        <w:t>And she died from immense sorrow, yes</w:t>
      </w:r>
    </w:p>
    <w:p>
      <w:r>
        <w:t>The entire matter of Rabbainu is a matter of faith and a matter above nature</w:t>
      </w:r>
    </w:p>
    <w:p>
      <w:r>
        <w:t>Every soul that draws close, what passes over him passes over him</w:t>
      </w:r>
    </w:p>
    <w:p>
      <w:r>
        <w:t>Spiritually and physically, but it passes over him, the adversary does not allow..</w:t>
      </w:r>
    </w:p>
    <w:p>
      <w:r>
        <w:t>The holy Rabbainu said, the holy Rabbainu said:</w:t>
      </w:r>
    </w:p>
    <w:p>
      <w:r>
        <w:t>"To draw close to me is very difficult!"</w:t>
      </w:r>
    </w:p>
    <w:p>
      <w:r>
        <w:t>What is this?</w:t>
      </w:r>
    </w:p>
    <w:p>
      <w:r>
        <w:t>[One of the friends recites the blessing "that everything came into being by His word.."]</w:t>
      </w:r>
    </w:p>
    <w:p>
      <w:r>
        <w:t>Amen</w:t>
      </w:r>
    </w:p>
    <w:p>
      <w:r>
        <w:t>There is a question: Why is it difficult? "One who comes to purify is assisted," why, why should it be difficult?</w:t>
      </w:r>
    </w:p>
    <w:p>
      <w:r>
        <w:t>I want to, why should it be difficult? Why should I suffer?</w:t>
      </w:r>
    </w:p>
    <w:p>
      <w:r>
        <w:t>But the holy Rabbainu said: "I love a fried chassid"</w:t>
      </w:r>
    </w:p>
    <w:p>
      <w:r>
        <w:t>[Oh, oh, oh, oh]</w:t>
      </w:r>
    </w:p>
    <w:p>
      <w:r>
        <w:t>This is the matter of Rabbainu, such a wondrous matter that does not exist in the world</w:t>
      </w:r>
    </w:p>
    <w:p>
      <w:r>
        <w:t>Me? Who am I? What am I? "My precious student" what, what?</w:t>
      </w:r>
    </w:p>
    <w:p>
      <w:r>
        <w:t>There is.. and one sees the greatness of Hashem Yisbarach, the greatness of the Creator, and the greatness of the Tzaddik, nu</w:t>
      </w:r>
    </w:p>
    <w:p>
      <w:r>
        <w:t>Moshe Kliers.. {did not see}</w:t>
      </w:r>
    </w:p>
    <w:p>
      <w:r>
        <w:t>There were servants of Hashem, servants of Hashem, administrators, yeshiva administrators and elders who feared Hashem, servants of Hashem, yes</w:t>
      </w:r>
    </w:p>
    <w:p>
      <w:r>
        <w:t>[Did you show the note to Rav Alfandri, or did he not know about it?]</w:t>
      </w:r>
    </w:p>
    <w:p>
      <w:r>
        <w:t>Eh?</w:t>
      </w:r>
    </w:p>
    <w:p>
      <w:r>
        <w:t>[Was the matter with Rav Alfandri before the note?]</w:t>
      </w:r>
    </w:p>
    <w:p>
      <w:r>
        <w:t>Alfandri?</w:t>
      </w:r>
    </w:p>
    <w:p>
      <w:r>
        <w:t>[It was before the note]</w:t>
      </w:r>
    </w:p>
    <w:p>
      <w:r>
        <w:t>It was..</w:t>
      </w:r>
    </w:p>
    <w:p>
      <w:r>
        <w:t>[Even before]</w:t>
      </w:r>
    </w:p>
    <w:p>
      <w:r>
        <w:t>Oy, oy..</w:t>
      </w:r>
    </w:p>
    <w:p>
      <w:r>
        <w:t>[Before you met Rebbe Yisroel (Kardonner)]</w:t>
      </w:r>
    </w:p>
    <w:p>
      <w:r>
        <w:t>No</w:t>
      </w:r>
    </w:p>
    <w:p>
      <w:r>
        <w:t>[Afterward]</w:t>
      </w:r>
    </w:p>
    <w:p>
      <w:r>
        <w:t>After the passing of Rebbe Yisroel</w:t>
      </w:r>
    </w:p>
    <w:p>
      <w:r>
        <w:t>[You met Rav Alfandri]</w:t>
      </w:r>
    </w:p>
    <w:p>
      <w:r>
        <w:t>Yes</w:t>
      </w:r>
    </w:p>
    <w:p>
      <w:r>
        <w:t>[So did you tell him?]</w:t>
      </w:r>
    </w:p>
    <w:p>
      <w:r>
        <w:t>I did not tell him</w:t>
      </w:r>
    </w:p>
    <w:p>
      <w:r>
        <w:t>[You did not tell him]</w:t>
      </w:r>
    </w:p>
    <w:p>
      <w:r>
        <w:t>I did not tell him</w:t>
      </w:r>
    </w:p>
    <w:p>
      <w:r>
        <w:t>It was, at that time I was not interested in publicizing..</w:t>
      </w:r>
    </w:p>
    <w:p>
      <w:r>
        <w:t>[You were concerned, you were concerned that this, the world would explode over this]</w:t>
      </w:r>
    </w:p>
    <w:p>
      <w:r>
        <w:t>Yes</w:t>
      </w:r>
    </w:p>
    <w:p>
      <w:r>
        <w:t>[Even, even, even he, even, even though he was a gaon and everything, you were concerned that he would not accept this?] No.. that is how it was..</w:t>
      </w:r>
    </w:p>
    <w:p>
      <w:r>
        <w:t>[That is how it was]</w:t>
      </w:r>
    </w:p>
    <w:p>
      <w:r>
        <w:t>It was providence, no, without, without intention, without...</w:t>
      </w:r>
    </w:p>
    <w:p>
      <w:r>
        <w:t>[Ah, without intention]</w:t>
      </w:r>
    </w:p>
    <w:p>
      <w:r>
        <w:t>Yes, no, it did not occur to me to show him</w:t>
      </w:r>
    </w:p>
    <w:p>
      <w:r>
        <w:t>[Ah, to show him]</w:t>
      </w:r>
    </w:p>
    <w:p>
      <w:r>
        <w:t>Yes</w:t>
      </w:r>
    </w:p>
    <w:p>
      <w:r>
        <w:t>But without intention, without, without a reason, yes</w:t>
      </w:r>
    </w:p>
    <w:p>
      <w:r>
        <w:t>[Providence, that was how providence was]</w:t>
      </w:r>
    </w:p>
    <w:p>
      <w:r>
        <w:t>Yes</w:t>
      </w:r>
    </w:p>
    <w:p>
      <w:r>
        <w:t>And it could be that I made a mistake, if he had seen this</w:t>
      </w:r>
    </w:p>
    <w:p>
      <w:r>
        <w:t>But he too, he, he was not a Breslover, he, he could not accept this</w:t>
      </w:r>
    </w:p>
    <w:p>
      <w:r>
        <w:t>It is impossible, it is impossible to feel this</w:t>
      </w:r>
    </w:p>
    <w:p>
      <w:r>
        <w:t>[But did he have a great measure of humility?]</w:t>
      </w:r>
    </w:p>
    <w:p>
      <w:r>
        <w:t>Yes</w:t>
      </w:r>
    </w:p>
    <w:p>
      <w:r>
        <w:t>[He had a great measure of lowliness]</w:t>
      </w:r>
    </w:p>
    <w:p>
      <w:r>
        <w:t>Yes, yes, yes, but</w:t>
      </w:r>
    </w:p>
    <w:p>
      <w:r>
        <w:t>[There is..]</w:t>
      </w:r>
    </w:p>
    <w:p>
      <w:r>
        <w:t>But nevertheless</w:t>
      </w:r>
    </w:p>
    <w:p>
      <w:r>
        <w:t>[Nevertheless, this]</w:t>
      </w:r>
    </w:p>
    <w:p>
      <w:r>
        <w:t>But I did not, did not, I did not, did not speak about this, did not speak..</w:t>
      </w:r>
    </w:p>
    <w:p>
      <w:r>
        <w:t>[Yes]</w:t>
      </w:r>
    </w:p>
    <w:p>
      <w:r>
        <w:t>About this, {…...}</w:t>
      </w:r>
    </w:p>
    <w:p>
      <w:r>
        <w:t>But everything I spoke with him was holy of holies, he would accept it and..</w:t>
      </w:r>
    </w:p>
    <w:p>
      <w:r>
        <w:t>[About the book that..]</w:t>
      </w:r>
    </w:p>
    <w:p>
      <w:r>
        <w:t>He had self-nullification..</w:t>
      </w:r>
    </w:p>
    <w:p>
      <w:r>
        <w:t>[About the book..]</w:t>
      </w:r>
    </w:p>
    <w:p>
      <w:r>
        <w:t>He had self-effacement before me</w:t>
      </w:r>
    </w:p>
    <w:p>
      <w:r>
        <w:t>He is a gaon and an elder, and a great elder, and he is a wise man and he was renowned throughout the world, yes</w:t>
      </w:r>
    </w:p>
    <w:p>
      <w:r>
        <w:t>Alfandari, Alfandari, that is the whole..</w:t>
      </w:r>
    </w:p>
    <w:p>
      <w:r>
        <w:t>[The whole world]</w:t>
      </w:r>
    </w:p>
    <w:p>
      <w:r>
        <w:t>The whole world, yes, like, like Fein.. more than Feinstein, yes, yes</w:t>
      </w:r>
    </w:p>
    <w:p>
      <w:r>
        <w:t>And he was, and he conducted himself toward me with reverential respect, with such self-effacement, with such love, yes, yes</w:t>
      </w:r>
    </w:p>
    <w:p>
      <w:r>
        <w:t>He was renowned, he was truth, a man of truth, and he sensed where there was no truth</w:t>
      </w:r>
    </w:p>
    <w:p>
      <w:r>
        <w:t>He told me, Rav Shlomo was a zealot, and there was a group of zealots</w:t>
      </w:r>
    </w:p>
    <w:p>
      <w:r>
        <w:t>[Yes, yes]</w:t>
      </w:r>
    </w:p>
    <w:p>
      <w:r>
        <w:t>He told me that he sees that they are all politics; only one, Rav Shlomo, he is.. And he told me, yes, like that</w:t>
      </w:r>
    </w:p>
    <w:p>
      <w:r>
        <w:t>[When Rav Yosef Chaim Sonnenfeld wanted to come to the synagogue in the Old City, Rav Yo..]</w:t>
      </w:r>
    </w:p>
    <w:p>
      <w:r>
        <w:t>Sonnenfeld, well</w:t>
      </w:r>
    </w:p>
    <w:p>
      <w:r>
        <w:t>[Ah.. Rav]</w:t>
      </w:r>
    </w:p>
    <w:p>
      <w:r>
        <w:t>He lived, he lived in "Batei Machseh"</w:t>
      </w:r>
    </w:p>
    <w:p>
      <w:r>
        <w:t>[That is not Rav Sonnenfeld]</w:t>
      </w:r>
    </w:p>
    <w:p>
      <w:r>
        <w:t>Under Rav Shlomo</w:t>
      </w:r>
    </w:p>
    <w:p>
      <w:r>
        <w:t>[….]</w:t>
      </w:r>
    </w:p>
    <w:p>
      <w:r>
        <w:t>{…}</w:t>
      </w:r>
    </w:p>
    <w:p>
      <w:r>
        <w:t>[Rav Kook, when he wanted to come to Breslov, then the zealots distanced him]</w:t>
      </w:r>
    </w:p>
    <w:p>
      <w:r>
        <w:t>Yes</w:t>
      </w:r>
    </w:p>
    <w:p>
      <w:r>
        <w:t>[From Breslov, and also, and also Rav Shlomo]</w:t>
      </w:r>
    </w:p>
    <w:p>
      <w:r>
        <w:t>Also Rav Shlomo</w:t>
      </w:r>
    </w:p>
    <w:p>
      <w:r>
        <w:t>[Also of Rav Shlomo]</w:t>
      </w:r>
    </w:p>
    <w:p>
      <w:r>
        <w:t>But he was in..</w:t>
      </w:r>
    </w:p>
    <w:p>
      <w:r>
        <w:t>[But he was not a zealot like all the others; he was less zealous than all of them]</w:t>
      </w:r>
    </w:p>
    <w:p>
      <w:r>
        <w:t>He, he was a zealot, but in truth, not in politics, not..</w:t>
      </w:r>
    </w:p>
    <w:p>
      <w:r>
        <w:t>[Not politics]</w:t>
      </w:r>
    </w:p>
    <w:p>
      <w:r>
        <w:t>Rav Kook said: "I am not afraid of any of them</w:t>
      </w:r>
    </w:p>
    <w:p>
      <w:r>
        <w:t>[But you drew close..]</w:t>
      </w:r>
    </w:p>
    <w:p>
      <w:r>
        <w:t>Only, only of Rav Shlomo"</w:t>
      </w:r>
    </w:p>
    <w:p>
      <w:r>
        <w:t>[Only Rav Shlomo]</w:t>
      </w:r>
    </w:p>
    <w:p>
      <w:r>
        <w:t>Yes, he said that, yes</w:t>
      </w:r>
    </w:p>
    <w:p>
      <w:r>
        <w:t>[But you did not even look at..]</w:t>
      </w:r>
    </w:p>
    <w:p>
      <w:r>
        <w:t>But, but..</w:t>
      </w:r>
    </w:p>
    <w:p>
      <w:r>
        <w:t>[You did not even look at Rav Shlomo..]</w:t>
      </w:r>
    </w:p>
    <w:p>
      <w:r>
        <w:t>One can err, one can..</w:t>
      </w:r>
    </w:p>
    <w:p>
      <w:r>
        <w:t>[You tried to draw Rav Kook close despite, despite the fact that Rav Shlomo also..]</w:t>
      </w:r>
    </w:p>
    <w:p>
      <w:r>
        <w:t>Yes, yes..</w:t>
      </w:r>
    </w:p>
    <w:p>
      <w:r>
        <w:t>[You..]</w:t>
      </w:r>
    </w:p>
    <w:p>
      <w:r>
        <w:t>Yes, I went to Rav Kook even though Rav Shlomo was a zealot, I, this, this is a matter..</w:t>
      </w:r>
    </w:p>
    <w:p>
      <w:r>
        <w:t>[You tried to draw him close]</w:t>
      </w:r>
    </w:p>
    <w:p>
      <w:r>
        <w:t>Yes</w:t>
      </w:r>
    </w:p>
    <w:p>
      <w:r>
        <w:t>[To Rabbainu]</w:t>
      </w:r>
    </w:p>
    <w:p>
      <w:r>
        <w:t>Yes, certainly, for this, for what</w:t>
      </w:r>
    </w:p>
    <w:p>
      <w:r>
        <w:t>[Yes, yes, certainly]</w:t>
      </w:r>
    </w:p>
    <w:p>
      <w:r>
        <w:t>I went to him</w:t>
      </w:r>
    </w:p>
    <w:p>
      <w:r>
        <w:t>[And you studied "Likutay Halachos" and Rabbainu's books with him]</w:t>
      </w:r>
    </w:p>
    <w:p>
      <w:r>
        <w:t>He, he.. I saw, I came to him and he honored me on account of the name Breslov, yes</w:t>
      </w:r>
    </w:p>
    <w:p>
      <w:r>
        <w:t>He did not speak with me about studies, about Gemara and.. he did not.. yes</w:t>
      </w:r>
    </w:p>
    <w:p>
      <w:r>
        <w:t>Maybe, I do not know, he did not.. {…} yes, but he understood, if there had been in me, like..</w:t>
      </w:r>
    </w:p>
    <w:p>
      <w:r>
        <w:t>The power, the power of Torah, if I had had it, I would have spoken with him, from Gemara and this, and this, and this, yes</w:t>
      </w:r>
    </w:p>
    <w:p>
      <w:r>
        <w:t>He, he understood that I am not, not a great Torah scholar</w:t>
      </w:r>
    </w:p>
    <w:p>
      <w:r>
        <w:t>Only "my precious student"</w:t>
      </w:r>
    </w:p>
    <w:p>
      <w:r>
        <w:t>It is a wonder, such a wonder, and how I held on with Rebbe Yisroel for years</w:t>
      </w:r>
    </w:p>
    <w:p>
      <w:r>
        <w:t>How, how?</w:t>
      </w:r>
    </w:p>
    <w:p>
      <w:r>
        <w:t>[One sees..]</w:t>
      </w:r>
    </w:p>
    <w:p>
      <w:r>
        <w:t>It is such a power</w:t>
      </w:r>
    </w:p>
    <w:p>
      <w:r>
        <w:t>[One sees from Rabbainu..]</w:t>
      </w:r>
    </w:p>
    <w:p>
      <w:r>
        <w:t>All the powers in the world do not, do not, do not understand</w:t>
      </w:r>
    </w:p>
    <w:p>
      <w:r>
        <w:t>[One sees from Rabbainu that it is a gift; one sees from the note that Rabbainu took you, "my precious student"</w:t>
      </w:r>
    </w:p>
    <w:p>
      <w:r>
        <w:t>And it is a great gift not to be a scholar, not to be an intellectual; it is better that there is no intellect..</w:t>
      </w:r>
    </w:p>
    <w:p>
      <w:r>
        <w:t>It is better that there is truth in the heart, without intellect..]</w:t>
      </w:r>
    </w:p>
    <w:p>
      <w:r>
        <w:t>{Without intellect}</w:t>
      </w:r>
    </w:p>
    <w:p>
      <w:r>
        <w:t>[Without sophistications]</w:t>
      </w:r>
    </w:p>
    <w:p>
      <w:r>
        <w:t>Yes</w:t>
      </w:r>
    </w:p>
    <w:p>
      <w:r>
        <w:t>[This one sees from the note, that it is a great gift not to be…] But…</w:t>
      </w:r>
    </w:p>
    <w:p>
      <w:r>
        <w:br w:type="page"/>
      </w:r>
    </w:p>
    <w:p>
      <w:pPr>
        <w:pStyle w:val="Heading1"/>
      </w:pPr>
      <w:r>
        <w:t>Tape 6</w:t>
      </w:r>
    </w:p>
    <w:p>
      <w:pPr>
        <w:pStyle w:val="Heading2"/>
      </w:pPr>
      <w:r>
        <w:t>Side A (Aleph)</w:t>
      </w:r>
    </w:p>
    <w:p>
      <w:r>
        <w:t>He — from Breslov. Aharon Zeitlin — he is from Breslov. (Saba laughs.) Yes. And one sees even now — they — they hold the Rambam in high regard. Yes. And they say that the Rambam compared to Rabbainu is nothing. There was none like — like — like Rabbainu {in the world}. There is none — none — none — none — no such holiness — no such wise man — and no one who speaks such words. (Saba laughs.) Like — like the holy Rabbainu. In his Torah teachings and in his stories they are nullified. Yes. This was not — before seventy years. Yes. And we see this. This is beyond nature. Because they should have distanced — distanced — Rabbainu from their hearts and from their seed and from… They should have imposed a cherem even upon Rabbainu's books. [In truth at the beginning there was a cherem.] Yes. (Saba laughs.) [At the beginning there was indeed — but little by little with time the cherem was forgotten — everything was forgotten — and the world arrived at such tohu vovohu — that without Rabbainu there is nothing.] Yes. (Saba laughs.) [Only the light of Rabbainu is already illuminating in the world — no other light illuminates.] And this — and this — we do not — do not know. We only have emunah. We know nothing. But we… What we see — that they are printing Rabbainu's books and one can read everywhere — in the synagogue and everywhere. And not — there is no prohibition to study Rabbainu's books. This — this is a sign of the redemption! This — this is already… Yes. And I saw with my own eyes now — from this generation. You do not know what was. I — I saw this what. (Saba laughs.) What it was — there was a prohibition to touch the books — Breslov books. How will the redemption come? And how… 'Gamarti v'agmor' — what is 'Gamarti v'agmor'? They don't want to touch Breslov books. (Saba laughs.) And Rebbe Yisroel (Kardonner) printed with mesiras nefesh — for whom? For whom? Breslov books? There are many books of chassidus — why is Breslov needed? There is — there is "Reishis Chochmah" and there is {"Mishnah Berurah"} and there is… ["Mesillas Yesharim."] And there is — and there is — and there is… What? One can — one can live without — without Breslov books! One can… (Saba laughs.) Nu. And I saw — I saw this. How will the redemption come? And how — how… What will be? The world does not want to touch Breslov books. (Saba laughs.) Nu. And now we see a thing beyond nature — a complete reversal. Today one can — one can understand that a time will come when the whole world — all — all the world will draw close — will draw close to Rabbainu — with such self-nullification — that they will cast everything aside — only Rabbainu! (Saba laughs.) Yes…</w:t>
      </w:r>
    </w:p>
    <w:p>
      <w:r>
        <w:t>Whoever he is — whoever he says… The world can think about — about Chabad — about Chabad that it is… Yes. And this is complete falsehood — complete falsehood! Nu. So for this reason — for this reason — such darkness in the world! [Rabbainu already — when he met the Ba'al HaTanya — you told me that the Ba'al HaTanya said about him — after he — after Rabbainu met him] — yes. [So the Ba'al HaTanya said a verse from Tehillim] — yes! [That he explained to Rabbainu — that Rabbainu merited to hear his — his great words. The Ba'al HaTanya spoke for about two hours with Rabbainu — and Rabbainu listened.] Yes, yes. [And the Ba'al HaTanya said to him some verse from Tehillim.] Yes. [What was the verse that he said to him?]</w:t>
      </w:r>
    </w:p>
    <w:p>
      <w:r>
        <w:t>Ah — yes. He should have asked Rabbainu to say some — some novelties — some Torah. And he — he said Torah for more than two hours — a long time. [Many hours.] He said the Torah before Rabbainu. [Yes — and at the end of his words he said to him some… did you merit?] At the end — at the end — at the end — at the end of his words — at the end he said… After saying Torah for several hours — at the end he finished: "Rachamecha…" He explained the verse. [In Tehillim?] In Tehillim. "Rachamecha harabim Hashem" — in "Ashray temimay darech" — there is {do not seek} — there is the letter Raish — "Rachamecha rabim Hashem" — "Rachamecha rabim Hashem." [Yes.] There is such a verse: "Rachamecha rabim Hashem." There is further on some… But "Rachamecha rabim Hashem" — "Rachamecha rabim Hashem." [In what — in what — in what Psalm is this?] In the letter Raish — Psalm 1… one-nineteen. [Ah — one-nineteen — in the letter Raish.] In the letter Raish. [Yes, yes.]</w:t>
      </w:r>
    </w:p>
    <w:p>
      <w:r>
        <w:t>Yes. "Rachamecha rabim Hashem." "Rachami…" So he — he explained the "Rachamecha rabim Hashem" — "Rachamecha" — the compassion that is upon You — many — very many. "Rachamecha rabim…" [Upon Rabbainu.] Yes. [As if he — Heaven forfend.] For the sake of Rabbainu. [Yes.] Upon the Holy One Blessed Be He. [Yes — that the Holy One Blessed Be He has great compassion upon Rabbainu — that he heard all the…] Dovid HaMelech says: "Rachamecha" — the compassion that is upon You — upon the Holy One Blessed Be He — many — very many. "Rachamecha…" The simple interpretation is: "Rachamecha" — the compassion of the Holy One Blessed Be He is very great. And he explained: the compassion that is upon You — upon the Holy One Blessed Be He — very great. There is great compassion — he says Torah about the holy Rabbainu. This — this is great compassion upon the Holy One Blessed Be He — that there is — that there is such darkness in the world — that he says Torah before Rabbainu. [Rabbainu… "Rachamecha" — he explained there — at the conclusion of his Torah — yes.] He explained: "Rachamecha rabim Hashem" — "Rachamecha" — this is simple — "Rachamecha" — the compassion of Hashem — of the Holy One Blessed Be He — upon us — very great. He — he — he had compa… [Yes — the compassion of the Holy One Blessed Be He.] The Merciful One have mercy upon us. Yes. [Yes.] And he explained: "Rachamecha" — the compassion that is upon You. [The Ba'al HaTanya — the Ba'al HaTanya explained.] The Ba'al HaTanya. [Upon — upon Rabbainu.] Ah — ah? [He said this as if the Holy One Blessed Be He has compassion upon Rabbainu — that the Holy One Blessed Be He has great compassion upon Rabbainu — that he merited to hear all the Torah — he merited to hear so much Torah?] No. [It does not seem to me — he — he hinted…] [Wait — wait — wait.]</w:t>
      </w:r>
    </w:p>
    <w:p>
      <w:r>
        <w:t>"Rachamecha" — there is great compassion upon the Holy One Blessed Be He — that there is such a thing in the world — that he says Torah before Rabbainu. [Ah.] The holy Rabbainu — he explained it. He did not — he did not know what he was explaining. "Rachamecha" — the compassion that is upon You — upon the Holy One Blessed Be He — very great. The holy Rabbainu — yes. He — he… There is significance in this — there is significance — that there is great compassion upon the Holy One Blessed Be He — that he says Torah before Rabbainu — because the compassion for You is great. (Saba laughs.) (not understood) Do you still not understand? [I understand.] (Saba laughs.) [But I don't understand how the Ba'al HaTanya was able to say this? What — what did he intend? After all he…] He — he explained like this. And he did not know what he… [What he said.] Yes, yes. And the holy Rabbainu concluded. Yes. [He understood.] Yes — what he said. [He said and did not know what he said.] He did not know. Yes, yes. (Saba laughs.) One sees from all the Torah that he said — so the holy Rabbainu said about this — it was — this — this — this good! [This is good.] (Saba laughs.) From all his Torah — "Rachamecha rabim Hashem" — there is great compassion upon You — the one who says Torah before Rabbainu. (Saba laughs.) He did not intend this — he — he — he — he did not know. He said and he did not know what he said. The holy Rabbainu explained what he said! (Saba laughs.) He said Torah before Rabbainu. (Saba laughs.) He is a gaon. Yes. He does not know what this is — who said — where — where… [But he revealed himself to Rabbainu completely — who he is — what he is — in that he spoke so much before Rabbainu.] There are many explanations of this. But the holy Rabbainu said about this: from all the Torah that he re… he said several hours. [Yes.] So this — this — this is good! [This is good.] Yes. "Rachamecha rabim Hashem." (Saba laughs.) There is great compassion upon You — the one who says Torah before Rabbainu. (Saba laughs.)</w:t>
      </w:r>
    </w:p>
    <w:p>
      <w:r>
        <w:t>Nu. But we must announce that Chabad is falsehood! [That Chabad… we must announce that Chabad is falsehood.] [Ah — yes.] [We must know.] And if it is hard? Let it be hard for him! Who finds it hard? Nu… Like this. [Why?] {Mitzvos}. Against the holy Rabbainu — there is some chassidus that has truth in it. So against Rabbainu — everyone must receive from Rabbainu. Satmar and Chabad and… yes. Even {great Admor'im}. Yes. And if they oppose Rabbainu — then they are falsehood! The reverse — the reverse — the reverse. A tzaddik becomes a wicked one. The reverse of truth — this is falsehood! Yes…</w:t>
      </w:r>
    </w:p>
    <w:p>
      <w:r>
        <w:t>…that he merited to see the light of Rabbainu — one in the world. Yes. (Saba laughs.) And also even the people of Rabbainu — the people of Rabbainu were — were such holy tzaddikim — that they {were not} close to Rabbainu. And the holy Rabbainu brought out — brought them out from all — {from shore to settled land}. And it was such a wonder. Nu. But Rebbe Nassan was — was…</w:t>
      </w:r>
    </w:p>
    <w:p>
      <w:r>
        <w:t>Not for nothing was there such a concealment — such a concealment about Rabbainu and… Yes. But this — had it not been — had it not been for the Gra (of Vilna) who disputed — the Ba'al Shem Tov — the Ba'al Shem Tov — so there would not have been the dispute about — about Rabbainu. There would already have been a matter {of great light}. Rabbainu would already have been revealed in the world. Yes. And what would have been — would have been. And the world fell into such darkness as we see. And the holy Rabbainu announced this. Yes. But all — all — all is ready — ready for the redemption! Yes — that it should be revealed and exalted. (Saba laughs.) Precisely from such a dispute and such a concealment — the honor of Hashem will be more and more. [The longer the time extends — so the redemption becomes more and more beautiful.] Yes. Breslov — Breslov? (Saba laughs.) They will tell all — all that passed upon each and every one. Yes. (Saba laughs.) Many stories — there will be stories from each and every one! (Saba laughs.) There is no lawlessness…</w:t>
      </w:r>
    </w:p>
    <w:p>
      <w:r>
        <w:t>Oy voy — oy voy. I received from Rav Shlomo (Wexler) — and I — I received. Yes. And I saw wonders… wonders in the words of Rav Shlomo — that he himself did not — did not — did not know. He — I…</w:t>
      </w:r>
    </w:p>
    <w:p>
      <w:r>
        <w:t>Yes — I saw our people — Rav Gedalyah — Rav Gedalyah Berger — our people…</w:t>
      </w:r>
    </w:p>
    <w:p>
      <w:r>
        <w:t>He — he — he — all of it. The Petek — it is all entirely a wonder that is impossible to attain. How it lived sixty years without publication — without… And there was no — no — no thought at all that it would be publicized. Yes. And he — and he was in the world for sixty years without any action — nothing. Why? It was possible for it to be now — the Petek was — it was sixty years ago. Why was it so?… (Saba laughs.) Yes. Like this we do not understand. And how it lived — and how a piece of paper lived sixty years? And I did not — did not know as I know today what this is. I only knew that this is a wonder. But I did not know what. Yes. (Saba laughs.) And also today — now also — not — not knowing — not knowing what — what there is in this. Yes. All the words of Rabbainu are beyond nature. The "Sipuray Ma'asiyos" — the Torah teachings — the conversations — and the "Chayay Moharan." (Saba laughs.) And all the words of Rabbainu and Rebbe Nassan — all of it. We must guard every moment that we live — to place all our power and our mind and our heart in the "Likutay Halachos" — "Likutay Aytzos" — and that this should be set in all the limbs — in all the mind — in the heart — in every limb — for the sake of serving Hashem. Not — not… [Not for the sake of…] to be expert for the sake of — for the sake of… [For the sake of the world.] Yes. [For the sake of the Holy One Blessed Be He.] This is a great honor — to be expert in Likutay Moharan. But not for the sake of honor — not b… Only for the sake of… [For the sake of the honor of Hashem.] For the sake of — for the sake of. [The honor of the tzaddik.] To serve the Holy One Blessed Be He with every word. Yes. [For the sake of revealing Rabbainu in the world — to merit to…] How did Rebbe Yisroel (Kardonner) become what he became? And how did all his people become what they became? All the people of Rabbainu and the people of Rebbe Nassan — who were such holy ones — such men of truth? Yes. And how? If not for Likutay Tfilos and Likutay Moharan and the conversations that we had from Rebbe Nassan — there was not yet in the world Likutay Halachos — nor Likutay Aytzos — nor Chayay Moharan — not yet… Yes. We are fortunate — we have ready "Chayay Moharan" and "Alim LaTerufah." There was not yet — there was — there were letters. But they were with Rav Yitzchak — the son of — of — of Rebbe Nassan. Yes. Written — handwritten. [Not yet printed.] There were none. Yes. Nu. And we already have [all the treasures] — "Alim LaTerufah" and "Chayay Moharan" and "Yemay Moharnat." ["Sefer HaMidos" and "Likutay Aytzos."] And there were still many writings that we did not merit to have. [Yes?] I saw them. Yes. [Where were they?] There were — there were springs! [When? In the time of Shlomo — Rav Shlomo Wexler — or when?] Yes! [Before the Second World War?] Ah? [Before the war.] Yes. This… [With whom were these writings?] Shmuel Horovitz. [Shmuel Horovitz — and today? Where is it today? Still with him?] Today I think… [Writings of whom? Of Rebbe Nassan?] Or with the children — or with… [Writings of — writings of Rebbe Nassan?] Nassan Tzvi Kenig. [Ah.] He was a student of his. [The writings — the writings — they were from Rebbe Nassan? About what?] They were from Rebbe Nassan. And there was what was lost. [Until now.] I had Likutay Tfilos in the handwriting of — of Rebbe Nassan. [Handwriting of Rebbe Nassan?] Yes — yes. And also I had from Rebbe Naftali — Chayay Moharan as written by Rebbe Naftali — awesome secrets — yes — that were not revealed in the world. And if they were to be found now — they would be printing them… Good — what — what we have! (Saba laughs.) But we must guard our time very much. Every moment is precious — not to lose — not a single moment should be lost. Only always to be immersed — mind and heart — in the words. Because we need them like breathing. Every word. [Rabbainu said: "It is very hard to draw close to me."] Yes. [This is a great battle. The Ba'al Davar comes with all his powers. Only not to err — only not to do…] But we must pray greatly — more — [more and more] — more and more. More mesiras nefesh. Yes. (Saba laughs.) And to flee to the Holy One Blessed Be He and to pray with tears — with all the heart — with all the strength: "Rachem alay — Rachem alay!" There is — there is Likutay Tfilos like that. Oy — what will become of me? Why am I — are we so distant? And also we did not guard our time — we do not keep Torah — we do not keep as — for what reason — this is the main reason we are distant from Rabbainu. For the reason that we do not hold in esteem — we do not set within our hearts all the words of Likutay Moharan and Likutay Halachos and all… Yes. If — if {we had been studying} — we would have been holy tzaddikim and we would have studied much Gemara — {no — no} — we would have understood the Gemara illuminating within us — what, what, what there is in it. Not as it is now — that they know nothing — they don't know Gemara — they don't know… They think they are geonim and not… And they say Heaven forfend about Breslov that it is… Yes. (Saba laughs.) Nu, nu — the time will come… Blessed be Hashem that we are sitting in this world and speaking such words — that the whole world is completely distant from this. But the time will come when the whole world will know of this. Yes. And they will look and speak of it. Yes. Even the yeshivos — only to study Rabbainu's books — there will be many yeshivos. Yes. (Saba laughs.) They will learn… Not for the sake of — not for the sake of honor. Only for the sake of Hashem — the honor of Hashem. "Who is this King of glory?" (Saba laughs.) [Can it be — can it be — that Rabbainu will succeed in doing this even before Mashiach Tzidkaynu comes — that they will study and there will be yeshivos that will only study Rabbainu's books? Or only after… Rabbainu said: that his light will be hidden until — the Shpoyler Zeideh hid the light of Rabbainu — until the coming of Mashiach Tzidkaynu. So yeshivos of this type will be only after — only after the coming of…] We do not need — [now in our time] — we do not need to delve and investigate and… [yes — yes] — what there is. [What there is.] What there is — is enough. [This is enough — this…] There is Likutay Moharan — blessed be Hashem — fortunate are we. There is Likutay Tfilos — fortunate are we. (Saba laughs.) There is Sichot HaRan and there is Likutay Aytzos — fortunate are we. Everything — fortunate are we! Blessed be Hashem in general. According to our deeds — this is also a miracle — great miracles. [Miracles that we can do.] What we have — what we have in this.</w:t>
      </w:r>
    </w:p>
    <w:p>
      <w:r>
        <w:t>This — for the world — it is a matter of laughter. Yes. And also the Petek — there are — there are — there are in Breslov those who say that this is idolatry — that this is… I — I don't want to say. But they say like this. Do you know of this? [Yes — yes.] (Saba laughs.) Yes. And this is a miracle of… that the Holy One Blessed Be He arranged that Feinstein gave a recommendation. If not for this — they would have — would have placed us in cherem. Yes. But like this — they — they — they are angry and they say what they say. But not — but not in such a way as to destroy. Yes. (Saba laughs.) Because this is not acceptable to the mind. "Nachman MeUman" — he from Uman comes to Teveria — to a yeshiva — to an ark — to a book. And I opened the book — it was there. And they told me beforehand: "Go in — do like this — take out a book and open it — and there you will find — you will find a remedy for your soul." And it was — I immediately saw the — I opened the book — saw the — but the paper — it did not — did not occur to me that it was something — a paper — a piece of paper — what? (Saba laughs.) Yes. And from this paper — what came about came about. (Saba laughs.) It lived sixty years without publication — without — without action — without anything. (Saba laughs.) [But one sees that in the last three years] — always — always. [It is becoming publicized everywhere.] This is a wonder. [In New York — in the United States — in newspapers — on radio — on television.] Little by little. [Everyone — two million people saw the Petek on television.] Yes. [This is a program that the masses see it.] And no one opposed it. [They did not oppose it — they did not laugh.] There is a government and there are members of Knesset. [On the contrary — Eliezer Shoshtak.] There are journalists. [On the contrary — a minister — a minister — a member — one of the members of Knesset — Eliezer Shoshtak — further wanted a photograph of the Petek — received a photograph.] Yes. [People asked for amulets.] Yes. [With the name "Na Nach Nachma Nachman MayUman" — they received it with honor.] Yes. [Not only did they not treat it lightly.] But we see that this is a miracle — how do they not laugh in the Knesset about the Petek? (Saba laughs.) Yes — no? [They do not laugh.] No — they did not speak of it — they received it and spoke of it — and not — and did not speak. (Saba laughs.) There are journalists and there is a government and there are members of Knesset. [Yes — they could have done this on radio — in the press.] Nothing — nothing — nothing. Radio — no. No one opened their mouth to speak about… [On the contrary — even with honor.] Yes. [When we were on the radio — on the contrary — with honor.] (Saba laughs.) [So perhaps may it be the will that… these are great signs that the people of Yisroel are beginning to draw close to the drawing force — yes? To Rabbainu?] One does not need… If one sees the Petek in a photograph — the photograph. [Yes.] One sees that this is not — that this is not — not simple. One feels that this is not simple. Yes. (Saba laughs.) How it was created — and how it exists in the world — and how?… It was in great dangers like these. It was in Poland. And they — the Poles — a thing that did not appear right to them — they would tear it apart. And there are those who write to me: "Do not be a fool — you are desecrating Hashem's name — you — you make from a piece of paper you make… How in these generations can there be a miracle — such miracles? In these generations? In this darkness?" [But one sees the compassion of the Holy One Blessed Be He] — yes. [That He gave you the insight to send it before the World War] — yes. [The Petek to Poland] — yes. [Perhaps — perhaps it would have saved them from the decree — this — this — this could have been?] They asked me. [No — if the matter had been accepted — perhaps it could have nullified terrible decrees over the people of Yisroel.] Nu — but — but no… [They did not accept? They did not accept.] Blessed be Hashem — we must thank Hashem that they returned it. [They returned it — they sent it back.] And I received it back from the post. [This also — this also shows that they accepted it — that not — that not…] That they accepted? [That they accepted it.] Yes. If not — they would — they would have torn it apart. Yes. They were men of truth. So… Yes. (Saba laughs.) And now I — I feel — I see that I did — that I did such a mistake. How — how did I send this by post to Poland? [So this is the compassion of the Holy One Blessed Be He — He took away your mind — this is compassion — perhaps — perhaps they will accept — perhaps they will do — perhaps the redemption will come through this — perhaps they will begin to accept — perhaps — six million Jews.] If they had accepted like me — like me? [Perhaps everything would have been nullified — the entire decree.] Who knows — who — who knows — who knows?</w:t>
      </w:r>
    </w:p>
    <w:p>
      <w:r>
        <w:t>[This is the compassion of the Holy One Blessed Be He — a remedy preceding the blow — He prepared the remedy before the blow — a decree of six million Jews — before the Second World War — this Petek.] Oy! [If they had accepted it.] Oy. [Perhaps it would not have been — perhaps it would not have been six million — if they had accepted it as you did.] But… [But this is the Holy One Blessed Be He — great compassion.] But this was a miracle that I received it back — that it exists alive — it exists in the world. (Saba laughs.) And then there was not even — even — even a photograph — there was none. No photograph at all — as if it did not exist in the world. Yes. Now even if — Heaven forfend — if — if — if the original — if it — if it does not survive — if it… [Heaven forfend.] So there are photographs. In any case there is a photograph as — as — as the original. The photograph is like the original. (Saba laughs.) But then there was no photograph — nothing. If not — if I had not received it back — it would not have been — as if it had never existed at all in the world. Yes. But now the world already knows that there is — that there is a letter — that there is such a thing. Yes. And there is a photograph and there is… They speak of it. (Saba laughs.)</w:t>
      </w:r>
    </w:p>
    <w:p>
      <w:r>
        <w:t>Oy — fortunate are we — fortunate are we — {oy — fortunate are we truly}. I traveled to Yerushalayim — I was in Teveria. I — Rebbe Yisroel (Kardonner) passed away and I remained alone — one — one in the city — one. (Saba laughs.) And I… [One in the world.] One. And I laughed at everyone. I danced in my home — and always — always in my home it was like a wedding — joy — nigunim and dancing — even on weekdays. On Shabbos — this was… yes. And this was a power. And this was a wonder — a wondrous thing from Rabbainu. [A simple song — double — triple — quadruple.] Yes. (Saba laughs.) And also everything that I did was a sanctification of Hashem. I traveled to Yerushalayim — and the whole city of Teveria — this is not Yerushalayim — Teveria is a small city — everyone knows. Yisroel Ber — they had not heard — we had not heard the Zemirot of Shabbos. It seems he went to Yerushalayim. And when I came: "Ho — Yisroel Ber — he went to Yerushalayim — he brought new nigunim and he… (Saba laughs.)" And so on and so forth. I brought to Teveria — Baruch — the… this. Yes. [Yes — who had the illness of forgetting.] Yes. And there was — the whole city was: "Yisroel Ber brought to Teveria a guest — at — at his own expense…" Yes. (Saba laughs.) This is not Yerushalayim — this is a small city — everyone knew everything that passed. Yes. (Saba laughs.) And they were astonished — how can the wife — how can the wife have nothing — not a piece of bread — and he… And I went to Yerushalayim and instead of money I brought a guest. (Saba laughs.) [Another guest.] Yes. This is not a matter of ordinary behavior — this was a sanctification of Hashem. Yes. This was a sanctification of Hashem. Everything was a sanctification of Hashem. I danced — I rejoiced — there was… And I was in joy — sanctification of Hashem…</w:t>
      </w:r>
    </w:p>
    <w:p>
      <w:r>
        <w:t>Put on tefillin. I — I put on tefillin. Not — not for le… Yes. But this — it was in any case holy — of itself. (not understood) Yes. I was on Purim. On Purim they — they — they — they were all together. They were all opponents — and they mocked me — in particular on Purim — a time — a time of laughter — a time. Yes. (Saba laughs.) I was there and wanted to drink. So — but it was already finished — the wine was finished. Yes — there was none — there was none. So I said to them: "There is no wine? Take money." I had — this was Purim — it was on a — on Thursday. And on Friday one needs to buy for Shabbos. Yes. And I had a half-lira in my pocket — in my pocket I had a half-lira. So for Shabbos — so I took out the half-lira and said… and gave them: "Bring wine!" (Saba laughs.) Yes. And there was laughter. But they did not…</w:t>
      </w:r>
    </w:p>
    <w:p>
      <w:r>
        <w:t>And they did not buy — they did not buy wine. They knew I was poor — what? Yes. They did not buy wine. And in the morning they returned to me my half-lira. Do you remember? (Saba laughs.) [Ah — did they give you wine or not give you wine?] I had a paper — a half-lira note. [Yes — but did they give you to drink?] Ah. [Or did they not give you to drink?] They did not give me. [They did not give.] But I was already drunk. [So you were already drunk.] Yes. They think that he does not know what he is saying — what he is doing. Yes. (Saba laughs.) So in the morning — in the morning. [They returned the money.] They returned to me — take the half-lira — do you remember that you gave me a half-lira for wine? (Saba laughs.) Yes — yes. They were mocking. But as the holy Rabbainu says: "My matter is in disgrace — but in great honor." Yes — like this. They mocked. But this is great honor. They saw that I take a half-lira that I had set aside for Shabbos — and I give it for — for wine for Purim. (Saba laughs.) Yes. This — this was a wonder for them — who does such a thing? A poor man who has a half-lira — his entire pocket is a half-lira for Shabbos — and he gives it for wine. (Saba laughs.)</w:t>
      </w:r>
    </w:p>
    <w:p>
      <w:r>
        <w:t>This is already many years — and I remember it as now — as now — how I took out from the pocket — from the pocket the half-lira and gave it to them wholeheartedly. Yes. "Go — bring wine!" (Saba laughs.)</w:t>
      </w:r>
    </w:p>
    <w:p>
      <w:r>
        <w:t>Master of the Universe — may Hashem have mercy upon us. The Ba'al Davar wants to bring us down always. [All the time.] And to make forget — and to make everything forgotten. Who are you? What are you? What are you speaking? What — what — what? Yes. (Saba laughs.) So he wants that — that such words should not remain in the world. Yes. For him — for the Ba'al Davar — this is a deadly poison. He is not at peace with it. He… yes. But blessed be Hashem — the Holy One Blessed Be He: "Gamarti v'agmor" — so we are sitting now. [You were speaking about Purim — I recalled Purim in Los Angeles — what miracles and wonders we had on Purim.] Yes — yes — yes. [How the Holy One Blessed Be He arranged for us an apartment with food on Purim — and the reading of the Megillah.] Yes — yes — yes — yes — yes. (Saba laughs.) [All of it — and the journey.] And the journey — the journey! [Journey — to travel.] {And money.} (Saba laughs.) [Yes — there and back — and all — all.] Oy voy — this also will be a story… [The Weber family — five months — a fine hotel — the Weber family.] Yes — yes — yes. [Five months — a fine hotel — all of it. They took us to Feinstein. He took us in his car to Feinstein.] Yes — yes — yes. [All of it — all of it was the service of Rabbainu — miracles and wonders.] And also — and also I had sorrow — for what purpose did I travel to America? Nothing. No dollars — no printing — nothing. What — what? But this — this (Saba laughs) — this — this is the Petek — this… [This is one of the… this helps.] This is the Petek. Yes. But he came to Feinstein and gave a recommendation — and this is a great matter — a great matter. This is 'gamarti v'agmor.' Yoy. Good. Yes. They say what they say. But not with such noise and insistence. Yes — weakly. He already… How — how can it be — how can it be (not understood) Feinstein. (Saba laughs.) Yes. Without this we would not have existed — they stood against us with every kind of scheme — every kind of scheme. Yes. To destroy us — to erase us. What is this Petek? What is this?… Yoy. [No — Rabbainu has Feinstein.] (Saba laughs.) [He brought Feinstein into the world for the purpose of bringing a recommendation for the Petek — eighty years he studied Gemara.] In any case he cries out — but who listens to him? Feinstein! [Yes — this is Feinstein — what — you don't…] What? Levi Yitzchak (Bender) — he is Feinstein? Feinstein. (Saba laughs.) [All the wise men of the generation — there is — there is Feinstein — he is wiser than you.] Yes. (not understood) [What? The posek of the generation established that the Petek is —] a miracle. [Yes.] It was a miracle — the whole Petek was a miracle. How — how it was created — how — how — how it… [There are two.] Yes. (Saba laughs.) [Like the Petek — like the Petek descended from the heavens — from New York — there is a Petek from Uman — there is a Petek from New York — there is "Na Nach Nachma Nachman MayUman" — and Feinstein from New York.] (Saba laughs.) They say — they say that we travel every time to America for the petek'os — for publicizing — for… Yes. (not understood) (Saba laughs.) Oy. [Fortunate are we.]</w:t>
      </w:r>
    </w:p>
    <w:p>
      <w:r>
        <w:t>We travel to America for money — because not everyone travels to America like this — only for dollars. Yes. [Yes — to the country of wealth.] All — everyone — all — all the students of — of… [Yes — of all the yeshivos.] Of Levi Yitzchak (Bender). Yes. Why do they travel to America? To publicize the Name of Hashem? For a livelihood! This needs a hachnasas kallah — and this needs… yes. There is — there is there. Yes. For this reason they think that we also are like this — we need money. [Money — money.] (Saba laughs.) There are such Breslovers of Levi Yitzchak (Bender) — and there are Breslovers {like this} — but it is all money. (Saba laughs.) [There is the Petek — this is the matter. Nine months — not to collect even one dollar? One?] (Saba laughs.) [Only Torah and prayer all the time — is it impossible to learn here?] These prayers of yours — make lists — make great prayers. We do not… Truly. Yes. (Saba laughs.) You did not know what — what you were doing. The Holy One Blessed Be He — He knew what this is. (Saba laughs.) [He is the King of glory.] To say many prayers in America? ["Na Nach Nachma Nachman MayUman" — under the mikveh.] Yes. And what — how did we travel to America? Where? How did we travel? Where does one get money to travel to America? Four souls — Meir — Aharon — you — and I. [Ah — on the most recent trip now.] Yes — on the most recent trip. And also the first trip — Morris and you and… [Yes — where did the money come from? It comes from nothing also.] What — America? To travel to America one needs a lot of money — what is this? Especially two — three. [Good — now…] And also one needs to eat — three people need to eat. (Saba laughs.) [To eat — apartment — place to sleep.] Apartment. Yes. Where — where? What is this? (Saba laughs.) All of this will be — will be the stories — the stories they will tell — they will tell at the coming of Mashiach. Yes. (Saba laughs.) [Now we are going to establish the most beautiful factory — engineer — we are paying a lot.] Yes — now we will do more. [More and more — and more.] Such an engineer? [This is the best engineer in the country.] (Saba laughs.) Nu. And Hashem… That we should merit — if only we should merit to see the printing press and the building and everything. [With Hashem's help — with Hashem's help.] Blessed be Hashem — we have already prepared. The association has a license — whoever — all donors — all generous ones who donate… [Yes — you have a tax exemption — yes.] So — so — so whoever half… [Yes — tax exemption.] Income tax exemption — this too is a great thing. How are we — how — we are not Americans. [Yes — yes.] But there are also Americans. (Saba laughs.) [We have — Rabbainu has representatives in America — Leibel.] (Saba laughs.) [Leibel — Aryeh.] Yes. [We have Aryeh in America.] Yes — yes. [Who cries out "Na Nach Nachma Nachman MayUman" with a great voice and dances beautiful dances.] (Saba laughs.) [Indian dances.]</w:t>
      </w:r>
    </w:p>
    <w:p>
      <w:r>
        <w:t>And this can be that there will be millio… many — many generous donors — many — many — many wealthy ones who will give — who will give for this. Yes. And the wedding — slowly — slowly. This is not… Suddenly a wedding is made? [Yes.] (Saba laughs.) Nu — where…</w:t>
      </w:r>
    </w:p>
    <w:p>
      <w:r>
        <w:t>I can — Heaven forfend — fall — fall — to err regarding the state of my health. And I cannot — I — when I walk from here to the toilet — [it is hard] — this — this is a miracle that I do not fall. No one knows. They think I walk slowly — slowly. But I — I — I am afraid to walk lest I fall. If — Heaven forfend — you know what it means — a fall? [Yes.] Your father. [Ho — ho.] That the Holy One Blessed Be He save me. Yes. I am afraid that I should not fall. [But his fall was for the purpose of a great ascent. If he had not fallen — he would not have risen.] (Saba laughs.) [This is a fall that elevated him to Rabbainu — brought him to Rabbainu.] Yes — yes — yes — certainly. Yes. He saw with his mind — with his heart. And he received Shema Yisroel. Yes. [With the tefillin of Rebbe Yisroel Kardonner.] And the holy Rabbainu. Yes. So and he… [Blessed be Hashem — this is a miracle from Rabbainu.] Oy — oy voy — oy — oy — oy — oy. [The friend sings "Na Nach Nachma Nachman MayUman…"] (Saba laughs.) This was the first time in America. (Saba laughs.) [The grandson of Yaakov Kaminsky — this is the grandson of one of the great ones of the Lithuanian generation.] Yes. [Suddenly his mind was turned around — he needs to make a song about the Petek — for the radio — so they would know.] (Saba laughs.) [There is "Na Nach Nachma Nachman MayUman" — this is a segulah.] (Saba laughs.)</w:t>
      </w:r>
    </w:p>
    <w:p>
      <w:r>
        <w:t>The Petek. There is a Petek — this is in America. This… (Saba laughs.) The recommendation of Feinstein. How — how — how did he have money for Feinstein — one needs to travel and return and… How? Yes. (Saba laughs.)</w:t>
      </w:r>
    </w:p>
    <w:p>
      <w:r>
        <w:t>[From here it is finished — now one can speak afresh. This will not be — what I am now recording — it is as if it comes over this and erases everything. Now this is new — what…] But there is none — not — not — there will not be {openly}. [No — no — secrets — secrets about the redemption are not revealed. This is part — there are things that you…] The world does not need to know. (Saba laughs.)</w:t>
      </w:r>
    </w:p>
    <w:p>
      <w:pPr>
        <w:pStyle w:val="Heading2"/>
      </w:pPr>
      <w:r>
        <w:t>Side B (Bais)</w:t>
      </w:r>
    </w:p>
    <w:p>
      <w:r>
        <w:t>(Saba laughs.) [The journey to America was all wonders — wonders.] Wonders. [The Weber family — and food — five months.] Yes. (Saba laughs.) [Food and such an apartment — five rooms — where does one find such a thing? Where? Only with Rabbainu. And two minutes from the mikveh — and a wheelchair and… Blessed be Hashem — they did it — they found the apartment in the best location — the best location in all of America.] And now they — they have turned around. They became — became opponents. Mrs. Weber. [They will still return. They only passed through this because — five months — how does one give a person five months without making money and publicity? This is not — this is the reverse of the world — to live and not do any real publicity that would shake everyone — and not to be an Admor. They are used to —] {I}. [When a tzaddik comes to the city] — yes. [So he receives kvitlach and such things.] Ah — ah. [And this is not — they are not — not intentionally — Heaven forfend. They simply do not — do not know the way of humility and lowliness of Rabbainu. And the way of Rabbainu — for them — this is a way that they do not — do not understand. The reverse of the world. Admorim — on every street five Admorim.] (Saba laughs.) [On every street in New York — five Admorim.] Yes. [Yes — almost like people — upon every — upon every person there are two Admorim — upon every person in the street there are two Admorim — upon every Jew.] (Saba laughs.) [And especially here — there is such truth and a Petek from the heavens — that you should not be…] What is the time? [Now it is quarter to two — quarter to two.] Quarter to two? [Yes — I — I now finish everything.] Are you traveling tomorrow? [I am traveling tomorrow. I am traveling to Mordechai before Shabbos exactly — and on Motzaay Shabbos immediately return.] Yes? [Yes — because only for Shabbos — because this I need too — because I need to be here. I on Sunday need to be here with you.] Sunday — for the journey to Shilo. Yes. [For traveling to Shilo. I still in a few minutes am traveling to the Kotel — in a few more minutes — I am only taking care of this.] You have not arranged it yet — no. [Now it is sorting itself out.] Ah? [Now I am all the time — it is always being cleaned now — now at this moment I am pressing it — it is all the time being cleaned now — it is erasing what was.] Yes? [Yes — and this will be clean for the new recording.] What — yes? [Yes — one can always clean it.] Already — already — already… [Not at the moment — it is passing all the time.] Ah — ah. [It passes at the speed of speech — like before — it does not clean immediately.] Now it stands — it is not — not doing anything. [No — now it is recording what we are speaking.] Ah. [And this erases what was before.] Yes. [What we are speaking now is new.] Oy. (Saba speaks with Tziporah in Yiddish.) Perhaps he has no time — he needs to go. [Who? Who? Ram?] [I am not holding him back.] No — no — no — no. [It is in place — he is waiting — it is fine — fine.]</w:t>
      </w:r>
    </w:p>
    <w:p>
      <w:r>
        <w:t>[Saba — is your vision improving more and more?] No — no. [No — for now no — I heard in the name of someone.] [But without the evil eye — he — the Bodrah — he took the "Shaagas Aryeh."] [Yes.] [And he read it — and he remembered that he had it at his bar mitzvah — he said the…] [A discourse from it?] [Ask him.] [Saba — I was told — I was told that the previous Admor of Gur — they performed the same operation on him.] Yes. [Yes — l'havdil — and it took half a year until he began to improve. At first he saw nothing.] Ah. [Half a year — six months.] Yes? [There was no change — and after six months suddenly he saw that the operation helped.] Ah — yes? [And they say here at Hadassah that it takes time until the eye…] Until… [receives — accepts the operation.] If only — if only. But I do not see — I cannot see to pray and not… [No?] No. [Not even a siddur with large letters?] Very weak. [As before.] Yes — yes. As before — as before. But blessed be Hashem that I can see to walk. I… [This is from the tears of the surgery.] Yes. (Saba laughs.) [Every drop in tears.] A little water came down. [It is like water — like water.] It came down by itself. Whoever wants to weep — then one must (not understood). Yes. But this is without weeping. [Today I read in Likutay Moharan that when tears fall — this weakens one's eyesight.] Yes. [In Torah Reish-Nun.] Yes — yes — yes — yes. Yoy. [Yes — yes — you can — I am only.] Yes. [I am only finishing with this — I am sitting here a few more minutes until everything passes — and then I am going to the Kotel with Hashem's help. This is clean — this came out all — all words.] All the words I spoke? [Yes — everything is in there.] In there — nu — nu. [Yes — all of it — there are no forbidden words here — there are no special words that are forbidden for the world — these are all words.] Ah — ah. But these words that I am saying to you. [Yes — yes — yes.] Yes…</w:t>
      </w:r>
    </w:p>
    <w:p>
      <w:r>
        <w:t>Oy — we do not know. The kindnesses of Hashem truly. We do not know what we merited in these generations — what we merited — unique in the world. This is not — the whole world does not know of this. There is this in the world and they know nothing. [Rabbainu humbles you — otherwise I would have been proud to the heavens.] (Saba laughs.) [But he gives me humility constantly — brings me down constantly — so that I know that I am nothing — constantly — all kinds of falls — he does not give me a single moment to feel that I am unique — nothing — with Rabbainu — there is no — no pride — nothing. I feel he does not give me…] We are unique — we are the unique ones in the world — that we merit to speak and hear such words — that the whole world does not know — and not — and not… Even — even Breslov Chassidim — we are distinguished from them. Yes. (Saba laughs.) There are today such Breslov Chassidim who…</w:t>
      </w:r>
    </w:p>
    <w:p>
      <w:r>
        <w:t>Take {a little}. [I already made a blessing — again.] Take — yes. [One of the friends makes the blessing "boreh minay mezonos."] Amen. [Only two years now — since I have been with the Pe… — I drew close to the matter of the Petek — I am beginning to receive the — two years of sowing — two years only of seed.] Yoy. [Sowing.] Now he {is rising — rising a little.} [Now he is beginning to see a little — a little — a little — a little. The soul is beginning to feel that there is a little… One must have compassion — he is thirty-three years old — he needs a marriage match.] Who? [He is thirty-four — thirty-five years old.] Yoy. [Saba — Eliezer told me that Yonasan is very ill.] Yes? [His face has a disease — a disease.] What? Is he here? [No — he was here a month in Yisroel.] Yes — in America. [And he returned from extreme illness.] Yes? [His face — he suffers from a skin disease.] Yes? [Such that he cannot show his face even.] Yes? [To such a degree — he cannot even show his face to anyone.] Yes? [He wanted to come to you once — he was not even able to come.] Yes? [From so much — from so much shame about his face.] Yes? [Such a skin disease — that one cannot look.] Yes? Oy — oy — oy — oy. I had a good marriage match for him. [I remember — this American woman.] Yes — yes. [Yes — I remember — yes.] And he wanted a beautiful woman — wanted… Yes. If he had married — he would have had — would have had children. And she was modest and she was attached to Rabbainu. [I remember — I remember — I was trying to do something.] I say — I thought this was good. And he — he sought the world — a beautiful woman — not enough — not beautiful enough for him. What? Nu — {I wanted} to bring children into the world. (not understood) What — what — what kind of madness is this? I thought she was — she was a beautiful woman — and she was a woman as — as — as is normal. [Yes — healthy.] One needs to be unusual — to see… Yes. The main thing is that he is yiras Shamayim. And he has yiras Shamayim.</w:t>
      </w:r>
    </w:p>
    <w:p>
      <w:r>
        <w:t>[Saba — in America — in the secular world — both in America and in this country — more than fifty percent — divorces.] Yes? [More than fifty percent divorces — almost every other couple — even more.] Yes. [Divorces.] Yes? [In my kibbutz — many people live alone with their children. Many have divorced — masses are divorcing — half of the kibbutzim — divorces.] Yes? [It is impossible to live in — and people do not want to marry — up to the age of thirty — they don't marry at all.] They do not want to marry. [They don't want — there is no — without — without Torah — there is no peace — only fire. So more than fifty percent divorces in all the…] In the whole country. [In all — in the world.] In the world? [In America.] In America? [More than fifty percent divorces.] Yes? [And also more than fifty percent marry non-Jews — the Jews.] Yes. [More than fifty percent marry non-Jews — every other couple in America — Jews — marry non-Jews.] Yes? [Mixed marriages — yes — mixed — a Jew a non-Jewish woman — a non-Jewish woman a Jew.] Yes? [Yes — shmad — complete shmad — complete shmad. Mordechai told me — they had guests at his home — from his family — sixty-year-old people — the woman was born in Poland — he is her uncle.] Yes. [And they — and both of them go to church in America.] Yes? [Yes — to church.] To church? [Yes.] What is this? [Yes — I spoke with them.] Yes — you spoke with them? [Yes — I tried — no — he did not tell me beforehand — he did not say to me — only afterwards he told me with whom I had spoken.] Mordechai. [Yes — at first I did not know.] Ah — ah. [But I spoke with them.] Yes. [And they said: "Ho — there are Chassidim who speak — and they are pleasant — and they understand the world and know." I spoke with them as… but no — no — I only spoke with them nicely and respectfully.] They are a couple — they are married. [A couple — and they have grandchildren — they have children and grandchildren.] Both go to church? [Yes — they — and the children marry non-Jews — partly — partly non-Jews — partly… Mordechai is the only one from a family of a hundred — who remained Jewish — who remained a Torah-observant person.] Yes. [From the entire family — one became an anti-Semite — an Israel-hater — he is going as a terrorist against the Israelis.] Yes? [Even terrorism.] Even? [A terrorist — a terrorist — a saboteur.] Yes? [He lives in Canada — and he is a saboteur — he believes in the way of the saboteurs.] Yes. [A Jew who participates in — this — this is also a sign of the redemption — that it needs to come. The darkness became so great and increased — that only —] They already — [there is nothing left — only the Petek — only the Petek "Na Nach Nachma Nachman MayUman" remains — hop!] (Saba laughs.) [One spark burns the whole world — "Na Nach Nachma Nachman."] Without any preparation — without — and it rises above everything. Yisroel Ber — "Talmidi hayka…" — Yisroel Ber — "Talmidi hayakar" — "v'alecha amarti." (Saba laughs.) [This is the end of the generations — this is the end — everything — everything is already finished.] How — how does it exist in the world? How does it have existence? And how did it come to Teveria? And how… Everything — everything is — it is beyond nature. Yes. (Saba laughs.) Who knows how to make a signature? They say that someone put it in the book for me. But… Levi Yitzchak (Bender). Yes.</w:t>
      </w:r>
    </w:p>
    <w:p>
      <w:r>
        <w:t>[Saba — what we did in America — we put a recommendation in every synagogue. So when we were in America] — yes. [A few months ago] — yes, yes. [We put it in every synagogue in New York.] Yes. [The recommendation.] Yes? [Of Feinstein.] Nu. [So that people would come and take amulets.] Did you stick them? [Yes — we paid money — and there are people appointed — who know where to put them in each synagogue.] Yes? [Six hundred synagogues — six hundred.] Nu. [All of New York.] Yes? Nu — nu. Does everyone know of the Petek? [The ultra-Orthodox synagogues — the religious ones — not the Reform.] Yes. [Only the —] Certainly. [And they called us and came to take amulets.] Yes? [Some came and received this.] Yes. [I thought perhaps — I want to ask you — if it would be worthwhile in Yerushalayim the Holy City — to say that there are amulets and to post announcements as it was in America.] (not understood) [The recommendation.] The recommendation — the recommendation — the Petek. [And the Petek.] And they will come by themselves. [To post the Petek also as an announcement together with the recommendation?] Ah? [To post on the bulletin board also a photograph of the Petek with the recommendation?] Yes — yes — yes. A photograph. [A photograph.] Yes. One can post photographs on all… [And what — and just leave it like that? Or also some telephone number that one can call if someone wants to know more details? A telephone number?] Telephone. [Or several telephone numbers — of Aharon perhaps? So they can call him.] Yes. [Or Yechezkelhu.] Or Yechezkelhu. Or you. [Or me — three telephone numbers — and whoever — if someone wants — someone wants to know more.] Yes — whoever wants — whoever wants to know. Yes…</w:t>
      </w:r>
    </w:p>
    <w:p>
      <w:r>
        <w:t>What — what will they say? [Saba and friends continue: "l'cha ul'cha — l'cha ki l'cha — l'cha af l'cha — l'cha Hashem hamamlachah — ki lo na'eh ki lo ya'eh…"] Why should we — not — take from the honor. Honor is only for the Holy One Blessed Be He. "Who is this King of glory?" [Hashem.] Yes. "L'cha ul'…" — sovereignty and honor — this is only for the Holy One Blessed Be He. [Saba continues: "l'cha ul'cha — l'cha ki l'cha — l'cha af l'cha — l'cha Hashem hamamlachah — ki lo na'eh ki lo ya'eh…"] Yes — oy. "L'cha ul'cha — l'cha ki l'cha — l'cha af l'cha — l'cha Hashem hamamlachah — ki lo na'eh." Honor and sovereignty — this is only for the Holy One Blessed Be He. "Ki lo na'eh — ki — ki lo na'eh — ki lo ya'eh." Ay — nu — zayin. I forgot. [What?] Zayin. ["Zakay."] Ah? ["Zakay."] "Zakay" — yoy — yoy — yoy. "Zakay." [Saba continues: "Zakay bimluchah…"] Nu. [Saba continues: "Zakay bimluchah — chasin kahalachah — tafsurav yomru lo — l'cha ul'cha — l'cha ki l'cha — l'cha af l'cha — l'cha Hashem hamamlachah — ki lo na'eh — ki lo ya'eh…"] What will they say? [Saba continues: "l'cha ul'cha…"] We should not take anything — yes — from honor and sovereignty and… No. "Ki lo na'eh — ki lo ya'eh." (Saba laughs.) [Saba continues: "l'cha ul'cha — l'cha ki l'cha — l'cha af l'cha — l'cha Hashem hamamlachah — ki lo na'eh — ki lo ya'eh…"] (Saba laughs.) [Something from Purim — yes? Something from Purim?] Nu. [Saba and friends sing: "Shoshanas Yaakov tzahalah v'samechah — bir'osam yachad techeiles Mordechai — lehavdiah — lehavdiah — lehavdiah — lehavdiah — lehavdiah — shekol kovecha lo yevoshu v'lo yikaleemu l'netzach kol hachosim bach…"]</w:t>
      </w:r>
    </w:p>
    <w:p>
      <w:r>
        <w:t>[This woman — she came a year ago to this country — a year and a half ago.] Ah? [A year and a half ago she made aliyah to Eretz Yisroel from New York.] Yes? [Only a year and a half — she has been here in Eretz Yisroel.] Yes? [Only a year and a half ago.] Does she have family here? [Yes — she has a husband and children — yes.] Yes? Blessed be Hashem. [Children — she has children — blessed be Hashem.] Nu — why not? [Her grandchildren live here in Har Nof — her grandchildren live here in the neighborhood. She already has grandchildren — blessed be Hashem.] Yes? [Grandchildren and sons.] Yes — yes. (Saba laughs.) [Blessed be Hashem.] Does she know how to read the Holy Tongue? Hebrew? [Yes — she knows how to read a little — not — she does not understand everything — blessed be Hashem.] She needs to read the Ma'asiyos. If she — if there is some — some… [We gave her — we gave her this for her.] Yes — yes — yes. "Sipuray Ma'asiyos." (Saba laughs.) There will be stories — such stories — this is all the life-force of the whole world — of all Yisroel. Such stories — there are no such stories! She — she knew in America also of Rabbainu? [Yes — yes.] Yes? [Yes.] How did she know of Rabbainu? From the books? From the books? [From the books — yes.] Yes — yes. (Saba laughs.) [She knew most of the Breslov Chassidim in New York — and in Eretz Yisroel she also knows many people.] Yes — nu. I also know all the Breslov Chassidim in America. Yes — yes. (Saba laughs.) Yes. Oy — oy — oy — oy — oy — oy. What there is in the world. Oy. What there is — what there is — such a wonder as has not yet been in the world — like Rabbainu Rebbe Nachman. Every word and word that came from his mouth — this is all our hope and all our life-force — and all our salvation — and all our life. Everything. If only the time will come when the whole world draws itself to — and draws close to the holy Rabbainu. And they will give their souls to fulfill every word and word that he revealed in his books. Yes. Because this is all our hope and all our life-force. Yes. But I remember that this was — that this was — in such lowliness. And what I suffered with my family — what we suffered — what… Only this — from the name "Breslov." (Saba laughs.) And blessed be Hashem — I — that I am alive now — I exist in the world. This is beyond nature. It is impossible to understand — what passed over me and I suffered all this. And I — blessed be Hashem — I see — this — one sees in this what is beyond nature. (Saba laughs.) How did she know to come here? Ah? [Chezkelhu.] Chezkelhu? [Yes — Chezki.] Yes? Chezki? [Chezki — yes.] Ho — hazoy. (Saba laughs.) He is also from America. [From Canada — he met her in the bookstore.] Yes. [In Meah Shearim — in the bookstore of Weizengler.] Yes. [He met her.] Yes. [So he told her that there is news.] (Saba laughs.) [There is news.] She knew of the news — yes. We know nothing of the news that is in the world. If we had known — the whole world would already — the whole world… She lives in the… [The Jewish Quarter — yes.] In the Jewish Quarter. [In the Old City.] And the children? [The children — all her children are already grown.] Ah? [They are already grown children — all of them already.] Grandchildren? [Grandchildren — or married — but grown — no longer at home.] Ho — yes — ho. She needs to greatly rejoice and announce also to the sons — that there is Rebbe Nachman of Breslov in the world. (Saba laughs.) Oy — what this is — what this is — what. The main thing — the remedy — what remedies — what salvations — what — what power — what wonder — as has not yet been in the world. This — this is it — this is the complete redemption that we hope for and await all the days of our lives. This is the main thing of Torah — the main thing of everything. He brings Torah into a person — emunah — truth — that this is such wonders as there is not in the world. Like this he told. I am nothing — what — what is there — I — I know — I… He revealed a drop from the sea — concerning the greatness of what he is — that he can help us. We are such sick people as we hold. We need the greatest doctor in the world. And such a doctor — who can heal us — this is only Rabbainu. The holy Rabbainu Rebbe Nachman. (Saba laughs.) Ho — ho. The holy Rabbainu said: "Ani nahar hamitahayr mikol haketamim" — "I am a river that purifies from all stains." Such stains as we have — who can clean them? Only…</w:t>
      </w:r>
    </w:p>
    <w:p>
      <w:r>
        <w:br w:type="page"/>
      </w:r>
    </w:p>
    <w:p>
      <w:pPr>
        <w:pStyle w:val="Heading1"/>
      </w:pPr>
      <w:r>
        <w:t>Tape 7</w:t>
      </w:r>
    </w:p>
    <w:p>
      <w:pPr>
        <w:pStyle w:val="Heading2"/>
      </w:pPr>
      <w:r>
        <w:t>Side A (Aleph)</w:t>
      </w:r>
    </w:p>
    <w:p>
      <w:r>
        <w:t>[What is your name?] [Tzvi Yosef.] [Ah?] [Tzvi Yosef — Tzvi Yosef.] Freindt. (not understood) He gave me food to eat. (Saba shouts a strong "Oy.") (Saba laughs.) To me. (not understood) [He is a good young man. His father — he… went through the Shoah.] Ah? [His father is in Poland — in Poland.] From Poland? [He went through the Shoah there.] Yes — ah. [But he was in Russia.] In Russia. [He fled — he escaped to Russia.] Ah — ah. [And his mother also? Ten months — within ten months.] Nu. [Now he knows about Rebbe Nachman — ten months.] Nu. [He — he…] He was in the Shoah. [He did teshuvah.] Yes? [Yes.] Fortunate are we — fortunate are we. (Saba laughs.) [Fortunate are we. I told him — I told him that Rebbe Nachman was in Haifa.] Yes. [He is also from Haifa.] Yes — yes.</w:t>
      </w:r>
    </w:p>
    <w:p>
      <w:pPr>
        <w:pStyle w:val="Heading2"/>
      </w:pPr>
      <w:r>
        <w:t>Side B (Bais)</w:t>
      </w:r>
    </w:p>
    <w:p>
      <w:r>
        <w:t>(Saba laughs.) "Tisperu chamishim yom" — "You shall count fifty days." [Saba — they are going before the festival…]</w:t>
      </w:r>
    </w:p>
    <w:p>
      <w:r>
        <w:t>I cast everything that I have — I and my sons and my family — everything — so that everything should be according to His will. He casts upon the Holy One Blessed Be He — every day. (Saba laughs.) [Every day — every day is the time — "Hashlaych al Hashem yehavecha" — it is written: "Hashlaych al Hashem yehavecha" — "Hashlaych al Hashem yehavecha."] Yoy — yoy — yoy. [Yes — yes.] He shall cast — he shall cast upon Him. [Yes — yes.] (Saba laughs.) [Chag Sameach — Saba — Chag Sameach.] Chag Sameach — Chag Sameach — Chag Sameach. Thank you very much.</w:t>
      </w:r>
    </w:p>
    <w:p>
      <w:r>
        <w:t>…Like this — we cannot find. There are many rabbis — rabbis and students. The Ba'al Shem Tov and his disciples — and the holy Ari HaKadosh had a disciple — Rav Chaim Vital. But such a Rebbe and such a disciple — we cannot find — it is hidden from all the worlds. (Saba laughs.) [A wonder!] This is Nachman — this is Nachman and Nassan. [Nachman and Nassan.] The holy Rabbainu said — when he came to Uman: "Nachman v'Nassan osim tzachok mikol — mikol ha'olam!" — "Nachman and Nassan make laughter from all — from all the world!" (Saba laughs.) [The minimum plural is two.] Such Likutay Halachos — such Likutay Aytzos — every piece of advice — every… Such Likutay Aytzos — there is no — no — no such example in the world. Likutay Moharan — the Sipuray Ma'asiyos — the conversations. This is the matter of the redemption — that… This is revealed — hidden and revealed — hidden completely. Yes. And revealed. He descends to each and every one and teaches him. The holy Rabbainu — in every Torah teaching he teaches — if it is what one needs — it is found in his Torah. And also every single person of Yisroel — what he needs — it is in one Torah teaching. (Saba laughs.) A spring — a… a spring. [This is truly Toras Chesed — he does kindness with each and every one.] Yes — yes. ["Toras chesed tachas leshonah."] Yes — yes. "Toras chesed al leshonah." [To each one he does kindness according to his level.] Yes — yes. [This is "nachal novea makor chochmah" — whoever wants — drinks.] Yoy.</w:t>
      </w:r>
    </w:p>
    <w:p>
      <w:r>
        <w:t>…That — that we cannot live and cannot eat. How can we rest and sleep? [Yes.] In sorrow — in such troubles of the people of Yisroel. This… I saw with Rebbe Yisroel (Kardonner). [Yes.] And I also — I — I felt beforehand more than today the troubles. [Yes.] Yes. And I did — if I found someone who wants to draw close to Rabbainu — I gave my soul. I did not look at livelihood — at — at the family. (Saba laughs.) [Only to draw him close.] Only this. There is no greater compassion than this! [This is also the greatest charity.] Also the holy Rabbainu warned us. [Yes.] To print and to print — and to print. [Yes.] And also Rebbe Nassan gave this. [Yes — true.] On the day — on the day of the Tenth of Tevet. [Yes.] When he gave up his soul. [Yes.] Before the departure of the soul. [Yes.] He spoke of this and said: "That they should give all they have — money — effort — work — what — what — everything — for the sake of printing. One page of Rabbainu's books uproots all the evil from the world — all the darkness from the world!" [Uproots all the darkness from the world?] Like this he said. Yes. [But they have already been printed — they have already been printed…] For this reason we must give our souls to bring Rabbainu into the world. [In every way — in every…] This — this — this — this is the reversal. This — he is reversing. "Yesh inyan shenishtapach hakol l'tovah" — "there is a matter that everything turns to good." (Saba laughs.) [That everything turns to good — yes.] What this is — what this is — what we have merited. There were even a few Breslov Chassidim who did not all understand what… [What is the secret?] They understood what Rebbe Nassan — what Rebbe Nassan understood? He — he — he knew from Rabbainu. And this is very awesome. Oy. [But nonetheless — when Rebbe Nassan wanted to run and go and call everyone — yes — after he revealed the Torah.] Yoy. [So Rabbainu said: "Do nothing"?] Yoy — yoy — yoy. That he should not go. [That he should not go. So one sees — one sees here — not to run immediately — not to… Or was this only then?] {This is Rabbainu's matter.} [Now one can already run. So then it was like this. How must we conduct ourselves?] Ah. [So then it was like this — he said to Rebbe Nassan to stop — stand — do nothing.] What is in Likutay Moharan — in Sipuray Ma'asiyos — and the conversations — and Likutay Aytzos. [Yes.] What there is in this. And also every book — "Avi HaNachal." [Yes — true.] How… This is a matter — also a wondrous matter. [Yes.] How did I have a friend — a friend — [with the President] — with — with the President? This is impossible. Can one understand this? [No.] This is not in the way of nature. [True — true — true.] Until today the secretary and the officials. [Yes — yes.] All of them wonder at this. [Yes.] Yes. (Saba laughs.) [True.] And the President also printed my letters. [Letters — true — true.] This… [This is truly a wonder.] And from this now came "Avi HaNachal." [Yes — yes — yes.] Yes. [True — and this greatly awakens and strengthens.] This — this is also a very awesome matter. [Yes.] The letters that he printed. [Yes — yes.] This shows that he… [He paid attention to it.] He received a new mind. And he understood this — and he believed in… [True.] And believed — and emunah in Hashem and all the tzaddikim and the holy Rabbainu. Yes. This cries out and rhymes: [Yes.] "Ani Nasi — aval ani ma'amin!" — "I am the President — but I believe!" (Saba laughs.) Yes. [I am the President and I believe in "R'osh B'nay Y'sroel."] Yes. (Saba laughs.) [RaBi — yes — true.] This is a wonder — a wondrous matter. [Yes — yes — true — true. So one sees that now one must indeed run and…] Who could reach — to speak with the President? I entered — and was going everywhere. ["Talmidi hayakar."] The police. [Yes.] The officers. [Yes.] He — I went — I did not ask where they would let me go. [Yes.] Only he stood. [Yes.] And then I did what I did — and entered. (Saba laughs.) [Ah — yes.] Can one understand this? [So this is the power of Rabbainu that opens the doors — the power of Rabbainu opens all the doors.] His wife — his wife cursed me: [Yes.] "What do you want from him?" (Saba laughs.) [Yes.] "How will he be President if he prays every day?" (Saba laughs.) [Oy — {good deed} — compassion — "ki merachaman yenahalem" — one needs…] "Merachaman yenahalem." [Yes — to be a leader one needs compassion.] Whoever has compassion [yes] — upon Yisroel — he is the outstanding tzaddik. Whoever has compassion — he can be a leader! (Saba laughs.) Yes. [Yes — "ki merachaman…"] And this compassionate one — he is only — he is only Moshe Rabbainu. [Ah — ah.] Moshe Rabbainu — where is Moshe Rabbainu — and now. [And now.] Yes — there is "Nachal Novea" — yes. (Saba laughs.) [Ah — ah — also with Moshe Rabbainu.] Yes! [I am hearing — because last time you said this of Rebbe Shimon bar Yochai.] Also Rashb"i. [Rashb"i.] Also Rashb"i — also Moshe Rabbainu — all {the tzaddikim.} (Saba laughs.) [These are the five unique ones of the generations.] Yes — the unique ones of the generations. [The unique ones of the generations.] He was the fifth. [Rabbainu?] Yes. [Fifth from Moshe — Moshe Rabbainu — and after him — the… after him?] Rebbe Shimon — Rashb"i. [Rashb"i.] The holy Ari HaKadosh. [The holy Ari HaKadosh.] Yes. [Yes.] The Ba'al Shem Tov. [The Ba'al Shem Tov.] And Rabbainu. (Saba laughs.) [And Rabbainu.] "V'as alit al kulonah" — "Rabos banos asu chayil" [yes] "v'as alit al kulonah" — "and you surpassed them all." (Saba laughs.) [Ah — ah — "v'as alit al kulonah" — so this is Rabbainu?] Yes! [I am hearing.] He revealed of this a drop from the sea. And the Holy One Blessed Be He — merciful and gracious — the Holy One Blessed Be He sent down Rabbainu's soul for our sake. [Yes.] So that there would be no destruction of the world. [Otherwise there would be tohu vavohu — Heaven forfend.] Ah. The Satan came before the Heavenly Court of Justice. [Yes.] He said: "If this soul descends — [yes] — then I have nothing to do. Then — then there is no free choice — none — I will have no control at all — I — I will go!" (Saba laughs.) Nu. He — he had an argument: "Was I created for naught? For what purpose were you created? [Yes.] For — for so that I {may say} what I want. And if — if he descends — [I have no work] — I have no work. [Yes.] It is a pity — I have nothing — I have nothing at all — I cannot." (Saba laughs.) [So what happened?] So they said to him: "This soul must des… [descend — descend to the world — yes] — because without this soul it is [impossible — without him] — and you — if it is bad for you? [Yes.] Find a strategy! This — this — this… Find yourself a strategy!" (Saba laughs.) [Yes — so what did he do?] So he went. [Yes.] He came with an elder — with a single elder — bent over like this. [Yes.] The elder was bent over — yes. (Saba laughs.) [Yes.] And said: "This soul can now descend — I already have a strategy!" [Yes.] To conceal. [To conceal.] Yes — to conceal — to… [Ah — to hide.] To hide. [To hide it.] Yes — yes. "I already have a strategy!" (Saba laughs.) Like this the holy Rabbainu told the story. [Like this?] Yes. [Where does he tell this?] In Sipuray Ma'asiyos. [Yes?] Yes! [No — I did not see it — I did not hear it.] A story… [Where — which story is this?] I do not remember. [The 'Bergir'?] I do not remember — before the 'Bergir.' [Before the 'Bergir' — and who was this — who was the elder — the elder?] The Shpoyler! [Ah — ah.] Yes! He concealed Rabbainu from the world. Yes. [Because of him — on account of the dispute — because of the dispute and everything.] He was due — he — he receives his due. He will suffer what he suffers for this! All the troubles of Yisroel — Hitler — and all the troubles. [Yes.] All — all of it is he — all of it he is responsible for — it is through him. Yes! [The Shpoyler.] He had such a name. (Saba laughs.) And he was what the holy Rabbainu revealed — [yes] — in secret. Zeideh — Zeideh — Zeideh — this is forefather of forefathers — forefather of forefathers of impurity. [Ah — like this?] Yes! The holy Rabbainu wrote about this. [Yes.] Yes — only that it should be among yourselves. The secret should be among yourselves — so as not to increase dispute in Yisroel. Yes. [So this is known among the Anash — like this.] Yes. [Yes — this is known.] This — this — this… [Yes — yes — I am hearing.] And also I had a letter from Rabbainu Rebbe Nachman — from the holy Rabbainu — in his own handwriting. [Yes?] Yes. [There? Which says?] He said: "I will reveal to you a secret." [Yes.] Yes — about — about — about the Zeideh — about the Shpoyler Zeideh. Yes. And it should be kept — a secret. [Yes.] And it should be kept among yourselves — so as not to increase dispute in Yisroel. Yes. [What love of Yisroel he had — so as not to increase dispute.] So he — this was a secret. And now it is already… [Now it is already known and revealed.] Yes — the secret is already revealed. [One may reveal it — he is no longer here.] (Saba laughs.) Yes. [(not understood) — dispute — now it is already — to go to Breslov — in a little while it will be a great honor — great honor.] The whole world. [The whole world will become a 'heart of flesh.'] They want Rabbainu. [Yes — so we must draw close every one who wants — every one who wants — draw him close truly.] Yes! But before this — there was no possibility. [Ah — ah.] Rebbe Nassan lived by a miracle every moment. They wanted to kill him. [Yes — true.] (Saba laughs.) And also the people of Rebbe Nassan. [Yes.] And also… [Still… until now they still pursue Breslov.] Ah? [Until now — Breslov is still a matter that…] Yes — yes — yes — until now. [Pursuing.] But blessed be Hashem. [Much better — it is already much better — yes — certainly — one can live — one can raise one's head.] Now they — they — they are ashamed. [Yes.] Yes — yes. (Saba laughs.) Like: "Haman halach avel v'chafuy rosh" — "Haman went mourning and with covered head." [Yes.] Yes. (Saba laughs.) [So they also go like this.] Yes. But the evil has not yet stopped. [Yes.] Has not yet stopped completely. When Mashiach comes it will stop completely! (Saba laughs.) [With Hashem's help — speedily — speedily. Then — then there will be the matter that everything turns to good.] The holy Rabbainu was revealed — has revealed. And now. [Yes.] This is very awesome. "And now there is 'Nachal Novea Makor Chochmah.'" [Yes — now it is already now — now.] Ah? [So now it is already now.] Yes — certainly! [Now — today.] Now he is alive and in existence. ["Hayom im b'kolo tishme'u."] Yes. [Every day is the time.] The government's day of the Shoah. [Yes.] It is before Yom HaAtzma'us. [Yes — true.] I think it will be after Rosh Chodesh. [Yes.] After Rosh Chodesh. [Yes.] Before Yom HaAtzma'us. [Yes.] There will be Yom HaShoah. [Yes — like this it is now.] Ah? [Today is Yom HaShoah.] Today? [Today — today is Yom HaShoah.] Yes — ah — ah. [And next week is Yom HaAtzma'us.] Ah — ah — next week. [Yes.] Around Thursday — on Thursday of the month. [Yes — the fifth of Iyar — yes.] The fifth of Iyar. [Yes — so what will be?] Nu — this — only the holy Rabbainu came down into the world. [Yes.] He has already begun the redemption. [Ah — ah.] Yes — certainly! (Saba laughs.) [So we must publicize — publicize Rabbainu's name also among them — in everything — on radio — on…] In all — in all — in all places. [In all places — on radio — on television.] It is written in the Torah — it is written in the Torah — Torah section 67. [Yes.] Part 2: "The more the tzaddik is publicized — [yes] — the more Hashem's Name is magnified and sanctified." [Ah — ah.] Yes. [I am hearing.] Yes. [I am hearing.] But two hundred years ago — [yes] — there were not — there were not all the publicity instruments of — of… Today in one day it is publicized throughout the whole world! (Saba laughs.) [True — true — true — now truly everything exists.] Yes — yes — yes — yes. [Radio — television — all at once one can know everything.] Yes. [Everything.] The whole world. [Yes.] (Saba laughs.) [True — so one must use this.] And when Mashiach comes — the whole world will know that Mashiach has come. (Saba laughs.) [Yes — immediately — instantly they will know.] In a moment. [Certainly.] Instantly — instantly and immediately. [Saba — I know my sins — I mention them today.] And there will fall upon them awe and fear. [Awe and fear.] Upon the non-Jews. [Yes — upon the non-Jews certainly.] Ho — ho. Mashiach is coming. (Saba laughs.) [Also upon Yisroel there will be great joy.] There will be such joy — yes — in every city — in every village — in every place — there will be such rejoicings and dances — "Na Nach." (Saba laughs.) [Yes.] This "Na Nach" was sixty years ago — seventy years ago. [Yes.] Before the redemption. [Yes.] Yes — who knows. Then — then it will be a hundred years — what?… [Less — less — less — "hayom im b'kolo tishme'u."] But close. [Today — today.] Ah? ["Hayom im b'kolo tishme'u" — today — why not?] Yoy. [Every day is the time.] When Likutay Moharan came out. [Yes.] Rabbainu said: that this is the beginning of the redemption. Yes — it was not just some ordinary thing that was said. His words are alive and in existence — as if now he is saying this! (Saba laughs.) [Where is it… is this also written?] What? [That the book is the beginning of the redemption?] Yes — in Chayay Moharan. [In Chayay Moharan this is written?] Yes. (Saba laughs.) [Ah — ah — wondrous greatly.] Also he said that this is a protection in the home. [Yes — yes — true.] Even if one does not — does not read it. Just that it is there — the book is in the home. [It protects.] Yes. With… there was a young man Blum — from the Blum family. [Yes — yes.] He was in Tzfas. [Yes.] And there was a fire by him. [Yes.] The house burned — everything burned. [Except for the Likutay Moharan.] Three Breslov books. [Yes.] Of Rabbainu. [Yes.] They did not burn. Likutay Moharan — Likutay Tfilos — these were in his apartment. [Yes — yes.] They did not burn. (Saba laughs.) [Blessed be Hashem. So we must simply take all the instruments and all the possibilities.] All kinds of stratagems. [Everything — stratagems.] All kinds of advice — all… To think about this and to do beyond our strength. Not to sleep and not to eat — there is no time! (Saba laughs.) [Like this? Why is this like this? How is this? Why?] Yes. One must have compassion upon Yisroel. This — this is compassion. [Pikuach nefesh.] Yes — certainly. Even one — if he draws close to Rabbainu — this — this — this is such a salvation as is impossible to estimate. The joy of the Holy One Blessed Be He and the joy of the tzaddik. (Saba laughs.) [Ah.] And the joy of all the tzaddikim. [Yes.] Yes. [Even from a single one who draws close.] This is the main thing — it depends on this — Rabbainu! All the redemption depends on the revelation of Rabbainu in the world — Likutay Moharan! (Saba laughs.) And also Mashiach will reveal — Mashiach will reveal. [Ho — ho — ho — that is it. So we think all the time — why do we need to do and act? Mashiach with Hashem's help will come quickly and…] No. [Is that not so?] We must do what… what — what — what… [What we can.] Everything that we can. This is not — the Holy One Blessed Be He says — He does His part — and we must do ours. [I understand.] If we see that murderers want to kill some Yisroel — we must [help him] give our souls to save him. [Yes — true.] Yes. Hi — will the Holy One Blessed Be He help? No — you must save! Yes. [Ah — ah.] Yes. [I am hearing.] Like this — like this — the Torah and the Holy One Blessed Be He want. Yes. It is written in the Torah — if you see a friend — a friend walking with a donkey — [yes] — and he fell — [yes] — with a burden. [Yes — "azov ta'azov imo."] One must… Yes. [Yes.] So one can say — the Holy One Blessed Be He — the Holy One Blessed Be He will save him. Yes. (Saba laughs.) [No — no — like this.] No — no. [No — you must.] We must do our part. [Ah — ah.] Yes. [But we think all the time — the world — the world of falsehood — alma d'shikra — it is so great — so…] One spark comes out from wood and burns all — all the evil — all — all the darkness. [Yes.] Yes. (Saba laughs.) [Nu — one spark…] This is a miracle such as has not been in the world — a new miracle. (Saba laughs.) [Yes.] Only — only one does like this. [Yes.] This — this is already enough. (Saba laughs.) [I am hearing — what is this spark? What spark? How — how does one make the spark?] The spark? [Yes.] The Holy One Blessed Be He does it — the Holy One Blessed Be He knows what — what to do. (Saba laughs.) [Yes?] Nu — for us — we do not see what Rabbainu — there was such a dispute — they should have had to eras… Heaven forfend — to forget entirely — who was Breslov in the world — without the dispute — without… Yes. [And exactly the opposite.] And the opposite — everything that passes — as more time goes — he becomes more publicized. (Saba laughs.) [Yes — true — "ka'asher ya'anu oso ken yirbeh v'chen yifrots" — "the more they afflicted him — the more he multiplied and spread."] Yes. [But the spark comes from a house — the house of Yosef? No — this is a flame from the house of Yosef — and a tree comes from the house of Yaakov — and a flame from the house of Yosef — so the flame comes out and burns all wickedness.] Oy — certainly — one word. [Ah — ah — a word of Rabbainu.]</w:t>
      </w:r>
    </w:p>
    <w:p>
      <w:r>
        <w:t>…Strive to reach him. [Yoy?] Yes.</w:t>
      </w:r>
    </w:p>
    <w:p>
      <w:r>
        <w:br w:type="page"/>
      </w:r>
    </w:p>
    <w:p>
      <w:pPr>
        <w:pStyle w:val="Heading1"/>
      </w:pPr>
      <w:r>
        <w:t>Tape 8</w:t>
      </w:r>
    </w:p>
    <w:p>
      <w:pPr>
        <w:pStyle w:val="Heading2"/>
      </w:pPr>
      <w:r>
        <w:t>Side A (Aleph)</w:t>
      </w:r>
    </w:p>
    <w:p>
      <w:r>
        <w:t>...[Saba sings:</w:t>
      </w:r>
    </w:p>
    <w:p>
      <w:r>
        <w:t>"All who take refuge in You will never be humiliated.."]</w:t>
      </w:r>
    </w:p>
    <w:p>
      <w:r>
        <w:t>{….}, we need to repeat always, "All who take refuge in You will never be humiliated"</w:t>
      </w:r>
    </w:p>
    <w:p>
      <w:r>
        <w:t>[Saba continues singing:</w:t>
      </w:r>
    </w:p>
    <w:p>
      <w:r>
        <w:t>"All who take refuge in You will never be humiliated.."]</w:t>
      </w:r>
    </w:p>
    <w:p>
      <w:r>
        <w:t>["To make known.."]</w:t>
      </w:r>
    </w:p>
    <w:p>
      <w:r>
        <w:t>[Saba continues singing:</w:t>
      </w:r>
    </w:p>
    <w:p>
      <w:r>
        <w:t>"To make known, to make known, to make known, to make known, to make known</w:t>
      </w:r>
    </w:p>
    <w:p>
      <w:r>
        <w:t>That all who hope in You will not be ashamed, and all who take refuge in You will never be humiliated.."]</w:t>
      </w:r>
    </w:p>
    <w:p>
      <w:r>
        <w:t>Now there is another tune</w:t>
      </w:r>
    </w:p>
    <w:p>
      <w:r>
        <w:t>[Yes?]</w:t>
      </w:r>
    </w:p>
    <w:p>
      <w:r>
        <w:t>Yes, "Shoshanas..", {this is good}</w:t>
      </w:r>
    </w:p>
    <w:p>
      <w:r>
        <w:t>[Saba and the friends sing:</w:t>
      </w:r>
    </w:p>
    <w:p>
      <w:r>
        <w:t>"Shoshanas Yaakov rejoiced and was glad when they saw together Mordechai's techeiles</w:t>
      </w:r>
    </w:p>
    <w:p>
      <w:r>
        <w:t>Their salvation was forever and their hope throughout every generation, to make known, to make known, to make known.."]</w:t>
      </w:r>
    </w:p>
    <w:p>
      <w:r>
        <w:t>We also need to make it known to ourselves</w:t>
      </w:r>
    </w:p>
    <w:p>
      <w:r>
        <w:t>[Saba continues singing:</w:t>
      </w:r>
    </w:p>
    <w:p>
      <w:r>
        <w:t>"To make known, to make known.."]</w:t>
      </w:r>
    </w:p>
    <w:p>
      <w:r>
        <w:t>This brings forth knowledge; this is very great knowledge</w:t>
      </w:r>
    </w:p>
    <w:p>
      <w:r>
        <w:t>[Saba continues singing:</w:t>
      </w:r>
    </w:p>
    <w:p>
      <w:r>
        <w:t>"That all who hope in You will not be ashamed, and all who take refuge in You will never be humiliated.."</w:t>
      </w:r>
    </w:p>
    <w:p>
      <w:r>
        <w:t>"Shoshanas Yaakov rejoiced and was glad when they saw together Mordechai's techeiles.."]</w:t>
      </w:r>
    </w:p>
    <w:p>
      <w:r>
        <w:t>The light of the tzaddik, Mordechai the tzaddik, Mordechai, the antithesis of Haman-Amalek, {...}</w:t>
      </w:r>
    </w:p>
    <w:p>
      <w:r>
        <w:t>["Their salvation.."]</w:t>
      </w:r>
    </w:p>
    <w:p>
      <w:r>
        <w:t>[Saba continues singing:</w:t>
      </w:r>
    </w:p>
    <w:p>
      <w:r>
        <w:t>"Their salvation, their salvation was forever</w:t>
      </w:r>
    </w:p>
    <w:p>
      <w:r>
        <w:t>And their hope, and their hope throughout every generation.."]</w:t>
      </w:r>
    </w:p>
    <w:p>
      <w:r>
        <w:t>Also in this generation</w:t>
      </w:r>
    </w:p>
    <w:p>
      <w:r>
        <w:t>Not only throughout every generation, also in this generation, also in.. also for us</w:t>
      </w:r>
    </w:p>
    <w:p>
      <w:r>
        <w:t>[Saba continues singing:</w:t>
      </w:r>
    </w:p>
    <w:p>
      <w:r>
        <w:t>"Their salvation, their salvation was forever, and their hope, and their hope through every.."]</w:t>
      </w:r>
    </w:p>
    <w:p>
      <w:r>
        <w:t>"Their hope", hope, there is hope, there is no, no, no despair, only hope!</w:t>
      </w:r>
    </w:p>
    <w:p>
      <w:r>
        <w:t>[Saba continues singing:</w:t>
      </w:r>
    </w:p>
    <w:p>
      <w:r>
        <w:t>"And their hope, and their hope, you were forever throughout every generation</w:t>
      </w:r>
    </w:p>
    <w:p>
      <w:r>
        <w:t>To make known, to make known, to make known, that all who hope in You will never be humiliated.."]</w:t>
      </w:r>
    </w:p>
    <w:p>
      <w:r>
        <w:t>This needs to be made known to all creatures, to the entire world</w:t>
      </w:r>
    </w:p>
    <w:p>
      <w:r>
        <w:t>[Saba continues singing: "That all who hope in You will not be ashamed and will not.."]</w:t>
      </w:r>
    </w:p>
    <w:p>
      <w:r>
        <w:t>This is great knowledge, also, even us</w:t>
      </w:r>
    </w:p>
    <w:p>
      <w:r>
        <w:t>"All who hope in You will not be ashamed, and all who take refuge in You will never be humiliated"</w:t>
      </w:r>
    </w:p>
    <w:p>
      <w:r>
        <w:t>Oy</w:t>
      </w:r>
    </w:p>
    <w:p>
      <w:r>
        <w:t>[Saba continues singing:</w:t>
      </w:r>
    </w:p>
    <w:p>
      <w:r>
        <w:t>"Shoshanas Yaakov rejoiced and was glad when they saw together Mordechai's techeiles</w:t>
      </w:r>
    </w:p>
    <w:p>
      <w:r>
        <w:t>Their salvation was forever, and their hope throughout every generation</w:t>
      </w:r>
    </w:p>
    <w:p>
      <w:r>
        <w:t>To make known, to make known, to make known, to make known</w:t>
      </w:r>
    </w:p>
    <w:p>
      <w:r>
        <w:t>That all who hope in You will not be ashamed, and all who take refuge in You will never be humiliated.."]</w:t>
      </w:r>
    </w:p>
    <w:p>
      <w:r>
        <w:t>{You.. you do not know what this is}</w:t>
      </w:r>
    </w:p>
    <w:p>
      <w:r>
        <w:t>Let us begin the second tune; we need, we need both, both are needed</w:t>
      </w:r>
    </w:p>
    <w:p>
      <w:r>
        <w:t>[Saba continues singing:</w:t>
      </w:r>
    </w:p>
    <w:p>
      <w:r>
        <w:t>"Shoshanas Yaakov rejoiced and was glad.."]</w:t>
      </w:r>
    </w:p>
    <w:p>
      <w:r>
        <w:t>{Vos (what)}, what, what is "rejoiced and was glad"?</w:t>
      </w:r>
    </w:p>
    <w:p>
      <w:r>
        <w:t>[Saba continues singing:</w:t>
      </w:r>
    </w:p>
    <w:p>
      <w:r>
        <w:t>"Shoshanas Yaakov rejoiced and was glad when they saw together Mordechai's techeiles</w:t>
      </w:r>
    </w:p>
    <w:p>
      <w:r>
        <w:t>Their salvation was forever and their hope throughout every generation</w:t>
      </w:r>
    </w:p>
    <w:p>
      <w:r>
        <w:t>To make known, to make known, to make known, to make known</w:t>
      </w:r>
    </w:p>
    <w:p>
      <w:r>
        <w:t>That all who hope in You will not be ashamed, and all who take refuge in You will never be humiliated</w:t>
      </w:r>
    </w:p>
    <w:p>
      <w:r>
        <w:t>Their salvation was forever and their hope throughout every generation.."]</w:t>
      </w:r>
    </w:p>
    <w:p>
      <w:r>
        <w:t>Yes, well, {come}, why are you silent?</w:t>
      </w:r>
    </w:p>
    <w:p>
      <w:r>
        <w:t>[Saba and the friends continue singing:</w:t>
      </w:r>
    </w:p>
    <w:p>
      <w:r>
        <w:t>"To make known, to make known, to make known, to make known</w:t>
      </w:r>
    </w:p>
    <w:p>
      <w:r>
        <w:t>That all who hope in You will not be ashamed, and all who take refuge in You will never be humiliated.."]</w:t>
      </w:r>
    </w:p>
    <w:p>
      <w:r>
        <w:t>This is great knowledge; it is only "to make known, to make known, to make known, to make known"</w:t>
      </w:r>
    </w:p>
    <w:p>
      <w:r>
        <w:t>What? - "That all who hope in You will not be ashamed, and all who take refuge in You will never be humiliated"</w:t>
      </w:r>
    </w:p>
    <w:p>
      <w:r>
        <w:t>This is made known, made known to ourselves and to all, and to all, and to the entire city, to the entire world we need</w:t>
      </w:r>
    </w:p>
    <w:p>
      <w:r>
        <w:t>"To make known, to make known, to make known, to make known"</w:t>
      </w:r>
    </w:p>
    <w:p>
      <w:r>
        <w:t>[Saba and the friends continue singing:</w:t>
      </w:r>
    </w:p>
    <w:p>
      <w:r>
        <w:t>"That all who hope in You will not be ashamed, and all who take refuge in You will never be humiliated.."]</w:t>
      </w:r>
    </w:p>
    <w:p>
      <w:r>
        <w:t>Two, the two tunes, I remember, I, I did not hear</w:t>
      </w:r>
    </w:p>
    <w:p>
      <w:r>
        <w:t>I the first time, the second time I heard these tunes, awak.., I had such an awakening</w:t>
      </w:r>
    </w:p>
    <w:p>
      <w:r>
        <w:t>To this day I feel the, the awakening to this day</w:t>
      </w:r>
    </w:p>
    <w:p>
      <w:r>
        <w:t>When I mention that I once heard, that I heard {this} tune, then I become another person</w:t>
      </w:r>
    </w:p>
    <w:p>
      <w:r>
        <w:t>Another person, the awakening is without end, without limit! Yes</w:t>
      </w:r>
    </w:p>
    <w:p>
      <w:r>
        <w:t>And I saw all those with whom I rejoiced after the passing of Rebbe Yisroel, in Yerushalayim</w:t>
      </w:r>
    </w:p>
    <w:p>
      <w:r>
        <w:t>Rav Shlomo and Rav and.. Nasan, and Rebbe Nasan the husband of Gittele and Rav Gedalia Berger</w:t>
      </w:r>
    </w:p>
    <w:p>
      <w:r>
        <w:t>I actually saw the resting of the Shechinah; each one said every word:</w:t>
      </w:r>
    </w:p>
    <w:p>
      <w:r>
        <w:t>"To make known, to make known," then that "their salvation was forever and their hope throughout every generation.."</w:t>
      </w:r>
    </w:p>
    <w:p>
      <w:r>
        <w:t>Ay, ay, ay, ay, ay, to make known</w:t>
      </w:r>
    </w:p>
    <w:p>
      <w:r>
        <w:t>It must be made known, it must be made known, to shout:</w:t>
      </w:r>
    </w:p>
    <w:p>
      <w:r>
        <w:t>"To make known, to make known, to make known, to make known, that all who hope in You"</w:t>
      </w:r>
    </w:p>
    <w:p>
      <w:r>
        <w:t>If the world knew of this, they would all be tzaddi.., all, all of us, all holy tzaddikim</w:t>
      </w:r>
    </w:p>
    <w:p>
      <w:r>
        <w:t>Yes, only the main thing is that we are in sophistries, we do not believe: How is it possible to repair sick people like us</w:t>
      </w:r>
    </w:p>
    <w:p>
      <w:r>
        <w:t>in these generations? "How is it possible?" A person makes himself despair</w:t>
      </w:r>
    </w:p>
    <w:p>
      <w:r>
        <w:t>Ah, it must be made known, that all who hope in You, all who hope in You—that is everyone</w:t>
      </w:r>
    </w:p>
    <w:p>
      <w:r>
        <w:t>Every, everyone who hopes in Hashem, whoever he may be</w:t>
      </w:r>
    </w:p>
    <w:p>
      <w:r>
        <w:t>"All who hope in You will not be ashamed and will not be humiliated, and will not be humiliated forever, all who take refuge in You.."</w:t>
      </w:r>
    </w:p>
    <w:p>
      <w:r>
        <w:t>As Rabbainu HaKadosh explains: "Be strong, and let your hearts take courage.."</w:t>
      </w:r>
    </w:p>
    <w:p>
      <w:r>
        <w:t>Do you remember the conversation there? This conversation—Rabbainu HaKadosh explains the verse:</w:t>
      </w:r>
    </w:p>
    <w:p>
      <w:r>
        <w:t>"Be strong, and let your hearts take courage, all who hope for Hashem"</w:t>
      </w:r>
    </w:p>
    <w:p>
      <w:r>
        <w:t>Even whoever he may be, all.., who hope for Hashem?—"Be strong, and let your hearts take courage"!</w:t>
      </w:r>
    </w:p>
    <w:p>
      <w:r>
        <w:t>Not to fall, God forbid</w:t>
      </w:r>
    </w:p>
    <w:p>
      <w:r>
        <w:t>Ah, particularly this, this Rabbainu HaKadosh revealed it, this, this, whoever..</w:t>
      </w:r>
    </w:p>
    <w:p>
      <w:r>
        <w:t>We need to derive a matter from matters, one matter from another</w:t>
      </w:r>
    </w:p>
    <w:p>
      <w:r>
        <w:t>The one who revealed this is Rebbe {{….….}}</w:t>
      </w:r>
    </w:p>
    <w:p>
      <w:r>
        <w:t>"Be strong, and let your hearts take courage," "Be strong and courageous," yes, as it is written in the letter, in the note:</w:t>
      </w:r>
    </w:p>
    <w:p>
      <w:r>
        <w:t>"My precious student," "I derived much enjoyment from your service," "And about you I said"?</w:t>
      </w:r>
    </w:p>
    <w:p>
      <w:r>
        <w:t>Well, "Be strong, and let your heart take courage," "Be strong and courageous," yes, "in your service"</w:t>
      </w:r>
    </w:p>
    <w:p>
      <w:r>
        <w:t>And immediately the signature; this signature, it, it is the knowledge, it makes this known to us, yes</w:t>
      </w:r>
    </w:p>
    <w:p>
      <w:r>
        <w:t>"I derived much enjoyment from your service," as you</w:t>
      </w:r>
    </w:p>
    <w:p>
      <w:r>
        <w:t>"And about you I said," be strong and let your hea.., "Be strong and courageous in your service"</w:t>
      </w:r>
    </w:p>
    <w:p>
      <w:r>
        <w:t>"Na Naḥ Naḥma Naḥman MeUman," there had not yet been such a signature, not during Rabbainu's lifetime</w:t>
      </w:r>
    </w:p>
    <w:p>
      <w:r>
        <w:t>Only this was revealed in this note, a new revelation</w:t>
      </w:r>
    </w:p>
    <w:p>
      <w:r>
        <w:t>which is, it is the song that will be revealed in the future</w:t>
      </w:r>
    </w:p>
    <w:p>
      <w:r>
        <w:t>'Simple, doubled, tripled, quadrupled,' "Na Naḥ Naḥma Naḥman MeUman"</w:t>
      </w:r>
    </w:p>
    <w:p>
      <w:r>
        <w:t>This is a new revelation; this, the Redemption, the entire Redemption depends upon it</w:t>
      </w:r>
    </w:p>
    <w:p>
      <w:r>
        <w:t>And.. if it were us, we say this, then what, what? Who, who are we? What?</w:t>
      </w:r>
    </w:p>
    <w:p>
      <w:r>
        <w:t>I, I say this way, and the other says this way, yes</w:t>
      </w:r>
    </w:p>
    <w:p>
      <w:r>
        <w:t>But what Rabbainu HaKadosh revealed—still, still not even like a drop from the sea</w:t>
      </w:r>
    </w:p>
    <w:p>
      <w:r>
        <w:t>He, he made known only a little that contains much, only a little, a little</w:t>
      </w:r>
    </w:p>
    <w:p>
      <w:r>
        <w:t>A drop from the sea of his greatness</w:t>
      </w:r>
    </w:p>
    <w:p>
      <w:r>
        <w:t>And he knew how we need him for every single utterance of his</w:t>
      </w:r>
    </w:p>
    <w:p>
      <w:r>
        <w:t>in order to know Hashem Yisbarach and attain fear of Heaven and faith and truth, and.. {…}, yes, there will be a new world, it will be not.. the world now is chaos and void and darkness</w:t>
      </w:r>
    </w:p>
    <w:p>
      <w:r>
        <w:t>Does he not absorb it? He needs to absorb every {…} the tune and the words; he, does he absorb it?</w:t>
      </w:r>
    </w:p>
    <w:p>
      <w:r>
        <w:t>[Yes]</w:t>
      </w:r>
    </w:p>
    <w:p>
      <w:r>
        <w:t>Yes?</w:t>
      </w:r>
    </w:p>
    <w:p>
      <w:r>
        <w:t>[Yes]</w:t>
      </w:r>
    </w:p>
    <w:p>
      <w:r>
        <w:t>I saw truly worthy people, holy tzaddikim</w:t>
      </w:r>
    </w:p>
    <w:p>
      <w:r>
        <w:t>I saw how they held themselves in.. the utmost, the utmost lowliness, the utmost lowliness, and he revived himself with "To make known, to make known, that all who hope in You.."</w:t>
      </w:r>
    </w:p>
    <w:p>
      <w:r>
        <w:t>Even I, {...}, "all who hope in You"—that means even I, as I am, yes</w:t>
      </w:r>
    </w:p>
    <w:p>
      <w:r>
        <w:t>"All who hope in You will not be ashamed, and all who take refuge in You will never be humiliated"</w:t>
      </w:r>
    </w:p>
    <w:p>
      <w:r>
        <w:t>This is knowledge of Purim</w:t>
      </w:r>
    </w:p>
    <w:p>
      <w:r>
        <w:t>This is such knowledge, it is simple, but, but it contains a little that holds much</w:t>
      </w:r>
    </w:p>
    <w:p>
      <w:r>
        <w:t>There is a sea in it, a s.., a wellspring of wisdom is in it, is in this</w:t>
      </w:r>
    </w:p>
    <w:p>
      <w:r>
        <w:t>There are levels; not everyone merits to see the.. what is in it, yes</w:t>
      </w:r>
    </w:p>
    <w:p>
      <w:r>
        <w:t>But everyone was joyous, it was another world, a special world</w:t>
      </w:r>
    </w:p>
    <w:p>
      <w:r>
        <w:t>He, he, he would dance in his own world, yes</w:t>
      </w:r>
    </w:p>
    <w:p>
      <w:r>
        <w:t>Each one had such powers that differed from his fellow; he was in another world, i.. i.. yes, but, but all the.., with each one, everyone, everyone merited to feel the light of Rabbainu; through Rabbainu, this is "to make known..", the holy Rabbainu makes this known to us, yes</w:t>
      </w:r>
    </w:p>
    <w:p>
      <w:r>
        <w:t>"That all who hope in You will not be ashamed, and all who take refuge in You will never be humiliated"</w:t>
      </w:r>
    </w:p>
    <w:p>
      <w:r>
        <w:t>This is such knowledge that through it one can be entirely new every day and at every moment</w:t>
      </w:r>
    </w:p>
    <w:p>
      <w:r>
        <w:t>"All who hope in You will not be ashamed, and all who take refuge in You will never be humiliated"</w:t>
      </w:r>
    </w:p>
    <w:p>
      <w:r>
        <w:t>Even we, even the {…………...} in the world and all the sinn..</w:t>
      </w:r>
    </w:p>
    <w:p>
      <w:r>
        <w:t>This, this is Purim; Purim is Mordechai the Tzaddik, this, this is the tzaddik</w:t>
      </w:r>
    </w:p>
    <w:p>
      <w:r>
        <w:t>Purim is the light of, Purim rises above everything, above everything, ab..</w:t>
      </w:r>
    </w:p>
    <w:p>
      <w:r>
        <w:t>Even above Shabbos, even above, above all the festivals, the.. joy of Purim</w:t>
      </w:r>
    </w:p>
    <w:p>
      <w:r>
        <w:t>The holy Rabbainu said:</w:t>
      </w:r>
    </w:p>
    <w:p>
      <w:r>
        <w:t>"Previously, all beginnings were from Pesach, and now from Purim"</w:t>
      </w:r>
    </w:p>
    <w:p>
      <w:r>
        <w:t>Purim, Purim, what was, what I saw I saw, it rests in every..</w:t>
      </w:r>
    </w:p>
    <w:p>
      <w:r>
        <w:t>I heard this seventy years ago, nu, and how do I remember it now?</w:t>
      </w:r>
    </w:p>
    <w:p>
      <w:r>
        <w:t>It rests i.. i.. i.. inside my heart forever</w:t>
      </w:r>
    </w:p>
    <w:p>
      <w:r>
        <w:t>When I saw how they would dance with great joy</w:t>
      </w:r>
    </w:p>
    <w:p>
      <w:r>
        <w:t>"That all who hope in You will not be ashamed, and all who take refuge in You will never be humiliated"</w:t>
      </w:r>
    </w:p>
    <w:p>
      <w:r>
        <w:t>They, they put a new spirit into me for all the d.. for the days of my life, yes, yes</w:t>
      </w:r>
    </w:p>
    <w:p>
      <w:r>
        <w:t>They shouted: "To make known, to make known, to make known, to make known, to make known"</w:t>
      </w:r>
    </w:p>
    <w:p>
      <w:r>
        <w:t>[Sh..]</w:t>
      </w:r>
    </w:p>
    <w:p>
      <w:r>
        <w:t>[Saba sings:</w:t>
      </w:r>
    </w:p>
    <w:p>
      <w:r>
        <w:t>"That all who hope in You will not be ashamed, and all who take refuge in You will never be humiliated.."]</w:t>
      </w:r>
    </w:p>
    <w:p>
      <w:r>
        <w:t>"All who take refuge in You will never be humiliated"</w:t>
      </w:r>
    </w:p>
    <w:p>
      <w:r>
        <w:t>If only we would merit this, because we do not, do not believe</w:t>
      </w:r>
    </w:p>
    <w:p>
      <w:r>
        <w:t>How is it possible? Such sick people in this generation, how is it possible for them, to rectify them? How is it possible? We have fallen and become so distant in these generations of darkness, in the orphaned generation; this is an orphaned generation</w:t>
      </w:r>
    </w:p>
    <w:p>
      <w:r>
        <w:t>If there is no holy Rabbainu, the world is.., they do not know about the holy Rabbainu</w:t>
      </w:r>
    </w:p>
    <w:p>
      <w:r>
        <w:t>If the whole world knew about the holy Rabbainu, the redemption would have come long ago</w:t>
      </w:r>
    </w:p>
    <w:p>
      <w:r>
        <w:t>Mashiach would have already come long ago</w:t>
      </w:r>
    </w:p>
    <w:p>
      <w:r>
        <w:t>But, but "I have finished and I will finish"</w:t>
      </w:r>
    </w:p>
    <w:p>
      <w:r>
        <w:t>And "their salvation was forever, and their hope in every generation", yes</w:t>
      </w:r>
    </w:p>
    <w:p>
      <w:r>
        <w:t>As we, as he is</w:t>
      </w:r>
    </w:p>
    <w:p>
      <w:r>
        <w:t>The holy Rabbainu said:</w:t>
      </w:r>
    </w:p>
    <w:p>
      <w:r>
        <w:t>"Hashem, blessed be He, He always prevails"</w:t>
      </w:r>
    </w:p>
    <w:p>
      <w:r>
        <w:t>Hashem {finishes\prevails} always, yes</w:t>
      </w:r>
    </w:p>
    <w:p>
      <w:r>
        <w:t>He.. He finishes according to His will</w:t>
      </w:r>
    </w:p>
    <w:p>
      <w:r>
        <w:t>..Even though we see such, what, what</w:t>
      </w:r>
    </w:p>
    <w:p>
      <w:r>
        <w:t>Who do not believe that it is possible, that they can have rectification, then it can be.. yoa</w:t>
      </w:r>
    </w:p>
    <w:p>
      <w:r>
        <w:t>..Then this</w:t>
      </w:r>
    </w:p>
    <w:p>
      <w:r>
        <w:t>Then the holy Rabbainu.., the holy Rabbainu already made known:</w:t>
      </w:r>
    </w:p>
    <w:p>
      <w:r>
        <w:t>"That all who hope in You will not be ashamed, and all who take refuge in You will never be humiliated"</w:t>
      </w:r>
    </w:p>
    <w:p>
      <w:r>
        <w:t>"Be strong, and let your heart take courage, all who hope for Hashem"</w:t>
      </w:r>
    </w:p>
    <w:p>
      <w:r>
        <w:t>{..}.. "All who hope", we too, yes</w:t>
      </w:r>
    </w:p>
    <w:p>
      <w:r>
        <w:t>And all, and all, and all the worst in the world, and all the distant in the world, yes</w:t>
      </w:r>
    </w:p>
    <w:p>
      <w:r>
        <w:t>The holy Rabbainu attained kindnesses, such new wondrous kindnesses, as had never yet existed</w:t>
      </w:r>
    </w:p>
    <w:p>
      <w:r>
        <w:t>Which had not existed, which they did not know, which had not been revealed in the world; this is new</w:t>
      </w:r>
    </w:p>
    <w:p>
      <w:r>
        <w:t>He attained in Torah, he attained such perceptions that..</w:t>
      </w:r>
    </w:p>
    <w:p>
      <w:r>
        <w:t>That "there is no despair in the world at all" oy vey, yoa, oy vey...</w:t>
      </w:r>
    </w:p>
    <w:p>
      <w:r>
        <w:t>...Like this, that I truly became nullified, "How is it possible to merit this?”</w:t>
      </w:r>
    </w:p>
    <w:p>
      <w:r>
        <w:t>Yes, that is how it was</w:t>
      </w:r>
    </w:p>
    <w:p>
      <w:r>
        <w:t>Even when I heard it a hundred times</w:t>
      </w:r>
    </w:p>
    <w:p>
      <w:r>
        <w:t>How many times I heard from them “To make known,” “The rose of Jacob rejoiced and was glad”</w:t>
      </w:r>
    </w:p>
    <w:p>
      <w:r>
        <w:t>It was new to me, as if, as if I had not yet heard it at all, yes</w:t>
      </w:r>
    </w:p>
    <w:p>
      <w:r>
        <w:t>It was with such an awakening, with such faith, with such joy, that it was new</w:t>
      </w:r>
    </w:p>
    <w:p>
      <w:r>
        <w:t>[Saba sings:</w:t>
      </w:r>
    </w:p>
    <w:p>
      <w:r>
        <w:t>“To make known, to make known, to make known, to make known, to make known that all..”]</w:t>
      </w:r>
    </w:p>
    <w:p>
      <w:r>
        <w:t>What is to be made known?</w:t>
      </w:r>
    </w:p>
    <w:p>
      <w:r>
        <w:t>[Saba continues singing:</w:t>
      </w:r>
    </w:p>
    <w:p>
      <w:r>
        <w:t>“That all who hope in You will not be ashamed, nor will all who take refuge in You be humiliated forever..”</w:t>
      </w:r>
    </w:p>
    <w:p>
      <w:r>
        <w:t>“The rose of Jacob rejoiced and was glad when together they saw Mordechai’s royal blue</w:t>
      </w:r>
    </w:p>
    <w:p>
      <w:r>
        <w:t>Their salvation, their salvation was eternal, and their hope, and their hope in every generation</w:t>
      </w:r>
    </w:p>
    <w:p>
      <w:r>
        <w:t>To make known, to make known, to make known that all who hope in You will not be ashamed, nor will all who take refuge in You be humiliated forever..”]</w:t>
      </w:r>
    </w:p>
    <w:p>
      <w:r>
        <w:t>Ah..</w:t>
      </w:r>
    </w:p>
    <w:p>
      <w:r>
        <w:t>This is Purim, “That all who hope in You will not be ashamed, nor will they be humiliated forever..,” this is the opposite of Amalek</w:t>
      </w:r>
    </w:p>
    <w:p>
      <w:r>
        <w:t>[…]</w:t>
      </w:r>
    </w:p>
    <w:p>
      <w:r>
        <w:t>This is Mordechai, Mordechai the Tzaddik</w:t>
      </w:r>
    </w:p>
    <w:p>
      <w:r>
        <w:t>[The opposite of Amalek]</w:t>
      </w:r>
    </w:p>
    <w:p>
      <w:r>
        <w:t>Amalek, Amalek</w:t>
      </w:r>
    </w:p>
    <w:p>
      <w:r>
        <w:t>Oy, yoa, yoa, yoa, ah</w:t>
      </w:r>
    </w:p>
    <w:p>
      <w:r>
        <w:t>[...]</w:t>
      </w:r>
    </w:p>
    <w:p>
      <w:r>
        <w:t>And I saw how the life of our people was always new</w:t>
      </w:r>
    </w:p>
    <w:p>
      <w:r>
        <w:t>And the joy rested upon the face and upon the entire body</w:t>
      </w:r>
    </w:p>
    <w:p>
      <w:r>
        <w:t>And he had no livelihood and he did not have.. he could have confusions</w:t>
      </w:r>
    </w:p>
    <w:p>
      <w:r>
        <w:t>I.. Rav Gedalia Berger, his wife was ill with tuberculosis, and he was poor, he did not have, he needed to..</w:t>
      </w:r>
    </w:p>
    <w:p>
      <w:r>
        <w:t>Through miracles, he lived through miracles</w:t>
      </w:r>
    </w:p>
    <w:p>
      <w:r>
        <w:t>And he was always joyful and always, always served Hashem with joy, and not as he, yes</w:t>
      </w:r>
    </w:p>
    <w:p>
      <w:r>
        <w:t>One does not see in.., in the world one does not see such joy, such service, such faith</w:t>
      </w:r>
    </w:p>
    <w:p>
      <w:r>
        <w:t>One does not see it in the world, only by Rabbainu Rebbe Nachman</w:t>
      </w:r>
    </w:p>
    <w:p>
      <w:r>
        <w:t>They did not become so by themselves, they became so through Rabbainu, through his words</w:t>
      </w:r>
    </w:p>
    <w:p>
      <w:r>
        <w:t>And every person, even in these generations {…}, always, whoever truly wants</w:t>
      </w:r>
    </w:p>
    <w:p>
      <w:r>
        <w:t>And he.. and relies and trusts in, in Hashem, blessed be He, and in the holy Rabbainu</w:t>
      </w:r>
    </w:p>
    <w:p>
      <w:r>
        <w:t>That he will bring us close to Hashem, blessed be He, and to the Torah</w:t>
      </w:r>
    </w:p>
    <w:p>
      <w:r>
        <w:t>It is within his power, the way we are, we are already lost, we already, without Rabbainu I.., nothing</w:t>
      </w:r>
    </w:p>
    <w:p>
      <w:r>
        <w:t>It is impossible to repair, it is impossible to heal sick people like these, but the holy Rabbainu merited this</w:t>
      </w:r>
    </w:p>
    <w:p>
      <w:r>
        <w:t>That he can heal everyone, even, even those who have no hope at all</w:t>
      </w:r>
    </w:p>
    <w:p>
      <w:r>
        <w:t>And he attained such perceptions, ch.. chas.. mercy that Hashem, Hashem’s kindnesses, which had not yet been revealed in the world</w:t>
      </w:r>
    </w:p>
    <w:p>
      <w:r>
        <w:t>So through this he can, he can bring out every, everything</w:t>
      </w:r>
    </w:p>
    <w:p>
      <w:r>
        <w:t>From the abyss, from the mud, from the impurity</w:t>
      </w:r>
    </w:p>
    <w:p>
      <w:r>
        <w:t>[…..]</w:t>
      </w:r>
    </w:p>
    <w:p>
      <w:r>
        <w:t>{..}, one can sing “To make known” every Shabbos, every single day, yes, all the days of our lives…</w:t>
      </w:r>
    </w:p>
    <w:p>
      <w:r>
        <w:t>[Every day is Purim]…</w:t>
      </w:r>
    </w:p>
    <w:p>
      <w:r>
        <w:t>...[Saba sings:</w:t>
      </w:r>
    </w:p>
    <w:p>
      <w:r>
        <w:t>“Mighty in kingship, chosen according to halacha, His legions will say to Him</w:t>
      </w:r>
    </w:p>
    <w:p>
      <w:r>
        <w:t>To You and to You, to You because to You, to You, indeed to You, to You, Hashem, is the kingship, for to Him..”]</w:t>
      </w:r>
    </w:p>
    <w:p>
      <w:r>
        <w:t>{….}</w:t>
      </w:r>
    </w:p>
    <w:p>
      <w:r>
        <w:t>For..</w:t>
      </w:r>
    </w:p>
    <w:p>
      <w:r>
        <w:t>But he will endure</w:t>
      </w:r>
    </w:p>
    <w:p>
      <w:r>
        <w:t>[Saba continues singing:</w:t>
      </w:r>
    </w:p>
    <w:p>
      <w:r>
        <w:t>“For to Him it is fitting, for to Him it is becoming..</w:t>
      </w:r>
    </w:p>
    <w:p>
      <w:r>
        <w:t>Mighty in kingship, chosen according to halacha, His legions will say to Him</w:t>
      </w:r>
    </w:p>
    <w:p>
      <w:r>
        <w:t>To You and to You, to You because to You, to You, indeed to You, to You, Hashem, is the kingship, for to Him it is fitting, for to Him it is becoming..</w:t>
      </w:r>
    </w:p>
    <w:p>
      <w:r>
        <w:t>Powerful in kingship, a supporter according to halacha, His perfect ones will say to Him: To You and to You, to You because to You, to You, indeed to You, to You, Hashem, is the kingship, for to Him it is fitting, for..”]</w:t>
      </w:r>
    </w:p>
    <w:p>
      <w:pPr>
        <w:pStyle w:val="Heading2"/>
      </w:pPr>
      <w:r>
        <w:t>Side B (Bais)</w:t>
      </w:r>
    </w:p>
    <w:p>
      <w:r>
        <w:t>…Strive to reach him. [Yoy?] Yes.</w:t>
      </w:r>
    </w:p>
    <w:p>
      <w:r>
        <w:t>[This song that we just heard — tells in fact about our next subject. This is the story of a wondrous and unusual petek — that was revealed in Teveria seventy years ago — and there is much to say about those who reveal it — the Breslov Chassidim. We are hosting here three people: Aharon Fetz — Sharon Taltsur — and Rebbe Yisroel Dov Odesser. (not understood) Sharon — what is the special story of this petek? How was it revealed? In what circumstances?]</w:t>
      </w:r>
    </w:p>
    <w:p>
      <w:r>
        <w:t>[Sixty-three years ago — to be precise — this petek was found by Rav Odesser. Five days before the petek was found — he had failed in the fast of the Seventeenth of Tammuz. And for five days as a result he fell into depression — because he had been accustomed to fasting from the age of six — Mondays and Thursdays — and the eve of Rosh Chodesh — and this was a public fast — a public fast that everyone must observe — and he had failed in it. So five days he was in depression — until there entered his mind the thought that perhaps the remedy — the remedy would be in his bookcase — which was locked — because Breslov books were then forbidden to be touched by other Chassidim. He entered and opened the case and took a book — opened it — and found the petek inside. And in the petek it is written: "Me'od hayah kasheh li laredess elecha talmidi hayakar lehagid lecha ki nehenaytis me'od me'avodascha v'alecha amarti mein Feiyerel vet tlien biz Mashiach vet kumen — chazak v'amatz b'avodascha — Na Nach Nachma Nachman MayUman." And after this story there is a secret — and it is: "Melo v'gadish miku l'ku — Pey-Tzadi-Pey-Tzadi-Yud-Hay" — this is a sign that the petek descended from the heavens and was not found just by chance. "V'siman yud-zayin b'Tammuz yomru she'ayncha mis'aneh" — he had not revealed to anyone that he had failed in the fast of the Seventeenth of Tammuz — to no one except the Holy One Blessed Be He. He failed — he did not want to…]</w:t>
      </w:r>
    </w:p>
    <w:p>
      <w:r>
        <w:t>[And how is it written in the petek?] [And this is written in the petek — that this petek descended — "v'siman yud-zayin b'Tammuz yomru she'ayncha mis'aneh" — this reveals to us that this petek is an original from Rebbe Nachman — sent from the heavens. "Me'od hayah kasheh li laredess elecha" — "me'od hayah kasheh li laredess elecha" — this is of course a matter of faith — and this is the whole matter of the people of Yisroel — this is faith — to examine through faith this matter — because this — all the people of Yisroel — this is…] [Rebbe Yisroel — it is written there "talmidi" — so you were his student — after all you did not know Rebbe Nachman — this was long before your time?] But like this he speaks in his Torah — in his Torah teaching — that his matter is Rebbe and students. [That is all the Chassidim of Breslov…] All the Chassidim — great and small — there are no great ones and no small ones — we are all friends! [What did you do — what did you do with this petek that you found? What did you do with it? What use? What did you use the petek for?] It was set in the bookcase. [And afterwards? When you took it?] And afterwards it was on it — on it — dangers — great dangers. Before the war of Hitler — they asked me from Poland to send them the — they had heard of it — so they asked me to send it to them. [And you sent it.] And I sent it. This was utter madness — this — one does not send such a thing and… Not — not by post — one does not send by post. But I could not refuse such friends. So I sent it. And they — and they returned it to me. And I received it back by post. [And this petek — does it have some power — some special virtue?] The power of strengthening — that it lifts a person from the ultimate descent to the ultimate ascent. For example — here it is written: "Me'od hayah kasheh li laredess elecha" — so Heaven forfend — I need to dig — to dig a grave and bury myself — from the magnitude of the shame. Before the holy Rabbainu — such a thing — if it was hard for him — this is a descent — that… And immediately after such a descent — he — he — he — he revives me. He raises me up: "Talmidi hayakar." [Ah — he elevates.]</w:t>
      </w:r>
    </w:p>
    <w:p>
      <w:r>
        <w:t>Yes. [Now we will ask — with your permission — Rebbe Yisroel — we will ask with your permission — Aharon Fetz. But still — such a petek — aside from the fact that it is perhaps already very old — perhaps this paper is special — what is its value in your eyes — the Breslov Chassidim? Does it have some kind of virtue — medicinal?] [In Torah section Eight — Part Two — in Likutay Moharan — Rebbe Nachman says: that in the future he will renew his world with the song 'pashut — kaful — meshulass — meruba' — and he did not say who the song is. And here he reveals the revelation of the redemption. I am the song — "Na Nach Nachma Nachman MayUman." I am the song. There is an amulet upon me with this name. And we gave this to people — and it made miracles. I am certain and convinced that all the soldiers in the IDF in Lebanon who will say this song — not one of them will be harmed — and so on — all the people of Yisroel — those who are in hospitals — and everyone who has sorrow — even — even if a policeman stopped him on the road — "Na Nach Nachma Nachman MayUman" — this nullifies everything. This — this has proven everything.]</w:t>
      </w:r>
    </w:p>
    <w:p>
      <w:r>
        <w:t>[Sharon Taltsur — I am certain with this name. You — were you not {mocking in the streets of} Meah Shearim when you were young?] [Not when I was young — not when I was young.] [No — yes. When you did teshuvah — were you in a kibbutz?] [Yes — I finished the army and…] [Now I am asking you — when you were raised in education — you received all the education you received — humanist — western — modern — are you truly and always convinced — that this petek was truly thrown down from the heavens through Rebbe Nachman?] [Not only am I convinced that this petek descended from the heavens — but I am convinced that this small petek that lies here — will go — will turn the entire world around — to such a degree I am convinced — to such a degree. Why are the people of Yisroel and the whole world in such darkness and such confusion of mind — that the people of Yisroel are searching for a point of light within the darkness? And here we have — a revelation of something that descended from the heavens — and there is no way to return this through any other means. Because we have a tzaddik who explains to us — that he found — and how he found this — and what happened to him — that no one knew that he ate on the Seventeenth of Tammuz during the fast — and only from the heavens they knew. So it seems that this petek — not only is it from the heavens — but it also has a message for the entire people of Yisroel — not only for Breslov Chassidim — or for me — or for him — but this is…] [This is a great waste — in thirty-three years…] [No — no waste — this was preparation — the people of Yisroel went through all the rectifications.] [But why have you not made use of it until now?] [Because the time of revelation is now — according to what Rebbe Yisroel tells us — we… people reached him — and the time has come for it to be revealed in the world. And President Shazar — and Shazar believed in the petek — but he said to him: the time has not yet come. If I reveal the petek — they will remove me from the presidency.] [And now the time has come?] [Yes.] [Now — what are we supposed to do now — particularly now — that we are presenting what Breslov is…] [As a result of the use of this name — people will merit to see miracles. As a result of the miracles — they will run to the books of Rebbe Nachman. The main thing is to engage with the books of Rebbe Nachman — to fulfill his advice.] [I want to understand — that is to say — if — if… you are now presenting before the people of Yisroel the petek — and you believe that now — in the wake of its presentation…] [Yes.] [In the wake of the fact that the people of Yisroel are a people of believers — and that they will accept the petek and accept what is written in it as true and accurate truth — because the people of Yisroel are believers — children of believers.] [And now their entire test is that they will say with simple faith — all the people who are wise in their own eyes — "Na Nach Nachma Nachman MayUman" — and not be so clever — but simple — as Rabbainu asks of a Jew to be.] [Thank you greatly — Rebbe Yisroel — thank you — Sharon and Aharon. In that the presentation of this petek touches upon something of the pains and hardships of the people of Yisroel — that shall be our reward. We return…]</w:t>
      </w:r>
    </w:p>
    <w:p>
      <w:r>
        <w:br w:type="page"/>
      </w:r>
    </w:p>
    <w:p>
      <w:pPr>
        <w:pStyle w:val="Heading1"/>
      </w:pPr>
      <w:r>
        <w:t>Tape 9</w:t>
      </w:r>
    </w:p>
    <w:p>
      <w:pPr>
        <w:pStyle w:val="Heading2"/>
      </w:pPr>
      <w:r>
        <w:t>Side A (Aleph)</w:t>
      </w:r>
    </w:p>
    <w:p>
      <w:r>
        <w:t>Sixty-three years ago. And sixty years it was completely secret. No one knew — not… Only to my children I told the matter. Yes. But… And also there were a few — select individuals — who were holy tzaddikim and friends of mine — I told them. And they accepted it. A wonder — how — how can one accept this? This is beyond — beyond nature. Nu. And they accepted it. The matter was — I must speak — I must tell briefly — in essence. Sixty-two years ago there was such an event. I failed — failed and fell. This was on the day — the Seventeenth of Tammuz. This is a stringent fast — of the four fasts — before the Ninth of Av — for the destruction — the destruction. And I — and I was accustomed to fasting all — all the fasts — Beh"b — Monday — Thursday — Monday — the eve of Rosh Chodesh — {I…} Yes. And also I made a fast every day. From midnight until after the prayer I did not taste even water — as my holy teacher Rebbe Yisroel (Kardonner) was accustomed to do. And on the day of the Seventeenth of Tammuz — which is a stringent fast — I fell and failed. It seemed to me that I was ill… that I was not feeling well and I was compelled — I was compelled to cancel the fast. In any case — however it would be — I — I am ashamed to tell everything — and I… In any case I failed. A descent — I descended a great descent — and I ate in the morning in such a state. This — and this weighed upon me. And I had great sorrow and I fell into such a sadness — that everyone who looked at me — sadness fell upon him. From the fact that I had not — had not fasted. In any case — and they were all opponents — and said: "This is the end of — of Breslov. In the end one goes mad." They thought that this — that I — who had always been in joy — suddenly the whole week — Sunday — Monday — Tuesday — Wednesday — in any case I had great sorrow — and also not… And I could not serve Hashem. I was — I was in darkness — in great sorrow — from such sadness — truly as if one goes out of one's mind. And they all rejoiced and said: "This is the end of the Breslov Chassidim." So I prayed to Hashem to have mercy on me and take me out of this — that I am causing — I am causing thereby a disgrace — a desecration of Hashem for Breslov. So — so there entered my mind a strong thought — as if someone stands and says words to me: "Enter your room — and there I had a bookcase. Open the bookcase and take out some book — any book at all. Do not intend anything — just put out your hand on a book and take it out and open it — and open it. Yes. Wherever you open — and there you will find a remedy for your soul!" Nu. So I had such a strong thought. So I said: "What — what — what — what do I have to lose? I will enter the room — and I will do this." Nu. I entered the room and opened the bookcase and took out a book and opened it. And there was — oy. Is there — is there something here? Ho — ho — there is something here — yes. This is the photograph — this is a photograph of the Petek. I opened the book — and the piece of paper was inside it. I did not pay attention to the paper. The paper will be my remedy? What will I have (not understood) paper? So I read the Halachah — where I had opened. Perhaps I would find there such words — that would help me. So I read — and this revived me. But when I finished — the illness returned as it had been. So it occurred to me — I thought — Heaven forfend — that there is no — that I have no — no possibility of recovery — no — no — no remedy at all. So before… I wanted to return the book to its place. Before I closed the book — I noticed that there is — that there is something here — that there are lines of writing. I began to read. Only I began to read — I saw that this — that this is a wondrous thing. "Me'od hayah kasheh li laredess elecha Talmi…" — immediately — and altogether I cannot tell even if I were able to speak — what I felt. What is in this — and what — what there is in this — it is impossible to reveal — impossible to tell — impossible to speak. But… Good. I began to read — and I read it all — to the very end I read it. As… Immediately when I finished reading — I entered into such a joy — not of this world — only of the World to Come. Such joy — I began to dance and to clap hands — and such nigunim of joy. And they from the yeshiva heard. They knew that I had been in sadness the whole week — and now I — they heard that I am in such joy — dancing. (Saba laughs.) Yes. So they — they said: "Now he is in complete disorder — he is already — there is (not understood) — he is mad." They entered the room and brought me out to the courtyard — and the whole yeshiva made a circle. And I was in the middle — and danced. They all rejoiced and all mocked me: "The madman is dancing." Altogether they stood for several hours — several hours. They said: "He — he is not — he is not tired. We — we (not understood) — we cannot stand." They all went — and I remained — and danced almost the whole night. Good. And from then — from that night — I received a name throughout the entire city of Teveria. I entered from the yeshiva into the city — so everyone said — they knew that the Breslov man — he has already gone mad. And I… And this — this is it — this is the Petek. Nu. I have nothing — no… I tell as it was. And also not everything — only… And this I know. Yes — yes. Much. I showed this in Yerushalayim to great Mekubalim in Yerushalayim — and they — they were astonished. They were so moved by this. In any case — I do not need to bring witnesses. This — it is a witness — it is a witness unto itself. Just to see the signature of Rabbainu with — with — with vowel points — "Na — Na Nach Nachma Nachman MayUman." This is the signature. This signature — the holy Rabbainu in his lifetime he signed his name on his letters as 'Nachman' — 'Nachman.' Here it is written "Na Nach Nachma Nachman" with vowel points — 'MayUman.' This is the world — the whole world knows of Rebbe Nachman of Breslov. Here it is written 'MayUman' — because — because he dwells in Uman. Yes. And also he revealed to me — this — that I did not fast on the Seventeenth of Tammuz. No one — no one knew. Yes. I would cause a desecration of Hashem — they would say the Breslov Chassidim do not fast on the Seventeenth of Tammuz. I — this was secret. Yes. And also it is written here: "Siman yud-zayin b'Tammuz yomru she'ayncha mis'aneh" — a sign that only I — only I and the Holy One Blessed Be He knew of this. This is the sign. And also here 'b'Tammuz' — with vowel points — sheva under the Bais — patach under the Sav — patach — 'b'Tammuz.' Only this… First of all — this signature — this — this is a new revelation in the world. Because the holy Rabbainu speaks in Likutay Moharan — that there is a song 'pashut — kaful — meshulass — meruba' — that will be revealed in the future — through Mashiach Tzidkaynu — that will be revealed in the future. And here he reveals that this song — 'pashut — kaful — meshulass — meruba' — he — he — he is this song. (Saba laughs.) Yes. ["Na Nach Nachma Nachman."] "Na Nach" — ho — ho. Yes — with vowel points. And also I cannot speak of all — all — all — all of this matter. What — what I see in this — "Me'od — me'od hayah kasheh li laredess elecha" — 'laredess elecha' — one sees — one sees a descent. All the lines are straight — straight — only this — this is also straight — but 'laredess elecha' — it goes downward. [It goes down.] Yes. Nu — good. "Me'od hayah kasheh li laredess elecha" — if with the holy Rabbainu Rebbe Nachman it was hard to descend to me — 'laredess elecha' — this is a descent — Heaven forfend — this is very awesome. Yes. Nu. And immediately he strengthens me: "Talmidi hayakar" — "Talmidi hayakar." 'Talmidi' alone — is that not enough? "Talmidi hayakar." And it could also have been — without "Talmidi hayakar" — "laredess elecha — lehagid lecha — ki nehenaytis me'od me'avodascha." Yes — not. "Talmidi hayakar" — he strengthens me. He — he — he — he brings me up from beneath — from the depths of the abyss — and raises me to the height of the loftiest heights: "Talmidi hayakar" — "lehagid — lehagid lecha ki — ki nehenaytis — ki nehenaytis me'od me'avodascha v'alecha amarti" — "nehenaytis me'od me'avodascha" — this is one thing. "V'alecha amarti" — this is another thing. These are two things — "v'alecha amarti." What did I say about you? The holy Rabbainu said in his lifetime a conversation: "The fire of mine will burn until the coming of Mashiach." Like this it is — like this it is written in the book Chayay Moharan. And here he reveals — this I said. What I said — "mein Feiyerel… the fire of mine will burn until the coming of Mashiach" — v'alecha amarti — I said this about you. That through you — the light will illuminate until the coming of Mashiach. 'V'alecha amarti' — this I said! "V'alecha amarti — mein Feyr… the fire of mine will burn until the coming of Mashiach — mein Feiyerel vet tlien biz Mashiach vet…" — do you also know Yiddish? "Mein Feiyerel vet tlien biz Mashiach vet kumen." Nu. "V'alecha amarti" — two things. "Nehenaytis me'od me'avodascha" — "v'alecha amarti" — you can strengthen yourself: "Chazak v'amatz b'avodascha" — this is the seal — this is already sealed. He reveals to me two things — "nehenaytis me'od me'avodascha" — and "v'alecha amarti" — and he seals upon this — it is finished. This — this is the letter. He announces to me two things: "Nehenaytis me'od me'avodascha" — "v'alecha amarti — mein Feiyerel vet tlien biz Mashiach vet kumen" — "Chazak v'amatz b'avodascha" — I had completely lost all confidence — and he: 'Chazak…' — if so: "Nehenaytis me'od me'avodascha v'alecha amarti" — you can strengthen yourself: "Chazak v'amatz b'avodascha" — and also the lines — one — two — three — four — five — six — "b'avodascha" — this is also a line — even — and even one — this — this is a line — six. And the holy Rabbainu — the signature — it is on the line — on the [seventh] seventh. This is Shabbos — this is the tzaddik — the aspect of Shabbos. And there is also the secret — afterwards: "U'v'zeh — u'v'zeh agaleh l'cha sod v'hu" — a secret. "Melo v'gadish miku l'ku — Pey-Tzadi-Pey-Tzadi-Yud-Hay" — this — this is the name of the angel of the blowing — of the blowing — of the blowing of the shofar. This — only this word — it is in regular writing — which he wrote. These are Rashi letters — and these are regular letters — as one writes. And one recognizes that this is his handwriting. [Handwriting?] His handwriting — yes. For this reason — Rashi — not — not — not {possible}. But this — this is his handwriting. Yes. Nu. I — I do not understand this — the secret. "U'v'chazuk avodah tvavinayhu" — if I hold fast to the service of Hashem — "tvavinayhu" — and now he tells — he — he tells me the sign — that only I knew of this. All — all… This was secret — each one did not — did not know of this. Yes. He reveals to me the sign of the Seventeenth of Tammuz — this was what it was. Oy — oy — oy — oy — oy. Master of the Universe — Master of the Universe. In any case — the main thing — the words — that we must reveal and publicize and give our souls for this matter — that all the redemption depends on Rabbainu Rebbe Nachman of Breslov — to study his books. He is this… Every letter — every Torah teaching — every — every word of his — is such a light — that he speaks to you — speaks what you need — all the matters that pass over you — that have passed over you — that pass over you — and so for this one — and so for that one — and so for every single one. And so I — and every single one. And every word that Rabbainu revealed — it is the generality of every single person of Yisroel — what passes over him and what has passed over him. His illnesses and his remedies — not only the illnesses — he — he — he — he corrects — purifies and heals all the sick — all — all the worst in the world — those who have no possibility of recovery — none — no tzaddik can help them. But Rabbainu Rebbe Nachman said: "Va'ani rofeh osah" — "and I heal her." This is the end of the story of the 'Seven Beggars.' Do you know the story — the Ma'asiyos? Do you have the Ma'asiyos of Rabbainu? [Yes.] Yes. There is at the end of the story of the 'Seven Beggars' — at the end of this story — the sixth beggar says. The sixth beggar told a story and said: "The princess received all the arrows — with all — with all the poisoned ones. Yes. And she fell into a swoon. Nu. And I…" Like this said the beggar: "Va'ani rofeh osah" — "and I heal her." This applies to all — to all the people of Yisroel — to each and every one. "Va'ani rofeh osah — and I heal her." She {fell} — already fell — received all the arrows and she fell. "Va'ani rofeh osah" — only "va'ani rofeh osah." There is no — none who can heal this. This… But this is the holy Rabbainu — the beggar said: "Va'ani rofeh osah." And the holy Rabbainu revealed about — about himself — that he is this beggar — that he heals her. "Va'ani rofeh osah" (Saba draws out the word "and I") — he said about himself. [I — I.] Yes. 'Ani.' Yes. (Saba laughs.) Yes. We are rectified. We already have all the rectifications and remedies and salvations that each and every one needs — through Rabbainu Rebbe Nachman. Only Rabbainu Rebbe Nachman — he is the root of Torah — he is the root of emunah — he is the root of every single person of Yisroel. However he is found — in whatever place he has descended — in whatever place he is — he — he takes him out — he heals him. Yes. What — what is impossible to heal — such a sick one — who has none — none — none — no remedy for such an illness — but Rabbainu Rebbe Nachman — he revealed — that he indeed can heal and rectify everything. Yes — yes. There are wondrous hidden matters in this. But — but it has not been revealed in the world. Because I remember — seventy years ago — when I drew close to Rabbainu — there was a prohibition to study Breslov books. There was a prohibition to study Breslov books. I found a Breslov book and did not know it was Breslov — and I was reading it. So they saw: "What are you doing? You are studying this book?" Yes. So this was the first time I heard that there is Breslov in the world. I had not heard… Not — I did not know there was Breslov in the world. So I knew that there was Breslov: "Do you not know this is a Breslov book? It is forbidden to read it." Blessed be Hashem — today one can read in every synagogue. Yes. Every one who wants to learn — this — this is signs — signs of the redemption — signs that we stand — that according to our prayers — according to our deeds — we already have none — none — none — no rectification for such sick people. But Rabbainu Rebbe Nachman has already been in the world — and he — he can rectify all the illnesses and all — there is no place — that he cannot rectify and heal. Yes. So — so when we hear this — then we must give our souls to set within our hearts his holy words — his Torah teachings and prayers and halachos. There is the book Likutay… the book Likutay Halachos. Do you know of this? [Halachos and there are prayers — advice.] And also Likutay Aytzos. Yes — yes — yes. All of us — we must. [Rebbe Nassan wrote it.] Yes — yes. We must be expert in the book Likutay Moharan. The holy Rabbainu said — that one must be expert in this — that one can say it by heart forwards and backwards. Even backwards. Yes. Such expertise is needed for this — because this is all our life-force. Every word is all our life-force — every word of his — even one word. And the holy Rabbainu revealed that he is hinted at in a verse. There is a verse in Tanach: "N'chal N'ovea M'kor Ch'ochmah" — and its initial letters spell "Nachman." And he is hinted at in this verse: "Nachal Novea Makor Chochmah." He flows and flows — and flows — a source of wisdom — such wisdom as has not yet been in the world. We have Torah and all the books of all the tzaddikim — and this is the root of all Torah. This surpasses everything. Through this we can draw close to Torah — to know — to see the light of Torah. In Torah there is — there is much power — there is an elixir of life — and its opposite. Yes. And through the holy Rabbainu — one merits to see the light of Torah as one should. Because there are — there are very hidden matters in this. But now we see that the whole world — even non-Jews — the wise men of the non-Jews — {in the university} — at the university — they wonder greatly at Rabbainu Rebbe Nachman of Breslov. Even non-Jews. I spoke with several people who know of this — from London and from England and… They always speak of Rebbe Nachman of Breslov — of the Ma'asiyos — of — of his words. Yes. And one sees that the whole world are drawing themselves to Rabbainu Rebbe Nachman of Breslov. One sees… There were many tzaddikim in the world — the holy Ba'al Shem and his disciples and… There were many disciples — they do not speak of any one of them… Only there remains for us as if there is a singular one in the world — Rebbe Nachman of Breslov. And so we — the main thing is to extract from this — that we must give our souls to be expert in his holy words. Then we will merit to… But with emunah — one can learn and not know — be as if there was nothing at all — if — if — if for the sake of pride — "I am Breslov" — for the sake of — for the sake of — for the sake of — only for the sake of pride that I am expert in Likutay Moharan — this… The main thing is to learn so that we know how to fight — the strategies of war — how to fight and conquer — to subdue the evil. Yes. Oy — nu. May the Holy One Blessed Be He have mercy upon us. And we need great compassion. And this — we — I and my friends — have seen many signs from this holy Name: "Na Nach Nachma Nachman MayUman." In America there was such an event. A secular man — he heard from various people — they were in the same place together. And he heard… We — in recent times — we made amulets from this holy Name "Na Nach Nachma Nachman" — and this is effective for a person for all the salvations he needs. This — this is a protection — like an amulet. Yes. He heard this and he heard — in a time of trouble — in a moment when a person suffers some trouble — to say with the mouth — in addition to the amulet — to say with the mouth: "Na Nach Nachma Nachman MayUman." Nu — so. He — he heard this — and he is secular — he knows nothing — does not know Torah — {what is} faith — he went with another one in a taxi. And it was on that day such cold in America — and such snow. And his car broke down completely — without any… He needs a garage — he needs treatment. Yes. Medical treatment — it is impossible to… And the cold was so fierce — one could literally die — perish — from the cold. And he — he…</w:t>
      </w:r>
    </w:p>
    <w:p>
      <w:r>
        <w:t>…A story — of a baby girl one and a half years old. A boiling kettle of water fell upon her — from the fire — and fell upon her — upon her face. Nu. They took her to Beilinson Hospital. And the doctors saw her — and they had great sorrow. How is she… She is in great danger. And even if she comes out of the danger — what kind of face — not — not k… And her parents saw the trouble — but they did not — did not know anything. They had some — some relative who had the amulet. She went to visit her. And she placed her amulet upon — upon the sick one. Yes. Upon the baby girl. And two days passed — and she was healed — and the burn was gone — as if she had just now been born anew. She has a father and a mother — they all know — the family — and the doctors also. The doctor who treated her — so he — he went mad. He said to them: "What did you do? What — what — what happened?" They told him — this is the amulet. She — she gave him the amulet. He took the amulet — and until today he does not want to return the amulet. [He wants to sing a little.] Ah? [He wants to sing.] Who — who is this? [This is Yisroel Dagan.] Ah…</w:t>
      </w:r>
    </w:p>
    <w:p>
      <w:pPr>
        <w:pStyle w:val="Heading2"/>
      </w:pPr>
      <w:r>
        <w:t>Side B (Bais)</w:t>
      </w:r>
    </w:p>
    <w:p>
      <w:r>
        <w:t>[The supplied transcript explicitly states that this tape side is missing. No wording has been invented.]</w:t>
      </w:r>
    </w:p>
    <w:p>
      <w:r>
        <w:br w:type="page"/>
      </w:r>
    </w:p>
    <w:p>
      <w:pPr>
        <w:pStyle w:val="Heading1"/>
      </w:pPr>
      <w:r>
        <w:t>Tape 10</w:t>
      </w:r>
    </w:p>
    <w:p>
      <w:pPr>
        <w:pStyle w:val="Heading2"/>
      </w:pPr>
      <w:r>
        <w:t>Side A (Aleph)</w:t>
      </w:r>
    </w:p>
    <w:p>
      <w:r>
        <w:t>...hands {bare}, short, short sleeves.</w:t>
      </w:r>
    </w:p>
    <w:p>
      <w:r>
        <w:t>Then fear fell upon them; they covered their heads and also their hands with, with, with towels. [For Rebbe Yisroel Kardonner?]</w:t>
      </w:r>
    </w:p>
    <w:p>
      <w:r>
        <w:t>Eh?</w:t>
      </w:r>
    </w:p>
    <w:p>
      <w:r>
        <w:t>[Whom do you mean? Rebbe Yisroel Kardonner?]</w:t>
      </w:r>
    </w:p>
    <w:p>
      <w:r>
        <w:t>Yoy.</w:t>
      </w:r>
    </w:p>
    <w:p>
      <w:r>
        <w:t>[From Tiberias ...?]</w:t>
      </w:r>
    </w:p>
    <w:p>
      <w:r>
        <w:t>They, they, they were not from Tiberias; they were from the colony, like us.</w:t>
      </w:r>
    </w:p>
    <w:p>
      <w:r>
        <w:t>And the householder... after the prayer he came in to us; he had prepared...</w:t>
      </w:r>
    </w:p>
    <w:p>
      <w:r>
        <w:t>We were here in the room, and there was another room there with a table, chairs.</w:t>
      </w:r>
    </w:p>
    <w:p>
      <w:r>
        <w:t>And he prepared a large table with all the good things in the world, and eggs, cheese, cream.</w:t>
      </w:r>
    </w:p>
    <w:p>
      <w:r>
        <w:t>[All good things...]</w:t>
      </w:r>
    </w:p>
    <w:p>
      <w:r>
        <w:t>The farmer... a farmer has all good things.</w:t>
      </w:r>
    </w:p>
    <w:p>
      <w:r>
        <w:t>There was hunger, but they had all good things.</w:t>
      </w:r>
    </w:p>
    <w:p>
      <w:r>
        <w:t>[......]</w:t>
      </w:r>
    </w:p>
    <w:p>
      <w:r>
        <w:t>And there were olives, olives and eggs and every kind of food in the world on the table.</w:t>
      </w:r>
    </w:p>
    <w:p>
      <w:r>
        <w:t>And he came in to us and said to Rebbe Yisroel, submissively, as though he were standing before the king:</w:t>
      </w:r>
    </w:p>
    <w:p>
      <w:r>
        <w:t>"I beg you to eat."</w:t>
      </w:r>
    </w:p>
    <w:p>
      <w:r>
        <w:t>Good, we went in, and there were all kinds, all kinds of foods in the world, a table.</w:t>
      </w:r>
    </w:p>
    <w:p>
      <w:r>
        <w:t>So he said to him, so he said to him:</w:t>
      </w:r>
    </w:p>
    <w:p>
      <w:r>
        <w:t>"That he does not want, he does not, he does not need anything but tea and bread," yes.</w:t>
      </w:r>
    </w:p>
    <w:p>
      <w:r>
        <w:t>So he said to him:</w:t>
      </w:r>
    </w:p>
    <w:p>
      <w:r>
        <w:t>"It is kosher; there is no... olives are kosher, and eggs are kosher, and everything...</w:t>
      </w:r>
    </w:p>
    <w:p>
      <w:r>
        <w:t>And the milk is kosher; I am not a gentile, {....}, and everything is kosher."</w:t>
      </w:r>
    </w:p>
    <w:p>
      <w:r>
        <w:t>So he said to him:</w:t>
      </w:r>
    </w:p>
    <w:p>
      <w:r>
        <w:t>"No, no, I do not, I do not need any more," yes.</w:t>
      </w:r>
    </w:p>
    <w:p>
      <w:r>
        <w:t>And the boys and the girls—the girls went; it was a beautiful Purim.</w:t>
      </w:r>
    </w:p>
    <w:p>
      <w:r>
        <w:t>They went with, with towels, a covering, to cover their heads and hands.</w:t>
      </w:r>
    </w:p>
    <w:p>
      <w:r>
        <w:t>It was beautiful to see such a thing.</w:t>
      </w:r>
    </w:p>
    <w:p>
      <w:r>
        <w:t>[Was he a Breslover from his father, Rebbe Yisroel Kardonner?]</w:t>
      </w:r>
    </w:p>
    <w:p>
      <w:r>
        <w:t>No.</w:t>
      </w:r>
    </w:p>
    <w:p>
      <w:r>
        <w:t>[Or did he become one?]</w:t>
      </w:r>
    </w:p>
    <w:p>
      <w:r>
        <w:t>He had become close.</w:t>
      </w:r>
    </w:p>
    <w:p>
      <w:r>
        <w:t>[... ...]</w:t>
      </w:r>
    </w:p>
    <w:p>
      <w:r>
        <w:t>Like that, miracles, like that... {....}</w:t>
      </w:r>
    </w:p>
    <w:p>
      <w:r>
        <w:t>He had become close; he took it upon himself to be a Chassid.</w:t>
      </w:r>
    </w:p>
    <w:p>
      <w:r>
        <w:t>[He found a book, "Tikkun HaKlali."]</w:t>
      </w:r>
    </w:p>
    <w:p>
      <w:r>
        <w:t>He was a Chassid.</w:t>
      </w:r>
    </w:p>
    <w:p>
      <w:r>
        <w:t>[He found a book, "Tikkun HaKlali."]</w:t>
      </w:r>
    </w:p>
    <w:p>
      <w:r>
        <w:t>[....]</w:t>
      </w:r>
    </w:p>
    <w:p>
      <w:r>
        <w:t>Eh?</w:t>
      </w:r>
    </w:p>
    <w:p>
      <w:r>
        <w:t>[Was he from the Land of Israel?]</w:t>
      </w:r>
    </w:p>
    <w:p>
      <w:r>
        <w:t>No.</w:t>
      </w:r>
    </w:p>
    <w:p>
      <w:r>
        <w:t>[..]</w:t>
      </w:r>
    </w:p>
    <w:p>
      <w:r>
        <w:t>Ternopol.</w:t>
      </w:r>
    </w:p>
    <w:p>
      <w:r>
        <w:t>From the city of Ternopol; in Galicia there is a city, Ternopol.</w:t>
      </w:r>
    </w:p>
    <w:p>
      <w:r>
        <w:t>And he was born in that city, and his father was...</w:t>
      </w:r>
    </w:p>
    <w:p>
      <w:r>
        <w:t>[Already as a young man he became close?]</w:t>
      </w:r>
    </w:p>
    <w:p>
      <w:r>
        <w:t>Eh?</w:t>
      </w:r>
    </w:p>
    <w:p>
      <w:r>
        <w:t>[Already as a young man he became close?]</w:t>
      </w:r>
    </w:p>
    <w:p>
      <w:r>
        <w:t>Yes, yes.</w:t>
      </w:r>
    </w:p>
    <w:p>
      <w:r>
        <w:t>And his father did not want him to be Breslov, yes.</w:t>
      </w:r>
    </w:p>
    <w:p>
      <w:r>
        <w:t>And he had such grace, a king, such grace, and the speech...</w:t>
      </w:r>
    </w:p>
    <w:p>
      <w:r>
        <w:t>And a good heart, and all the good character traits; every kind of holy grace was, was in him.</w:t>
      </w:r>
    </w:p>
    <w:p>
      <w:r>
        <w:t>And he practiced hisbodedus before Hashem Yisbarach even before he became a Breslover Chassid, yes.</w:t>
      </w:r>
    </w:p>
    <w:p>
      <w:r>
        <w:t>He told me.</w:t>
      </w:r>
    </w:p>
    <w:p>
      <w:r>
        <w:t>His father was a great merchant, a wholesaler; do you, do you understand what I am saying?</w:t>
      </w:r>
    </w:p>
    <w:p>
      <w:r>
        <w:t>[.....]</w:t>
      </w:r>
    </w:p>
    <w:p>
      <w:r>
        <w:t>A great merchant, yes.</w:t>
      </w:r>
    </w:p>
    <w:p>
      <w:r>
        <w:t>Do you hear? I saw with my own eyes what cannot be de... what cannot be...</w:t>
      </w:r>
    </w:p>
    <w:p>
      <w:r>
        <w:t>And I am not exaggerating; on the contrary, everything I tell is not even like a drop from the sea.</w:t>
      </w:r>
    </w:p>
    <w:p>
      <w:r>
        <w:t>It is impossible to explain; it is a spiritual thing, it, it is such truth, impossible to explain.</w:t>
      </w:r>
    </w:p>
    <w:p>
      <w:r>
        <w:t>Oy vey.</w:t>
      </w:r>
    </w:p>
    <w:p>
      <w:r>
        <w:t>[.........]</w:t>
      </w:r>
    </w:p>
    <w:p>
      <w:r>
        <w:t>["America"]</w:t>
      </w:r>
    </w:p>
    <w:p>
      <w:r>
        <w:t>"America"?</w:t>
      </w:r>
    </w:p>
    <w:p>
      <w:r>
        <w:t>Is there such a thing in America?</w:t>
      </w:r>
    </w:p>
    <w:p>
      <w:r>
        <w:t>Oy, oy vey, oy vey, oy.</w:t>
      </w:r>
    </w:p>
    <w:p>
      <w:r>
        <w:t>[.......]</w:t>
      </w:r>
    </w:p>
    <w:p>
      <w:r>
        <w:t>Oy vey.</w:t>
      </w:r>
    </w:p>
    <w:p>
      <w:r>
        <w:t>[...........................]</w:t>
      </w:r>
    </w:p>
    <w:p>
      <w:r>
        <w:t>Before that, before the prayer, before that there was, there was...</w:t>
      </w:r>
    </w:p>
    <w:p>
      <w:r>
        <w:t>We, we set out from Yavne'el, the colony near Tiberias.</w:t>
      </w:r>
    </w:p>
    <w:p>
      <w:r>
        <w:t>He... and we walked, and it was winter; we began walking in the afternoon from some colony, and we walked—who knows—yes.</w:t>
      </w:r>
    </w:p>
    <w:p>
      <w:r>
        <w:t>And the air was very good, and no, there was no rain and no...</w:t>
      </w:r>
    </w:p>
    <w:p>
      <w:r>
        <w:t>There was rain, but while we were walking there was sun and...</w:t>
      </w:r>
    </w:p>
    <w:p>
      <w:r>
        <w:t>And suddenly a deluge came down.</w:t>
      </w:r>
    </w:p>
    <w:p>
      <w:r>
        <w:t>[Within the Land of Israel.]</w:t>
      </w:r>
    </w:p>
    <w:p>
      <w:r>
        <w:t>A deluge; there was a cloudburst, there was a cloudburst, and water poured down, a flood.</w:t>
      </w:r>
    </w:p>
    <w:p>
      <w:r>
        <w:t>And it became night, and it became night, with such darkness.</w:t>
      </w:r>
    </w:p>
    <w:p>
      <w:r>
        <w:t>One could not see where to walk, whether here or here, what... we were in mud.</w:t>
      </w:r>
    </w:p>
    <w:p>
      <w:r>
        <w:t>We were in mud up to our waists, and... and...</w:t>
      </w:r>
    </w:p>
    <w:p>
      <w:r>
        <w:t>[Hebrew, Hebrew.]</w:t>
      </w:r>
    </w:p>
    <w:p>
      <w:r>
        <w:t>And I had not yet...</w:t>
      </w:r>
    </w:p>
    <w:p>
      <w:r>
        <w:t>Nothing like this had yet happened to me.</w:t>
      </w:r>
    </w:p>
    <w:p>
      <w:r>
        <w:t>Because here, then, seventy years ago, the Turks were here, and there were dangers here.</w:t>
      </w:r>
    </w:p>
    <w:p>
      <w:r>
        <w:t>There were Arabs; they would murder and rob.</w:t>
      </w:r>
    </w:p>
    <w:p>
      <w:r>
        <w:t>They plundered and killed.</w:t>
      </w:r>
    </w:p>
    <w:p>
      <w:r>
        <w:t>And we were there at night, and there was this kind of flood, and we were up to our waists...</w:t>
      </w:r>
    </w:p>
    <w:p>
      <w:r>
        <w:t>[Hebrew.]</w:t>
      </w:r>
    </w:p>
    <w:p>
      <w:r>
        <w:t>In mud, and the mud was...</w:t>
      </w:r>
    </w:p>
    <w:p>
      <w:r>
        <w:t>[Hebrew.]</w:t>
      </w:r>
    </w:p>
    <w:p>
      <w:r>
        <w:t>Sticky.</w:t>
      </w:r>
    </w:p>
    <w:p>
      <w:r>
        <w:t>[Hebrew, Hebrew.]</w:t>
      </w:r>
    </w:p>
    <w:p>
      <w:r>
        <w:t>{Do you have}, eh?</w:t>
      </w:r>
    </w:p>
    <w:p>
      <w:r>
        <w:t>[Hebrew, Hebrew.]</w:t>
      </w:r>
    </w:p>
    <w:p>
      <w:r>
        <w:t>Hebrew.</w:t>
      </w:r>
    </w:p>
    <w:p>
      <w:r>
        <w:t>[Chezky wants to understand.]</w:t>
      </w:r>
    </w:p>
    <w:p>
      <w:r>
        <w:t>The mud was like...</w:t>
      </w:r>
    </w:p>
    <w:p>
      <w:r>
        <w:t>[Glue.]</w:t>
      </w:r>
    </w:p>
    <w:p>
      <w:r>
        <w:t>Like glue, like your glue, yes.</w:t>
      </w:r>
    </w:p>
    <w:p>
      <w:r>
        <w:t>(Not understood.)</w:t>
      </w:r>
    </w:p>
    <w:p>
      <w:r>
        <w:t>We pulled out one leg; it was a miracle.</w:t>
      </w:r>
    </w:p>
    <w:p>
      <w:r>
        <w:t>It was glue—how could one pull it out?</w:t>
      </w:r>
    </w:p>
    <w:p>
      <w:r>
        <w:t>Like that, we pulled out a leg and we went in.</w:t>
      </w:r>
    </w:p>
    <w:p>
      <w:r>
        <w:t>In any case, Rebbe Yisroel, peace be upon him, became ill.</w:t>
      </w:r>
    </w:p>
    <w:p>
      <w:r>
        <w:t>He contracted, he, he contracted a stomach illness, a gastric illness, and... nu.</w:t>
      </w:r>
    </w:p>
    <w:p>
      <w:r>
        <w:t>In any case, for the first time in my life, in my life, we were in a wilderness, in darkness, in a flood.</w:t>
      </w:r>
    </w:p>
    <w:p>
      <w:r>
        <w:t>And one did not know where, how, how, how, where to walk, and how to get out of the mud?</w:t>
      </w:r>
    </w:p>
    <w:p>
      <w:r>
        <w:t>Darkness.</w:t>
      </w:r>
    </w:p>
    <w:p>
      <w:r>
        <w:t>It is impossible to describe everything, but what can be...</w:t>
      </w:r>
    </w:p>
    <w:p>
      <w:r>
        <w:t>In any case, in short, we devo-, devo-... with self-sacrifice we made it to some place.</w:t>
      </w:r>
    </w:p>
    <w:p>
      <w:r>
        <w:t>To some place, because we could die here from the cold.</w:t>
      </w:r>
    </w:p>
    <w:p>
      <w:r>
        <w:t>[And it was hard for you to pull your leg from the mud and put it back into the mud; it did not want to...] [Very hard to go down.]</w:t>
      </w:r>
    </w:p>
    <w:p>
      <w:r>
        <w:t>[The leg did not want to come out of the mud; the leg sank, did not want to come out of the mud.]</w:t>
      </w:r>
    </w:p>
    <w:p>
      <w:r>
        <w:t>In any case, Hashem Yisbarach had mercy on us; He...</w:t>
      </w:r>
    </w:p>
    <w:p>
      <w:r>
        <w:t>And we had already walked a long time in the mud, and we had no hope at all.</w:t>
      </w:r>
    </w:p>
    <w:p>
      <w:r>
        <w:t>We saw no hope at all—how would we merit reaching an inhabited place? We were in darkness.</w:t>
      </w:r>
    </w:p>
    <w:p>
      <w:r>
        <w:t>We did not know where to walk, whether here, whether here, whether here.</w:t>
      </w:r>
    </w:p>
    <w:p>
      <w:r>
        <w:t>We did not know where to...</w:t>
      </w:r>
    </w:p>
    <w:p>
      <w:r>
        <w:t>In any case, the two of us strengthened ourselves, and like this we arrived.</w:t>
      </w:r>
    </w:p>
    <w:p>
      <w:r>
        <w:t>Suddenly I saw some lamp in the distance.</w:t>
      </w:r>
    </w:p>
    <w:p>
      <w:r>
        <w:t>There was no electricity then, only kerosene lamps.</w:t>
      </w:r>
    </w:p>
    <w:p>
      <w:r>
        <w:t>But by means of the...</w:t>
      </w:r>
    </w:p>
    <w:p>
      <w:r>
        <w:t>[Wick lamp.]</w:t>
      </w:r>
    </w:p>
    <w:p>
      <w:r>
        <w:t>The windows, the windows—I saw, I saw that it, there was light in a house.</w:t>
      </w:r>
    </w:p>
    <w:p>
      <w:r>
        <w:t>So I {understood} that this was an inhabited place, but how could we get there?</w:t>
      </w:r>
    </w:p>
    <w:p>
      <w:r>
        <w:t>In any case, Hashem Yisbarach (not understood).</w:t>
      </w:r>
    </w:p>
    <w:p>
      <w:r>
        <w:t>We finally reached the house, and the farmer saw our mud and the mo... yes.</w:t>
      </w:r>
    </w:p>
    <w:p>
      <w:r>
        <w:t>So he brought, brought us into a room.</w:t>
      </w:r>
    </w:p>
    <w:p>
      <w:r>
        <w:t>And we entered the room; the whole room became mud and water.</w:t>
      </w:r>
    </w:p>
    <w:p>
      <w:r>
        <w:t>So we said to him:</w:t>
      </w:r>
    </w:p>
    <w:p>
      <w:r>
        <w:t>"We need a little tea to warm the stomach, to warm the {.....}."</w:t>
      </w:r>
    </w:p>
    <w:p>
      <w:r>
        <w:t>So he said:</w:t>
      </w:r>
    </w:p>
    <w:p>
      <w:r>
        <w:t>"I have an oven; in the oven there is, there is a large kettle. We will give you as much tea as you want."</w:t>
      </w:r>
    </w:p>
    <w:p>
      <w:r>
        <w:t>By Hashem's kindness we had tea, we already had a room, we were on dry land, we were in a room.</w:t>
      </w:r>
    </w:p>
    <w:p>
      <w:r>
        <w:t>[...]</w:t>
      </w:r>
    </w:p>
    <w:p>
      <w:r>
        <w:t>He prayed; we prayed Ma'ariv as though, as though nothing had happened, as though there had been no mud, there had not been...</w:t>
      </w:r>
    </w:p>
    <w:p>
      <w:r>
        <w:t>Yes, he was renewed, "Who makes new things"; he became new.</w:t>
      </w:r>
    </w:p>
    <w:p>
      <w:r>
        <w:t>But I felt: now I am so weary, I am such a weak man.</w:t>
      </w:r>
    </w:p>
    <w:p>
      <w:r>
        <w:t>And my whole body hurt, all my limbs, {..}; let them only let me lie down for three... some several days.</w:t>
      </w:r>
    </w:p>
    <w:p>
      <w:r>
        <w:t>Only to lie down; let them give me nothing, only, I only want to lie down.</w:t>
      </w:r>
    </w:p>
    <w:p>
      <w:r>
        <w:t>And he—we ate, we ate something at night.</w:t>
      </w:r>
    </w:p>
    <w:p>
      <w:r>
        <w:t>But I wanted to see the bed; I do not want to eat, not to drink, I want only a bed, yes. And Rebbe Yisroel, and Rebbe Yisroel...</w:t>
      </w:r>
    </w:p>
    <w:p>
      <w:r>
        <w:t>Before, before he went to sleep on the bed, he had several, several words to speak with Hashem Yisbarach. Yes—does one give up the soul just like that?</w:t>
      </w:r>
    </w:p>
    <w:p>
      <w:r>
        <w:t>One needs to confess and speak with Hashem Yisbarach; the soul needs, needs to depart. So he...</w:t>
      </w:r>
    </w:p>
    <w:p>
      <w:r>
        <w:t>I asked him:</w:t>
      </w:r>
    </w:p>
    <w:p>
      <w:r>
        <w:t>"I want to lie down," so he gave me—there was my bed.</w:t>
      </w:r>
    </w:p>
    <w:p>
      <w:r>
        <w:t>Yes, and I lay down like, like a dead man.</w:t>
      </w:r>
    </w:p>
    <w:p>
      <w:r>
        <w:t>Oy, oy.</w:t>
      </w:r>
    </w:p>
    <w:p>
      <w:r>
        <w:t>And he, finally, after he finished the confession and the Kriyas Shema and... yes.</w:t>
      </w:r>
    </w:p>
    <w:p>
      <w:r>
        <w:t>As though nothing had happened.</w:t>
      </w:r>
    </w:p>
    <w:p>
      <w:r>
        <w:t>The Kriyas Shema was with such self-sacrifice: "Shema Yisroel..." "Ve'ahavta..."</w:t>
      </w:r>
    </w:p>
    <w:p>
      <w:r>
        <w:t>Nu, so I thought, "This night, this night it is impossible to rise for Chatzos.</w:t>
      </w:r>
    </w:p>
    <w:p>
      <w:r>
        <w:t>After such a flood and after...</w:t>
      </w:r>
    </w:p>
    <w:p>
      <w:r>
        <w:t>[Mud.]</w:t>
      </w:r>
    </w:p>
    <w:p>
      <w:r>
        <w:t>{Such exertion}, how can one rise at midnight?"</w:t>
      </w:r>
    </w:p>
    <w:p>
      <w:r>
        <w:t>So I thought, "This night there is no Chatzos," yes.</w:t>
      </w:r>
    </w:p>
    <w:p>
      <w:r>
        <w:t>But he was a mighty man, a lion; he rose at midnight.</w:t>
      </w:r>
    </w:p>
    <w:p>
      <w:r>
        <w:t>Yes, like, like someone who is being burned, whose house is burning, and one must save and one must... yes.</w:t>
      </w:r>
    </w:p>
    <w:p>
      <w:r>
        <w:t>He, he rose with such might after—I could not feel any limb; my whole body was, was hurting.</w:t>
      </w:r>
    </w:p>
    <w:p>
      <w:r>
        <w:t>Ahh, such a Chatzos, loving Hashem Yisbarach.</w:t>
      </w:r>
    </w:p>
    <w:p>
      <w:r>
        <w:t>Oy, I heard the Chatzos that he said with such arousal, without {…}.</w:t>
      </w:r>
    </w:p>
    <w:p>
      <w:r>
        <w:t>Nu, I was already lying in bed as one lies on sukkos, on...</w:t>
      </w:r>
    </w:p>
    <w:p>
      <w:r>
        <w:t>[On the... on...]</w:t>
      </w:r>
    </w:p>
    <w:p>
      <w:r>
        <w:t>Thorns, on thorns.</w:t>
      </w:r>
    </w:p>
    <w:p>
      <w:r>
        <w:t>"How is it possible? When one hears such a Chatzos, how do you want to sleep? How are you lying down?"</w:t>
      </w:r>
    </w:p>
    <w:p>
      <w:r>
        <w:t>After he said Chatzos, and I heard his Chatzos, I said:</w:t>
      </w:r>
    </w:p>
    <w:p>
      <w:r>
        <w:t>"What is this? What is this with me? How long will you lie down? How long will you lie down?"</w:t>
      </w:r>
    </w:p>
    <w:p>
      <w:r>
        <w:t>Nu, I overcame myself and rose.</w:t>
      </w:r>
    </w:p>
    <w:p>
      <w:r>
        <w:t>He did not tell me to rise; he understood that I, that it was impossible, impossible.</w:t>
      </w:r>
    </w:p>
    <w:p>
      <w:r>
        <w:t>But he was an entirely different matter, "Who makes new things."</w:t>
      </w:r>
    </w:p>
    <w:p>
      <w:r>
        <w:t>He was close to our holy Rebbe; our holy Rebbe "makes new things," made new.</w:t>
      </w:r>
    </w:p>
    <w:p>
      <w:r>
        <w:t>Nu.</w:t>
      </w:r>
    </w:p>
    <w:p>
      <w:r>
        <w:t>I rose and went; he was sitting at a table, and there was a lamp of oil, of oil.</w:t>
      </w:r>
    </w:p>
    <w:p>
      <w:r>
        <w:t>A lamp, a lamp of, of...</w:t>
      </w:r>
    </w:p>
    <w:p>
      <w:r>
        <w:t>[An eternal lamp.]</w:t>
      </w:r>
    </w:p>
    <w:p>
      <w:r>
        <w:t>Of fat, of kerosene.</w:t>
      </w:r>
    </w:p>
    <w:p>
      <w:r>
        <w:t>And he sat at the table with a Zohar, with the holy Zohar.</w:t>
      </w:r>
    </w:p>
    <w:p>
      <w:r>
        <w:t>And I saw his face; his face was fire, red, and it was frightening to look at his face, yes.</w:t>
      </w:r>
    </w:p>
    <w:p>
      <w:r>
        <w:t>And the table and the floor shook, were shaking, and he was trembling.</w:t>
      </w:r>
    </w:p>
    <w:p>
      <w:r>
        <w:t>And the table and floor were also trembling from his trembling.</w:t>
      </w:r>
    </w:p>
    <w:p>
      <w:r>
        <w:t>[...]</w:t>
      </w:r>
    </w:p>
    <w:p>
      <w:r>
        <w:t>Afterward the time for prayer arrived, and he prepared for prayer.</w:t>
      </w:r>
    </w:p>
    <w:p>
      <w:r>
        <w:t>And after such a Chatzos, he prayed in such a way that the whole colony could not, could not go from...</w:t>
      </w:r>
    </w:p>
    <w:p>
      <w:r>
        <w:t>Each one had his work, a farmer.</w:t>
      </w:r>
    </w:p>
    <w:p>
      <w:r>
        <w:t>They were all around our building because of his voice, because of his prayers, because of his Shacharis prayer.</w:t>
      </w:r>
    </w:p>
    <w:p>
      <w:r>
        <w:t>In short, I saw that I could not be in the room; I could expire.</w:t>
      </w:r>
    </w:p>
    <w:p>
      <w:r>
        <w:t>And there was fear; there was, great awe and fear fell upon me, yes, yes.</w:t>
      </w:r>
    </w:p>
    <w:p>
      <w:r>
        <w:t>So I drew near to the door and held onto the door.</w:t>
      </w:r>
    </w:p>
    <w:p>
      <w:r>
        <w:t>So that when I would have no possibility at all of being in the house, I would manage to get outside.</w:t>
      </w:r>
    </w:p>
    <w:p>
      <w:r>
        <w:t>{To save myself.}</w:t>
      </w:r>
    </w:p>
    <w:p>
      <w:r>
        <w:t>[To escape.]</w:t>
      </w:r>
    </w:p>
    <w:p>
      <w:r>
        <w:t>To get outside the room.</w:t>
      </w:r>
    </w:p>
    <w:p>
      <w:r>
        <w:t>And this—I am not lying, I am not exaggerating, I am not, I...</w:t>
      </w:r>
    </w:p>
    <w:p>
      <w:r>
        <w:t>Still not, still not; it is impossible to explain how, how it was, yes.</w:t>
      </w:r>
    </w:p>
    <w:p>
      <w:r>
        <w:t>Because we can think:</w:t>
      </w:r>
    </w:p>
    <w:p>
      <w:r>
        <w:t>"They tell a story, so {they exaggerate a little...}," yes.</w:t>
      </w:r>
    </w:p>
    <w:p>
      <w:r>
        <w:t>No.</w:t>
      </w:r>
    </w:p>
    <w:p>
      <w:r>
        <w:t>Once in my life I saw a new Purim, Purim.</w:t>
      </w:r>
    </w:p>
    <w:p>
      <w:r>
        <w:t>How they went, yes, with towels on their heads and on their hands, and fear, and fear and awe and fear.</w:t>
      </w:r>
    </w:p>
    <w:p>
      <w:r>
        <w:t>[They were afraid of Rebbe Yisroel; they were afraid of him.]</w:t>
      </w:r>
    </w:p>
    <w:p>
      <w:r>
        <w:t>Oy.</w:t>
      </w:r>
    </w:p>
    <w:p>
      <w:r>
        <w:t>[Rebbe Yisroel, Rebbe Yisroel learned under Rebbe Moshe Breslover, correct?]</w:t>
      </w:r>
    </w:p>
    <w:p>
      <w:r>
        <w:t>Eh?</w:t>
      </w:r>
    </w:p>
    <w:p>
      <w:r>
        <w:t>[Rebbe Yisroel Kardonner learned under Rebbe Moshe Breslover?]</w:t>
      </w:r>
    </w:p>
    <w:p>
      <w:r>
        <w:t>Yes.</w:t>
      </w:r>
    </w:p>
    <w:p>
      <w:r>
        <w:t>[The disciple of Rebbe Nosson.]</w:t>
      </w:r>
    </w:p>
    <w:p>
      <w:r>
        <w:t>But he was a friend with everyone.</w:t>
      </w:r>
    </w:p>
    <w:p>
      <w:r>
        <w:t>[Yes, but he learned from him concerning our Rebbe.]</w:t>
      </w:r>
    </w:p>
    <w:p>
      <w:r>
        <w:t>Eh?</w:t>
      </w:r>
    </w:p>
    <w:p>
      <w:r>
        <w:t>[The disciple of Rebbe Nosson, Rebbe Moshe Breslover.]</w:t>
      </w:r>
    </w:p>
    <w:p>
      <w:r>
        <w:t>Yes.</w:t>
      </w:r>
    </w:p>
    <w:p>
      <w:r>
        <w:t>He observed his yahrtzeit, the memorial day, like for a father.</w:t>
      </w:r>
    </w:p>
    <w:p>
      <w:r>
        <w:t>He fasted that day and studied Mishnayos, and an eternal lamp of olive oil, as after a father.</w:t>
      </w:r>
    </w:p>
    <w:p>
      <w:r>
        <w:t>[Was Rebbe Moshe Breslover the best disciple of Rebbe Nosson?]</w:t>
      </w:r>
    </w:p>
    <w:p>
      <w:r>
        <w:t>Yes, certainly.</w:t>
      </w:r>
    </w:p>
    <w:p>
      <w:r>
        <w:t>Concerning him Rebbe Nosson said: they told of a certain gaon who knew five hundred pages by heart.</w:t>
      </w:r>
    </w:p>
    <w:p>
      <w:r>
        <w:t>So everyone was very impressed: "How... this is a great wonder."</w:t>
      </w:r>
    </w:p>
    <w:p>
      <w:r>
        <w:t>So they turned around; then Rebbe Nosson said to them:</w:t>
      </w:r>
    </w:p>
    <w:p>
      <w:r>
        <w:t>"My Moisheleh..."</w:t>
      </w:r>
    </w:p>
    <w:p>
      <w:r>
        <w:t>The disciple Moshe, Moshe.</w:t>
      </w:r>
    </w:p>
    <w:p>
      <w:r>
        <w:t>"My Moisheleh can say, can say 'Ribono Shel Olam' five hundred times."</w:t>
      </w:r>
    </w:p>
    <w:p>
      <w:r>
        <w:t>[............................................]</w:t>
      </w:r>
    </w:p>
    <w:p>
      <w:r>
        <w:t>[.........................................]</w:t>
      </w:r>
    </w:p>
    <w:p>
      <w:r>
        <w:t>I saw that.</w:t>
      </w:r>
    </w:p>
    <w:p>
      <w:r>
        <w:t>I have a weakness...</w:t>
      </w:r>
    </w:p>
    <w:p>
      <w:r>
        <w:t>[....]</w:t>
      </w:r>
    </w:p>
    <w:p>
      <w:r>
        <w:t>I have discouragement: how do I look in this world, and how, how do I...</w:t>
      </w:r>
    </w:p>
    <w:p>
      <w:r>
        <w:t>When I saw such a thing—and then the world was not like today.</w:t>
      </w:r>
    </w:p>
    <w:p>
      <w:r>
        <w:t>Then people in the world were very expert in faith, in prayer, fear of Heaven, and Chassidus, yes.</w:t>
      </w:r>
    </w:p>
    <w:p>
      <w:r>
        <w:t>Not like today.</w:t>
      </w:r>
    </w:p>
    <w:p>
      <w:r>
        <w:t>But I saw Rebbe Yisroel's service.</w:t>
      </w:r>
    </w:p>
    <w:p>
      <w:r>
        <w:t>Then all, all the great men in Tiberias, who later persecuted me, became nullified for me.</w:t>
      </w:r>
    </w:p>
    <w:p>
      <w:r>
        <w:t>[The sons of, the sons of Moshe, Rav Moshe—what was he called—Litvak, Rebbe Yisroel?] Rav Tzvi...</w:t>
      </w:r>
    </w:p>
    <w:p>
      <w:r>
        <w:t>...wondrous things came about, and this is conducive to...</w:t>
      </w:r>
    </w:p>
    <w:p>
      <w:r>
        <w:t>If, if a rectification is made in a person, if a person rectifies himself,</w:t>
      </w:r>
    </w:p>
    <w:p>
      <w:r>
        <w:t>Then other matters come about, away from money and desires.</w:t>
      </w:r>
    </w:p>
    <w:p>
      <w:r>
        <w:t>And one goes out from desires and transgressions, and enters...</w:t>
      </w:r>
    </w:p>
    <w:p>
      <w:r>
        <w:t>This is the root of all creation.</w:t>
      </w:r>
    </w:p>
    <w:p>
      <w:r>
        <w:t>If one says only this Name, in it are included the entire Torah and all creation and all human beings.</w:t>
      </w:r>
    </w:p>
    <w:p>
      <w:r>
        <w:t>And only in this: "Na Nach Nachma Nachman MeUman."</w:t>
      </w:r>
    </w:p>
    <w:p>
      <w:r>
        <w:t>{Yoy.}</w:t>
      </w:r>
    </w:p>
    <w:p>
      <w:r>
        <w:t>I did not know this; for sixty years I did not know of it...</w:t>
      </w:r>
    </w:p>
    <w:p>
      <w:r>
        <w:t>...after sixty years Hashem Yisbarach arranged matters and illuminated it for me.</w:t>
      </w:r>
    </w:p>
    <w:p>
      <w:r>
        <w:t>What do you not know? "Na Nach"—do you know what "Na Nach" is?...</w:t>
      </w:r>
    </w:p>
    <w:p>
      <w:r>
        <w:t>...["And every being shall know that You made it..."]</w:t>
      </w:r>
    </w:p>
    <w:p>
      <w:r>
        <w:t>Yes.</w:t>
      </w:r>
    </w:p>
    <w:p>
      <w:r>
        <w:t>There were such melodies; on Rosh Hashanah there were such melodies...</w:t>
      </w:r>
    </w:p>
    <w:p>
      <w:r>
        <w:t>[Fortunate are we...]</w:t>
      </w:r>
    </w:p>
    <w:p>
      <w:r>
        <w:t>That all year... anyone who needed to revive himself would begin to sing a Rosh Hashanah melody. [You told me that on Rosh Hashanah he prayed the Amidah for four hours.]</w:t>
      </w:r>
    </w:p>
    <w:p>
      <w:r>
        <w:t>More.</w:t>
      </w:r>
    </w:p>
    <w:p>
      <w:r>
        <w:t>[How long?]</w:t>
      </w:r>
    </w:p>
    <w:p>
      <w:r>
        <w:t>I went up to the old-age home and ate, and afterward, after the meal, I went down to Rebbe Shimon.</w:t>
      </w:r>
    </w:p>
    <w:p>
      <w:r>
        <w:t>And he stood alone by Rebbe Shimon.</w:t>
      </w:r>
    </w:p>
    <w:p>
      <w:r>
        <w:t>[Still continuing the Amidah.]</w:t>
      </w:r>
    </w:p>
    <w:p>
      <w:r>
        <w:t>Yes. "And every being shall know that You made it"—he could not go onward.</w:t>
      </w:r>
    </w:p>
    <w:p>
      <w:r>
        <w:t>[He could not move.]</w:t>
      </w:r>
    </w:p>
    <w:p>
      <w:r>
        <w:t>No, no, no.</w:t>
      </w:r>
    </w:p>
    <w:p>
      <w:r>
        <w:t>With such trembling, with such fear of Heaven.</w:t>
      </w:r>
    </w:p>
    <w:p>
      <w:r>
        <w:t>[How? How? How? How? How? How?]</w:t>
      </w:r>
    </w:p>
    <w:p>
      <w:r>
        <w:t>And with such attachment, in such a manner.</w:t>
      </w:r>
    </w:p>
    <w:p>
      <w:r>
        <w:t>[How was it? A little, a little.]</w:t>
      </w:r>
    </w:p>
    <w:p>
      <w:r>
        <w:t>He wanted to see it immediately—"And every being shall know that You made it..."—he wanted to see it immediately.</w:t>
      </w:r>
    </w:p>
    <w:p>
      <w:r>
        <w:t>[Ah... I understand.]</w:t>
      </w:r>
    </w:p>
    <w:p>
      <w:r>
        <w:t>[....]</w:t>
      </w:r>
    </w:p>
    <w:p>
      <w:r>
        <w:t>[Immediately "Na Nach."]</w:t>
      </w:r>
    </w:p>
    <w:p>
      <w:r>
        <w:t>[....... "Na Nach Nachma Nachman MeUman"...]</w:t>
      </w:r>
    </w:p>
    <w:p>
      <w:r>
        <w:t>Oh... oh...</w:t>
      </w:r>
    </w:p>
    <w:p>
      <w:r>
        <w:t>No one knew that Rebbe Yisroel was downstairs in the synagogue; I knew.</w:t>
      </w:r>
    </w:p>
    <w:p>
      <w:r>
        <w:t>So I went to hear, to see what, what was there, what wedding.</w:t>
      </w:r>
    </w:p>
    <w:p>
      <w:r>
        <w:t>[What did you see?]</w:t>
      </w:r>
    </w:p>
    <w:p>
      <w:r>
        <w:t>Oy, this, {I went} to him; I came to...</w:t>
      </w:r>
    </w:p>
    <w:p>
      <w:r>
        <w:t>He could not move onward: "And every being shall know that You made it..." {…}</w:t>
      </w:r>
    </w:p>
    <w:p>
      <w:r>
        <w:t>And he was, he was trembling, all, his whole body, and the whole building also trembled.</w:t>
      </w:r>
    </w:p>
    <w:p>
      <w:r>
        <w:t>"And every being shall know that You made it..."</w:t>
      </w:r>
    </w:p>
    <w:p>
      <w:r>
        <w:t>[The whole buil..., the whole... the whole tomb?]</w:t>
      </w:r>
    </w:p>
    <w:p>
      <w:r>
        <w:t>Eh?</w:t>
      </w:r>
    </w:p>
    <w:p>
      <w:r>
        <w:t>[The whole tomb?]</w:t>
      </w:r>
    </w:p>
    <w:p>
      <w:r>
        <w:t>Ah... ah...</w:t>
      </w:r>
    </w:p>
    <w:p>
      <w:r>
        <w:t>[Of Rebbe Shimon?]</w:t>
      </w:r>
    </w:p>
    <w:p>
      <w:r>
        <w:t>Downstairs by Rebbe Shimon.</w:t>
      </w:r>
    </w:p>
    <w:p>
      <w:r>
        <w:t>[Was he barefoot?]</w:t>
      </w:r>
    </w:p>
    <w:p>
      <w:r>
        <w:t>Alone.</w:t>
      </w:r>
    </w:p>
    <w:p>
      <w:r>
        <w:t>[Barefoot, barefoot, barefoot—he would walk without shoes.]</w:t>
      </w:r>
    </w:p>
    <w:p>
      <w:r>
        <w:t>Yes.</w:t>
      </w:r>
    </w:p>
    <w:p>
      <w:r>
        <w:t>[At the tomb, barefoot.]</w:t>
      </w:r>
    </w:p>
    <w:p>
      <w:r>
        <w:t>At Rebbe Shimon's tomb he would not enter with shoes.</w:t>
      </w:r>
    </w:p>
    <w:p>
      <w:r>
        <w:t>In winter, in the cold, when it was so cold, with no, no shoes, as in the Holy of Holies.</w:t>
      </w:r>
    </w:p>
    <w:p>
      <w:r>
        <w:t>And he would weep...</w:t>
      </w:r>
    </w:p>
    <w:p>
      <w:r>
        <w:t>I cannot—people can think perhaps that it is a lie, that, that it is not—it is impossible, such a thing.</w:t>
      </w:r>
    </w:p>
    <w:p>
      <w:r>
        <w:t>Where does the body have so much, so much...</w:t>
      </w:r>
    </w:p>
    <w:p>
      <w:r>
        <w:t>[Strength.]</w:t>
      </w:r>
    </w:p>
    <w:p>
      <w:r>
        <w:t>Tears? So much {voice}? How? It is impo...</w:t>
      </w:r>
    </w:p>
    <w:p>
      <w:r>
        <w:t>[..]</w:t>
      </w:r>
    </w:p>
    <w:p>
      <w:r>
        <w:t>But I saw that every time the weeping was stronger, the tears stronger.</w:t>
      </w:r>
    </w:p>
    <w:p>
      <w:r>
        <w:t>On the contrary, no, no, it was not... yes.</w:t>
      </w:r>
    </w:p>
    <w:p>
      <w:r>
        <w:t>[An ever-strengthening spring.]</w:t>
      </w:r>
    </w:p>
    <w:p>
      <w:r>
        <w:t>And it was very cold in winter, and in the place where he stood, when he finished he left the tomb.</w:t>
      </w:r>
    </w:p>
    <w:p>
      <w:r>
        <w:t>He came out like...</w:t>
      </w:r>
    </w:p>
    <w:p>
      <w:r>
        <w:t>[Fire.]</w:t>
      </w:r>
    </w:p>
    <w:p>
      <w:r>
        <w:t>Like opening the door of an oven.</w:t>
      </w:r>
    </w:p>
    <w:p>
      <w:r>
        <w:t>[A bathhouse.]</w:t>
      </w:r>
    </w:p>
    <w:p>
      <w:r>
        <w:t>Yes, yes, a bathhouse, yes.</w:t>
      </w:r>
    </w:p>
    <w:p>
      <w:r>
        <w:t>He came out hot from the tomb; heat from the tomb, yes.</w:t>
      </w:r>
    </w:p>
    <w:p>
      <w:r>
        <w:t>And the tomb was wet from the tears, from... and on the tomb it was like a stream, like pouring...</w:t>
      </w:r>
    </w:p>
    <w:p>
      <w:r>
        <w:t>[Water.]</w:t>
      </w:r>
    </w:p>
    <w:p>
      <w:r>
        <w:t>[A puddle, a puddle.]</w:t>
      </w:r>
    </w:p>
    <w:p>
      <w:r>
        <w:t>[A puddle of water.]</w:t>
      </w:r>
    </w:p>
    <w:p>
      <w:r>
        <w:t>Water, yes.</w:t>
      </w:r>
    </w:p>
    <w:p>
      <w:r>
        <w:t>And I: "Ribono Shel Olam, how does one merit this? I want...</w:t>
      </w:r>
    </w:p>
    <w:p>
      <w:r>
        <w:t>I also want to weep, I also want to; from where does one take this?"</w:t>
      </w:r>
    </w:p>
    <w:p>
      <w:r>
        <w:t>Oy, Alon, Alon.</w:t>
      </w:r>
    </w:p>
    <w:p>
      <w:r>
        <w:t>He needs to go to all, all the liars, yes.</w:t>
      </w:r>
    </w:p>
    <w:p>
      <w:r>
        <w:t>[To all the soccer like this.]</w:t>
      </w:r>
    </w:p>
    <w:p>
      <w:r>
        <w:t>Yes.</w:t>
      </w:r>
    </w:p>
    <w:p>
      <w:r>
        <w:t>[To all the playing fields like this; they will go into shock without his speaking. He does not speak, he only comes.] Yes.</w:t>
      </w:r>
    </w:p>
    <w:p>
      <w:r>
        <w:t>[They will become afraid from the beard.]</w:t>
      </w:r>
    </w:p>
    <w:p>
      <w:r>
        <w:t>[Wow, wow, wow...]</w:t>
      </w:r>
    </w:p>
    <w:p>
      <w:r>
        <w:t>There is no need to speak.</w:t>
      </w:r>
    </w:p>
    <w:p>
      <w:r>
        <w:t>[Yes.]</w:t>
      </w:r>
    </w:p>
    <w:p>
      <w:r>
        <w:t>[He does not need to speak; the hat will speak.]</w:t>
      </w:r>
    </w:p>
    <w:p>
      <w:r>
        <w:t>[The beard—they will see the beard...]</w:t>
      </w:r>
    </w:p>
    <w:p>
      <w:r>
        <w:t>[No, the hat, the hat; what are you talking about? They have seen the beard; the hat...]</w:t>
      </w:r>
    </w:p>
    <w:p>
      <w:r>
        <w:t>Ah, ah, ah, oy vey, oy, oy, oy, oy, oy, ah...</w:t>
      </w:r>
    </w:p>
    <w:p>
      <w:r>
        <w:t>He was always concerned about Israel; he always had such pain over Israel:</w:t>
      </w:r>
    </w:p>
    <w:p>
      <w:r>
        <w:t>"Where, where are the people of Israel? Where is the Torah? Where?" Nu.</w:t>
      </w:r>
    </w:p>
    <w:p>
      <w:r>
        <w:t>And today he, he is the leader, leader of Israel, leader.</w:t>
      </w:r>
    </w:p>
    <w:p>
      <w:r>
        <w:t>And they take all the money and all the honor and all the greatness of Breslov.</w:t>
      </w:r>
    </w:p>
    <w:p>
      <w:r>
        <w:t>And I, I, I, I am the leader!</w:t>
      </w:r>
    </w:p>
    <w:p>
      <w:r>
        <w:t>[There are many.]</w:t>
      </w:r>
    </w:p>
    <w:p>
      <w:r>
        <w:t>There are many of... yes.</w:t>
      </w:r>
    </w:p>
    <w:p>
      <w:r>
        <w:t>[Yes, all kinds of shades.]</w:t>
      </w:r>
    </w:p>
    <w:p>
      <w:r>
        <w:t>Yes, yes, certainly.</w:t>
      </w:r>
    </w:p>
    <w:p>
      <w:r>
        <w:t>[He will make factions, factions...]</w:t>
      </w:r>
    </w:p>
    <w:p>
      <w:r>
        <w:t>But no, this is not Breslov.</w:t>
      </w:r>
    </w:p>
    <w:p>
      <w:r>
        <w:t>Breslov has little, but it is good: "A little that the righteous man has is good."</w:t>
      </w:r>
    </w:p>
    <w:p>
      <w:r>
        <w:t>["A little that the righteous man has is good..."]</w:t>
      </w:r>
    </w:p>
    <w:p>
      <w:r>
        <w:t>Nu.</w:t>
      </w:r>
    </w:p>
    <w:p>
      <w:r>
        <w:t>[Saba and the friends sing:</w:t>
      </w:r>
    </w:p>
    <w:p>
      <w:r>
        <w:t>"And every being shall know that You made it, and every creature shall understand that You created it..."]</w:t>
      </w:r>
    </w:p>
    <w:p>
      <w:r>
        <w:t>Oy, he did not {stipulate}; he said these words:</w:t>
      </w:r>
    </w:p>
    <w:p>
      <w:r>
        <w:t>"And every being shall know that You..., and every being shall know that You made it..." Yes, it was like this.</w:t>
      </w:r>
    </w:p>
    <w:p>
      <w:r>
        <w:t>He made a claim to Hashem Yisbarach, yes: "When will this be?"</w:t>
      </w:r>
    </w:p>
    <w:p>
      <w:r>
        <w:t>"And every being shall know that You made it..."</w:t>
      </w:r>
    </w:p>
    <w:p>
      <w:r>
        <w:t>Oy, the melodies of Rosh Hashanah.</w:t>
      </w:r>
    </w:p>
    <w:p>
      <w:r>
        <w:t>On Rosh Hashanah the opponents had, they had humiliation; they, they came to throw stones.</w:t>
      </w:r>
    </w:p>
    <w:p>
      <w:r>
        <w:t>Then they, they heard our prayers on Rosh Hashanah, the melodies and songs.</w:t>
      </w:r>
    </w:p>
    <w:p>
      <w:r>
        <w:t>So they went away without stones; fear fell upon them.</w:t>
      </w:r>
    </w:p>
    <w:p>
      <w:r>
        <w:t>[.........]</w:t>
      </w:r>
    </w:p>
    <w:p>
      <w:r>
        <w:t>Ay... ay... ay...</w:t>
      </w:r>
    </w:p>
    <w:p>
      <w:r>
        <w:t>[.........]</w:t>
      </w:r>
    </w:p>
    <w:p>
      <w:r>
        <w:t>Is there, is there, is there no lemon? None?</w:t>
      </w:r>
    </w:p>
    <w:p>
      <w:r>
        <w:t>[Lemon?]</w:t>
      </w:r>
    </w:p>
    <w:p>
      <w:r>
        <w:t>Lemon, lemon juice; is this, is this lemon? What, what is it?</w:t>
      </w:r>
    </w:p>
    <w:p>
      <w:r>
        <w:t>[It is lemon concentrate.]</w:t>
      </w:r>
    </w:p>
    <w:p>
      <w:r>
        <w:t>Eh?</w:t>
      </w:r>
    </w:p>
    <w:p>
      <w:r>
        <w:t>["Golden raspberry," "golden raspberry."]</w:t>
      </w:r>
    </w:p>
    <w:p>
      <w:r>
        <w:t>[.....................................]</w:t>
      </w:r>
    </w:p>
    <w:p>
      <w:r>
        <w:t>[................................]</w:t>
      </w:r>
    </w:p>
    <w:p>
      <w:r>
        <w:t>Oy, oy, oy, oy, oy, ah... oy vey...</w:t>
      </w:r>
    </w:p>
    <w:p>
      <w:r>
        <w:t>...[Alon and Sharon.]</w:t>
      </w:r>
    </w:p>
    <w:p>
      <w:r>
        <w:t>..."The righteous will see and rejoice, the upright will exult, and the pious will rejoice in song..."</w:t>
      </w:r>
    </w:p>
    <w:p>
      <w:r>
        <w:t>Oy, what a melody it was; it could revive the dead.</w:t>
      </w:r>
    </w:p>
    <w:p>
      <w:r>
        <w:t>[Nu, then revive us.]</w:t>
      </w:r>
    </w:p>
    <w:p>
      <w:r>
        <w:t>All year there was life from the melodies of Rosh Hashanah.</w:t>
      </w:r>
    </w:p>
    <w:p>
      <w:r>
        <w:t>[Then give us some melody, something, something... a "crumb"; "the final waters are obligatory."]</w:t>
      </w:r>
    </w:p>
    <w:p>
      <w:r>
        <w:t>Yes.</w:t>
      </w:r>
    </w:p>
    <w:p>
      <w:r>
        <w:t>[.........................................]</w:t>
      </w:r>
    </w:p>
    <w:p>
      <w:r>
        <w:t>[.....................................]</w:t>
      </w:r>
    </w:p>
    <w:p>
      <w:r>
        <w:t>["Na Nach Nachma Nachman MeUman."]</w:t>
      </w:r>
    </w:p>
    <w:p>
      <w:r>
        <w:t>[...........................]</w:t>
      </w:r>
    </w:p>
    <w:p>
      <w:r>
        <w:t>Not today.</w:t>
      </w:r>
    </w:p>
    <w:p>
      <w:r>
        <w:t>[Who is that? The Evil One awakened.]</w:t>
      </w:r>
    </w:p>
    <w:p>
      <w:r>
        <w:t>[Yes, awakened.]</w:t>
      </w:r>
    </w:p>
    <w:p>
      <w:r>
        <w:t>If you had been here seventy years ago...</w:t>
      </w:r>
    </w:p>
    <w:p>
      <w:r>
        <w:t>Then in the world {he had, then you would see how I look, look}.</w:t>
      </w:r>
    </w:p>
    <w:p>
      <w:r>
        <w:t>[Ah, the stones were all spent on the hat; they did not enter the head... the stones were all spent on the hat.]</w:t>
      </w:r>
    </w:p>
    <w:p>
      <w:r>
        <w:t>[Bullets passed by here—what are you telling me?]</w:t>
      </w:r>
    </w:p>
    <w:p>
      <w:r>
        <w:t>[...........]</w:t>
      </w:r>
    </w:p>
    <w:p>
      <w:r>
        <w:t>Ah... on Purim...</w:t>
      </w:r>
    </w:p>
    <w:p>
      <w:r>
        <w:t>[..........]</w:t>
      </w:r>
    </w:p>
    <w:p>
      <w:r>
        <w:t>Rebbe Yisroel, peace be upon him, began drinking at home, and danced at home.</w:t>
      </w:r>
    </w:p>
    <w:p>
      <w:r>
        <w:t>And I saw with every passing moment that more, he was leaving this world for another world.</w:t>
      </w:r>
    </w:p>
    <w:p>
      <w:r>
        <w:t>[For the World to Come.]</w:t>
      </w:r>
    </w:p>
    <w:p>
      <w:r>
        <w:t>Yes.</w:t>
      </w:r>
    </w:p>
    <w:p>
      <w:r>
        <w:t>In any case he reached...</w:t>
      </w:r>
    </w:p>
    <w:p>
      <w:r>
        <w:t>He began to go from the house, from the door to the street, "to announce," to announce that it was Purim, that it was...</w:t>
      </w:r>
    </w:p>
    <w:p>
      <w:r>
        <w:t>"To announce, to announce, to announce, to announce."</w:t>
      </w:r>
    </w:p>
    <w:p>
      <w:r>
        <w:t>I went with him, and he went all, all along the street, to the place of the Slonim people.</w:t>
      </w:r>
    </w:p>
    <w:p>
      <w:r>
        <w:t>The Slonim Chassidim are scoffers; they mock Breslov.</w:t>
      </w:r>
    </w:p>
    <w:p>
      <w:r>
        <w:t>So from there, there he went and entered a house, and everyone sat and drank wine and became drunk, yes.</w:t>
      </w:r>
    </w:p>
    <w:p>
      <w:r>
        <w:t>And he entered as though it were his own house, and danced.</w:t>
      </w:r>
    </w:p>
    <w:p>
      <w:r>
        <w:t>Then—there was an old man there, Rav Liishka, Rav Liishka—he said to me.</w:t>
      </w:r>
    </w:p>
    <w:p>
      <w:r>
        <w:t>[Rav Kehat.]</w:t>
      </w:r>
    </w:p>
    <w:p>
      <w:r>
        <w:t>Rav... nein (no), Rav Kehat was Karlin; he shouted at me:</w:t>
      </w:r>
    </w:p>
    <w:p>
      <w:r>
        <w:t>"Do you want to... do you want to make me deaf? I am already deaf; what do you want from me?"</w:t>
      </w:r>
    </w:p>
    <w:p>
      <w:r>
        <w:t>[Yes, what did Rav Liishka say?]</w:t>
      </w:r>
    </w:p>
    <w:p>
      <w:r>
        <w:t>Rav Liishka then said to me:</w:t>
      </w:r>
    </w:p>
    <w:p>
      <w:r>
        <w:t>"Do you understand his dancing? Rebbe Yisroel's? Do you understand what it is?</w:t>
      </w:r>
    </w:p>
    <w:p>
      <w:r>
        <w:t>They are wondrous dances, very wondrous."</w:t>
      </w:r>
    </w:p>
    <w:p>
      <w:r>
        <w:t>Yes, that is what he said to me.</w:t>
      </w:r>
    </w:p>
    <w:p>
      <w:r>
        <w:t>The head, their head, the head of the opponents, their head, yes.</w:t>
      </w:r>
    </w:p>
    <w:p>
      <w:r>
        <w:t>He became nullified because he saw Rebbe Yisroel's dancing.</w:t>
      </w:r>
    </w:p>
    <w:p>
      <w:r>
        <w:t>He entered among opponents, among, among scorpions, snakes and scorpions.</w:t>
      </w:r>
    </w:p>
    <w:p>
      <w:r>
        <w:t>And he made them nothing and naught.</w:t>
      </w:r>
    </w:p>
    <w:p>
      <w:r>
        <w:t>Nu, who sees such a thing? How did he have such might to enter into, into the very [core of the Evil One]?</w:t>
      </w:r>
    </w:p>
    <w:p>
      <w:r>
        <w:t>Yes, and to tell him and show him: "Come, come, come, come, come; I am not afraid of you." [Rebbe Yisroel, you also did the same thing.]</w:t>
      </w:r>
    </w:p>
    <w:p>
      <w:r>
        <w:t>Eh?</w:t>
      </w:r>
    </w:p>
    <w:p>
      <w:r>
        <w:t>[You also did the same thing.]</w:t>
      </w:r>
    </w:p>
    <w:p>
      <w:r>
        <w:t>Eh?</w:t>
      </w:r>
    </w:p>
    <w:p>
      <w:r>
        <w:t>[You went to weddings and danced for them all night.]</w:t>
      </w:r>
    </w:p>
    <w:p>
      <w:r>
        <w:t>No; whoever saw his dancing became completely nullified.</w:t>
      </w:r>
    </w:p>
    <w:p>
      <w:r>
        <w:t>But after he passed away, I went; once it was Purim.</w:t>
      </w:r>
    </w:p>
    <w:p>
      <w:r>
        <w:t>On Thursday night, and I had nothing for Shabbos.</w:t>
      </w:r>
    </w:p>
    <w:p>
      <w:r>
        <w:t>But my property was—I had in my pocket a half-lira.</w:t>
      </w:r>
    </w:p>
    <w:p>
      <w:r>
        <w:t>A half-lira; then it was a half-lira, enough for Shabbos.</w:t>
      </w:r>
    </w:p>
    <w:p>
      <w:r>
        <w:t>[Great wealth.]</w:t>
      </w:r>
    </w:p>
    <w:p>
      <w:r>
        <w:t>Yes, a half-lira, but that was the whole Shabbos; the half-lira was in my pocket.</w:t>
      </w:r>
    </w:p>
    <w:p>
      <w:r>
        <w:t>I said, "I want wine."</w:t>
      </w:r>
    </w:p>
    <w:p>
      <w:r>
        <w:t>They said, "There is none, no wine; it is already finished."</w:t>
      </w:r>
    </w:p>
    <w:p>
      <w:r>
        <w:t>So I said, "What? No wine? Take a half-lira and bring, buy wine."</w:t>
      </w:r>
    </w:p>
    <w:p>
      <w:r>
        <w:t>But I (not understood).</w:t>
      </w:r>
    </w:p>
    <w:p>
      <w:r>
        <w:t>So they took the half-lira from me, and I thought:</w:t>
      </w:r>
    </w:p>
    <w:p>
      <w:r>
        <w:t>"What, what, what did I do? What will happen? Tomorrow I will have nothing for Shabbos; why did I give the..."</w:t>
      </w:r>
    </w:p>
    <w:p>
      <w:r>
        <w:t>[But at least you were drunk? Did you drink...?]</w:t>
      </w:r>
    </w:p>
    <w:p>
      <w:r>
        <w:t>Everyone, everyone laughed.</w:t>
      </w:r>
    </w:p>
    <w:p>
      <w:r>
        <w:t>[But dr...]</w:t>
      </w:r>
    </w:p>
    <w:p>
      <w:r>
        <w:t>How I took out the check, the half-lira.</w:t>
      </w:r>
    </w:p>
    <w:p>
      <w:r>
        <w:t>[But did you drink from it?]</w:t>
      </w:r>
    </w:p>
    <w:p>
      <w:r>
        <w:t>"Go buy wine."</w:t>
      </w:r>
    </w:p>
    <w:p>
      <w:r>
        <w:t>[Did you at least drink wine from it?]</w:t>
      </w:r>
    </w:p>
    <w:p>
      <w:r>
        <w:t>Eh?</w:t>
      </w:r>
    </w:p>
    <w:p>
      <w:r>
        <w:t>[Did you drink?]</w:t>
      </w:r>
    </w:p>
    <w:p>
      <w:r>
        <w:t>What? What?</w:t>
      </w:r>
    </w:p>
    <w:p>
      <w:r>
        <w:t>[Did you at least drink from that wine?]</w:t>
      </w:r>
    </w:p>
    <w:p>
      <w:r>
        <w:t>No.</w:t>
      </w:r>
    </w:p>
    <w:p>
      <w:r>
        <w:t>[....]</w:t>
      </w:r>
    </w:p>
    <w:p>
      <w:r>
        <w:t>They did not buy.</w:t>
      </w:r>
    </w:p>
    <w:p>
      <w:r>
        <w:t>[They did not buy.]</w:t>
      </w:r>
    </w:p>
    <w:p>
      <w:r>
        <w:t>They did not buy; they understood that I was drunk.</w:t>
      </w:r>
    </w:p>
    <w:p>
      <w:r>
        <w:t>I took out a half-lira; they were afraid, because that half-lira was all I had for Shabbos, so they did not buy. [Ah...]</w:t>
      </w:r>
    </w:p>
    <w:p>
      <w:r>
        <w:t>[.................]</w:t>
      </w:r>
    </w:p>
    <w:p>
      <w:r>
        <w:t>[.................]</w:t>
      </w:r>
    </w:p>
    <w:p>
      <w:r>
        <w:t>[So they returned it to you?]</w:t>
      </w:r>
    </w:p>
    <w:p>
      <w:r>
        <w:t>Yes, yes.</w:t>
      </w:r>
    </w:p>
    <w:p>
      <w:r>
        <w:t>[Ah, I understand.]</w:t>
      </w:r>
    </w:p>
    <w:p>
      <w:r>
        <w:t>[...........................]</w:t>
      </w:r>
    </w:p>
    <w:p>
      <w:r>
        <w:t>[...............................]</w:t>
      </w:r>
    </w:p>
    <w:p>
      <w:r>
        <w:t>[I only do not know; I want to know one thing, Rebbe Yisroel.]</w:t>
      </w:r>
    </w:p>
    <w:p>
      <w:r>
        <w:t>[.............]</w:t>
      </w:r>
    </w:p>
    <w:p>
      <w:r>
        <w:t>[...........]</w:t>
      </w:r>
    </w:p>
    <w:p>
      <w:r>
        <w:t>[No, you are not all right.]</w:t>
      </w:r>
    </w:p>
    <w:p>
      <w:r>
        <w:t>We can send millions.</w:t>
      </w:r>
    </w:p>
    <w:p>
      <w:r>
        <w:t>[No, you—if you want millions, just take a private plane; it is not honorable...] {..}</w:t>
      </w:r>
    </w:p>
    <w:p>
      <w:r>
        <w:t>[To travel just like that; one needs a private plane.</w:t>
      </w:r>
    </w:p>
    <w:p>
      <w:r>
        <w:t>There you will have a bed, a bed on the plane; you will be able to sleep when you tire.</w:t>
      </w:r>
    </w:p>
    <w:p>
      <w:r>
        <w:t>With food, everything; a "Na Nach Nachma Nachman MeUman" plane landed in Geneva.]</w:t>
      </w:r>
    </w:p>
    <w:p>
      <w:r>
        <w:t>[...........]</w:t>
      </w:r>
    </w:p>
    <w:p>
      <w:r>
        <w:t>["Na Nach Nachma Nachman MeUman" landed in Tokyo; "Na Nach Nachma Nachman MeUman" landed in China.]</w:t>
      </w:r>
    </w:p>
    <w:p>
      <w:r>
        <w:t>[And if we are in London?]</w:t>
      </w:r>
    </w:p>
    <w:p>
      <w:r>
        <w:t>[In China, in China; there they study Sippurei Maasiyos.]</w:t>
      </w:r>
    </w:p>
    <w:p>
      <w:r>
        <w:t>Yes?</w:t>
      </w:r>
    </w:p>
    <w:p>
      <w:r>
        <w:t>[They will have all the...]</w:t>
      </w:r>
    </w:p>
    <w:p>
      <w:r>
        <w:t>They are researching "Sippurei..."</w:t>
      </w:r>
    </w:p>
    <w:p>
      <w:r>
        <w:t>[Yes, yes, we will research them already.]</w:t>
      </w:r>
    </w:p>
    <w:p>
      <w:r>
        <w:t>[................................]</w:t>
      </w:r>
    </w:p>
    <w:p>
      <w:r>
        <w:t>And also at our university, every morning they research the "Sippurei Maasiyos."</w:t>
      </w:r>
    </w:p>
    <w:p>
      <w:r>
        <w:t>[Yes, it was also on television.]</w:t>
      </w:r>
    </w:p>
    <w:p>
      <w:r>
        <w:t>Yes?</w:t>
      </w:r>
    </w:p>
    <w:p>
      <w:r>
        <w:t>[Yes, there were three researchers; Alon knows.]</w:t>
      </w:r>
    </w:p>
    <w:p>
      <w:r>
        <w:t>[Not on television, on radio.]</w:t>
      </w:r>
    </w:p>
    <w:p>
      <w:r>
        <w:t>[On radio, on radio.]</w:t>
      </w:r>
    </w:p>
    <w:p>
      <w:r>
        <w:t>On radio.</w:t>
      </w:r>
    </w:p>
    <w:p>
      <w:r>
        <w:t>[.......]</w:t>
      </w:r>
    </w:p>
    <w:p>
      <w:r>
        <w:t>[You also need to be in Australia.]</w:t>
      </w:r>
    </w:p>
    <w:p>
      <w:r>
        <w:t>In Australia?</w:t>
      </w:r>
    </w:p>
    <w:p>
      <w:r>
        <w:t>[Yes.]</w:t>
      </w:r>
    </w:p>
    <w:p>
      <w:r>
        <w:t>[It is far there...]</w:t>
      </w:r>
    </w:p>
    <w:p>
      <w:r>
        <w:t>Are there rich people there? Are there rich people?</w:t>
      </w:r>
    </w:p>
    <w:p>
      <w:r>
        <w:t>[Yes, but it is best for you to travel to South Africa, Rebbe Yisroel.]</w:t>
      </w:r>
    </w:p>
    <w:p>
      <w:r>
        <w:t>Are there rich people in South Africa?</w:t>
      </w:r>
    </w:p>
    <w:p>
      <w:r>
        <w:t>[Now the Blacks...]</w:t>
      </w:r>
    </w:p>
    <w:p>
      <w:r>
        <w:t>Only if there are rich people.</w:t>
      </w:r>
    </w:p>
    <w:p>
      <w:r>
        <w:t>[No...]</w:t>
      </w:r>
    </w:p>
    <w:p>
      <w:r>
        <w:t>[Saba, Saba, you did not eat chicken; eat, Saba, here is a small piece.] [The Jews want to flee South Africa, the Jews.]</w:t>
      </w:r>
    </w:p>
    <w:p>
      <w:r>
        <w:t>What is this? What is this?</w:t>
      </w:r>
    </w:p>
    <w:p>
      <w:r>
        <w:t>[Diamonds.]</w:t>
      </w:r>
    </w:p>
    <w:p>
      <w:r>
        <w:t>I do not want.</w:t>
      </w:r>
    </w:p>
    <w:p>
      <w:r>
        <w:t>[You do not want to taste?]</w:t>
      </w:r>
    </w:p>
    <w:p>
      <w:r>
        <w:t>[South Africa has the best diamonds in the world, the richest.]</w:t>
      </w:r>
    </w:p>
    <w:p>
      <w:r>
        <w:t>Yes?</w:t>
      </w:r>
    </w:p>
    <w:p>
      <w:r>
        <w:t>[Now the Jews want to flee from there.]</w:t>
      </w:r>
    </w:p>
    <w:p>
      <w:r>
        <w:t>Why?</w:t>
      </w:r>
    </w:p>
    <w:p>
      <w:r>
        <w:t>[The Blacks have started to go mad.]</w:t>
      </w:r>
    </w:p>
    <w:p>
      <w:r>
        <w:t>[To run wild.]</w:t>
      </w:r>
    </w:p>
    <w:p>
      <w:r>
        <w:t>Eh?</w:t>
      </w:r>
    </w:p>
    <w:p>
      <w:r>
        <w:t>[The Blacks want independence; they have started making wars.]</w:t>
      </w:r>
    </w:p>
    <w:p>
      <w:r>
        <w:t>Yes?</w:t>
      </w:r>
    </w:p>
    <w:p>
      <w:r>
        <w:t>[Yes, South Africa has the most money; let us travel to South Africa, not Mexico.] {..}</w:t>
      </w:r>
    </w:p>
    <w:p>
      <w:r>
        <w:t>[Where is it, Saba, that every night..., all day long, there is, there is no night?]</w:t>
      </w:r>
    </w:p>
    <w:p>
      <w:r>
        <w:t>[But there is a baal teshuvah...]</w:t>
      </w:r>
    </w:p>
    <w:p>
      <w:r>
        <w:t>[At the North Pole.]</w:t>
      </w:r>
    </w:p>
    <w:p>
      <w:r>
        <w:t>[Saba, one also needs to reach the North Pole, to the North Pole.]</w:t>
      </w:r>
    </w:p>
    <w:p>
      <w:r>
        <w:t>[No, there are no people there; what are you talking about?]</w:t>
      </w:r>
    </w:p>
    <w:p>
      <w:r>
        <w:t>[There are Eskimos there...]</w:t>
      </w:r>
    </w:p>
    <w:p>
      <w:r>
        <w:t>[................]</w:t>
      </w:r>
    </w:p>
    <w:p>
      <w:r>
        <w:t>[................]</w:t>
      </w:r>
    </w:p>
    <w:p>
      <w:r>
        <w:t>[Another, some other...]</w:t>
      </w:r>
    </w:p>
    <w:p>
      <w:r>
        <w:t>[Saba...]</w:t>
      </w:r>
    </w:p>
    <w:p>
      <w:r>
        <w:t>Whenever I come to America, the newspapers write:</w:t>
      </w:r>
    </w:p>
    <w:p>
      <w:r>
        <w:t>"An old man has come from the Land of Israel, and he wants to meet Reagan."</w:t>
      </w:r>
    </w:p>
    <w:p>
      <w:r>
        <w:t>[Nu, what will happen?]</w:t>
      </w:r>
    </w:p>
    <w:p>
      <w:r>
        <w:t>{..}</w:t>
      </w:r>
    </w:p>
    <w:p>
      <w:r>
        <w:t>[I, I wonder at you, Rebbe Yisroel...]</w:t>
      </w:r>
    </w:p>
    <w:p>
      <w:r>
        <w:t>[................]</w:t>
      </w:r>
    </w:p>
    <w:p>
      <w:r>
        <w:t>[Wait, I wonder at you, Rebbe Yisroel.]</w:t>
      </w:r>
    </w:p>
    <w:p>
      <w:r>
        <w:t>Nu.</w:t>
      </w:r>
    </w:p>
    <w:p>
      <w:r>
        <w:t>[When you wanted to meet Begin, you told me, "I am going in to Begin," and you went in.</w:t>
      </w:r>
    </w:p>
    <w:p>
      <w:r>
        <w:t>What about Reagan? You said, "Reagan, Reagan," and you are not managing to get in.] Ah...</w:t>
      </w:r>
    </w:p>
    <w:p>
      <w:r>
        <w:t>[...........]</w:t>
      </w:r>
    </w:p>
    <w:p>
      <w:r>
        <w:t>[Do something.]</w:t>
      </w:r>
    </w:p>
    <w:p>
      <w:r>
        <w:t>Ah, ah, ah...</w:t>
      </w:r>
    </w:p>
    <w:p>
      <w:r>
        <w:t>...he took out the... this year.</w:t>
      </w:r>
    </w:p>
    <w:p>
      <w:r>
        <w:t>[Who?]</w:t>
      </w:r>
    </w:p>
    <w:p>
      <w:r>
        <w:t>Until he contracted leprosy.</w:t>
      </w:r>
    </w:p>
    <w:p>
      <w:r>
        <w:t>[No, now it is worse.]</w:t>
      </w:r>
    </w:p>
    <w:p>
      <w:r>
        <w:t>Begin, Begin.</w:t>
      </w:r>
    </w:p>
    <w:p>
      <w:r>
        <w:t>[Now it is worse; the leprosy entered his brain, and now he has lost his mind.]</w:t>
      </w:r>
    </w:p>
    <w:p>
      <w:r>
        <w:t>Yes?</w:t>
      </w:r>
    </w:p>
    <w:p>
      <w:r>
        <w:t>[Yes, Gideon said.]</w:t>
      </w:r>
    </w:p>
    <w:p>
      <w:r>
        <w:t>Ah, ah.</w:t>
      </w:r>
    </w:p>
    <w:p>
      <w:r>
        <w:t>[He already does not hear; he does not know what is happening to him, "ha-barbutal."] Ah.</w:t>
      </w:r>
    </w:p>
    <w:p>
      <w:r>
        <w:t>[He became "ha-barbutal."]</w:t>
      </w:r>
    </w:p>
    <w:p>
      <w:r>
        <w:t>[....]</w:t>
      </w:r>
    </w:p>
    <w:p>
      <w:r>
        <w:t>Kadishai knows everything.</w:t>
      </w:r>
    </w:p>
    <w:p>
      <w:r>
        <w:t>[Yes, certainly.]</w:t>
      </w:r>
    </w:p>
    <w:p>
      <w:r>
        <w:t>He knows what a downfall he had.</w:t>
      </w:r>
    </w:p>
    <w:p>
      <w:r>
        <w:t>[This is a carcass and this is non-kosher, yes.]</w:t>
      </w:r>
    </w:p>
    <w:p>
      <w:r>
        <w:t>Yes...</w:t>
      </w:r>
    </w:p>
    <w:p>
      <w:r>
        <w:t>...he was with me in Jerusalem, when I was in Jerusalem, and I was with Yehonasan and...</w:t>
      </w:r>
    </w:p>
    <w:p>
      <w:r>
        <w:t>[Yes.]</w:t>
      </w:r>
    </w:p>
    <w:p>
      <w:r>
        <w:t>Then he came to me.</w:t>
      </w:r>
    </w:p>
    <w:p>
      <w:r>
        <w:t>[The rabbi.]</w:t>
      </w:r>
    </w:p>
    <w:p>
      <w:r>
        <w:t>The head of the rabbis.</w:t>
      </w:r>
    </w:p>
    <w:p>
      <w:r>
        <w:t>[From Marseille.]</w:t>
      </w:r>
    </w:p>
    <w:p>
      <w:r>
        <w:t>From... from... from... from...</w:t>
      </w:r>
    </w:p>
    <w:p>
      <w:r>
        <w:t>[France.]</w:t>
      </w:r>
    </w:p>
    <w:p>
      <w:r>
        <w:t>From Paris, from France, yes.</w:t>
      </w:r>
    </w:p>
    <w:p>
      <w:r>
        <w:t>[A friend of Morris, yes.]</w:t>
      </w:r>
    </w:p>
    <w:p>
      <w:r>
        <w:t>The head of the rabbis, yes.</w:t>
      </w:r>
    </w:p>
    <w:p>
      <w:r>
        <w:t>[A friend of Morris.]</w:t>
      </w:r>
    </w:p>
    <w:p>
      <w:r>
        <w:t>Yes, he—I told him...</w:t>
      </w:r>
    </w:p>
    <w:p>
      <w:r>
        <w:t>[A million, a million.]</w:t>
      </w:r>
    </w:p>
    <w:p>
      <w:r>
        <w:t>[A million, a million, yes.]</w:t>
      </w:r>
    </w:p>
    <w:p>
      <w:r>
        <w:t>I told him about Begin.</w:t>
      </w:r>
    </w:p>
    <w:p>
      <w:r>
        <w:t>[Yes, yes.]</w:t>
      </w:r>
    </w:p>
    <w:p>
      <w:r>
        <w:t>He promised and... so I, I need to meet him; I will tell him.</w:t>
      </w:r>
    </w:p>
    <w:p>
      <w:r>
        <w:t>Then he went; from me he went to Begin, he went to Begin.</w:t>
      </w:r>
    </w:p>
    <w:p>
      <w:r>
        <w:t>They told him that he was busy; he, he was occupied today, it was impossible for him...</w:t>
      </w:r>
    </w:p>
    <w:p>
      <w:r>
        <w:t>Then he, Kadishai, said to me:</w:t>
      </w:r>
    </w:p>
    <w:p>
      <w:r>
        <w:t>"That is not becoming of a prime minister; he promised and does nothing?"</w:t>
      </w:r>
    </w:p>
    <w:p>
      <w:r>
        <w:t>Yes.</w:t>
      </w:r>
    </w:p>
    <w:p>
      <w:r>
        <w:t>[Do not worry; there is Doctor Mister Klak now.]</w:t>
      </w:r>
    </w:p>
    <w:p>
      <w:r>
        <w:t>Then Kadishai said to him:</w:t>
      </w:r>
    </w:p>
    <w:p>
      <w:r>
        <w:t>"We, we are doing everything..."</w:t>
      </w:r>
    </w:p>
    <w:p>
      <w:r>
        <w:t>[Yes...]</w:t>
      </w:r>
    </w:p>
    <w:p>
      <w:r>
        <w:t>{...}</w:t>
      </w:r>
    </w:p>
    <w:p>
      <w:r>
        <w:t>[We are doing everything for...]</w:t>
      </w:r>
    </w:p>
    <w:p>
      <w:r>
        <w:t>For donations.</w:t>
      </w:r>
    </w:p>
    <w:p>
      <w:r>
        <w:t>[In order to take the people of Israel to...]</w:t>
      </w:r>
    </w:p>
    <w:p>
      <w:r>
        <w:t>[...........]</w:t>
      </w:r>
    </w:p>
    <w:p>
      <w:r>
        <w:t>[Shamir is...]</w:t>
      </w:r>
    </w:p>
    <w:p>
      <w:r>
        <w:t>[...]...</w:t>
      </w:r>
    </w:p>
    <w:p>
      <w:pPr>
        <w:pStyle w:val="Heading2"/>
      </w:pPr>
      <w:r>
        <w:t>Side B (Bais)</w:t>
      </w:r>
    </w:p>
    <w:p>
      <w:r>
        <w:t>(Saba laughs.) [They do everything for the chair — to remain close to power.]</w:t>
      </w:r>
    </w:p>
    <w:p>
      <w:r>
        <w:t>[Saba — do you remember Yitzchak Eizik? They said that you are a great rich man — a great rich man.] This Yitzchak Eizik — everyone who saw me walking — I am walking with — with this tourist — with such a suitcase — and he walked like an English lord. I walked with him in the market — and we came to print. [They said that now you will have two bakeries — not one bakery.] Everyone said: "Ho — Yisroel Ber — Yisroel Ber no longer has worries of livelihood." [He will now have a new bakery.] Yes. [He will have a new bakery.] He found such a tourist — and he is so rich — he is already — and he is with him together always — so {what worries of livelihood}. (Saba laughs.) Oy.</w:t>
      </w:r>
    </w:p>
    <w:p>
      <w:r>
        <w:t>And this tourist ate by me on Shabbos — and we made dances and joy. Yes. And he danced with me. And my son-in-law Shmuel was also there. He saw how the Dutch young man eats by me. Yes. (Saba laughs.) [I heard that he took revenge with this — he took revenge against the evil inclination — he took the most beautiful — the beauty of Yerushalayim.] Yes. [The most beautiful.] The most beautiful. I will show you what beauty is — I will show you. (Saba laughs.) He said to him: "Beauty — there is full of beauties. (not understood) — have you not seen him? Who saw him?" [Alon saw him.] Alon — Alon. [He was here — he was here — he was here.] Yes — and also Sharon? [I saw him.]</w:t>
      </w:r>
    </w:p>
    <w:p>
      <w:r>
        <w:t>You were there when he was there. [Is his wife still alive?] He is to this day happy that he merited to draw close to Rabbainu. (Saba laughs.) He remembers well. I was by him — in {northern} Tel Aviv — in his apartment — every night until midnight — until the last bus. We left the house. [Where were you living?] {At HaGeulah}. [Were you living in Tel Aviv or in Yerushalayim?] Yes — in Tel Aviv. In Tel Aviv I had four — four buses to travel. [Simple — double — triple — quadruple.] (Saba laughs.) [Saba — and did you not have…] And I did not have money for expenses. I said: "If I mention money to him — he will think that I — that I am doing business with him." (Saba laughs.) It is forbidden to mention money {with them}. (Saba laughs.) [It was near — at Dizengoff.] I conducted myself with him with wisdom. [At Dizengoff.] I did not say to him that I need money. (Saba laughs.) [Where did he live?] At Dizengoff. [At Dizengoff?] Yes. Ho — ho. [In what year was this? In what year?] 5711. [Before Shazar?] Ah? What? You were not yet born. [1951 — when you shouted there "Na Nach".] 5711. [You shouted "Na Nach" there — you woke up all Dizengoff. Were there people at Dizengoff at that time? Were there people there?] Oy — I walked with him in Tel Aviv — on Allenby — and in the finest restaurants. Yes. (Saba laughs.) And I looked at myself as a madman. [Why did you go strolling with him?] What are you doing? What is this with you? [Did you go into a restaurant?] What? Are you mad? [Did you go into a restaurant?] You enter — you enter into such a gehinnom? [Did you go into a restaurant?] Until midnight. [Did you go into a restaurant?] This is madness. [Did you go in with him to a restaurant?] Yes! [Did you eat?] I did not eat. But he — he ate. [Ah — he ate — and you?] He wanted me to eat. I said to him: "I do not eat in a restaurant — enough. (Saba laughs.) It is expensive — I am a miser — I am not." (Saba laughs.) [What? He did not tell you that he would pay for you?] But he danced with me on Shabbos night — he danced with me. My son-in-law Shmuel was there — was in the house. He was nullified — what is this? He — he found a Dutch young man and he. (Saba laughs.) [Gideon told me that you climbed up onto his roof and shouted shouts over all of Tel Aviv — you woke up all of Tel Aviv from sleep.] I do not remember. [You woke up all of Tel Aviv from sleep.] He had the name of "the English lord" in Yerushalayim. And in Tel Aviv — among my family — he had the name "the Dutch young man." (Saba laughs.) [He ate only in restaurants — what is this — he has no food at home?] He was a guest with me by Chava — by Hotel Shafer. Yes. (Saba laughs.) I had a Likutay Tfilos — I gave it to him — and I remained without the Likutay Tfilos. I gave it to him.</w:t>
      </w:r>
    </w:p>
    <w:p>
      <w:r>
        <w:t>[Saba — what about the clock? The clock — the big clock?] Ho. I was not feeling well — and I wanted to rise at midnight. What would be the purpose of me? So I went in Teveria — I went to the market — there was a clock there. So I heard that somehow… There is a clock that wakes one up well. So — so this is good for me. But I have no money — what — what — what? Nu. But first of all I entered to see the clock. (Saba laughs.) I need this. So I entered and was startled — such a clock that wakes one up every five minutes — with such sounds — this… Yes. So I said: "I need this clock." So I said in the shop: "I need this clock — but I will pay you — now I have no money — I will pay you." He — he — but he believed me. He understood that I would not steal the clock from him. So: "Take — take the clock." [Did you pay him?] No — on account — on the account. (Saba laughs.) The point is — I came home in great joy — I have such a clock that will wake me up at midnight. (Saba laughs.) The time came — the time of midnight arrived. And the clock was — was waking — and the more it woke me the more I wanted — I wanted to sleep more. So I did not rise — I did not rise. I said: "(not understood) — you have such a clock — and you do not rise at midnight? What is this with you? What will be of you?" (Saba laughs.) So I said: "No — the clock is not enough. I will buy two tin drums — two tin drums of kerosene — and I will stand — and I will put the clock on the drums — until there is such a sound." (Saba laughs.) [Bigger.] So I bought two drums — I put the clock on the drums. And every time it — it makes more — I wanted to sleep and hear nothing. (Saba laughs.) The desire for sleep was so great. (Saba laughs.) {This is Breslov? — Cruel one like me.} (Saba laughs.) Like this — like this…</w:t>
      </w:r>
    </w:p>
    <w:p>
      <w:r>
        <w:t>[Rebbe Yisroel?] Ah? [How was it with the first car that came to Teveria?] Ah? [You told me that everyone was frightened — they saw an automobile?] They said: "A bus came from England — such a bus — that runs at such speed over mountains and hills — it runs." (Saba laughs.) So the whole city came to see this wonder. So they saw that he came down the steps — from the hotel — and entered. [The driver?] Yes — the householder — the owner — the vehicle owner. And he started — he started [to ignite it] — to activate it — to drive. So they heard that it is beginning to move. So everyone was frightened: "It will go — it will go — it goes everywhere. [Yes.] And it has no eyes — what will be?" And such a flight broke out — each one ran — whoever did not go — did not go. (Saba laughs.) [Not a single person remained in Teveria — all of Teveria fled. It has no eyes — all of Teveria fled.] I was also there — inside the city. [Yes.] {When we thought} to see the wonder of the vehicle — only when it began to hum — then — then they said: "Now it is already going — how — what? What?" (Saba laughs.) [It will run us over — everyone ran?] Yes — nu — nu — there was such a flight. And also I saw for the first time a madman — an English madman. I was going to yeshiva. Below there was a restaurant of the hot springs of Teveria — a restaurant. And there was the office of the English when they came — conquered Teveria — their office was there. [Ah — they conquered the Turks.] Ah? [At the time they conquered the Turks?] Yes — yes. [Yes.] So I am going to yeshiva — and I see in the office that one English madman is holding some — some piece — a piece of iron by his ear. He is speaking — he is laughing. What is this? He is mad? To whom is he speaking? He is laughing and speaking like — (Saba laughs.) I said: "He — he is such a madman." (Saba laughs.) I had heard that there is a telegram — but a telephone — I had not heard that there is such a thing. So he — he holds a piece of iron and speaks to it and laughs. What is this? What kind of madman is this? To whom is he speaking? There is no one. (Saba laughs.) [Like a Breslover — to whom is he speaking? With whom is this madman speaking?] Once a relative came from Paris — from France — from Paris. [Yes — yes.] And there were Turks — we had the Turks. So the relative — she tells my mother: "With us in Paris there is — there is a refrigerator that makes ice and one does not need to buy." (Saba laughs.) I know — I went to buy ice — there was a great factory with many workers. How is it possible? I asked them — how. (Saba laughs.) The ice factory is large with workers and a small refrigerator — how did he look at this? So she said to me: "Do not wonder — in my house there is such a refrigerator — I have such a refrigerator in my own home." Yes. (Saba laughs.) I did not want to believe such a thing.</w:t>
      </w:r>
    </w:p>
    <w:p>
      <w:r>
        <w:t>[Good — if they had told you — if they had told you in the time of the Turks that there would be a state with planes — with tanks — you would have said: what madmen — are you normal? If they had told you then that there would be a state with tanks and planes — you would have said: have you fallen from the moon? Return to the moon — what are you talking about?] If they had told me seventy years ago that Breslov would survive after seventy years — I would have said: "They are mad — they do not know what they are saying — how can such a thing be? There was fear to touch a Breslov book." (Saba laughs.) [Not just the book — the table — the table.] The table. There were great stringent ones who did not want to touch — not — not — only not to touch the book. Even the table upon which the book {rested} — they did not want to touch. (Saba laughs.) This was — he was a great stringent one. (Saba laughs.) Nu. And now — before — before the computer. (Saba laughs.) Nu. I said: "Good — this is all the redemption. But how will the redemption come? They do not want to touch a Breslov book — how will the redemption be? What will be? What will be?" (Saba laughs.) So now I am alive and I see that everyone is ashamed. Breslov — all the time — {a flood of} time — more and more important and more… It goes and grows. [What? It is only beginning.] (Saba laughs.) They print and buy. Yes. [This is fashionable — Saba — this is fashionable today. Breslov — only Breslov — this is a new fashion.] I had it hard: "Master of the Universe — when — how will the redemption come? They do not want to touch the books of Breslov — and not… And it is impossible to obtain — and they do not print — and not… How will the redemption come?" (Saba laughs.) And Rebbe Yisroel (Kardonner) had an excellent place — it was Meron — he had paradise there — paradise. Nu. He abandoned Meron and abandoned Tzfas and abandoned the family. There is one thing — Yisroel Ber — in Teveria there is one whose name is Yisroel Ber. Yes — there is his place now. (Saba laughs.) And I said to him — the first night that he bought the bread and ate by us. I said to him: "This is from the heavens — they sent you to me. I am going through wars — difficult wars. I need someone to guide me. I am warning you — I am asking you: do not leave me!" (Saba laughs.) What is this? Is this sweet? [No.] Not sweet? [This is end of season.] Oy — oy — oy. I want to eat. [Only to eat?] Afterwards to sleep. (Saba laughs.) [Only to sleep?] Yes. And the clock I no longer have — the clock is gone. (Saba laughs.) But I heard that at the kibbutz of… [of Sharon] of Sharon — there is a better clock than mine. (Saba laughs.) [I do not understand anything — how will one make human beings from all the animals? I do not understand.]</w:t>
      </w:r>
    </w:p>
    <w:p>
      <w:r>
        <w:t>Yes. As it was hard for me — as it was hard for me: "What — what — what? How will the redemption come? Then there are no books to buy — even if there is some book — they are afraid — not — not to touch — perhaps he will be suspected of inclining toward Breslov. How will the redemption come? What?" Yes. (Saba laughs.) But I did not despair. I had great yearning. And like — like my heart says to me: "No — no — the time will come." [Certainly.] Certainly. (Saba laughs.)</w:t>
      </w:r>
    </w:p>
    <w:p>
      <w:r>
        <w:t>And now we are sitting in Bnei Brak — in a sukkah — and we are speaking such words — that this is a sweetening for the whole world — for all of Bnei Brak — for all of Yerushalayim — for all the Land of Yisroel — for all the world. Every word that is spoken of the holy Rabbainu — it is a great sweetening for the whole world. [But the world does not yet know of this?] Nu — it does not yet know. But it will know — it will know. The truth — the truth does not become nullified. The truth becomes stronger every day. (Saba laughs.)</w:t>
      </w:r>
    </w:p>
    <w:p>
      <w:r>
        <w:t>The whole world will turn around — and from all the animals — human beings will be made — human beings. And here Rabbainu reveals that he is the root of all the… of the redemption — and of all the souls in Yisroel — to return them — to bring them out of places — from place… Where — each one who has fallen there — and to bring out the whole world from troubles. The troubles are the desires and money and the pleasures of this world. And one does not need all this — one needs to eat a piece of bread. (Saba laughs.) With — with (not understood) what? For what purpose is all the money and buildings? What? In order to eat bread. (Saba laughs.) Oy.</w:t>
      </w:r>
    </w:p>
    <w:p>
      <w:r>
        <w:t>And Rebbe Nachman — he is the root of ours and of all the world. And this — in him — in him and in the Name — and in his Name "Na Nach Nachma Nachman" — this is the root of all creation — of all the Torah — and of {everything}. And this is effective for everything — to do teshuvah and… The main thing is wisdom. And if — if one lives even a thousand years — this is a matter that comes to an end — in the end it comes to an end. So what — what — what is it… Particularly we — in these generations — live fifty or sixty years. And also half of this one sleeps — half the time and… {Good} — what? For what purpose does one live? For what purpose is all the work? After — after fifty or sixty years one enters a hospital — and afterwards they put one in a refrigerator — and afterwards in the grave. What? What is there? One leaves all — all — all the money and all the work — one leaves it all in this world and… Yes. For what did you work fifty years as a slave? For what? He — he — he only always thought thoughts from the heart — where to get money — money — money — money — money. Yes. What is this? Madness — this is utter madness! Oy — nu — nu. (Saba laughs.) This… Oy. And this Petek came into the world through a stumbling — through a stumbling block. It is written — and the Gemara says — it is written in a verse in the Torah: "V'hamachshaylah hazos tachas yadecha" — "and this stumbling block is under your hand." Through the stumbling block — wonders happen. In particular — the holy Rabbainu — he brings in — he turns around all the distant ones and all the sinners and all — and all the world — turns them all to the Holy One Blessed Be He. He tur… (not understood) Only the word — one word of his — he — he conquers the whole world. He — he laughs at them — and they understand that they are in error. About what are they — they — they — they working so hard and pursuing so hard? For what? For whom? For what? (Saba laughs.) What? The main thing is "Na Nach Nachm…" — this is an easy thing to say. Because this — because when one says "Na Nach" — then one holds the root of all creation — and of all the Torah — and of all the tzaddikim and… Yes. And one enters into another world. (Saba laughs.) Only by mentioning the name of Rabbainu Rebbe Nachman — and like this — as is sealed with the seal in this Petek: "Na Nach Nachma Nachman MayUman." Yes. Nu.</w:t>
      </w:r>
    </w:p>
    <w:p>
      <w:r>
        <w:t>This needs to be in every place — in every shop — in every home — in all the world. (Saba laughs.) They will know that they are animals. [Who?] He turns to become — to become a human being. [Who is an animal? Who is this? The whole world?] The whole world. [So who remains a human being in this world today?] (Saba laughs.) [Who remains a human being in the world today? Are there human beings? How many human beings are there?] In every person there is good. [Yes.] And this good — even though it is very little — in a measure that does not — not — that not… But this — this has the power to transform the person. And the good that is in him — yes — it has power. The holy Rabbainu revealed that there is in every one — in every one…</w:t>
      </w:r>
    </w:p>
    <w:p>
      <w:r>
        <w:t>And he was the pride of the city — the pride of the yeshiva — the pride of {the city}. He was a student of — of the Chafetz Chaim. He studied with him in yeshiva and he was his student — he studied by him. [What was he called?] [Tzvi Litvak.] Ah? [Tzvi Litvak?] [Ah — Tzvi Hirsh.] Rav — Rav Tzvi — Rav Tzvi Rosenthal. [Ah — I did not know he was a student of the Chafetz Chaim.] Yes — a student of — of… Oy voy.</w:t>
      </w:r>
    </w:p>
    <w:p>
      <w:r>
        <w:t>(Saba laughs.) They do not need to eat. But I am a sick man. If you do not give me to eat — then not — then I will travel to the Land of Yisroel. [Good — eat there.] (Saba laughs.) [Here this is America — this is different food.] Yoy. [There is no tomato juice only here.] Oy — oy voy. (Saba laughs.) Oy — oy — oy — oy. I am so accustomed to such lowliness and to suffering troubles — I am already used to this. And blessed be Hashem — everything was in its proper time — in its moment. And everything was kept for now. And also the letter — from sixty-three years ago — yes — this was a preparation for now. Sixty years it was — it was without publicity. Yes. I told Rav Shlomo Wexler — to select individuals — to friends of mine — but not publicly. [Rebbe Yisroel — I think all of us were born for the letter.] What? What? [All of us were born for the letter.] (Saba laughs.) And the letter was before they were born. (Saba laughs.) Oy. Blessed be Hashem — blessed be Hashem — we have a house and a kitchen and a fire. And one can drink — there is to buy bread — blessed be Hashem — in abundance. And one can drink — to eat bread with tea — and to live a good life. (Saba laughs.) In America — they are from the Land of Yisroel — how we came — we come to America and we conquer a room and kitchen and water and everything that is needed. We have everything here — an… All the world was created for us. Yes. (Saba laughs.) [When will we receive a large printing press? We still need to receive a printing press and fill the homes of Yisroel with books — and that is it.] Everything — the Shabbos of — the Shabbatot of now — they are the preparation for the printing press. First of all we conquer America. (Saba laughs.) Afterwards the whole world. Not we — the letter. Everything is the letter. For what purpose — how are we here? If there were no letter — we have nothing to do in America. [This is true.] Hi — hi — hi — hi. Such wonders of Hashem — such a letter — such as one does not hear — we have not heard — and it is impossible to enter into the mind — such a miracle and wonder in this generation of darkness. [Rebbe Yisroel — what are these vowel points — the vowel points?] The vowel points? The vowel points are great secrets. The letters with the vowel points. And is it possible to read "Nachman" without vowel points? First of all there is a vowel point on the Nun — Nun — patach — "Nach" — patach — shva — "Nachm" — "Nachman." This is all vowel points. And also this is pashut — kaful… Why not five? Why not three? Only four! This is pashut — kaful — meshulass — meruba. This is the niggun that will be sung in the future — through Mashiach Tzidkaynu — to repair the world. And this song — he — he reveals here in this letter — that he is this song — pashut — kaful — meshulass — meruba — "Na Nach Nachma Nachman MayUman." (Saba laughs.) Oy — oy — oy. There is a choice. We — we should have been holy tzaddikim — not to ask from the whole world. Yes. When there is such a wonder — in this darkness there is such a wonder — such a letter — how it is sealed and how it is written — and how — the sign that no human being knew of this — only — only…</w:t>
      </w:r>
    </w:p>
    <w:p>
      <w:r>
        <w:t>Paper — and I did not pay attention to it. What? Paper? What is this paper? And what will the paper do for me? (Saba laughs.) This paper will conquer the whole world! (Saba laughs.) This is us — the world laughs at us: "What? They are fools. They — they — they say such things — how is it possible for them to know such a thing?" (Saba laughs.) But there is the tzaddik — Rabbainu Rebbe Nachman — who is this — this — this — he is all — all of him miracle. Every word that came from his mouth — everything he revealed — and all his matters — and every soul that draws close to him — and every book that is printed — this all touches the redemption. Because he is the main thing of the redemption. And this is hinted at — in this — in this letter: "Na Nach Nachm…" — he is the redemption. This is the song that will be sung — this is a song of kindness that will be sung in the future. He is this song! Yes. Oy — oy. One holds in hand — all the miracles — they were — they were — temporary — they were only in their time — in time — temporary. And now we — it is written in the Torah — the miracles of Egypt — and more miracles — miracles — miracles. But one does not see. We believe in the Torah that there were miracles — certainly. But this — it is alive and in existence — this is alive and in existence. And this is such a miracle — how did it come to Teveria? And how did it come into the book? And how did I open the book and there was a letter there? And one sees such Providence with one's eyes — one sees such wonders as is impossible — beyond nature. Yes. And the holy Rabbainu writes about me — about Yisroel Ber: "V'alecha amarti — mein Feiyerel vet tlien biz Mashiach vet kumen." The holy Rabbainu said this: "Mein Feiyerel vet tlien biz Mashiach vet kumen." He promised that he — that his fire will not be extinguished. So this that I said then — this is "v'alecha amarti" — "v'alecha amarti mein Feiyerel vet tlien biz Mashiach vet kumen." (Saba laughs.) Oy — oy. This is a wonder — a wonder — everything is a wonder. How he… If there had been some great one of the generation — a scholar and a tzaddik and… Yes. But no — a simple ordinary person like me. And still. And I know myself — it is impossible for me… How he — he — he — he — he took — he took Yisroel Ber — he drew me close first to the holy Rabbainu. Yes — to draw close to the holy Rabbainu with such mesiras nefesh — with might — with such might. Yes. And afterwards the matter of the letter — the matter of the letter. Sixty years — and it is alive — it is in the world. A thin piece of paper — a piece of paper. How does it survive sixty years? Even a person of sixty years — he is already an old man. Yes. And a piece of paper — it is alive sixty-three years. How does it exist in the world? And also it was in great dangers. I sent it to Poland before the war — to Poland. And they returned it to me. And I received it by post. And this was a miracle — a miracle — a miracle. Yes. Oy — oy — oy.</w:t>
      </w:r>
    </w:p>
    <w:p>
      <w:r>
        <w:t>The letter — so the Holy One Blessed Be He sent Aharon. It is through him. And were it not for Aharon — the letter would not have been revealed. [Not me — this is you — what am I.] (Saba laughs.) What do you have? [What? I have nothing.] [He distributed the letter — Saba.] Ah? [He distributed the letter.] What is this? [What? This?] What is this? [This is a tape.] Ah — I thought this was the letter. (Saba laughs.) Oy — oy — oy. The letter — it slept sixty years — and did not — not do anything — no — no publicity and no this. Yes. And after sixty years — it awakened — awakened slowly — slowly. Yes. And it said — and it says: "Hineni — I have come now — I am coming — yes — to repair the world." (Saba laughs.) [Kobi — this is a great wonder — Kobi — Kobi — this is a great wonder — Rebbe Yisroel.] Ah? [Even if you came to America a previous time only for Yaakov — it was worthwhile.] Yes? [Yes.] Blessed be Hashem. Oy — oy. When will you return me? [When?] Yes. [Chezkelhu — when will they return him?] [When Mashiach comes.] (Saba laughs.) [There is good soup here — tomato juice.] I need money for a ticket. (Saba laughs.) He tells me soup — I need money. [There is the Master of the Universe — ask him whether you need money for a ticket or redemption — one of the two.] Ah. Oy. It is good that you mentioned two weeks. [Me?] Nu — and if it will be three weeks? Then you need… [So what? I did not agree to two weeks.] So you agreed — you said: "Good — let two weeks come." [I agreed — I am ready even for one day — Rebbe Yisroel — I am ready for one day — one day I am ready — just so there be redemption.] Just let it come. [Yes — even tomorrow — just tomorrow — and that is it — so that there be redemption — two weeks — I will not let you — I hereby declare — from now until the redemption I will not separate from you. Wherever you go I am after you — Rebbe Yisroel — Rebbe Yisroel.] Nu. [From now until the redemption I will not leave you — I cannot live one day if you are not by me — I am like dead — Rebbe Yisroel.] Ah? [I am like dead if you are not beside me — I will pursue you from one end of the world to the other end.] Ho. [I will not leave you until Mashiach comes — like — like glue — like the mud that was in Yavne'el — like this I will be with you — I will not leave you.] Oy. [I cannot — I am like dead.] Hi.</w:t>
      </w:r>
    </w:p>
    <w:p>
      <w:r>
        <w:t>So come… Hi — hi — hi — hi. Nu. Hi. I bless you with all my heart:</w:t>
      </w:r>
    </w:p>
    <w:p>
      <w:r>
        <w:br w:type="page"/>
      </w:r>
    </w:p>
    <w:p>
      <w:pPr>
        <w:pStyle w:val="Heading1"/>
      </w:pPr>
      <w:r>
        <w:t>Tape 11</w:t>
      </w:r>
    </w:p>
    <w:p>
      <w:pPr>
        <w:pStyle w:val="Heading2"/>
      </w:pPr>
      <w:r>
        <w:t>Side A (Aleph)</w:t>
      </w:r>
    </w:p>
    <w:p>
      <w:r>
        <w:t>There are all the remedies and all the salvations. [Uman.] Ah — ah — ah — ah. There will be — whatever will be in the world — what joy. Nu. [There will be a beautiful wedding.] We will all become perfect — and the world will be full of joy. (Saba laughs.) The Russians — every year they are renewed. They will see that there is… [This is good.] More than the previous year. Yes — there is much more than the previous year. There will be many dollars — they will rejoice greatly. (Saba laughs.) [They will arrange much room.] And there will be a line from Lod to Uman. [Direct.] Yes — straight to Uman. There is already — there is already an airport? [There is an airport.] In Uman? [Yes — there was — there was a military airport.] I do not know. [And now they made it — now they made it for everyone.] (Saba laughs.) It does not need the army — everyone needs Uman — for what does it need an army? [But Rabbainu said that there will be a machine — meshin — that will take one… to Uman — to return him to Minchah in Yerushalayim — Rabbainu said.] Yoy. [That there will be machines.] Yes. [That they will take — the Israeli man to Uman — and return him to Minchah in Yerushalayim.] Yes. [On the same day.] He said this at a time that — the whole world did not — not know this. How? Through the air? Can one ride through the air? How? (Saba laughs.) And the holy Rabbainu said: "There will be journeys — with — with an airplane." [This is a wonder.] He revealed the airplane two hundred years ago. [Yes.] That there was not — that there was not… The whole world did not know of this — they did not believe that it would be — that it would be possible to travel by airplane. Where? How? [Rabbainu — this is a wonder — ruach hakodesh.] There will be no sadness in the world — only joy. (Saba laughs.) "Yesh inyan — yesh inyan shenishtapach hakol l'tovah" — there is a matter — there is a matter that everything pours out for good. Nu. (Saba laughs.) Who would not want to travel to the matter? [Yes.] This matter — which turns everything for good. (Saba laughs.) [The matter is Rabbainu.] Yes — who added this — who revealed this. [You said it.] Ah? [You said it.] I said it? What did I say? ["There is a matter that everything pours out for good" — the matter is Rabbainu — by whom it all turns for good.] No one knew — not — not knew who… Where is this matter? We very much need — the matter. Where is it? (Saba laughs.) The matter is whoever revealed this — he is the matter! [This is the holy crown.] Rebbe Shimon bar Yochai — he is "Ir v'kadish min shemaya nachis" — and now there is "Nachal Novea Makor Chochmah" from Uman — 'Nachman MayUman.' (Saba laughs.) The whole world did not know of Uman — only of Breslov. And now all — the whole world knows of Uman — Uman. (Saba laughs.) How? The holy Rabbainu sealed himself 'Nachman MayUman.' (Saba laughs.) [In the end the whole world will know that this is Uman.] The name 'Uman' remains — it is such a pleasant word — 'Uman.' Easy — easy and beautiful — 'Uman.' [All the Russians already know where Uman is.] (Saba laughs.) [Take me to Uman.] They will travel with me — and the world will be… They will have no other matter — only — only to become Jewish. [Yes.] It is impossible to be in Uman without — without Jewishness. So everyone will become Jewish. (Saba laughs.) They will see — all the Russians will see that this is good. (Saba laughs.)</w:t>
      </w:r>
    </w:p>
    <w:p>
      <w:r>
        <w:t>The non-Jews are receiving blows. [Yes?] [Yes — a plane fell in Russia — many people died.] What? A plane? [Yes.] In Russia? [The Russians' plane.] Nu? [And everyone was killed there.] All were killed. [Yes — of the non-Jews.] Nu — they are receiving {blows?} (Saba laughs.) [They are on the way. Now the Cabinet of Yisroel —] Ah? [The Cabinet of Yisroel.] Cabinet? [Yes — the Knesset.] Yoy. [They announced that they are not going to America to speak with the Arabs.] Yes? [They stopped — Yisroel stopped the peace talks — Yisroel stopped.] They stopped. [Yes — they said they do not want to speak in America — they want to speak here.] To speak here. [Yes — in the Middle East.] Ah — ah. (Saba laughs.) [And Yisroel is strong.] Ah? Yisroel — Yisroel is strong. [Yes — there is trust in Hashem.] They have no other choice. (Saba laughs.) [They will have to in the end say "Na Nach Nachma Nachman MayUman".] (not understood) Nu — Lizer — Lizer. [This is not Lizer — this is Gideon.] Ah — Gideon — Gideon. [He will help us.] (not understood) Oy voy. [Perhaps we can hear a Torah scroll?] Ah? [Perhaps we can hear a Torah scroll — today is Thursday — a Torah scroll — perhaps we shall go to hear?] Good — is there — is there no hat? {Come} — take with me… Lizer. [Lizer — I think he made a mistake.] Ah? [Perhaps he took your hat.] Yes. [Where is the second kippah that you had? Saba.] I do not know. [Thinner.] I do not know. [Saba.] Yoy. [Perhaps put on this kippah — it is thin — one can put a hat over it.] Ah? [One can put a hat over it — it is thin.] Yes. [If this is fine for you — if it is large.] Large. [Just a moment — I will bring — there is another one — see which is yours — just a moment — perhaps this one — is this one better?] {Not yet.} [See if the hat — blessed be Hashem — not good?] No.</w:t>
      </w:r>
    </w:p>
    <w:p>
      <w:r>
        <w:t>…So to learn at an ulpan — to learn. [At an ulpan?] The Holy Tongue. [Yes — yes.] So he will be able. [Yes.] To say Likutay Tfilos. [Yes.] And all — and all the Torah. [No — I understand.] [One must also pray for this — a great deal of Likutay Tfilos — there is Likutay Tfilos for reading Psalms.] [Yes — yes — yes.] [Saba.] Ah? [There is Likutay Tfilos that one must read Psalms — in Likutay Tfilos there is — they pray to read Psalms.] [Saba — how did Rebbe Yisroel Kardonner say Likutay Tfilos? Did he weep? Did he shout?] There are no words to speak and to tell — it is impossible to describe such a thing — spiritual — soul — this — this — this. (Saba laughs.) But he illuminated in the heart — it is set in my heart — in all my limbs — his voice. Yes. Ah. [Did he sing?] He sang — yes — yes. Ho — ho — he sang a niggun of holiness — such a niggun — a niggun of Mashiach. (Saba laughs.) [Does one say Likutay Tfilos with joy — or with weeping?] Ah? [How — how — how as the heart…] To say — to say with the mouth what is written in the book — simply — as is written — to say with the mouth. And from this — time will come. Yes. [Saba — were you connected to the Anash in Yerushalayim?] Ah? [Were you connected to the Anash in Yerushalayim?] Ah — Rav? I do not have. [When you were together — when you were together?] A little — a little — a little — not much. [Were they — were they separate?] There was — there was for them {a Rebbe}. But the main thing — is the avodah of truth — mesiras nefesh — to nullify one's mind. [To Rabbainu.] This is matters. Yoy.</w:t>
      </w:r>
    </w:p>
    <w:p>
      <w:r>
        <w:t>…Two weeks ago — on Shabbos — I dreamed a dream — a dream. I had a dream. [Two weeks ago he dreamed a dream.] Ah — yoy. [About the moon — about the moon.] Yes? [Yes — and there were on the moon many shades — points in different shades.] [Spots — there were on the moon spots.] [Yes — points — like points in different shades.] Small — what — what small? [Spots.] [Points — points — like points.] [Points — like points on the moon.] Ah. [In different shades.] [In colors — in many colors.] He saw a dream? [Yes — yes — in the morning at dawn — like this. And there was also — was like a pit — a deep pit — in black color — in the dream.] [He dreamed that on the moon they are studying — studying Torah.] {This is like this}…</w:t>
      </w:r>
    </w:p>
    <w:p>
      <w:r>
        <w:t>…[Saba — is it good — is it good to speak of worldly matters? Is it good to speak of matters of this world?] (not understood) The main speech is only of Hashem — Torah with Hashem — this is called speech. [Rabbainu used to ask Rebbe Naftali — if there is news?] Ah? [Rabbainu used to hear — used to ask Rebbe Naftali if there is news in the world. He would tell him news. So he told him of Napoleon.] Yes. [Napoleon.] Napoleon. [Yes — he had been a slave and became a leader. Napoleon.] Napoleon. [Yes — he was a slave.] Yes. [So Rabbainu told the story of "the king's son who was exchanged with the maidservant's son" — from the news — Saba — he asks — he asks — there is a rumor that Napoleon met Rabbainu — is this true?] Ah? A pogrom? [That Napoleon met Rabbainu.] Nu. [Met Rabbainu.] I do not know. [This is not written — is such a thing known? Is there such a rumor?] There is a rumor that he met him. Not — not clear. [Not clear.] There is a hearing. [Yes.] And that he was — was — that he met him…</w:t>
      </w:r>
    </w:p>
    <w:p>
      <w:r>
        <w:t>…{He and they — he does things} — thus said Rabbainu. [This is impossible if it is not in silence — in silence this is not — not enough.] To speak — to speak with the Holy One Blessed Be He. Even like this — like two friends. [True — yes — like…] Who speak and tell — yes — yes. Like this the holy Rabbainu wanted — that we speak with the Holy One Blessed Be He like with a good friend. (Saba laughs.) [Yes — but — but it is hard to bring out words — if you do not feel them it is as if… But the words must be true — Rebbe Yisroel — not just like this — no? Do you understand? If you do not feel the words you are saying — this — this — this is not — this — this is a problem.] [To speak — to speak — to speak — until there will be words.] [Rebbe Yisroel — how to renew oneself in prayer? To lengthen the prayer?] A new world — all — all — everything is new. [Yes.] Ah? (Saba laughs.) (not understood) No — this is how much it is… (Saba laughs.)</w:t>
      </w:r>
    </w:p>
    <w:p>
      <w:r>
        <w:t>By Mashiach — he will come — and the time of Kriyyas Shema will not pass. (Saba laughs.) [Rabbainu saw this before everyone — before there were planes.] [It is already possible today — already possible today to travel in the morning and return before Minchah. There are planes with which one can do this — there are planes that can come and return.] [Saba — there are already such planes — he says there are already — already now like this. One travels in the morning and returns the same day. There are planes that can come and return.] Yes. [He says that now this already exists.] There are such journeys? [Yes — this is already — already now.] [Everyone will travel to Uman.] [Are there many signs of Mashiach now?]</w:t>
      </w:r>
    </w:p>
    <w:p>
      <w:r>
        <w:t>…One sign among the signs of Mashiach — that there will be — that there will be such a vehicle that travels through the air. (Saba laughs.) [So this is a little time until Mashiach?] [There is "Na Nach".] Whoever finds it hard to pray and to serve Hashem — so he will travel to Mashiach — who will pray for him — who will — he — he — he will illuminate in him — so he will speak all his days — all… (Saba laughs.)</w:t>
      </w:r>
    </w:p>
    <w:p>
      <w:r>
        <w:t>…"Chazak v'amatz" — eight times he mentioned him greatly — to be "Chazak v'amatz." Yes. If not — Heaven forfend — not — not — {the opposite} — not good. Only "Chazak v'amatz" — we must believe the words of the tzaddik and fulfill! (Saba laughs.) Only "Chazak v'amatz." This is war — this is a great war. The Adversary wants only to cause to fall. The holy Rabbainu said: the Adversary goes around with a person like this — he wants — Heaven forfend — to degrade him completely — "and I do the opposite." (Saba laughs.) He said — he closes and he opens. The holy Rabbainu opens all the gates of teshuvah — of everything — of all the rectifications. Such a thing has never yet been in the world. Now there is in the world such a light that will be — that… Only — we see that not yet has the time come for it to be revealed — but it will be revealed. The time has come. Yes — exactly — it will be revealed — the greatness of the Creator will be revealed — it will be revealed how we are servants of Hashem — "Banim atem laHashem Elokaychem" — "you are children to Hashem your God." Only now they will serve — they will grind the lips always — if we say what is written — what — what is written in the Torah — what is written — awesome. And we need only to say with the mouth — then it will be good. [Saba — my son is ashamed.] No — no — one must overcome — war. [Yes — war.] Certainly. One needs — in war one must be a warrior — to overcome — not — not to fall. The holy Rabbainu does not allow us to fall in any way — in any way. He only strengthens us — and revives and strengthens — and strengthens us and revives us — as has never been before. But this is his matter. Already the time is close. [Close.] The whole day lying like this — this is not — not good. The body needs to walk and go. But I always sit and lie. {This is not…} May Hashem have mercy. [We — we have a car.] A car. [If you want to stroll.] Yes? Yes? [Yes — yes.] Good. Do you have one? [Yes — we have a car.] Perhaps you will come — so that I will do this once a week — twice a week. [Yes — yes.] To do such things that strengthen the limbs. [I don't understand Hebrew so well — he is translating.] Let him translate. {What will you do?} Do you have weights — do you have such things that are good for the limbs? Then bring — and I — once a week — twice a week. [Whatever he…] Yes — yes — yes — yes. Whatever he… If it is possible to do this — it is very good. [No problem.] Yes. [Will Tziporah be here tomorrow? Will Tziporah be here?] I do not know — we do not need her. [No — one needs to speak with Tziporah.] She — she — all the doctors are hers. All the great doctors she knows — she knows and she… [Yes?] Yes — yes. She worked more than fifty years at Hadassah. [Yes?] Yes. Give me your address — I will give it to Tziporah — and she will go to you — will speak with you — you will give me your address. Yes. And I will give it to Tziporah. [Yes.] She will go to you to speak about this. [Yes — Shderot Eshkol — Shderot Eshkol 30 — Shderot Eshkol 30 — also Doctor Hoffenheim from Hadassah.] Ah? [Doctor Hoffenheim.] Nu? [Also from Hadassah.] Nu? [A good doctor.] Yes? [Yes — Dani'el was…] By him. [By him — yes.] Nu. What does he say? He gives some… [To give medicines — to give medicines.] Yes? [Yes.] Good? [Yes — but we went only once — one needs to go again and again.] Ah. [Yes — there is a doctor who says to Dani'el — hypnosis is good for him — hypnosis — is this good for him — hypnosis?] What — what does he say? [One needs to speak with Hoffenheim about — about this — it is good?] About the situation. [About the situation — yes.] Does he know how to drive — to manage the car? [No — no — I…] You know — he does not. [No — no — he has no license — he has no license.] He has no license. [No — he is translating your book.] "Avi HaNachal"? [Yes — yes.] Good — let him strengthen himself in this.</w:t>
      </w:r>
    </w:p>
    <w:p>
      <w:pPr>
        <w:pStyle w:val="Heading2"/>
      </w:pPr>
      <w:r>
        <w:t>Side B (Bais)</w:t>
      </w:r>
    </w:p>
    <w:p>
      <w:r>
        <w:t>No livelihood — and no other matter — only Hashem — to merit to draw close to the Holy One Blessed Be He. Yes. And they warned greatly — the holy Ari HaKadosh — the holy Ari HaKadosh had holy students — geonim — students and masters of Kabbalah — the students of the holy Ari HaKadosh. He warned them greatly about love of friends. And also Rebbe Shimon bar Yochai warned his circle — that they hold themselves in great love. And also the holy Rabbainu (Saba laughs.) and his holy student Rebbe Nassan — they speak so much about — about love of friends. Nu. And this — blessed be Hashem with us — this is against the world. But — but there is love and there is love. I saw what love is. Rebbe Yisroel (Kardonner) — of blessed memory — he gave his entire soul for me. Perhaps he would succeed in illuminating in me some — some light — that… To cleanse oneself from the desires of this world — this is the main thing — to cleanse ourselves from the desires of this world. This is the main thing — drawing close to the Holy One Blessed Be He — so that we not become… The holy Rabbainu appeared like a camel. A camel is very strong — a camel. Oy — a camel — a camel and a mouse. A mouse — this is small and weak. This is not — the camel is great and strong. Yes. So that we not be like a camel — whereby if a mouse comes and takes the rope and leads it to wherever he wants — and it walks after him. Like this are we. We are mighty warriors. We have the holy Rabbainu. Heaven forfend — {we} must be very careful — to accept upon ourselves the wisdom and the da'as of the holy Rabbainu — for this is all our life-force in this world and in the World to Come. All our life-force and our hopes — everything. This is only this. Because the holy Rabbainu — he — he — he purifies us. "Ani nahar hametahayr mikol haktemim" — "I am the river that purifies from all the stains." Yes. [Yes.] He wants to cleanse. He — for this purpose he came into the world — to cleanse us from the desires! Yes. And this is everything — all the love and everything — everything is for this. (Saba laughs.) And to speak of this always — how one merits to depart from the desires — to break the desires. [Yes.] Yes — all kinds of advice — how — what — what to do. Nu. We know that the main thing is prayer — prayer even in any room. In particular — one can go to the Kosel and to the graves of tzaddikim here and in Tzfas. Yes. Prayer — prayer — prayer for emunah. If not — Heaven forfend — Heaven forfend — we fall — we fall. Yes — a great danger. Without the true leader — without the tzaddik — we have no power to conquer this war — this war. The tzaddik revealed to us in his holy words — the matter of cleansing and purifying ourselves from desires. Only — only to serve Hashem. For this we live — for this is all — all of creation. All of creation was not yet created — until Yisroel should receive the Torah. But one must learn and fulfill everything that he — that he teaches us. Everything that we learn from his holy books — to fulfill it. Yes — with mesiras nefesh — immediately to fulfill. Yes. Difficult? One needs — it will be difficult — one needs — one needs {to fulfill}: "B'chol levavcha — b'chol nafshecha — b'chol me'odecha" — "with all your heart — with all your soul — with all your might." Perhaps close one door — one door. Yes — yes. Give only one door. Ah — yes. How much — how much and how much we must rejoice and give thanks always to the Holy One Blessed Be He for the gift — for this kindness that He has done with us — that we have the holy Rabbainu now in such darkness — in these generations. There is already — the holy Rabbainu — he is the remedy for everything. He — he heals and repairs and revives everything — for all who want — in every moment. Oy. Is there sunlight? Yes? [There is sunlight.] Not much — let it not be old. [Yes.] One must always buy. [New.] Fresh — fresh. And if it is not fresh — then it is not worthwhile — not — not — not does it work as needed. Not. So shall we go in the sun? [Yes.]</w:t>
      </w:r>
    </w:p>
    <w:p>
      <w:r>
        <w:t>This is not expensive. (not understood) You can look in the book. [I read in the book.] Ah — {fine — excellent.} Do you have a book? [Yoy.] Is your stove on wood or on gas? [No — it is a radiator.] Ah? [It has oil in it.]</w:t>
      </w:r>
    </w:p>
    <w:p>
      <w:r>
        <w:t>(not understood — Saba speaks with someone in Yiddish.) He will fall like — like all the rabbis — like all the rabbis. (Saba laughs.) Yes. [(a friend speaks in Yiddish)] A fool — wicked — and coarse. [(a friend speaks in Yiddish)] He will fall like all those who have honor — like all {those of…} — he will fall and fall — the liars — all — like all — all the liars will fall — and there will be only — only truth — truth and emunah. [(a friend speaks in Yiddish)] They will fall — they will fall — all of them will fall. (Saba laughs.)</w:t>
      </w:r>
    </w:p>
    <w:p>
      <w:r>
        <w:t>He has stomach pains. (Saba laughs.) [Who? Rav Lizer?] Yoy. Have you not heard? [I have not heard.] Yes — I heard this. (Saba laughs.)</w:t>
      </w:r>
    </w:p>
    <w:p>
      <w:r>
        <w:t>…That there will be yeshivos that will study the books of Rabbainu — there will be — there will be many yeshivos — and they will study the books of Rabbainu. Like this — like this I heard. [Yes.] (Saba laughs.)</w:t>
      </w:r>
    </w:p>
    <w:p>
      <w:r>
        <w:t>…[Hoping — hoping that he will not.] Hoping that he will buy. [That he will not buy.] Ah? [That he will not buy.] That he will not buy. [They want — everyone together wants to buy — but not that he buys alone. (not understood — he speaks in Yiddish.)] Yes? No — no — no — not one. [Not one. He has become the rabbi over Breslov? What is this?] He has become an Admor — Admor {like this} — Admor. [Admor Berland.] Yoy. He will fall like all the liars. [(not understood — he speaks in Yiddish)] No — no — no — all of them will fall. [Ashkenazim and Sephardim.] (Saba laughs.) [All of them?] Yes.</w:t>
      </w:r>
    </w:p>
    <w:p>
      <w:r>
        <w:t>…[(not understood — a friend speaks with Saba in Yiddish)]</w:t>
      </w:r>
    </w:p>
    <w:p>
      <w:r>
        <w:t>…"Sheyomtaku kol hadinim me'al" — [Yitzchak ben Simchah.] Yitzchak ben Simchah. [Barak.] Ah? [Barak — Barak ben Malka.] Barak ben Malka. [Eliyahu ben Simchah.] Eliyahu ben Simchah. [Asher ben Simchah.] Ah? Asher ben Simchah. [The whole family.] "And the whole family — and all of Yisroel — through a supernal wonder in which there is no admixture of judgment whatsoever — Amen." [Amen.] [May you merit mitzvos — Saba.] [Saba — can you make for me a pidyon?] Ah? [Can you make for me a pidyon?] Who is this? [Gideon.] Gideon — Gideon ben — [Sandra.] Ah? [Sandra.] Sandra. [And Esther bas Chanah.] Ah? [And Esther bas Chanah.] Esther bas Chanah. [And the whole family.] The whole family — "through a supernal wonder…" [Amen.] [Thank you greatly — may you merit mitzvos.]</w:t>
      </w:r>
    </w:p>
    <w:p>
      <w:r>
        <w:t>…Five years. [Every day? Every day were you together?] Yes — two — two. (Saba laughs.) In Teveria there was I and Rebbe Yisroel (Kardonner) — two Breslov Chassidim. (Saba laughs.) Nu — you — you are not {open-mouthed}…</w:t>
      </w:r>
    </w:p>
    <w:p>
      <w:r>
        <w:t>…[I can take from what is there.] Yes — yes. [You will eat this.] There is time. [Good — so put here — put here.] I do not need so much. [Were you chavrusah?] I do not — not need so much. I do not have a large stomach — my stomach is small. Immediately it becomes full. (Saba laughs.) [Saba — you said: "There will be a time — whoever does not bless with kavanah — he will have no stomach."] Oy voy — oy voy — what a — what a world — what a — what a world is this — that there is Rabbainu already in the world. This is the world — the world of Mashiach — a new world. (Saba laughs.) [Can I eat from this? Saba — can I eat from this?] What kind… For what purpose do you need to know? For what purpose did I give it to you?</w:t>
      </w:r>
    </w:p>
    <w:p>
      <w:r>
        <w:t>The story of 'the Wise Man and the Simple Man.' (Saba laughs.) This story — the whole world can live from this story. (Saba laughs.) And rejoice. The Simple Man asked the Wise Man: "Why is it that every time I come — you are in sadness? Why am I in joy?" (Saba laughs.) So the Wise Man was always in sadness — this is not fine — and this is not good — and this is not good — and this is not good. And the Simple Man made everything good. He wanted meat — to eat meat. So he said to his wife: "Give me meat." (Saba laughs.) She gave him bread: "Here is meat." So he said: "Ho — the meat is so good — so pleasant — the meat!" [He felt meat.] He needed a garment to go to a friend's wedding. Yes. So he said to her: "Give me the beautiful garment — I need to go to a wedding." (Saba laughs.) She gave him the peltz. (Saba laughs.) [This is the same garment every time.] A story — this is such a story — it can make the whole world rejoice. (Saba laughs.) Why am I to rejoice — {says the Simple Man} — always — every time I come — I — you are in sadness. (Saba laughs.) So he said to him: "How should I not be in sadness? A rich man brought me a diamond — a diamond. And he brought me another diamond — to make it just like this diamond. He made it — he — he was [an expert] — a great expert. He made it well and very beautifully. He came — the rich man came: 'Ho — this is so beautiful — this — this…' But he — he made some — some defect — some — some small thing not right. [Small.] But the whole world did not — not know of this — because — because there was none — none who would understand — this defect — only he himself." So he said to the Simple Man: "How can I rejoice? A wise man like me — will have — will have a mistake? Will have such an error — that he did not do it properly? Nu — how can I be in joy?" (Saba laughs.) [The Simple Man was making a shoe — the Simple Man was making a shoe with three tips — and was in great joy.] He was always in joy. And the Wise Man was always in sadness — this is not fine — and this is not fine — this is not fine. [The story of the Petek — the story of the Petek — it is always new.] Ah? [The story of the Petek of "Na Nach Nachma Nachman MayUman" — this is always new.] New — new — yes. (Saba laughs.) [With simplicity.] He speaks to me and to you — and to all the world: "Me'od hayah kasheh li laredess elecha" — to you — and to you — and to you — and to you — and to all the world. (Saba laughs.) What — what does he need to descend so much — to say — to say to me that "nehenaytis me'od me'avodascha." (Saba laughs.) I did not enjoy at all — and he enjoyed: "Nehenaytis me'od me'avodascha." This is not — this is not — this is not finished — not yet finished: "V'alecha amarti mein Feiyerel vet tlien biz Mashiach vet kumen." Nu — this — this — would you be in sadness when I say this to you? (Saba laughs.)</w:t>
      </w:r>
    </w:p>
    <w:p>
      <w:r>
        <w:t>…[The holy Rabbainu hinted at the coming of Mashiach.] Yes. [That he — that he is Mashiach.] "V'alecha amarti — mein Feiyerel vet tlien biz Mashiach vet — biz Mashiach vet kumen." Nu. (Saba laughs.) [Saba — only Rabbainu spoke with Mashiach.] Yes — in the Petek it is written of Mashiach — that he will come. Mashiach will come — and the whole world will be joyful — all will become perfect. (Saba laughs.) [You need to be "Chazak v'amatz b'avodascha" — "Chazak v'amatz b'avodascha" — strengthen us.] "Chazak v'amatz" — this is his matter — this is his remedy. "Chazak v'amatz" — two — two words — "Chazak" — "v'amatz." (Saba laughs.) He gives us remedies — the remedy: "Chazak v'amatz b'avodascha." Do you not want to be in joy? I am telling you to be in joy. (Saba laughs.) [Through the power of Rabbainu he will make us joyful.] "Chazak v'amatz." (Saba laughs.) [There will be no choice — there will be no choice — one must be in joy.] He speaks with the whole world — with each and every one. Every word of his is written in a book — and he speaks to each and every one — to all the world. Such a Rebbe — that he speaks with the whole world. (Saba laughs.) "Ani nahar hametahayr mikol haktemim." [From all the stains.] Nu — the whole world is mad — there is such a river — {without his dignity.} (Saba laughs.) [This is "Na Nach Nachma Nachman MayUman".] This is the seal — the conclusion — "Na Nach Nachma Nachman MayUman." (Saba laughs.) [MayUman.] Eighty years it was — it was… [Hidden — concealed.] It was not possible for any person to come to him — not even one person in the world. Great wise Englishmen — impossible. To Uman? Impossible to reach. And now — already — already the whole world can reach Uman. (Saba laughs.) [Everyone will travel to Uman.] Yes — what? Are we mad? For what — for what purpose all these troubles? (Saba laughs.) ["The river that purifies from all the stains" — everyone will go to immerse in the river.] All the dollars of America will be in Russia — all will come to Russia — to Uman — and will take all the dollars to the Russians. (Saba laughs.) [The Russians will be rich.] Yes — ho — ho. [For what purpose will they be rich?] (Saba laughs.) And how much joy there will be in the world — eighty years it was not possible to reach Uman — and suddenly it opened to the whole world. How is this? (Saba laughs.) [Uman made a revolution in all of Russia.] Yes. [Certainly the Communists are finished.] Without a bullet — by itself. (Saba laughs.) [Now they are making planes straight to Uman.] Ah? [Now they are making planes to Uman — they will reach straight to Uman — there will be a large airport.] There have been several requests. [Yes.] Visa — visa — visa — visa — visa — visa. Where to? [To Uman.] (Saba laughs.) What? Is there — is only Uman in the world? Why only to Uman? (Saba laughs.) And so easy — so pleasant — Uman. [True.] One word — that is all — the whole world — 'Uman.' [Uman.] Yes — this — this is everything. (Saba laughs.) Ah — now the French are travelling. [Yes.] Next year the English will come too. [Afterwards from America.] From America — yes — yes — all — all will come to Uman. (Saba laughs.) [Where are you going? — so many people will ask: "Where are you going?"] Uman — it has a great expanse. Yes? [Yes.] All — the whole world can enter — {even} the whole world can come. (Saba laughs.) [This is true — this is the small that holds the great.] All will come to Uman — they will see how good it is. So each time they… […will come.]</w:t>
      </w:r>
    </w:p>
    <w:p>
      <w:r>
        <w:br w:type="page"/>
      </w:r>
    </w:p>
    <w:p>
      <w:pPr>
        <w:pStyle w:val="Heading1"/>
      </w:pPr>
      <w:r>
        <w:t>Tape 12</w:t>
      </w:r>
    </w:p>
    <w:p>
      <w:pPr>
        <w:pStyle w:val="Heading2"/>
      </w:pPr>
      <w:r>
        <w:t>Side A (Aleph)</w:t>
      </w:r>
    </w:p>
    <w:p>
      <w:r>
        <w:t>...[Saba and the friends sing:</w:t>
      </w:r>
    </w:p>
    <w:p>
      <w:r>
        <w:t>"In you, Rabbainu, we will rejoice..." ]</w:t>
      </w:r>
    </w:p>
    <w:p>
      <w:r>
        <w:t>This is Rav—Rebbe Avraham ben Rebbe Nachman—he took this niggun</w:t>
      </w:r>
    </w:p>
    <w:p>
      <w:r>
        <w:t>{and sang it}, "In you, Rabbainu, we will rejoice..."</w:t>
      </w:r>
    </w:p>
    <w:p>
      <w:r>
        <w:t>Throughout the whole world they now sing "In you, Rabbainu, we will rejoice..." They know that this is Breslov…</w:t>
      </w:r>
    </w:p>
    <w:p>
      <w:r>
        <w:t>...What I heard from Rebbe Yisroel was: Mashiach was in this world {and not}</w:t>
      </w:r>
    </w:p>
    <w:p>
      <w:r>
        <w:t>and they did not know, because the world was mocking and... and opposing: "Breslov, Breslov."</w:t>
      </w:r>
    </w:p>
    <w:p>
      <w:r>
        <w:t>If there had not been—had there not been the dispute—I would not have known what Breslov is, yes.</w:t>
      </w:r>
    </w:p>
    <w:p>
      <w:r>
        <w:t>This—now I was Breslov—the dispute, the opponents…</w:t>
      </w:r>
    </w:p>
    <w:p>
      <w:r>
        <w:t>..."Na Nach"—Rabbainu himself revealed it; no student. Rabbainu himself revealed this.</w:t>
      </w:r>
    </w:p>
    <w:p>
      <w:r>
        <w:t>Do you know who I am? I am "Na Nach Nachma Nachman MeUman"…</w:t>
      </w:r>
    </w:p>
    <w:p>
      <w:r>
        <w:t>...One sees that the whole world is accepting this niggun; throughout the whole world they play it at weddings.</w:t>
      </w:r>
    </w:p>
    <w:p>
      <w:r>
        <w:t>Did you tell me?</w:t>
      </w:r>
    </w:p>
    <w:p>
      <w:r>
        <w:t>No, no, Menachem—Menachem told me.</w:t>
      </w:r>
    </w:p>
    <w:p>
      <w:r>
        <w:t>[Yes.]</w:t>
      </w:r>
    </w:p>
    <w:p>
      <w:r>
        <w:t>That his wife went to a wedding, and there they were—they were singing this niggun; they were playing this niggun, "Na Nach," at the wedding. Nu, women.</w:t>
      </w:r>
    </w:p>
    <w:p>
      <w:r>
        <w:t>The whole world {is happy}.</w:t>
      </w:r>
    </w:p>
    <w:p>
      <w:r>
        <w:t>They have not yet heard such a niggun…</w:t>
      </w:r>
    </w:p>
    <w:p>
      <w:r>
        <w:t>...The whole world knows: for seventy, eighty years Uman was closed; it was impossible to get there.</w:t>
      </w:r>
    </w:p>
    <w:p>
      <w:r>
        <w:t>If someone succeeded in reaching Uman, then all the... already all the journalists—</w:t>
      </w:r>
    </w:p>
    <w:p>
      <w:r>
        <w:t>all the newspapers, all, all, all the world would speak about it:</w:t>
      </w:r>
    </w:p>
    <w:p>
      <w:r>
        <w:t>"Ho, someone succeeded in reaching Uman!"</w:t>
      </w:r>
    </w:p>
    <w:p>
      <w:r>
        <w:t>And now the communists are no more, no more; they are all in the grave.</w:t>
      </w:r>
    </w:p>
    <w:p>
      <w:r>
        <w:t>And the holy Rabbainu has conquered the whole world, yes.</w:t>
      </w:r>
    </w:p>
    <w:p>
      <w:r>
        <w:t>He revealed "Na Nach."</w:t>
      </w:r>
    </w:p>
    <w:p>
      <w:r>
        <w:t>Who made the whole world? "Na Nach."</w:t>
      </w:r>
    </w:p>
    <w:p>
      <w:r>
        <w:t>No tzaddik had—did not reveal this; did not, did not, did not know of this—what "Na Nach" is.</w:t>
      </w:r>
    </w:p>
    <w:p>
      <w:r>
        <w:t>We sing "Na Nach"…</w:t>
      </w:r>
    </w:p>
    <w:p>
      <w:r>
        <w:t>...Nu, {this is a river} new—a new niggun in the world, "Na Nach."</w:t>
      </w:r>
    </w:p>
    <w:p>
      <w:r>
        <w:t>All the children of Yisroel, all, all the Land of Yisroel say, ask:</w:t>
      </w:r>
    </w:p>
    <w:p>
      <w:r>
        <w:t>"What is 'Na Nach'?"</w:t>
      </w:r>
    </w:p>
    <w:p>
      <w:r>
        <w:t>They do not know what it is.</w:t>
      </w:r>
    </w:p>
    <w:p>
      <w:r>
        <w:t>So now, blessed be Hashem, we know that the holy Rabbainu revealed it—</w:t>
      </w:r>
    </w:p>
    <w:p>
      <w:r>
        <w:t>that he, that he is this "Na Nach"…</w:t>
      </w:r>
    </w:p>
    <w:p>
      <w:r>
        <w:t>...There is already Likutay Moharan, the Sipuray Ma'asiyos, the Likutay Halachos. Now the time of redemption has arrived; Rabbainu has begun to awaken a little.</w:t>
      </w:r>
    </w:p>
    <w:p>
      <w:r>
        <w:t>Has anyone heard of such a thing, a "Petek"? Did a Petek {descend} from heaven? A Petek?</w:t>
      </w:r>
    </w:p>
    <w:p>
      <w:r>
        <w:t>We have not heard of this. Interesting, {….} a Petek, such a Petek—we have not heard.</w:t>
      </w:r>
    </w:p>
    <w:p>
      <w:r>
        <w:t>Who in the world has such a Petek? "Concerning you I said."</w:t>
      </w:r>
    </w:p>
    <w:p>
      <w:r>
        <w:t>Already all the... the wise ones, the secular, the secular, and the whole world do not, do not know what this "Na Nach" is; and little by little they will know, because they will ask:</w:t>
      </w:r>
    </w:p>
    <w:p>
      <w:r>
        <w:t>"What is this? I, I want to know what this is."</w:t>
      </w:r>
    </w:p>
    <w:p>
      <w:r>
        <w:t>They will study it.</w:t>
      </w:r>
    </w:p>
    <w:p>
      <w:r>
        <w:t>And when they know and draw close to Rabbainu, a new world will be made!</w:t>
      </w:r>
    </w:p>
    <w:p>
      <w:r>
        <w:t>This is a new miracle. The whole world asks: "What is 'Na Nach'...?"</w:t>
      </w:r>
    </w:p>
    <w:p>
      <w:r>
        <w:t>The scholars, the Chassidim—it {is hard for them}: "What, what, what is this? What is 'Na Nach'?"</w:t>
      </w:r>
    </w:p>
    <w:p>
      <w:r>
        <w:t>Yerushalayim, Meah Shearim, and the whole world will ask: "What—we want to know what 'Na Nach' is!</w:t>
      </w:r>
    </w:p>
    <w:p>
      <w:r>
        <w:t>You have a niggun, such a niggun, such a wondrous niggun—what is it?"…</w:t>
      </w:r>
    </w:p>
    <w:p>
      <w:r>
        <w:t>...They come and tell us: "We heard such a niggun, 'Na Nach'..."</w:t>
      </w:r>
    </w:p>
    <w:p>
      <w:r>
        <w:t>Then all of France and all of England became filled with "Na Nach"…</w:t>
      </w:r>
    </w:p>
    <w:p>
      <w:r>
        <w:t>...Italy, all the countries, China—they will ask: "What is 'Na Nach'...?"</w:t>
      </w:r>
    </w:p>
    <w:p>
      <w:r>
        <w:t>They have no question at all, only about "Na Nach": "What is it, what is 'Na Nach'...?"</w:t>
      </w:r>
    </w:p>
    <w:p>
      <w:r>
        <w:t>"N..."…</w:t>
      </w:r>
    </w:p>
    <w:p>
      <w:r>
        <w:t>...a niggun that is, it is, that is capable of healing all diseases.</w:t>
      </w:r>
    </w:p>
    <w:p>
      <w:r>
        <w:t>This niggun—do you know what this niggun is? "Na Nach."</w:t>
      </w:r>
    </w:p>
    <w:p>
      <w:r>
        <w:t>They will all wonder: What is this? They see with their own eyes</w:t>
      </w:r>
    </w:p>
    <w:p>
      <w:r>
        <w:t>such a disease for which there is no cure.</w:t>
      </w:r>
    </w:p>
    <w:p>
      <w:r>
        <w:t>It is cancer, such a cancer that is... yes.</w:t>
      </w:r>
    </w:p>
    <w:p>
      <w:r>
        <w:t>And the holy Rabbainu says: "Go."</w:t>
      </w:r>
    </w:p>
    <w:p>
      <w:r>
        <w:t>Then it begins to go!</w:t>
      </w:r>
    </w:p>
    <w:p>
      <w:r>
        <w:t>And the world says: "What is this? Who? Who—what, what, what happened? Where did it go?"</w:t>
      </w:r>
    </w:p>
    <w:p>
      <w:r>
        <w:t>I also ask about my evil inclination:</w:t>
      </w:r>
    </w:p>
    <w:p>
      <w:r>
        <w:t>"Where did it go? Did it die? It is gone—where is my evil inclination? I</w:t>
      </w:r>
    </w:p>
    <w:p>
      <w:r>
        <w:t>was born, {I do not know why I came}.</w:t>
      </w:r>
    </w:p>
    <w:p>
      <w:r>
        <w:t>This world is the evil inclination—and where is my evil inclination? It disappeared, disappeared completely."</w:t>
      </w:r>
    </w:p>
    <w:p>
      <w:r>
        <w:t>We—the more we know of Rabbainu, so the evil inclination goes and draws farther away and disappears.</w:t>
      </w:r>
    </w:p>
    <w:p>
      <w:r>
        <w:t>[Yes.]</w:t>
      </w:r>
    </w:p>
    <w:p>
      <w:r>
        <w:t>He puts it to death, with all its soldiers, yes.</w:t>
      </w:r>
    </w:p>
    <w:p>
      <w:r>
        <w:t>[..]</w:t>
      </w:r>
    </w:p>
    <w:p>
      <w:r>
        <w:t>It is a wonder. And they will ask:</w:t>
      </w:r>
    </w:p>
    <w:p>
      <w:r>
        <w:t>"What is he telling the world? That there is 'Na Nach' here?</w:t>
      </w:r>
    </w:p>
    <w:p>
      <w:r>
        <w:t>There is already 'Na Nach,' so they—we are afraid of the whole world, of the whole world and all the non-Jews,</w:t>
      </w:r>
    </w:p>
    <w:p>
      <w:r>
        <w:t>and we are not, not, not, not afraid of them, yes.</w:t>
      </w:r>
    </w:p>
    <w:p>
      <w:r>
        <w:t>I merited to see with my eyes and in my heart what, what I merited to see and to hear—such wonders;</w:t>
      </w:r>
    </w:p>
    <w:p>
      <w:r>
        <w:t>such prayer, such service of Hashem, emunah, such emunah, such truth.</w:t>
      </w:r>
    </w:p>
    <w:p>
      <w:r>
        <w:t>One does not see—from the day of the world's creation there was no such thing; only now it is beginning to be revealed... 'Na Nach.'</w:t>
      </w:r>
    </w:p>
    <w:p>
      <w:r>
        <w:t>Tell Tzion to make a little, make a little tomato puree {and give me some to eat}…</w:t>
      </w:r>
    </w:p>
    <w:p>
      <w:r>
        <w:t>...He would sing this niggun.</w:t>
      </w:r>
    </w:p>
    <w:p>
      <w:r>
        <w:t>[Saba and the friends sing:</w:t>
      </w:r>
    </w:p>
    <w:p>
      <w:r>
        <w:t>"Fortunate are we, how good is our portion..." ]</w:t>
      </w:r>
    </w:p>
    <w:p>
      <w:r>
        <w:t>He received a stone, from among the stones.</w:t>
      </w:r>
    </w:p>
    <w:p>
      <w:r>
        <w:t>[Yes.]</w:t>
      </w:r>
    </w:p>
    <w:p>
      <w:r>
        <w:t>Then he—</w:t>
      </w:r>
    </w:p>
    <w:p>
      <w:r>
        <w:t>[Saba continues singing:</w:t>
      </w:r>
    </w:p>
    <w:p>
      <w:r>
        <w:t>"Fortunate are we, how good is our portion..." ]</w:t>
      </w:r>
    </w:p>
    <w:p>
      <w:r>
        <w:t>There were such big stones.</w:t>
      </w:r>
    </w:p>
    <w:p>
      <w:r>
        <w:t>[Saba continues singing:</w:t>
      </w:r>
    </w:p>
    <w:p>
      <w:r>
        <w:t>"And how pleasant is our lot..." ]</w:t>
      </w:r>
    </w:p>
    <w:p>
      <w:r>
        <w:t>{He stands on this side.}</w:t>
      </w:r>
    </w:p>
    <w:p>
      <w:r>
        <w:t>[Saba continues singing:,</w:t>
      </w:r>
    </w:p>
    <w:p>
      <w:r>
        <w:t>"Fortunate are we, how good is our portion, and how pleasant is our lot..." ]</w:t>
      </w:r>
    </w:p>
    <w:p>
      <w:r>
        <w:t>He traveled with his son Rebbe Yitzchak to perform a chuppah.</w:t>
      </w:r>
    </w:p>
    <w:p>
      <w:r>
        <w:t>Then the opponents gathered with the whole city and went against Rebbe Nassan and the bridegroom, to receive them with stones. There was great danger; Rebbe Nassan and Rebbe Yitzchak the bridegroom were in great danger. They threw stones. We—now we sing this.</w:t>
      </w:r>
    </w:p>
    <w:p>
      <w:r>
        <w:t>I saw what this is. I saw rabbis, famous ones.</w:t>
      </w:r>
    </w:p>
    <w:p>
      <w:r>
        <w:t>And I saw one, one person: Rebbe Yisroel, Rebbe Yisroel Kardonner.</w:t>
      </w:r>
    </w:p>
    <w:p>
      <w:r>
        <w:t>I saw what, what... what the world is, and what Breslov is. It is a wonder.</w:t>
      </w:r>
    </w:p>
    <w:p>
      <w:r>
        <w:t>Blessed be Hashem that I am alive and I see that the holy Rabbainu has conquered all, everyone, the whole world.</w:t>
      </w:r>
    </w:p>
    <w:p>
      <w:r>
        <w:t>Torah—one word of his conquers the whole world.</w:t>
      </w:r>
    </w:p>
    <w:p>
      <w:r>
        <w:t>{All the Torah}, everything, everything.</w:t>
      </w:r>
    </w:p>
    <w:p>
      <w:r>
        <w:t>[Saba and the friends sing:</w:t>
      </w:r>
    </w:p>
    <w:p>
      <w:r>
        <w:t>"Fortunate are we, how good is our portion, and how pleasant is our lot..." ]</w:t>
      </w:r>
    </w:p>
    <w:p>
      <w:r>
        <w:t>The stones made a niggun, a beautiful niggun.</w:t>
      </w:r>
    </w:p>
    <w:p>
      <w:r>
        <w:t>Rebbe Nassan made it—this niggun—in the forest.</w:t>
      </w:r>
    </w:p>
    <w:p>
      <w:r>
        <w:t>[Yes.]</w:t>
      </w:r>
    </w:p>
    <w:p>
      <w:r>
        <w:t>Yes.</w:t>
      </w:r>
    </w:p>
    <w:p>
      <w:r>
        <w:t>They threw stones, so he sang, "Fortunate are we, how good is our portion..."</w:t>
      </w:r>
    </w:p>
    <w:p>
      <w:r>
        <w:t>Nu, go, go.</w:t>
      </w:r>
    </w:p>
    <w:p>
      <w:r>
        <w:t>[Yes.]</w:t>
      </w:r>
    </w:p>
    <w:p>
      <w:r>
        <w:t>If only we merit to hear some good tidings.</w:t>
      </w:r>
    </w:p>
    <w:p>
      <w:r>
        <w:t>[Yes, amen, all the best to you.]</w:t>
      </w:r>
    </w:p>
    <w:p>
      <w:r>
        <w:t>Oy, the whole illness was worthwhile; the whole illness was worthwhile, to hear what we heard today from Rabbainu.</w:t>
      </w:r>
    </w:p>
    <w:p>
      <w:r>
        <w:t>{Such good was made}: "What is 'Na Nach'?"</w:t>
      </w:r>
    </w:p>
    <w:p>
      <w:r>
        <w:t>[Good, goodbye, all the best.]</w:t>
      </w:r>
    </w:p>
    <w:p>
      <w:r>
        <w:t>Ho... ho, good, ho, ho, ho.</w:t>
      </w:r>
    </w:p>
    <w:p>
      <w:r>
        <w:t>[Fortunate are we, and good is our portion.]</w:t>
      </w:r>
    </w:p>
    <w:p>
      <w:r>
        <w:t>[…..]…</w:t>
      </w:r>
    </w:p>
    <w:p>
      <w:r>
        <w:t>...We will sing and dance.</w:t>
      </w:r>
    </w:p>
    <w:p>
      <w:r>
        <w:t>["In you, Rabbainu..." ]</w:t>
      </w:r>
    </w:p>
    <w:p>
      <w:r>
        <w:t>And we will make every, every kind of joy. This is enough—from one word of Rabbainu.</w:t>
      </w:r>
    </w:p>
    <w:p>
      <w:r>
        <w:t>This is such a power; this is new, this is Mashiach. Mashiach, Mashiach is new.</w:t>
      </w:r>
    </w:p>
    <w:p>
      <w:r>
        <w:t>And the holy Rabbainu has already brought Mashiach; Shlomo Efraim is already Mashiach.</w:t>
      </w:r>
    </w:p>
    <w:p>
      <w:r>
        <w:t>[Ben David, Ben Yosef.]</w:t>
      </w:r>
    </w:p>
    <w:p>
      <w:r>
        <w:t>Ah?</w:t>
      </w:r>
    </w:p>
    <w:p>
      <w:r>
        <w:t>[Ben David, Ben Yosef.]</w:t>
      </w:r>
    </w:p>
    <w:p>
      <w:r>
        <w:t>Nu, yes, yes—Ben David, David and Yosef; Mashiach ben David and Mashiach ben Yosef.</w:t>
      </w:r>
    </w:p>
    <w:p>
      <w:r>
        <w:t>The holy Rabbainu—when Efraim, Shlomo Efraim, was born—</w:t>
      </w:r>
    </w:p>
    <w:p>
      <w:r>
        <w:t>he, the holy Rabbainu, knows; he knows which year and which month and which day Mashiach will come. And now he will not come on this day.</w:t>
      </w:r>
    </w:p>
    <w:p>
      <w:r>
        <w:t>He passed away, so now they will not, will not reveal it. But he will come: "Concerning you I said."</w:t>
      </w:r>
    </w:p>
    <w:p>
      <w:r>
        <w:t>What is this? It is such a wonder: "Concerning you I said."</w:t>
      </w:r>
    </w:p>
    <w:p>
      <w:r>
        <w:t>In all of Rabbainu's letters, "And concerning you I said" was not written, yes.</w:t>
      </w:r>
    </w:p>
    <w:p>
      <w:r>
        <w:t>This, this, this is such a wonder: "And concerning you I said."</w:t>
      </w:r>
    </w:p>
    <w:p>
      <w:r>
        <w:t>Nu, we will wait.</w:t>
      </w:r>
    </w:p>
    <w:p>
      <w:r>
        <w:t>"And concerning you I said"—we must wait.</w:t>
      </w:r>
    </w:p>
    <w:p>
      <w:r>
        <w:t>Never yet in the world has there been such a letter: "And concerning you I said."</w:t>
      </w:r>
    </w:p>
    <w:p>
      <w:r>
        <w:t>It is awesome, a very awesome wonder.</w:t>
      </w:r>
    </w:p>
    <w:p>
      <w:r>
        <w:t>Ah...</w:t>
      </w:r>
    </w:p>
    <w:p>
      <w:r>
        <w:t>And beyond this, the holy Rabbainu is in the world, so Hashem Yisborach gave us the Land of Yisroel as well.</w:t>
      </w:r>
    </w:p>
    <w:p>
      <w:r>
        <w:t>If the holy Rabbainu is already here, there will also be... yes, also the Land of Yisroel, and also the Beis HaMikdash, and also everything.</w:t>
      </w:r>
    </w:p>
    <w:p>
      <w:r>
        <w:t>He gave us—all the non-Jews, the whole world—gave us.</w:t>
      </w:r>
    </w:p>
    <w:p>
      <w:r>
        <w:t>They are the U.N.; that includes the whole world. It gave us the Land of Yisroel and the Beis Ha... everything—</w:t>
      </w:r>
    </w:p>
    <w:p>
      <w:r>
        <w:t>the Land of Yisroel and the Beis HaMikdash, yes.</w:t>
      </w:r>
    </w:p>
    <w:p>
      <w:r>
        <w:t>What wonders like these we see.</w:t>
      </w:r>
    </w:p>
    <w:p>
      <w:r>
        <w:t>The Western Wall—is there another Western Wall in the world?</w:t>
      </w:r>
    </w:p>
    <w:p>
      <w:r>
        <w:t>The Beis HaMikdash—is there another Beis HaMikdash in the world?</w:t>
      </w:r>
    </w:p>
    <w:p>
      <w:r>
        <w:t>{. .}</w:t>
      </w:r>
    </w:p>
    <w:p>
      <w:r>
        <w:t>The Land of Yisroel, the Land of Yisroel—is there another Land of Yisroel in the world?</w:t>
      </w:r>
    </w:p>
    <w:p>
      <w:r>
        <w:t>There is not!</w:t>
      </w:r>
    </w:p>
    <w:p>
      <w:r>
        <w:t>And there will be beautiful things, such wonders, such wonders. I saw that the holy Zohar said:</w:t>
      </w:r>
    </w:p>
    <w:p>
      <w:r>
        <w:t>miracles, miracles and wonders that will be done with Mashiach, at the coming of Mashiach, in this redemption—</w:t>
      </w:r>
    </w:p>
    <w:p>
      <w:r>
        <w:t>there were not even in Egypt such miracles.</w:t>
      </w:r>
    </w:p>
    <w:p>
      <w:r>
        <w:t>This will surpass all the miracles, even the Exodus from Egypt.</w:t>
      </w:r>
    </w:p>
    <w:p>
      <w:r>
        <w:t>We do not know what happened; we were slaves in Egypt.</w:t>
      </w:r>
    </w:p>
    <w:p>
      <w:r>
        <w:t>Nu, how is it possible to take Yisroel out of Egypt's hand?</w:t>
      </w:r>
    </w:p>
    <w:p>
      <w:r>
        <w:t>Egypt was the most powerful government in the world.</w:t>
      </w:r>
    </w:p>
    <w:p>
      <w:r>
        <w:t>There was no one who could take us out, only Hashem Yisborach Himself, in His glory and by Himself.</w:t>
      </w:r>
    </w:p>
    <w:p>
      <w:r>
        <w:t>And the miracles and wonders that were, that were in Egypt—</w:t>
      </w:r>
    </w:p>
    <w:p>
      <w:r>
        <w:t>and now there will be miracles and wonders greater, greater than Egypt.</w:t>
      </w:r>
    </w:p>
    <w:p>
      <w:r>
        <w:t>The miracles and wonders have already begun. The holy Rabbainu is already in the world; the Land of Yisroel is already ours.</w:t>
      </w:r>
    </w:p>
    <w:p>
      <w:r>
        <w:t>Nu, it will come {{…}} slowly, slowly; everything will come.</w:t>
      </w:r>
    </w:p>
    <w:p>
      <w:r>
        <w:t>Ah.</w:t>
      </w:r>
    </w:p>
    <w:p>
      <w:r>
        <w:t>Who imagined, even in thought, how the Land of Yisroel would be ours?</w:t>
      </w:r>
    </w:p>
    <w:p>
      <w:r>
        <w:t>Yes, the non-Jews, the Arabs—millions, millions in the world—and us, how many are we?</w:t>
      </w:r>
    </w:p>
    <w:p>
      <w:r>
        <w:t>We stand against the whole world.</w:t>
      </w:r>
    </w:p>
    <w:p>
      <w:r>
        <w:t>[….]</w:t>
      </w:r>
    </w:p>
    <w:p>
      <w:r>
        <w:t>We shall see—the whole world will come to wage war with us. We will say to them:</w:t>
      </w:r>
    </w:p>
    <w:p>
      <w:r>
        <w:t>"We are not afraid of you; we have a weapon from heaven."</w:t>
      </w:r>
    </w:p>
    <w:p>
      <w:r>
        <w:t>The non-Jews feel this. They saw such an earthquake,</w:t>
      </w:r>
    </w:p>
    <w:p>
      <w:r>
        <w:t>and such blows, yes. But they are non-Jews; they do not want, do not want, do not believe. But they will fall; all falsehood will fall, and all the non-Jews—nothing, nothing.</w:t>
      </w:r>
    </w:p>
    <w:p>
      <w:r>
        <w:t>What? Are we afraid of the whole world, of all the non-Jews?</w:t>
      </w:r>
    </w:p>
    <w:p>
      <w:r>
        <w:t>Suddenly an earthquake will come and they will see: this is a great blow.</w:t>
      </w:r>
    </w:p>
    <w:p>
      <w:r>
        <w:t>"And who knows what will be tomorrow? Where will there be an earthquake?"</w:t>
      </w:r>
    </w:p>
    <w:p>
      <w:r>
        <w:t>They are afraid.</w:t>
      </w:r>
    </w:p>
    <w:p>
      <w:r>
        <w:t>Such an earthquake as there was, as there was—there had never been one.</w:t>
      </w:r>
    </w:p>
    <w:p>
      <w:r>
        <w:t>There was—several people died.</w:t>
      </w:r>
    </w:p>
    <w:p>
      <w:r>
        <w:t>But an earthquake from heaven—a hundred thousand died.</w:t>
      </w:r>
    </w:p>
    <w:p>
      <w:r>
        <w:t>[..]</w:t>
      </w:r>
    </w:p>
    <w:p>
      <w:r>
        <w:t>Seventy thousand, a hundred thousand died.</w:t>
      </w:r>
    </w:p>
    <w:p>
      <w:r>
        <w:t>Nu, when one sees such a thing—</w:t>
      </w:r>
    </w:p>
    <w:p>
      <w:r>
        <w:t>we are not afraid; the non-Jews are afraid,</w:t>
      </w:r>
    </w:p>
    <w:p>
      <w:r>
        <w:t>because the blows will come upon them.</w:t>
      </w:r>
    </w:p>
    <w:p>
      <w:r>
        <w:t>There will be miracles and wonders; Mashiach will come—ho, what will happen!</w:t>
      </w:r>
    </w:p>
    <w:p>
      <w:r>
        <w:t>All the non-Jews will come: "We want to become Jews."</w:t>
      </w:r>
    </w:p>
    <w:p>
      <w:r>
        <w:t>Converts are not accepted; in the days of Mashiach converts are not accepted.</w:t>
      </w:r>
    </w:p>
    <w:p>
      <w:r>
        <w:t>"Where were you until now?"</w:t>
      </w:r>
    </w:p>
    <w:p>
      <w:r>
        <w:t>[A dance is done.]</w:t>
      </w:r>
    </w:p>
    <w:p>
      <w:r>
        <w:t>[Saba and the friends sing:</w:t>
      </w:r>
    </w:p>
    <w:p>
      <w:r>
        <w:t>"In you, Rabbainu, we will rejoice; in you, Rabbainu, we will be glad..."</w:t>
      </w:r>
    </w:p>
    <w:p>
      <w:r>
        <w:t>"Oh, that I had a wing like a dove; I would fly to holy Tzion, to Uman..."</w:t>
      </w:r>
    </w:p>
    <w:p>
      <w:r>
        <w:t>"Na Nach Nachma Nachman MeUman..."</w:t>
      </w:r>
    </w:p>
    <w:p>
      <w:r>
        <w:t>"Fortunate are we that we merited to draw close to Rabbainu—Uman, Rosh Hashanah..."</w:t>
      </w:r>
    </w:p>
    <w:p>
      <w:r>
        <w:t>"Na Nach Nachma Nachman MeUman..."</w:t>
      </w:r>
    </w:p>
    <w:p>
      <w:r>
        <w:t>Afterward they sing:</w:t>
      </w:r>
    </w:p>
    <w:p>
      <w:r>
        <w:t>"Na Nach Nachma Nachman MeUman..." to a different tune.]</w:t>
      </w:r>
    </w:p>
    <w:p>
      <w:r>
        <w:t>(Saba laughs.)</w:t>
      </w:r>
    </w:p>
    <w:p>
      <w:r>
        <w:t>[…………………………..………...]</w:t>
      </w:r>
    </w:p>
    <w:p>
      <w:r>
        <w:t>[Saba and the friends continue singing:</w:t>
      </w:r>
    </w:p>
    <w:p>
      <w:r>
        <w:t>"Na Nach Nachma Nachman MeUman..." ]…</w:t>
      </w:r>
    </w:p>
    <w:p>
      <w:pPr>
        <w:pStyle w:val="Heading2"/>
      </w:pPr>
      <w:r>
        <w:t>Side B (Bais)</w:t>
      </w:r>
    </w:p>
    <w:p>
      <w:r>
        <w:t>[Moshe is already doing it — he — he is already doing this.] Yes. [Yes — and this is wondrous — wondrous good — it comes out wondrous good.] Yes. [Wondrous — wondrous — it comes out — it comes out a clear matter — "Na Nach Nachma — MayUman."] "Na Nach… Nachman…" ["Na Nach Nachma Nachman MayUman" — sorry — I forgot the quadruple.] (Saba laughs.) [Good — all good — Saba.] All good. [May you also have health — thank you greatly.]</w:t>
      </w:r>
    </w:p>
    <w:p>
      <w:r>
        <w:t>Ah? (Saba laughs.) When he came to Uman — they saw his hisbodedus — his hisbodedus. He said: "Master of the Universe — how does one merit to be a Jew?" (Saba laughs.) As if he had not yet tasted — tasted — being a Jew. (Saba laughs.) And we — may the Holy One Blessed Be He have mercy upon us — that we merit to draw close to him — to learn his books — and to fulfill every word that he revealed. Oy — this — this is a matter of wonder — a wondrous matter — as has never before been in the world. Every word of the holy Rabbainu is a matter — it is a wondrous matter — of all the wonders. Yes. And not to think {too much} — the holy Rabbainu had mercy upon us and revealed to us a drop from the sea of matter — of his matters — of the matter of his greatness. And this greatness — this is our remedies. However much the holy Rabbainu spoke — there is (not understood) joy — in particular the joy of the holy Shabbos — on the holy Shabbos — there will be joy beyond our minds — such joy. Because the holy Rabbainu — in all his holy words and Torah teachings and stories — still not yet revealed in the world at all. And this will be revealed — and the world will be entirely different. (Saba laughs.) But we will see — we will see this light of the redemption — we will see. Yes. And so the whole world will see what now exists in the world. (Saba laughs.) Now the time has come to be revealed — to be revealed in the world. One sees that the Communists were so strong — he — he is already in the grave. And the holy Rabbainu — this was closed — Uman was a singular city in the world — all — all the world knows of this — closed — there was not… It was possible to reach America — to France — to the whole world. Nu — to Uman? No — no — no — no — no. Suddenly Uman opened to the whole world — {whoever wants may come}. (Saba laughs.) One sees such a miracle — a thing that the whole world knows was closed and was not — and there was no possibility of even thinking that there would be — that perhaps it would be open. And now it opened to the whole world — and the whole world — and the whole world will reach — will come to Rabbainu for rectification — the whole world. Yes — each and every one of us — the whole world needs rectification. And the rectification is with Rabbainu — the holy Rabbainu — he will {rectify} the whole world. And he will rectify — he will rectify the whole world — he will rectify us. He will rectify. (Saba laughs.) Nu — nu — from where — from where are you? Where do you live? Here? Only emunah — emunah. {Yes.}</w:t>
      </w:r>
    </w:p>
    <w:p>
      <w:r>
        <w:t>…To learn. (not understood) Difficult? The more difficult — the better. One needs — there is — there is… One needs — {if one gives} before the Holy One Blessed Be He everything — all the powers — all the… Everything — everything to the Holy One Blessed Be He. [He cannot — he cannot succeed in sitting to learn.] Nu — so prayer — prayers are worthwhile — Likutay Tfilos. Yes. (Saba laughs.) Oy — oy — oy. To cast away our wisdoms and to rely on the Holy One Blessed Be He — on — and on the tzaddikim. And everything will be arranged. [What?] Yes. The holy Rabbainu said in the conversations — there is a matter… Like this — in this language: "Yesh inyan shenishtapach hakol l'tovah — there is a matter that everything pours out for good." (Saba laughs.) [Where?] That it pours out. Difficult? So it will be — it will become easy. Only — we need to accept everything with love and to serve Hashem in truth and in simplicity. Not — not to be wise — to cast away all our wisdoms. [To cast away what?] Yes — to cast away all our wisdoms. [Wisdoms.] The wisdoms of Torah and mitzvos — the holy Rabbainu reveals to us how to merit Torah and emunah and everything — all good — all salvations — and all rectifications — all salvations. The holy Rabbainu has already — already prepared everything for us — he said. [He has no — he has no power to learn? He does not learn with joy — he has no joy when he learns.] He has no power? [He has no joy either.] Let him strengthen himself. [He has no joy — joy.] Joy? [When he learns.] Emunah — emunah in Hashem. "Yismechu v'Hashem." Nu — we have reason to rejoice — in particular that the holy Rabbainu is already in the world. There is more. (Saba laughs.) [So what does one need to do?] He is already in the world — he can already — more — nothing — nothing is worthwhile — nothing — all the money and all the desires and all the pride and all — everything. He purifies explicitly: "Ani nahar hametahayr mikol haktemim." (Saba laughs.) He purifies us. [What?] He renews and purifies us — he rectifies us. But if the world is wise in his own eyes — he does not receive. He makes wisdoms. Nu — it becomes — it becomes spoiled. [How?] The main thing is emunah — to cast away all the wisdoms. [What wisdoms — what wisdoms?] All — all the wisdoms — all the wisdoms in the world. Only what is written in Likutay Moharan — how to merit Torah and the fulfillment of Torah. He — he teaches there how to merit already — with wonders — wonders that have not — that have not yet been revealed in the world. Yes. We are completely far from this — he draws us close — he inserts in us the light of Torah and everything — and emunah and rectifications — everything — everything — everything. Yes — the holy Rabbainu. (Saba laughs.) And if it is difficult? It will be difficult! (Saba laughs.) Whoever does not want to receive — if one does not want to receive — only to be wise and to investigate — what is this — what is the meaning — like this he said. If he said this — then already — all — all the wise ones and… Yes — everything became nullified. He said like this — everything that he said — I believe. The halachah — "Halochoh k'Rav Nachman" — and "Halochoh k'Rav Nachman" — and "Halochoh k'Nachmani." At no tzaddik — not — is there such a challenge — such a language — Gemara: "Halachtoh k'Rav Nachman." What — everything that he says — the halachah is — the halachah is. Yes. This is the law — like this. And if one does not want to receive — he wants to be wise himself — fine — let him do what he — what he… (Saba laughs.) This is a matter — a matter. [That he should have power to learn.] The matter of Rabbainu — it is such a wondrous matter — not yet revealed in the world. He is ti… Look in Chayay Moharan — his conversations. And also his conversations — one needs to overcome — to direct oneself in emunah — in truth — and not to be wise. We are completely far from Hashem. And the holy Rabbainu — he does such wonders with us — he — he turns everything — he rectifies. (Saba laughs.) This depends on our hearts — if we want — if we do not want to accept what Rabbainu said. If one does not want to accept — nu — the holy Rabbainu nonetheless occupies himself with his rectification. Even though he — even though he — as he is. But he — everything is according to the reckoning and according to the heart — according to emunah. So one merits all good — one merits all salvations. And all salvations — this is Rabbainu! (Saba laughs.) All the salvations of every one of Yisroel — in every day and every moment — are with Rabbainu. Yes. So one needs — one needs to accept upon himself. If one does not want to accept — then…</w:t>
      </w:r>
    </w:p>
    <w:p>
      <w:r>
        <w:t>…{There was a time} — one is forbidden to have second thoughts about one's Rebbe. [About what?] About — one is forbidden to have second thoughts about one's Rebbe. Forbidden — if he — if he… What is this? (not understood) Rebbe — Rebbe. He is my Rebbe and yours and of all Yisroel. He is the Rebbe. "R'osh B'nay Y'sroel" — the initial letters of RaBi. This the holy Rabbainu revealed in Likutay Moharan. He is the "R'osh B'nay Y'sroel" and he is the RaBi. He is our Rebbe. Like this — yes. And also one should make: "R'sho'im B'choshech Yidamu" — the initial letters of RaBi. "Resho'im b'choshech yidamu" — this is the initial letters of RaBi. There are wicked ones who cannot help us — and they say that they — that they are the true tzaddikim of the generation. This is falsehood — for this reason we are in such exile. The falsehood grows powerful. But the falsehood will fall and the truth will stand! Yes. (Saba laughs.) Only — if we had nothing but one Torah teaching of Rabbainu — "R'osh B'nay Y'sroel" — the initial letters of RaBi — he revealed this. He is the RaBi and he is the "R'osh B'nay Y'sroel." He is our Rebbe — of all Yisroel! Yes. [One needs to learn.] Yes — the main thing is — about — about the true Rebbe and tzaddik — the "R'osh B'nay Y'sroel" — he is the main thing. He is what illuminates in us the Torah and the mitzvos and all the rectifications that we need. [Rebbe Yisroel.] What? [How is it better to learn — with depth — or with breadth?] What? [What is better to learn? When one learns Gemara — in depth?] How to write? [How does one need to learn? In depth or in breadth?] How? [To learn.] To learn? [To learn Torah — in what manner?] Torah? [Yes — how does one need to learn Torah?] The tzaddik — he illuminates in us how to learn the Torah and how to fulfill the Torah — and everything. Cast away our wisdoms. [But Gemara — how does one need to learn it?] He is learning Torah — is there still such a thing in the world? Not yet revealed in the world — and this will be revealed in the future. And this is all our life-force and our hope. He rectifies and heals us — and sick ones such as these for whom there is no hope — it is impossible — it is impossible to help such sick ones. And the holy Rabbainu — he heals us and rectifies us and renews us — everything… To speak — but I am far from all this. If I had merited — I would have been able to draw the whole world close to the Holy One Blessed Be He. One word of Rabbainu — it is — it is the root of all the Torah and all the mitzvos of each and every one of the Jews — of Yisroel. Like this. I am not afraid to speak of this — I am not — I am not saying this. He says it — the holy Rabbainu said it. He told the story of the Ba'al Tefilah and the Shiva Begglers — and also the Torah teachings — the Likutay Moharan — the Likutay Aytzos — the Likutay Halachos — such students — Rebbe Nassan — and all his students. A matter of the future — not of now. But it will be — it will be — it will be good.</w:t>
      </w:r>
    </w:p>
    <w:p>
      <w:r>
        <w:t>…The holy Rabbainu says in Sefer HaMidos in this language: "One who is wise in his own eyes…" Yes — it is hard for him. Yes — like this: "It is hard for him to come to yiras Shamayim." Yiras Shamayim — this is the entire foundation of — of the Torah and of all of Judaism and of all the world.</w:t>
      </w:r>
    </w:p>
    <w:p>
      <w:r>
        <w:t>…The holy Rabbainu revealed: "Rosh Bnay Yisroel" — the initial letters of RaBi. He is the "R'osh B'nay Y'sroel" — he is our Rebbe. One is forbidden to have second thoughts about him — to accept everything — not to be wise.</w:t>
      </w:r>
    </w:p>
    <w:p>
      <w:r>
        <w:t>…You are Michael. [Yes.] Ah? [Michael.] Nu — ah.</w:t>
      </w:r>
    </w:p>
    <w:p>
      <w:r>
        <w:t>…He is the true Rebbe — "R'osh B'nay Y'sroel" — the initial letters of RaBi. [But one needs to learn.] Good — good — good. Do what you want. [No — but…] I am not forcing you. Good — remain with your wisdoms and with — and with — and with your scholarship and with all your wisdoms. Not worth anything. [Does one need to be a scholar or not?]</w:t>
      </w:r>
    </w:p>
    <w:p>
      <w:r>
        <w:t>Wisdoms {of Torah} — yes. And the wisdoms of Torah — only in order to fulfill and to understand the Torah — to fulfill the Torah. What there is to work and to fulfill.</w:t>
      </w:r>
    </w:p>
    <w:p>
      <w:r>
        <w:t>…[(not understood — he speaks with Saba in Yiddish)] In Torah — we have rabbis — holy righteous tzaddikim. [(not understood — he speaks with Saba in Yiddish)] They can illuminate for us all the Torah. Through their power we can draw close to the Holy One Blessed Be He and… [(not understood — he speaks with Saba in Yiddish)] The heart — our heart — our heart is enough for us. It gives us light and life-force on every matter — on all the matters of Torah. Only truth — emunah. [(not understood — he speaks with Saba in Yiddish)] Mashiach is already here — he will explain to us how to live and how to do teshuvah and how to learn. (Saba laughs.) [(not understood — he speaks with Saba in Yiddish)] Ashreynu — Ashreynu — Ashreynu. (not understood)</w:t>
      </w:r>
    </w:p>
    <w:p>
      <w:r>
        <w:t>…(Saba laughs.) In Paris — all our wisdoms — only the wisdoms of Torah — the wisdoms of the true tzaddikim. [(not understood — he speaks with Saba in Yiddish)]</w:t>
      </w:r>
    </w:p>
    <w:p>
      <w:r>
        <w:t>(not understood) Why did they do this to you? [This — nothing.]</w:t>
      </w:r>
    </w:p>
    <w:p>
      <w:r>
        <w:t>…Can you sleep here? [Yes?] As you wish — if you want. He is ready — like this — like this he said to me. [Yes — thank you greatly.] He will arrange another bed. [Yes.] And you can sleep here — if — if you want. [Perhaps — perhaps.] And also one must be a very mighty warrior — if these — even sons and wife. [Yes.] That all of them believe in Torah and fulfill the Torah. [True.] Yes. And to be a warrior — not to look at anything. In any case — I? I am the master of the house. Yes. I can do what I want — you do what you want — I do what I want. We are Jews — we received the Torah. Our holy forebears fulfilled the Torah before it was even given. Our forebears — Avraham — Yitzchak — and Yaakov — Moshe — Aharon — Yosef — Dovid — and all the tzaddikim — were warriors. So we need to walk as they teach us the Torah. [Yes — because she — yesterday — Saba — yesterday we spoke — she agreed to give me all the charity money.] Ah? [She agreed to give me all the charity money — I spoke with my wife.] With whom did you speak? [We spoke a little yesterday.] With whom did you speak? [With my wife — I spoke with my wife yesterday.] Ah. [She agreed to give all the charity money only to me — I will do what she wants with the money.] {If so} — let her make you the master of the house — of the house — master of the house. [Yes.] You and she — both of you need the apartment. The building needs to be written in both your names — in your name and in her name. [Yes.] Not that you should be a slave — she will give you even charity. [Yes.] No — no — not a slave — master of the house. [Yes.] If not — then this is not — this is not anything — not worthwhile — not worth anything. Not the sons and not — and not all {the children}. This is against the Torah. {Yes.} And we need to believe in Hashem — that He created the world — and He gave us the Torah. What is this? Whoever does not believe — he is a non-Jew. Whoever — whoever does not believe and does not fulfill the Torah — he does not want to fulfill the Torah — then he is not a Jew. [Yes.] We have no business with him — no connection — no business with him. "Ashrei ha'ish asher lo halach b'atzas resho'im — uv'derech chato'im lo omad — uv'moshav letzim lo yoshov." What is this? We need to be warriors — not to look at the whole world — only at the Torah and at the Holy One Blessed Be He. [Yes.] On the fulfillment of the Torah. Yes. One needs to be very mighty warriors. What? The building — is it not written for both — in both your names? Ah? [Yes — yes — written for both of us.] So good. [This is written for both of us.] Good — good. The defense attorney saw. [He thought that you know.] [She wants to change this.] Ah? [She wants — now she wants to go to a lawyer to change — so that the apartment be written only in her name — she wants.] She cannot — she cannot. They need {to act on your behalf} — he registered it in both your names. [Yes.] So this is half — half is yours — yours. [Yes — yes — Saba — I spoke with Tziporah yesterday — with Tziporah.] With Tziporah. [Yes.] When? [Yesterday at night.] Nu. [She told me that she is sick — she cannot come — she is not feeling well.] Yes? [Yes.] Is she at home? [Yes — she is at home.] Nu. [So I said — that you want her to come for the purpose of…] Ah. [But she said.] Tziporah? [Yes — perhaps tomorrow she can.] Good — good — good. It is good that you told me. [Yes.] Where did Michael go? [He went — he had a phone call.] [He called — he called.] Do you know the number of [Ornshtein?] Of Ornshtein? Do you have it? [At home — no — no — not on me.]</w:t>
      </w:r>
    </w:p>
    <w:p>
      <w:r>
        <w:t>(not understood) They wrote "Na Nach" — so it became — it became the opposite. (Saba laughs.) It became — there is a matter. [That everything…] Ah? [That everything will turn for good.] "Shenishtapach hakol l'tovah" — that everything pours out for good. (Saba laughs.) {I said to her} that it pours out for good. Yes — it poured out. If we felt a drop from the sea — how we must rejoice. And the holy Rabbainu teaches us to draw out the difficulties. He teaches us joy — joy — joy — joy — joy — dances — dances — dances. (Saba laughs.) And Rav Avraham ben Rebbe Nachman — he made nigunim. He was in hisbodedus every day. He was a holy tzaddik — tzaddik. Yes — a man of truth — not falsehood — clear truth. He said — he made each time a different niggun. He brought a new niggun.</w:t>
      </w:r>
    </w:p>
    <w:p>
      <w:r>
        <w:t>So he brought life-force into the distant wicked ones — he inserted in them great light — "Bach…" We as we are — but Rabbainu.</w:t>
      </w:r>
    </w:p>
    <w:p>
      <w:r>
        <w:t>So — to this day the niggun "Bach Rabbainu Nagila…" has remained. And this has much meaning. Yes. We as we are — so we have no hope — none — no rectification — no remedy. There is no remedy — such illnesses — there is no remedy. But Rav Avraham ben Rebbe Nachman found that Rabbainu can heal all illnesses. So it became — so he took this niggun.</w:t>
      </w:r>
    </w:p>
    <w:p>
      <w:r>
        <w:t>If — if not for this — the whole world would have been destruction — the whole world would have been filled with heresy — and the world would have been {destroyed}. The holy Rabbainu — with one word of his — inserts emunah — emunah — in all the world. Inserts rectifications in all the world. Remedies in all the world. Salvations in all the world. To everyone. "Come to me — only come to me to Uman." (Saba laughs.) Hi. We fell — on one side — and became very distant. And the holy Rabbainu spoke of this — of what? What goes on in the world — heresy and — and they — they — Heaven forfend — more — more worse than everything. They are heresy and disbelief. So Rabbainu — so the Holy One Blessed Be He saw that Rabbainu is necessary — this {at the head} — this. He can illuminate in us emunah and teshuvah and remedies. He renews us. Every word of his — he can conquer the whole world. The scholars — they know nothing — only pride and honor and money — {money}. And the holy Rabbainu — he is only emunah and trust. (Saba laughs.) He — and he heals us as we are. "Only come to me — I can heal you." (Saba laughs.) Hi. {Saba recites the blessing: "Borei minei mezonos…"} [Amen.] As we are — we would have been — Heaven for… — I would have been — Heaven forfend — a donkey — I would not have known anything of the Holy One Blessed Be He and the Torah — of — of — of the true life. Yes. Ho — ho. Only come to me — draw close to me. I made Likutay Moharan in your merit. Such Torah teachings — such conversations. Every conversation is the generality of all the Torah. The holy Rabbainu says this. Not — not what — what am I? Can I speak such words? The holy Rabbainu revealed it — and this is truth and right and correct. The whole world — "Halochoh k'Rav Nachman" — "Halachtoh k'Rav Nachman" — the halachah. At no other Tanna — there are not — not — not — not such words as "Halachtoh k'Rav Nachman" — and "Halachtoh k'Rav Nachman" — and "Halachtoh k'Nachmani." What is this? For what? Not to be (not understood). This is a hint. If we say all the days of our lives: "Halachtoh k'Rav Nachman" — (not understood) — and he — and he is such a light that makes such wonders — he does such mighty deeds in the world. Were it not for this — Heaven forfend — the whole world would have been full of heresy — and there would not have remained — Heaven forfend — not Torah — and not emunah — and not anything. And not — not would we have had anything. (Saba laughs.) Oy — come to me — so through this you will draw close to the Holy One Blessed Be He — to Torah. Yes. And there will be for you a complete healing — a complete teshuvah. Yes. (Saba laughs.) Such has not yet been in the world — such Torah teachings — such stories — such conversations — such students — Rebbe Nassan. Rebbe Nassan — this is the student of the holy Rabbainu. Rebbe Nassan. And he was a gaon and a tzaddik — such a gaon. His father-in-law was a world-renowned gaon — Rebbe Dovid Tzvi. [Yes.] All the world — he was — he was the rabbi over — over a great area…</w:t>
      </w:r>
    </w:p>
    <w:p>
      <w:r>
        <w:br w:type="page"/>
      </w:r>
    </w:p>
    <w:p>
      <w:pPr>
        <w:pStyle w:val="Heading1"/>
      </w:pPr>
      <w:r>
        <w:t>Tape 13</w:t>
      </w:r>
    </w:p>
    <w:p>
      <w:pPr>
        <w:pStyle w:val="Heading2"/>
      </w:pPr>
      <w:r>
        <w:t>Side A (Aleph)</w:t>
      </w:r>
    </w:p>
    <w:p>
      <w:r>
        <w:t>Oy — come to me — so through this you will draw close to the Holy One Blessed Be He — to Torah. Yes. And there will be for you a complete healing — a complete teshuvah. Yes. (Saba laughs.) Such has not yet been in the world — such Torah teachings — such stories — such conversations — such students — Rebbe Nassan. Rebbe Nassan — this is the student of the holy Rabbainu. Rebbe Nassan. And he was a gaon and a tzaddik — such a gaon. His father-in-law was a world-renowned gaon — Rebbe Dovid Tzvi. [Yes.] All the world — he was — he was the rabbi over — over a great area in Russia. More — more — the holy Rabbainu spoke about him. He was a gaon. The holy Rabbainu said to Rebbe Nassan: "Your father-in-law is a gaon and a tzaddik!" (Saba laughs.) He is not a gaon for his own sake — for a name — for honor — for… He is a gaon. And even so — he did not know of Rabbainu. He knew…</w:t>
      </w:r>
    </w:p>
    <w:p>
      <w:r>
        <w:t>Who is this? Who is this? [Yisroel Meir.] Yisroel Meir? [Yoy.] (Saba laughs.) What is news from Russia? [Blessed be Hashem.] (Saba laughs.) Can one travel? [Yes — yes.] To Russia? [Soon there will be a plane to Kishinev.] Ah? [Soon — in two weeks' time there will be flights to Kishinev — Kishinev — Kishinev.] Kishinev? [Kishinev. (not understood — the friend speaks with Saba in Yiddish.)] (Saba laughs.) They will come — all the world will come to Uman — this — (not understood) — the miracles and wonders that will be at the time of redemption now — more — more than the redemption from Egypt. I saw this in the Zohar. [Yes.]</w:t>
      </w:r>
    </w:p>
    <w:p>
      <w:r>
        <w:t>…That he should merit to raise him to Torah — to the wedding canopy — and to good deeds. [Amen.] And all salvations. [Amen.]</w:t>
      </w:r>
    </w:p>
    <w:p>
      <w:r>
        <w:t>…Perhaps to give me some place to be there near the synagogue — to hear Kaddish and the… Yes. Ask him. [I will ask him.] Perhaps he — perhaps he will agree. [Fine — I will ask him.] Good.</w:t>
      </w:r>
    </w:p>
    <w:p>
      <w:r>
        <w:t>…The Land of Yisroel is a holy land — we are a holy people. Yes. This is ours — all the world — they are — they are the land of the nations — not the Land of Yisroel. Only here — the Land of Yisroel. Yes. (Saba laughs.)</w:t>
      </w:r>
    </w:p>
    <w:p>
      <w:r>
        <w:t>…I had some coins — some pennies. I gave to him — yes. And blessed be Hashem I paid him. But he gave me the book: "When you have money — bring it to me." Yes — like this it was. [All who have compassion on people — people have compassion on him.] All the beauty — such was the printing of Rebbe Yisroel (Kardonner) — there was such beauty — and the binding was. [And where is this now? Where is this now?] Ah? [Where is this?] I do not know. There was such a binding and such paper — one does not see such beauty. Yes. And blessed be Hashem — how the Holy One Blessed Be He had mercy upon me — and I found such a book — the printing of Rebbe N… of Rebbe Yisroel — such beauty and such a binding. And he gave me: "When you have money — bring it to me." He gave me it — he understood that I very much need this book. He understood this. And he had a battle in his heart. What — if he sells the book — there is none other. Everyone knew — they do not print — because no one buys. (Saba laughs.) Likutay Tfilos — who — who would say Likutay Tfilos? (Saba laughs.) [And did you use this? Rebbe Yisroel?] And he gave me the book — a strong battle. Yes. He — (a problem with the tape) — he could have earned much — because it was impossible to obtain — impossible to buy. So not — not did they print. I had Likutay Tfilos from several printings from outside the country. Yes. There was such beauty — such grace — such awakening. But I gave it away. Not — not did I keep it. I gave this as gifts for bar mitzvahs. There was — there were some books for me — three — two or three books. Yes — I bought and gave — I bought — and I have none — not one has remained for me. I gave as a gift to the people of our circle — bar mitzvah — bridegroom. So I gave gifts. And I remained without. There was — the printing was so beautiful — there was not — there was not… [You have no Likutay Tfilos.] And the book — {he could have} — and I loved the people of our circle. What? He has a bar mitzvah — and I will not give a gift? I have no money. I took a book of Likutay Tfilos and gave it to him. Shimon Anshin — do you know him? [Yes.] Ah? [Yes.] I gave him for his bar mitzvah — I gave him such a book of Likutay Tfilos. (Saba laughs.) This is already over seventy years now. Is it possible to contact my daughter Tziporah? [Yes.] Do you know the number? [Yes — yes.] Tell her that you saw me. [Yes.] And I greatly long to hear from them — what — what is their welfare — how is everyone. [Fine — fine.] If possible. [Yes — yes — possible — I — I will pass on the message to her — yes.]</w:t>
      </w:r>
    </w:p>
    <w:p>
      <w:r>
        <w:t>…[They were the students of the Maggid. They were the students — the Noam Elimelech was the student of the Maggid of Mezeritch.] Of what? [Of the Maggid of Mezeritch — of the Maggid of Mezeritch — the Maggid — the great Maggid — the student of the Ba'al Shem Tov. So the Noam Elimelech was his student.] Yes? [Yes.] Of? [Of the Maggid.] Ah? [Of the Maggid of Mezeritch — the Maggid. Have you not heard of the Maggid? Rav Nachum of Chernobyl — great ones — great ones of the world.] Great ones. [So they were once in a house — in the synagogue — engaged in a passage in the Zohar — to understand the Zohar. And all — and they stood for many hours — many hours — and they did not manage to understand the Zohar. And in the afternoon Rebbe Zusha entered the beis medrash and asked them… So he saw that they were working hard and not understanding. So he asked them: "What — what is the problem?"] Yoy. [So they told him: that there is a difficult difficulty from the Zohar — and so — he asked them: "What is the difficulty?" So they told him — that is it. He went to a corner there — and began to weep before the Holy One Blessed Be He — that he wants to understand this. So — so Rebbe Shimon came to him and told him the answer.] Yes? [Yes — he told him all the answer. They did not see this. Rebbe Shimon came and told him the entire answer from the Zohar. Afterwards he went to them from the corner and told them the…] the explanation. [Rebbe Zusha — you are such a simple person — how do you know? So he said that he prayed to Hashem — he wept to Hashem.] (Saba laughs.) [So Rebbe Shimon came and told him the answer. Nu — how much one can merit through hisbodedus. They were wise and did not succeed.] I heard a story of Rebbe Zusha — he went wandering. [Exile — yes.] From city to city — they did not recognize him. [Yes.] And he sat at night and always there was Torah — and he learned. And there was one rich man who sent him — with his son — a breakfast. [Yes.] He sent him always — the rich man. The rich man knew that he was sending him every day. [Yes.] A good meal — a good thing — eggs and olives and butter. Yes — he was sending him a good meal. And Rebbe Zusha was saying to the Holy One Blessed Be He: "Master of the Universe — Zusha — Zusha is hungry. [Hungry.] Give him to eat." So the rich man heard how Rebbe Zusha says to the Holy One Blessed Be He. So he became angry: "What is this? I send him every day — and he says that Zusha is hungry — that He should give him to eat. What is this?" So he said: "If he asks from the Holy One Blessed Be He that He give him? Let the Holy One Blessed Be He give him — I will not give him." (Saba laughs.) So there was another rich man — he had a bad dream. So he said to the household: "His meal — let them send it to the synagogue — to this man." Yes — he is a Chassid and… Yes — let them send the meal. He wants to fast — so what he needs to eat — send it to Rebbe Zusha. (Saba laughs.) So he saw — he said: "I will not send to him — let the Holy One Blessed Be He give him." So there was another rich man who had a bad dream — and sent to Rebbe Zusha in the synagogue his meal. He was fasting — he said: "Give this to the synagogue — there is there a Torah scholar." [So he saw — that it is not he who determines.] Yes — yes. (Saba laughs.) He saw that they bring him a good meal to eat. [There was another story with Rebbe Zusha — do you hear?] Ah? [There was a story with Rebbe Zusha.] Yes. [There was a Jewish man outside the Land — whose father passed away.] He said — he was in the Land of Yisroel? [No — I don't know.] [How?] [There was a Jewish man outside the Land.] Nu. [Whose father passed away. And the father came to the son in a dream — that he has great troubles there in the Upper World.] Yes. [Great troubles — and all the time troubles. What is there? Show what is happening — why does he have troubles? Since he had been a tzaddik — so he went to…] To Rebbe Zusha. [No — he went to the Gaon of Vilna — he went to the Gaon of Vilna.] This is a story? [Yes. And then the Gaon of Vilna…] The deceased — this deceased? [No — the son of the deceased.] The son of the deceased. [Went to the Gaon of Vilna. He says that his father comes to him in a dream all the time and something is not right. So — so he went. And he had two sons — one went to Rebbe Zusha — one went to the Gaon of Vilna. This one who went to the Gaon of Vilna — so he told him — he told him an answer — he told him what had happened. He went to Rebbe Zusha — Rebbe Zusha told him: "Check by the grave — check by the grave — there is… What is it called — an idol of Christians — the cross."] Yes? [By the grave there is — that is why he has troubles.] Ah. ["Remove it — dig there in the ground and remove it." This is what Rebbe Zusha told him.] (Saba laughs.) [So they came to the Gaon of Vilna and told him — that Rebbe Zusha said this answer. So he said: "From where does Rebbe Zusha know? From where does Rebbe Zusha know?] Yoy. [He is not a Torah scholar — from where does he know? Well — I know — it is written in the Gemara.] Yes? [Yes — it is written in the Gemara — if there is something of idolaters — this is not — but from where does Rebbe Zusha know? From where does he know?" So Rebbe Zusha told him: "He knows from Rav Ashi — from Rav Ashi — from Abaye."] From Abaye. [But he knows from the Holy One Blessed Be He — directly from the Holy One Blessed Be He.] (Saba laughs.) [Whoever said it to Rav Ashi — said it also to him.] Yes. [He said of Rebbe Zusha — that he had ardor for twenty-one years.] Yes. [Do you know — it is written in Chayay Moharan?] {In the heart — in the heart.} First. [In one ardor — yes. Do you know — when Rebbe Zusha passed away — he stood to depart from the world — so his students asked him: "To whom shall we draw close?"] Yoy. [So he told them: "Go to the Rebbe before whom one confesses words."] (Saba laughs.) [They said: "What shall we do? To whom shall we go? We have no Rebbe — you." "Go to the Rebbe" — and therefore the Breslov Chassidim were called "Viduy-niks."]</w:t>
      </w:r>
    </w:p>
    <w:p>
      <w:r>
        <w:t>…Great ones — elders — great ones. [But Admors.] And masters of Kabbalah and… Yes. They had yiras Shamayim. And I went to them — I did not yet know Rebbe Yisroel (Kardonner). I went — and he loved me. He entered with me into his house and received me with love. But he was an opponent — all the Slonim Chassidim are opponents of Breslov. Afterwards — when I merited to draw close to Rebbe Yisroel — and I received all kinds of — all kinds of humiliations and degradations. He said to me: "If you feel that this brings into you yiras Shamayim and emunah — do not listen to Rav Motl (of Slonim) — to any person in the world." He said this to me — but in a whisper — not in front of everyone. [Who? Rebbe Yisroel Kardonner? Who said? Rebbe Yisroel?] Rav Liishka — Rav Liishka. [From Slonim?] There was one — this elder — who was greater than all of them. He said to me: "If you feel that this brings into you yiras Shamayim and emunah — do not listen — not to Rav Motl — and not to any… Not to the Rav — and not to…" Blessed be Hashem — this was for me a great strengthening — because the world is their world. Yes. [The opponents?] But he had in him some point of truth. He said to me — he reminded me — that I am searching for some truth — that I am searching for truth. So he said to me: "If you feel that this brings into you emunah and yiras Shamayim and fulfillment of the Torah — do not listen to anyone." [Yes.] Like this he said to me — but in a whisper. [And he told you — not to reveal.] By — by the Sea of Kinneret — by the mikveh. And there was not — only I and he. So he said to me — not — not told me that I should not reveal. [He did not tell you?] No — no — no — no. Only — only he — he did not say it in front of people. [In front of people.] He knew that I would not reveal — because what would I gain from this. [Only to lose.]</w:t>
      </w:r>
    </w:p>
    <w:p>
      <w:r>
        <w:t>…And wonders greater than the Exodus from Egypt — that I had — how I merited to come out from all of them — and I overcame with strength and courage. And all of them fell from this. They saw the might — so they fell. They were all against me — and I suffered shame and degradations — such degradations. But there were good gifts. Oy voy.</w:t>
      </w:r>
    </w:p>
    <w:p>
      <w:r>
        <w:t>(not understood) (Saba laughs.) No. [But do you want to write Rebbe Yisroel Odesser?] Ah? [Do you want to write Rebbe Yisroel Odesser — Rebbe — or just Yisroel Ber Odesser?] Yisroel Ber Odesser. [Shlita?] Yes. [Shlita?] Neiro ya'ir. [Neiro ya'ir — N"Y.] [Yisroel Dov — or Yisroel Ber?] Ah? Yisroel Ber. [Yisroel Ber Odesser.] Bais — Ayin — Reish — Yisroel Ber Odesser. [And N"Y.] As it is written — as President Shazar wrote. [Yes.] "Avi HaNachal" — this is the initial letters of Y'sroel B'er O'desser. (Saba laughs.) He was in Hebrew — it was Hebrew. He should have written Yisroel Dov Odesser — Yisroel Dov. No — he wrote it for me in Yiddish — Yisroel Ber. [Yes.] (Saba laughs.) [Saba — this — this is a two-hundred shekel note with the picture of Shazar.] (Saba laughs.) Good. I — perhaps you wanted me to print Avi HaNachal again — so I… [Wait — wait — wait — this is — this is of…] So — so I — so I — so I will distribute the photographs. Shazar and I — he had it made by a great expert from Germany. He brought this — it came out — he and I. (Saba laughs.) [Ah — in Yaakov's picture.] Yes. [This is at Yaakov's.] No — no — I did not tell of this. And now I — this will be a Kiddush Hashem — that all — all — every person — whoever buys the book will see that Shazar was — he {was} my friend. (Saba laughs.) [Good — Rebbe Yisroel Ber Odesser N"Y.] Yes. I made a wedding — a wedding for my son. I made a wedding. [Yes.] So he (Shazar) — he came to the wedding — from his office — to northern Tel Aviv — to some hotel. He came — he came. Yes. And Goldman was there — the head — the head of — of the Jewish Agency. He said to him: "It is impossible that you should travel — I am not — alone I am not — not able to finish alone — you must stay — be here!" So he said to him: "No — no — no — no — I must travel!" So he left him and he traveled. (Saba laughs.)</w:t>
      </w:r>
    </w:p>
    <w:p>
      <w:r>
        <w:t>…A Breslov Chassid will write by him — on the Torah teachings and the prayers of Rabbainu — the writings of Rebbe Nachman. So the name for the book: "Kissvay Rebbe Nachman MiBreslov." [Saba — Saba — Rosh Chodesh Nissan is the birthday of Rabbainu.] Yoy. [Perhaps the book will be finished before that — if only.] If only — if only. (Saba laughs.) Yoy. The printers of the book — I want afterwards perhaps… [To print again.] After it is finished — to print again. [With Hashem's help we will print a million.] Ah? [With Hashem's help we will print millions.] Yes — yes. [Not a thousand.] Yes. [A thousand is a drop from the sea.] Every person will search for "Kissvay Rebbe Nachman." [Yes — with Hashem's help.] This name is very effective — "Kissvay Rebbe Nachman" — and this is the writings of Rebbe Nachman and his student Rebbe Nassan. [Yes.] "Kissvay Rebbe Nachman" — what — what is this? This is something very awesome. The President performed mesiras nefesh. [Yes.] He printed this — he gave it as a gift to the officials — to all the officials of his office and to all the Kness… He — he — he gave to all his friends — without money. (Saba laughs.) [Saba — is it possible to make a page of ilui neshama in the book?] Ah? [To make — to print an ilui neshama page in the book — at the end of the book?] Yes — for the ilui neshama of the President. [The President.] President Shazar. [Rebbe Yisroel Kardonner?] Ah? [Rebbe Yisroel Kardonner — for the ilui neshama of Rebbe Yisroel?] This — this is separate and this is separate. The President — first of all the President. [In the book?] Afterwards… [But…] The holy names begin — Rebbe Yisroel (Kardonner) and more — and more — and more. [Which — which more? You will think.] [Saba — is it possible to make an ilui neshama?] Ah? [An ilui neshama for relatives?] Yes — yes — yes. [At the end of the book.] Yes — at the end of the book. [And to donate amounts.] Yes — yes — yes — yes. [To help with the printing.] Good — at the end of the book. [Fine.] We will speak of this. [Fine.] Perhaps not — not — not to write the ilui neshama of the President. [Not to write.] Because they will stand up — [and there is also the opposition] — Yerushalayim in Meah Shearim — the Neturei Karta will stand up — and all. [Yes.] And they will say…</w:t>
      </w:r>
    </w:p>
    <w:p>
      <w:r>
        <w:t>…How is it possible to say — this — that this is mine? That this is [they say that this is the handwriting of the Rebbe.] What a small man this is. [I heard that the cabinet was locked.] Ah? [The cabinet was locked.] Even without any {insight} — only to see this writing and this language — already — already one sees that this is Rabbainu. [What is this — what is this secret: "And with this I will reveal to you a secret and it is…"] "Melo v'gadish — melo v'gadish meko l'ko." [This is Kabbalah.] "Patzp…"</w:t>
      </w:r>
    </w:p>
    <w:p>
      <w:pPr>
        <w:pStyle w:val="Heading2"/>
      </w:pPr>
      <w:r>
        <w:t>Side B (Bais)</w:t>
      </w:r>
    </w:p>
    <w:p>
      <w:r>
        <w:t>[This is Kabbalah.] "Patzpatziyah" — this is the name of the angel appointed over the shofar blasts of Rosh HaShanah. [Yes.] According to the holy Ari HaKadosh. Yes. So it is written here — concerning the matter of Rosh HaShanah — "Patzpatziyah." [The Rebbe already revealed to us then — when the letter was revealed — that we would merit to come on Rosh HaShanah to Uman. The Rebbe already revealed this to us then — this is a secret.] If only — if only — if only. When you reach Uman — you must seek all kinds of advice to come to Uman. The holy Rabbainu warned greatly to come to him on Rosh HaShanah. [I saw Saba in Uman on Rosh HaShanah.] Ah? [Twice I saw Saba in Uman on Rosh HaShanah.] Ah? [I saw Saba twice in Uman on Rosh HaShanah.] Who? [Three years ago and two years ago I saw Saba.] Were you there? [Yes — I also saw Saba.] You were already there? [Yes — I was already three times in Uman.] Yes? (Saba laughs.) How fortunate you are — how fortunate you are. This liar — this liar — he wanted to nullify me. He — for the sake of pride. What is this? [He said to them…] Yisroel Ber received a letter from Rabbainu? And where am I? I am Levi Yitzchak (Bender.) [He said to you alone that this is false?] Yes — yes. I know him well. When I say liar — I — Heaven forfend — regarding any son of Yisroel — in particular regarding the people of our circle. But he was afraid — he — he was afraid that his honor would be damaged. What? A letter from Rab… A letter from Rabbainu to Yisroel Ber — and where is Levi Yitzchak? [I see that these are letters that were written — that Saba wrote to Shazar?] Ah? [Saba wrote to Shazar — he wrote to Shazar?] "Avi HaNachal." [What? Yes — yes — this is "Avi HaNachal."] "Avi HaNachal?" [Yes.] Yes. [These are letters.] What I wrote to Shazar. [Yes — what happened? You drew Shazar close?] Take — take this. [Yes — but this is his — can I take?] I will tell him that I gave it to you — and you will see — you will see — if — if — if one sees such wonders in the world. We were such friends — such friends. And the whole government was — was — was against. And he did not listen. [Did you draw him close — Shazar?] Certainly — certainly. [How did you draw him close? How did he come to Breslov — Shazar? Shazar was the President of the State — was he not?] The letters — all — all whoever sees the letters — he becomes a baal teshuvah. [Yes — every day one must have a fixed order — every day to read a letter.] We were — all — all — all the city — all the government — they know that we are friends. We were special friends. He — he — he said to me — Ben Gurion and Aharon and… Ben Gurion and all the ministers — the government ministers — are not his friends — they are not friends. I am his friend. (not understood) (Saba laughs.) I entered to him — all the policemen knew — when I came — it was open before me everywhere. [My father told me — that once he went with you and with Shmuel Horowitz — on Purim — once he went on Purim with you and with Rav Shmuel Horowitz.] Yes — yes — yes. To Shazar. [Yes — do you remember?] Yes — yes. And we danced. (Saba laughs.) [Yes — did you dance with Shazar?] Yes — and also. [My father was drunk.] Amram — Amram. [Amram — yes — he also went.] Amram. [Amram Horowitz — your grandson.] I and Amram learned with him Likutay Moharan. [With whom? With Shazar?] Yes. (Saba laughs.) [Shazar came on Rosh HaShanah night — I heard that he was in Breslov.] Yes — yes. They wanted to strike him. [Who wanted to strike him? People — those who did not merit to know of the Rebbe?] Breslov Chassidim. What is your name? [Shmuel — after the grandfather.] Shmuel. And he? [Amram Yosef.] Avraham? [Amram Yosef.] Amram Yosef. [Like your grandson Amram.] Ah — Amram Yosef. Amram was — his father was the head of the Beis Din of Yerushalayim. Yes. [Do you remember him?] Great in Torah. Yes. [Tell us a story about him.] All were opponents against Breslov — in particular the Litvaks. [They were all opponents? Yes.] He was the father of — the father-in-law of Shmuel. [Shmuel Horowitz — yes.] What is his name? [Rav Amram Yosef Wornshtein.] Ah? [Amram Yosef Wornshtein.] No. [To whom?] What was the name of the Rav of Yerushalayim? [Rav Moshe Nachum — Rav Moshe Nachum — Rav Moshe Nachum Wornshtein — ah — perhaps Rav Yosef Chaim Zonnenfelt.] After Rav Chaim Zonnenfelt — there was — there was the Rav of Yerushalayim. [Yes.] And he — [Rav Yosef Chaim Zonnenfelt.] No. [Rav Shmuel Salant?] The father-in-law of — of Rav Shmuel Horowitz. [He was Rav Avraham Wornshtein.] How — how was he called? [Rav Avraham Yosef Wornshtein — they used to call him the father-in-law of Rav Shmuel.] Weinshtein? [Wornshtein.] The Rav of Yerushalayim. [Yes — his father was the Rav of Yerushalayim — Rav Moshe Nachum.] Rav Moshe Nachum Wornshtein — Wornshtein. [Yes — Wornshtein.] Ah — Rav Moshe Nachum Wornshtein — he was the head of the Beis Din of (not understood) in Yerushalayim. [Yes.] He — he — he was a Litvak. [Yes — he was from…] He was an opponent — an opponent against… [Did you speak with him about Breslov?] (not understood) [Did you speak with him about Breslov?] (Saba laughs.) Ah? [Did you speak with him about Breslov? With Rav Moshe Nachum Wornshtein?] Yes. [What did he say to you?] He — he — he is far from this. [But did he not speak — did he speak against?] Nu — the great ones did not {dispute.} They saw that this [is not simple] — one sees in the world still such stories? There are none. [There are no such stories.] The whole world says and knows that there are none — none — such stories as these — there are none in the whole world. [Did you go to Rav Moshe Feinstein — Rav Moshe Feinstein gave you a letter — I saw that you have a note from Rav Moshe Feinstein.] Moshe Feinstein — yoy — yoy. [You were by him — were you not?] I — I was by him with the Petek. [What — what did he write? What did he say to you?] There is a recommendation. [Yes.] Have you not seen the recommendation? [We saw — we saw this once — once.] (Saba laughs.) [What did he write to you about the Petek? What did you say to him? Did you tell him the story?] [That a Litvak should give a recommendation — he was a Litvak.] Everyone said: "He was already — he was no longer in his right mind." [This is what they say.] But even so — this — this cuts it — this — this — this is the recommendation. [What happened? How — how did he give you a note about this — Rav Moshe Feinstein? He was a great man — correct?] Rav Moshe Feinstein — I did not know him and he did not know me. [So what happened?] Only the son — they gave him the letter. [Yes.] So he went to his father and showed him the letter. So he said to him: "This? Do not laugh at this — he said that this is a wonder — a great wonder!" Yes. [Did you hear what he said?] And he wants to see the original Petek and the person who found it. I went to him with the Petek. [Were you called? Who called you? Were you called to him?] Ah? [Were you called to Rav Moshe Feinstein?] Yes. [So you came to him.] He — he — he felt… [He was filled with wonder at the Petek — there was never such a thing in the world — never was there such a thing in the world.] He — he was not… A recommendation — such a recommendation. [What did he write to you in the recommendation?] I have no strength. [Ah.] To speak. [He was the posek of the generation — Rav Moshe Feinstein.] Yes — {the greatest of scholars.} [Blessed be Hashem.] (Saba laughs.) [The Rebbe testifies about you that you were his dear student.] "Talmidi HaYakar" — my dear student. (Saba laughs.) [This is not a simple matter.] I — I read this — I saw it by myself. I completely collapsed — what? I — I — "Talmidi HaYakar?" [But the Rebbe testifies about you. The Rebbe testifies about you.] [If the Rebbe says such a thing — certainly this is true.] He — he writes to me "Talmidi HaYakar" — in a place where they did not need to write "Talmidi HaYakar." "Me'od hayah kasheh li laredess elecha lehagid lecha" — why does he write… He stopped: "Talmidi HaYakar." (Saba laughs.) [Because this is true.] In any case — tell the father — tell the father. [Yes.] I asked him — I want to see him and speak with him. And let him come sometimes. [Where are you — where are you located?] Oy — in the merit of this — he will have a healing. And not in the merit of this — in the merit of Rabbainu. Yes. He also suffered from Breslov. [What?] All of us suffered from Breslov. [Yes.] All of us. (Saba laughs.) [From what did you suffer? From Breslov?] [He is a great Torah scholar — Rav Alter — correct? Rav Alter is a great Torah scholar.] The father of Shmuel Horowitz — he was a gaon. [He was a dayan.] Famous — a dayan. [He lives in Canada.] Canada — yes — yes. [He was there for forty years.] And he wrote {this — yes.} The son — Rav Shmuel — Rav Shmuel Horowitz drew close to Rabbainu. I drew him close at the time — after the bar mitzvah. [Did you make him a Breslov Chassid?] I — yes. [How did you make him a Breslov Chassid?] I drew him close — I always spoke with him of Rabbainu. [And before this — was he not a Breslov Chassid?] And he drew close to Rabbainu. [Before you spoke with him — was he not a Breslov Chassid?] No — he — he was Chabad. (Saba laughs.) Yes — yes. He was Chabad. And I — I drew him close to Rabbainu. [Whom else did you draw close? Also the President of the State?] If you want to believe — perhaps — perhaps the father knows of this. Shmuel Horowitz was living in Tzfas. Yes — I drew him close — and I took him out — (not understood) — the Chabad. And drew him close to Rabbainu. [Is Chabad not good?] [In your merit we are also Breslov.] The mother — the mother became ill from this. [Your mother — or his mother?] His mother — my mother — also my mother. (Saba laughs.) My mother passed away — she became weak — she passed away. The Holy One Blessed Be He had mercy on me — He made miracles — how she returned to life. What is this? What are you doing? Breslov — {not Breslov.} (Saba laughs.) [What?] [In your merit we are also Breslov — we were born Breslov Chassidim — in your merit. You drew close Rav Shmuel Horowitz — we are also Breslov.] What — but you — not — not did you suffer what we suffered. [Yes.] We were the first soldiers. (Saba laughs.) I fought against — against mighty warriors — against rabbis — they are famous in the world. And I — I did what is mine. He spoke as if I were not a human being. [Who?] Moshe Klirs. [Ah — who were these — they were from Teveria?] [What — what did Rav Moshe Klirs — did he oppose Breslov?] He — he was a great opponent. [He was Slonim — was he not?] Slonim — Slonim. [Was Rav Motl of Slonim also there — also there — yes? But they — were they not great people?] No tzaddik said — that Uman — the whole world knows that Uman was closed to the whole world. And now — and now — [open to the whole world.] The wonders of the Holy One Blessed Be He — that it opened to the whole world — without war — without… [Miracles — through the power of the Rebbe.] Miracles — miracles. (Saba laughs.) [Here is the recommendation of Rav Moshe Feinstein.] You have it — you have one — ah yes? [Yes — here is the letter: "To all our brethren the children of Yisroel — with a blessing of peace and blessing. I hereby come to recommend — the Gaon…" He writes about you: Gaon.] (Saba laughs.) If he saw that the holy Rabbainu writes "Talmidi HaYakar" — he cannot write… [He writes about you: "He is a very wise man and has great knowledge in the wisdom of Kabbalah."] (Saba laughs.) [Rav Moshe Feinstein wrote only truth — yes — he was a very great man.] [Rav Moshe Feinstein wrote only truth.] Rav Moshe Feinstein. [Yes — he wrote only truth — what he wrote is truth.] Yes — certainly. [And he wrote: "A very important man and has great knowledge in the wisdom of Kabbalah."] (Saba laughs.) He writes {with more miracles} in Kabbalah. [Did Rav Moshe Feinstein know Kabbalah?] He — he knew a little. [He knew a little Kabbalah? Did he know Kabbalah? He was a gaon in the revealed Torah — was he not?] He — he wrote such a recommendation. [It seems to me that he wrote such a recommendation to no one else — "Gaon — a very important man."] Yes — famous in the whole world. [And the Petek was inside a book — the Petek was inside a book?] Ah? [The Petek from the Rebbe — the letter — was it inside a book?] Yes. [Which book?] Likutay Halachos — Orach Chaim — Part One — page 105. [Where? In which Likutay Halachos?] Orach Chaim — Orach Chaim — Orach Chaim — there are three parts. And this is Part One. [Part One.] Part One — Part One — page 105. [Page 105.] [Were you a student of Rebbe Yisroel Kardonner — correct? Rebbe Yisroel Kardonner.] I have no strength to speak. Enough. [What is written — bless him — he is of marriageable age — that he may merit a proper match. His brother needs to become engaged — his brother needs a blessing.] Do you have a brother? [Yes — he has a brother.] Are you four brothers? [He is my cousin — he is not the son of Rav Alter.] Ah. [He is the nephew of Rav Alter.] He — [the nephew — he is the son of Rav Alter's sister.] [I am the nephew.] [(not understood — he speaks in Yiddish.)] He is not the son of Rav Alter? [He is not the son of Rav Alter — he is the son of Chaya — do you remember Chaya — the daughter of Rav Shmuel Horowitz — Chaya?] The son. [The daughter of Rav Shmuel Horowitz — Chaya — he is the son of Chaya.] Chaya. [He is the son of Chaya.] Ah — ah. (not understood) [He has a brother who needs to become engaged.] Ah? [He has a brother who needs to become engaged — his brother needs a blessing.] Nu. [For a proper match — and he is also of age — bless him.] Does he have a brother — who — who is close to Rabbainu? [Yes — we need to bless his brother for a proper match — his brother.] Ah? [We need to bless his brother for a proper match — bless his brother.] The sister — his sister — of Rav Shmuel? [Yes — his mother — he — he — bless him that he should draw close…] He is the son of Rav Shmuel's daughter. [My mother is the daughter of Rav Shmuel.] The daughter of Rav Shmuel. [Yes — blessed be Hashem — we have merited.] How many brothers are you? [They are ten children — five brothers and five sisters.] Five brothers. [And five sisters.] And five? [Sisters.] Sisters? [Yes.] Yes — ten children. [Yes.] [Rebbe Yisroel Kardonner said — that your drawing close is a great wonder. What did Rebbe Yisroel Kardonner say about your drawing close?] This is all miracles and wonders — I have no strength to speak. [May the Holy One Blessed Be He give you a complete healing.] One does not even need to speak much. [Because it is written.] One sees — one sees the truth — one sees — one sees such a Petek. Not — not — not does one need any recommendation — no need. Yes. [The Petek from the Rebbe — the Rebbe himself recommends.] Yes — this is his handwriting. And this is his seal — revealed only by Rabbainu himself. {Not I — this is} the whole Torah: "Na Nach Nachma Nachman MayUman." Only the holy Rabbainu revealed this — "Nachman MayUman." The holy Ba'al Shem Tov merited — that he merited to bring into the world the holy Rabbainu. [He was the grandfather of Rabbainu.] Yes. This is such a wondrous matter — there are — there are no words to speak. [Did you ever have a dream of the Rebbe?] What? [Did you see the Rebbe?] Yes. [What happened?] I saw Rabbainu a few times — some times. [How many? Many times?] Some times — three times. [How did you merit this? How did you merit this?] Ah? [How did you merit this?] I do not know. Thus the Holy One Blessed Be He wanted it. Yes. (Saba laughs.) One needs {much.} [This brings a person to thoughts of teshuvah when one sees this Petek.] Only to see — (not understood) — only to see the handwriting and the language — one sees that this is {Rabbainu's handwriting.} [The handwriting of the Rebbe.] And also — he revealed his name: "Na Nach Nachma Nachman MayUman." [You have a song from this.] "Na Nach Nachma Nachman MayUman." [How does one sing it — how does one sing this? A song — a song.] Ah? [How does one sing this? A song — a song.]</w:t>
      </w:r>
    </w:p>
    <w:p>
      <w:r>
        <w:t>…All see that the photographs that are in them — one sees therein — without — without investigations — without wisdoms. [Yes.] Yes — one sees that this is truth and right and correct. This is not — not a person wrote this — not the language and not — and not the handwriting. (Saba laughs.)</w:t>
      </w:r>
    </w:p>
    <w:p>
      <w:r>
        <w:t>Never yet was there such a wonder in the world from any tzaddik — a letter? [The letter arrived more than a hundred years after…] (Saba laughs.) [This is a novelty that has not been in the world.] "Talmidi HaYakar?" "V'alecha amarti?" What is this? (Saba laughs.) He wanted to be an Admor. He was not… Admor. Yes. "R'sho'im B'choshech Y'damu" — the initial letters of RaBi — yes. [This refers to those who are famous for falsehood.] He is already wicked — wicked. [What?] "Resho'im b'choshech yidamu" — the initial letters of RaBi. [Are there more wicked ones?] "R'osh B'nay Y'sroel" — the initial letters of RaBi. And "Resho'im b'choshech yidamu" — the initial letters of RaBi. ["Resho'im b'choshech yidamu" — this refers to those who are famous for falsehood.] Yes. [And "R'osh B'nay Y'sroel" — this refers to those who are famous for truth — tzaddikim — a true tzaddik.] Yes. "R'osh B'nay Y'sroel" — one — this is the holy Rabbainu! (Saba laughs.) "R'osh B'nay Y'sroel" — the initial letters of RaBi — he is the Rebbe of all Yisroel.</w:t>
      </w:r>
    </w:p>
    <w:p>
      <w:r>
        <w:t>This is the book — how many baalei teshuvah came about from this book — all — all — all said that there is nothing like it — Likutay Tfilos — like Likutay Tfilos there is nothing in the world. [What is this — is this Likutay Tfilos?] [This is Torah and prayer — the Rebbe commanded to make Torah teachings and prayers.] And I — I connected the Likutay Moharan — the Torah teachings — with the prayers together. [The Rebbe says to make prayers from the Torah teachings.] But the Likutay Moharan — it — this is at length. And I took the book of Rebbe Yisroel Kardonner — this — this is the Kitzur Likutay Moharan. Yes. And he — he made many true baalei teshuvah. [One must make a fixed ordinance in Breslov — every day to say from this book.] Yes. [One must make an ordinance from today.] Yes. [Rebbe Nassan — this — this Likutay Tfilos is here. Rebbe Nassan himself ordained that one must say Likutay Tfilos every day.] Who — who? [Rebbe Nassan said: "From now — since Likutay Tfilos already exists — they will be called to account for every day that one does not say it." So from today we will begin to say every day from this holy book.] This was the hisbodedus of Rebbe Nassan — a drop from the sea. [What?] A drop from the sea. [When he was in Teveria — what did the rabbis of Teveria say about the Petek? Did they also know of the Petek?] (not understood — spoken in Yiddish) When one sees only the Petek — then one sees — one sees that this… [Yes — but those who were not Breslov Chassidim — they were not among the Chassidim of Breslov — Rav Moshe Klirs — Rav Motl of Slonim.] {Nein.} [What?] Nothing — like animals — beasts — donkeys. [They did not know of Breslov at all — ah? They were Slonim Chassidim.] [Rav Shmuel Horowitz took the Petek to Poland — correct? I heard that he took this to Poland — yes — the Petek. Do you remember? Rav Shmuel Horowitz took the Petek to Poland — is this true? I heard this. Do you remember? He took the Petek to Poland — Rav Shmuel Horowitz?] He saw the Petek — Saba. He passed away — {passed away.} [What is he?] But he saw the Petek. Yes. [He was a great tzaddik — Rav Shmuel Horowitz — you drew him close.] One does not need approbations — this testifies — testifies for itself. When one sees this — one sees — one sees that this — that this is above nature. [This is a segulah for many things — to say "Na Nach Nachma Nachman MayUman." This is a segulah to say "Na Nach Nachma Nachman MayUman."] Such a wonder — only he himself revealed himself — that this is "Na — Na Nach Nachma Nachman MayUman." That is it — that is it — the niggun of — of 'pashut — kaful — meshulass — meruba.' [Ah — how fortunate we are that in such a generation this holy letter was revealed.] But this was seventy years ago. [It is written Tarpav — 5682.] The Petek — seventy years ago. [A hundred and ten years after the passing of the Rebbe.] Oy. [At what age were you when the Petek was revealed? How old were you when the Petek was revealed?] Not — not remembering and not knowing. [May Hashem help.] Yes. [A complete healing — that the Petek be revealed in the whole world and accepted in the whole world.] Yes. (not understood — spoken in Yiddish) [Rav Elazar Mordechai — Rav Elazar Mordechai Rozenfeld — do you remember him?] He — they cut off his hand. (not understood) [Yes — he has a very beautiful family today — blessed be Hashem.] Ah? (not understood — spoken in Yiddish) He left ten children. [Ten children — a dayan.] Yes? [Yes — he has merited.] Does he have sons — daughters? [Yes — yes — five sons — five daughters.] Five? [Six — six are already married.] Ah? [He has more than ten grandchildren — he has also grandchildren.] Grandchildren. [For Rav Elazar Mordechai — they are grandchildren of — of Rav Shimon the student of the Rebbe — Rozenfeld.] Yes? [Yes — he is a great-grandchild of Rav Shmuel Horowitz — a great-grandchild.] Rav Shmuel — I drew him close. [Yes.] He made a bar mitzvah — and I came to Tzfas. And I spoke with him of Rebbe Yisroel (Kardonner) — of Rabbainu.</w:t>
      </w:r>
    </w:p>
    <w:p>
      <w:r>
        <w:br w:type="page"/>
      </w:r>
    </w:p>
    <w:p>
      <w:pPr>
        <w:pStyle w:val="Heading1"/>
      </w:pPr>
      <w:r>
        <w:t>Tape 14</w:t>
      </w:r>
    </w:p>
    <w:p>
      <w:pPr>
        <w:pStyle w:val="Heading2"/>
      </w:pPr>
      <w:r>
        <w:t>Side A (Aleph)</w:t>
      </w:r>
    </w:p>
    <w:p>
      <w:r>
        <w:t>...and all, everything, his mother nearly passed away, his mother, and his father wrote to him, "Foolish firstborn."</w:t>
      </w:r>
    </w:p>
    <w:p>
      <w:r>
        <w:t>[Is that what he wrote to him?]</w:t>
      </w:r>
    </w:p>
    <w:p>
      <w:r>
        <w:t>Yes.</w:t>
      </w:r>
    </w:p>
    <w:p>
      <w:r>
        <w:t>[But at the end of his days...]</w:t>
      </w:r>
    </w:p>
    <w:p>
      <w:r>
        <w:t>He exchanged Chabad for—for Breslov.</w:t>
      </w:r>
    </w:p>
    <w:p>
      <w:r>
        <w:t>[At the end of his days, his father said about him that he derived satisfaction from him. He said that at the end of his days he was indeed pleased. The father of Rav Shmuel Horowitz—my father, Rav Alter, brought—brought to the father of Shmuel Horowitz, to Rav Yeshayah—he brought him Rabbainu's books; he studied Rabbainu's books.] Yes, yes.</w:t>
      </w:r>
    </w:p>
    <w:p>
      <w:r>
        <w:t>[Good night.]</w:t>
      </w:r>
    </w:p>
    <w:p>
      <w:r>
        <w:t>[Good night.]</w:t>
      </w:r>
    </w:p>
    <w:p>
      <w:r>
        <w:t>Good night, a good year, all the best.</w:t>
      </w:r>
    </w:p>
    <w:p>
      <w:r>
        <w:t>[All the best, good night.]</w:t>
      </w:r>
    </w:p>
    <w:p>
      <w:r>
        <w:t>[Length of days and years.]</w:t>
      </w:r>
    </w:p>
    <w:p>
      <w:r>
        <w:t>Yes, take it to heart; look, look at the letters.</w:t>
      </w:r>
    </w:p>
    <w:p>
      <w:r>
        <w:t>[Yes.]</w:t>
      </w:r>
    </w:p>
    <w:p>
      <w:r>
        <w:t>They are very inspiring. They—many baalei teshuvah were made through—through them. [Yes, all the best, good night.]</w:t>
      </w:r>
    </w:p>
    <w:p>
      <w:r>
        <w:t>All the best.</w:t>
      </w:r>
    </w:p>
    <w:p>
      <w:r>
        <w:t>[All the best.]</w:t>
      </w:r>
    </w:p>
    <w:p>
      <w:r>
        <w:t>(not understood)</w:t>
      </w:r>
    </w:p>
    <w:p>
      <w:r>
        <w:t>Father, Father, Rav Alter should come—come to me; I want to see him. [All right, I—I will tell him.]</w:t>
      </w:r>
    </w:p>
    <w:p>
      <w:r>
        <w:t>Let him strengthen himself.</w:t>
      </w:r>
    </w:p>
    <w:p>
      <w:r>
        <w:t>[…………………………..…...]</w:t>
      </w:r>
    </w:p>
    <w:p>
      <w:r>
        <w:t>[Good night.]</w:t>
      </w:r>
    </w:p>
    <w:p>
      <w:r>
        <w:t>A good one, a good one.</w:t>
      </w:r>
    </w:p>
    <w:p>
      <w:r>
        <w:t>[A good Hanukkah, a good year, and all the best.]</w:t>
      </w:r>
    </w:p>
    <w:p>
      <w:r>
        <w:t>[………………………………..]</w:t>
      </w:r>
    </w:p>
    <w:p>
      <w:r>
        <w:t>[………………………………..]</w:t>
      </w:r>
    </w:p>
    <w:p>
      <w:r>
        <w:t>(not understood)</w:t>
      </w:r>
    </w:p>
    <w:p>
      <w:r>
        <w:t>[………………………………..]</w:t>
      </w:r>
    </w:p>
    <w:p>
      <w:r>
        <w:t>[………………………………..] Uh...</w:t>
      </w:r>
    </w:p>
    <w:p>
      <w:r>
        <w:t>[…………………………..……]</w:t>
      </w:r>
    </w:p>
    <w:p>
      <w:r>
        <w:t>Gideon, Gideon, Gideon.</w:t>
      </w:r>
    </w:p>
    <w:p>
      <w:r>
        <w:t>[Yes.]</w:t>
      </w:r>
    </w:p>
    <w:p>
      <w:r>
        <w:t>Give them some apple, give them some apple. No, no, I did not give them any refreshments. [……………………………….] [……………………...…..…..]…</w:t>
      </w:r>
    </w:p>
    <w:p>
      <w:r>
        <w:t>...from Tiberias to Haifa, half a lira. Nu, so he looked at me like I was crazy.</w:t>
      </w:r>
    </w:p>
    <w:p>
      <w:r>
        <w:t>"What are you talking about? Am I a banker? Do I have half-liras? I have a penny, half a penny,</w:t>
      </w:r>
    </w:p>
    <w:p>
      <w:r>
        <w:t>a penny or two pennies, but not half a lira. What is this?"</w:t>
      </w:r>
    </w:p>
    <w:p>
      <w:r>
        <w:t>Nu, I was very embarrassed. I said to him:</w:t>
      </w:r>
    </w:p>
    <w:p>
      <w:r>
        <w:t>"If you cannot, do not give it."</w:t>
      </w:r>
    </w:p>
    <w:p>
      <w:r>
        <w:t>"Leave me alone."</w:t>
      </w:r>
    </w:p>
    <w:p>
      <w:r>
        <w:t>No, he said to me:</w:t>
      </w:r>
    </w:p>
    <w:p>
      <w:r>
        <w:t>"How do you have such audacity, to ask me to lend you half a lira?" Yes.</w:t>
      </w:r>
    </w:p>
    <w:p>
      <w:r>
        <w:t>In the end he did not have it. I did not give him any rest. He—every time he saw me:</w:t>
      </w:r>
    </w:p>
    <w:p>
      <w:r>
        <w:t>"What did you do? What? Why did you do that? I cannot rest."</w:t>
      </w:r>
    </w:p>
    <w:p>
      <w:r>
        <w:t>He gave me—{the end}—he gave me half a lira, yes.</w:t>
      </w:r>
    </w:p>
    <w:p>
      <w:r>
        <w:t>{I repaid him.}</w:t>
      </w:r>
    </w:p>
    <w:p>
      <w:r>
        <w:t>[Yes?]</w:t>
      </w:r>
    </w:p>
    <w:p>
      <w:r>
        <w:t>Yes.</w:t>
      </w:r>
    </w:p>
    <w:p>
      <w:r>
        <w:t>Just from Tiberias to Haifa was half a lira, but from Haifa to Jerusalem—</w:t>
      </w:r>
    </w:p>
    <w:p>
      <w:r>
        <w:t>[There was none.]</w:t>
      </w:r>
    </w:p>
    <w:p>
      <w:r>
        <w:t>again, again, perhaps more than half a lira.</w:t>
      </w:r>
    </w:p>
    <w:p>
      <w:r>
        <w:t>First of all, I traveled from Tiberias to Haifa, {….} than half a lira (not understood).</w:t>
      </w:r>
    </w:p>
    <w:p>
      <w:r>
        <w:t>And, thank God, when I wanted to return home, I had no money.</w:t>
      </w:r>
    </w:p>
    <w:p>
      <w:r>
        <w:t>Why did I travel to Jerusalem? For money?</w:t>
      </w:r>
    </w:p>
    <w:p>
      <w:r>
        <w:t>So, so I entered the Karlin synagogue. There was a porch there, and there was sitting there</w:t>
      </w:r>
    </w:p>
    <w:p>
      <w:r>
        <w:t>a "deceased man," a "deceased man"—dead, yes.</w:t>
      </w:r>
    </w:p>
    <w:p>
      <w:r>
        <w:t>But I see that he—he—he can be spoken to. I said to him:</w:t>
      </w:r>
    </w:p>
    <w:p>
      <w:r>
        <w:t>"Why are you so deeply sad? What is with you? It is forbidden."</w:t>
      </w:r>
    </w:p>
    <w:p>
      <w:r>
        <w:t>So he said to me:</w:t>
      </w:r>
    </w:p>
    <w:p>
      <w:r>
        <w:t>"Go away from me. I am waiting every moment for my soul to depart. What do you want from me?"</w:t>
      </w:r>
    </w:p>
    <w:p>
      <w:r>
        <w:t>At any rate, I said to him:</w:t>
      </w:r>
    </w:p>
    <w:p>
      <w:r>
        <w:t>"Tell me, what is wrong with you?"</w:t>
      </w:r>
    </w:p>
    <w:p>
      <w:r>
        <w:t>So he said:</w:t>
      </w:r>
    </w:p>
    <w:p>
      <w:r>
        <w:t>"What—what will happen, what will happen if I tell you? Can you make a screw? I am missing a screw!</w:t>
      </w:r>
    </w:p>
    <w:p>
      <w:r>
        <w:t>I—I am deaf, I cannot hear, I do not know, and I have no livelihood and I have nothing.</w:t>
      </w:r>
    </w:p>
    <w:p>
      <w:r>
        <w:t>What can be done? I have no counsel at all, except to destroy myself."</w:t>
      </w:r>
    </w:p>
    <w:p>
      <w:r>
        <w:t>But he was God-fearing; he did not want to do that, yes.</w:t>
      </w:r>
    </w:p>
    <w:p>
      <w:r>
        <w:t>I said to him:</w:t>
      </w:r>
    </w:p>
    <w:p>
      <w:r>
        <w:t>"I have such a tzaddik, who can help you."</w:t>
      </w:r>
    </w:p>
    <w:p>
      <w:r>
        <w:t>So he said:</w:t>
      </w:r>
    </w:p>
    <w:p>
      <w:r>
        <w:t>"Go {away from here}, go away from me. I—I want to die. What do you want?"</w:t>
      </w:r>
    </w:p>
    <w:p>
      <w:r>
        <w:t>At any rate, I—I did not, did not leave him until he began to think,</w:t>
      </w:r>
    </w:p>
    <w:p>
      <w:r>
        <w:t>"Maybe, maybe this is good," {...}</w:t>
      </w:r>
    </w:p>
    <w:p>
      <w:r>
        <w:t>I took him; I brought him to my house.</w:t>
      </w:r>
    </w:p>
    <w:p>
      <w:r>
        <w:t>This was my "money" that I brought from Jerusalem: I brought a guest, not for one day.</w:t>
      </w:r>
    </w:p>
    <w:p>
      <w:r>
        <w:t>[He stayed there.]</w:t>
      </w:r>
    </w:p>
    <w:p>
      <w:r>
        <w:t>[Two years.]</w:t>
      </w:r>
    </w:p>
    <w:p>
      <w:r>
        <w:t>And this man was for me... he was a Litvak, yes.</w:t>
      </w:r>
    </w:p>
    <w:p>
      <w:r>
        <w:t>And he began to dance with me. All of Tiberias heard our dancing—the dancing of the "deceased man" {and me}.</w:t>
      </w:r>
    </w:p>
    <w:p>
      <w:r>
        <w:t>[Did he draw close to Rabbainu in the end?]</w:t>
      </w:r>
    </w:p>
    <w:p>
      <w:r>
        <w:t>At any rate, he had a cure.</w:t>
      </w:r>
    </w:p>
    <w:p>
      <w:r>
        <w:t>He—he had a relative who had compassion on him. He said to him:</w:t>
      </w:r>
    </w:p>
    <w:p>
      <w:r>
        <w:t>"Sit in the shop. If someone wants a kilo of sugar, give him a kilo of sugar."</w:t>
      </w:r>
    </w:p>
    <w:p>
      <w:r>
        <w:t>Good. Someone came in; he wanted a kilo of sugar—a kilo of sugar, nu.</w:t>
      </w:r>
    </w:p>
    <w:p>
      <w:r>
        <w:t>He went to bring sugar. He—he had already forgotten what he—what, what, what, what he wanted.</w:t>
      </w:r>
    </w:p>
    <w:p>
      <w:r>
        <w:t>He did not remember. He—he did not, did not know; he forgot.</w:t>
      </w:r>
    </w:p>
    <w:p>
      <w:r>
        <w:t>He did not know whether—whether it was salt or sugar.</w:t>
      </w:r>
    </w:p>
    <w:p>
      <w:r>
        <w:t>He—he was ashamed to go back and ask what—what they wanted.</w:t>
      </w:r>
    </w:p>
    <w:p>
      <w:r>
        <w:t>At any rate, he had no choice. He went—went and asked:</w:t>
      </w:r>
    </w:p>
    <w:p>
      <w:r>
        <w:t>"What do you want?"</w:t>
      </w:r>
    </w:p>
    <w:p>
      <w:r>
        <w:t>"We want sugar."</w:t>
      </w:r>
    </w:p>
    <w:p>
      <w:r>
        <w:t>Yes, he went to bring sugar. By the time he went, by the time he took the sugar, he forgot what—what—what they wanted.</w:t>
      </w:r>
    </w:p>
    <w:p>
      <w:r>
        <w:t>[He was deaf.]</w:t>
      </w:r>
    </w:p>
    <w:p>
      <w:r>
        <w:t>[Huh?]</w:t>
      </w:r>
    </w:p>
    <w:p>
      <w:r>
        <w:t>[He was deaf.]</w:t>
      </w:r>
    </w:p>
    <w:p>
      <w:r>
        <w:t>He—he asked me:</w:t>
      </w:r>
    </w:p>
    <w:p>
      <w:r>
        <w:t>"Does a person like this have any hope? Does he? What? No. I have no counsel at all, except to destroy myself.</w:t>
      </w:r>
    </w:p>
    <w:p>
      <w:r>
        <w:t>I will perform a mitzvah; I will perform a mitzvah by destroying myself.</w:t>
      </w:r>
    </w:p>
    <w:p>
      <w:r>
        <w:t>So, so, so leave me alone. Do not speak to me. I—I am expecting and waiting for my soul to depart.</w:t>
      </w:r>
    </w:p>
    <w:p>
      <w:r>
        <w:t>And you want me to go to Tiberias?"</w:t>
      </w:r>
    </w:p>
    <w:p>
      <w:r>
        <w:t>He went to Tiberias. Instead of money from Jerusalem, I brought a guest.</w:t>
      </w:r>
    </w:p>
    <w:p>
      <w:r>
        <w:t>He needs to eat; {he needs to eat medicine}.</w:t>
      </w:r>
    </w:p>
    <w:p>
      <w:r>
        <w:t>Nu, he was in my home a long time, and he had a complete cure—a cure in its entirety.</w:t>
      </w:r>
    </w:p>
    <w:p>
      <w:r>
        <w:t>In Jerusalem he became the... the...</w:t>
      </w:r>
    </w:p>
    <w:p>
      <w:r>
        <w:t>[Manager.]</w:t>
      </w:r>
    </w:p>
    <w:p>
      <w:r>
        <w:t>The agent, the biggest agent in Jerusalem, yes.</w:t>
      </w:r>
    </w:p>
    <w:p>
      <w:r>
        <w:t>His name was “Baruch”; the name of the "deceased man" was “Baruch.”</w:t>
      </w:r>
    </w:p>
    <w:p>
      <w:r>
        <w:t>And he had a cure, and made a match and married and had children.</w:t>
      </w:r>
    </w:p>
    <w:p>
      <w:r>
        <w:t>His name was “Baruch.” I do not know whether he is still in this world or whether he has gone.</w:t>
      </w:r>
    </w:p>
    <w:p>
      <w:r>
        <w:t>Yes, now I do not know where he is.</w:t>
      </w:r>
    </w:p>
    <w:p>
      <w:r>
        <w:t>[He was Breslov; he became a Breslover.]</w:t>
      </w:r>
    </w:p>
    <w:p>
      <w:r>
        <w:t>Yes, but it was a miracle. How did he listen to me? He asked me:</w:t>
      </w:r>
    </w:p>
    <w:p>
      <w:r>
        <w:t>"What—what—what do you want from me? I want to die. No, leave me alone."</w:t>
      </w:r>
    </w:p>
    <w:p>
      <w:r>
        <w:t>So I prevailed over him greatly, and did not—I looked at him and said to him:</w:t>
      </w:r>
    </w:p>
    <w:p>
      <w:r>
        <w:t>"I know of a tzaddik through whom you can be healed, and you will have...</w:t>
      </w:r>
    </w:p>
    <w:p>
      <w:r>
        <w:t>That is how it was.</w:t>
      </w:r>
    </w:p>
    <w:p>
      <w:r>
        <w:t>He became the chief agent of—of “Elite,” “Elite.”</w:t>
      </w:r>
    </w:p>
    <w:p>
      <w:r>
        <w:t>[Yes.]</w:t>
      </w:r>
    </w:p>
    <w:p>
      <w:r>
        <w:t>Yes, the “Elite” factory, “Elite.”</w:t>
      </w:r>
    </w:p>
    <w:p>
      <w:r>
        <w:t>[Yes, yes.]</w:t>
      </w:r>
    </w:p>
    <w:p>
      <w:r>
        <w:t>Yes.</w:t>
      </w:r>
    </w:p>
    <w:p>
      <w:r>
        <w:t>[….]</w:t>
      </w:r>
    </w:p>
    <w:p>
      <w:r>
        <w:t>He supported me; he gave me money.</w:t>
      </w:r>
    </w:p>
    <w:p>
      <w:r>
        <w:t>That "deceased man."</w:t>
      </w:r>
    </w:p>
    <w:p>
      <w:r>
        <w:t>[Deceased-alive.]</w:t>
      </w:r>
    </w:p>
    <w:p>
      <w:r>
        <w:t>This can be told. He danced—he was a Litvak—and he danced with me:</w:t>
      </w:r>
    </w:p>
    <w:p>
      <w:r>
        <w:t>"In you, Rabbainu, let us rejoice; in you, Rabbainu, let us be glad..."</w:t>
      </w:r>
    </w:p>
    <w:p>
      <w:r>
        <w:t>He danced up to—up to the roof.</w:t>
      </w:r>
    </w:p>
    <w:p>
      <w:r>
        <w:t>To this day I know his sons, yes, and all—all his story.</w:t>
      </w:r>
    </w:p>
    <w:p>
      <w:r>
        <w:t>He had an old mother, very old; he had a mother, yes, yes.</w:t>
      </w:r>
    </w:p>
    <w:p>
      <w:r>
        <w:t>And I went with him, and the mother had to—one had to give her what she needed.</w:t>
      </w:r>
    </w:p>
    <w:p>
      <w:r>
        <w:t>He—he was the foremost agent in Jerusalem for—for “Elite.”</w:t>
      </w:r>
    </w:p>
    <w:p>
      <w:r>
        <w:t>He—the “Elite” merchant said to him:</w:t>
      </w:r>
    </w:p>
    <w:p>
      <w:r>
        <w:t>"In all the days of my life I have never seen someone so trustworthy, a man... this is what I need."</w:t>
      </w:r>
    </w:p>
    <w:p>
      <w:r>
        <w:t>So he became, he became, he became...</w:t>
      </w:r>
    </w:p>
    <w:p>
      <w:r>
        <w:t>[Rich.]</w:t>
      </w:r>
    </w:p>
    <w:p>
      <w:r>
        <w:t>Yes, he had a great livelihood.</w:t>
      </w:r>
    </w:p>
    <w:p>
      <w:r>
        <w:t>He did not touch even the value of a perutah, yes.</w:t>
      </w:r>
    </w:p>
    <w:p>
      <w:r>
        <w:t>So he—“Elite” saw such {trustworthiness}, such trustworthiness, so he said:</w:t>
      </w:r>
    </w:p>
    <w:p>
      <w:r>
        <w:t>"This is good for me."</w:t>
      </w:r>
    </w:p>
    <w:p>
      <w:r>
        <w:t>So he {became} the foremost... agent in Jerusalem.</w:t>
      </w:r>
    </w:p>
    <w:p>
      <w:r>
        <w:t>I am not telling exaggerations; that is how it was. He had strength.</w:t>
      </w:r>
    </w:p>
    <w:p>
      <w:r>
        <w:t>He had no wife, children, yes.</w:t>
      </w:r>
    </w:p>
    <w:p>
      <w:r>
        <w:t>[Saba...]</w:t>
      </w:r>
    </w:p>
    <w:p>
      <w:r>
        <w:t>And he was my neighbor in Meah Shearim, near “Torah VeYirah,” {...}</w:t>
      </w:r>
    </w:p>
    <w:p>
      <w:r>
        <w:t>And when he saw me, he was happy and... and laughed.</w:t>
      </w:r>
    </w:p>
    <w:p>
      <w:r>
        <w:t>{What I did not hear} from this deceased man, {what...}</w:t>
      </w:r>
    </w:p>
    <w:p>
      <w:r>
        <w:t>[Resurrection of the dead.]</w:t>
      </w:r>
    </w:p>
    <w:p>
      <w:r>
        <w:t>He did not want to listen; he was afraid.</w:t>
      </w:r>
    </w:p>
    <w:p>
      <w:r>
        <w:t>"Go away from me. What, what? Can you—you want to help me, but it is impossible.</w:t>
      </w:r>
    </w:p>
    <w:p>
      <w:r>
        <w:t>Do you have screws?"</w:t>
      </w:r>
    </w:p>
    <w:p>
      <w:r>
        <w:t>I said to him:</w:t>
      </w:r>
    </w:p>
    <w:p>
      <w:r>
        <w:t>"I do not have screws, but I have such a tzaddik, through whom you can have a cure," {yes, a complete one}. And he—I—I said this with all—with all my heart.</w:t>
      </w:r>
    </w:p>
    <w:p>
      <w:r>
        <w:t>And he heard it. He was, "I want to die, to die."</w:t>
      </w:r>
    </w:p>
    <w:p>
      <w:r>
        <w:t>So he accepted it; he began to accept it and... began to dance. Then already, already... yes.</w:t>
      </w:r>
    </w:p>
    <w:p>
      <w:r>
        <w:t>[He became alive.]</w:t>
      </w:r>
    </w:p>
    <w:p>
      <w:r>
        <w:t>His name was “Baruch.” He told Aharon Fetz and everyone at Rosh Hashanah in Jerusalem.</w:t>
      </w:r>
    </w:p>
    <w:p>
      <w:r>
        <w:t>He—he also came, and he told them what I did—what I had done with him, yes.</w:t>
      </w:r>
    </w:p>
    <w:p>
      <w:r>
        <w:t>It was miraculous how—how he came with me to Tiberias, yes.</w:t>
      </w:r>
    </w:p>
    <w:p>
      <w:r>
        <w:t>And my wife said to me:</w:t>
      </w:r>
    </w:p>
    <w:p>
      <w:r>
        <w:t>"What—what will... what will we do? I have no bread for the children, and how will we give him...?"</w:t>
      </w:r>
    </w:p>
    <w:p>
      <w:r>
        <w:t>He was with me a long time, and ate and drank, and he had a cure.</w:t>
      </w:r>
    </w:p>
    <w:p>
      <w:r>
        <w:t>Such a cure, as though he were unique in his generation, yes.</w:t>
      </w:r>
    </w:p>
    <w:p>
      <w:r>
        <w:t>{This}—his name was “Baruch,” and he would tell them the entire story of the "deceased man."</w:t>
      </w:r>
    </w:p>
    <w:p>
      <w:r>
        <w:t>I thought, there is nothing to discuss. He said to me:</w:t>
      </w:r>
    </w:p>
    <w:p>
      <w:r>
        <w:t>"Go away from me, go away from me, go away from me."</w:t>
      </w:r>
    </w:p>
    <w:p>
      <w:r>
        <w:t>He did not want to listen. What is this? He was a Litvak, yes.</w:t>
      </w:r>
    </w:p>
    <w:p>
      <w:r>
        <w:t>But I did not leave him, and I spoke with him, and he began...</w:t>
      </w:r>
    </w:p>
    <w:p>
      <w:r>
        <w:t>[To rejoice, to accept.]</w:t>
      </w:r>
    </w:p>
    <w:p>
      <w:r>
        <w:t>He began {to understand, to believe, to believe in it} that he would have a cure.</w:t>
      </w:r>
    </w:p>
    <w:p>
      <w:r>
        <w:t>So I brought him to Tiberias, and in Tiberias he received a cure.</w:t>
      </w:r>
    </w:p>
    <w:p>
      <w:r>
        <w:t>He is famous in Tiberias—“Baruch,” “Baruch,” that is...</w:t>
      </w:r>
    </w:p>
    <w:p>
      <w:r>
        <w:t>[…..]</w:t>
      </w:r>
    </w:p>
    <w:p>
      <w:r>
        <w:t>He was my ne... neighbor near “Torah VeYirah.”</w:t>
      </w:r>
    </w:p>
    <w:p>
      <w:r>
        <w:t>[Yes, yes.]</w:t>
      </w:r>
    </w:p>
    <w:p>
      <w:r>
        <w:t>Opposite “Torah VeYirah,” yes.</w:t>
      </w:r>
    </w:p>
    <w:p>
      <w:r>
        <w:t>He was a Litvak. When he saw me he laughed. He—he saw that he laughed at it.</w:t>
      </w:r>
    </w:p>
    <w:p>
      <w:r>
        <w:t>How—how did such a thing, such a thing happen?</w:t>
      </w:r>
    </w:p>
    <w:p>
      <w:r>
        <w:t>I am not telling exaggerations; that is how it was.</w:t>
      </w:r>
    </w:p>
    <w:p>
      <w:r>
        <w:t>I went out onto the porch; I saw a "deceased man." I was very frightened. I began to speak with the "deceased man":</w:t>
      </w:r>
    </w:p>
    <w:p>
      <w:r>
        <w:t>"What—what is with you? What?"</w:t>
      </w:r>
    </w:p>
    <w:p>
      <w:r>
        <w:t>He said to me:</w:t>
      </w:r>
    </w:p>
    <w:p>
      <w:r>
        <w:t>"Do not speak to me. You cannot help. Go away from here, go away from me.</w:t>
      </w:r>
    </w:p>
    <w:p>
      <w:r>
        <w:t>I am waiting every moment for my soul to depart. What—what—what do you want from me? Go, go."</w:t>
      </w:r>
    </w:p>
    <w:p>
      <w:r>
        <w:t>I did not leave him, and I took him with me to Tiberias, and he entered Tiberias.</w:t>
      </w:r>
    </w:p>
    <w:p>
      <w:r>
        <w:t>And his name was “Baruch.” All of Tiberias already—already knew that I had brought a guest, “Baruch.”</w:t>
      </w:r>
    </w:p>
    <w:p>
      <w:r>
        <w:t>[Did he see Rebbe Yisroel? Did he know Rebbe Yisroel?]</w:t>
      </w:r>
    </w:p>
    <w:p>
      <w:r>
        <w:t>Now I do not know whether he is alive.</w:t>
      </w:r>
    </w:p>
    <w:p>
      <w:r>
        <w:t>[No, but...]</w:t>
      </w:r>
    </w:p>
    <w:p>
      <w:r>
        <w:t>I do not know.</w:t>
      </w:r>
    </w:p>
    <w:p>
      <w:r>
        <w:t>[Not now.]</w:t>
      </w:r>
    </w:p>
    <w:p>
      <w:r>
        <w:t>Where he lives and...</w:t>
      </w:r>
    </w:p>
    <w:p>
      <w:r>
        <w:t>[But this was after Rebbe Yisroel...]</w:t>
      </w:r>
    </w:p>
    <w:p>
      <w:r>
        <w:t>But he had a cure, yes.</w:t>
      </w:r>
    </w:p>
    <w:p>
      <w:r>
        <w:t>He did not touch even less than a perutah—nothing, nothing, nothing.</w:t>
      </w:r>
    </w:p>
    <w:p>
      <w:r>
        <w:t>He was so trustworthy, so “Elite” said: "I need a man—a man like that."</w:t>
      </w:r>
    </w:p>
    <w:p>
      <w:r>
        <w:t>He became—he made him...</w:t>
      </w:r>
    </w:p>
    <w:p>
      <w:r>
        <w:t>[An agent.]</w:t>
      </w:r>
    </w:p>
    <w:p>
      <w:r>
        <w:t>The chief agent in Jerusalem.</w:t>
      </w:r>
    </w:p>
    <w:p>
      <w:r>
        <w:t>[Did he know Rebbe Yisroel, did he say?]</w:t>
      </w:r>
    </w:p>
    <w:p>
      <w:r>
        <w:t>[..]</w:t>
      </w:r>
    </w:p>
    <w:p>
      <w:r>
        <w:t>[Did he know Rebbe Yisroel?]</w:t>
      </w:r>
    </w:p>
    <w:p>
      <w:r>
        <w:t>[I do not know; ask him.]</w:t>
      </w:r>
    </w:p>
    <w:p>
      <w:r>
        <w:t>[So did Baruch know Rebbe Yisroel Kardoner?]</w:t>
      </w:r>
    </w:p>
    <w:p>
      <w:r>
        <w:t>Baruch?</w:t>
      </w:r>
    </w:p>
    <w:p>
      <w:r>
        <w:t>[Did he know Rebbe Yisroel Kardoner?]</w:t>
      </w:r>
    </w:p>
    <w:p>
      <w:r>
        <w:t>Huh?</w:t>
      </w:r>
    </w:p>
    <w:p>
      <w:r>
        <w:t>[Did he see Rebbe Yisroel?]</w:t>
      </w:r>
    </w:p>
    <w:p>
      <w:r>
        <w:t>No, no, I told him; I told him.</w:t>
      </w:r>
    </w:p>
    <w:p>
      <w:r>
        <w:t>[He did not know him.]</w:t>
      </w:r>
    </w:p>
    <w:p>
      <w:r>
        <w:t>That he should believe there is—that he should believe, because it would be possible for him to have a cure.</w:t>
      </w:r>
    </w:p>
    <w:p>
      <w:r>
        <w:t>I did not promise him. I told him, "Maybe."</w:t>
      </w:r>
    </w:p>
    <w:p>
      <w:r>
        <w:t>And he accepted my words, and delighted in them, and he became {….}</w:t>
      </w:r>
    </w:p>
    <w:p>
      <w:r>
        <w:t>He saw all the "honor" I had in Tiberias.</w:t>
      </w:r>
    </w:p>
    <w:p>
      <w:r>
        <w:t>But all his days he was, in every...</w:t>
      </w:r>
    </w:p>
    <w:p>
      <w:r>
        <w:t>He—he—he recited “Likutey Tefilot” a great deal—a Litvak, yes.</w:t>
      </w:r>
    </w:p>
    <w:p>
      <w:r>
        <w:t>And he believed in the Litvak rabbis, yes.</w:t>
      </w:r>
    </w:p>
    <w:p>
      <w:r>
        <w:t>Oy, oy, oy. It is already good that I am telling this; at any rate, so that it will remain here in the world.</w:t>
      </w:r>
    </w:p>
    <w:p>
      <w:r>
        <w:t>I do not know whether he is alive, whether he—whether the "deceased man" is alive.</w:t>
      </w:r>
    </w:p>
    <w:p>
      <w:r>
        <w:t>He married, made a good match, and had sons, and had a good livelihood.</w:t>
      </w:r>
    </w:p>
    <w:p>
      <w:r>
        <w:t>The chief agent of “Elite.”</w:t>
      </w:r>
    </w:p>
    <w:p>
      <w:r>
        <w:t>When he sa... when he—I came to Jerusalem and he saw me, then there was... great play between us. I had brought a "deceased man" to Tiberias, {who will live through this}, Tiberias.</w:t>
      </w:r>
    </w:p>
    <w:p>
      <w:r>
        <w:t>[Resurrection of the dead.]</w:t>
      </w:r>
    </w:p>
    <w:p>
      <w:r>
        <w:t>He—he was a Litvak, and I—I danced with him in my house.</w:t>
      </w:r>
    </w:p>
    <w:p>
      <w:r>
        <w:t>It was an awesome incident. I did not, did not believe that he would agree to listen.</w:t>
      </w:r>
    </w:p>
    <w:p>
      <w:r>
        <w:t>"Go, go, go. I want to die. What do you want from me?</w:t>
      </w:r>
    </w:p>
    <w:p>
      <w:r>
        <w:t>I already—I am looking every moment for my soul to depart. Go away from me."</w:t>
      </w:r>
    </w:p>
    <w:p>
      <w:r>
        <w:t>Such an incident, yes.</w:t>
      </w:r>
    </w:p>
    <w:p>
      <w:r>
        <w:t>So the merchant of “Elite” said—said to “Elite,” the proprietor:</w:t>
      </w:r>
    </w:p>
    <w:p>
      <w:r>
        <w:t>"I have never seen such a trustworthy man in my life."</w:t>
      </w:r>
    </w:p>
    <w:p>
      <w:r>
        <w:t>So he said:</w:t>
      </w:r>
    </w:p>
    <w:p>
      <w:r>
        <w:t>"{…..}, I need a man like that," and he took him.</w:t>
      </w:r>
    </w:p>
    <w:p>
      <w:r>
        <w:t>I brought—all of Tiberias was afraid of the "deceased man" I had brought to Tiberias.</w:t>
      </w:r>
    </w:p>
    <w:p>
      <w:r>
        <w:t>This "deceased man" had a complete cure.</w:t>
      </w:r>
    </w:p>
    <w:p>
      <w:r>
        <w:t>{Yes}, how did such a thing happen? He asked me:</w:t>
      </w:r>
    </w:p>
    <w:p>
      <w:r>
        <w:t>"Do you have screws?"</w:t>
      </w:r>
    </w:p>
    <w:p>
      <w:r>
        <w:t>"The tzaddik has everything," yes.</w:t>
      </w:r>
    </w:p>
    <w:p>
      <w:r>
        <w:t>So, so he listened, and then he went, {...}; he came with me to Tiberias.</w:t>
      </w:r>
    </w:p>
    <w:p>
      <w:r>
        <w:t>And we both danced on the holy Shabbat. All night we danced and rejoiced, and there was a joyous Shabbat in Tiberias.</w:t>
      </w:r>
    </w:p>
    <w:p>
      <w:r>
        <w:t>And he was so devoted to me. The words I spoke with him entered his heart and had—and had their effects, yes.</w:t>
      </w:r>
    </w:p>
    <w:p>
      <w:r>
        <w:t>[Thank God.]</w:t>
      </w:r>
    </w:p>
    <w:p>
      <w:r>
        <w:t>{..}, I only remember that his name was “Baruch.”</w:t>
      </w:r>
    </w:p>
    <w:p>
      <w:r>
        <w:t>[Family name?]</w:t>
      </w:r>
    </w:p>
    <w:p>
      <w:r>
        <w:t>Someone came and said to him:</w:t>
      </w:r>
    </w:p>
    <w:p>
      <w:r>
        <w:t>"Give me bread; I need bread."</w:t>
      </w:r>
    </w:p>
    <w:p>
      <w:r>
        <w:t>So he went and brought a salted fish.</w:t>
      </w:r>
    </w:p>
    <w:p>
      <w:r>
        <w:t>"What is this? I want bread, not salted fish."</w:t>
      </w:r>
    </w:p>
    <w:p>
      <w:r>
        <w:t>"Yes?...</w:t>
      </w:r>
    </w:p>
    <w:p>
      <w:r>
        <w:t>[Bread.]</w:t>
      </w:r>
    </w:p>
    <w:p>
      <w:r>
        <w:t>Bread? Good."</w:t>
      </w:r>
    </w:p>
    <w:p>
      <w:r>
        <w:t>He went and brought—brought sugar. He forgot,</w:t>
      </w:r>
    </w:p>
    <w:p>
      <w:r>
        <w:t>and did not know what—what he wanted, what to give.</w:t>
      </w:r>
    </w:p>
    <w:p>
      <w:r>
        <w:t>I knew him and his wife and his sons.</w:t>
      </w:r>
    </w:p>
    <w:p>
      <w:r>
        <w:t>[What was his family name?]</w:t>
      </w:r>
    </w:p>
    <w:p>
      <w:r>
        <w:t>Huh?</w:t>
      </w:r>
    </w:p>
    <w:p>
      <w:r>
        <w:t>[What was his family name?]</w:t>
      </w:r>
    </w:p>
    <w:p>
      <w:r>
        <w:t>I do not remember. I know only “Baruch.”</w:t>
      </w:r>
    </w:p>
    <w:p>
      <w:r>
        <w:t>Baruch too will be—the name of the "deceased man" was “Baruch.”</w:t>
      </w:r>
    </w:p>
    <w:p>
      <w:r>
        <w:t>I said to him:</w:t>
      </w:r>
    </w:p>
    <w:p>
      <w:r>
        <w:t>"Why are you so deeply sad?"</w:t>
      </w:r>
    </w:p>
    <w:p>
      <w:r>
        <w:t>"What? Go away from me. I am waiting every moment to die. What do you want from me? Go."</w:t>
      </w:r>
    </w:p>
    <w:p>
      <w:r>
        <w:t>Until—until I prevailed upon him to go with me to Tiberias—to Tiberias. All of Tiberias would see the "deceased man" I had brought.</w:t>
      </w:r>
    </w:p>
    <w:p>
      <w:r>
        <w:t>He was truly like a deceased man, with no difference at all.</w:t>
      </w:r>
    </w:p>
    <w:p>
      <w:r>
        <w:t>And he was mighty and very strong in Rabbainu, and he did not listen to any of the opponents—to all of Tiberias. Yes, so all of Tiberias knew that I had brought another Breslov Hasid, {another one}. There were me and Rebbe Yisroel; I brought another one.</w:t>
      </w:r>
    </w:p>
    <w:p>
      <w:r>
        <w:t>He was with me a long time, yes.</w:t>
      </w:r>
    </w:p>
    <w:p>
      <w:r>
        <w:t>{Every day} waiting and expecting the Angel of Death to come; he does not want to come.</w:t>
      </w:r>
    </w:p>
    <w:p>
      <w:r>
        <w:t>And I said to him:</w:t>
      </w:r>
    </w:p>
    <w:p>
      <w:r>
        <w:t>"I know of a tzaddik through whom you will have a cure."</w:t>
      </w:r>
    </w:p>
    <w:p>
      <w:r>
        <w:t>Yes, he accepted it, {and entered it}.</w:t>
      </w:r>
    </w:p>
    <w:p>
      <w:r>
        <w:t>This "deceased man" remained so until—until—until I brought him to Tiberias. Do not ask.</w:t>
      </w:r>
    </w:p>
    <w:p>
      <w:r>
        <w:t>[Opposition.]</w:t>
      </w:r>
    </w:p>
    <w:p>
      <w:r>
        <w:t>He wanted to die, and I {what} take him to Tiberias.</w:t>
      </w:r>
    </w:p>
    <w:p>
      <w:r>
        <w:t>He became like the Simple One; he became in command. He asked:</w:t>
      </w:r>
    </w:p>
    <w:p>
      <w:r>
        <w:t>"Without mockery?"</w:t>
      </w:r>
    </w:p>
    <w:p>
      <w:r>
        <w:t>[Without mockery.]</w:t>
      </w:r>
    </w:p>
    <w:p>
      <w:r>
        <w:t>{Yes}, that is how he accepted th... this, yes.</w:t>
      </w:r>
    </w:p>
    <w:p>
      <w:r>
        <w:t>And he became the biggest agent in Jerusalem for “Elite.”</w:t>
      </w:r>
    </w:p>
    <w:p>
      <w:r>
        <w:t>[A minister, a great minister.]</w:t>
      </w:r>
    </w:p>
    <w:p>
      <w:r>
        <w:t>A “minister.”</w:t>
      </w:r>
    </w:p>
    <w:p>
      <w:r>
        <w:t>[A minister.]</w:t>
      </w:r>
    </w:p>
    <w:p>
      <w:r>
        <w:t>“Elite” said, "I need a man like that, one so trustworthy?!"</w:t>
      </w:r>
    </w:p>
    <w:p>
      <w:r>
        <w:t>[]</w:t>
      </w:r>
    </w:p>
    <w:p>
      <w:r>
        <w:t>He was a Litvak, and each time I gave him another book. He knew how to study, yes. I gave him the book “Likutey Tefilot.” I told him that he should sit and study it with all his heart, so he did so, yes.</w:t>
      </w:r>
    </w:p>
    <w:p>
      <w:r>
        <w:t>He became a tzaddik through “Likutey Tefilot.”</w:t>
      </w:r>
    </w:p>
    <w:p>
      <w:r>
        <w:t>He recited “Likutey Tefilot” a great deal.</w:t>
      </w:r>
    </w:p>
    <w:p>
      <w:r>
        <w:t>“Likutey Tefilot” makes tzaddikim.</w:t>
      </w:r>
    </w:p>
    <w:p>
      <w:r>
        <w:t>{.…}, the world does not, does not, does not, does not know, and does not want to know.</w:t>
      </w:r>
    </w:p>
    <w:p>
      <w:r>
        <w:t>"What, what? 'Likutey Tefilot'? What will happen to the Gemara?" So the deceased man... there was such an incident, “The Incident of the Deceased Baruch.” He had a mother, a very old mother, and he supported her—his mother, what...</w:t>
      </w:r>
    </w:p>
    <w:p>
      <w:r>
        <w:t>He gave her however much—however much—however much she wanted, yes.</w:t>
      </w:r>
    </w:p>
    <w:p>
      <w:r>
        <w:t>He begged me pleadingly:</w:t>
      </w:r>
    </w:p>
    <w:p>
      <w:r>
        <w:t>"Leave me alone. What do you want from me?</w:t>
      </w:r>
    </w:p>
    <w:p>
      <w:r>
        <w:t>I am not—I am looking every moment for... my soul to depart,</w:t>
      </w:r>
    </w:p>
    <w:p>
      <w:r>
        <w:t>and you do not, do not, do not, do not, do not let me have that."</w:t>
      </w:r>
    </w:p>
    <w:p>
      <w:r>
        <w:t>{So}... I said to him:</w:t>
      </w:r>
    </w:p>
    <w:p>
      <w:r>
        <w:t>"I know of such a holy tzaddik, through whom you will have a cure." I said it with all my heart; it entered his heart, yes...</w:t>
      </w:r>
    </w:p>
    <w:p>
      <w:r>
        <w:t>...(not understood), and Communism—they all went to the grave; not one of them remained.</w:t>
      </w:r>
    </w:p>
    <w:p>
      <w:r>
        <w:t>Where are they? {..}</w:t>
      </w:r>
    </w:p>
    <w:p>
      <w:r>
        <w:t>Uman—our holy Rabbainu is {in...}... in Uman, and all {the wor...}—the whole world can come.</w:t>
      </w:r>
    </w:p>
    <w:p>
      <w:r>
        <w:t>{There will be... I will have more}; they will come.</w:t>
      </w:r>
    </w:p>
    <w:p>
      <w:r>
        <w:t>[Saba and the friends sing:</w:t>
      </w:r>
    </w:p>
    <w:p>
      <w:r>
        <w:t>"Na Naḥ Naḥma Naḥman meUman.."]…</w:t>
      </w:r>
    </w:p>
    <w:p>
      <w:pPr>
        <w:pStyle w:val="Heading2"/>
      </w:pPr>
      <w:r>
        <w:t>Side B (Bais)</w:t>
      </w:r>
    </w:p>
    <w:p>
      <w:r>
        <w:t>...[Saba and the friends sing:</w:t>
      </w:r>
    </w:p>
    <w:p>
      <w:r>
        <w:t>“Na Nach Nachma Nachman Meuman..”]</w:t>
      </w:r>
    </w:p>
    <w:p>
      <w:r>
        <w:t>[This usual niggun that they sing for “Na Nach”]</w:t>
      </w:r>
    </w:p>
    <w:p>
      <w:r>
        <w:t>Eh?</w:t>
      </w:r>
    </w:p>
    <w:p>
      <w:r>
        <w:t>[Where is this niggun from? This niggun?]</w:t>
      </w:r>
    </w:p>
    <w:p>
      <w:r>
        <w:t>This niggun?</w:t>
      </w:r>
    </w:p>
    <w:p>
      <w:r>
        <w:t>[{….}, the normal niggun that they sing for “Na Nach”]</w:t>
      </w:r>
    </w:p>
    <w:p>
      <w:r>
        <w:t>It is from Rosh HaShanah</w:t>
      </w:r>
    </w:p>
    <w:p>
      <w:r>
        <w:t>[No, this is the normal one (the friend hums the niggun)]</w:t>
      </w:r>
    </w:p>
    <w:p>
      <w:r>
        <w:t>Yes, yes, this is from Rosh HaShanah</w:t>
      </w:r>
    </w:p>
    <w:p>
      <w:r>
        <w:t>[Saba hums the niggun..]…</w:t>
      </w:r>
    </w:p>
    <w:p>
      <w:r>
        <w:t>...“Hashem is King, Hashem was King, Hashem will reign forever and ever..”</w:t>
      </w:r>
    </w:p>
    <w:p>
      <w:r>
        <w:t>“Na Nach Nachma Nachman Meuman...”</w:t>
      </w:r>
    </w:p>
    <w:p>
      <w:r>
        <w:t>Do you know where this is?</w:t>
      </w:r>
    </w:p>
    <w:p>
      <w:r>
        <w:t>[Rosh HaShanah, yo, yo]…</w:t>
      </w:r>
    </w:p>
    <w:p>
      <w:r>
        <w:t>...Rebbe Yisroel used to pray the prayer of the night of Rosh HaShanah</w:t>
      </w:r>
    </w:p>
    <w:p>
      <w:r>
        <w:t>And the words of the prayer:</w:t>
      </w:r>
    </w:p>
    <w:p>
      <w:r>
        <w:t>“And every work will know that You made it, {..} and.. and every formed being will understand that You formed it</w:t>
      </w:r>
    </w:p>
    <w:p>
      <w:r>
        <w:t>And all that has breath in its nostrils will say: Hashem, God of Yisroel, is King, and His kingship rules over all..”</w:t>
      </w:r>
    </w:p>
    <w:p>
      <w:r>
        <w:t>I heard how for several hours he wept before the Holy One Blessed Be He:</w:t>
      </w:r>
    </w:p>
    <w:p>
      <w:r>
        <w:t>“And every work will know that You made it..”</w:t>
      </w:r>
    </w:p>
    <w:p>
      <w:r>
        <w:t>This is Rabbainu’s Rosh HaShanah, for he rectifies us; we {do not …}, despair of ourselves</w:t>
      </w:r>
    </w:p>
    <w:p>
      <w:r>
        <w:t>He, and he, he renews us, he revives us, strengthens us</w:t>
      </w:r>
    </w:p>
    <w:p>
      <w:r>
        <w:t>I took, I took the niggun of “Adirei Ayumah” for “Na..,” for “Na Nach”</w:t>
      </w:r>
    </w:p>
    <w:p>
      <w:r>
        <w:t>[Saba sings:</w:t>
      </w:r>
    </w:p>
    <w:p>
      <w:r>
        <w:t>“The mighty ones of the Awesome One will say aloud.. Hashem is King, Hashem was King, Hashem will reign forever and ever”]</w:t>
      </w:r>
    </w:p>
    <w:p>
      <w:r>
        <w:t>So, so I took this niggun for “Na Nach”</w:t>
      </w:r>
    </w:p>
    <w:p>
      <w:r>
        <w:t>[But there is a change at the end...]</w:t>
      </w:r>
    </w:p>
    <w:p>
      <w:r>
        <w:t>Ay.. I—when the chazan stood before the amud and argued with the Holy One Blessed Be He like this, with both hands</w:t>
      </w:r>
    </w:p>
    <w:p>
      <w:r>
        <w:t>Yes, and he speaks with the Holy One Blessed Be He like this</w:t>
      </w:r>
    </w:p>
    <w:p>
      <w:r>
        <w:t>Who saw such a thing? He was entirely hisbodedus, entirely emunah and truth and humility and..</w:t>
      </w:r>
    </w:p>
    <w:p>
      <w:r>
        <w:t>There is no, there is no—not enough; everything I say is not enough</w:t>
      </w:r>
    </w:p>
    <w:p>
      <w:r>
        <w:t>{….}, and the Holy One Blessed Be He had mercy on us and gave us the true tzaddik</w:t>
      </w:r>
    </w:p>
    <w:p>
      <w:r>
        <w:t>Our holy Rabbainu, and he makes of us—only on Rosh HaShanah, what he makes of us</w:t>
      </w:r>
    </w:p>
    <w:p>
      <w:r>
        <w:t>The whole year they commit transgressions and pursue desires, and.. he cleanses and purifies everything</w:t>
      </w:r>
    </w:p>
    <w:p>
      <w:r>
        <w:t>[……...]</w:t>
      </w:r>
    </w:p>
    <w:p>
      <w:r>
        <w:t>“I am a river that purifies from all stains”</w:t>
      </w:r>
    </w:p>
    <w:p>
      <w:r>
        <w:t>Oy, the whole world, every person is full of stains</w:t>
      </w:r>
    </w:p>
    <w:p>
      <w:r>
        <w:t>So he, he comes to Rabbainu before Rosh HaShanah; he tells him all the troubles</w:t>
      </w:r>
    </w:p>
    <w:p>
      <w:r>
        <w:t>So he, he already does—on Rosh HaShanah he already does—he says</w:t>
      </w:r>
    </w:p>
    <w:p>
      <w:r>
        <w:t>He, he passes on the night of Rosh HaShanah with all his people, the first in judgment</w:t>
      </w:r>
    </w:p>
    <w:p>
      <w:r>
        <w:t>He is such a good advocate, and he makes us new, new human beings, a new world</w:t>
      </w:r>
    </w:p>
    <w:p>
      <w:r>
        <w:t>All the days of my life, then everyone, whoever saw me in the market:</w:t>
      </w:r>
    </w:p>
    <w:p>
      <w:r>
        <w:t>“Ho, he is Breslov, Breslov, Breslov, Breslov”</w:t>
      </w:r>
    </w:p>
    <w:p>
      <w:r>
        <w:t>My father-in-law—he and his wife—struck my wife so that she would take a get</w:t>
      </w:r>
    </w:p>
    <w:p>
      <w:r>
        <w:t>She, and she said: “No, no get”…</w:t>
      </w:r>
    </w:p>
    <w:p>
      <w:r>
        <w:t>...He said to them: “I brought you a gift from the Land of Yisroel</w:t>
      </w:r>
    </w:p>
    <w:p>
      <w:r>
        <w:t>What is the gift? Dispute!</w:t>
      </w:r>
    </w:p>
    <w:p>
      <w:r>
        <w:t>You are not considered among my people. A time will come when the whole world will dispute against me</w:t>
      </w:r>
    </w:p>
    <w:p>
      <w:r>
        <w:t>And then whoever holds himself by me, he will be f.. from my people, but you will not”…</w:t>
      </w:r>
    </w:p>
    <w:p>
      <w:r>
        <w:t>...They, they, they (not understood), and they do not, not, not, not say anything, yes</w:t>
      </w:r>
    </w:p>
    <w:p>
      <w:r>
        <w:t>This, this is in initial letters, the entire order of the redeemer’s coming, yes</w:t>
      </w:r>
    </w:p>
    <w:p>
      <w:r>
        <w:t>And in Sefer HaMidos it is also written: “Mashiach will come in a year of blessing,” yes</w:t>
      </w:r>
    </w:p>
    <w:p>
      <w:r>
        <w:t>So perhaps this year is a year of blessing; there is, there is so much ice, yes, yes</w:t>
      </w:r>
    </w:p>
    <w:p>
      <w:r>
        <w:t>[…….]</w:t>
      </w:r>
    </w:p>
    <w:p>
      <w:r>
        <w:t>Ah…</w:t>
      </w:r>
    </w:p>
    <w:p>
      <w:r>
        <w:t>...They are capable; they bring a person such salvations and such wisdom and understanding, that.. yes</w:t>
      </w:r>
    </w:p>
    <w:p>
      <w:r>
        <w:t>That there has never yet been such a thing in the world…</w:t>
      </w:r>
    </w:p>
    <w:p>
      <w:r>
        <w:t>...The holy Rabbainu</w:t>
      </w:r>
    </w:p>
    <w:p>
      <w:r>
        <w:t>[]</w:t>
      </w:r>
    </w:p>
    <w:p>
      <w:r>
        <w:t>There came to him like this {a conversation}; the holy Baal Shem came to him and said to him:</w:t>
      </w:r>
    </w:p>
    <w:p>
      <w:r>
        <w:t>“What is he? Why does he distress him? When his avodah rises, then the avo.. then he is ashamed</w:t>
      </w:r>
    </w:p>
    <w:p>
      <w:r>
        <w:t>That no, not, that he is alive, he is ashamed”</w:t>
      </w:r>
    </w:p>
    <w:p>
      <w:r>
        <w:t>The holy Baal Shem came to Rabbainu, to the grandson, to his son:</w:t>
      </w:r>
    </w:p>
    <w:p>
      <w:r>
        <w:t>“What are you—why do you distress us? When your avodah rises to Heaven</w:t>
      </w:r>
    </w:p>
    <w:p>
      <w:r>
        <w:t>Then we are ashamed; we have no face whatsoever”</w:t>
      </w:r>
    </w:p>
    <w:p>
      <w:r>
        <w:t>And one also sees his Torah teachings, the Likutey Moharan</w:t>
      </w:r>
    </w:p>
    <w:p>
      <w:r>
        <w:t>And the Sippurey Ma’asiyos—is there anything else like this in the world?</w:t>
      </w:r>
    </w:p>
    <w:p>
      <w:r>
        <w:t>Where are you? Are there such Torah teachings? I heard from geonim, from great men, yes</w:t>
      </w:r>
    </w:p>
    <w:p>
      <w:r>
        <w:t>I heard that they said—in the yeshiva they said:</w:t>
      </w:r>
    </w:p>
    <w:p>
      <w:r>
        <w:t>“Torah teachings like Rabbainu’s—there are none!</w:t>
      </w:r>
    </w:p>
    <w:p>
      <w:r>
        <w:t>Stories like Rabbainu’s—there are none!</w:t>
      </w:r>
    </w:p>
    <w:p>
      <w:r>
        <w:t>Conversations like Rabbainu’s? There are none!</w:t>
      </w:r>
    </w:p>
    <w:p>
      <w:r>
        <w:t>Torah..”</w:t>
      </w:r>
    </w:p>
    <w:p>
      <w:r>
        <w:t>Nu, and the holy Rabbainu said:</w:t>
      </w:r>
    </w:p>
    <w:p>
      <w:r>
        <w:t>“Mashiach will give a commentary on, on the Likutey Moharan”</w:t>
      </w:r>
    </w:p>
    <w:p>
      <w:r>
        <w:t>{He}.. no tzaddik said such a thing</w:t>
      </w:r>
    </w:p>
    <w:p>
      <w:r>
        <w:t>There was the Rav of Berdichev, a holy gaon; he did not say that Mashiach would come and give a commentary on, on his book—only the holy Rabbainu, yes</w:t>
      </w:r>
    </w:p>
    <w:p>
      <w:r>
        <w:t>There is no one who can give a commentary, only Mashiach</w:t>
      </w:r>
    </w:p>
    <w:p>
      <w:r>
        <w:t>{. . .}, I do not know why only the French—the French were the first</w:t>
      </w:r>
    </w:p>
    <w:p>
      <w:r>
        <w:t>The first soldiers, {..} who came to Uman</w:t>
      </w:r>
    </w:p>
    <w:p>
      <w:r>
        <w:t>Ah, and they come from the whole world; they come from America, from England, f.. from Italy</w:t>
      </w:r>
    </w:p>
    <w:p>
      <w:r>
        <w:t>From all the countries they come to the Land of Yisroel</w:t>
      </w:r>
    </w:p>
    <w:p>
      <w:r>
        <w:t>Yes</w:t>
      </w:r>
    </w:p>
    <w:p>
      <w:r>
        <w:t>And the holy Rabbainu, when he was in the Land of Yisroel and.. yes, he first disembarked at Haifa, then he said:</w:t>
      </w:r>
    </w:p>
    <w:p>
      <w:r>
        <w:t>“The Land of Yisroel—all of Yisroel must come to live in the Land of Yisroel!”</w:t>
      </w:r>
    </w:p>
    <w:p>
      <w:r>
        <w:t>But there was not, there was nothing to eat here, no {...}, no.. no houses, no, so..</w:t>
      </w:r>
    </w:p>
    <w:p>
      <w:r>
        <w:t>So this is being fulfilled now; all of Yisroel are coming to me, to the Land of Yisroel</w:t>
      </w:r>
    </w:p>
    <w:p>
      <w:r>
        <w:t>[I need to go pray Mincha now, before sunset]</w:t>
      </w:r>
    </w:p>
    <w:p>
      <w:r>
        <w:t>Good, good, go</w:t>
      </w:r>
    </w:p>
    <w:p>
      <w:r>
        <w:t>[Did you pray Mincha?]</w:t>
      </w:r>
    </w:p>
    <w:p>
      <w:r>
        <w:t>[…...]</w:t>
      </w:r>
    </w:p>
    <w:p>
      <w:r>
        <w:t>And sing “Na Nach” before Mincha</w:t>
      </w:r>
    </w:p>
    <w:p>
      <w:r>
        <w:t>[……….]</w:t>
      </w:r>
    </w:p>
    <w:p>
      <w:r>
        <w:t>To make known…</w:t>
      </w:r>
    </w:p>
    <w:p>
      <w:r>
        <w:t>...[Saba sings:</w:t>
      </w:r>
    </w:p>
    <w:p>
      <w:r>
        <w:t>“So that all who hope in You will not be ashamed, and all who take refuge in You will never be humiliated..”]</w:t>
      </w:r>
    </w:p>
    <w:p>
      <w:r>
        <w:t>[“Will never be humiliated”—“netzach” is the Rebbe, “netzach”]</w:t>
      </w:r>
    </w:p>
    <w:p>
      <w:r>
        <w:t>Yo</w:t>
      </w:r>
    </w:p>
    <w:p>
      <w:r>
        <w:t>[Netzach is Rabbainu’s sefirah]</w:t>
      </w:r>
    </w:p>
    <w:p>
      <w:r>
        <w:t>Yo, certainly</w:t>
      </w:r>
    </w:p>
    <w:p>
      <w:r>
        <w:t>[Yes]</w:t>
      </w:r>
    </w:p>
    <w:p>
      <w:r>
        <w:t>[…...]...</w:t>
      </w:r>
    </w:p>
    <w:p>
      <w:r>
        <w:t>...One took my finger; he went with a hat, he covered it</w:t>
      </w:r>
    </w:p>
    <w:p>
      <w:r>
        <w:t>But he, he showed me that he had had a miracle</w:t>
      </w:r>
    </w:p>
    <w:p>
      <w:r>
        <w:t>They threw a stone at him, and the stone entered his brain {..}.. deep, deep, deep, yes</w:t>
      </w:r>
    </w:p>
    <w:p>
      <w:r>
        <w:t>And he took the finger and showed me, “Look at the hole,” yes</w:t>
      </w:r>
    </w:p>
    <w:p>
      <w:r>
        <w:t>And he, he received</w:t>
      </w:r>
    </w:p>
    <w:p>
      <w:r>
        <w:t>[And he is alive]</w:t>
      </w:r>
    </w:p>
    <w:p>
      <w:r>
        <w:t>There was, there was a miracle—how he still remained alive; the stone entered, it stands {….}</w:t>
      </w:r>
    </w:p>
    <w:p>
      <w:r>
        <w:t>[…...]</w:t>
      </w:r>
    </w:p>
    <w:p>
      <w:r>
        <w:t>Yes</w:t>
      </w:r>
    </w:p>
    <w:p>
      <w:r>
        <w:t>There was one rich man, one rich man who was an opponent</w:t>
      </w:r>
    </w:p>
    <w:p>
      <w:r>
        <w:t>So, so they gave money to the police so that Rebbe Nasan would not live in Breslov</w:t>
      </w:r>
    </w:p>
    <w:p>
      <w:r>
        <w:t>Outside, yes; no, not in Breslov</w:t>
      </w:r>
    </w:p>
    <w:p>
      <w:r>
        <w:t>But Rebbe Nasan had students, students in Breslov; he sometimes came secretly. So they came to the rich man and told him:</w:t>
      </w:r>
    </w:p>
    <w:p>
      <w:r>
        <w:t>“Do you know? Rebbe Nasan was in Breslov last night”</w:t>
      </w:r>
    </w:p>
    <w:p>
      <w:r>
        <w:t>So the rich man said:</w:t>
      </w:r>
    </w:p>
    <w:p>
      <w:r>
        <w:t>“Do not worry; as long as I am alive, he will not be in Breslov”</w:t>
      </w:r>
    </w:p>
    <w:p>
      <w:r>
        <w:t>So he died</w:t>
      </w:r>
    </w:p>
    <w:p>
      <w:r>
        <w:t>And at the judge’s, he died there, yes</w:t>
      </w:r>
    </w:p>
    <w:p>
      <w:r>
        <w:t>[……...]</w:t>
      </w:r>
    </w:p>
    <w:p>
      <w:r>
        <w:t>This is what he said:</w:t>
      </w:r>
    </w:p>
    <w:p>
      <w:r>
        <w:t>“Do not, do not be afraid; as long as I am alive, he will not be in Breslov”</w:t>
      </w:r>
    </w:p>
    <w:p>
      <w:r>
        <w:t>So he fell and passed away; he died</w:t>
      </w:r>
    </w:p>
    <w:p>
      <w:r>
        <w:t>[…………………] …[..….……………]</w:t>
      </w:r>
    </w:p>
    <w:p>
      <w:r>
        <w:t>...{…}, more and more, and more people from all over the world will come to Rabbainu</w:t>
      </w:r>
    </w:p>
    <w:p>
      <w:r>
        <w:t>This is what he said</w:t>
      </w:r>
    </w:p>
    <w:p>
      <w:r>
        <w:t>He {came}, he said that everyone should be very careful to come to me every Rosh HaShanah, to Uma.., to Uman</w:t>
      </w:r>
    </w:p>
    <w:p>
      <w:r>
        <w:t>Yes</w:t>
      </w:r>
    </w:p>
    <w:p>
      <w:r>
        <w:t>[To be careful]</w:t>
      </w:r>
    </w:p>
    <w:p>
      <w:r>
        <w:t>Even if there will be a get, everyone will come to Uman for Rosh HaShanah</w:t>
      </w:r>
    </w:p>
    <w:p>
      <w:r>
        <w:t>[…...]…</w:t>
      </w:r>
    </w:p>
    <w:p>
      <w:r>
        <w:t>...[Saba]</w:t>
      </w:r>
    </w:p>
    <w:p>
      <w:r>
        <w:t>{…}</w:t>
      </w:r>
    </w:p>
    <w:p>
      <w:r>
        <w:t>[Storm winds, storm winds, and such blows they receive, ho..]</w:t>
      </w:r>
    </w:p>
    <w:p>
      <w:r>
        <w:t>[What happened—were houses destroyed?]</w:t>
      </w:r>
    </w:p>
    <w:p>
      <w:r>
        <w:t>[Houses were destroyed—what do you mean houses? Houses of rich people]</w:t>
      </w:r>
    </w:p>
    <w:p>
      <w:r>
        <w:t>[When was it? A week ago]</w:t>
      </w:r>
    </w:p>
    <w:p>
      <w:r>
        <w:t>[No, not long ago, in the last month; there are still many blows...]</w:t>
      </w:r>
    </w:p>
    <w:p>
      <w:r>
        <w:t>[……]</w:t>
      </w:r>
    </w:p>
    <w:p>
      <w:r>
        <w:t>[Throughout the world …., throughout the world]</w:t>
      </w:r>
    </w:p>
    <w:p>
      <w:r>
        <w:t>Ah</w:t>
      </w:r>
    </w:p>
    <w:p>
      <w:r>
        <w:t>[In Syria, in Jordan, in Egypt]</w:t>
      </w:r>
    </w:p>
    <w:p>
      <w:r>
        <w:t>Nu, nu..</w:t>
      </w:r>
    </w:p>
    <w:p>
      <w:r>
        <w:t>[They are all receiving blows from the rain]</w:t>
      </w:r>
    </w:p>
    <w:p>
      <w:r>
        <w:t>Yes?</w:t>
      </w:r>
    </w:p>
    <w:p>
      <w:r>
        <w:t>[Lightning and thunder..]</w:t>
      </w:r>
    </w:p>
    <w:p>
      <w:r>
        <w:t>From the rain?</w:t>
      </w:r>
    </w:p>
    <w:p>
      <w:r>
        <w:t>[From the lightning and thunder]</w:t>
      </w:r>
    </w:p>
    <w:p>
      <w:r>
        <w:t>Ah.. ah..</w:t>
      </w:r>
    </w:p>
    <w:p>
      <w:r>
        <w:t>[They receive such fear, and such storm winds—the storm winds destroy everything for them] Alexandria, Alexandria</w:t>
      </w:r>
    </w:p>
    <w:p>
      <w:r>
        <w:t>[Alexandria, yes]</w:t>
      </w:r>
    </w:p>
    <w:p>
      <w:r>
        <w:t>Entered Alexandria today</w:t>
      </w:r>
    </w:p>
    <w:p>
      <w:r>
        <w:t>[Yes, yes, yes, even, even in Iraq they are receiving blows]</w:t>
      </w:r>
    </w:p>
    <w:p>
      <w:r>
        <w:t>Eh?</w:t>
      </w:r>
    </w:p>
    <w:p>
      <w:r>
        <w:t>[Even in Iraq]</w:t>
      </w:r>
    </w:p>
    <w:p>
      <w:r>
        <w:t>In Iraq</w:t>
      </w:r>
    </w:p>
    <w:p>
      <w:r>
        <w:t>[The Americans want to strike again at..]</w:t>
      </w:r>
    </w:p>
    <w:p>
      <w:r>
        <w:t>Eh?</w:t>
      </w:r>
    </w:p>
    <w:p>
      <w:r>
        <w:t>[The Americans want to strike Iraq again]</w:t>
      </w:r>
    </w:p>
    <w:p>
      <w:r>
        <w:t>Iraq</w:t>
      </w:r>
    </w:p>
    <w:p>
      <w:r>
        <w:t>[Yes, they want to give them blows, they want]</w:t>
      </w:r>
    </w:p>
    <w:p>
      <w:r>
        <w:t>[To bomb]</w:t>
      </w:r>
    </w:p>
    <w:p>
      <w:r>
        <w:t>And Jews—no, they do not speak about Jews</w:t>
      </w:r>
    </w:p>
    <w:p>
      <w:r>
        <w:t>[Shamir, Shamir conducts himself wisely]</w:t>
      </w:r>
    </w:p>
    <w:p>
      <w:r>
        <w:t>Yes</w:t>
      </w:r>
    </w:p>
    <w:p>
      <w:r>
        <w:t>[Wisely.., the entire country feels that he conducts himself wisely]</w:t>
      </w:r>
    </w:p>
    <w:p>
      <w:r>
        <w:t>Yes?</w:t>
      </w:r>
    </w:p>
    <w:p>
      <w:r>
        <w:t>[Yes, he is something special; he does not speak much, he does not speak much</w:t>
      </w:r>
    </w:p>
    <w:p>
      <w:r>
        <w:t>They think he does not understand, he is not this.. and when he begins to speak, they know he has intelligence]</w:t>
      </w:r>
    </w:p>
    <w:p>
      <w:r>
        <w:t>Yes</w:t>
      </w:r>
    </w:p>
    <w:p>
      <w:r>
        <w:t>[They see, they feel that he has intelligence; he has changed completely, Saba]</w:t>
      </w:r>
    </w:p>
    <w:p>
      <w:r>
        <w:t>[He has intelligence; he has no heart]</w:t>
      </w:r>
    </w:p>
    <w:p>
      <w:r>
        <w:t>{...}</w:t>
      </w:r>
    </w:p>
    <w:p>
      <w:r>
        <w:t>[He has changed completely, Shamir.., they wrote about him in the press that he wants to do teshuvah]</w:t>
      </w:r>
    </w:p>
    <w:p>
      <w:r>
        <w:t>Eh?</w:t>
      </w:r>
    </w:p>
    <w:p>
      <w:r>
        <w:t>[They write that he wants to do teshuvah..]</w:t>
      </w:r>
    </w:p>
    <w:p>
      <w:r>
        <w:t>Yes</w:t>
      </w:r>
    </w:p>
    <w:p>
      <w:r>
        <w:t>[The president too, too..]</w:t>
      </w:r>
    </w:p>
    <w:p>
      <w:r>
        <w:t>[….Shamir?]</w:t>
      </w:r>
    </w:p>
    <w:p>
      <w:r>
        <w:t>[Yes, yes]</w:t>
      </w:r>
    </w:p>
    <w:p>
      <w:r>
        <w:t>[But they are bringing five hundred Yemenite Jews from Yemen by plane]</w:t>
      </w:r>
    </w:p>
    <w:p>
      <w:r>
        <w:t>[They want to abduct them like the Ethiopians; they do not want to make aliyah]</w:t>
      </w:r>
    </w:p>
    <w:p>
      <w:r>
        <w:t>[…...]</w:t>
      </w:r>
    </w:p>
    <w:p>
      <w:r>
        <w:t>{So their fear} is that if they {w..}.., travel to.. to Uma.., to Uman</w:t>
      </w:r>
    </w:p>
    <w:p>
      <w:r>
        <w:t>[To Uman, certainly]</w:t>
      </w:r>
    </w:p>
    <w:p>
      <w:r>
        <w:t>All of Yisroel will travel and there will be the redemption</w:t>
      </w:r>
    </w:p>
    <w:p>
      <w:r>
        <w:t>[Yes, finished]</w:t>
      </w:r>
    </w:p>
    <w:p>
      <w:r>
        <w:t>{..}</w:t>
      </w:r>
    </w:p>
    <w:p>
      <w:r>
        <w:t>[Without income tax, without the..]</w:t>
      </w:r>
    </w:p>
    <w:p>
      <w:r>
        <w:t>[Saba, Uman is such a place that has never yet existed in the world</w:t>
      </w:r>
    </w:p>
    <w:p>
      <w:r>
        <w:t>Such a sweet place; every fool feels that it is a special place]</w:t>
      </w:r>
    </w:p>
    <w:p>
      <w:r>
        <w:t>Yes</w:t>
      </w:r>
    </w:p>
    <w:p>
      <w:r>
        <w:t>[Every, every fool..]</w:t>
      </w:r>
    </w:p>
    <w:p>
      <w:r>
        <w:t>{..}</w:t>
      </w:r>
    </w:p>
    <w:p>
      <w:r>
        <w:t>[Every, every person w.., even without intelligence, receives intelligence there]</w:t>
      </w:r>
    </w:p>
    <w:p>
      <w:r>
        <w:t>“Uman, Uman, Uman”</w:t>
      </w:r>
    </w:p>
    <w:p>
      <w:r>
        <w:t>[They receive intelligence there; such a beautiful place, such a sweet place, so special—you do not see it anywhere in the world</w:t>
      </w:r>
    </w:p>
    <w:p>
      <w:r>
        <w:t>They want to build now; the Americans want to build there, everyone wants to build there</w:t>
      </w:r>
    </w:p>
    <w:p>
      <w:r>
        <w:t>Everyone, even the non-Jews, the Russians too</w:t>
      </w:r>
    </w:p>
    <w:p>
      <w:r>
        <w:t>They say it will be such a place that people will come from the whole world]</w:t>
      </w:r>
    </w:p>
    <w:p>
      <w:r>
        <w:t>“Uman”</w:t>
      </w:r>
    </w:p>
    <w:p>
      <w:r>
        <w:t>[Uman]</w:t>
      </w:r>
    </w:p>
    <w:p>
      <w:r>
        <w:t>[There is enough room for everyone]</w:t>
      </w:r>
    </w:p>
    <w:p>
      <w:r>
        <w:t>Ay.., where? Where is all the Communism?</w:t>
      </w:r>
    </w:p>
    <w:p>
      <w:r>
        <w:t>[They fell, they fled, fled, fled; they related that there were Communists who stole a lot of money]</w:t>
      </w:r>
    </w:p>
    <w:p>
      <w:r>
        <w:t>Stole</w:t>
      </w:r>
    </w:p>
    <w:p>
      <w:r>
        <w:t>[Yes]</w:t>
      </w:r>
    </w:p>
    <w:p>
      <w:r>
        <w:t>So, ah..</w:t>
      </w:r>
    </w:p>
    <w:p>
      <w:r>
        <w:t>[They should catch them]</w:t>
      </w:r>
    </w:p>
    <w:p>
      <w:r>
        <w:t>Ah</w:t>
      </w:r>
    </w:p>
    <w:p>
      <w:r>
        <w:t>[They should catch them, and it will come to us]</w:t>
      </w:r>
    </w:p>
    <w:p>
      <w:r>
        <w:t>They released them</w:t>
      </w:r>
    </w:p>
    <w:p>
      <w:r>
        <w:t>[No, they did not release them; they caught them]</w:t>
      </w:r>
    </w:p>
    <w:p>
      <w:r>
        <w:t>They caught them</w:t>
      </w:r>
    </w:p>
    <w:p>
      <w:r>
        <w:t>[Yes, they knew that they had stolen; now they are looking for them, to catch them and take it from them</w:t>
      </w:r>
    </w:p>
    <w:p>
      <w:r>
        <w:t>They will take everything from them; nothing will remain for them]</w:t>
      </w:r>
    </w:p>
    <w:p>
      <w:r>
        <w:t>But this, this is nothing; they will receive</w:t>
      </w:r>
    </w:p>
    <w:p>
      <w:r>
        <w:t>[Nothing remains of them already]</w:t>
      </w:r>
    </w:p>
    <w:p>
      <w:r>
        <w:t>Suddenly</w:t>
      </w:r>
    </w:p>
    <w:p>
      <w:r>
        <w:t>[Suddenly all the Communists fell]</w:t>
      </w:r>
    </w:p>
    <w:p>
      <w:r>
        <w:t>A strong wind</w:t>
      </w:r>
    </w:p>
    <w:p>
      <w:r>
        <w:t>[Yes]</w:t>
      </w:r>
    </w:p>
    <w:p>
      <w:r>
        <w:t>[The whole world asks, “Where are the Communists? Where are the Communists?”]</w:t>
      </w:r>
    </w:p>
    <w:p>
      <w:r>
        <w:t>Yo</w:t>
      </w:r>
    </w:p>
    <w:p>
      <w:r>
        <w:t>[Nothing remains.., nothing remains]</w:t>
      </w:r>
    </w:p>
    <w:p>
      <w:r>
        <w:t>[Not one of them remains]</w:t>
      </w:r>
    </w:p>
    <w:p>
      <w:r>
        <w:t>{….}</w:t>
      </w:r>
    </w:p>
    <w:p>
      <w:r>
        <w:t>[They all fled]</w:t>
      </w:r>
    </w:p>
    <w:p>
      <w:r>
        <w:t>Where? In the grave</w:t>
      </w:r>
    </w:p>
    <w:p>
      <w:r>
        <w:t>[Whoever tries—every Communist who tries to rise a little, to speak, to err]</w:t>
      </w:r>
    </w:p>
    <w:p>
      <w:r>
        <w:t>{..}</w:t>
      </w:r>
    </w:p>
    <w:p>
      <w:r>
        <w:t>[He suffers a heart attack and dies]</w:t>
      </w:r>
    </w:p>
    <w:p>
      <w:r>
        <w:t>Eh?</w:t>
      </w:r>
    </w:p>
    <w:p>
      <w:r>
        <w:t>[He suffers a heart attack and he dies]</w:t>
      </w:r>
    </w:p>
    <w:p>
      <w:r>
        <w:t>Yes?</w:t>
      </w:r>
    </w:p>
    <w:p>
      <w:r>
        <w:t>[Yes, it is verified, it is verified]</w:t>
      </w:r>
    </w:p>
    <w:p>
      <w:r>
        <w:t>[Verified.., verified and tested]</w:t>
      </w:r>
    </w:p>
    <w:p>
      <w:r>
        <w:t>[Many Communists committed suicide]</w:t>
      </w:r>
    </w:p>
    <w:p>
      <w:r>
        <w:t>Eh?</w:t>
      </w:r>
    </w:p>
    <w:p>
      <w:r>
        <w:t>[Very many Communists committed suicide]</w:t>
      </w:r>
    </w:p>
    <w:p>
      <w:r>
        <w:t>Yes</w:t>
      </w:r>
    </w:p>
    <w:p>
      <w:r>
        <w:t>[They themselves want to die, they themselves want to die, the Communists]</w:t>
      </w:r>
    </w:p>
    <w:p>
      <w:r>
        <w:t>Yes</w:t>
      </w:r>
    </w:p>
    <w:p>
      <w:r>
        <w:t>[By themselves]</w:t>
      </w:r>
    </w:p>
    <w:p>
      <w:r>
        <w:t>{..}</w:t>
      </w:r>
    </w:p>
    <w:p>
      <w:r>
        <w:t>[Saba, the Petek from day to day, the Petek from day to day]</w:t>
      </w:r>
    </w:p>
    <w:p>
      <w:r>
        <w:t>The Petek</w:t>
      </w:r>
    </w:p>
    <w:p>
      <w:r>
        <w:t>[It rises and rises, and rises; it does not stop, it goes everywhere by itself]</w:t>
      </w:r>
    </w:p>
    <w:p>
      <w:r>
        <w:t>“Concerning you I said”</w:t>
      </w:r>
    </w:p>
    <w:p>
      <w:r>
        <w:t>[“Mein fayerl,” they receive it with great love in every home, in every home]</w:t>
      </w:r>
    </w:p>
    <w:p>
      <w:r>
        <w:t>Yes</w:t>
      </w:r>
    </w:p>
    <w:p>
      <w:r>
        <w:t>[In every home with great love]</w:t>
      </w:r>
    </w:p>
    <w:p>
      <w:r>
        <w:t>Yes</w:t>
      </w:r>
    </w:p>
    <w:p>
      <w:r>
        <w:t>[They say that the “Na Nach” reveals all the liars, all the thieves]</w:t>
      </w:r>
    </w:p>
    <w:p>
      <w:r>
        <w:t>{..}</w:t>
      </w:r>
    </w:p>
    <w:p>
      <w:r>
        <w:t>[It reveals everything by itself, everything, by itself]</w:t>
      </w:r>
    </w:p>
    <w:p>
      <w:r>
        <w:t>{..}</w:t>
      </w:r>
    </w:p>
    <w:p>
      <w:r>
        <w:t>[The children, the children feel it]</w:t>
      </w:r>
    </w:p>
    <w:p>
      <w:r>
        <w:t>Yes?</w:t>
      </w:r>
    </w:p>
    <w:p>
      <w:r>
        <w:t>[The children feel it very strongly, in “Na Nach”]</w:t>
      </w:r>
    </w:p>
    <w:p>
      <w:r>
        <w:t>The children?</w:t>
      </w:r>
    </w:p>
    <w:p>
      <w:r>
        <w:t>[Yes]</w:t>
      </w:r>
    </w:p>
    <w:p>
      <w:r>
        <w:t>[I walk in the street and they say to me, “Na Nach Nachma Nachman Meuman,” suddenly, suddenly]</w:t>
      </w:r>
    </w:p>
    <w:p>
      <w:r>
        <w:t>“Na Nach”</w:t>
      </w:r>
    </w:p>
    <w:p>
      <w:r>
        <w:t>[Yes, I did not think; they used to laugh at me, they used to laugh at me so much</w:t>
      </w:r>
    </w:p>
    <w:p>
      <w:r>
        <w:t>And suddenly three together, three people—they used to mock it</w:t>
      </w:r>
    </w:p>
    <w:p>
      <w:r>
        <w:t>And suddenly, “Na Nach Nachma Nachman Meuman,” all three together, such a chorus; I was startled]</w:t>
      </w:r>
    </w:p>
    <w:p>
      <w:r>
        <w:t>{..}</w:t>
      </w:r>
    </w:p>
    <w:p>
      <w:r>
        <w:t>[I think the entire country knows about it; even, even Shaul told Rabin to tell the soldiers]</w:t>
      </w:r>
    </w:p>
    <w:p>
      <w:r>
        <w:t>Who?</w:t>
      </w:r>
    </w:p>
    <w:p>
      <w:r>
        <w:t>[Shaul, Shaul]</w:t>
      </w:r>
    </w:p>
    <w:p>
      <w:r>
        <w:t>Shaul?</w:t>
      </w:r>
    </w:p>
    <w:p>
      <w:r>
        <w:t>[The American; he told Rabin to tell the soldiers to say “Na Nach”—do you remember?]</w:t>
      </w:r>
    </w:p>
    <w:p>
      <w:r>
        <w:t>Yes.., yes?</w:t>
      </w:r>
    </w:p>
    <w:p>
      <w:r>
        <w:t>[Yes]</w:t>
      </w:r>
    </w:p>
    <w:p>
      <w:r>
        <w:t>And the doctors?</w:t>
      </w:r>
    </w:p>
    <w:p>
      <w:r>
        <w:t>[All the doctors too; they tell women in labor to say “Na Nach”]</w:t>
      </w:r>
    </w:p>
    <w:p>
      <w:r>
        <w:t>Yes</w:t>
      </w:r>
    </w:p>
    <w:p>
      <w:r>
        <w:t>[This is already, this is already verified and tested; the women in labor say “Na Nach” and they give birth easily]</w:t>
      </w:r>
    </w:p>
    <w:p>
      <w:r>
        <w:t>Ah.. Daniel, Daniel {Zafran}</w:t>
      </w:r>
    </w:p>
    <w:p>
      <w:r>
        <w:t>[…]</w:t>
      </w:r>
    </w:p>
    <w:p>
      <w:r>
        <w:t>He had a girl, a girl, and she was sick; she developed here</w:t>
      </w:r>
    </w:p>
    <w:p>
      <w:r>
        <w:t>[A swelling]</w:t>
      </w:r>
    </w:p>
    <w:p>
      <w:r>
        <w:t>A swelling</w:t>
      </w:r>
    </w:p>
    <w:p>
      <w:r>
        <w:t>[….]</w:t>
      </w:r>
    </w:p>
    <w:p>
      <w:r>
        <w:t>[The doctors despaired?]</w:t>
      </w:r>
    </w:p>
    <w:p>
      <w:r>
        <w:t>Yes, so {…..}, the father and the mother came, and the doctors—what do they say?</w:t>
      </w:r>
    </w:p>
    <w:p>
      <w:r>
        <w:t>They say that it is growing, and growing, and growing, and it is impossible to operate, and they do not know what to do</w:t>
      </w:r>
    </w:p>
    <w:p>
      <w:r>
        <w:t>I told them that he and his wife should say “On your New Moons,” and she would have a healing</w:t>
      </w:r>
    </w:p>
    <w:p>
      <w:r>
        <w:t>And so it was; he began to say “On your New Moons,” he and his wife</w:t>
      </w:r>
    </w:p>
    <w:p>
      <w:r>
        <w:t>And the girl eats and sleeps, and..</w:t>
      </w:r>
    </w:p>
    <w:p>
      <w:r>
        <w:t>[And everything is all right]</w:t>
      </w:r>
    </w:p>
    <w:p>
      <w:r>
        <w:t>Yes</w:t>
      </w:r>
    </w:p>
    <w:p>
      <w:r>
        <w:t>[….]</w:t>
      </w:r>
    </w:p>
    <w:p>
      <w:r>
        <w:t>[This is Rabbainu, this is the Likutey Moharan from Rabbainu Nachman]</w:t>
      </w:r>
    </w:p>
    <w:p>
      <w:r>
        <w:t>Yes, certainly</w:t>
      </w:r>
    </w:p>
    <w:p>
      <w:r>
        <w:t>[This is a remedy for small children]</w:t>
      </w:r>
    </w:p>
    <w:p>
      <w:r>
        <w:t>Good for children</w:t>
      </w:r>
    </w:p>
    <w:p>
      <w:r>
        <w:t>[Yes]</w:t>
      </w:r>
    </w:p>
    <w:p>
      <w:r>
        <w:t>The father and the mother should say it</w:t>
      </w:r>
    </w:p>
    <w:p>
      <w:r>
        <w:t>[Should say]</w:t>
      </w:r>
    </w:p>
    <w:p>
      <w:r>
        <w:t>“On your New Moons”</w:t>
      </w:r>
    </w:p>
    <w:p>
      <w:r>
        <w:t>[Saba, what Rabbainu says in Sefer HaMidos—such words</w:t>
      </w:r>
    </w:p>
    <w:p>
      <w:r>
        <w:t>That one sees them with one’s own eyes, alive and enduring; such truth, he is alive and enduring</w:t>
      </w:r>
    </w:p>
    <w:p>
      <w:r>
        <w:t>At every moment, every second, in every situation, in every place</w:t>
      </w:r>
    </w:p>
    <w:p>
      <w:r>
        <w:t>One does not see such a thing by.., by any tzaddik]</w:t>
      </w:r>
    </w:p>
    <w:p>
      <w:r>
        <w:t>No</w:t>
      </w:r>
    </w:p>
    <w:p>
      <w:r>
        <w:t>[In this generation no tzaddik can help; in this generation, in this darkness, no tzaddik can help] Only Rabbainu</w:t>
      </w:r>
    </w:p>
    <w:p>
      <w:r>
        <w:t>[Only the books of.., Rabbainu and Rabbainu’s books]</w:t>
      </w:r>
    </w:p>
    <w:p>
      <w:r>
        <w:t>And Rabbainu’s books</w:t>
      </w:r>
    </w:p>
    <w:p>
      <w:r>
        <w:t>[Only the books of..]</w:t>
      </w:r>
    </w:p>
    <w:p>
      <w:r>
        <w:t>“Rabbainu’s writings”</w:t>
      </w:r>
    </w:p>
    <w:p>
      <w:r>
        <w:t>[In this generation only, only Rabbainu’s books]</w:t>
      </w:r>
    </w:p>
    <w:p>
      <w:r>
        <w:t>[And the “writings”]</w:t>
      </w:r>
    </w:p>
    <w:p>
      <w:r>
        <w:t>[One truly feels it tangibly]</w:t>
      </w:r>
    </w:p>
    <w:p>
      <w:r>
        <w:t>So among the poor L.. L.. Litvaks</w:t>
      </w:r>
    </w:p>
    <w:p>
      <w:r>
        <w:t>[Yes]</w:t>
      </w:r>
    </w:p>
    <w:p>
      <w:r>
        <w:t>“What will be with the Gemara?”</w:t>
      </w:r>
    </w:p>
    <w:p>
      <w:r>
        <w:t>[Likutey Halachos is all Gemara, is it not?]</w:t>
      </w:r>
    </w:p>
    <w:p>
      <w:r>
        <w:t>Yes</w:t>
      </w:r>
    </w:p>
    <w:p>
      <w:r>
        <w:t>[If one recites Likutey Halachos..]</w:t>
      </w:r>
    </w:p>
    <w:p>
      <w:r>
        <w:t>It illuminates the Gemara for us and all..</w:t>
      </w:r>
    </w:p>
    <w:p>
      <w:r>
        <w:t>[Everything, everything]</w:t>
      </w:r>
    </w:p>
    <w:p>
      <w:r>
        <w:t>And all the Torah</w:t>
      </w:r>
    </w:p>
    <w:p>
      <w:r>
        <w:t>[Certainly]</w:t>
      </w:r>
    </w:p>
    <w:p>
      <w:r>
        <w:t>[They are afraid that the Likutey Halachos will drive all the Litvaks mad]</w:t>
      </w:r>
    </w:p>
    <w:p>
      <w:r>
        <w:t>I know here, last Shabbos {I said to him} with the niggun “Na Nach”</w:t>
      </w:r>
    </w:p>
    <w:p>
      <w:r>
        <w:t>[“Na Nach”]</w:t>
      </w:r>
    </w:p>
    <w:p>
      <w:r>
        <w:t>Yes, and everyone left the prayer, {Kiddush}, and stood—what is this?</w:t>
      </w:r>
    </w:p>
    <w:p>
      <w:r>
        <w:t>[They were astonished, “What is ‘Na Nach’?..”]</w:t>
      </w:r>
    </w:p>
    <w:p>
      <w:r>
        <w:t>[There was never such a niggun, Saba; the “Na Nach”—every moment it is new</w:t>
      </w:r>
    </w:p>
    <w:p>
      <w:r>
        <w:t>It renews; the “Na Nach” renews, it renews the person, renews the person..]…</w:t>
      </w:r>
    </w:p>
    <w:p>
      <w:r>
        <w:t>...Ask them, “Did you know, did you know Aharon Luria?”</w:t>
      </w:r>
    </w:p>
    <w:p>
      <w:r>
        <w:t>He was like, like, like their admor</w:t>
      </w:r>
    </w:p>
    <w:p>
      <w:r>
        <w:t>Yes, they came to him every time in Tiberias</w:t>
      </w:r>
    </w:p>
    <w:p>
      <w:r>
        <w:t>[Some friend of mine who studied with me in Herzliya—he told me, do you remember him?]</w:t>
      </w:r>
    </w:p>
    <w:p>
      <w:r>
        <w:t>[Yes]</w:t>
      </w:r>
    </w:p>
    <w:p>
      <w:r>
        <w:t>Aharon Luria had, had a great name, great renown, very famous</w:t>
      </w:r>
    </w:p>
    <w:p>
      <w:r>
        <w:t>[Aharon Luria]</w:t>
      </w:r>
    </w:p>
    <w:p>
      <w:r>
        <w:t>Yes, he..</w:t>
      </w:r>
    </w:p>
    <w:p>
      <w:r>
        <w:t>And I entered his place, and some Chassidim were with him. I said to him, “Aharon, Aharon..”</w:t>
      </w:r>
    </w:p>
    <w:p>
      <w:r>
        <w:t>I was not, and I did not bow; I did not call him “Rebbe, Rebbe Nachman, Rebbe Aharon”</w:t>
      </w:r>
    </w:p>
    <w:p>
      <w:r>
        <w:t>I told him: “Aharon, whatever will be, what will become of you? What? In the end you will be Breslov”</w:t>
      </w:r>
    </w:p>
    <w:p>
      <w:r>
        <w:t>They already knew that he, that he loved Breslov</w:t>
      </w:r>
    </w:p>
    <w:p>
      <w:r>
        <w:t>I told him: “Aharon, when, when?”</w:t>
      </w:r>
    </w:p>
    <w:p>
      <w:r>
        <w:t>[………...]</w:t>
      </w:r>
    </w:p>
    <w:p>
      <w:r>
        <w:t>{He was} a man of good character traits, and he loved Breslov like his own soul</w:t>
      </w:r>
    </w:p>
    <w:p>
      <w:r>
        <w:t>He loved Bres.., he, he envied me</w:t>
      </w:r>
    </w:p>
    <w:p>
      <w:r>
        <w:t>When I met him: “Aharon, nu, nu, nu, what? When?”</w:t>
      </w:r>
    </w:p>
    <w:p>
      <w:r>
        <w:t>Then he began to cry: “What will become of me? Why will I not be.., am I not a warrior?”</w:t>
      </w:r>
    </w:p>
    <w:p>
      <w:r>
        <w:t>Yes</w:t>
      </w:r>
    </w:p>
    <w:p>
      <w:r>
        <w:t>“I want to be a warrior like you”</w:t>
      </w:r>
    </w:p>
    <w:p>
      <w:r>
        <w:t>[I also want to be a warrior, Rebbe Yisroel]</w:t>
      </w:r>
    </w:p>
    <w:p>
      <w:r>
        <w:t>[……….]</w:t>
      </w:r>
    </w:p>
    <w:p>
      <w:r>
        <w:t>[I am also envious of you]</w:t>
      </w:r>
    </w:p>
    <w:p>
      <w:r>
        <w:t>No, not only money; they would persecute him, drive him away</w:t>
      </w:r>
    </w:p>
    <w:p>
      <w:r>
        <w:t>That was how honored he was, he..</w:t>
      </w:r>
    </w:p>
    <w:p>
      <w:r>
        <w:t>[There were students]</w:t>
      </w:r>
    </w:p>
    <w:p>
      <w:r>
        <w:t>Yes</w:t>
      </w:r>
    </w:p>
    <w:p>
      <w:r>
        <w:t>[What will be with the honor, and with the….]</w:t>
      </w:r>
    </w:p>
    <w:p>
      <w:r>
        <w:t>[…...]</w:t>
      </w:r>
    </w:p>
    <w:p>
      <w:r>
        <w:t>The holy Rabbainu said to his people</w:t>
      </w:r>
    </w:p>
    <w:p>
      <w:r>
        <w:t>“I have already taken the honor from you”</w:t>
      </w:r>
    </w:p>
    <w:p>
      <w:r>
        <w:t>From honor he will not have {unclear: “maskantayf”}</w:t>
      </w:r>
    </w:p>
    <w:p>
      <w:r>
        <w:t>[An upright man will have no money]</w:t>
      </w:r>
    </w:p>
    <w:p>
      <w:r>
        <w:t>Wha..</w:t>
      </w:r>
    </w:p>
    <w:p>
      <w:r>
        <w:t>[Money..]</w:t>
      </w:r>
    </w:p>
    <w:p>
      <w:r>
        <w:t>They will say some praise, some praise of me or of Breslov</w:t>
      </w:r>
    </w:p>
    <w:p>
      <w:r>
        <w:t>They will say, “What {….} is this? This one is Breslov, but he is Breslov, and how will he have honor?”</w:t>
      </w:r>
    </w:p>
    <w:p>
      <w:r>
        <w:t>And they all also were jealous of me, of him, all of them</w:t>
      </w:r>
    </w:p>
    <w:p>
      <w:r>
        <w:t>They saw his courage, mine; they did not understand from where one takes, takes such courage [From where?]</w:t>
      </w:r>
    </w:p>
    <w:p>
      <w:r>
        <w:t>[From where, from where?</w:t>
      </w:r>
    </w:p>
    <w:p>
      <w:r>
        <w:t>{..}</w:t>
      </w:r>
    </w:p>
    <w:p>
      <w:r>
        <w:t>[Hisbodedus?]</w:t>
      </w:r>
    </w:p>
    <w:p>
      <w:r>
        <w:t>So they were afraid to touch a book, a Breslov book, “Not to say Breslov”</w:t>
      </w:r>
    </w:p>
    <w:p>
      <w:r>
        <w:t>[He was warm, was he warm?]</w:t>
      </w:r>
    </w:p>
    <w:p>
      <w:r>
        <w:t>[…………….]</w:t>
      </w:r>
    </w:p>
    <w:p>
      <w:r>
        <w:t>[Everything is hisbodedus]</w:t>
      </w:r>
    </w:p>
    <w:p>
      <w:r>
        <w:t>The Simple Man praised the shoe; he {left} it</w:t>
      </w:r>
    </w:p>
    <w:p>
      <w:r>
        <w:t>He said: “How sweet, how beautiful the shoe is”</w:t>
      </w:r>
    </w:p>
    <w:p>
      <w:r>
        <w:t>The shoe had three tips. In all my life I never heard of a shoe with three tips</w:t>
      </w:r>
    </w:p>
    <w:p>
      <w:r>
        <w:t>Only the shoe of, of the Simple Man; the Simple Man’s shoe had three tips</w:t>
      </w:r>
    </w:p>
    <w:p>
      <w:r>
        <w:t>I did not know there was a shoe {with three tips}</w:t>
      </w:r>
    </w:p>
    <w:p>
      <w:r>
        <w:t>[…………..]</w:t>
      </w:r>
    </w:p>
    <w:p>
      <w:r>
        <w:t>Yes</w:t>
      </w:r>
    </w:p>
    <w:p>
      <w:r>
        <w:t>[Only Rabbainu can ………]</w:t>
      </w:r>
    </w:p>
    <w:p>
      <w:r>
        <w:t>[…………]</w:t>
      </w:r>
    </w:p>
    <w:p>
      <w:r>
        <w:t>[Only Rabbainu can, can think of such a Simple Man]</w:t>
      </w:r>
    </w:p>
    <w:p>
      <w:r>
        <w:t>I never heard of a shoe with three tips. Even in America there is no, no such shoe</w:t>
      </w:r>
    </w:p>
    <w:p>
      <w:r>
        <w:t>[“Such sugar”]</w:t>
      </w:r>
    </w:p>
    <w:p>
      <w:r>
        <w:t>And the Simple Man says, “How beautiful this shoe is, how sweet, how much honey and sugar”</w:t>
      </w:r>
    </w:p>
    <w:p>
      <w:r>
        <w:t>[……...]</w:t>
      </w:r>
    </w:p>
    <w:p>
      <w:r>
        <w:t>So I (not understood)</w:t>
      </w:r>
    </w:p>
    <w:p>
      <w:r>
        <w:t>[…]</w:t>
      </w:r>
    </w:p>
    <w:p>
      <w:r>
        <w:t>I have never heard that there is a shoe with three tips</w:t>
      </w:r>
    </w:p>
    <w:p>
      <w:r>
        <w:t>[……….]</w:t>
      </w:r>
    </w:p>
    <w:p>
      <w:r>
        <w:t>[What does it look like? What does the shoe look like?]</w:t>
      </w:r>
    </w:p>
    <w:p>
      <w:r>
        <w:t>He.. the Wise Man learned goldsmithing, medicine, diamonds, but not, not shoemaking</w:t>
      </w:r>
    </w:p>
    <w:p>
      <w:r>
        <w:t>[A shoemaker]</w:t>
      </w:r>
    </w:p>
    <w:p>
      <w:r>
        <w:t>And the Simple Man did not, did not receive—only, only sandal, shoemaker, yes</w:t>
      </w:r>
    </w:p>
    <w:p>
      <w:r>
        <w:t>And also the shoemaker could not do it either; he was a Simple Man</w:t>
      </w:r>
    </w:p>
    <w:p>
      <w:r>
        <w:t>{She asks him}, his livelihood was very meager, and for his shoe he received one gold coin</w:t>
      </w:r>
    </w:p>
    <w:p>
      <w:r>
        <w:t>{For selling such a thing}</w:t>
      </w:r>
    </w:p>
    <w:p>
      <w:r>
        <w:t>[A taler]</w:t>
      </w:r>
    </w:p>
    <w:p>
      <w:r>
        <w:t>So he said, when he finished the shoe it had three tips</w:t>
      </w:r>
    </w:p>
    <w:p>
      <w:r>
        <w:t>He took the shoe and said:</w:t>
      </w:r>
    </w:p>
    <w:p>
      <w:r>
        <w:t>“How sweet this is, how beautiful this shoe is,” {yes}</w:t>
      </w:r>
    </w:p>
    <w:p>
      <w:r>
        <w:t>[What does a shoe with three tips look like?]</w:t>
      </w:r>
    </w:p>
    <w:p>
      <w:r>
        <w:t>But I have not heard, I have not heard of such a thing, that there is a shoe with three tips</w:t>
      </w:r>
    </w:p>
    <w:p>
      <w:r>
        <w:t>Only in the story of the Simple Man; the Simple Man’s shoe had three tips</w:t>
      </w:r>
    </w:p>
    <w:p>
      <w:r>
        <w:t>[……..]</w:t>
      </w:r>
    </w:p>
    <w:p>
      <w:r>
        <w:t>Ah…</w:t>
      </w:r>
    </w:p>
    <w:p>
      <w:r>
        <w:br w:type="page"/>
      </w:r>
    </w:p>
    <w:p>
      <w:pPr>
        <w:pStyle w:val="Heading1"/>
      </w:pPr>
      <w:r>
        <w:t>Tape 15</w:t>
      </w:r>
    </w:p>
    <w:p>
      <w:pPr>
        <w:pStyle w:val="Heading2"/>
      </w:pPr>
      <w:r>
        <w:t>Side A (Aleph)</w:t>
      </w:r>
    </w:p>
    <w:p>
      <w:r>
        <w:t>So he said to him: "Go — search for an apartment and tell me how much it costs." The landlord was very happy and said to him: "The apartment — I want to be in Teveria for two months." {An expert.} He went and… Good. (not understood) So he gave him all the money. Yes. And there was food for the donkeys. Afterwards came the matzos — the matzos — I already told you about this. The one who makes flour had — he had flour for sale. And Rebbe Yisroel came and said to him: "He — I will give you — I have flour and I give it to you." He said: "Give me money afterwards — after Pesach. I am afraid of you people." Yes — there was Pesach in Teveria. Wine? Wine — I do not remember any more. But the Holy One Blessed Be He arranged everything for him. He had it in great abundance. Yes. And my father — he (not understood) me — I have no time — I have no time — they do not go to the yeshiva and… Yes — one had to buy potatoes — potatoes. And one had to go — he wanted to go to the place where they receive the potatoes. (not understood) For the honor of Pesach — a song — everything he wanted — he had everything — for Yisroel Ber. [Mesiras nefesh — ah.] Perhaps I will succeed in drawing close to the holy Rabbainu. And I did not give you — I have no hat. (not understood) The whole city circled — through the whole city. [Almost a donkey!] What is this — I am not — (not understood) — he took everything without money — flour and matzos to bake. He paid everything after Pesach. And I saw wonders. He took some — some jugs for Pesach — and paid a great deal of money — for the water — so that there would be — from before Pesach until after Pesach — the whole week. [How was Pesach with him?] I had great joy — that I merited — that I merited to see such things — such wonders. I saw his prayer and his hisbodedus — and I saw that he is entirely truth and emunah. And there is — there is nothing like this in the world. Yes — I saw that this — (not understood) — the Holy One Blessed Be He had mercy upon me and gave me such a thing — Rebbe Yisroel. And I saw that he dances. I did not know — I came — and as if he was doing — I came to his house and I saw that he dances. "Oy — Master of the Universe — You gave me — (not understood)" His father was joyful. They came to him and said: "He has become Breslov." So he said: "What — he has become Breslov? If I tell him not to be Breslov — then he will not be." I came — and he said to me: "This and this came and told me that you have become a Breslov Chassid. I do not want this in any way." And he was blind and poor — very poor — and also blind — my father. And I said to him: "Father — I want only Breslov." Here — this {became} — the mother — the mother heard such words from him — that he wants only Breslov — she began to weep. The father began to weep greatly — from the great grief — that he had become a Breslov Chassid all of a sudden. What is this? Nu — there was — there was joy. I cannot tell everything — but he wept. [Good — blessed be Hashem — may Hashem help that we merit to walk in the ways.] He came and said to him: "He is already renting by him for two — two months in Teveria." He opened the cashbox and gave him — (not understood) — he gave him money and money and… Yes. And that he should pay for the apartment — and pay for the donkey — on account of the donkey. And blessed be Hashem — he took all the utensils for the apartment — for the apartment. Nu — blessed be Hashem. But — but there was not… Yes — they will send. [The Slonim Chassidim.] The Slonim Chassidim — he has become Breslov — they went again to his father: "Your son has become Breslov." And I came. He said to me: "Father — Rav Motl said to me — and this one said to me — that you have become a Breslov Chassid. I do not want this in any way. I want you to be like — like the whole world." I said to him: "This does not — not appear to me. I want only Breslov." (not understood) And the mother heard how he weeps — and he pleads with me: "Have mercy on me and on yourself. Do not — do not be Breslov. You need to make a match — who will take you? Who will take you?" I do not know what I was speaking — I was already a bridegroom in Tzfas. So he said to me: "The in-law will hear that you have become Breslov — so he will take the wife away — and what will be if he does not give me the wife — he will not give me his daughter." And so it was. My father-in-law was a great opponent against Breslov. He said to me: "I do not want Breslov in any way." I had a handshake agreement with Rebbe Yisroel — that we must meet at least once a day and once at night — whether to learn — whether not — but to meet — we must meet. Nu — nu — he locked the door and did not let me go out. He did not know of this. But he wanted that I should not go to Rebbe Yisroel. And I said to my wife: "What is this? He took me as a bridegroom — not — not for Chassidus. What is this? I want Breslov." So she said to her father: "He wants only Breslov." He struck her with murderous blows: "Write a divorce! What is Breslov?!" (not understood) And I was a great stubborn one — and not — and I wanted only Breslov. Not {I paid attention to money} — and I could not bring money. And the father — he is blind and poor. And I — (not understood) — the father and the mother heard that I want only Breslov. Nu — nu — they had — they had — they had great grief. As if I were lying dead. Nu — there is more — and more — and more — until today — there is — there is and there is.</w:t>
      </w:r>
    </w:p>
    <w:p>
      <w:r>
        <w:t>I needed a prayer book to pray. I wanted a beautiful prayer book — a prayer book that would have all the prayers and all… and Psalms — and Birchas HaMazon. But such a prayer book in Teveria — there is none — only in Yerushalayim. And my mother had to go to Yerushalayim. I took money — money that I had. There was one in Teveria — Yaakov Kasir — an old man. Yes — he had money. And he was a great miser — he did not give a donation — he did not give tzedakah. And I prayed such prayers — he said to me — he gave me every day a large coin. I took the coins and gave to mother. I had several coins. I gave to mother — that she should buy — that she should bring me from Yerushalayim a Kol-Bo siddur — such a siddur that has…</w:t>
      </w:r>
    </w:p>
    <w:p>
      <w:r>
        <w:t>(not understood) From this siddur — perhaps it has prayers from Breslov? Nu — nu — who can tell what I had? Now I laugh and you laugh. If you had been there? Nu — nu — you would be weeping with me together. What is this? He — he… There was no Breslov Chassid in Tzfas. Nu. And I all of a sudden became a Breslov Chassid. And Rebbe Yisroel — everyone knew that he is a Breslov Chassid. And I learned with Rebbe Yisroel — and I prayed with Rebbe Yisroel. And I remember there was a joyful light. (not understood)</w:t>
      </w:r>
    </w:p>
    <w:p>
      <w:r>
        <w:t>I remember until now — like now — like now — such shouting! What is this? The donkeys — he — he works all day and needs to eat. What is this? I can give — (not understood) — gives him money to pay the donkey owner — {that they should eat} — and they need to work today as well. He argued: "If you have no money — why did you travel?" He was several years in Teveria — and all were opponents. All were Slonim Chassidim — Karlin and Slonim — and all were opponents. And I was alone. Yes. And I walked with Rebbe Yisroel — always together — to hear from him some — (not understood) — some word. Yes. And they saw and said: "Yisroel Ber walks with Rebbe Yisroel — and he learns Breslov books. What — have you not heard? (not understood) He does not listen to his father and to us — and now — (not understood) — he wants only Breslov." And my father — I grieved him so greatly. Yes — there was so much grief. I said: "I want only Breslov." Yisroel Meir — Yisroel Meir — he knows — he knows a great deal. I told him a little. Yisroel Meir [Gabbai.] Gabbai. (not understood) Such great shouting as this — of the donkey owner — I have not seen. The donkey needs to eat — and I need to eat — what is this? If you have no money — don't travel. [Saba — we are praying Minchah.]</w:t>
      </w:r>
    </w:p>
    <w:p>
      <w:r>
        <w:t>…Holy tzaddikim — truth — and emunah — and… Oy — how good — how pleasant — how good. If there are {upon him} humiliations and shedding of blood — for the sake of truth — for the sake of the Holy One Blessed Be He — for the sake of the Torah — how good this is {for a person.} The holy Rabbainu speaks of this in Likutay Moharan in the Torah "Kra es Yehoshua." Rabbainu says: "The essence of teshuvah is humiliations and shedding of blood." "Yesh lahafoch dam l'dom" — one can transform 'blood' into 'silence.' (not understood) To the opponents — only silence — silence — silence — silence. 'Blood' and 'shedding of blood'? Silence! Oy — good — good! If only I had known how precious humiliations and shedding of blood are — I would have prayed to the Holy One Blessed Be He to give me more — and more — and more. And I saw how the Holy One Blessed Be He pays back. He — {Moshe Klirs} was a king with pride. Yes. And he had — his son — Elazar Klirs made a bank — he made the Klirs bank. A bank — yes — this was the biggest bank in Teveria. A bank. And I had no bread to give to small children — to children — not bread — not shoes — not bread — not a garment — nothing. I do not know how I am alive — and how my children are alive.</w:t>
      </w:r>
    </w:p>
    <w:p>
      <w:r>
        <w:t>…To reach Uman — all the world — England — America — to Uman? No! The people ask for a visa — where to? To Uman? No! No! Now the holy Rabbainu — he — he told them to enter the grave — into the grave. Yes. And he conquered the whole world. He is Uman — he — he is in Uman — and all who want can come — can come to Rabbainu. Such a wonder — that every person can come to Rabbainu. And he rectifies us — he helps us — he revives us — he — he gives us wisdom — and intelligence — and knowledge — and such light as has never been before. And now is the time that is close to the coming of Mashiach. Yes. The holy Rabbainu writes to me — and this — in his letter: "V'alecha amarti mein Feiyerel vet tlien biz Mashiach vet kumen." "Talmidi HaYakar." (not understood) "Talmidi HaYakar" — "V'alecha amarti mein Feiyerel vet tlien biz Mashiach vet kumen." And I was very broken then. So he wanted — he — to revive me. So he — he — so he comes and begins: "Me'od hayah kasheh li laredess lehagid lecha ki nehenaytis me'od" — (Saba draws out the word "very") — "me'avodascha. V'alecha amarti mein Feiyerel vet tlien biz Mashiach vet kumen." (not understood) "V'alecha amarti" — "V'alecha amarti" — nu. So the words of Rabbainu can testify — it is the generality of all the Torah — the generality of all the souls of Yisroel — all {the world.} Yes. He writes to you — to him — and to me — he enjoyed greatly. He writes: "Me'od hayah kasheh li laredess elecha" — and "V'alecha" — not — not only to you — to you — and to you — and to you — and to all of Yisroel. He has already conquered — he already knows how to help us — and how to take us out of the darkness — and how he illuminates in us the light of Hashem — and the Torah — and the emunah. What? Never yet has such a thing been in the world. Now — blessed be Hashem — it is possible for the world to draw close — that the holy Rabbainu — all the world can come to him in Uman — in two and a half hours — from Lod to Uman — two and a half hours. Nu — all the world knows — all the world knows that it was closed — and no human being could come to Uman. Yes — because they were enemies of people. The enemies did not — not — not allow reaching Uman. And we reached — we came to Uman — yes — in secrecy and in great suffering — we suffered very greatly. But now? Rabbainu told them to go — to go to Russia. I do not know — they do not know where they are. Not one has remained of all the Communists — without a bullet — without a war. Yes. And the holy Rabbainu became famous and great in the whole world — and everyone can come — even without a visa. I was by — by the President and by {Shamir.} Yes. (not understood) So they took him to the city — and it became known that he {the child} of — (not understood) — he — his mother took him. (not understood) So {Rebbe Yisroel} said to me that he was the name — his — of the child — he saw written on — on the tombstone. (not understood) {There was a child Yisroel — dead.} He is already — he is alive — he is alive. (not understood) Yes. But on the tombstone it is written {Yisroel} — dead. {Oy — Rabbainu — Rabbainu — Rabbainu. (not understood)} Such a matter — such wonders — such — as there are none in the world. That if — (not understood) — every person — {then} — all his words — he — he told the Ma'asiyos. (not understood) — {what there is} in the world such a wonder — that he can tell such stories. (not understood) — that this is such a wondrous matter. Oy — there will be more — there will be more. The whole world will know and recognize what Rebbe Nachman is. (not understood)</w:t>
      </w:r>
    </w:p>
    <w:p>
      <w:pPr>
        <w:pStyle w:val="Heading2"/>
      </w:pPr>
      <w:r>
        <w:t>Side B (Bais)</w:t>
      </w:r>
    </w:p>
    <w:p>
      <w:r>
        <w:t>He does not know what this is. Yes — he is a non-Jew. [A non-Jew.] (not understood) (someone speaks in Yiddish) He says — (not understood) — that a great deal of strengthening is needed. He is afraid of the Americans. (tape change)</w:t>
      </w:r>
    </w:p>
    <w:p>
      <w:r>
        <w:t>…We need {to live.} So it is impossible now. (not understood) Another year — another year — and another year. (not understood) (tape change)</w:t>
      </w:r>
    </w:p>
    <w:p>
      <w:r>
        <w:t>{Nu — hasten the time.} We need — (not understood) — so there is now at this time — a year — and another year — and another year. We shall wait. Then there will be by all of them — [a great downfall.] The whole world will be Breslov — at the coming of Mashiach. (not understood) And all will be nullified — all will fall and be nullified — nullified. They are nullifying themselves now as well. They — they calculate that Yisroel is above all — above all — above the whole world. They come from America. [In America their soldier is a great eagle — it is an eagle — this is the sign — the sign of the state — an eagle — this is the great eagle.] (a problem with the tape) Wait — just wait. [There is no strength to wait.] (not understood) Over the whole world — vanity — vanity — vanity and emptiness. They are nothing — they have nothing — only the Land of Yisroel — Yisroel and the Torah. And the Land of Yisroel — there is a sign — there is a sign in Sefer HaMidos. [Yes.] "Eretz Yisroel." Yes? [Yes.] Yes — it has it. [Yes.] "Eretz Yisroel." Have you prayed Minchah? [Not yet.] One must — one must hurry. [Yes.] So that the time does not pass. [Yes — we will go down.] [All good — Gut Yohr.] Gut Yohr. He wrote to the father and to the grandfather. [Yes.] I {left} him. And this was a year ago. (not understood) And the room was — was already entirely water — the room — great danger. And blessed be Hashem — he is alive — he came out of the room alive. There was darkness and wetness — entirely — entirely water. And I feared that he would die. What is this? This room — he had no choice — so only — only this room was his. (not understood) Ask him there — he will tell you what happened — where they were. (tape change)</w:t>
      </w:r>
    </w:p>
    <w:p>
      <w:r>
        <w:t>…Katamon as well — this is great miracles. Where was — (not understood) — every Jew — all the Jews — to captivity. Horowitz — Horowitz. [Yih — yih.] What is his name? [Shmuel — Shmuel.] Shmuel Horowitz. And all who were living in the Old City — did they all go into captivity? (not understood) Twenty years — not one Jew — for all twenty years. And now — the whole world will see — all of us are in the Land of Yisroel. The Land of Yisroel — the Land of Yisroel. They cannot do anything to us. When they speak — we tell them: "This is our land — this is the inheritance of our fathers — our fathers. This — this is our state — the Beis HaMikdash is ours — Yerushalayim is ours." Nu — what do you want? They are afraid that we will be above them — and they — (not understood) — they are afraid. Yes. But we did not give them anything. This is our state — each person can do in his own state what he wants. Go from here — are you the master of the house here? Shamir said to them: "Go from here. Do you have complaints? Here is a complete letter — that this is ours." What? This is our state — each one can lead the state as he wishes. You are not our master. ["Tamid aynei Hashem Elokecha bah merayshis hashanah v'ad acharis shanah."] They — they — they study Tanach. They know this. [They are afraid.] But they do not believe — they do not believe what there is in traveling to the Land of Yisroel — what is this? The Jews are here? We will be their servants — their slaves — their soldiers? So they are afraid of this. So they want there to be Arab control here as well — an Arab state too — and not only Yisroel. But it will not help them. We say to them: "No — no — no — no. This is our state — not of the Arabs." Nu — nu — Minchah — Minchah — Minchah. Nu. "Always a person must be careful with the prayer of Minchah." (not understood) (tape change)</w:t>
      </w:r>
    </w:p>
    <w:p>
      <w:r>
        <w:t>(not understood) Because he wants to print — and I had no money. But blessed be Hashem — now I have money. Blessed be Hashem. [To begin.] To begin and to finish. [To distribute throughout the whole world.] [Rebbe Yisroel Kardonner gave his soul.] Rebbe Yisroel Kardonner? [Rebbe Yisroel Kardonner gave his soul to print the books.] Yes — he gave his soul — and the soul of his household — his family — and all. (not understood) Yes — to print — to print. (not understood) There was one Sephardic man — there was — there was — a cobbler. And he bought from Rebbe Yisroel a book — one book that appealed to him. So he — he — he — he gave him all the honor in the world. This book? He did not — not see. This cobbler was like the Simple Man — the Simple Man — his shoe had three tips — and he praised it and said that it was… And he gave to Rebbe Yisroel Kardonner all the honor in the world. (not understood) Who — Rav Klirs — he gave him as well. [Yes?] Yes — the family. He wrote to the family to come. After I had drawn close — so he could not go to Tzfas — because of me — I was in Teveria — and I was a bridegroom from Tzfas. So the whole world would say — all the opponents — I went to the army. So he wrote to his wife to come to Teveria. He could not come to Tzfas. And as soon as she — as soon as she received the letter — she went to the donkey owner — she wants to travel to Teveria. And she did not have even one penny — (not understood) — to Teveria — to pay for the donkey. No. The donkey owner — he came to Tzfas — and she said to him: "She has no money — nothing." So he said to him: "What — don't you also need to eat? I need to eat — this is not… Bring money — bring money!" So she did not have any. He took all the belongings — (not understood) — everything — everything he took. (not understood) "Bring money! The donkey worked the whole day and he needs to eat — and I also — I need to eat — and the family also — they also need to eat. Money — bring money!" [What happened in the end?] In the end it was… [Did he take her?] There was in Teveria a couple — a couple famous throughout the whole world. When night came there was — (not understood) — such shouting. What was the dispute? Everything he said — she — she [said the opposite] — said the opposite. Everything he said — she did not want — no — no — the opposite. I am h… His name was Moshe — Moshe — Moshe from Bobrisk. There is in Russia a city whose name is Bobrisk. There — he — he is Moshe — and his wife's name was Rachel. I went to him and said to him: "Know — the wife of Rebbe Yisroel — with the small children — they need a place to sleep. Perhaps you will go — you and your wife — {to the sons.}" He had a large house — like the Simple Man he had a large house. "You will give the house to Rebbe Yisroel — to the wife of Rebbe Yisroel." He said to me: "You do not know — who does not know of this? Everything I say — the opposite." So he said to me: "I will not speak at all. You go and speak with her. Yes — and say that I do not know what to do." I came and I explained to her. I said to her: "Small children — in the market — they have no place to sleep and eat. There are no small children — five small children." So she was afraid. She said: "Yes — yes." She — yes — the husband says to her such and such — so she does — she says: "No — no — no — in no way — in no way." But precisely — I went — and I succeeded — and she agreed. [She went.] She went to the sons. She gave the large house. It was large like a soup kitchen. They did not have that night — a large house and a large bed — for the children. And there was great joy. [Who paid for the donkey?] Who paid for the donkey? In the morning we went — and Rebbe Yisroel did not speak with me. (not understood) He was a great opponent. He said to him: "My wife and my sons came for the Passover holiday. And I — I have no house — apartment — I have no money — I have no means to pay for the donkey." I was — I walked together with him — I was with him. So Rav Moshe said to him: "Go search for an apartment — first of all an apartment — because they have no place to be — no place to live." He went and succeeded — and found a good large spacious apartment. Yes. And he said to him — said to him: "I found — I found an apartment. But money — money? How much money?" He said to him: "So and so many shekels — so and so many shekels." He opened the — [drawer] — drawer — and gave him the money. Like this it was — like this he does to me. The biggest opponent — the Rav of all the opponents. [He gave the money.] He gave the money — for the donkey — and for — (not understood) — he has great merit. There is a great deal to tell — {only about this} — there is a great deal to tell. He was a child — and he sat — and his father was {buying bread — Rav Meir — Meir.} (not understood) Yes. And Rabbainu's people — the people — the people of Rabbainu — were in the Land of Yisroel. (not understood) And he was a child — he {learned.} But the people of our circle — or he was a {son of} Torah. (not understood) But he had — he had a great mind. And he became a rabbi — and became a rabbi — and became — (not understood) — yes. And he became a Slonim Chassid. He did not hold with Breslov — there was not. (not understood) And he became a Slonim Chassid. Yes. He was an opponent. Yes. He was a great opponent. But he — (not understood) — Breslov is a great thing. (not understood) Yes. But he did not reveal what is {around him} — he did not reveal. But — (not understood) — Rebbe Yisroel knew of this — that he had become — (not understood) — Breslov. He went to him {to Moshe} and said to him: "The children are at Rav Moshe's." (not understood) He said: "I cannot speak. If I speak — then it will be — (not understood) — so you speak — and then perhaps — perhaps." (not understood) I went — and he — (not understood) — I said to him: "The children came dumbly into the market." So I ask — so — to Rebbe Moshe: "Give {a circle} to the children." And the house was a large house. And I said {to myself}: "With five small children — one needs a large house." Yes — in any case — at night there was — there was — there was for them — (not understood) — to sleep. Yes. And in the morning he took me to the Rav — Rav Moshe Klirs. And he said to him: "My wife and my sons came for the Passover holiday." And there was — (not understood) — so {he said} to him: "Go — search for an apartment. Search for an apartment and come and tell me how much it costs." Yes — like the… He came and said to him that it costs — (not understood) — how much money. {Take the} apartment. He gave him all the money. (not understood) I already had an apartment for — (not understood) — and his wife and the children. (not understood) What is this — I did not hear. (not understood) Why — {did you travel?} — if there is no money — {one does not travel.} But I knew nothing. In the morning — after {the prayer} — he walked with me to the Rav. And I thought that he {would throw him out} of the house. What — why did you not give — (not understood) — nu — I could not not tell him. I cannot leave Rebbe Yisroel. (not understood) [Moshe.] He knew of this. He {understood} it. He was a scholar — he understood it. My mother — (not understood) — she — he told him — he said to him — that he had sent {a letter to come.} Only — he wrote that I have no — bring me the money. "Greetings to the children {on the Passover holiday}." He said to him — that he had written to him — that this {is for him.} He came — there was {a small difficulty} with him. She came — and I have no apartment. So — (not understood) — he came to him in the morning. He went — he found a very beautiful apartment. (not understood) — that Teveria is not like {in the past}. So Teveria had already become — (not understood) — {this is not — not.} "Go — buy the apartment — tell me — come and tell me how much money." He went and succeeded — and found a fine — good — large apartment. Yes. The landlord wants — (not understood) — to travel for two months. Good. So he opened the drawer — and gave him all the money that he needed. He already had money for the children to eat. And he had also an apartment — a large apartment. [And matzos?] Ah? [Matzos — matzos — did he buy them afterwards?] Matzos? [Of course.] Yih — yih. There was — some days before the Passover holiday — matzos. He had matzos. (not understood) I was learning in the yeshiva — and I knew one scribe — who needed a livelihood. He does binding for the purpose of milling — and he has — he milled — (not understood) — flour — kosher flour. So he came — yes. Rebbe Yisroel: "I will give you." So Rebbe Yisroel said to him: "Good — give it to me. But money — I have no money now. I am afraid of you people." He gave him whatever he wanted. From there I went to whoever has an oven. I — (not understood) — he saw Rebbe Yisroel. He heard rumors. And he knew that he — (not understood) — "I need to bake matzos." "Good — I will give you — but money? I have none now — afterwards I will give you." So he — "I am afraid of you people — you — (not understood) — I will do without money." Like this and like this it was. Yes. No one — not — {Breslov} — the Holy One Blessed Be He arranged for him one man from Yavne'el. Yavne'el — there was there an old man — one man — who loved Breslov. So Rebbe Yisroel said to him: "He needs warm clothing — and he needs money." He brought money. (not understood) "Go and receive warm clothing." And also he gave him to eat. He had chickens — he took a large chicken. (not understood) And made — for him and for me — a soup. And said to him to eat. Rebbe Yisroel said to him: "I do not eat — only bread and tea." He said to him: "The utensil is kosher — do not be afraid." No — he said to him: "Not from this. I want only bread and tea." "But I have already prepared the soup — I have already cooked — already cooked — and it is ready." Nu — if Rebbe Yisroel will not eat — I also did not eat. Nu — he laughed with me. (not understood) For what has he come? He said to him — he has come. (not understood) So he said to him: "Go — search for an apartment — and tell me how much it costs." The landlord was very happy and said to him: "The apartment — I want to be in Teveria…"</w:t>
      </w:r>
    </w:p>
    <w:p>
      <w:r>
        <w:br w:type="page"/>
      </w:r>
    </w:p>
    <w:p>
      <w:pPr>
        <w:pStyle w:val="Heading1"/>
      </w:pPr>
      <w:r>
        <w:t>Tape 16</w:t>
      </w:r>
    </w:p>
    <w:p>
      <w:pPr>
        <w:pStyle w:val="Heading2"/>
      </w:pPr>
      <w:r>
        <w:t>Side A (Aleph)</w:t>
      </w:r>
    </w:p>
    <w:p>
      <w:r>
        <w:t>…[Here — here — here.] President Sharett — is he — is he here? (Saba laughs.) [His name pursues you until today.] [He wants rectification — how would it not pursue him?] [Shazar.] He said to him: "You are not my friend — and not Ben Gurion. Yisroel Ber Odesser — he is my friend!" (Saba laughs.)</w:t>
      </w:r>
    </w:p>
    <w:p>
      <w:r>
        <w:t>…The opponents said on the Shabbos that he was in Yeru… — that he walked to Yerushalayim on foot — Rav Tzvi Rosenthal. [Yes.] They said that they had sent him to Uman — "you do not know — not — Breslov. They sent him to Uman. He — he is not in the Land." (Saba laughs.)</w:t>
      </w:r>
    </w:p>
    <w:p>
      <w:r>
        <w:t>…[Shazar.] He said: "Ben Gurion and Moshe Sharett — they are not my friends. My friend is only Yisroel Ber — Yisroel Ber Odesser." (Saba laughs.)</w:t>
      </w:r>
    </w:p>
    <w:p>
      <w:r>
        <w:t>[I have a brother — Rafael — I want him to be like me — to sing "Na Nach" — yes — to be Breslov. So he needs such a song for him — a blessing for him.] Ah? [He will be a great Chassid — with Hashem's help.] May Hashem bless him with all salvations — [Amen] — in Torah and yiras Shamayim — and emunah and teshuvah. [Rafael — Rafael ben Shoshana.] Chaim ben Shoshana. [No.] Ah? [Rafael — Rafael.] Rafael ben Shoshana. [Amen — amen — that he should draw close to Rabbainu Nachman.] [Also Gad — Gad ben Rina — Gad ben Rina.] That he merit salvation in the merit of Rabbainu — Rabbainu — "Na Nach Nachma Nachman MayUman." [Now I have another brother — I have a brother who is fine — Shealtiel — Shealtiel ben Shoshana.] Shealtiel ben Shoshana. [May they be good soldiers for Rabbainu — to distribute "Na Nach."]</w:t>
      </w:r>
    </w:p>
    <w:p>
      <w:r>
        <w:t>…I want. [Are you warm? Saba — ah — you did not say Tikkun HaKlali.] No — I already forgot. [So say: "Michtam l'David — shomraini El ki chasisi vach."] [Say: "Hareyni mekasher atzmi…"]</w:t>
      </w:r>
    </w:p>
    <w:p>
      <w:r>
        <w:t>…(One hears a cassette of songs playing.)</w:t>
      </w:r>
    </w:p>
    <w:p>
      <w:r>
        <w:t>…And also they have children. Incidentally they also have sons as well. But the main thing for them is the desire — the… "And these tzaddikim — the tzaddikim — they get married for the sake of children — they want children — for this they get married!" (Saba laughs.) They thought that this — it was hard for them. They did not — not know how to answer this. And he gave them a sufficient response. And they — they — they did not answer. (Saba laughs.) And they nullified themselves before Rebbe Yisroel — and they loved him for all that he had spoken with them — and he answered them everything. And they nullified themselves — and they drew close — and they drew close to Rabbainu. Yes. And they supported him and… Yes. Oy. (Saba laughs.) They did not — the first time in their lives — the three — the three wise ones — they — they saw for the first time in their lives such a commotion. So when they heard — so they asked: "What is this commotion? What? What is there?" "Ho — have you not heard that Yisroel Ber has become Breslov?" "We heard. Nu — so what?" "What? — they took him — Rav Tzvi (Rosenthal.)" And they told him. They saw such commotion — such — what is this Breslov? And Rav Tzvi went to pray. (Saba laughs.) On Sunday I was afraid — perhaps the village chief wants money? He will come again and take me to prison. Money — "Where is Rav Tzvi? Money — only money — money!" (Saba laughs.) So — so I saw a place near the Karlin synagogue — a place — a closed place — a place where one cannot see. I was there the whole day near the synagogue. Yes. Perhaps Mordechai will come with the policemen — I… And they — not one person knew who — where — where I am. So they will go to search. (Saba laughs.) In any case I — I was there until Minchah. At Minchah I went up — from the place where I was — to the synagogue — to pray Minchah — to hear Kedushah and… There came — there came the elder — Rav Kehas — Rav Kehas — he — he was a Karliner. And also — and also the father of the wife — of the wife of Rav Tzvi Rosenthal — was also a Karliner. And they were friends. So Rav Kehas went to pray Minchah — and heard that the police had taken Mordechai — the village chief — to Istanbul. And there is against him a great complaint — that he is a spy — that he… Yes. So Rav Kehas said: "This is Rebbe Yisroel (Kardonner) — Rebbe Yisroel — this is the doing of Rebbe Yisroel — Rebbe Yisroel — he punished him — he — he — he gave him a punishment. Hashem gave him a punishment for this — for this Shabbos — he — they took him. And from that time he vanished — I did not see him. He had… Teveria did not see him anymore. Perhaps he… I think they killed him. A spy — there was a complaint that he is a spy. So the English — they — they — they — they were at war with Turkey. And here was Turkey — also Syria was Turkey — and Lebanon was Turkey — everything was Turkey. Yoy — and… Nu — Turkey. And the complaint was that Mordechai is a spy — he — he — he is a spy — everything there is here in Turkey — he passes on to the enemy — to their enemy. So this is espionage. So he did not return alive — from the day — from that first day. He did not return to Teveria — not to the Land of Yisroel. Not — not known where — where he is — where he is. Yes. Whether they killed him and… In any case — not known. Teveria remained without the village chief — without Mordechai! Yes. (Saba laughs.) He made such a Shabbos — so he had such a Sunday — that they took him to Istanbul — and he did not return alive. (Saba laughs.) This was like a spectacle — such a spectacle. The whole city was in uproar. The Sephardim — they — they are a people unto themselves. They do not know what there is among the Ashkenazim. And the Ashkenazim do not know what there is among the Sephardim. Two — two — two separate faiths — this is Sephardim — and this is Ashkenazim. Yes. The one of them does not resemble the other. But the affair of Rav Tzvi (Rosenthal)? There was all — all the city — all the Sephardim knew that such a thing — such a thing had happened. (Saba laughs.) That Rav Tzvi went to pray — to pray on Friday — and not — and not returned! (Saba laughs.) Nu — the whole city — both the Ashkenazim and the Sephardim — all were — all were — there was such a commotion: "How does one take… How does one do such a thing? On Friday — one goes to pray — and not…?" (Saba laughs.) This — this is not — this — this is such a wondrous affair as we have not yet heard! The affair — how is it possible…? How does one do such a thing? (Saba laughs.) He walked on Friday to Yerushalayim on foot. He had no money to travel. He walked on Friday — he went to pray — and from the synagogue he walked to Yerushalayim. (Saba laughs.) Has such an affair ever been heard? The uproar that there was in all of Teveria — among the Ashkenazim and the Sephardim — there was… Everyone spoke of Breslov: "What is this?"</w:t>
      </w:r>
    </w:p>
    <w:p>
      <w:pPr>
        <w:pStyle w:val="Heading2"/>
      </w:pPr>
      <w:r>
        <w:t>Side B (Bais)</w:t>
      </w:r>
    </w:p>
    <w:p>
      <w:r>
        <w:t>[…Saba — Saba — I have — {I have no voice — I am here} — I am Gavriel — Gavriel wants a pidyon.] "Yomtaku kol hadinim v'chol hagevaros [Amen — in the merit of "Na Nach Nachma Nachman MayUman."] mealaynu umay'al kol Yisroel." [Amen.] [Saba — do you want to drink water? To drink water.] Water — no. [Only tea without sugar.] Ah? [Tea and bread.] [More air? Saba — more air?] Meron — in Meron there is — there is… [In Meron it is pleasant.] Ho — ho. [There is a great deal of air — everyone wants a little air.]</w:t>
      </w:r>
    </w:p>
    <w:p>
      <w:r>
        <w:t>[Not yet finished.] Money — no. {Divine Providence — this} — there is money here. (Saba laughs.) [Saba — Saba — Gavriel.]</w:t>
      </w:r>
    </w:p>
    <w:p>
      <w:r>
        <w:t>[Saba — do you remember — I came to you in Yerushalayim? Do you remember — I came to you in Yerushalayim? To Yerushalayim — to Yerushalayim.] Do you want to travel to Yerushalayim? Good — good. I will go with you. But you drive.</w:t>
      </w:r>
    </w:p>
    <w:p>
      <w:r>
        <w:t>[Saba — tell us about the Petek — about the Petek — how did the Petek come into the world.] Ah? [How did the Petek come into the world?] You do not know that there is a Petek? How is it possible to sleep? (Saba laughs.) [How did it come? Saba — how did the Petek come? Saba.] [I had a personal experience through my daughter — I was in the hospital — and I said "Na Nach." She needed hospitalization in the lung ward. I said: "I have such a Petek — what do I have? Doctors — blood tests — and tests of this — they already said: one needs to go to the third floor — injections in the back — all these tests." I said: "I have this Petek." My sister's son brought me this: "Na Nach Nachma Nachman MayUman." No one knows what I am murmuring. Within an hour — the doctors said — but she was not like this. They did her again — tests — tests — "Fine — go home — be in contact with us if you feel a change." I already know this hospital.] (Saba shouts: "Ah — ah — ah — ah.") [My sister's son had an accident — he was saved by a miracle. By a miracle he came out of the accident. This too {is connected} with the Petek — "Na Nach." One said: "He merited {to survive} the accident" — he said "Na Nach Nachma Nachman MayUman" — four friends — nothing happened to them.] (Saba laughs.) [Saba — tell us about Rebbe Yisroel Kardonner.]</w:t>
      </w:r>
    </w:p>
    <w:p>
      <w:r>
        <w:t>[Saba — Breslov Chassidim — there are none in the world — there are none!] [There are — what do you mean there are none?] [There are none like them.] [Ah — there are none like them.] [Rebbe Yisroel.] Ah. [In America there is a storm — a storm — a storm.] Is there an answer? [A storm — a storm.] What is there? A war? What is there in America? [A storm — winds — winds.] Ah? [A storm-wind.] I have not heard. What is there in America? [There is a storm.] [The non-Jews are falling — falling.] Yes? [With blows — receiving — all the non-Jews are receiving blows.] Yes? Really? [Really.] (Saba laughs.) Without the Blacks? [Without the Blacks.] (Saba laughs.) [In California.] California. [Yes — there are such winds there — in Florida and Miami — Saba — soon all the Jews will flee to the Land — and the non-Jews will remain without Jews — what will be?]</w:t>
      </w:r>
    </w:p>
    <w:p>
      <w:r>
        <w:t>…[President Shazar — the President.] Nu — yes. She wants a divorce. [Yes.] What is this? This is a friend? Yisroel Ber — he is your friend? What is this? What kind of President is this? I — I — "Give me a divorce — I do not want such a President!" (Saba laughs.) [Who wanted a divorce? Saba.] Such a husband. [Who wanted a divorce?] Ah? His wife. Yes — she does not want a friend of — a friend like me. What? Is this your friend? Where is Ben Gurion? Where — who else? [Ben Tzvi.] Ah? [President Ben Tzvi.] Moshe Sharett — where is he? So he said: "Ben Gurion is not my friend — and not Sharett. My friend is only Yisroel Ber Odesser." (Saba laughs.) He — "Let us go to the rabbinic court — I — I want a divorce. What is this? Is this a President?" (Saba laughs.) And there was a dispute between them — and she said: "Only a divorce — if such a friend? A divorce!" (Saba laughs.) Oy.</w:t>
      </w:r>
    </w:p>
    <w:p>
      <w:r>
        <w:br w:type="page"/>
      </w:r>
    </w:p>
    <w:p>
      <w:pPr>
        <w:pStyle w:val="Heading1"/>
      </w:pPr>
      <w:r>
        <w:t>Tape 17</w:t>
      </w:r>
    </w:p>
    <w:p>
      <w:pPr>
        <w:pStyle w:val="Heading2"/>
      </w:pPr>
      <w:r>
        <w:t>Side A (Aleph)</w:t>
      </w:r>
    </w:p>
    <w:p>
      <w:r>
        <w:t>...and he showed the president {….}, what was his name?</w:t>
      </w:r>
    </w:p>
    <w:p>
      <w:r>
        <w:t>[Herzog? Who? Herzog?]</w:t>
      </w:r>
    </w:p>
    <w:p>
      <w:r>
        <w:t>The previous president, before Shazar</w:t>
      </w:r>
    </w:p>
    <w:p>
      <w:r>
        <w:t>[…]</w:t>
      </w:r>
    </w:p>
    <w:p>
      <w:r>
        <w:t>[Levi Eshkol]</w:t>
      </w:r>
    </w:p>
    <w:p>
      <w:r>
        <w:t>Eh?</w:t>
      </w:r>
    </w:p>
    <w:p>
      <w:r>
        <w:t>[Levi Eshkol?]</w:t>
      </w:r>
    </w:p>
    <w:p>
      <w:r>
        <w:t>[Levi Eshkol?]</w:t>
      </w:r>
    </w:p>
    <w:p>
      <w:r>
        <w:t>Eh..</w:t>
      </w:r>
    </w:p>
    <w:p>
      <w:r>
        <w:t>[Or Ben Zvi?]</w:t>
      </w:r>
    </w:p>
    <w:p>
      <w:r>
        <w:t>[……..]</w:t>
      </w:r>
    </w:p>
    <w:p>
      <w:r>
        <w:t>What was his name?</w:t>
      </w:r>
    </w:p>
    <w:p>
      <w:r>
        <w:t>[Yitzchak Navon]</w:t>
      </w:r>
    </w:p>
    <w:p>
      <w:r>
        <w:t>Ben Zvi, Ben Zvi</w:t>
      </w:r>
    </w:p>
    <w:p>
      <w:r>
        <w:t>[Ben Zvi, Ben Zvi]</w:t>
      </w:r>
    </w:p>
    <w:p>
      <w:r>
        <w:t>President Ben Zvi, he read the letters and told him to close it and keep them</w:t>
      </w:r>
    </w:p>
    <w:p>
      <w:r>
        <w:t>This will be a great benefit for the generations to come</w:t>
      </w:r>
    </w:p>
    <w:p>
      <w:r>
        <w:t>[Yes?]</w:t>
      </w:r>
    </w:p>
    <w:p>
      <w:r>
        <w:t>So I have two, two presidents who said that this would be good</w:t>
      </w:r>
    </w:p>
    <w:p>
      <w:r>
        <w:t>And his wife said, shouted and cried:</w:t>
      </w:r>
    </w:p>
    <w:p>
      <w:r>
        <w:t>“I do not want friends like these, they will say about you that you are crazy, you will not be president”</w:t>
      </w:r>
    </w:p>
    <w:p>
      <w:r>
        <w:t>It is such a game, whoever is here</w:t>
      </w:r>
    </w:p>
    <w:p>
      <w:r>
        <w:t>The letters, he, is not, he can..</w:t>
      </w:r>
    </w:p>
    <w:p>
      <w:r>
        <w:t>[To get out of the lusts]</w:t>
      </w:r>
    </w:p>
    <w:p>
      <w:r>
        <w:t>[To cleanse him]</w:t>
      </w:r>
    </w:p>
    <w:p>
      <w:r>
        <w:t>[Where are the letters?]</w:t>
      </w:r>
    </w:p>
    <w:p>
      <w:r>
        <w:t>(Saba laughs)</w:t>
      </w:r>
    </w:p>
    <w:p>
      <w:r>
        <w:t>[Saba..]</w:t>
      </w:r>
    </w:p>
    <w:p>
      <w:r>
        <w:t>What is this? (not understood)</w:t>
      </w:r>
    </w:p>
    <w:p>
      <w:r>
        <w:t>[Yes, this is Chaya daughter of Nechemia]</w:t>
      </w:r>
    </w:p>
    <w:p>
      <w:r>
        <w:t>[Pidyon]</w:t>
      </w:r>
    </w:p>
    <w:p>
      <w:r>
        <w:t>Eh?</w:t>
      </w:r>
    </w:p>
    <w:p>
      <w:r>
        <w:t>[Pidyon]</w:t>
      </w:r>
    </w:p>
    <w:p>
      <w:r>
        <w:t>[Daughter of Nechemia and Edna]</w:t>
      </w:r>
    </w:p>
    <w:p>
      <w:r>
        <w:t>[This is a pidyon so that she will be a little healthy.. Chaya daughter of Nechemia and Edna]</w:t>
      </w:r>
    </w:p>
    <w:p>
      <w:r>
        <w:t>[Chaya]</w:t>
      </w:r>
    </w:p>
    <w:p>
      <w:r>
        <w:t>“May all the judgments be sweetened... from upon Aniyah..”</w:t>
      </w:r>
    </w:p>
    <w:p>
      <w:r>
        <w:t>[Chaya, Chaya]</w:t>
      </w:r>
    </w:p>
    <w:p>
      <w:r>
        <w:t>[Chaya daughter of Nechemia]</w:t>
      </w:r>
    </w:p>
    <w:p>
      <w:r>
        <w:t>Chaya Aniyah</w:t>
      </w:r>
    </w:p>
    <w:p>
      <w:r>
        <w:t>[Daughter of Nechemia]</w:t>
      </w:r>
    </w:p>
    <w:p>
      <w:r>
        <w:t>Eh? Batya..</w:t>
      </w:r>
    </w:p>
    <w:p>
      <w:r>
        <w:t>[Nechemia and Edna]</w:t>
      </w:r>
    </w:p>
    <w:p>
      <w:r>
        <w:t>Nechemia, daughter of Nechemia</w:t>
      </w:r>
    </w:p>
    <w:p>
      <w:r>
        <w:t>[And Edna]</w:t>
      </w:r>
    </w:p>
    <w:p>
      <w:r>
        <w:t>[And Edna]</w:t>
      </w:r>
    </w:p>
    <w:p>
      <w:r>
        <w:t>And Edna?</w:t>
      </w:r>
    </w:p>
    <w:p>
      <w:r>
        <w:t>[Yes]</w:t>
      </w:r>
    </w:p>
    <w:p>
      <w:r>
        <w:t>[And Edna]</w:t>
      </w:r>
    </w:p>
    <w:p>
      <w:r>
        <w:t>[Edna, Edna]</w:t>
      </w:r>
    </w:p>
    <w:p>
      <w:r>
        <w:t>Nu..</w:t>
      </w:r>
    </w:p>
    <w:p>
      <w:r>
        <w:t>[And Edna]</w:t>
      </w:r>
    </w:p>
    <w:p>
      <w:r>
        <w:t>Through a supernal wonder.. (Saba continues the pidyon).. Amen</w:t>
      </w:r>
    </w:p>
    <w:p>
      <w:r>
        <w:t>[Amen]</w:t>
      </w:r>
    </w:p>
    <w:p>
      <w:r>
        <w:t>{..}</w:t>
      </w:r>
    </w:p>
    <w:p>
      <w:r>
        <w:t>[And this belongs to Ben David, Ben David, I forgot his name..]</w:t>
      </w:r>
    </w:p>
    <w:p>
      <w:r>
        <w:t>[……]</w:t>
      </w:r>
    </w:p>
    <w:p>
      <w:r>
        <w:t>Ben, Ben David</w:t>
      </w:r>
    </w:p>
    <w:p>
      <w:r>
        <w:t>[Ben David, who?]</w:t>
      </w:r>
    </w:p>
    <w:p>
      <w:r>
        <w:t>[Binyamin, Binyamin Ben David]</w:t>
      </w:r>
    </w:p>
    <w:p>
      <w:r>
        <w:t>Eh?</w:t>
      </w:r>
    </w:p>
    <w:p>
      <w:r>
        <w:t>[Binyamin Ben David]</w:t>
      </w:r>
    </w:p>
    <w:p>
      <w:r>
        <w:t>Binyamin Ben David</w:t>
      </w:r>
    </w:p>
    <w:p>
      <w:r>
        <w:t>[Yes]</w:t>
      </w:r>
    </w:p>
    <w:p>
      <w:r>
        <w:t>(Saba makes the pidyon).. and all of Yisroel</w:t>
      </w:r>
    </w:p>
    <w:p>
      <w:r>
        <w:t>[And this is from us]</w:t>
      </w:r>
    </w:p>
    <w:p>
      <w:r>
        <w:t>[And this, and this is us]</w:t>
      </w:r>
    </w:p>
    <w:p>
      <w:r>
        <w:t>They should have brought Shazar’s wife, in order to see this</w:t>
      </w:r>
    </w:p>
    <w:p>
      <w:r>
        <w:t>How they do it, do it, they give and give and give me pidyonos</w:t>
      </w:r>
    </w:p>
    <w:p>
      <w:r>
        <w:t>Whose is this?</w:t>
      </w:r>
    </w:p>
    <w:p>
      <w:r>
        <w:t>[It is us, I am the Gavrieli]</w:t>
      </w:r>
    </w:p>
    <w:p>
      <w:r>
        <w:t>“May it be Your will..</w:t>
      </w:r>
    </w:p>
    <w:p>
      <w:r>
        <w:t>[Avigail]</w:t>
      </w:r>
    </w:p>
    <w:p>
      <w:r>
        <w:t>That not..</w:t>
      </w:r>
    </w:p>
    <w:p>
      <w:r>
        <w:t>[Son of Chaim, son of Chaim]</w:t>
      </w:r>
    </w:p>
    <w:p>
      <w:r>
        <w:t>May all the judgments and harsh severities be sweetened from upon Avigail.. “Avigail”?</w:t>
      </w:r>
    </w:p>
    <w:p>
      <w:r>
        <w:t>[The woman, Avigail, yes]</w:t>
      </w:r>
    </w:p>
    <w:p>
      <w:r>
        <w:t>A woman’s name</w:t>
      </w:r>
    </w:p>
    <w:p>
      <w:r>
        <w:t>[Yes, I, I am the Gavriel]</w:t>
      </w:r>
    </w:p>
    <w:p>
      <w:r>
        <w:t>[His wife, his wife]</w:t>
      </w:r>
    </w:p>
    <w:p>
      <w:r>
        <w:t>Ah, you are Chaim Gavriel?</w:t>
      </w:r>
    </w:p>
    <w:p>
      <w:r>
        <w:t>(Saba says the pidyon).. Amen</w:t>
      </w:r>
    </w:p>
    <w:p>
      <w:r>
        <w:t>[Amen]</w:t>
      </w:r>
    </w:p>
    <w:p>
      <w:r>
        <w:t>[………………………………………………...]</w:t>
      </w:r>
    </w:p>
    <w:p>
      <w:r>
        <w:t>[Saba, David wants to bring more, with Hashem’s help]</w:t>
      </w:r>
    </w:p>
    <w:p>
      <w:r>
        <w:t>President Shazar had two wives</w:t>
      </w:r>
    </w:p>
    <w:p>
      <w:r>
        <w:t>He had one from America who was in his house, and also his wife</w:t>
      </w:r>
    </w:p>
    <w:p>
      <w:r>
        <w:t>And there was a dispute between them, she was religious..</w:t>
      </w:r>
    </w:p>
    <w:p>
      <w:r>
        <w:t>[…]</w:t>
      </w:r>
    </w:p>
    <w:p>
      <w:r>
        <w:t>And she said that he was a great man, (not understood) and there was a dispute between them, yes</w:t>
      </w:r>
    </w:p>
    <w:p>
      <w:r>
        <w:t>And she said:</w:t>
      </w:r>
    </w:p>
    <w:p>
      <w:r>
        <w:t>“Only a get, with a friend like this? A get!”</w:t>
      </w:r>
    </w:p>
    <w:p>
      <w:r>
        <w:t>[……………………………………………...]</w:t>
      </w:r>
    </w:p>
    <w:p>
      <w:r>
        <w:t>Oy vey iz mir, we do not, do not customarily accept pidyonos, and engage in things like these</w:t>
      </w:r>
    </w:p>
    <w:p>
      <w:r>
        <w:t>But what can we do</w:t>
      </w:r>
    </w:p>
    <w:p>
      <w:r>
        <w:t>[This, the Holy One, blessed is He, sent us]</w:t>
      </w:r>
    </w:p>
    <w:p>
      <w:r>
        <w:t>So we will bless the, the Jewish people, {all the Jewish people}, answer them all, {all of us}</w:t>
      </w:r>
    </w:p>
    <w:p>
      <w:r>
        <w:t>If we bless Yisroel, is that a small thing? Bless us!</w:t>
      </w:r>
    </w:p>
    <w:p>
      <w:r>
        <w:t>[…., he, with Hashem’s help, that he should succeed, with Hashem’s help, the doctors will find..]</w:t>
      </w:r>
    </w:p>
    <w:p>
      <w:r>
        <w:t>[That he should draw close to Rabbainu]</w:t>
      </w:r>
    </w:p>
    <w:p>
      <w:r>
        <w:t>[…………………….]</w:t>
      </w:r>
    </w:p>
    <w:p>
      <w:r>
        <w:t>[…………………….]</w:t>
      </w:r>
    </w:p>
    <w:p>
      <w:r>
        <w:t>Do you have “Av”i HaNachal”?</w:t>
      </w:r>
    </w:p>
    <w:p>
      <w:r>
        <w:t>[I have it, yes, baruch Hashem]</w:t>
      </w:r>
    </w:p>
    <w:p>
      <w:r>
        <w:t>Yes?</w:t>
      </w:r>
    </w:p>
    <w:p>
      <w:r>
        <w:t>[Yes]</w:t>
      </w:r>
    </w:p>
    <w:p>
      <w:r>
        <w:t>[Today we received it, today we received it]</w:t>
      </w:r>
    </w:p>
    <w:p>
      <w:r>
        <w:t>He began to pray..</w:t>
      </w:r>
    </w:p>
    <w:p>
      <w:r>
        <w:t>[Yes]</w:t>
      </w:r>
    </w:p>
    <w:p>
      <w:r>
        <w:t>Every day with a tallis and tefillin, and his wife said to him:</w:t>
      </w:r>
    </w:p>
    <w:p>
      <w:r>
        <w:t>“Are you crazy? What is with you? You will be president? You pray every day, you are president?”</w:t>
      </w:r>
    </w:p>
    <w:p>
      <w:r>
        <w:t>[Saba, I brought you the kippah, my kippah; see if it is all right]</w:t>
      </w:r>
    </w:p>
    <w:p>
      <w:r>
        <w:t>[…………...]</w:t>
      </w:r>
    </w:p>
    <w:p>
      <w:r>
        <w:t>(Saba blesses someone).. all the blessings and all the salvations</w:t>
      </w:r>
    </w:p>
    <w:p>
      <w:r>
        <w:t>[Amen]</w:t>
      </w:r>
    </w:p>
    <w:p>
      <w:r>
        <w:t>For us and all Yisroel</w:t>
      </w:r>
    </w:p>
    <w:p>
      <w:r>
        <w:t>Now is the time of the redemption, the time and the end have arrived, very near, we do not know the day, but it is near</w:t>
      </w:r>
    </w:p>
    <w:p>
      <w:r>
        <w:t>So says Rebbe Nachman</w:t>
      </w:r>
    </w:p>
    <w:p>
      <w:r>
        <w:t>And it is also written in the Petek</w:t>
      </w:r>
    </w:p>
    <w:p>
      <w:r>
        <w:t>[My little fire]</w:t>
      </w:r>
    </w:p>
    <w:p>
      <w:r>
        <w:t>“And about you I said, my little fire will smolder until Mashiach comes”</w:t>
      </w:r>
    </w:p>
    <w:p>
      <w:r>
        <w:t>This, “about you I said,” and you will be in depression?</w:t>
      </w:r>
    </w:p>
    <w:p>
      <w:r>
        <w:t>You need to be, always to be joyful</w:t>
      </w:r>
    </w:p>
    <w:p>
      <w:r>
        <w:t>Do you have the Petek? The Petek, do they have a Petek?</w:t>
      </w:r>
    </w:p>
    <w:p>
      <w:r>
        <w:t>[Yes, yes]</w:t>
      </w:r>
    </w:p>
    <w:p>
      <w:r>
        <w:t>[Do you want one? Saba]</w:t>
      </w:r>
    </w:p>
    <w:p>
      <w:r>
        <w:t>“Na Nach”</w:t>
      </w:r>
    </w:p>
    <w:p>
      <w:r>
        <w:t>[Do you want one? Take]</w:t>
      </w:r>
    </w:p>
    <w:p>
      <w:r>
        <w:t>Yes, yes, yes</w:t>
      </w:r>
    </w:p>
    <w:p>
      <w:r>
        <w:t>[Good, you brought me this]</w:t>
      </w:r>
    </w:p>
    <w:p>
      <w:r>
        <w:t>[…..]</w:t>
      </w:r>
    </w:p>
    <w:p>
      <w:r>
        <w:t>[Saba, he has an original]</w:t>
      </w:r>
    </w:p>
    <w:p>
      <w:r>
        <w:t>[……………………….]</w:t>
      </w:r>
    </w:p>
    <w:p>
      <w:r>
        <w:t>[……………………….]</w:t>
      </w:r>
    </w:p>
    <w:p>
      <w:r>
        <w:t>President Ben-Tzvi and the president..</w:t>
      </w:r>
    </w:p>
    <w:p>
      <w:r>
        <w:t>[Shazar]</w:t>
      </w:r>
    </w:p>
    <w:p>
      <w:r>
        <w:t>Shazar</w:t>
      </w:r>
    </w:p>
    <w:p>
      <w:r>
        <w:t>Both of them, both of them decided to seal all the letters and print them</w:t>
      </w:r>
    </w:p>
    <w:p>
      <w:r>
        <w:t>And so Shazar did, Shazar, he printed them, yes, look</w:t>
      </w:r>
    </w:p>
    <w:p>
      <w:r>
        <w:t>[In “Ebay HaNachal”?]</w:t>
      </w:r>
    </w:p>
    <w:p>
      <w:r>
        <w:t>Yes, “Ebay HaNachal,” yes</w:t>
      </w:r>
    </w:p>
    <w:p>
      <w:r>
        <w:t>He says: “What is “Ebay HaNachal”?</w:t>
      </w:r>
    </w:p>
    <w:p>
      <w:r>
        <w:t>‘Ebay’ is the letters Yisroel Ber Odesser”</w:t>
      </w:r>
    </w:p>
    <w:p>
      <w:r>
        <w:t>[Ah..]</w:t>
      </w:r>
    </w:p>
    <w:p>
      <w:r>
        <w:t>Yes, so it is written in..</w:t>
      </w:r>
    </w:p>
    <w:p>
      <w:r>
        <w:t>[In the book]</w:t>
      </w:r>
    </w:p>
    <w:p>
      <w:r>
        <w:t>{..}</w:t>
      </w:r>
    </w:p>
    <w:p>
      <w:r>
        <w:t>[In ‘Song of Songs’]</w:t>
      </w:r>
    </w:p>
    <w:p>
      <w:r>
        <w:t>[…………………………...]</w:t>
      </w:r>
    </w:p>
    <w:p>
      <w:r>
        <w:t>I came, the secretary entered and said:</w:t>
      </w:r>
    </w:p>
    <w:p>
      <w:r>
        <w:t>“Yisroel Ber has come”</w:t>
      </w:r>
    </w:p>
    <w:p>
      <w:r>
        <w:t>“Let him enter, what is this?”</w:t>
      </w:r>
    </w:p>
    <w:p>
      <w:r>
        <w:t>And all.. many ministers were sitting, and he spoke with me (not understood)</w:t>
      </w:r>
    </w:p>
    <w:p>
      <w:r>
        <w:t>[He stopped them]</w:t>
      </w:r>
    </w:p>
    <w:p>
      <w:r>
        <w:t>He left, “Let them sit, he needs to speak with Yisroel Ber”</w:t>
      </w:r>
    </w:p>
    <w:p>
      <w:r>
        <w:t>[…..]</w:t>
      </w:r>
    </w:p>
    <w:p>
      <w:r>
        <w:t>He came to ‘Chamei Teveria,’ he requested a private room</w:t>
      </w:r>
    </w:p>
    <w:p>
      <w:r>
        <w:t>He needs to speak with me, a private room</w:t>
      </w:r>
    </w:p>
    <w:p>
      <w:r>
        <w:t>And one sees in the letters, yes, that both of them, Ben-Tzvi and Shazar, decided to seal it {….}</w:t>
      </w:r>
    </w:p>
    <w:p>
      <w:r>
        <w:t>To seal it, and print it for the world</w:t>
      </w:r>
    </w:p>
    <w:p>
      <w:r>
        <w:t>[……...]</w:t>
      </w:r>
    </w:p>
    <w:p>
      <w:r>
        <w:t>[Saba, he wants you to eat grapes, grapes from the desert, now he returned to Eretz Yisroel] [……………..]</w:t>
      </w:r>
    </w:p>
    <w:p>
      <w:r>
        <w:t>Avi?</w:t>
      </w:r>
    </w:p>
    <w:p>
      <w:r>
        <w:t>[Yes]</w:t>
      </w:r>
    </w:p>
    <w:p>
      <w:r>
        <w:t>[…………]</w:t>
      </w:r>
    </w:p>
    <w:p>
      <w:r>
        <w:t>{Yes}</w:t>
      </w:r>
    </w:p>
    <w:p>
      <w:r>
        <w:t>[…………]</w:t>
      </w:r>
    </w:p>
    <w:p>
      <w:r>
        <w:t>[Saba]</w:t>
      </w:r>
    </w:p>
    <w:p>
      <w:r>
        <w:t>Ah, afterward</w:t>
      </w:r>
    </w:p>
    <w:p>
      <w:r>
        <w:t>[Saba, can you give me a blessing? Saba, that I should be healthy…..]</w:t>
      </w:r>
    </w:p>
    <w:p>
      <w:r>
        <w:t>(not understood)</w:t>
      </w:r>
    </w:p>
    <w:p>
      <w:r>
        <w:t>[……. only that I should be healthy]</w:t>
      </w:r>
    </w:p>
    <w:p>
      <w:r>
        <w:t>May Hashem Yisborach have mercy on us..</w:t>
      </w:r>
    </w:p>
    <w:p>
      <w:r>
        <w:t>[…..]</w:t>
      </w:r>
    </w:p>
    <w:p>
      <w:r>
        <w:t>That the King Mashiach should be revealed</w:t>
      </w:r>
    </w:p>
    <w:p>
      <w:r>
        <w:t>[Amen, and amen]</w:t>
      </w:r>
    </w:p>
    <w:p>
      <w:r>
        <w:t>And then it will be, it will be, the whole world will be..</w:t>
      </w:r>
    </w:p>
    <w:p>
      <w:r>
        <w:t>[In the merit of “Na Nach Nachma Nachman MeUman”]</w:t>
      </w:r>
    </w:p>
    <w:p>
      <w:r>
        <w:t>[………….]</w:t>
      </w:r>
    </w:p>
    <w:p>
      <w:r>
        <w:t>And Shazar said:</w:t>
      </w:r>
    </w:p>
    <w:p>
      <w:r>
        <w:t>“That this letter will bring redemption to the world”</w:t>
      </w:r>
    </w:p>
    <w:p>
      <w:r>
        <w:t>Who is this? Who is this?</w:t>
      </w:r>
    </w:p>
    <w:p>
      <w:r>
        <w:t>[Michael]</w:t>
      </w:r>
    </w:p>
    <w:p>
      <w:r>
        <w:t>[This is Michael, with Hashem’s help, that the doctors should find favor through his entire treatment, then he..]</w:t>
      </w:r>
    </w:p>
    <w:p>
      <w:r>
        <w:t>This needs to be in the newspaper:</w:t>
      </w:r>
    </w:p>
    <w:p>
      <w:r>
        <w:t>““Ebay HaNachal” has come out into the world”</w:t>
      </w:r>
    </w:p>
    <w:p>
      <w:r>
        <w:t>[………..]</w:t>
      </w:r>
    </w:p>
    <w:p>
      <w:r>
        <w:t>[Saba, bless Michael]</w:t>
      </w:r>
    </w:p>
    <w:p>
      <w:r>
        <w:t>[That he should be healthy, Saba]</w:t>
      </w:r>
    </w:p>
    <w:p>
      <w:r>
        <w:t>[………..]</w:t>
      </w:r>
    </w:p>
    <w:p>
      <w:r>
        <w:t>Have you seen “Ebay HaNachal”? Ah? Do you know how to read?</w:t>
      </w:r>
    </w:p>
    <w:p>
      <w:r>
        <w:t>“Ebay HaNachal” is something.. before the coming of Mashiach, “Ebay HaNachal” was revealed, yes</w:t>
      </w:r>
    </w:p>
    <w:p>
      <w:r>
        <w:t>[Yes]</w:t>
      </w:r>
    </w:p>
    <w:p>
      <w:r>
        <w:t>I write to Shazar, to the president:</w:t>
      </w:r>
    </w:p>
    <w:p>
      <w:r>
        <w:t>“My dear brother, my dear brother, my dear friend, why are you sleeping? What is it? What will become of you?”</w:t>
      </w:r>
    </w:p>
    <w:p>
      <w:r>
        <w:t>Yes, yes {to see the letters}</w:t>
      </w:r>
    </w:p>
    <w:p>
      <w:r>
        <w:t>[Saba does not need medicines, this is a remedy for all the people of Yisroel]</w:t>
      </w:r>
    </w:p>
    <w:p>
      <w:r>
        <w:t>[….., with Hashem’s help, that the doctors should get things in order as quickly as possible]</w:t>
      </w:r>
    </w:p>
    <w:p>
      <w:r>
        <w:t>[Yes]</w:t>
      </w:r>
    </w:p>
    <w:p>
      <w:r>
        <w:t>[Presence of mind for the doctors, that they should not find for him]</w:t>
      </w:r>
    </w:p>
    <w:p>
      <w:r>
        <w:t>His wife told me:</w:t>
      </w:r>
    </w:p>
    <w:p>
      <w:r>
        <w:t>“He is sleeping, Shazar, {...}, he is sleeping now”</w:t>
      </w:r>
    </w:p>
    <w:p>
      <w:r>
        <w:t>Then his sister said:</w:t>
      </w:r>
    </w:p>
    <w:p>
      <w:r>
        <w:t>“He said that even if he is sleeping, to wake him”</w:t>
      </w:r>
    </w:p>
    <w:p>
      <w:r>
        <w:t>Ben-Tzvi was already at the end, at the end of his days, yes</w:t>
      </w:r>
    </w:p>
    <w:p>
      <w:r>
        <w:t>He saw all the letters, a letter came, he immediately went to his friend, to Ben-Tzvi</w:t>
      </w:r>
    </w:p>
    <w:p>
      <w:r>
        <w:t>And showed him the letter, he told him:</w:t>
      </w:r>
    </w:p>
    <w:p>
      <w:r>
        <w:t>“Be very careful, seal it, because this needs to be printed”</w:t>
      </w:r>
    </w:p>
    <w:p>
      <w:r>
        <w:t>[Saba?]</w:t>
      </w:r>
    </w:p>
    <w:p>
      <w:r>
        <w:t>Yo</w:t>
      </w:r>
    </w:p>
    <w:p>
      <w:r>
        <w:t>[Aharon Patz, he wants to go to the Minister of Education so that they will disseminate “Sippurei Maasiyos”</w:t>
      </w:r>
    </w:p>
    <w:p>
      <w:r>
        <w:t>In all education, among all the children, in all the schools]</w:t>
      </w:r>
    </w:p>
    <w:p>
      <w:r>
        <w:t>[Shulamit Aloni]</w:t>
      </w:r>
    </w:p>
    <w:p>
      <w:r>
        <w:t>Yes, the "Sippurei Maasiyos" need to, I already spoke with the president</w:t>
      </w:r>
    </w:p>
    <w:p>
      <w:r>
        <w:t>[Herzog]</w:t>
      </w:r>
    </w:p>
    <w:p>
      <w:r>
        <w:t>What is his name?</w:t>
      </w:r>
    </w:p>
    <w:p>
      <w:r>
        <w:t>[Herzog, Herzog]</w:t>
      </w:r>
    </w:p>
    <w:p>
      <w:r>
        <w:t>[Herzog, Chaim Herzog]</w:t>
      </w:r>
    </w:p>
    <w:p>
      <w:r>
        <w:t>Herzog, Herzog</w:t>
      </w:r>
    </w:p>
    <w:p>
      <w:r>
        <w:t>[Yes]</w:t>
      </w:r>
    </w:p>
    <w:p>
      <w:r>
        <w:t>[Yes]</w:t>
      </w:r>
    </w:p>
    <w:p>
      <w:r>
        <w:t>Yes, that he should print them for all the children of school, schools</w:t>
      </w:r>
    </w:p>
    <w:p>
      <w:r>
        <w:t>[Yes]</w:t>
      </w:r>
    </w:p>
    <w:p>
      <w:r>
        <w:t>Then the children will be unique children in the world, yes</w:t>
      </w:r>
    </w:p>
    <w:p>
      <w:r>
        <w:t>It will be this way, they will print the "Sippurei Maasiyos" and all the children, and the whole world will engage in them and everyone will wonder, how.. everyone will wonder very much, will marvel:</w:t>
      </w:r>
    </w:p>
    <w:p>
      <w:r>
        <w:t>"How is it possible, a human being can speak such words? This is from the World to Come"</w:t>
      </w:r>
    </w:p>
    <w:p>
      <w:r>
        <w:t>[Yes]</w:t>
      </w:r>
    </w:p>
    <w:p>
      <w:r>
        <w:t>[Saba, I have here, this is mine, this, one needs to put it on the..]</w:t>
      </w:r>
    </w:p>
    <w:p>
      <w:r>
        <w:t>Eh?</w:t>
      </w:r>
    </w:p>
    <w:p>
      <w:r>
        <w:t>[An amulet, Saba, this is an amulet of "Na Nach"]</w:t>
      </w:r>
    </w:p>
    <w:p>
      <w:r>
        <w:t>Do you have it?</w:t>
      </w:r>
    </w:p>
    <w:p>
      <w:r>
        <w:t>[So yes]</w:t>
      </w:r>
    </w:p>
    <w:p>
      <w:r>
        <w:t>Eh?</w:t>
      </w:r>
    </w:p>
    <w:p>
      <w:r>
        <w:t>[Now he no longer has it]</w:t>
      </w:r>
    </w:p>
    <w:p>
      <w:r>
        <w:t>[It is with you, it is with you in your hand]</w:t>
      </w:r>
    </w:p>
    <w:p>
      <w:r>
        <w:t>Good, good, this is "Na Nach"</w:t>
      </w:r>
    </w:p>
    <w:p>
      <w:r>
        <w:t>[Yes]</w:t>
      </w:r>
    </w:p>
    <w:p>
      <w:r>
        <w:t>"Nachman MeUman"</w:t>
      </w:r>
    </w:p>
    <w:p>
      <w:r>
        <w:t>They see, many people see awesome wonders</w:t>
      </w:r>
    </w:p>
    <w:p>
      <w:r>
        <w:t>Sick people who have no hope at all, and they had a healing through this petek, they said "Na Nach"</w:t>
      </w:r>
    </w:p>
    <w:p>
      <w:r>
        <w:t>[Saba, does one need to sing it? To sing "Na Nach"?]</w:t>
      </w:r>
    </w:p>
    <w:p>
      <w:r>
        <w:t>Ah.. I have no words to speak</w:t>
      </w:r>
    </w:p>
    <w:p>
      <w:r>
        <w:t>[Say "Na Nach"]</w:t>
      </w:r>
    </w:p>
    <w:p>
      <w:r>
        <w:t>Yes, I do this, I say it all night</w:t>
      </w:r>
    </w:p>
    <w:p>
      <w:r>
        <w:t>[Yes]</w:t>
      </w:r>
    </w:p>
    <w:p>
      <w:r>
        <w:t>{As for me}, I do not, do not want to die</w:t>
      </w:r>
    </w:p>
    <w:p>
      <w:r>
        <w:t>What will be with the petek? What will be with "And about you I said"?</w:t>
      </w:r>
    </w:p>
    <w:p>
      <w:r>
        <w:t>[Saba, Rabbainu said: "You will not die, you are "my precious student"</w:t>
      </w:r>
    </w:p>
    <w:p>
      <w:r>
        <w:t>You will not die, you are "my precious student""]</w:t>
      </w:r>
    </w:p>
    <w:p>
      <w:r>
        <w:t>He said to me:</w:t>
      </w:r>
    </w:p>
    <w:p>
      <w:r>
        <w:t>"To tell you that I derived great pleasure from your service, and about you I said, my little fire.. until Mashiach will come" that is how it is written in the letter, that is how Rabbainu Hakadosh signed: "Na Nach Nachma Nachman MeUman"</w:t>
      </w:r>
    </w:p>
    <w:p>
      <w:r>
        <w:t>That is how his signature is on this petek</w:t>
      </w:r>
    </w:p>
    <w:p>
      <w:r>
        <w:t>[On this petek?]</w:t>
      </w:r>
    </w:p>
    <w:p>
      <w:r>
        <w:t>Yes</w:t>
      </w:r>
    </w:p>
    <w:p>
      <w:r>
        <w:t>[.…]</w:t>
      </w:r>
    </w:p>
    <w:p>
      <w:r>
        <w:t>You, until, but it was a secret, a great secret, "Na Nach"</w:t>
      </w:r>
    </w:p>
    <w:p>
      <w:r>
        <w:t>But Rabbainu Hakadosh revealed it</w:t>
      </w:r>
    </w:p>
    <w:p>
      <w:r>
        <w:t>Now there is "Na Nach Nachma Nachman MeUman"</w:t>
      </w:r>
    </w:p>
    <w:p>
      <w:r>
        <w:t>He said a Torah, he said:</w:t>
      </w:r>
    </w:p>
    <w:p>
      <w:r>
        <w:t>"Rebbe Shimon is "a w'atcher and h'oly one f'rom h'eaven d'escended, descended" it is an acronym of Shimo"n"</w:t>
      </w:r>
    </w:p>
    <w:p>
      <w:r>
        <w:t>And then, and.. and.. he concluded:</w:t>
      </w:r>
    </w:p>
    <w:p>
      <w:r>
        <w:t>"And now there is "a f'lowing b'rook, s'ource of w'isdom"</w:t>
      </w:r>
    </w:p>
    <w:p>
      <w:r>
        <w:t>[Nachman]</w:t>
      </w:r>
    </w:p>
    <w:p>
      <w:r>
        <w:t>That Rebbe Shimon, that Rebbe Shimon receives from me"</w:t>
      </w:r>
    </w:p>
    <w:p>
      <w:r>
        <w:t>[Rebbe Shimon receives from him]</w:t>
      </w:r>
    </w:p>
    <w:p>
      <w:r>
        <w:t>[What else is there?]</w:t>
      </w:r>
    </w:p>
    <w:p>
      <w:r>
        <w:t>[…. from Rabbainu]</w:t>
      </w:r>
    </w:p>
    <w:p>
      <w:r>
        <w:t>[Yes]</w:t>
      </w:r>
    </w:p>
    <w:p>
      <w:r>
        <w:t>We have not seen, we have not heard any tzaddik say such words</w:t>
      </w:r>
    </w:p>
    <w:p>
      <w:r>
        <w:t>[Only Rabbainu]</w:t>
      </w:r>
    </w:p>
    <w:p>
      <w:r>
        <w:t>Now there is "a f'lowing b'rook, s'ource of w'isdom"</w:t>
      </w:r>
    </w:p>
    <w:p>
      <w:r>
        <w:t>That he will draw the whole world close to Hashem Yisborach, to the Torah, to emunah, to truth, emunah</w:t>
      </w:r>
    </w:p>
    <w:p>
      <w:r>
        <w:t>He will come, yes, I am already here</w:t>
      </w:r>
    </w:p>
    <w:p>
      <w:r>
        <w:t>[…]</w:t>
      </w:r>
    </w:p>
    <w:p>
      <w:r>
        <w:t>Na.. we need to daven, not yet? Has the time not yet arrived?</w:t>
      </w:r>
    </w:p>
    <w:p>
      <w:r>
        <w:t>[We already davened, we]</w:t>
      </w:r>
    </w:p>
    <w:p>
      <w:r>
        <w:t>Eh?</w:t>
      </w:r>
    </w:p>
    <w:p>
      <w:r>
        <w:t>[Mincha]</w:t>
      </w:r>
    </w:p>
    <w:p>
      <w:r>
        <w:t>[We davened Mincha Gedolah, we]</w:t>
      </w:r>
    </w:p>
    <w:p>
      <w:r>
        <w:t>How much, what, what time is it?</w:t>
      </w:r>
    </w:p>
    <w:p>
      <w:r>
        <w:t>[A quarter past five]</w:t>
      </w:r>
    </w:p>
    <w:p>
      <w:r>
        <w:t>A quarter past five, we need to daven</w:t>
      </w:r>
    </w:p>
    <w:p>
      <w:r>
        <w:t>[Yes]</w:t>
      </w:r>
    </w:p>
    <w:p>
      <w:r>
        <w:t>A friend like Yisroel Ber with President Shazar, I have, he made a photograph</w:t>
      </w:r>
    </w:p>
    <w:p>
      <w:r>
        <w:t>He and I, the two of us, and this is on, on one picture</w:t>
      </w:r>
    </w:p>
    <w:p>
      <w:r>
        <w:t>Shazar, President Shazar and Yisroel Ber Odesser</w:t>
      </w:r>
    </w:p>
    <w:p>
      <w:r>
        <w:t>[Only "Na Nach Nachma Nachman MeUman"]</w:t>
      </w:r>
    </w:p>
    <w:p>
      <w:r>
        <w:t>He told Ben-Gurion to wait a little, "Yisroel Ber is coming"</w:t>
      </w:r>
    </w:p>
    <w:p>
      <w:r>
        <w:t>Everyone knew that he, that I am his friend</w:t>
      </w:r>
    </w:p>
    <w:p>
      <w:r>
        <w:t>And his wife said to him:</w:t>
      </w:r>
    </w:p>
    <w:p>
      <w:r>
        <w:t>"That he.. they, they will get divorced, they will give you freedom, that you should go</w:t>
      </w:r>
    </w:p>
    <w:p>
      <w:r>
        <w:t>Are you a president? Do you have friends like Yisroel Ber? Are you a president?"</w:t>
      </w:r>
    </w:p>
    <w:p>
      <w:r>
        <w:t>[What friends]</w:t>
      </w:r>
    </w:p>
    <w:p>
      <w:r>
        <w:t>If they had gotten divorced it would have been better</w:t>
      </w:r>
    </w:p>
    <w:p>
      <w:r>
        <w:t>The whole world would have known that the president divorced his wife for, for Rebbe Nachman</w:t>
      </w:r>
    </w:p>
    <w:p>
      <w:r>
        <w:t>There are many who divorced their wives, yes, there will be one more</w:t>
      </w:r>
    </w:p>
    <w:p>
      <w:r>
        <w:t>[There are many]</w:t>
      </w:r>
    </w:p>
    <w:p>
      <w:r>
        <w:t>Everyone knows that there were many gittin, very many, yes</w:t>
      </w:r>
    </w:p>
    <w:p>
      <w:r>
        <w:t>And there were shouts and cries from the children:</w:t>
      </w:r>
    </w:p>
    <w:p>
      <w:r>
        <w:t>"Abba, Abba, Abba, Abba, what? Why do you, we do not see you? Abba, Abba, Abba" he told them:</w:t>
      </w:r>
    </w:p>
    <w:p>
      <w:r>
        <w:t>"That I am already divorced," yes</w:t>
      </w:r>
    </w:p>
    <w:p>
      <w:r>
        <w:t>[………….]</w:t>
      </w:r>
    </w:p>
    <w:p>
      <w:r>
        <w:t>[………….]</w:t>
      </w:r>
    </w:p>
    <w:p>
      <w:r>
        <w:t>He told Ben-Gurion, to Moshe, Moshe Sharett:</w:t>
      </w:r>
    </w:p>
    <w:p>
      <w:r>
        <w:t>"That they should wait, Yisroel Ber is coming," he needs to speak with him, "that they should wait"</w:t>
      </w:r>
    </w:p>
    <w:p>
      <w:r>
        <w:t>[……...….]</w:t>
      </w:r>
    </w:p>
    <w:p>
      <w:r>
        <w:t>[………….]</w:t>
      </w:r>
    </w:p>
    <w:p>
      <w:r>
        <w:t>His wife cried, and he laughed</w:t>
      </w:r>
    </w:p>
    <w:p>
      <w:r>
        <w:t>[Saba]</w:t>
      </w:r>
    </w:p>
    <w:p>
      <w:r>
        <w:t>[Saba]</w:t>
      </w:r>
    </w:p>
    <w:p>
      <w:r>
        <w:t>There are, there are more letters that were not printed</w:t>
      </w:r>
    </w:p>
    <w:p>
      <w:r>
        <w:t>[Yes]</w:t>
      </w:r>
    </w:p>
    <w:p>
      <w:r>
        <w:t>Yes, there are more letters</w:t>
      </w:r>
    </w:p>
    <w:p>
      <w:r>
        <w:t>[Avi.. Saba]</w:t>
      </w:r>
    </w:p>
    <w:p>
      <w:r>
        <w:t>{..}, he printed only, only..</w:t>
      </w:r>
    </w:p>
    <w:p>
      <w:r>
        <w:t>[The strongest ones]</w:t>
      </w:r>
    </w:p>
    <w:p>
      <w:r>
        <w:t>The letters that make a great impression, yes</w:t>
      </w:r>
    </w:p>
    <w:p>
      <w:r>
        <w:t>But now there are more letters to bring to print, more, more beautiful than these [beautiful]</w:t>
      </w:r>
    </w:p>
    <w:p>
      <w:r>
        <w:t>Yes, nu, we need to daven with, with the tallis</w:t>
      </w:r>
    </w:p>
    <w:p>
      <w:r>
        <w:t>[Saba and the friends sing:</w:t>
      </w:r>
    </w:p>
    <w:p>
      <w:r>
        <w:t>"Na Nach Nachma Nachman MeUman.."]</w:t>
      </w:r>
    </w:p>
    <w:p>
      <w:r>
        <w:t>(not understood), {give me the tallis}</w:t>
      </w:r>
    </w:p>
    <w:p>
      <w:r>
        <w:t>[Mincha, Mincha, Mincha, nu]</w:t>
      </w:r>
    </w:p>
    <w:p>
      <w:r>
        <w:t>The tallis</w:t>
      </w:r>
    </w:p>
    <w:p>
      <w:r>
        <w:t>[Now it is Mincha, we davened Shacharis]</w:t>
      </w:r>
    </w:p>
    <w:p>
      <w:r>
        <w:t>Eh?</w:t>
      </w:r>
    </w:p>
    <w:p>
      <w:r>
        <w:t>[We davened Shacharis, now it is Mincha]</w:t>
      </w:r>
    </w:p>
    <w:p>
      <w:r>
        <w:t>Yes?</w:t>
      </w:r>
    </w:p>
    <w:p>
      <w:r>
        <w:t>[Yes]</w:t>
      </w:r>
    </w:p>
    <w:p>
      <w:r>
        <w:t>Nu, let them dance</w:t>
      </w:r>
    </w:p>
    <w:p>
      <w:r>
        <w:t>[Yes]</w:t>
      </w:r>
    </w:p>
    <w:p>
      <w:r>
        <w:t>[Saba and the friends continue to sing:</w:t>
      </w:r>
    </w:p>
    <w:p>
      <w:r>
        <w:t>"Na Nach Nachma Nachman MeUman.."]</w:t>
      </w:r>
    </w:p>
    <w:p>
      <w:r>
        <w:t>(not understood), they will ask in the streets:</w:t>
      </w:r>
    </w:p>
    <w:p>
      <w:r>
        <w:t>"Mashiach is coming, what is this?"</w:t>
      </w:r>
    </w:p>
    <w:p>
      <w:r>
        <w:t>[…………….]</w:t>
      </w:r>
    </w:p>
    <w:p>
      <w:r>
        <w:t>[…………….]</w:t>
      </w:r>
    </w:p>
    <w:p>
      <w:r>
        <w:t>They are not asking? "Mashiach has already come," (not understood)</w:t>
      </w:r>
    </w:p>
    <w:p>
      <w:r>
        <w:t>[Saba, Saba, they were Chabad]</w:t>
      </w:r>
    </w:p>
    <w:p>
      <w:r>
        <w:t>Yes</w:t>
      </w:r>
    </w:p>
    <w:p>
      <w:r>
        <w:t>There were many times when we danced, then they asked:</w:t>
      </w:r>
    </w:p>
    <w:p>
      <w:r>
        <w:t>"What, has Mashiach already come?"</w:t>
      </w:r>
    </w:p>
    <w:p>
      <w:r>
        <w:t>[………..]</w:t>
      </w:r>
    </w:p>
    <w:p>
      <w:r>
        <w:t>[Go to the police]</w:t>
      </w:r>
    </w:p>
    <w:p>
      <w:r>
        <w:t>Eh..</w:t>
      </w:r>
    </w:p>
    <w:p>
      <w:r>
        <w:t>[Eh]</w:t>
      </w:r>
    </w:p>
    <w:p>
      <w:r>
        <w:t>[Eh]</w:t>
      </w:r>
    </w:p>
    <w:p>
      <w:r>
        <w:t>[………...]</w:t>
      </w:r>
    </w:p>
    <w:p>
      <w:r>
        <w:t>[Saba, am I allowed to write "Na Nach"?]</w:t>
      </w:r>
    </w:p>
    <w:p>
      <w:r>
        <w:t>He, he told Ben-Gurion, Moshe Sharett:</w:t>
      </w:r>
    </w:p>
    <w:p>
      <w:r>
        <w:t>"Wait, Yisroel Ber is coming, I am, I am busy now, I have to speak with him" so they waited, what, what can be done?</w:t>
      </w:r>
    </w:p>
    <w:p>
      <w:r>
        <w:t>[………….]</w:t>
      </w:r>
    </w:p>
    <w:p>
      <w:r>
        <w:t>[………….]</w:t>
      </w:r>
    </w:p>
    <w:p>
      <w:r>
        <w:t>Oy</w:t>
      </w:r>
    </w:p>
    <w:p>
      <w:r>
        <w:t>[Saba, Saba, bless me, I want a blessing, the blessing, Saba, a blessing] A blessing, may Hashem bless you with all the blessings and with all the salvations</w:t>
      </w:r>
    </w:p>
    <w:p>
      <w:r>
        <w:t>[Amen]</w:t>
      </w:r>
    </w:p>
    <w:p>
      <w:r>
        <w:t>[Saba, may we merit to be in Uman, may we merit to be in Uman, Saba]</w:t>
      </w:r>
    </w:p>
    <w:p>
      <w:r>
        <w:t>[May we merit Uman on Rosh Hashanah]</w:t>
      </w:r>
    </w:p>
    <w:p>
      <w:r>
        <w:t>[Rosh Hashanah in Uman, Saba, may we merit to be in Uman]</w:t>
      </w:r>
    </w:p>
    <w:p>
      <w:r>
        <w:t>He said, Shazar said:</w:t>
      </w:r>
    </w:p>
    <w:p>
      <w:r>
        <w:t>"This {{the pe..}}.., this letter will bring the redemption"</w:t>
      </w:r>
    </w:p>
    <w:p>
      <w:r>
        <w:t>He was not crazy, he spoke, {no.., eh, a sea of wisdom}, with all his heart</w:t>
      </w:r>
    </w:p>
    <w:p>
      <w:r>
        <w:t>"This letter, this will bring the redemption," {…., yes}</w:t>
      </w:r>
    </w:p>
    <w:p>
      <w:r>
        <w:t>[Saba]</w:t>
      </w:r>
    </w:p>
    <w:p>
      <w:r>
        <w:t>If he were alive, he would dance</w:t>
      </w:r>
    </w:p>
    <w:p>
      <w:r>
        <w:t>[Saba, our parents are crying]</w:t>
      </w:r>
    </w:p>
    <w:p>
      <w:r>
        <w:t>Eh?</w:t>
      </w:r>
    </w:p>
    <w:p>
      <w:r>
        <w:t>[My parents and his are crying, crying, they say that we have gone crazy, we drew close to Breslov]</w:t>
      </w:r>
    </w:p>
    <w:p>
      <w:r>
        <w:t>Yes, yes, yes, that is how it was about, about Breslov they said that he was crazy</w:t>
      </w:r>
    </w:p>
    <w:p>
      <w:r>
        <w:t>[Who?]</w:t>
      </w:r>
    </w:p>
    <w:p>
      <w:r>
        <w:t>"All of Breslov is crazy, all.."</w:t>
      </w:r>
    </w:p>
    <w:p>
      <w:r>
        <w:t>That is how it was, that is how the fashion was, like that, yes</w:t>
      </w:r>
    </w:p>
    <w:p>
      <w:r>
        <w:t>[Yes][Saba, I, I want to write "Na Nach"] "Na Nach"[I want to write][He is a sofer STaM]Are you a sofer?[Yes][Saba, I, I want to write "Na Nach"] "Na Nach"[I want to write][He is a sofer STaM]Are you a sofer?And I laughed at everyone</w:t>
      </w:r>
    </w:p>
    <w:p>
      <w:r>
        <w:t>[Yes]</w:t>
      </w:r>
    </w:p>
    <w:p>
      <w:r>
        <w:t>[Saba, I, I want to write "Na Nach"] "Na Nach"</w:t>
      </w:r>
    </w:p>
    <w:p>
      <w:r>
        <w:t>[I want to write]</w:t>
      </w:r>
    </w:p>
    <w:p>
      <w:r>
        <w:t>[He is a sofer STaM]</w:t>
      </w:r>
    </w:p>
    <w:p>
      <w:r>
        <w:t>Are you a sofer?</w:t>
      </w:r>
    </w:p>
    <w:p>
      <w:r>
        <w:t>[Yes]</w:t>
      </w:r>
    </w:p>
    <w:p>
      <w:r>
        <w:t>[Saba, I, I want to write "Na Nach"] "Na Nach"</w:t>
      </w:r>
    </w:p>
    <w:p>
      <w:r>
        <w:t>[I want to write]</w:t>
      </w:r>
    </w:p>
    <w:p>
      <w:r>
        <w:t>[He is a sofer STaM]</w:t>
      </w:r>
    </w:p>
    <w:p>
      <w:r>
        <w:t>Are you a sofer?</w:t>
      </w:r>
    </w:p>
    <w:p>
      <w:r>
        <w:t>[Yes]</w:t>
      </w:r>
    </w:p>
    <w:p>
      <w:r>
        <w:t>Thenwrite</w:t>
      </w:r>
    </w:p>
    <w:p>
      <w:r>
        <w:t>[So can I write?]</w:t>
      </w:r>
    </w:p>
    <w:p>
      <w:r>
        <w:t>Yes</w:t>
      </w:r>
    </w:p>
    <w:p>
      <w:r>
        <w:t>[Then bless me that I should write, bless me that I should write] Eh, I bless you that you should write and always remember "Na Nach" ["Na Nach Nachma Nachman MeUman"]</w:t>
      </w:r>
    </w:p>
    <w:p>
      <w:r>
        <w:t>That you should not divert his attention for a moment</w:t>
      </w:r>
    </w:p>
    <w:p>
      <w:r>
        <w:t>[He extends his hand, so, "he should not divert his attention for a moment"]</w:t>
      </w:r>
    </w:p>
    <w:p>
      <w:r>
        <w:t>We have, and all Israel, we have such a remedy for everyone</w:t>
      </w:r>
    </w:p>
    <w:p>
      <w:r>
        <w:t>[Rabbainu]</w:t>
      </w:r>
    </w:p>
    <w:p>
      <w:r>
        <w:t>For everyone, yes, that is what he said, he is a remedy for all, for all Israel, and everyone will receive rectifications from him</w:t>
      </w:r>
    </w:p>
    <w:p>
      <w:r>
        <w:t>Breslov, Breslov will be..</w:t>
      </w:r>
    </w:p>
    <w:p>
      <w:r>
        <w:t>[Saba, where we are they sing "Na Na Ch" in the street, they sing "Na Na Ch"]</w:t>
      </w:r>
    </w:p>
    <w:p>
      <w:r>
        <w:t>Ah</w:t>
      </w:r>
    </w:p>
    <w:p>
      <w:r>
        <w:t>[Where we are they shout "Na Nach Nachma Nachman MeUman"]</w:t>
      </w:r>
    </w:p>
    <w:p>
      <w:r>
        <w:t>[They shout]</w:t>
      </w:r>
    </w:p>
    <w:p>
      <w:r>
        <w:t>One must go in the street with, with, with an instrument..</w:t>
      </w:r>
    </w:p>
    <w:p>
      <w:r>
        <w:t>[With notes]</w:t>
      </w:r>
    </w:p>
    <w:p>
      <w:r>
        <w:t>With an instrument, a musical instrument, with instruments of..</w:t>
      </w:r>
    </w:p>
    <w:p>
      <w:r>
        <w:t>[To go in the street with musical instruments]</w:t>
      </w:r>
    </w:p>
    <w:p>
      <w:r>
        <w:t>Yes, and sing to everyone so that they will know "Na Na Ch Nachma Nachman MeUman"</w:t>
      </w:r>
    </w:p>
    <w:p>
      <w:r>
        <w:t>What? Why are you sleeping?</w:t>
      </w:r>
    </w:p>
    <w:p>
      <w:r>
        <w:t>[Saba, but they will say that we are mad]</w:t>
      </w:r>
    </w:p>
    <w:p>
      <w:r>
        <w:t>[They laugh at us]</w:t>
      </w:r>
    </w:p>
    <w:p>
      <w:r>
        <w:t>One must give them (I do not understand) to the eyes, they will all shout:</w:t>
      </w:r>
    </w:p>
    <w:p>
      <w:r>
        <w:t>"We want to sleep, what is this?"</w:t>
      </w:r>
    </w:p>
    <w:p>
      <w:r>
        <w:t>[No sleeping]</w:t>
      </w:r>
    </w:p>
    <w:p>
      <w:r>
        <w:t>No sleeping</w:t>
      </w:r>
    </w:p>
    <w:p>
      <w:r>
        <w:t>Shoyn, shoyn, shoyn</w:t>
      </w:r>
    </w:p>
    <w:p>
      <w:r>
        <w:t>[………]</w:t>
      </w:r>
    </w:p>
    <w:p>
      <w:r>
        <w:t>[………]</w:t>
      </w:r>
    </w:p>
    <w:p>
      <w:r>
        <w:t>Oy, oy, oy, oy, oy</w:t>
      </w:r>
    </w:p>
    <w:p>
      <w:r>
        <w:t>[Saba]</w:t>
      </w:r>
    </w:p>
    <w:p>
      <w:r>
        <w:t>Put the legs, the legs on the bed</w:t>
      </w:r>
    </w:p>
    <w:p>
      <w:r>
        <w:t>Oy vey…</w:t>
      </w:r>
    </w:p>
    <w:p>
      <w:r>
        <w:t>...Ah, ah, ah, ah, ah, ah..</w:t>
      </w:r>
    </w:p>
    <w:p>
      <w:r>
        <w:t>"Blessed be Hashem, I smell the scent of Breslov, one must throw stones" I was, I, I received stones, yes, I am not merely saying it</w:t>
      </w:r>
    </w:p>
    <w:p>
      <w:r>
        <w:t>I, I received all the humiliations and all the troubles</w:t>
      </w:r>
    </w:p>
    <w:p>
      <w:r>
        <w:t>[In Teveria]</w:t>
      </w:r>
    </w:p>
    <w:p>
      <w:r>
        <w:t>Besides this, that I did not have, that I did not have bread, I had more.. yes</w:t>
      </w:r>
    </w:p>
    <w:p>
      <w:r>
        <w:t>Oy, oy, oy, ah, oy, oy..</w:t>
      </w:r>
    </w:p>
    <w:p>
      <w:r>
        <w:t>There is already "Likutay Moharan" in the world</w:t>
      </w:r>
    </w:p>
    <w:p>
      <w:r>
        <w:t>Mashiach, Mashiach will tell us what "Likutay Moharan" is</w:t>
      </w:r>
    </w:p>
    <w:p>
      <w:r>
        <w:t>Our holy Rabbainu said:</w:t>
      </w:r>
    </w:p>
    <w:p>
      <w:r>
        <w:t>"Mashiach will give an explanation of Likutay Moharan"</w:t>
      </w:r>
    </w:p>
    <w:p>
      <w:r>
        <w:t>No tzaddik said that Mashiach would give an explanation of, of, of his book</w:t>
      </w:r>
    </w:p>
    <w:p>
      <w:r>
        <w:t>Only our holy Rabbainu, he said:</w:t>
      </w:r>
    </w:p>
    <w:p>
      <w:r>
        <w:t>"Mashiach will give an explanation of Likutay Moharan"</w:t>
      </w:r>
    </w:p>
    <w:p>
      <w:r>
        <w:t>The explanation is, every word, he explained to us</w:t>
      </w:r>
    </w:p>
    <w:p>
      <w:r>
        <w:t>Everything that we have, all the troubles that we have</w:t>
      </w:r>
    </w:p>
    <w:p>
      <w:r>
        <w:t>To help, to save and to rescue, to heal, and to revive, yes, yes</w:t>
      </w:r>
    </w:p>
    <w:p>
      <w:r>
        <w:t>And he has already prepared everything</w:t>
      </w:r>
    </w:p>
    <w:p>
      <w:r>
        <w:t>If one needs to revive a dead person?, yes, one can resurrect the dead! yes</w:t>
      </w:r>
    </w:p>
    <w:p>
      <w:r>
        <w:t>"Who restores souls to dead bodies"</w:t>
      </w:r>
    </w:p>
    <w:p>
      <w:r>
        <w:t>Nu, ah.. ah.. ah.. ah.. ah.. ah.. ah.. ah..</w:t>
      </w:r>
    </w:p>
    <w:p>
      <w:r>
        <w:t>[A crow]</w:t>
      </w:r>
    </w:p>
    <w:p>
      <w:r>
        <w:t>[Saba and the friends sing and chant:</w:t>
      </w:r>
    </w:p>
    <w:p>
      <w:r>
        <w:t>"Fortunate are we, how good is our portion and how pleasant is our lot.."]</w:t>
      </w:r>
    </w:p>
    <w:p>
      <w:r>
        <w:t>The whole world used to oppose, they did not want:</w:t>
      </w:r>
    </w:p>
    <w:p>
      <w:r>
        <w:t>""Likutay Moharan"? No!"</w:t>
      </w:r>
    </w:p>
    <w:p>
      <w:r>
        <w:t>Nu, nu</w:t>
      </w:r>
    </w:p>
    <w:p>
      <w:r>
        <w:t>[Saba, do you want to drink something?]</w:t>
      </w:r>
    </w:p>
    <w:p>
      <w:r>
        <w:t>Ah?</w:t>
      </w:r>
    </w:p>
    <w:p>
      <w:r>
        <w:t>[Do you want to drink something?]</w:t>
      </w:r>
    </w:p>
    <w:p>
      <w:r>
        <w:t>I already drank</w:t>
      </w:r>
    </w:p>
    <w:p>
      <w:r>
        <w:t>[Good]</w:t>
      </w:r>
    </w:p>
    <w:p>
      <w:r>
        <w:t>I do not know, every night that passes I do not know how I, how I get up, how I have a spirit of life, I do not know how I live in the world, what place, and do I know where it is?</w:t>
      </w:r>
    </w:p>
    <w:p>
      <w:r>
        <w:t>[……….]</w:t>
      </w:r>
    </w:p>
    <w:p>
      <w:r>
        <w:t>[Saba and the friends sing:</w:t>
      </w:r>
    </w:p>
    <w:p>
      <w:r>
        <w:t>"Fortunate are we, how good is our portion and how pleasant is our lot.."]</w:t>
      </w:r>
    </w:p>
    <w:p>
      <w:r>
        <w:t>One word from the book "Likutay Tefillos", from the book of Psalms, whatever it is</w:t>
      </w:r>
    </w:p>
    <w:p>
      <w:r>
        <w:t>Whoever heard only one word from the book of Psalms, from the book "Likutay Tefillos"</w:t>
      </w:r>
    </w:p>
    <w:p>
      <w:r>
        <w:t>Became a new person, yes, not, not the person from before</w:t>
      </w:r>
    </w:p>
    <w:p>
      <w:r>
        <w:t>{He only heard} the melody of "Eishes Chayil"</w:t>
      </w:r>
    </w:p>
    <w:p>
      <w:r>
        <w:t>He became new</w:t>
      </w:r>
    </w:p>
    <w:p>
      <w:r>
        <w:t>Rebbe Yisroel (Kardonner) would pray privately at home, and he..</w:t>
      </w:r>
    </w:p>
    <w:p>
      <w:r>
        <w:t>And such an awakening was made in several souls of Israel</w:t>
      </w:r>
    </w:p>
    <w:p>
      <w:r>
        <w:t>They heard such an awakening, such words, holiness, such light, then they were entirely renewed, nu, renewed?</w:t>
      </w:r>
    </w:p>
    <w:p>
      <w:r>
        <w:t>More madmen were made</w:t>
      </w:r>
    </w:p>
    <w:p>
      <w:r>
        <w:t>There are already new madmen…</w:t>
      </w:r>
    </w:p>
    <w:p>
      <w:pPr>
        <w:pStyle w:val="Heading2"/>
      </w:pPr>
      <w:r>
        <w:t>Side B (Bais)</w:t>
      </w:r>
    </w:p>
    <w:p>
      <w:r>
        <w:t>…[…………..]</w:t>
      </w:r>
    </w:p>
    <w:p>
      <w:r>
        <w:t>[Today is the day of the hilula of the Ramak, today is the day of the hilula of the Ramak]</w:t>
      </w:r>
    </w:p>
    <w:p>
      <w:r>
        <w:t>Today, what is today?</w:t>
      </w:r>
    </w:p>
    <w:p>
      <w:r>
        <w:t>[The day of the hilula of the Ramak, the Ramak]</w:t>
      </w:r>
    </w:p>
    <w:p>
      <w:r>
        <w:t>[The day of the seventy years of the Petek]</w:t>
      </w:r>
    </w:p>
    <w:p>
      <w:r>
        <w:t>Yes? Yes</w:t>
      </w:r>
    </w:p>
    <w:p>
      <w:r>
        <w:t>[Yes]</w:t>
      </w:r>
    </w:p>
    <w:p>
      <w:r>
        <w:t>The Ramak?</w:t>
      </w:r>
    </w:p>
    <w:p>
      <w:r>
        <w:t>[Yes]</w:t>
      </w:r>
    </w:p>
    <w:p>
      <w:r>
        <w:t>Ah, this..</w:t>
      </w:r>
    </w:p>
    <w:p>
      <w:r>
        <w:t>[Today is seventy years since the Petek]</w:t>
      </w:r>
    </w:p>
    <w:p>
      <w:r>
        <w:t>Rabbi Moshe Cordovero</w:t>
      </w:r>
    </w:p>
    <w:p>
      <w:r>
        <w:t>[Yes]</w:t>
      </w:r>
    </w:p>
    <w:p>
      <w:r>
        <w:t>The holy Ari, the holy Ari was at his funeral</w:t>
      </w:r>
    </w:p>
    <w:p>
      <w:r>
        <w:t>Rabbainu, Rabbainu the holy Ari, Rabbi Yitzchak Luria Ashkenazi</w:t>
      </w:r>
    </w:p>
    <w:p>
      <w:r>
        <w:t>[Yes]</w:t>
      </w:r>
    </w:p>
    <w:p>
      <w:r>
        <w:t>He was at his funeral</w:t>
      </w:r>
    </w:p>
    <w:p>
      <w:r>
        <w:t>[Yes, yes, he saw, he saw a pillar of fire, there was a pillar of fire]</w:t>
      </w:r>
    </w:p>
    <w:p>
      <w:r>
        <w:t>He..</w:t>
      </w:r>
    </w:p>
    <w:p>
      <w:r>
        <w:t>[…...]</w:t>
      </w:r>
    </w:p>
    <w:p>
      <w:r>
        <w:t>[Saba also received the Petek today]</w:t>
      </w:r>
    </w:p>
    <w:p>
      <w:r>
        <w:t>Ah?</w:t>
      </w:r>
    </w:p>
    <w:p>
      <w:r>
        <w:t>[Saba, exactly seventy years ago, seventy years ago, Saba found the Petek, it was today]</w:t>
      </w:r>
    </w:p>
    <w:p>
      <w:r>
        <w:t>Yes, yes</w:t>
      </w:r>
    </w:p>
    <w:p>
      <w:r>
        <w:t>[Yes, on the twenty-third]</w:t>
      </w:r>
    </w:p>
    <w:p>
      <w:r>
        <w:t>Yes, s', s"b</w:t>
      </w:r>
    </w:p>
    <w:p>
      <w:r>
        <w:t>[5682, 5682]</w:t>
      </w:r>
    </w:p>
    <w:p>
      <w:r>
        <w:t>{..}, I, I found the Petek, this is a Petek from Heaven, such a Petek</w:t>
      </w:r>
    </w:p>
    <w:p>
      <w:r>
        <w:t>Who ever heard of such a thing? Who ever saw such a thing? There had never yet been such a thing in the world</w:t>
      </w:r>
    </w:p>
    <w:p>
      <w:r>
        <w:t>"To tell you that I enjoyed your service very much"</w:t>
      </w:r>
    </w:p>
    <w:p>
      <w:r>
        <w:t>He, he speaks, he speaks with me, as a man speaks to another, a man to his fellow</w:t>
      </w:r>
    </w:p>
    <w:p>
      <w:r>
        <w:t>"To tell you that I enjoyed your service very much", do you know of this? This is news!</w:t>
      </w:r>
    </w:p>
    <w:p>
      <w:r>
        <w:t>When it will be, when the Redemption comes, everyone will praise and glorify and sing and laud Hashem, blessed be He</w:t>
      </w:r>
    </w:p>
    <w:p>
      <w:r>
        <w:t>Yes, for this great kindness that we have, "Na Nach"!</w:t>
      </w:r>
    </w:p>
    <w:p>
      <w:r>
        <w:t>He told the Communists to go, to go, yes</w:t>
      </w:r>
    </w:p>
    <w:p>
      <w:r>
        <w:t>And their end came, yo, nothing, let them go</w:t>
      </w:r>
    </w:p>
    <w:p>
      <w:r>
        <w:t>[Communists]</w:t>
      </w:r>
    </w:p>
    <w:p>
      <w:r>
        <w:t>They are gone forever, forever and ever</w:t>
      </w:r>
    </w:p>
    <w:p>
      <w:r>
        <w:t>[They already went]</w:t>
      </w:r>
    </w:p>
    <w:p>
      <w:r>
        <w:t>[Saba, I heard that they bought, bought all, all the area]</w:t>
      </w:r>
    </w:p>
    <w:p>
      <w:r>
        <w:t>Yes?</w:t>
      </w:r>
    </w:p>
    <w:p>
      <w:r>
        <w:t>[Yes, from the Tziyon to the 'kloyz']</w:t>
      </w:r>
    </w:p>
    <w:p>
      <w:r>
        <w:t>Yes?</w:t>
      </w:r>
    </w:p>
    <w:p>
      <w:r>
        <w:t>[Rebbe Nassan's 'kloyz']</w:t>
      </w:r>
    </w:p>
    <w:p>
      <w:r>
        <w:t>Yes?</w:t>
      </w:r>
    </w:p>
    <w:p>
      <w:r>
        <w:t>[Yes, yes, they bought everything]</w:t>
      </w:r>
    </w:p>
    <w:p>
      <w:r>
        <w:t>[…..]</w:t>
      </w:r>
    </w:p>
    <w:p>
      <w:r>
        <w:t>[The committee, yes, bought everything and made a large building]</w:t>
      </w:r>
    </w:p>
    <w:p>
      <w:r>
        <w:t>Yes?</w:t>
      </w:r>
    </w:p>
    <w:p>
      <w:r>
        <w:t>[Yes, there at.. at..]</w:t>
      </w:r>
    </w:p>
    <w:p>
      <w:r>
        <w:t>What is the obstacle?</w:t>
      </w:r>
    </w:p>
    <w:p>
      <w:r>
        <w:t>[…]</w:t>
      </w:r>
    </w:p>
    <w:p>
      <w:r>
        <w:t>All the world will come, where will it be..</w:t>
      </w:r>
    </w:p>
    <w:p>
      <w:r>
        <w:t>[There was no room, now there is room]</w:t>
      </w:r>
    </w:p>
    <w:p>
      <w:r>
        <w:t>There will be many, many synagogues, and they will study and dance.. and dance, and there will be..</w:t>
      </w:r>
    </w:p>
    <w:p>
      <w:r>
        <w:t>[But when Mashiach comes, Rabbainu will come here, no? Rabbainu..]</w:t>
      </w:r>
    </w:p>
    <w:p>
      <w:r>
        <w:t>Certainly, certainly</w:t>
      </w:r>
    </w:p>
    <w:p>
      <w:r>
        <w:t>He is here and he will come here, yes</w:t>
      </w:r>
    </w:p>
    <w:p>
      <w:r>
        <w:t>And wonders will be wrought, such wonders, we already see wonders</w:t>
      </w:r>
    </w:p>
    <w:p>
      <w:r>
        <w:t>"Na Nach", we merited "Na Nach"</w:t>
      </w:r>
    </w:p>
    <w:p>
      <w:r>
        <w:t>ְְַַַַ</w:t>
      </w:r>
    </w:p>
    <w:p>
      <w:r>
        <w:t>All the world did not know of "Na Nach", only the holy Rabbainu himself revealed this I, do you know who I am? I am "Na Nach"</w:t>
      </w:r>
    </w:p>
    <w:p>
      <w:r>
        <w:t>[MeUman]</w:t>
      </w:r>
    </w:p>
    <w:p>
      <w:r>
        <w:t>He informed us, revealed to us</w:t>
      </w:r>
    </w:p>
    <w:p>
      <w:r>
        <w:t>[It was a secret, it was a secret from all the worlds]</w:t>
      </w:r>
    </w:p>
    <w:p>
      <w:r>
        <w:t>From all the worlds</w:t>
      </w:r>
    </w:p>
    <w:p>
      <w:r>
        <w:t>[Sod, sod has the gematria of 70]</w:t>
      </w:r>
    </w:p>
    <w:p>
      <w:r>
        <w:t>Yo</w:t>
      </w:r>
    </w:p>
    <w:p>
      <w:r>
        <w:t>[Sod is seventy]</w:t>
      </w:r>
    </w:p>
    <w:p>
      <w:r>
        <w:t>Yo</w:t>
      </w:r>
    </w:p>
    <w:p>
      <w:r>
        <w:t>[Now seventy years have passed, seventy years have passed]</w:t>
      </w:r>
    </w:p>
    <w:p>
      <w:r>
        <w:t>Nu, nu</w:t>
      </w:r>
    </w:p>
    <w:p>
      <w:r>
        <w:t>[Now the secret is being revealed]</w:t>
      </w:r>
    </w:p>
    <w:p>
      <w:r>
        <w:t>[…….]</w:t>
      </w:r>
    </w:p>
    <w:p>
      <w:r>
        <w:t>[Saba and the friends sing: "Eishes Chayil.."]</w:t>
      </w:r>
    </w:p>
    <w:p>
      <w:r>
        <w:t>And this is the "Eishes Chayil"</w:t>
      </w:r>
    </w:p>
    <w:p>
      <w:r>
        <w:t>[Saba and the friends continue singing:</w:t>
      </w:r>
    </w:p>
    <w:p>
      <w:r>
        <w:t>"The heart of her husband trusts in her and spoil will not be lacking she has bestowed good upon him and not evil</w:t>
      </w:r>
    </w:p>
    <w:p>
      <w:r>
        <w:t>She seeks wool and flax and works willingly with her hands</w:t>
      </w:r>
    </w:p>
    <w:p>
      <w:r>
        <w:t>She was like merchant ships from afar she brings her bread</w:t>
      </w:r>
    </w:p>
    <w:p>
      <w:r>
        <w:t>She rises while it is still night and gives food to her household and a portion to her maidens</w:t>
      </w:r>
    </w:p>
    <w:p>
      <w:r>
        <w:t>She considered a field and acquired it from the fruit of her hands she planted a vineyard</w:t>
      </w:r>
    </w:p>
    <w:p>
      <w:r>
        <w:t>She girded her loins with strength she tasted that her merchandise was good her lamp will not go out at night</w:t>
      </w:r>
    </w:p>
    <w:p>
      <w:r>
        <w:t>Her hands.."]</w:t>
      </w:r>
    </w:p>
    <w:p>
      <w:r>
        <w:t>[The ultimate purpose of knowledge is that we do not know, the ultimate purpose of knowledge is that we know not]</w:t>
      </w:r>
    </w:p>
    <w:p>
      <w:r>
        <w:t>[Saba and the friends continue singing:</w:t>
      </w:r>
    </w:p>
    <w:p>
      <w:r>
        <w:t>"She tasted that her merchandise was good..]</w:t>
      </w:r>
    </w:p>
    <w:p>
      <w:r>
        <w:t>Hey, hey, hey, one could expire, "that her merchandise is good", "she tasted that her merchandise was good" what merchandise we have, no, this is the merchandise "her lamp will not go out at night"</w:t>
      </w:r>
    </w:p>
    <w:p>
      <w:r>
        <w:t>Even at night her lamp will not go out</w:t>
      </w:r>
    </w:p>
    <w:p>
      <w:r>
        <w:t>Nu, more, not yet, there is more: “She stretched out her hands to the distaff, and her palms supported the spindle”</w:t>
      </w:r>
    </w:p>
    <w:p>
      <w:r>
        <w:t>“And her palm she spread...”</w:t>
      </w:r>
    </w:p>
    <w:p>
      <w:r>
        <w:t>[To the poor]</w:t>
      </w:r>
    </w:p>
    <w:p>
      <w:r>
        <w:t>Are you poor? “Her palm she spread to the poor,” he gives everything</w:t>
      </w:r>
    </w:p>
    <w:p>
      <w:r>
        <w:t>This is not, not yet, not yet, there is more</w:t>
      </w:r>
    </w:p>
    <w:p>
      <w:r>
        <w:t>“And her hands she stretched out to the needy”</w:t>
      </w:r>
    </w:p>
    <w:p>
      <w:r>
        <w:t>Poor and needy, this is the ultimate perfection, poor and needy, nu, she does not leave any poor or needy person</w:t>
      </w:r>
    </w:p>
    <w:p>
      <w:r>
        <w:t>{Her hands she stretched out}</w:t>
      </w:r>
    </w:p>
    <w:p>
      <w:r>
        <w:t>[She will not fear..]</w:t>
      </w:r>
    </w:p>
    <w:p>
      <w:r>
        <w:t>[Saba and the friends continue singing:</w:t>
      </w:r>
    </w:p>
    <w:p>
      <w:r>
        <w:t>“Her palm she spread to the poor, and her hands she stretched out to the needy</w:t>
      </w:r>
    </w:p>
    <w:p>
      <w:r>
        <w:t>She will not fear for her household from snow..”]</w:t>
      </w:r>
    </w:p>
    <w:p>
      <w:r>
        <w:t>“She will not fear for her household from snow” — there is no fear</w:t>
      </w:r>
    </w:p>
    <w:p>
      <w:r>
        <w:t>Snow? — {She will not fear..}</w:t>
      </w:r>
    </w:p>
    <w:p>
      <w:r>
        <w:t>Why? — “For all her household, in all her household, is clothed in shanim”</w:t>
      </w:r>
    </w:p>
    <w:p>
      <w:r>
        <w:t>What is shanim? — Two!</w:t>
      </w:r>
    </w:p>
    <w:p>
      <w:r>
        <w:t>Not yet? Have I still not merited? — Then once again!</w:t>
      </w:r>
    </w:p>
    <w:p>
      <w:r>
        <w:t>[Once again]</w:t>
      </w:r>
    </w:p>
    <w:p>
      <w:r>
        <w:t>Two, two!</w:t>
      </w:r>
    </w:p>
    <w:p>
      <w:r>
        <w:t>Still, still not? — Two!</w:t>
      </w:r>
    </w:p>
    <w:p>
      <w:r>
        <w:t>“For all her household is clothed in shanim,” so there is no fear</w:t>
      </w:r>
    </w:p>
    <w:p>
      <w:r>
        <w:t>Two, “Do not read shanim, but shnayim”</w:t>
      </w:r>
    </w:p>
    <w:p>
      <w:r>
        <w:t>Two is {does without end, blessed is the song}</w:t>
      </w:r>
    </w:p>
    <w:p>
      <w:r>
        <w:t>One is one, but two? Oh.. oh.. oh.. oh.. oh.. yes</w:t>
      </w:r>
    </w:p>
    <w:p>
      <w:r>
        <w:t>[“She made tapestries..”]</w:t>
      </w:r>
    </w:p>
    <w:p>
      <w:r>
        <w:t>[Saba and the friends continue singing:</w:t>
      </w:r>
    </w:p>
    <w:p>
      <w:r>
        <w:t>“Strength and splendor are her clothing, and she will laugh on the last day..”]</w:t>
      </w:r>
    </w:p>
    <w:p>
      <w:r>
        <w:t>He, {the first} he is “strength,” he is strong, “and splendor,” and beautiful</w:t>
      </w:r>
    </w:p>
    <w:p>
      <w:r>
        <w:t>There is merchandise that is strong, but not beautiful</w:t>
      </w:r>
    </w:p>
    <w:p>
      <w:r>
        <w:t>This is “strength” “and splendor”</w:t>
      </w:r>
    </w:p>
    <w:p>
      <w:r>
        <w:t>[Saba continues singing:</w:t>
      </w:r>
    </w:p>
    <w:p>
      <w:r>
        <w:t>“And she will laugh on the last day</w:t>
      </w:r>
    </w:p>
    <w:p>
      <w:r>
        <w:t>She opened her mouth with wisdom, and the Torah of kindness is upon her tongue</w:t>
      </w:r>
    </w:p>
    <w:p>
      <w:r>
        <w:t>Strength and splendor are her clothing, and she will laugh on the last day; she opened her mouth..”]</w:t>
      </w:r>
    </w:p>
    <w:p>
      <w:r>
        <w:t>He only opens the mouth, then such wisdom is revealed</w:t>
      </w:r>
    </w:p>
    <w:p>
      <w:r>
        <w:t>“She opened her mouth,” when she opens her mouth, it is revealed..</w:t>
      </w:r>
    </w:p>
    <w:p>
      <w:r>
        <w:t>“She opened her mouth with wisdom”</w:t>
      </w:r>
    </w:p>
    <w:p>
      <w:r>
        <w:t>[With wisdom]</w:t>
      </w:r>
    </w:p>
    <w:p>
      <w:r>
        <w:t>Wisdom is revealed, “A Gushing Brook, the Source of Wisdom”</w:t>
      </w:r>
    </w:p>
    <w:p>
      <w:r>
        <w:t>What, what, more, shoyn, finished?</w:t>
      </w:r>
    </w:p>
    <w:p>
      <w:r>
        <w:t>“And the Torah of kindness is upon her tongue,” what will be? What, why are you sad?</w:t>
      </w:r>
    </w:p>
    <w:p>
      <w:r>
        <w:t>[And the Torah of kindness is upon her tongue]</w:t>
      </w:r>
    </w:p>
    <w:p>
      <w:r>
        <w:t>[Saba continues singing:</w:t>
      </w:r>
    </w:p>
    <w:p>
      <w:r>
        <w:t>“She opened her mouth with wisdom, and the Torah of kindness is upon her tongue</w:t>
      </w:r>
    </w:p>
    <w:p>
      <w:r>
        <w:t>She watches the ways of her household, and she will not eat the bread of sadness</w:t>
      </w:r>
    </w:p>
    <w:p>
      <w:r>
        <w:t>Her sons arose and praised her; her husband, and he praised her</w:t>
      </w:r>
    </w:p>
    <w:p>
      <w:r>
        <w:t>Many daughters have done valiantly, but you rose above them all</w:t>
      </w:r>
    </w:p>
    <w:p>
      <w:r>
        <w:t>Grace is false and beauty is vanity; a woman who fears Hashem, she shall be praised</w:t>
      </w:r>
    </w:p>
    <w:p>
      <w:r>
        <w:t>Give her from the fruit of her hands {…..} her deeds, ah.. ah..</w:t>
      </w:r>
    </w:p>
    <w:p>
      <w:r>
        <w:t>Give her from the fruit of her hands, and her deeds shall praise her in the gates..”]</w:t>
      </w:r>
    </w:p>
    <w:p>
      <w:r>
        <w:t>[Kiddush, Kiddush]</w:t>
      </w:r>
    </w:p>
    <w:p>
      <w:r>
        <w:t>[“And her deeds shall praise her in the gates,” “her deeds in the gates”; sha'ar has the numerical value of Tzfas, sha'ar</w:t>
      </w:r>
    </w:p>
    <w:p>
      <w:r>
        <w:t>There is Tzfas and there is Meron — gates]</w:t>
      </w:r>
    </w:p>
    <w:p>
      <w:r>
        <w:t>“In the gates,” which is the heart, {….}</w:t>
      </w:r>
    </w:p>
    <w:p>
      <w:r>
        <w:t>What the heart merits to attain</w:t>
      </w:r>
    </w:p>
    <w:p>
      <w:r>
        <w:t>[What remains in the heart]</w:t>
      </w:r>
    </w:p>
    <w:p>
      <w:r>
        <w:t>“In the gates,” “the gates of the heart”</w:t>
      </w:r>
    </w:p>
    <w:p>
      <w:r>
        <w:t>“Strength and splendor are her clothing”</w:t>
      </w:r>
    </w:p>
    <w:p>
      <w:r>
        <w:t>Who ever heard such a thing? “Strength and splendor”</w:t>
      </w:r>
    </w:p>
    <w:p>
      <w:r>
        <w:t>There is merchandise that is strong but not beautiful</w:t>
      </w:r>
    </w:p>
    <w:p>
      <w:r>
        <w:t>And there is merchandise that is beautiful but not strong</w:t>
      </w:r>
    </w:p>
    <w:p>
      <w:r>
        <w:t>This is “strength and splendor”</w:t>
      </w:r>
    </w:p>
    <w:p>
      <w:r>
        <w:t>Nu, “and she will laugh on the last day”</w:t>
      </w:r>
    </w:p>
    <w:p>
      <w:r>
        <w:t>On the last day she will rejoice, she will laugh, oh, oh, oh, {because she is going to a place} to a holy place, to such a wondrous place, oh.. oh.. oh..</w:t>
      </w:r>
    </w:p>
    <w:p>
      <w:r>
        <w:t>Oy, oy, oy</w:t>
      </w:r>
    </w:p>
    <w:p>
      <w:r>
        <w:t>There were Tzaddikim, such Tzaddikim, whose lives they gave, gave to us for free</w:t>
      </w:r>
    </w:p>
    <w:p>
      <w:r>
        <w:t>He said “strength and splendor,” and everyone who heard these words, “strength and splendor”</w:t>
      </w:r>
    </w:p>
    <w:p>
      <w:r>
        <w:t>He can never forget, for ever and ever</w:t>
      </w:r>
    </w:p>
    <w:p>
      <w:r>
        <w:t>[Saba sings:</w:t>
      </w:r>
    </w:p>
    <w:p>
      <w:r>
        <w:t>“Strength and splendor are her clothing, and she will laugh on the last day,” “She opened her mouth..”]</w:t>
      </w:r>
    </w:p>
    <w:p>
      <w:r>
        <w:t>He only opens his mouth, the mouth is, this is “she opened her mouth”</w:t>
      </w:r>
    </w:p>
    <w:p>
      <w:r>
        <w:t>Immediately wisdom is revealed, “She opened her mouth, with wisdom”</w:t>
      </w:r>
    </w:p>
    <w:p>
      <w:r>
        <w:t>Yes, nu, what, what is wisdom? “And the Torah of kindness is upon her tongue”</w:t>
      </w:r>
    </w:p>
    <w:p>
      <w:r>
        <w:t>He comes, will you be in melancholy?</w:t>
      </w:r>
    </w:p>
    <w:p>
      <w:r>
        <w:t>We have such a Torah, “She opened her mouth with wisdom, and the Torah of kindness is upon her tongue”</w:t>
      </w:r>
    </w:p>
    <w:p>
      <w:r>
        <w:t>[….]</w:t>
      </w:r>
    </w:p>
    <w:p>
      <w:r>
        <w:t>Rebbe Yisroel (Kardonner) would say, “She opened her mouth with wisdom”</w:t>
      </w:r>
    </w:p>
    <w:p>
      <w:r>
        <w:t>Then the whole city, all, everyone, all the opponents fell and were shamed</w:t>
      </w:r>
    </w:p>
    <w:p>
      <w:r>
        <w:t>Just to hear the voice of Rebbe Yisroel (Kardonner), "Her mouth she opened with wisdom, and the Torah of kindness is on her tongue"</w:t>
      </w:r>
    </w:p>
    <w:p>
      <w:r>
        <w:t>{They no longer understand what this is? Where is it, is this all this?}</w:t>
      </w:r>
    </w:p>
    <w:p>
      <w:r>
        <w:t>Where is the mouth?</w:t>
      </w:r>
    </w:p>
    <w:p>
      <w:r>
        <w:t>The "Likutay Moharan", the "Sipuray Maasiyos", ho..</w:t>
      </w:r>
    </w:p>
    <w:p>
      <w:r>
        <w:t>This is "the Torah of kindness is on her tongue", to help us, "kindness" to help us</w:t>
      </w:r>
    </w:p>
    <w:p>
      <w:r>
        <w:t>Do not be lazy, "and bread of laziness? she does not eat", only to be in joy</w:t>
      </w:r>
    </w:p>
    <w:p>
      <w:r>
        <w:t>"Bread of laziness she does not eat",</w:t>
      </w:r>
    </w:p>
    <w:p>
      <w:r>
        <w:t>"Her children arose and acclaimed her, her husband and he praised her"</w:t>
      </w:r>
    </w:p>
    <w:p>
      <w:r>
        <w:t>[Saba sings:</w:t>
      </w:r>
    </w:p>
    <w:p>
      <w:r>
        <w:t>"Many daughters have done valiantly, but you have surpassed them all.."]</w:t>
      </w:r>
    </w:p>
    <w:p>
      <w:r>
        <w:t>[Saba, shalom]</w:t>
      </w:r>
    </w:p>
    <w:p>
      <w:r>
        <w:t>Shalom, Shabbos shalom</w:t>
      </w:r>
    </w:p>
    <w:p>
      <w:r>
        <w:t>[Shabbos shalom]</w:t>
      </w:r>
    </w:p>
    <w:p>
      <w:r>
        <w:t>Shabbos shalom to you</w:t>
      </w:r>
    </w:p>
    <w:p>
      <w:r>
        <w:t>[He has more candles there….]</w:t>
      </w:r>
    </w:p>
    <w:p>
      <w:r>
        <w:t>[Rebbe Yisroel]</w:t>
      </w:r>
    </w:p>
    <w:p>
      <w:r>
        <w:t>Yoa</w:t>
      </w:r>
    </w:p>
    <w:p>
      <w:r>
        <w:t>[Can you perform a pidyon for me? My wife is sick]</w:t>
      </w:r>
    </w:p>
    <w:p>
      <w:r>
        <w:t>Eh?</w:t>
      </w:r>
    </w:p>
    <w:p>
      <w:r>
        <w:t>[My wife is sick]</w:t>
      </w:r>
    </w:p>
    <w:p>
      <w:r>
        <w:t>Oy, Hashem will help her, a complete recovery</w:t>
      </w:r>
    </w:p>
    <w:p>
      <w:r>
        <w:t>[Perform a pidyon for her]</w:t>
      </w:r>
    </w:p>
    <w:p>
      <w:r>
        <w:t>(not understood)</w:t>
      </w:r>
    </w:p>
    <w:p>
      <w:r>
        <w:t>[Perform a pidyon for her]</w:t>
      </w:r>
    </w:p>
    <w:p>
      <w:r>
        <w:t>In the merit of the charity, she will have a complete recovery speedily, immediately and at once</w:t>
      </w:r>
    </w:p>
    <w:p>
      <w:r>
        <w:t>[Esther daughter of Chana]</w:t>
      </w:r>
    </w:p>
    <w:p>
      <w:r>
        <w:t>Eh?</w:t>
      </w:r>
    </w:p>
    <w:p>
      <w:r>
        <w:t>[Esther daughter of Chana]</w:t>
      </w:r>
    </w:p>
    <w:p>
      <w:r>
        <w:t>Esther</w:t>
      </w:r>
    </w:p>
    <w:p>
      <w:r>
        <w:t>[Daughter of Chana]</w:t>
      </w:r>
    </w:p>
    <w:p>
      <w:r>
        <w:t>Daughter of Chana</w:t>
      </w:r>
    </w:p>
    <w:p>
      <w:r>
        <w:t>[And Gideon son of Sandra]</w:t>
      </w:r>
    </w:p>
    <w:p>
      <w:r>
        <w:t>And Gideon son of Sadra</w:t>
      </w:r>
    </w:p>
    <w:p>
      <w:r>
        <w:t>[That with Hashem's help she should also have a male child]</w:t>
      </w:r>
    </w:p>
    <w:p>
      <w:r>
        <w:t>A complete recovery and every good thing and all the salvations</w:t>
      </w:r>
    </w:p>
    <w:p>
      <w:r>
        <w:t>[Amen]</w:t>
      </w:r>
    </w:p>
    <w:p>
      <w:r>
        <w:t>[That there should be peace in the home, with Hashem's help, for us and for all the people of Israel]</w:t>
      </w:r>
    </w:p>
    <w:p>
      <w:r>
        <w:t>And peace in the home, (not understood) that is the main thing, the main thing {…..}, peace in the home</w:t>
      </w:r>
    </w:p>
    <w:p>
      <w:r>
        <w:t>[Rebbe Yisroel, Shabbos shalom]</w:t>
      </w:r>
    </w:p>
    <w:p>
      <w:r>
        <w:t>A good and blessed Shabbos</w:t>
      </w:r>
    </w:p>
    <w:p>
      <w:r>
        <w:t>Hold on until Sunday, until Sunday, Monday, we will see one another and be here, is that good for you?</w:t>
      </w:r>
    </w:p>
    <w:p>
      <w:r>
        <w:t>[All right, may you merit mitzvos, Rebbe Yisroel]</w:t>
      </w:r>
    </w:p>
    <w:p>
      <w:r>
        <w:t>Be very careful</w:t>
      </w:r>
    </w:p>
    <w:p>
      <w:r>
        <w:t>Who saw what my eyes saw</w:t>
      </w:r>
    </w:p>
    <w:p>
      <w:r>
        <w:t>One man in the world who laughed at everyone, at all the rabbis and at everyone, he laughed at them in his heart but they felt.. that he was truth, truth, unique in the world</w:t>
      </w:r>
    </w:p>
    <w:p>
      <w:r>
        <w:t>Oy vey, oy vey, oy vey..</w:t>
      </w:r>
    </w:p>
    <w:p>
      <w:r>
        <w:t>I had a bakery in Teveria, a bakery</w:t>
      </w:r>
    </w:p>
    <w:p>
      <w:r>
        <w:t>One of our people came to Meron, I came to Meron and greeted him, he said to me:</w:t>
      </w:r>
    </w:p>
    <w:p>
      <w:r>
        <w:t>"What, what, what is going on with you?"</w:t>
      </w:r>
    </w:p>
    <w:p>
      <w:r>
        <w:t>"Nu, I have a bakery, what can I do? I do not know what to do"</w:t>
      </w:r>
    </w:p>
    <w:p>
      <w:r>
        <w:t>Then he said to me:</w:t>
      </w:r>
    </w:p>
    <w:p>
      <w:r>
        <w:t>"Are you crazy? Do you have to give all of Teveria bread? Leave it, leave him"</w:t>
      </w:r>
    </w:p>
    <w:p>
      <w:r>
        <w:t>But no, I could not, I was in debt, I could not</w:t>
      </w:r>
    </w:p>
    <w:p>
      <w:r>
        <w:t>So I said, I sold the bakery almost for free, without money</w:t>
      </w:r>
    </w:p>
    <w:p>
      <w:r>
        <w:t>"I do not want to see it"</w:t>
      </w:r>
    </w:p>
    <w:p>
      <w:r>
        <w:t>I sold the bakery and came to Yerushalayim, and I had no money</w:t>
      </w:r>
    </w:p>
    <w:p>
      <w:r>
        <w:t>And I had no bread and water for the children</w:t>
      </w:r>
    </w:p>
    <w:p>
      <w:r>
        <w:t>And I went to work, passed, over, over the foot passed a wagon with bread, full of bread</w:t>
      </w:r>
    </w:p>
    <w:p>
      <w:r>
        <w:t>Over, over, over the little toes, over the toes</w:t>
      </w:r>
    </w:p>
    <w:p>
      <w:r>
        <w:t>[Over whom, over Saba Yisroel?]</w:t>
      </w:r>
    </w:p>
    <w:p>
      <w:r>
        <w:t>And they broke all the bones, all..</w:t>
      </w:r>
    </w:p>
    <w:p>
      <w:r>
        <w:t>I had neither a foot nor money nor bread</w:t>
      </w:r>
    </w:p>
    <w:p>
      <w:r>
        <w:t>It is miracles how they, we remained alive, children lived, l.. alive, and they have no bread to eat</w:t>
      </w:r>
    </w:p>
    <w:p>
      <w:r>
        <w:t>I could not walk, to tell, and they {called, I}, "Bread, bread, bread, bread"</w:t>
      </w:r>
    </w:p>
    <w:p>
      <w:r>
        <w:t>No, I could not {eat}</w:t>
      </w:r>
    </w:p>
    <w:p>
      <w:r>
        <w:t>Chava and Tzipora were little girls of six, seven years, small</w:t>
      </w:r>
    </w:p>
    <w:p>
      <w:r>
        <w:t>And they said:</w:t>
      </w:r>
    </w:p>
    <w:p>
      <w:r>
        <w:t>"What kind of father do we have, the whole world has.. everyone has a father, but we, we have no father, we have none, he does not bring even a piece of bread, what kind of father is this?", yes</w:t>
      </w:r>
    </w:p>
    <w:p>
      <w:r>
        <w:t>Nu, nu..</w:t>
      </w:r>
    </w:p>
    <w:p>
      <w:r>
        <w:t>Today, blessed be Hashem, there is no, I do not have even one, none remained for me</w:t>
      </w:r>
    </w:p>
    <w:p>
      <w:r>
        <w:t>They all went and married, and I remained alone, yes</w:t>
      </w:r>
    </w:p>
    <w:p>
      <w:r>
        <w:t>[You have many children, Saba, look how many children you have]</w:t>
      </w:r>
    </w:p>
    <w:p>
      <w:r>
        <w:t>Today, blessed be Hashem, now they have, they have bread</w:t>
      </w:r>
    </w:p>
    <w:p>
      <w:r>
        <w:t>[Blessed be Hashem, you have well-fed children, blessed be Hashem, look what children, blessed be Hashem</w:t>
      </w:r>
    </w:p>
    <w:p>
      <w:r>
        <w:t>You have children in France, children in Tzfas, children in Yerushalayim]</w:t>
      </w:r>
    </w:p>
    <w:p>
      <w:r>
        <w:t>I sold the bakery, Nachman fell, he had a serious illness</w:t>
      </w:r>
    </w:p>
    <w:p>
      <w:r>
        <w:t>And all the money went, and only the house remained..</w:t>
      </w:r>
    </w:p>
    <w:p>
      <w:r>
        <w:t>[…]</w:t>
      </w:r>
    </w:p>
    <w:p>
      <w:r>
        <w:t>Stones, there was no bread, there was no money</w:t>
      </w:r>
    </w:p>
    <w:p>
      <w:r>
        <w:t>And I could not speak with any person, I was ashamed, but..</w:t>
      </w:r>
    </w:p>
    <w:p>
      <w:r>
        <w:t>Such suffering, little children had no bread to eat, what kind of taste is that?</w:t>
      </w:r>
    </w:p>
    <w:p>
      <w:r>
        <w:t>It is not for nothing that Rabbainu writes to me, "My dear disciple," yes</w:t>
      </w:r>
    </w:p>
    <w:p>
      <w:r>
        <w:t>He, he took from me even a piece of bread, no, and did not bring me anything</w:t>
      </w:r>
    </w:p>
    <w:p>
      <w:r>
        <w:t>Everything he, he took</w:t>
      </w:r>
    </w:p>
    <w:p>
      <w:r>
        <w:t>Blessed be Hashem, today I have no burden, only I by myself, I have no burden, I have no children</w:t>
      </w:r>
    </w:p>
    <w:p>
      <w:r>
        <w:t>Children need to be given bread</w:t>
      </w:r>
    </w:p>
    <w:p>
      <w:r>
        <w:t>Today I am rich, I have no children who want bread, who shouts: "Bread, bread, bread"</w:t>
      </w:r>
    </w:p>
    <w:p>
      <w:r>
        <w:t>[Saba and the friends sing:</w:t>
      </w:r>
    </w:p>
    <w:p>
      <w:r>
        <w:t>"She perceives that her merchandise is good; her lamp does not go out at night</w:t>
      </w:r>
    </w:p>
    <w:p>
      <w:r>
        <w:t>She stretches out her hands to the distaff, and her palms support the spindle</w:t>
      </w:r>
    </w:p>
    <w:p>
      <w:r>
        <w:t>She spreads her palm to the poor, and she stretches out her hands to the needy</w:t>
      </w:r>
    </w:p>
    <w:p>
      <w:r>
        <w:t>She does not fear for her household {...} from snow, from snow, for all her household is clothed in scarlet</w:t>
      </w:r>
    </w:p>
    <w:p>
      <w:r>
        <w:t>She makes coverings for herself; fine linen and purple are her clothing</w:t>
      </w:r>
    </w:p>
    <w:p>
      <w:r>
        <w:t>Her husband is known at the gates, when he sits with the elders of the land</w:t>
      </w:r>
    </w:p>
    <w:p>
      <w:r>
        <w:t>She makes linen and sells it, and she gives a belt to the merchant</w:t>
      </w:r>
    </w:p>
    <w:p>
      <w:r>
        <w:t>Strength and splendor are her clothing, and she laughs at the last day.."]</w:t>
      </w:r>
    </w:p>
    <w:p>
      <w:r>
        <w:t>"Strength" is might, "Strength and splendor are her clothing, and she laughs at the last day"</w:t>
      </w:r>
    </w:p>
    <w:p>
      <w:r>
        <w:t>[Saba continues singing:</w:t>
      </w:r>
    </w:p>
    <w:p>
      <w:r>
        <w:t>"She opens her mouth with wisdom, and the Torah of kindness is on her tongue.."]</w:t>
      </w:r>
    </w:p>
    <w:p>
      <w:r>
        <w:t>[She watches the ways of her h..]</w:t>
      </w:r>
    </w:p>
    <w:p>
      <w:r>
        <w:t>"Strength and splendor," all the qualities {...}, "strength and splendor"</w:t>
      </w:r>
    </w:p>
    <w:p>
      <w:r>
        <w:t>There is merchandise that is strong</w:t>
      </w:r>
    </w:p>
    <w:p>
      <w:r>
        <w:t>[But not beautiful]</w:t>
      </w:r>
    </w:p>
    <w:p>
      <w:r>
        <w:t>But not beautiful</w:t>
      </w:r>
    </w:p>
    <w:p>
      <w:r>
        <w:t>And there is merchandise that is very beautiful</w:t>
      </w:r>
    </w:p>
    <w:p>
      <w:r>
        <w:t>[But not strong]</w:t>
      </w:r>
    </w:p>
    <w:p>
      <w:r>
        <w:t>But we have "strength and splendor," yes</w:t>
      </w:r>
    </w:p>
    <w:p>
      <w:r>
        <w:t>"Her clothing," "her clothing" means the clothing, the spiritual clothing of the soul, of the heart</w:t>
      </w:r>
    </w:p>
    <w:p>
      <w:r>
        <w:t>Every verse, I cannot.. Again, "strength and splendor," "she opens her mouth," I cannot part from it, yes</w:t>
      </w:r>
    </w:p>
    <w:p>
      <w:r>
        <w:t>Again and again</w:t>
      </w:r>
    </w:p>
    <w:p>
      <w:r>
        <w:t>[Saba sings:</w:t>
      </w:r>
    </w:p>
    <w:p>
      <w:r>
        <w:t>"She opens her mouth with wisdom.."]</w:t>
      </w:r>
    </w:p>
    <w:p>
      <w:r>
        <w:t>Just open the, the mouth, wisdom is revealed, "and the Torah of kindness is on her tongue"</w:t>
      </w:r>
    </w:p>
    <w:p>
      <w:r>
        <w:t>[…..]</w:t>
      </w:r>
    </w:p>
    <w:p>
      <w:r>
        <w:t>Ah, ah, ah, ah, ah, ah</w:t>
      </w:r>
    </w:p>
    <w:p>
      <w:r>
        <w:t>What there is in "Likutey Moharan," the explanations.., these words, the words of Hashem, ah</w:t>
      </w:r>
    </w:p>
    <w:p>
      <w:r>
        <w:t>{...}, he felt what strength, what might, "strength and splendor are her clothing, and she laughs at the last day"</w:t>
      </w:r>
    </w:p>
    <w:p>
      <w:r>
        <w:t>Nu, nu, nu, nu, and how can one go on</w:t>
      </w:r>
    </w:p>
    <w:p>
      <w:r>
        <w:t>From now on you hold onto it, why not?</w:t>
      </w:r>
    </w:p>
    <w:p>
      <w:r>
        <w:t>[The verse also does not want us to leave it, the verse asks: Do not leave me, stay a little longer] It will be, every melody he had, he had in Heaven</w:t>
      </w:r>
    </w:p>
    <w:p>
      <w:r>
        <w:t>[Saba and the friends sing:</w:t>
      </w:r>
    </w:p>
    <w:p>
      <w:r>
        <w:t>"And so the righteous will see and rejoice, and the upright will exult, and the pious will rejoice in song.."]</w:t>
      </w:r>
    </w:p>
    <w:p>
      <w:r>
        <w:t>We danced and received stones, all the stones that were in the market, then we received</w:t>
      </w:r>
    </w:p>
    <w:p>
      <w:r>
        <w:t>[Where?]</w:t>
      </w:r>
    </w:p>
    <w:p>
      <w:r>
        <w:t>Yes</w:t>
      </w:r>
    </w:p>
    <w:p>
      <w:r>
        <w:t>[Where?]</w:t>
      </w:r>
    </w:p>
    <w:p>
      <w:r>
        <w:t>"What is this, madmen? They are dancing?"</w:t>
      </w:r>
    </w:p>
    <w:p>
      <w:r>
        <w:t>[Breslov madmen]</w:t>
      </w:r>
    </w:p>
    <w:p>
      <w:r>
        <w:t>{..}, ayy..</w:t>
      </w:r>
    </w:p>
    <w:p>
      <w:r>
        <w:t>[Wonders of wonders, wonders of wonders, wonders of wonders]</w:t>
      </w:r>
    </w:p>
    <w:p>
      <w:r>
        <w:t>We will see wonders, just patience</w:t>
      </w:r>
    </w:p>
    <w:p>
      <w:r>
        <w:t>We will see, we will see what will be in the world, what, what light, what joy, what life there will be in the world</w:t>
      </w:r>
    </w:p>
    <w:p>
      <w:r>
        <w:t>This is not life, this, what there is now, this is, this is not a world, this, this is nothing</w:t>
      </w:r>
    </w:p>
    <w:p>
      <w:r>
        <w:t>When there are words, what there is in "Likutey Moharan," such Torahs, such words</w:t>
      </w:r>
    </w:p>
    <w:p>
      <w:r>
        <w:t>There have never yet been such wonders in the world</w:t>
      </w:r>
    </w:p>
    <w:p>
      <w:r>
        <w:t>This is the totality of the entire Torah; every word of Rabbainu is the totality of the entire Torah and all the souls of Israel</w:t>
      </w:r>
    </w:p>
    <w:p>
      <w:r>
        <w:t>And all, and all the rectifications of every one of Israel, oy vey</w:t>
      </w:r>
    </w:p>
    <w:p>
      <w:r>
        <w:t>Oy, blessed be God, but the time is near when this will be revealed in the world, what will be, what will be</w:t>
      </w:r>
    </w:p>
    <w:p>
      <w:r>
        <w:t>Ah, I do not know how he remained alive when he said, "She opens her mouth with wisdom"</w:t>
      </w:r>
    </w:p>
    <w:p>
      <w:r>
        <w:t>He wanted the wisdom—how did he remain alive?</w:t>
      </w:r>
    </w:p>
    <w:p>
      <w:r>
        <w:t>And afterward, "And the Torah of kindness is on her tongue," the Torah of kindness—where am I? There is a Torah of kindness</w:t>
      </w:r>
    </w:p>
    <w:p>
      <w:r>
        <w:t>There already is, we already have all, all that, all the salvations that we need</w:t>
      </w:r>
    </w:p>
    <w:p>
      <w:r>
        <w:t>We already have our holy Rabbainu; he is in this world</w:t>
      </w:r>
    </w:p>
    <w:p>
      <w:r>
        <w:t>And he left, gave us "Likutey Moharan," "Sippurey Maasiyos," such "Sichos"</w:t>
      </w:r>
    </w:p>
    <w:p>
      <w:r>
        <w:t>Every utterance, "Chayey Moharan," what, what is this, the world will be, there will be another world</w:t>
      </w:r>
    </w:p>
    <w:p>
      <w:r>
        <w:t>Every utterance that Rabbainu revealed will create a new world</w:t>
      </w:r>
    </w:p>
    <w:p>
      <w:r>
        <w:t>Just to hear one such utterance coming from the heart…</w:t>
      </w:r>
    </w:p>
    <w:p>
      <w:r>
        <w:t>...{….}…</w:t>
      </w:r>
    </w:p>
    <w:p>
      <w:r>
        <w:br w:type="page"/>
      </w:r>
    </w:p>
    <w:p>
      <w:pPr>
        <w:pStyle w:val="Heading1"/>
      </w:pPr>
      <w:r>
        <w:t>Tape 18</w:t>
      </w:r>
    </w:p>
    <w:p>
      <w:pPr>
        <w:pStyle w:val="Heading2"/>
      </w:pPr>
      <w:r>
        <w:t>Side A (Aleph)</w:t>
      </w:r>
    </w:p>
    <w:p>
      <w:r>
        <w:t>...[Whatever is possible, so that we will be able to write it]</w:t>
      </w:r>
    </w:p>
    <w:p>
      <w:r>
        <w:t>Have you already written the story of the..</w:t>
      </w:r>
    </w:p>
    <w:p>
      <w:r>
        <w:t>[We did not write it]</w:t>
      </w:r>
    </w:p>
    <w:p>
      <w:r>
        <w:t>Of the "Seventeenth of Tammuz," of the..</w:t>
      </w:r>
    </w:p>
    <w:p>
      <w:r>
        <w:t>[Then this needs to be written in your language, how it happened; I do not know</w:t>
      </w:r>
    </w:p>
    <w:p>
      <w:r>
        <w:t>To copy word for word from your mouth and not from my mouth]</w:t>
      </w:r>
    </w:p>
    <w:p>
      <w:r>
        <w:t>Among you it is holy of holies, and to the world it is a story..</w:t>
      </w:r>
    </w:p>
    <w:p>
      <w:r>
        <w:t>["Na Nach"]</w:t>
      </w:r>
    </w:p>
    <w:p>
      <w:r>
        <w:t>And such words that were not accepted by the world</w:t>
      </w:r>
    </w:p>
    <w:p>
      <w:r>
        <w:t>[Until it is accepted, we will wash their brains until it is accepted]</w:t>
      </w:r>
    </w:p>
    <w:p>
      <w:r>
        <w:t>What is this?</w:t>
      </w:r>
    </w:p>
    <w:p>
      <w:r>
        <w:t>On the seventh of Tammuz, on the seventeenth of Tammuz the Petek came down</w:t>
      </w:r>
    </w:p>
    <w:p>
      <w:r>
        <w:t>[….]</w:t>
      </w:r>
    </w:p>
    <w:p>
      <w:r>
        <w:t>It is shameful to tell such a thing</w:t>
      </w:r>
    </w:p>
    <w:p>
      <w:r>
        <w:t>[Who is this? Abba]</w:t>
      </w:r>
    </w:p>
    <w:p>
      <w:r>
        <w:t>{...}</w:t>
      </w:r>
    </w:p>
    <w:p>
      <w:r>
        <w:t>[These are your children; I am not your daughter, I know]</w:t>
      </w:r>
    </w:p>
    <w:p>
      <w:r>
        <w:t>What?</w:t>
      </w:r>
    </w:p>
    <w:p>
      <w:r>
        <w:t>[What you hear—shalom, Abba, what are you doing?]...</w:t>
      </w:r>
    </w:p>
    <w:p>
      <w:r>
        <w:t>...[…]</w:t>
      </w:r>
    </w:p>
    <w:p>
      <w:r>
        <w:t>Miriam was born in the year 5688</w:t>
      </w:r>
    </w:p>
    <w:p>
      <w:r>
        <w:t>[This, why, why—because we want to put it in a booklet so that the whole world will know]</w:t>
      </w:r>
    </w:p>
    <w:p>
      <w:r>
        <w:t>[A booklet about the Petek]</w:t>
      </w:r>
    </w:p>
    <w:p>
      <w:r>
        <w:t>I..</w:t>
      </w:r>
    </w:p>
    <w:p>
      <w:r>
        <w:t>[A booklet..]</w:t>
      </w:r>
    </w:p>
    <w:p>
      <w:r>
        <w:t>[Connected with Torahs, not just "Na Nach," but connected with Torahs from Likutey Moharan, and how Saba found it, and other things about it from the Zohar]</w:t>
      </w:r>
    </w:p>
    <w:p>
      <w:r>
        <w:t>[And to distribute it throughout the entire country]</w:t>
      </w:r>
    </w:p>
    <w:p>
      <w:r>
        <w:t>[And then we will give it, then people will look and will at least know what it is]</w:t>
      </w:r>
    </w:p>
    <w:p>
      <w:r>
        <w:t>Nu, what? I did not hear</w:t>
      </w:r>
    </w:p>
    <w:p>
      <w:r>
        <w:t>[I explained …. We want to make]</w:t>
      </w:r>
    </w:p>
    <w:p>
      <w:r>
        <w:t>[We want you to tell Miriam how you found the Petek and when it was]</w:t>
      </w:r>
    </w:p>
    <w:p>
      <w:r>
        <w:t>[And also explain what..]</w:t>
      </w:r>
    </w:p>
    <w:p>
      <w:r>
        <w:t>She was born in the year 5688. I found, I found the Petek in the year 5682</w:t>
      </w:r>
    </w:p>
    <w:p>
      <w:r>
        <w:t>[Six years]</w:t>
      </w:r>
    </w:p>
    <w:p>
      <w:r>
        <w:t>5682, so that is before, before the birth by six years (not understood)</w:t>
      </w:r>
    </w:p>
    <w:p>
      <w:r>
        <w:t>[Six years before I was born]</w:t>
      </w:r>
    </w:p>
    <w:p>
      <w:r>
        <w:t>(Not understood)</w:t>
      </w:r>
    </w:p>
    <w:p>
      <w:r>
        <w:t>[I am young, you see]</w:t>
      </w:r>
    </w:p>
    <w:p>
      <w:r>
        <w:t>Ay.. ay.. ay.. ay.. ay..</w:t>
      </w:r>
    </w:p>
    <w:p>
      <w:r>
        <w:t>[I also want that after you tell the story of the Petek</w:t>
      </w:r>
    </w:p>
    <w:p>
      <w:r>
        <w:t>you should also explain this matter, so that we will be able to explain it]</w:t>
      </w:r>
    </w:p>
    <w:p>
      <w:r>
        <w:t>Oy vey, vay, vay..</w:t>
      </w:r>
    </w:p>
    <w:p>
      <w:r>
        <w:t>When I see how I am, what condition I am in</w:t>
      </w:r>
    </w:p>
    <w:p>
      <w:r>
        <w:t>and also my children, I already become confused and do not know what is with me, yes</w:t>
      </w:r>
    </w:p>
    <w:p>
      <w:r>
        <w:t>What is this? What is this?</w:t>
      </w:r>
    </w:p>
    <w:p>
      <w:r>
        <w:t>I had, I merited to see Rebbe Yisroel (Kardonner) and the elders of our people</w:t>
      </w:r>
    </w:p>
    <w:p>
      <w:r>
        <w:t>And not casually, it was not casual; I had self-sacrifice for every word, for every detail</w:t>
      </w:r>
    </w:p>
    <w:p>
      <w:r>
        <w:t>I traveled, I lived in Teveria and I did not have, I did not have a livelihood</w:t>
      </w:r>
    </w:p>
    <w:p>
      <w:r>
        <w:t>And I traveled to Yerushalayim in order to hear, to hear some word from Rabbainu, nu..</w:t>
      </w:r>
    </w:p>
    <w:p>
      <w:r>
        <w:t>[Tell about the Petek, they want to hear about the Petek]</w:t>
      </w:r>
    </w:p>
    <w:p>
      <w:r>
        <w:t>About the Petek</w:t>
      </w:r>
    </w:p>
    <w:p>
      <w:r>
        <w:t>[...]</w:t>
      </w:r>
    </w:p>
    <w:p>
      <w:r>
        <w:t>In the year 5682, close to the fast of the Seventeenth of Tammuz</w:t>
      </w:r>
    </w:p>
    <w:p>
      <w:r>
        <w:t>I felt weak, not so much, but not, God forbid, in a severe way</w:t>
      </w:r>
    </w:p>
    <w:p>
      <w:r>
        <w:t>And I felt, the Seventeenth of Tammuz arrived and I felt weak</w:t>
      </w:r>
    </w:p>
    <w:p>
      <w:r>
        <w:t>Then the Evil One overcame me, prevailed over me in the morning on the day of the Seventeenth of Tammuz</w:t>
      </w:r>
    </w:p>
    <w:p>
      <w:r>
        <w:t>"You are very weak, you need to eat now before the.."</w:t>
      </w:r>
    </w:p>
    <w:p>
      <w:r>
        <w:t>I, I am ashamed to say, to tell, before the prayer</w:t>
      </w:r>
    </w:p>
    <w:p>
      <w:r>
        <w:t>I did not drink water from midnight until after the prayer; I did not eat and I did not drink</w:t>
      </w:r>
    </w:p>
    <w:p>
      <w:r>
        <w:t>And now it arrived, the Evil One came to me and said to me:</w:t>
      </w:r>
    </w:p>
    <w:p>
      <w:r>
        <w:t>"You need to eat before the prayer, so weak, you are so weak"</w:t>
      </w:r>
    </w:p>
    <w:p>
      <w:r>
        <w:t>I listened to him, I did not want to, but I ate</w:t>
      </w:r>
    </w:p>
    <w:p>
      <w:r>
        <w:t>Nu, I ate, but like one eats, God forbid, harmful things</w:t>
      </w:r>
    </w:p>
    <w:p>
      <w:r>
        <w:t>I, I ate, but it was without hands and without feet, {..}</w:t>
      </w:r>
    </w:p>
    <w:p>
      <w:r>
        <w:t>But, but I ate; after eating I recited Birkat Hamazon and went to the mikveh</w:t>
      </w:r>
    </w:p>
    <w:p>
      <w:r>
        <w:t>(not understood) after, after, after the meal</w:t>
      </w:r>
    </w:p>
    <w:p>
      <w:r>
        <w:t>Nu, one can understand how the prayer was and how, what condition I was in after such a thing</w:t>
      </w:r>
    </w:p>
    <w:p>
      <w:r>
        <w:t>After I had been careful, I saw from Rebbe Yisroel, every fast, even a Behab fast</w:t>
      </w:r>
    </w:p>
    <w:p>
      <w:r>
        <w:t>(not understood) he would fast, and I too, I saw from Rebbe Yisroel, I also did this</w:t>
      </w:r>
    </w:p>
    <w:p>
      <w:r>
        <w:t>Then also on the day of the Seventeenth of Tammuz, which is a severe fast among the four fasts</w:t>
      </w:r>
    </w:p>
    <w:p>
      <w:r>
        <w:t>Nu, I stumbled, I stumbled and fell in such a way—to eat before the prayer?</w:t>
      </w:r>
    </w:p>
    <w:p>
      <w:r>
        <w:t>Then there was no, then, then I did not want to live</w:t>
      </w:r>
    </w:p>
    <w:p>
      <w:r>
        <w:t>And I fell into such sadness that I could not speak or show myself before people</w:t>
      </w:r>
    </w:p>
    <w:p>
      <w:r>
        <w:t>And I went to the yeshiva and lay in the synagogue, in the yeshiva, there was a yeshiva and also a synagogue</w:t>
      </w:r>
    </w:p>
    <w:p>
      <w:r>
        <w:t>I lay in the synagogue like a dead man, not speaking, and not eating, like a dead man</w:t>
      </w:r>
    </w:p>
    <w:p>
      <w:r>
        <w:t>And the yeshiva students.. in the synagogue</w:t>
      </w:r>
    </w:p>
    <w:p>
      <w:r>
        <w:t>The yeshiva students, whoever entered the synagogue and saw Yisroel Ber lying in such sadness—it was frightening</w:t>
      </w:r>
    </w:p>
    <w:p>
      <w:r>
        <w:t>And they were accustomed to my always being happy, and dancing, happy</w:t>
      </w:r>
    </w:p>
    <w:p>
      <w:r>
        <w:t>And they had questions:</w:t>
      </w:r>
    </w:p>
    <w:p>
      <w:r>
        <w:t>"How is Yisroel Ber happy? From what is he happy?</w:t>
      </w:r>
    </w:p>
    <w:p>
      <w:r>
        <w:t>He has no livelihood, and he has no bread for the children, and he travels in every..</w:t>
      </w:r>
    </w:p>
    <w:p>
      <w:r>
        <w:t>In any case, this Yisroel Ber is not the Yisroel Ber he used to be; this is a crazy Yisroel Ber</w:t>
      </w:r>
    </w:p>
    <w:p>
      <w:r>
        <w:t>And this is how all the Breslovers end up, that in the end they become crazy</w:t>
      </w:r>
    </w:p>
    <w:p>
      <w:r>
        <w:t>Because they go at midnight to the fields, to the forests, and sometimes they become frightened</w:t>
      </w:r>
    </w:p>
    <w:p>
      <w:r>
        <w:t>by some dog, by some animal, by some non-Jew, so they become, in the end they become crazy"</w:t>
      </w:r>
    </w:p>
    <w:p>
      <w:r>
        <w:t>And I was in terrible sadness, and because they said this, I had more sadness</w:t>
      </w:r>
    </w:p>
    <w:p>
      <w:r>
        <w:t>Because .. beyond measure, because I felt that I was the cause of all this that they are speaking, I was the cause</w:t>
      </w:r>
    </w:p>
    <w:p>
      <w:r>
        <w:t>What is this? Such sadness? Even if one transgresses the entire Torah, such sadness?</w:t>
      </w:r>
    </w:p>
    <w:p>
      <w:r>
        <w:t>In any case I had great sorrow, I had, I had, it was very hard for me</w:t>
      </w:r>
    </w:p>
    <w:p>
      <w:r>
        <w:t>And I did not want, I did not want to live</w:t>
      </w:r>
    </w:p>
    <w:p>
      <w:r>
        <w:t>Even though one comes to sadness</w:t>
      </w:r>
    </w:p>
    <w:p>
      <w:r>
        <w:t>I saw that I was causing a desecration of Hashem, a disgrace to Breslov</w:t>
      </w:r>
    </w:p>
    <w:p>
      <w:r>
        <w:t>So I had hitbodedut and prayed to Hashem Yisbarach:</w:t>
      </w:r>
    </w:p>
    <w:p>
      <w:r>
        <w:t>"Master of the World, see my condition, it is true I ate, I did what I did</w:t>
      </w:r>
    </w:p>
    <w:p>
      <w:r>
        <w:t>But I want teshuvah, I, heal me and take me out of this condition, from this sadness</w:t>
      </w:r>
    </w:p>
    <w:p>
      <w:r>
        <w:t>Because I am causing a desecration of Hashem, a desecration of Hashem for Breslov"</w:t>
      </w:r>
    </w:p>
    <w:p>
      <w:r>
        <w:t>So I cried before Hashem Yisbarach in the synagogue and said:</w:t>
      </w:r>
    </w:p>
    <w:p>
      <w:r>
        <w:t>"Master of the World, heal me so that I can come out of the sadness</w:t>
      </w:r>
    </w:p>
    <w:p>
      <w:r>
        <w:t>A thought entered me, a period, like, like someone who enters my head, my brain</w:t>
      </w:r>
    </w:p>
    <w:p>
      <w:r>
        <w:t>And says to me in the thought, they say to me:</w:t>
      </w:r>
    </w:p>
    <w:p>
      <w:r>
        <w:t>"Go into your room" the room, I was in the synagogue and my room was next to the synagogue</w:t>
      </w:r>
    </w:p>
    <w:p>
      <w:r>
        <w:t>"Go into your room and open the bookcase and put your hand on some book</w:t>
      </w:r>
    </w:p>
    <w:p>
      <w:r>
        <w:t>And take it out and open it, and there {…} you will find healing for your soul"</w:t>
      </w:r>
    </w:p>
    <w:p>
      <w:r>
        <w:t>I wanted healing, nu, and I prayed, I said, this thought, where is this thought of mine from—is this a serious thing?</w:t>
      </w:r>
    </w:p>
    <w:p>
      <w:r>
        <w:t>So I said what am I, I will do, I will do this and we will see what, what, what will be made of it</w:t>
      </w:r>
    </w:p>
    <w:p>
      <w:r>
        <w:t>So I did like this, I entered my room from the synagogue and opened the cabinet and put..</w:t>
      </w:r>
    </w:p>
    <w:p>
      <w:r>
        <w:t>As they told me, and I put my hand on some book and took it out, and opened it</w:t>
      </w:r>
    </w:p>
    <w:p>
      <w:r>
        <w:t>And the Petek was there</w:t>
      </w:r>
    </w:p>
    <w:p>
      <w:r>
        <w:t>I saw only a piece of paper and did not know what (not understood) in a book, it could be a marker for</w:t>
      </w:r>
    </w:p>
    <w:p>
      <w:r>
        <w:t>Knowing where I am learning, I did not pay attention to it, I saw a piece of paper</w:t>
      </w:r>
    </w:p>
    <w:p>
      <w:r>
        <w:t>In any case afterward I began, I saw that there were written lines</w:t>
      </w:r>
    </w:p>
    <w:p>
      <w:r>
        <w:t>I began to read and saw what was written, "My dear student" (not understood), yes</w:t>
      </w:r>
    </w:p>
    <w:p>
      <w:r>
        <w:t>And.. yes, and "I greatly enjoyed your service"</w:t>
      </w:r>
    </w:p>
    <w:p>
      <w:r>
        <w:t>This is the sadness, the brokenheartedness I had over the transgression—that I did not fast on the Seventeenth of Tammuz</w:t>
      </w:r>
    </w:p>
    <w:p>
      <w:r>
        <w:t>He—"I greatly enjoyed {your service}"—this, this, "I greatly enjoyed your service"</w:t>
      </w:r>
    </w:p>
    <w:p>
      <w:r>
        <w:t>And the sign.. after the entire Petek, the signature, "Na Nach"</w:t>
      </w:r>
    </w:p>
    <w:p>
      <w:r>
        <w:t>"And a sign: on the Seventeenth of Tammuz they will say that you are not fasting"</w:t>
      </w:r>
    </w:p>
    <w:p>
      <w:r>
        <w:t>The Seventeenth of Tammuz, on the day of the Seventeenth of Tammuz? They will say..</w:t>
      </w:r>
    </w:p>
    <w:p>
      <w:r>
        <w:t>From this it implies that the Petek was written even before the Seventeenth of Tammuz. He says to me:</w:t>
      </w:r>
    </w:p>
    <w:p>
      <w:r>
        <w:t>"A sign: on the Seventeenth of Tammuz they will say that you are not fasting"</w:t>
      </w:r>
    </w:p>
    <w:p>
      <w:r>
        <w:t>In any case, I read this</w:t>
      </w:r>
    </w:p>
    <w:p>
      <w:r>
        <w:t>And just as I had previously been in such sadness, I received joy from this, from this, from this Petek</w:t>
      </w:r>
    </w:p>
    <w:p>
      <w:r>
        <w:t>Such joy that is not of this world</w:t>
      </w:r>
    </w:p>
    <w:p>
      <w:r>
        <w:t>The sadness is of no value compared with the joy, such joy that not..</w:t>
      </w:r>
    </w:p>
    <w:p>
      <w:r>
        <w:t>I began to dance in my room, and the yeshiva students were studying in the yeshiva and said that:</w:t>
      </w:r>
    </w:p>
    <w:p>
      <w:r>
        <w:t>"Oh, the madman became happy, (not understood) he became happy, but he is dancing"</w:t>
      </w:r>
    </w:p>
    <w:p>
      <w:r>
        <w:t>So everyone entered my room and saw such a thing: I was dancing; I paid no attention to them</w:t>
      </w:r>
    </w:p>
    <w:p>
      <w:r>
        <w:t>I was dancing and so happy; they were overwhelmed</w:t>
      </w:r>
    </w:p>
    <w:p>
      <w:r>
        <w:t>Well, they took me out of the room, like.. yes</w:t>
      </w:r>
    </w:p>
    <w:p>
      <w:r>
        <w:t>And they stood in a circle, and I was in the middle and danced for several hours at night</w:t>
      </w:r>
    </w:p>
    <w:p>
      <w:r>
        <w:t>And they became tired; they stood like that for a long time, so they said:</w:t>
      </w:r>
    </w:p>
    <w:p>
      <w:r>
        <w:t>"He will not become tired; he will tire us; we have no more strength"</w:t>
      </w:r>
    </w:p>
    <w:p>
      <w:r>
        <w:t>More, so they went away and I danced alone</w:t>
      </w:r>
    </w:p>
    <w:p>
      <w:r>
        <w:t>In any case, this is something that is impossible to describe, to tell</w:t>
      </w:r>
    </w:p>
    <w:p>
      <w:r>
        <w:t>The matter of the sadness that I had, and the joy rises.. and there was such joy</w:t>
      </w:r>
    </w:p>
    <w:p>
      <w:r>
        <w:t>And I had healing, the opposite of sadness; I entered into such joy, and I had healing for all the days of my life</w:t>
      </w:r>
    </w:p>
    <w:p>
      <w:r>
        <w:t>And every time what passed over me passed over me, some matters of what passes over a person, falls, the descents</w:t>
      </w:r>
    </w:p>
    <w:p>
      <w:r>
        <w:t>Then immediately I took the Petek and read it, then there was already a remedy</w:t>
      </w:r>
    </w:p>
    <w:p>
      <w:r>
        <w:t>[Rebbe Yisroel, but what are the meanings of the Petek?]</w:t>
      </w:r>
    </w:p>
    <w:p>
      <w:r>
        <w:t>The meanings of the Petek?</w:t>
      </w:r>
    </w:p>
    <w:p>
      <w:r>
        <w:t>[I am speaking about the redemption]</w:t>
      </w:r>
    </w:p>
    <w:p>
      <w:r>
        <w:t>The meanings of the Petek are, it is such encouragement as there had never been..</w:t>
      </w:r>
    </w:p>
    <w:p>
      <w:r>
        <w:t>Likutey Moharan, vis-à-vis the encouragement, all the Torahs are.. all the Torahs have matters in them</w:t>
      </w:r>
    </w:p>
    <w:p>
      <w:r>
        <w:t>They have only encouragement in them, only encouragement</w:t>
      </w:r>
    </w:p>
    <w:p>
      <w:r>
        <w:t>Not to despair, and not.. yes, and to begin anew at every moment, yes</w:t>
      </w:r>
    </w:p>
    <w:p>
      <w:r>
        <w:t>Nu, and I know of this and I study it and I went with it</w:t>
      </w:r>
    </w:p>
    <w:p>
      <w:r>
        <w:t>And suddenly all this strength ceased from me through the fall, through the eating on the Seventeenth of Tammuz, and there was no, and no word from Rabbainu helped me in the matter..</w:t>
      </w:r>
    </w:p>
    <w:p>
      <w:r>
        <w:t>I fell into such darkness that I had no remedy at all</w:t>
      </w:r>
    </w:p>
    <w:p>
      <w:r>
        <w:t>[What is “about you I said”? What is the meaning of “about you I said”?]</w:t>
      </w:r>
    </w:p>
    <w:p>
      <w:r>
        <w:t>“And about you”</w:t>
      </w:r>
    </w:p>
    <w:p>
      <w:r>
        <w:t>[My fire]</w:t>
      </w:r>
    </w:p>
    <w:p>
      <w:r>
        <w:t>[...]..</w:t>
      </w:r>
    </w:p>
    <w:p>
      <w:r>
        <w:t>..just as you, “about you,” ate, did such a thing, and you, and you as you are</w:t>
      </w:r>
    </w:p>
    <w:p>
      <w:r>
        <w:t>“And about you I said: My little fire will burn until Moshiach comes”</w:t>
      </w:r>
    </w:p>
    <w:p>
      <w:r>
        <w:t>Ay, ay..</w:t>
      </w:r>
    </w:p>
    <w:p>
      <w:r>
        <w:t>[Say it more clearly, Abba]</w:t>
      </w:r>
    </w:p>
    <w:p>
      <w:r>
        <w:t>Eh?</w:t>
      </w:r>
    </w:p>
    <w:p>
      <w:r>
        <w:t>[Rebbe Yisroel, I think that this is..]</w:t>
      </w:r>
    </w:p>
    <w:p>
      <w:r>
        <w:t>[Say it clearly]</w:t>
      </w:r>
    </w:p>
    <w:p>
      <w:r>
        <w:t>[A greater meaning, that you will merit to see the redemption]</w:t>
      </w:r>
    </w:p>
    <w:p>
      <w:r>
        <w:t>I do not know how to say interpretations, only simply, and simply he also.. he is this</w:t>
      </w:r>
    </w:p>
    <w:p>
      <w:r>
        <w:t>“About you I said,” but if God forbid not, not, not there will be..</w:t>
      </w:r>
    </w:p>
    <w:p>
      <w:r>
        <w:t>All Rabbainu's words, we see that they endure, they endure forever, yes</w:t>
      </w:r>
    </w:p>
    <w:p>
      <w:r>
        <w:t>And this word too, but nevertheless it could be, God forbid</w:t>
      </w:r>
    </w:p>
    <w:p>
      <w:r>
        <w:t>Through some blemish, or through some sin {there will be, you will have}, God forbid {…}</w:t>
      </w:r>
    </w:p>
    <w:p>
      <w:r>
        <w:t>Whatever will be could be, yes</w:t>
      </w:r>
    </w:p>
    <w:p>
      <w:r>
        <w:t>And I, I will be liable, because there will be a desecration of God's name; it is written: “About you I said: My little fire..” {…..}</w:t>
      </w:r>
    </w:p>
    <w:p>
      <w:r>
        <w:t>[What is the meaning of “Na Nach”?]</w:t>
      </w:r>
    </w:p>
    <w:p>
      <w:r>
        <w:t>Eh?</w:t>
      </w:r>
    </w:p>
    <w:p>
      <w:r>
        <w:t>[What is “Na Nach”]</w:t>
      </w:r>
    </w:p>
    <w:p>
      <w:r>
        <w:t>“Na Nach,” when I found it and read it and it gladdened me</w:t>
      </w:r>
    </w:p>
    <w:p>
      <w:r>
        <w:t>But I did not know what, I saw that it was such a wonder, no more, but I did not know what...</w:t>
      </w:r>
    </w:p>
    <w:p>
      <w:r>
        <w:t>...but I did not know what, I saw that it was such a wonder, no more</w:t>
      </w:r>
    </w:p>
    <w:p>
      <w:r>
        <w:t>But I did not know what it is, what? Nothing, no details</w:t>
      </w:r>
    </w:p>
    <w:p>
      <w:r>
        <w:t>What? I read, I read like, like a little child who knows nothing</w:t>
      </w:r>
    </w:p>
    <w:p>
      <w:r>
        <w:t>“Na Nach Nachma Nachman MeUman,” I knew no more, only what is written</w:t>
      </w:r>
    </w:p>
    <w:p>
      <w:r>
        <w:t>[What is it now? Now you know]</w:t>
      </w:r>
    </w:p>
    <w:p>
      <w:r>
        <w:t>After you drew close to me, and you awakened me:</w:t>
      </w:r>
    </w:p>
    <w:p>
      <w:r>
        <w:t>“This needs to be publicized”</w:t>
      </w:r>
    </w:p>
    <w:p>
      <w:r>
        <w:t>It was a secret; no person knew of it. I told you of this secret</w:t>
      </w:r>
    </w:p>
    <w:p>
      <w:r>
        <w:t>And you said: “This needs, until now it was asleep; now I will not give, I will not give you sleep</w:t>
      </w:r>
    </w:p>
    <w:p>
      <w:r>
        <w:t>Enough, this needs to be publicized throughout the whole world, this matter, this wondrous matter”</w:t>
      </w:r>
    </w:p>
    <w:p>
      <w:r>
        <w:t>[Abba, but what did you think?]</w:t>
      </w:r>
    </w:p>
    <w:p>
      <w:r>
        <w:t>Eh?</w:t>
      </w:r>
    </w:p>
    <w:p>
      <w:r>
        <w:t>[When you found the Petek]</w:t>
      </w:r>
    </w:p>
    <w:p>
      <w:r>
        <w:t>Nu</w:t>
      </w:r>
    </w:p>
    <w:p>
      <w:r>
        <w:t>[What did you think? What is this? Where did it come from? What did you think?]</w:t>
      </w:r>
    </w:p>
    <w:p>
      <w:r>
        <w:t>As it is, simply, Rabbainu's signature is written</w:t>
      </w:r>
    </w:p>
    <w:p>
      <w:r>
        <w:t>[Yes]</w:t>
      </w:r>
    </w:p>
    <w:p>
      <w:r>
        <w:t>He wrote to me, “Na Nach Nachma Nachman MeUman”</w:t>
      </w:r>
    </w:p>
    <w:p>
      <w:r>
        <w:t>[You accepted this, that it is he who is sending it to you]</w:t>
      </w:r>
    </w:p>
    <w:p>
      <w:r>
        <w:t>Eh?</w:t>
      </w:r>
    </w:p>
    <w:p>
      <w:r>
        <w:t>[Because this is a letter that he is sending to you, and he means you]</w:t>
      </w:r>
    </w:p>
    <w:p>
      <w:r>
        <w:t>Yes</w:t>
      </w:r>
    </w:p>
    <w:p>
      <w:r>
        <w:t>[This..]</w:t>
      </w:r>
    </w:p>
    <w:p>
      <w:r>
        <w:t>He gives me a sign, “A sign, the Seventeenth of Tammuz..”</w:t>
      </w:r>
    </w:p>
    <w:p>
      <w:r>
        <w:t>[What is the sign?]</w:t>
      </w:r>
    </w:p>
    <w:p>
      <w:r>
        <w:t>Something that no one knew about</w:t>
      </w:r>
    </w:p>
    <w:p>
      <w:r>
        <w:t>[Ah, ah]</w:t>
      </w:r>
    </w:p>
    <w:p>
      <w:r>
        <w:t>Yes</w:t>
      </w:r>
    </w:p>
    <w:p>
      <w:r>
        <w:t>[Only you.. between you and him..]</w:t>
      </w:r>
    </w:p>
    <w:p>
      <w:r>
        <w:t>Then I saw that it was to me, but beforehand it does not say Yisroel Ber Odesser</w:t>
      </w:r>
    </w:p>
    <w:p>
      <w:r>
        <w:t>[Correct, that is why I am asking]</w:t>
      </w:r>
    </w:p>
    <w:p>
      <w:r>
        <w:t>It does not say {….}, only “my student”; no name is written, it does not say who, yes</w:t>
      </w:r>
    </w:p>
    <w:p>
      <w:r>
        <w:t>And in truth it is a writing from Rabbainu, and it has universal scope</w:t>
      </w:r>
    </w:p>
    <w:p>
      <w:r>
        <w:t>All the teachings, and all the conversations, and everything that passes over each and every person, this</w:t>
      </w:r>
    </w:p>
    <w:p>
      <w:r>
        <w:t>This matter of Rabbainu is, he, he is not for one person, but for each and every one of Israel, for all Israel [Right]</w:t>
      </w:r>
    </w:p>
    <w:p>
      <w:r>
        <w:t>Yes, so this too, this is all-encompassing, "It was very difficult for me to descend to you"</w:t>
      </w:r>
    </w:p>
    <w:p>
      <w:r>
        <w:t>So not to me, to you and to you, he wrote to everyone, yes</w:t>
      </w:r>
    </w:p>
    <w:p>
      <w:r>
        <w:t>[...]</w:t>
      </w:r>
    </w:p>
    <w:p>
      <w:r>
        <w:t>"To tell you that I derived much pleasure from your service and upon you.."</w:t>
      </w:r>
    </w:p>
    <w:p>
      <w:r>
        <w:t>The entire Petek speaks to each and every person</w:t>
      </w:r>
    </w:p>
    <w:p>
      <w:r>
        <w:t>[But there is something in the Petek that was never clearly revealed, the matter of the "Na Nach"]</w:t>
      </w:r>
    </w:p>
    <w:p>
      <w:r>
        <w:t>The matter of the "Na Nach" was revealed only in the Petek</w:t>
      </w:r>
    </w:p>
    <w:p>
      <w:r>
        <w:t>It was a secret, a secret from all the worlds, not revealed, nothing like this was revealed in the world</w:t>
      </w:r>
    </w:p>
    <w:p>
      <w:r>
        <w:t>Only in the Petek, in the signature, he, he reveals to the entire world</w:t>
      </w:r>
    </w:p>
    <w:p>
      <w:r>
        <w:t>That the song—simple, doubled, tripled, quadrupled—{that is destined} to be revealed..</w:t>
      </w:r>
    </w:p>
    <w:p>
      <w:r>
        <w:t>[What the Zohar speaks about]</w:t>
      </w:r>
    </w:p>
    <w:p>
      <w:r>
        <w:t>With the coming of Mashiach</w:t>
      </w:r>
    </w:p>
    <w:p>
      <w:r>
        <w:t>[What the Zohar speaks about, and Rabbainu speaks about]</w:t>
      </w:r>
    </w:p>
    <w:p>
      <w:r>
        <w:t>That will bring the entire world back to Hashem Yisbarach, to the Torah</w:t>
      </w:r>
    </w:p>
    <w:p>
      <w:r>
        <w:t>He, he, he is the author of the Petek, he is the holy Rabbainu</w:t>
      </w:r>
    </w:p>
    <w:p>
      <w:r>
        <w:t>As he signed himself, "Na Nach Nachma Nachman"</w:t>
      </w:r>
    </w:p>
    <w:p>
      <w:r>
        <w:t>And simple is "Nach"</w:t>
      </w:r>
    </w:p>
    <w:p>
      <w:r>
        <w:t>Doubled is "Nach"</w:t>
      </w:r>
    </w:p>
    <w:p>
      <w:r>
        <w:t>Simple - "Na"</w:t>
      </w:r>
    </w:p>
    <w:p>
      <w:r>
        <w:t>Doubled - "Nach"</w:t>
      </w:r>
    </w:p>
    <w:p>
      <w:r>
        <w:t>Tripled - "Nachma"</w:t>
      </w:r>
    </w:p>
    <w:p>
      <w:r>
        <w:t>Quadrupled - "Nachman"</w:t>
      </w:r>
    </w:p>
    <w:p>
      <w:r>
        <w:t>Yes, so this means that he reveals to us that he is the song that will be revealed in the future? - He is the song</w:t>
      </w:r>
    </w:p>
    <w:p>
      <w:r>
        <w:t>Every Torah from Likutey Moharan, and every utterance that he revealed in the world then, then this, this is the song</w:t>
      </w:r>
    </w:p>
    <w:p>
      <w:r>
        <w:t>Through which will come, there will be the rectification for the world</w:t>
      </w:r>
    </w:p>
    <w:p>
      <w:r>
        <w:t>[But how is it enclothed upon Y-H-V-H?]</w:t>
      </w:r>
    </w:p>
    <w:p>
      <w:r>
        <w:t>Huh?</w:t>
      </w:r>
    </w:p>
    <w:p>
      <w:r>
        <w:t>[How is it enclothed upon Y-H-V-H?]</w:t>
      </w:r>
    </w:p>
    <w:p>
      <w:r>
        <w:t>What Y-H-V-..? Uh..</w:t>
      </w:r>
    </w:p>
    <w:p>
      <w:r>
        <w:t>[How is the "Na Nach" enclothed upon Y-H-V-H?]</w:t>
      </w:r>
    </w:p>
    <w:p>
      <w:r>
        <w:t>Y-H-V-H? The Name of Hashem, the Name of Hashem Y-H-V-H is joined with the name of Rabbainu, that is how he wrote in a Torah</w:t>
      </w:r>
    </w:p>
    <w:p>
      <w:r>
        <w:t>He is all of them.. yes</w:t>
      </w:r>
    </w:p>
    <w:p>
      <w:r>
        <w:t>That is how he reveals, "The Name of Hashem is joined in the name of the Tzaddik"</w:t>
      </w:r>
    </w:p>
    <w:p>
      <w:r>
        <w:t>"If the name of the Tzaddik is publicized in the world, Hashem Yisbarach is publicized in the world, the faith, the Torah"</w:t>
      </w:r>
    </w:p>
    <w:p>
      <w:r>
        <w:t>Yes, it all depends on publicizing the name of the Tzaddik</w:t>
      </w:r>
    </w:p>
    <w:p>
      <w:r>
        <w:t>And here he signs that he is that Tzaddik of the song—simple, doubled, tripled, quadrupled—he, he, he</w:t>
      </w:r>
    </w:p>
    <w:p>
      <w:r>
        <w:t>And also {actually} no, in the entire Petek no, it is not written to whom he is writing this</w:t>
      </w:r>
    </w:p>
    <w:p>
      <w:r>
        <w:t>And one can think anything, yes</w:t>
      </w:r>
    </w:p>
    <w:p>
      <w:r>
        <w:t>But only at the end does he reveal a sign, the sign of the Seventeenth of Tammuz</w:t>
      </w:r>
    </w:p>
    <w:p>
      <w:r>
        <w:t>Something that only I knew and no one knew, did not know about it</w:t>
      </w:r>
    </w:p>
    <w:p>
      <w:r>
        <w:t>So, because it is a sign, I know that he, that I was the cause of it</w:t>
      </w:r>
    </w:p>
    <w:p>
      <w:r>
        <w:t>Through the sadness, through my sadness, through the heartbreak that I had over the transgression</w:t>
      </w:r>
    </w:p>
    <w:p>
      <w:r>
        <w:t>Then it happened, what happened happened, it happened from this..</w:t>
      </w:r>
    </w:p>
    <w:p>
      <w:r>
        <w:t>[And what, what is the meaning of the secret "full and heaped from line to line P'Tz'P'Tz'Y'H'"?]</w:t>
      </w:r>
    </w:p>
    <w:p>
      <w:r>
        <w:t>This, this is a matter..</w:t>
      </w:r>
    </w:p>
    <w:p>
      <w:r>
        <w:t>[According to what you can explain]</w:t>
      </w:r>
    </w:p>
    <w:p>
      <w:r>
        <w:t>A matter, hidden matters, what, what is impossible..</w:t>
      </w:r>
    </w:p>
    <w:p>
      <w:r>
        <w:t>[What you can in general terms]</w:t>
      </w:r>
    </w:p>
    <w:p>
      <w:r>
        <w:t>In general terms..</w:t>
      </w:r>
    </w:p>
    <w:p>
      <w:r>
        <w:t>It is impossible, impossible</w:t>
      </w:r>
    </w:p>
    <w:p>
      <w:r>
        <w:t>At any rate, only in a general way, "full and heaped from line to line"</w:t>
      </w:r>
    </w:p>
    <w:p>
      <w:r>
        <w:t>"Full and heaped" is also a matter, a matter like this, "full and heaped"</w:t>
      </w:r>
    </w:p>
    <w:p>
      <w:r>
        <w:t>"Full," not only "full," "heaped," yes</w:t>
      </w:r>
    </w:p>
    <w:p>
      <w:r>
        <w:t>[…..]</w:t>
      </w:r>
    </w:p>
    <w:p>
      <w:r>
        <w:t>Nu, what else? But there is more, more "heaped," more, more "full and heaped," "from line to line," yes</w:t>
      </w:r>
    </w:p>
    <w:p>
      <w:r>
        <w:t>So "from line to line" is a matter, such a hidden matter that it is more expert, more than "full and heaped"</w:t>
      </w:r>
    </w:p>
    <w:p>
      <w:r>
        <w:t>And also "full and heaped from line to line" is full, full of points, many points, nu</w:t>
      </w:r>
    </w:p>
    <w:p>
      <w:r>
        <w:t>I, I do not know, the holy Rabbainu writes, "Through strengthening in service you will understand it"</w:t>
      </w:r>
    </w:p>
    <w:p>
      <w:r>
        <w:t>[And what is the matter of the "P'Tz'.."]</w:t>
      </w:r>
    </w:p>
    <w:p>
      <w:r>
        <w:t>The "P'Tz'" is a matter of Rabbainu's Rosh Hashanah</w:t>
      </w:r>
    </w:p>
    <w:p>
      <w:r>
        <w:t>It is mentioned in the Petek that I, I have knowledge of the matter of Rosh Hashanah, my Rosh Hashanah, more than the whole world</w:t>
      </w:r>
    </w:p>
    <w:p>
      <w:r>
        <w:t>And "full and heaped from line to line," P'Tz'P'Tz'Y'H'" is Rosh Hashanah</w:t>
      </w:r>
    </w:p>
    <w:p>
      <w:r>
        <w:t>[The angel appointed over the merits of the people of Israel]</w:t>
      </w:r>
    </w:p>
    <w:p>
      <w:r>
        <w:t>Yo, the angel appointed over the blasts, over the blowing of the shofar</w:t>
      </w:r>
    </w:p>
    <w:p>
      <w:r>
        <w:t>[And it has the same gematria as "Na Nach," "Na Nach" is 355 and this is 355]</w:t>
      </w:r>
    </w:p>
    <w:p>
      <w:r>
        <w:t>Yes, and also.. this thing came to my mind:</w:t>
      </w:r>
    </w:p>
    <w:p>
      <w:r>
        <w:t>P'Tz'P'Tz' comes to 140, look</w:t>
      </w:r>
    </w:p>
    <w:p>
      <w:r>
        <w:t>[P'Tz'..]</w:t>
      </w:r>
    </w:p>
    <w:p>
      <w:r>
        <w:t>P'Tz' is 70</w:t>
      </w:r>
    </w:p>
    <w:p>
      <w:r>
        <w:t>[Yes]</w:t>
      </w:r>
    </w:p>
    <w:p>
      <w:r>
        <w:t>70 and 70</w:t>
      </w:r>
    </w:p>
    <w:p>
      <w:r>
        <w:t>[140]</w:t>
      </w:r>
    </w:p>
    <w:p>
      <w:r>
        <w:t>One hundred and forty, then, then Rabbainu's name..</w:t>
      </w:r>
    </w:p>
    <w:p>
      <w:r>
        <w:t>[Why?]</w:t>
      </w:r>
    </w:p>
    <w:p>
      <w:r>
        <w:t>[P' is..]</w:t>
      </w:r>
    </w:p>
    <w:p>
      <w:r>
        <w:t>The name Nachman, the name..</w:t>
      </w:r>
    </w:p>
    <w:p>
      <w:r>
        <w:t>[P' is eighty, Tz' is ninety]</w:t>
      </w:r>
    </w:p>
    <w:p>
      <w:r>
        <w:t>[Ninety plus eighty is 170]</w:t>
      </w:r>
    </w:p>
    <w:p>
      <w:r>
        <w:t>[170]</w:t>
      </w:r>
    </w:p>
    <w:p>
      <w:r>
        <w:t>One hundred and seventy</w:t>
      </w:r>
    </w:p>
    <w:p>
      <w:r>
        <w:t>[Yes]</w:t>
      </w:r>
    </w:p>
    <w:p>
      <w:r>
        <w:t>M.. no..</w:t>
      </w:r>
    </w:p>
    <w:p>
      <w:r>
        <w:t>[Wait]</w:t>
      </w:r>
    </w:p>
    <w:p>
      <w:r>
        <w:t>70 and 70, one hundred and forty</w:t>
      </w:r>
    </w:p>
    <w:p>
      <w:r>
        <w:t>[How 70 and 70?]</w:t>
      </w:r>
    </w:p>
    <w:p>
      <w:r>
        <w:t>{{. .}}</w:t>
      </w:r>
    </w:p>
    <w:p>
      <w:r>
        <w:t>['Tz..]</w:t>
      </w:r>
    </w:p>
    <w:p>
      <w:r>
        <w:t>P'Tz' is 70, P'Tz' 70, no?</w:t>
      </w:r>
    </w:p>
    <w:p>
      <w:r>
        <w:t>[No, no]</w:t>
      </w:r>
    </w:p>
    <w:p>
      <w:r>
        <w:t>[No, P' is, it is..]</w:t>
      </w:r>
    </w:p>
    <w:p>
      <w:r>
        <w:t>P'Tz.. nu, 80</w:t>
      </w:r>
    </w:p>
    <w:p>
      <w:r>
        <w:t>[80]</w:t>
      </w:r>
    </w:p>
    <w:p>
      <w:r>
        <w:t>Nu</w:t>
      </w:r>
    </w:p>
    <w:p>
      <w:r>
        <w:t>[And Tz' is 90]</w:t>
      </w:r>
    </w:p>
    <w:p>
      <w:r>
        <w:t>90</w:t>
      </w:r>
    </w:p>
    <w:p>
      <w:r>
        <w:t>[And together one hundred, one hundred and..]</w:t>
      </w:r>
    </w:p>
    <w:p>
      <w:r>
        <w:t>What hundred?</w:t>
      </w:r>
    </w:p>
    <w:p>
      <w:r>
        <w:t>[180]</w:t>
      </w:r>
    </w:p>
    <w:p>
      <w:r>
        <w:t>[170]</w:t>
      </w:r>
    </w:p>
    <w:p>
      <w:r>
        <w:t>[170]</w:t>
      </w:r>
    </w:p>
    <w:p>
      <w:r>
        <w:t>Ah, one hundred..</w:t>
      </w:r>
    </w:p>
    <w:p>
      <w:r>
        <w:t>[170]</w:t>
      </w:r>
    </w:p>
    <w:p>
      <w:r>
        <w:t>One hundred and..</w:t>
      </w:r>
    </w:p>
    <w:p>
      <w:r>
        <w:t>[170]</w:t>
      </w:r>
    </w:p>
    <w:p>
      <w:r>
        <w:t>Ah.. then I was mistaken, I erred, I was mistaken</w:t>
      </w:r>
    </w:p>
    <w:p>
      <w:r>
        <w:t>One hundred and seventy, one hundred and seventy, one hundred and seventy {..}</w:t>
      </w:r>
    </w:p>
    <w:p>
      <w:r>
        <w:t>[340]</w:t>
      </w:r>
    </w:p>
    <w:p>
      <w:r>
        <w:t>Eh?</w:t>
      </w:r>
    </w:p>
    <w:p>
      <w:r>
        <w:t>[….]</w:t>
      </w:r>
    </w:p>
    <w:p>
      <w:r>
        <w:t>Three hundred and forty</w:t>
      </w:r>
    </w:p>
    <w:p>
      <w:r>
        <w:t>[340]</w:t>
      </w:r>
    </w:p>
    <w:p>
      <w:r>
        <w:t>But not.. then, then I was mistaken</w:t>
      </w:r>
    </w:p>
    <w:p>
      <w:r>
        <w:t>[………..]</w:t>
      </w:r>
    </w:p>
    <w:p>
      <w:r>
        <w:t>[Wait, perhaps, wait, wait, perhaps it is possible by reduced gematria, no, also not]</w:t>
      </w:r>
    </w:p>
    <w:p>
      <w:r>
        <w:t>[Yes, yes, this is the gematria of Moshe]</w:t>
      </w:r>
    </w:p>
    <w:p>
      <w:r>
        <w:t>Yes, yes, P'Tz'P'Tz' is..</w:t>
      </w:r>
    </w:p>
    <w:p>
      <w:r>
        <w:t>[…….. the gematria of Moshe]</w:t>
      </w:r>
    </w:p>
    <w:p>
      <w:r>
        <w:t>[Wait, wait, quiet]</w:t>
      </w:r>
    </w:p>
    <w:p>
      <w:r>
        <w:t>I thought that it was like you, 70 and 70, P'Tz' is 70</w:t>
      </w:r>
    </w:p>
    <w:p>
      <w:r>
        <w:t>[How much is it...]</w:t>
      </w:r>
    </w:p>
    <w:p>
      <w:r>
        <w:t>One hundred and seventy</w:t>
      </w:r>
    </w:p>
    <w:p>
      <w:r>
        <w:t>[One hundred and seventy]</w:t>
      </w:r>
    </w:p>
    <w:p>
      <w:r>
        <w:t>[One hundred and seventy]</w:t>
      </w:r>
    </w:p>
    <w:p>
      <w:r>
        <w:t>[345, and this is also 345]</w:t>
      </w:r>
    </w:p>
    <w:p>
      <w:r>
        <w:t>[This is 355, this is the angel of mercy of….]</w:t>
      </w:r>
    </w:p>
    <w:p>
      <w:r>
        <w:t>Oy, yes..</w:t>
      </w:r>
    </w:p>
    <w:p>
      <w:r>
        <w:t>..I traveled to Yerushalayim and I was happy, and I came, I returned from Yerushalayim</w:t>
      </w:r>
    </w:p>
    <w:p>
      <w:r>
        <w:t>And she was, I found her so sick.. far from life, so sick</w:t>
      </w:r>
    </w:p>
    <w:p>
      <w:r>
        <w:t>Then my wife said to me:</w:t>
      </w:r>
    </w:p>
    <w:p>
      <w:r>
        <w:t>"You caused this to happen to her, you caused this to happen to her</w:t>
      </w:r>
    </w:p>
    <w:p>
      <w:r>
        <w:t>She longed for you and became ill, so ill"</w:t>
      </w:r>
    </w:p>
    <w:p>
      <w:r>
        <w:t>She longed for Abba, yes</w:t>
      </w:r>
    </w:p>
    <w:p>
      <w:r>
        <w:t>And blessed be Hashem, she is alive</w:t>
      </w:r>
    </w:p>
    <w:p>
      <w:r>
        <w:t>[I chased after him..]</w:t>
      </w:r>
    </w:p>
    <w:p>
      <w:r>
        <w:t>[Now it will go quickly..]</w:t>
      </w:r>
    </w:p>
    <w:p>
      <w:r>
        <w:t>[I would go..]</w:t>
      </w:r>
    </w:p>
    <w:p>
      <w:r>
        <w:t>[Now..]</w:t>
      </w:r>
    </w:p>
    <w:p>
      <w:r>
        <w:t>[After him, wherever he went..]</w:t>
      </w:r>
    </w:p>
    <w:p>
      <w:r>
        <w:t>[….]</w:t>
      </w:r>
    </w:p>
    <w:p>
      <w:r>
        <w:t>[He would travel to Yerushalayim; I would come as far as the bus, he would throw me off]</w:t>
      </w:r>
    </w:p>
    <w:p>
      <w:r>
        <w:t>[….]</w:t>
      </w:r>
    </w:p>
    <w:p>
      <w:r>
        <w:t>[Also to Bnei Brak..]</w:t>
      </w:r>
    </w:p>
    <w:p>
      <w:r>
        <w:t>[Now..]</w:t>
      </w:r>
    </w:p>
    <w:p>
      <w:r>
        <w:t>[And also to Meron, the same thing, he would throw me off]</w:t>
      </w:r>
    </w:p>
    <w:p>
      <w:r>
        <w:t>[Now it will go quickly, now …..]</w:t>
      </w:r>
    </w:p>
    <w:p>
      <w:r>
        <w:t>[When I was little, I lacked an Abba; he was not at home at all]</w:t>
      </w:r>
    </w:p>
    <w:p>
      <w:r>
        <w:t>[….]</w:t>
      </w:r>
    </w:p>
    <w:p>
      <w:r>
        <w:t>[When he was at home, what was at home? He would come to eat, change clothes, sleep one night, and then he would flee again, so I would ….. him, I would go with him as far as the bus, there was no, you know</w:t>
      </w:r>
    </w:p>
    <w:p>
      <w:r>
        <w:t>And then we would come downstairs, and Egged was downstairs, right on the main street; I would come with him as far as Egged and I would want to go up, he would stand there, there was someone who knew us, there was.. "Chaim Schaefer"] Oy vey..</w:t>
      </w:r>
    </w:p>
    <w:p>
      <w:r>
        <w:t>["Take her down, men zarof (take them down), men zarof, take her down"</w:t>
      </w:r>
    </w:p>
    <w:p>
      <w:r>
        <w:t>He did not want to take me; I would stand until he traveled away]</w:t>
      </w:r>
    </w:p>
    <w:p>
      <w:r>
        <w:t>{…}</w:t>
      </w:r>
    </w:p>
    <w:p>
      <w:r>
        <w:t>[I always chased after him.. also in Yerushalayim]</w:t>
      </w:r>
    </w:p>
    <w:p>
      <w:r>
        <w:t>The wisdoms of the world are such darkness that they can cover such a miracle</w:t>
      </w:r>
    </w:p>
    <w:p>
      <w:r>
        <w:t>[Do not worry..]</w:t>
      </w:r>
    </w:p>
    <w:p>
      <w:r>
        <w:t>One sees, one sees such a wonder that has never been heard of</w:t>
      </w:r>
    </w:p>
    <w:p>
      <w:r>
        <w:t>[I receive telephone calls all day..]</w:t>
      </w:r>
    </w:p>
    <w:p>
      <w:r>
        <w:t>Never has a wonder been heard of, a wonder, this is such a thing—that the Tzaddik, after one hundred and seventy years..</w:t>
      </w:r>
    </w:p>
    <w:p>
      <w:r>
        <w:t>[…. Give us material that will explain to us what this is? To the end, for me</w:t>
      </w:r>
    </w:p>
    <w:p>
      <w:r>
        <w:t>I can the intellectual perception, not just the.. give us background material, material to think about..</w:t>
      </w:r>
    </w:p>
    <w:p>
      <w:r>
        <w:t>We will make such a booklet, we will take Torahs from "Likutey Moharan"</w:t>
      </w:r>
    </w:p>
    <w:p>
      <w:r>
        <w:t>that speak about "the name of the Tzaddik and the Name of Hashem," and afterward the drawing close from "Avi HaNachal"</w:t>
      </w:r>
    </w:p>
    <w:p>
      <w:r>
        <w:t>and the continuation, which is this Petek, then they will get a picture that it is not just a Petek]</w:t>
      </w:r>
    </w:p>
    <w:p>
      <w:r>
        <w:t>Clarify this</w:t>
      </w:r>
    </w:p>
    <w:p>
      <w:r>
        <w:t>[Who stands behind this..]</w:t>
      </w:r>
    </w:p>
    <w:p>
      <w:r>
        <w:t>You do it</w:t>
      </w:r>
    </w:p>
    <w:p>
      <w:r>
        <w:t>[We will make something beautiful, there is a computer now..]</w:t>
      </w:r>
    </w:p>
    <w:p>
      <w:r>
        <w:t>The main thing is not me; the main thing is "Likutey Moharan," the words from Rabbainu</w:t>
      </w:r>
    </w:p>
    <w:p>
      <w:r>
        <w:t>[We will bring, bring three Torahs..]</w:t>
      </w:r>
    </w:p>
    <w:p>
      <w:r>
        <w:t>[But it is important that how you found the Petek be publicized to the world; the world needs to know]</w:t>
      </w:r>
    </w:p>
    <w:p>
      <w:r>
        <w:t>[We will bring..]</w:t>
      </w:r>
    </w:p>
    <w:p>
      <w:r>
        <w:t>Nu, so have I finished already?</w:t>
      </w:r>
    </w:p>
    <w:p>
      <w:r>
        <w:t>[Yes, yes, you finished]</w:t>
      </w:r>
    </w:p>
    <w:p>
      <w:r>
        <w:t>Eh?</w:t>
      </w:r>
    </w:p>
    <w:p>
      <w:r>
        <w:t>[You finished, you finished]</w:t>
      </w:r>
    </w:p>
    <w:p>
      <w:r>
        <w:t>Yes?</w:t>
      </w:r>
    </w:p>
    <w:p>
      <w:r>
        <w:t>[That is all]</w:t>
      </w:r>
    </w:p>
    <w:p>
      <w:r>
        <w:t>[You can smoke a cigarette; you will get one for this]</w:t>
      </w:r>
    </w:p>
    <w:p>
      <w:r>
        <w:t>It was a remedy for me; they told me:</w:t>
      </w:r>
    </w:p>
    <w:p>
      <w:r>
        <w:t>"Open the book and you will find, there you will find a remedy for your soul"</w:t>
      </w:r>
    </w:p>
    <w:p>
      <w:r>
        <w:t>And the remedy continues all the days of my life</w:t>
      </w:r>
    </w:p>
    <w:p>
      <w:r>
        <w:t>[……]</w:t>
      </w:r>
    </w:p>
    <w:p>
      <w:r>
        <w:t>And when I received a blow, I immediately took the Petek and everything was nullified, was nullified {forever}</w:t>
      </w:r>
    </w:p>
    <w:p>
      <w:r>
        <w:t>[In another three months, with Hashem's help, we will already have a photograph, and after that we will move forward] No, no</w:t>
      </w:r>
    </w:p>
    <w:p>
      <w:r>
        <w:t>[Tell me, what is the news with this that was with the..]</w:t>
      </w:r>
    </w:p>
    <w:p>
      <w:r>
        <w:t>[With the non-Jewish woman we did work, work; now we are waiting for the contract..]</w:t>
      </w:r>
    </w:p>
    <w:p>
      <w:r>
        <w:t>Oy, I..</w:t>
      </w:r>
    </w:p>
    <w:p>
      <w:r>
        <w:t>[I have a Knesset member from Shas whom I helped with his yeshiva, "Torah from..”]…</w:t>
      </w:r>
    </w:p>
    <w:p>
      <w:r>
        <w:t>…[To make you coffee]</w:t>
      </w:r>
    </w:p>
    <w:p>
      <w:r>
        <w:t>{….}</w:t>
      </w:r>
    </w:p>
    <w:p>
      <w:r>
        <w:t>[Nu, continue]</w:t>
      </w:r>
    </w:p>
    <w:p>
      <w:r>
        <w:t>So I received a stamp of insanity, of a madman</w:t>
      </w:r>
    </w:p>
    <w:p>
      <w:r>
        <w:t>The entire yeshiva entered the city, each one to his synagogue, and they told "good news":</w:t>
      </w:r>
    </w:p>
    <w:p>
      <w:r>
        <w:t>that the Breslover had become crazy, but such a madman as there is none like him</w:t>
      </w:r>
    </w:p>
    <w:p>
      <w:r>
        <w:t>that he should have no remedy at all, he should have none..”</w:t>
      </w:r>
    </w:p>
    <w:p>
      <w:r>
        <w:t>They told the story of how I was suddenly in such sadness and afterward in such joy</w:t>
      </w:r>
    </w:p>
    <w:p>
      <w:r>
        <w:t>And I danced like a madman; in any case, I acquired a name throughout the city:</w:t>
      </w:r>
    </w:p>
    <w:p>
      <w:r>
        <w:t>"That Yisroel Ber the Breslover became crazy," yes</w:t>
      </w:r>
    </w:p>
    <w:p>
      <w:r>
        <w:t>So Rav Mottel, Rav Mottel of Slonim, I was his neighbor, like a room beside a room, a neighbor, yes</w:t>
      </w:r>
    </w:p>
    <w:p>
      <w:r>
        <w:t>He gave me the room and he gave me everything</w:t>
      </w:r>
    </w:p>
    <w:p>
      <w:r>
        <w:t>In any case he, he, he loved me like an only son</w:t>
      </w:r>
    </w:p>
    <w:p>
      <w:r>
        <w:t>I was, he had two daughters and I was the third son; I was more {….} with him, more than his daughters, yes</w:t>
      </w:r>
    </w:p>
    <w:p>
      <w:r>
        <w:t>They felt it, they, they knew, yes</w:t>
      </w:r>
    </w:p>
    <w:p>
      <w:r>
        <w:t>So he loved me, but after I became a Breslover, and he was an opponent, he said to me:</w:t>
      </w:r>
    </w:p>
    <w:p>
      <w:r>
        <w:t>"Be very careful—Breslov, no"</w:t>
      </w:r>
    </w:p>
    <w:p>
      <w:r>
        <w:t>So, and I did not listen to him</w:t>
      </w:r>
    </w:p>
    <w:p>
      <w:r>
        <w:t>But nevertheless the joy was not spoiled, the love was not spoiled</w:t>
      </w:r>
    </w:p>
    <w:p>
      <w:r>
        <w:t>And he heard, he went to pray Mincha; he heard in the synagogue that all the yeshiva students were telling</w:t>
      </w:r>
    </w:p>
    <w:p>
      <w:r>
        <w:t>that the Breslover had become such a madman, yes</w:t>
      </w:r>
    </w:p>
    <w:p>
      <w:r>
        <w:t>They told about the sadness and the joy {and did not know} what the sadness was and what the joy was</w:t>
      </w:r>
    </w:p>
    <w:p>
      <w:r>
        <w:t>But they determined: “He became such a madman"</w:t>
      </w:r>
    </w:p>
    <w:p>
      <w:r>
        <w:t>So he heard this, and everyone was telling, "By the mouth of two witnesses a matter shall be established"</w:t>
      </w:r>
    </w:p>
    <w:p>
      <w:r>
        <w:t>And they were many, many, everyone was saying so; then he had, he had great sorrow</w:t>
      </w:r>
    </w:p>
    <w:p>
      <w:r>
        <w:t>He did not want to listen to me, {if there was}</w:t>
      </w:r>
    </w:p>
    <w:p>
      <w:r>
        <w:t>"Nu, the Breslover became crazy, but what, what do we do now?”</w:t>
      </w:r>
    </w:p>
    <w:p>
      <w:r>
        <w:t>So he was in great sorrow; then he, he went home in order to see the madman</w:t>
      </w:r>
    </w:p>
    <w:p>
      <w:r>
        <w:t>To speak with me, and he went in fear, he came in to me in fear</w:t>
      </w:r>
    </w:p>
    <w:p>
      <w:r>
        <w:t>"A madman can hit, can.."</w:t>
      </w:r>
    </w:p>
    <w:p>
      <w:r>
        <w:t>So he entered and began to speak with me, and I spoke with him, and he felt, he saw that I was not crazy</w:t>
      </w:r>
    </w:p>
    <w:p>
      <w:r>
        <w:t>When one sees with one's own eyes, there will be a hundred witnesses..</w:t>
      </w:r>
    </w:p>
    <w:p>
      <w:r>
        <w:t>So he says to me, tells me:</w:t>
      </w:r>
    </w:p>
    <w:p>
      <w:r>
        <w:t>"That throughout the city I got the name of a madman, everyone is saying that you are mad</w:t>
      </w:r>
    </w:p>
    <w:p>
      <w:r>
        <w:t>You were in such sadness and afterward in such joy, what do I want {…}..</w:t>
      </w:r>
    </w:p>
    <w:p>
      <w:r>
        <w:t>I see that you are not mad; tell me the whole episode of the sadness and the joy</w:t>
      </w:r>
    </w:p>
    <w:p>
      <w:r>
        <w:t>What was it {….}”, yes</w:t>
      </w:r>
    </w:p>
    <w:p>
      <w:r>
        <w:t>I told him the episode of the seventeenth of Tammuz, yes, what happened on the seventeenth of Tammuz</w:t>
      </w:r>
    </w:p>
    <w:p>
      <w:r>
        <w:t>And he heard the whole, the whole episode, the whole story</w:t>
      </w:r>
    </w:p>
    <w:p>
      <w:r>
        <w:t>What the sadness was, what the joy was, and then I found the note, and that is how it was</w:t>
      </w:r>
    </w:p>
    <w:p>
      <w:r>
        <w:t>They told me in my thoughts, they told me that I should open the..</w:t>
      </w:r>
    </w:p>
    <w:p>
      <w:r>
        <w:t>Everything, I told him the whole, the whole episode, and he heard the whole episode and began {….} began to laugh</w:t>
      </w:r>
    </w:p>
    <w:p>
      <w:r>
        <w:t>Rav Motl—you did not know him</w:t>
      </w:r>
    </w:p>
    <w:p>
      <w:r>
        <w:t>[No..]</w:t>
      </w:r>
    </w:p>
    <w:p>
      <w:r>
        <w:t>[I know his children]</w:t>
      </w:r>
    </w:p>
    <w:p>
      <w:r>
        <w:t>He, he was a holy man, a great scholar, God-fearing, and he never laughed</w:t>
      </w:r>
    </w:p>
    <w:p>
      <w:r>
        <w:t>I was with him for several years in his home as, as in my own home, and I never saw, I never saw him laugh</w:t>
      </w:r>
    </w:p>
    <w:p>
      <w:r>
        <w:t>He has daughters, he has.. if they tell something</w:t>
      </w:r>
    </w:p>
    <w:p>
      <w:r>
        <w:t>Only if he.., laughter, all his laughter {was what he did, like, like someone who makes … laughter}</w:t>
      </w:r>
    </w:p>
    <w:p>
      <w:r>
        <w:t>[..]</w:t>
      </w:r>
    </w:p>
    <w:p>
      <w:r>
        <w:t>But not laughter</w:t>
      </w:r>
    </w:p>
    <w:p>
      <w:r>
        <w:t>And he heard this episode and began to laugh, such laughter that all the neighbors heard</w:t>
      </w:r>
    </w:p>
    <w:p>
      <w:r>
        <w:t>And Soroh, his daughter, lived after her wedding also in the neighborhood, and she heard her father</w:t>
      </w:r>
    </w:p>
    <w:p>
      <w:r>
        <w:t>She recognized his voice and she heard..</w:t>
      </w:r>
    </w:p>
    <w:p>
      <w:r>
        <w:t>[That he was laughing]</w:t>
      </w:r>
    </w:p>
    <w:p>
      <w:r>
        <w:t>That her father, that her father..</w:t>
      </w:r>
    </w:p>
    <w:p>
      <w:r>
        <w:t>[Laughing so much]</w:t>
      </w:r>
    </w:p>
    <w:p>
      <w:r>
        <w:t>Laughing—she did not understand what, she had never heard in her life, all the days of her life</w:t>
      </w:r>
    </w:p>
    <w:p>
      <w:r>
        <w:t>Father laughing, so she was alarmed, she..</w:t>
      </w:r>
    </w:p>
    <w:p>
      <w:r>
        <w:t>[Thought that he too had gone mad]</w:t>
      </w:r>
    </w:p>
    <w:p>
      <w:r>
        <w:t>Yes</w:t>
      </w:r>
    </w:p>
    <w:p>
      <w:r>
        <w:t>[She saw him too]</w:t>
      </w:r>
    </w:p>
    <w:p>
      <w:r>
        <w:t>Yes, yes, so she came to the door and he was..</w:t>
      </w:r>
    </w:p>
    <w:p>
      <w:r>
        <w:t>[..]</w:t>
      </w:r>
    </w:p>
    <w:p>
      <w:r>
        <w:t>holding his intestines so they would not come out and laughing like that, and she stood and saw what..</w:t>
      </w:r>
    </w:p>
    <w:p>
      <w:r>
        <w:t>So she said to him:</w:t>
      </w:r>
    </w:p>
    <w:p>
      <w:r>
        <w:t>"Abba, what is with you? I have never seen laughter like this, laughter from you—what, what, what is this? What happened?" So, so he laughed..</w:t>
      </w:r>
    </w:p>
    <w:p>
      <w:r>
        <w:t>[Even more]</w:t>
      </w:r>
    </w:p>
    <w:p>
      <w:r>
        <w:t>More, he saw that he was in danger, {…}</w:t>
      </w:r>
    </w:p>
    <w:p>
      <w:r>
        <w:t>So he could not speak, so he motioned to her with his hand</w:t>
      </w:r>
    </w:p>
    <w:p>
      <w:r>
        <w:t>[The hand, go]</w:t>
      </w:r>
    </w:p>
    <w:p>
      <w:r>
        <w:t>Yes, go, yes, she understood, she did not.. she understood that he could not speak and he was in danger</w:t>
      </w:r>
    </w:p>
    <w:p>
      <w:r>
        <w:t>So she went, she stopped asking, went</w:t>
      </w:r>
    </w:p>
    <w:p>
      <w:r>
        <w:t>Oy, I never heard such laughter; until now I still have not heard such laughter</w:t>
      </w:r>
    </w:p>
    <w:p>
      <w:r>
        <w:t>Afterward he did not, he was a great opponent; then he said to me:</w:t>
      </w:r>
    </w:p>
    <w:p>
      <w:r>
        <w:t>"Yisroel Ber, do you believe this is from Heaven, that it fell from Heaven? What do you think?”</w:t>
      </w:r>
    </w:p>
    <w:p>
      <w:r>
        <w:t>I said to him:</w:t>
      </w:r>
    </w:p>
    <w:p>
      <w:r>
        <w:t>"Yes”</w:t>
      </w:r>
    </w:p>
    <w:p>
      <w:r>
        <w:t>He said to me:</w:t>
      </w:r>
    </w:p>
    <w:p>
      <w:r>
        <w:t>"If so, I will show you that you are mistaken</w:t>
      </w:r>
    </w:p>
    <w:p>
      <w:r>
        <w:t>In all the things, in the whole matter of Bre.., you are mistaken</w:t>
      </w:r>
    </w:p>
    <w:p>
      <w:r>
        <w:t>I will show you who wrote it"</w:t>
      </w:r>
    </w:p>
    <w:p>
      <w:r>
        <w:t>So I said to him:</w:t>
      </w:r>
    </w:p>
    <w:p>
      <w:r>
        <w:t>"Good, show me"</w:t>
      </w:r>
    </w:p>
    <w:p>
      <w:r>
        <w:t>Yes, and he was..</w:t>
      </w:r>
    </w:p>
    <w:p>
      <w:r>
        <w:t>[They made a joke of him, you understand, that someone had slipped it in to him]</w:t>
      </w:r>
    </w:p>
    <w:p>
      <w:r>
        <w:t>Yes</w:t>
      </w:r>
    </w:p>
    <w:p>
      <w:r>
        <w:t>[He said to him, show me; if you are so clever, show me]</w:t>
      </w:r>
    </w:p>
    <w:p>
      <w:r>
        <w:t>Yes, "show me”</w:t>
      </w:r>
    </w:p>
    <w:p>
      <w:r>
        <w:t>"Then I will show you"</w:t>
      </w:r>
    </w:p>
    <w:p>
      <w:r>
        <w:t>So he checked</w:t>
      </w:r>
    </w:p>
    <w:p>
      <w:r>
        <w:t>[All the yeshiva students..]</w:t>
      </w:r>
    </w:p>
    <w:p>
      <w:r>
        <w:t>All the expert yeshiva students whom one could suspect of such a thing, and even the simple ones</w:t>
      </w:r>
    </w:p>
    <w:p>
      <w:r>
        <w:t>The whole yeshiva he examined, and checked and investigated; no one knows even one word of it</w:t>
      </w:r>
    </w:p>
    <w:p>
      <w:r>
        <w:t>Even if someone were to say that he did it—"What is written there?”</w:t>
      </w:r>
    </w:p>
    <w:p>
      <w:r>
        <w:t>And all.. and yes, and he.. in any case..</w:t>
      </w:r>
    </w:p>
    <w:p>
      <w:r>
        <w:t>[For this he asked like that, Saba says that….]</w:t>
      </w:r>
    </w:p>
    <w:p>
      <w:r>
        <w:t>He asked everyone</w:t>
      </w:r>
    </w:p>
    <w:p>
      <w:r>
        <w:t>[..no one knew]</w:t>
      </w:r>
    </w:p>
    <w:p>
      <w:r>
        <w:t>And he did not find, so he was embarrassed before me, so he said to me, he told me:</w:t>
      </w:r>
    </w:p>
    <w:p>
      <w:r>
        <w:t>“I investigated and did not find anyone, so from now on I nullify all of my opposition to Breslov,” yes</w:t>
      </w:r>
    </w:p>
    <w:p>
      <w:r>
        <w:t>[Do you know what this Petek is? That it..</w:t>
      </w:r>
    </w:p>
    <w:p>
      <w:r>
        <w:t>brought him close, because he was a great opponent, he loved him, period, but opposed him together with that, do you understand?]</w:t>
      </w:r>
    </w:p>
    <w:p>
      <w:r>
        <w:t>[Yes, yes]</w:t>
      </w:r>
    </w:p>
    <w:p>
      <w:r>
        <w:t>[But since he saw that he speaks the truth and that he, he has no interests at all…]</w:t>
      </w:r>
    </w:p>
    <w:p>
      <w:r>
        <w:t>[He, more than that, Saba told me that he had times when he lived in dire straits, and he was already a Rebbe]</w:t>
      </w:r>
    </w:p>
    <w:p>
      <w:r>
        <w:t>…. I would only go to him and hint to him that I had nothing, he would fill me</w:t>
      </w:r>
    </w:p>
    <w:p>
      <w:r>
        <w:t>with money, whatever I wanted, only I did not want them to say that Rebbe Yisroel lives off some Rebbe]</w:t>
      </w:r>
    </w:p>
    <w:p>
      <w:r>
        <w:t>[…..]</w:t>
      </w:r>
    </w:p>
    <w:p>
      <w:r>
        <w:t>[That there should be no hint that I receive money from some Rebbe, and that I am somehow dependent on him</w:t>
      </w:r>
    </w:p>
    <w:p>
      <w:r>
        <w:t>that they should say Rebbe Yisroel lives off some Rebbe]</w:t>
      </w:r>
    </w:p>
    <w:p>
      <w:r>
        <w:t>[Saba, you told us that R' Mottel, he saw you going to Meron, so he accompanied you a little in the direction of Meron] Yes, he accompanied me, I was going to Meron, so he accompanied me like, like a gaon</w:t>
      </w:r>
    </w:p>
    <w:p>
      <w:r>
        <w:t>who, he travels out of the city, so he accompanied me, he accompanied me far, yes</w:t>
      </w:r>
    </w:p>
    <w:p>
      <w:r>
        <w:t>with such love, with such joy, Reb Mottel</w:t>
      </w:r>
    </w:p>
    <w:p>
      <w:r>
        <w:t>But no one knew, did not know, only I and he, yes</w:t>
      </w:r>
    </w:p>
    <w:p>
      <w:r>
        <w:t>[He was utterly self-effacing]</w:t>
      </w:r>
    </w:p>
    <w:p>
      <w:r>
        <w:t>[..]</w:t>
      </w:r>
    </w:p>
    <w:p>
      <w:r>
        <w:t>[..]</w:t>
      </w:r>
    </w:p>
    <w:p>
      <w:r>
        <w:t>[We all went as far as Meron, all the children (I do not understand) they did not let us]</w:t>
      </w:r>
    </w:p>
    <w:p>
      <w:r>
        <w:t>[Th..he wanted, he was, he told me that I was in such a difficult situation that if I had said to him</w:t>
      </w:r>
    </w:p>
    <w:p>
      <w:r>
        <w:t>give me a lira, give me a hundred liras, give me a thousand liras, give me a thousand dollars, five thousand</w:t>
      </w:r>
    </w:p>
    <w:p>
      <w:r>
        <w:t>he would have given it, but Saba said, I do not want them to know that I receive my livelihood from some Rebbe</w:t>
      </w:r>
    </w:p>
    <w:p>
      <w:r>
        <w:t>And I did not ask and nothing]</w:t>
      </w:r>
    </w:p>
    <w:p>
      <w:r>
        <w:t>[But there are children who do not forgive him, you should know]</w:t>
      </w:r>
    </w:p>
    <w:p>
      <w:r>
        <w:t>[We will see in the end, today they do not forgive him, we will see how it is when the tikkun is finished]</w:t>
      </w:r>
    </w:p>
    <w:p>
      <w:r>
        <w:t>[I always saw it differently, I today, altogether I was different from everyone, not that I was so...]</w:t>
      </w:r>
    </w:p>
    <w:p>
      <w:r>
        <w:t>[Does he know that, does he know that they do not forgive him?]</w:t>
      </w:r>
    </w:p>
    <w:p>
      <w:r>
        <w:t>[What?]</w:t>
      </w:r>
    </w:p>
    <w:p>
      <w:r>
        <w:t>[He knows, he told me, he told me that there are children who hold it against him]</w:t>
      </w:r>
    </w:p>
    <w:p>
      <w:r>
        <w:t>[No one told him that]</w:t>
      </w:r>
    </w:p>
    <w:p>
      <w:r>
        <w:t>[He told me, there are children who suffered like this, to this day they suffer and hold it against me]</w:t>
      </w:r>
    </w:p>
    <w:p>
      <w:r>
        <w:t>[……………..]</w:t>
      </w:r>
    </w:p>
    <w:p>
      <w:r>
        <w:t>[I came to the place and did not know how to sign my name, who is to blame, who?</w:t>
      </w:r>
    </w:p>
    <w:p>
      <w:r>
        <w:t>He taught me German, he taught me instead of Hebrew]</w:t>
      </w:r>
    </w:p>
    <w:p>
      <w:r>
        <w:t>Yitzchak, Yitzchak</w:t>
      </w:r>
    </w:p>
    <w:p>
      <w:r>
        <w:t>[German]</w:t>
      </w:r>
    </w:p>
    <w:p>
      <w:r>
        <w:t>[Listen now, listen now]</w:t>
      </w:r>
    </w:p>
    <w:p>
      <w:r>
        <w:t>Yitzchak, do you know Yitzchak?</w:t>
      </w:r>
    </w:p>
    <w:p>
      <w:r>
        <w:t>[…….]</w:t>
      </w:r>
    </w:p>
    <w:p>
      <w:r>
        <w:t>He suffered for many years {in a short time still from now, a short time ...}</w:t>
      </w:r>
    </w:p>
    <w:p>
      <w:r>
        <w:t>He, he got out of it, he suffered a headache from hunger, from the hunger</w:t>
      </w:r>
    </w:p>
    <w:p>
      <w:r>
        <w:t>[He held it against you, right?]</w:t>
      </w:r>
    </w:p>
    <w:p>
      <w:r>
        <w:t>He.., yes</w:t>
      </w:r>
    </w:p>
    <w:p>
      <w:r>
        <w:t>[And Pinchas could not sleep at night..]</w:t>
      </w:r>
    </w:p>
    <w:p>
      <w:r>
        <w:t>[………]</w:t>
      </w:r>
    </w:p>
    <w:p>
      <w:r>
        <w:t>[Pinchas could not sleep at night, from the sufferings, so every time {….} in America</w:t>
      </w:r>
    </w:p>
    <w:p>
      <w:r>
        <w:t>he would say, Pinchas, do you remember that you could not sleep at night?..]</w:t>
      </w:r>
    </w:p>
    <w:p>
      <w:r>
        <w:t>They were in danger</w:t>
      </w:r>
    </w:p>
    <w:p>
      <w:r>
        <w:t>[What, do you know what it was like at my place, he would come to me, the neighbors would think I had a dead person in the house</w:t>
      </w:r>
    </w:p>
    <w:p>
      <w:r>
        <w:t>I had a dead person in the house]</w:t>
      </w:r>
    </w:p>
    <w:p>
      <w:r>
        <w:t>[Why?]</w:t>
      </w:r>
    </w:p>
    <w:p>
      <w:r>
        <w:t>[He prayed, cried, shouted]</w:t>
      </w:r>
    </w:p>
    <w:p>
      <w:r>
        <w:t>[He shouted over all of Tel Aviv]</w:t>
      </w:r>
    </w:p>
    <w:p>
      <w:r>
        <w:t>[When they danced they did not hear, when he cried and that, then they heard him]</w:t>
      </w:r>
    </w:p>
    <w:p>
      <w:r>
        <w:t>[…]</w:t>
      </w:r>
    </w:p>
    <w:p>
      <w:r>
        <w:t>[So they would ask, “Do I have some dead person in the house?” I said, “No, there is someone very much alive”]</w:t>
      </w:r>
    </w:p>
    <w:p>
      <w:r>
        <w:t>[No, once he told me that he went up onto your roof, onto the roof thirty years ago, I do not know exactly, twenty-five, I do not know the time, then {….} he shouted shouts over all of Tel Aviv] Ah, ah, ah, ah..</w:t>
      </w:r>
    </w:p>
    <w:p>
      <w:r>
        <w:t>[He went up onto the roof..]</w:t>
      </w:r>
    </w:p>
    <w:p>
      <w:r>
        <w:t>[To live with such a Petek is not easy, it is a great obligation]</w:t>
      </w:r>
    </w:p>
    <w:p>
      <w:r>
        <w:t>Reb Yom Tov..</w:t>
      </w:r>
    </w:p>
    <w:p>
      <w:r>
        <w:t>[If a person believes in it]</w:t>
      </w:r>
    </w:p>
    <w:p>
      <w:r>
        <w:t>Reb Yom Tov Zlotnik, have you heard of Reb Yom Tov Zlotnik</w:t>
      </w:r>
    </w:p>
    <w:p>
      <w:r>
        <w:t>He was a Litvak, he drew close to Rabbainu</w:t>
      </w:r>
    </w:p>
    <w:p>
      <w:r>
        <w:t>He had brothers who were rabbis, and they said about him that he was crazy, he drew close to Rabbainu and.., yes</w:t>
      </w:r>
    </w:p>
    <w:p>
      <w:r>
        <w:t>[This really is a somewhat abnormal Chassidus, between us]</w:t>
      </w:r>
    </w:p>
    <w:p>
      <w:r>
        <w:t>[What?]</w:t>
      </w:r>
    </w:p>
    <w:p>
      <w:r>
        <w:t>[Breslov Chassidus]</w:t>
      </w:r>
    </w:p>
    <w:p>
      <w:r>
        <w:t>[It is the only one that is normal]</w:t>
      </w:r>
    </w:p>
    <w:p>
      <w:r>
        <w:t>[A Chassidus that is normal]</w:t>
      </w:r>
    </w:p>
    <w:p>
      <w:r>
        <w:t>[It is abnormal to the world..]</w:t>
      </w:r>
    </w:p>
    <w:p>
      <w:r>
        <w:t>[No, let us not say abnormal, it is exceptional, let us say exceptional]</w:t>
      </w:r>
    </w:p>
    <w:p>
      <w:r>
        <w:t>[In relation to the world]</w:t>
      </w:r>
    </w:p>
    <w:p>
      <w:r>
        <w:t>[It is exceptional because the demand…]</w:t>
      </w:r>
    </w:p>
    <w:p>
      <w:r>
        <w:t>[There is no continuation to the Rebbe, they called them: “the dead Chassidim,” the dead Chassidim they call them..]</w:t>
      </w:r>
    </w:p>
    <w:p>
      <w:r>
        <w:t>[…..]</w:t>
      </w:r>
    </w:p>
    <w:p>
      <w:r>
        <w:t>[Breslov Chassidim are dead Chassidim, because they have no…...]</w:t>
      </w:r>
    </w:p>
    <w:p>
      <w:r>
        <w:t>[But I will give you an answer, Rabbainu said a sentence: “Our greatness and our glory will be seen..”</w:t>
      </w:r>
    </w:p>
    <w:p>
      <w:r>
        <w:t>“Our greatness and our glory..”</w:t>
      </w:r>
    </w:p>
    <w:p>
      <w:r>
        <w:t>[In the future to come, that is the answer]</w:t>
      </w:r>
    </w:p>
    <w:p>
      <w:r>
        <w:t>will be seen in the future to come, when Mashiach comes”</w:t>
      </w:r>
    </w:p>
    <w:p>
      <w:r>
        <w:t>[Oh, then they will see what Breslov is, until then it is only investigations and questions, and difficulties when Mashiach comes..] [When they persecuted, when they persecuted Rebbe Nassan, he told us that Rebbe Nassan, found, found him, Rav Nachman of Tcherin found him singing in the field, in the forest, “Our greatness and our glory will be revealed in the future by our righteous Mashiach”] [Only in the future to come will they see what Rabbainu is, but I want him to advance it already, that there should be books, because my strength is already finished, I no longer have strength, let it end]</w:t>
      </w:r>
    </w:p>
    <w:p>
      <w:r>
        <w:t>[You have no strength? Reach his age and then say that you also have any strength left]</w:t>
      </w:r>
    </w:p>
    <w:p>
      <w:r>
        <w:t>[I will not reach his age, I already ….]</w:t>
      </w:r>
    </w:p>
    <w:p>
      <w:r>
        <w:t>[Reach his age, you will not do, {...} a quarter of what he went through]</w:t>
      </w:r>
    </w:p>
    <w:p>
      <w:r>
        <w:t>[I do not want to do anything, only that he should finish already]</w:t>
      </w:r>
    </w:p>
    <w:p>
      <w:r>
        <w:t>Who ever heard of such a thing</w:t>
      </w:r>
    </w:p>
    <w:p>
      <w:r>
        <w:t>A Jewish man, he is going to make a wedding for his son, to receive him..</w:t>
      </w:r>
    </w:p>
    <w:p>
      <w:r>
        <w:t>[…..]</w:t>
      </w:r>
    </w:p>
    <w:p>
      <w:r>
        <w:t>With stones, to kill him, yes, who ever heard of such a thing?</w:t>
      </w:r>
    </w:p>
    <w:p>
      <w:r>
        <w:t>[Tzipora told me..]</w:t>
      </w:r>
    </w:p>
    <w:p>
      <w:r>
        <w:t>They all fled</w:t>
      </w:r>
    </w:p>
    <w:p>
      <w:r>
        <w:t>[..She ate watermelon rinds from trash cans, she told me, but it is all in the reckoning</w:t>
      </w:r>
    </w:p>
    <w:p>
      <w:r>
        <w:t>What do you think, I want to know, to see the end already]</w:t>
      </w:r>
    </w:p>
    <w:p>
      <w:r>
        <w:t>[So I want to tell you, I do not know, I saw it completely differently, I accepted everything..]…</w:t>
      </w:r>
    </w:p>
    <w:p>
      <w:pPr>
        <w:pStyle w:val="Heading2"/>
      </w:pPr>
      <w:r>
        <w:t>Side B (Bais)</w:t>
      </w:r>
    </w:p>
    <w:p>
      <w:r>
        <w:t>...[People forget that]</w:t>
      </w:r>
    </w:p>
    <w:p>
      <w:r>
        <w:t>[I always say that]</w:t>
      </w:r>
    </w:p>
    <w:p>
      <w:r>
        <w:t>[And today, in this last generation, this generation of permissiveness, the whole world focuses on one thing</w:t>
      </w:r>
    </w:p>
    <w:p>
      <w:r>
        <w:t>money, and money, and money, and money—that is all the world cries out about today, and they forget that one takes nothing</w:t>
      </w:r>
    </w:p>
    <w:p>
      <w:r>
        <w:t>I went to a funeral in Holon two days ago; I was completely horrified. They were afraid to identify the body</w:t>
      </w:r>
    </w:p>
    <w:p>
      <w:r>
        <w:t>so they told me, do me a favor, go identify the body. I went in there to identify the body</w:t>
      </w:r>
    </w:p>
    <w:p>
      <w:r>
        <w:t>I saw fifty bodies, so it was …... like on a conveyor belt, and people forget what, what is a human being? Nothing]</w:t>
      </w:r>
    </w:p>
    <w:p>
      <w:r>
        <w:t>[… I do not even want to see]</w:t>
      </w:r>
    </w:p>
    <w:p>
      <w:r>
        <w:t>I saw Natan; Natan needed to eat, he did not eat</w:t>
      </w:r>
    </w:p>
    <w:p>
      <w:r>
        <w:t>[Who is Natan?]</w:t>
      </w:r>
    </w:p>
    <w:p>
      <w:r>
        <w:t>[Natan ...]</w:t>
      </w:r>
    </w:p>
    <w:p>
      <w:r>
        <w:t>Natan, Natan</w:t>
      </w:r>
    </w:p>
    <w:p>
      <w:r>
        <w:t>[Ah]</w:t>
      </w:r>
    </w:p>
    <w:p>
      <w:r>
        <w:t>[He does not know him]</w:t>
      </w:r>
    </w:p>
    <w:p>
      <w:r>
        <w:t>So I saw that it was harming him very much</w:t>
      </w:r>
    </w:p>
    <w:p>
      <w:r>
        <w:t>[From Tel Aviv? No?]</w:t>
      </w:r>
    </w:p>
    <w:p>
      <w:r>
        <w:t>So I wanted to, and to save him, I said to him</w:t>
      </w:r>
    </w:p>
    <w:p>
      <w:r>
        <w:t>[From Givatayim]</w:t>
      </w:r>
    </w:p>
    <w:p>
      <w:r>
        <w:t>[I do not know him, I did not see him]</w:t>
      </w:r>
    </w:p>
    <w:p>
      <w:r>
        <w:t>[…………………..]</w:t>
      </w:r>
    </w:p>
    <w:p>
      <w:r>
        <w:t>A yeshiva and dormitory opened in Chadera—eating and drinking and sleeping</w:t>
      </w:r>
    </w:p>
    <w:p>
      <w:r>
        <w:t>So they came to me and said to me, I have two sons</w:t>
      </w:r>
    </w:p>
    <w:p>
      <w:r>
        <w:t>[Yes]</w:t>
      </w:r>
    </w:p>
    <w:p>
      <w:r>
        <w:t>that they would take in the sons and they would sleep at their place (I do not understand)</w:t>
      </w:r>
    </w:p>
    <w:p>
      <w:r>
        <w:t>Nu, so I paid no attention to it; I wanted in Yerushalayim, not in.. with Litvaks</w:t>
      </w:r>
    </w:p>
    <w:p>
      <w:r>
        <w:t>In short, they, they went away from me, and I saw that he was in danger, Natan, he.. yes</w:t>
      </w:r>
    </w:p>
    <w:p>
      <w:r>
        <w:t>So I said to him: "Natan, perhaps you will stay in the yeshiva, in the yeshiva"</w:t>
      </w:r>
    </w:p>
    <w:p>
      <w:r>
        <w:t>But I did not have money for expenses, to pay for the bus</w:t>
      </w:r>
    </w:p>
    <w:p>
      <w:r>
        <w:t>Nu, what, what does one do? There is no such thing; without money one does not, does not travel, so.. yes</w:t>
      </w:r>
    </w:p>
    <w:p>
      <w:r>
        <w:t>So they told me to go, I {….} with Natan, to travel</w:t>
      </w:r>
    </w:p>
    <w:p>
      <w:r>
        <w:t>So they told me, go to the manager of Egged and tell him, say to him</w:t>
      </w:r>
    </w:p>
    <w:p>
      <w:r>
        <w:t>[that he should give you a free pass]</w:t>
      </w:r>
    </w:p>
    <w:p>
      <w:r>
        <w:t>Yes, that he should give me a pass for free</w:t>
      </w:r>
    </w:p>
    <w:p>
      <w:r>
        <w:t>So I did it and succeeded, and he gave me a pass for free</w:t>
      </w:r>
    </w:p>
    <w:p>
      <w:r>
        <w:t>And I came, and Natan heard and saw such a thing, yes</w:t>
      </w:r>
    </w:p>
    <w:p>
      <w:r>
        <w:t>He—I asked for a free pass, so he broke down, {….} like that</w:t>
      </w:r>
    </w:p>
    <w:p>
      <w:r>
        <w:t>He came to the yeshiva with such a broken heart. What is this? Where does one see such a thing?</w:t>
      </w:r>
    </w:p>
    <w:p>
      <w:r>
        <w:t>[…...]</w:t>
      </w:r>
    </w:p>
    <w:p>
      <w:r>
        <w:t>[I tell you, if his children did not turn out crazy, it is only a miracle]</w:t>
      </w:r>
    </w:p>
    <w:p>
      <w:r>
        <w:t>[No, I will tell you what the point is]</w:t>
      </w:r>
    </w:p>
    <w:p>
      <w:r>
        <w:t>[Look at things, here, see what things]</w:t>
      </w:r>
    </w:p>
    <w:p>
      <w:r>
        <w:t>[So fine, but the point—I will tell you what the point is</w:t>
      </w:r>
    </w:p>
    <w:p>
      <w:r>
        <w:t>He once told me that he went with Rebbe Yisroel (Kardonner) to someone</w:t>
      </w:r>
    </w:p>
    <w:p>
      <w:r>
        <w:t>and the someone was.., did not want to give them ..., did not want to give them</w:t>
      </w:r>
    </w:p>
    <w:p>
      <w:r>
        <w:t>so he shouted to Rebbe Yisroel:</w:t>
      </w:r>
    </w:p>
    <w:p>
      <w:r>
        <w:t>What, he is stingy, he is stingy, why did he not give"</w:t>
      </w:r>
    </w:p>
    <w:p>
      <w:r>
        <w:t>So Rebbe Yisroel said to him:</w:t>
      </w:r>
    </w:p>
    <w:p>
      <w:r>
        <w:t>"If it is not with him, then it is with someone else; our abundance is found with someone who needs to give us"</w:t>
      </w:r>
    </w:p>
    <w:p>
      <w:r>
        <w:t>That is the method, no? As if this is a shame, as if this is a method, a way in life] Oy vey..</w:t>
      </w:r>
    </w:p>
    <w:p>
      <w:r>
        <w:t>[If that one will not give, then that one will give]</w:t>
      </w:r>
    </w:p>
    <w:p>
      <w:r>
        <w:t>Oy..</w:t>
      </w:r>
    </w:p>
    <w:p>
      <w:r>
        <w:t>[My abundance is with someone; I do not know]</w:t>
      </w:r>
    </w:p>
    <w:p>
      <w:r>
        <w:t>[I see Hashem, so Hashem.., the world exists because of those few who are truly righteous, who serve Hashem; in the merit of the tzaddikim the world lives, so the abundance is with other people. They do not know it. If they knew what the virtue of charity is, they would all day..]</w:t>
      </w:r>
    </w:p>
    <w:p>
      <w:r>
        <w:t>Ah..</w:t>
      </w:r>
    </w:p>
    <w:p>
      <w:r>
        <w:t>[..just feed him and take care of him, but because the world is so far from serving Hashem</w:t>
      </w:r>
    </w:p>
    <w:p>
      <w:r>
        <w:t>so they do not know that this is the service of a Jew who does not serve Hashem all day</w:t>
      </w:r>
    </w:p>
    <w:p>
      <w:r>
        <w:t>that if he works for himself (I do not understand), once Jews had a concept of what charity is</w:t>
      </w:r>
    </w:p>
    <w:p>
      <w:r>
        <w:t>Today they give a shekel: give me a blessing; five shekels: give me a blessing]</w:t>
      </w:r>
    </w:p>
    <w:p>
      <w:r>
        <w:t>Ah, ah, ah..</w:t>
      </w:r>
    </w:p>
    <w:p>
      <w:r>
        <w:t>[..the main thing is, give me the blessing; it does not matter, I will buy you for a shekel, just give me a blessing</w:t>
      </w:r>
    </w:p>
    <w:p>
      <w:r>
        <w:t>They pay the doctor for this medicine that is worth nothing; the doctor is worth nothing</w:t>
      </w:r>
    </w:p>
    <w:p>
      <w:r>
        <w:t>and they bring the two hundred, two hundred and fifty sh..]</w:t>
      </w:r>
    </w:p>
    <w:p>
      <w:r>
        <w:t>[He even makes a mistake on you, persuades you to hurry and leave the world]</w:t>
      </w:r>
    </w:p>
    <w:p>
      <w:r>
        <w:t>[A psychiatrist? Without three hundred shekels he does not get out of you for some letter he needs to send</w:t>
      </w:r>
    </w:p>
    <w:p>
      <w:r>
        <w:t>for someone or something, three hundred shekels]</w:t>
      </w:r>
    </w:p>
    <w:p>
      <w:r>
        <w:t>[………...]</w:t>
      </w:r>
    </w:p>
    <w:p>
      <w:r>
        <w:t>[Miriam, someone told me that the ant, the ant lives for half a year, and all that half-year it eats a grain and a half, and all that half-year it gathers—imagine how many grains it gathers</w:t>
      </w:r>
    </w:p>
    <w:p>
      <w:r>
        <w:t>and it, all in all, can eat a grain and a half the whole year, and that is enough for it; that is a lot of food]</w:t>
      </w:r>
    </w:p>
    <w:p>
      <w:r>
        <w:t>{…}</w:t>
      </w:r>
    </w:p>
    <w:p>
      <w:r>
        <w:t>[...]</w:t>
      </w:r>
    </w:p>
    <w:p>
      <w:r>
        <w:t>[And for half a year it gathers how many grains—for what, all the grains?]</w:t>
      </w:r>
    </w:p>
    <w:p>
      <w:r>
        <w:t>[Saba told me about someone from Teveria, about someone from Teveria whom they called Shmuel, Shmuel the locksmith</w:t>
      </w:r>
    </w:p>
    <w:p>
      <w:r>
        <w:t>who built Kiryat Shmuel, I do not know, was he called Shmuel?</w:t>
      </w:r>
    </w:p>
    <w:p>
      <w:r>
        <w:t>Is that the one who took Rebbe Yisroel every Saturday night to drink tea?]</w:t>
      </w:r>
    </w:p>
    <w:p>
      <w:r>
        <w:t>Eh? Leizer Shmil</w:t>
      </w:r>
    </w:p>
    <w:p>
      <w:r>
        <w:t>[Leizer]</w:t>
      </w:r>
    </w:p>
    <w:p>
      <w:r>
        <w:t>Leizer</w:t>
      </w:r>
    </w:p>
    <w:p>
      <w:r>
        <w:t>[So he told me, every Shabbos he took the.., Saturday night..]</w:t>
      </w:r>
    </w:p>
    <w:p>
      <w:r>
        <w:t>{..}</w:t>
      </w:r>
    </w:p>
    <w:p>
      <w:r>
        <w:t>[to drink.., Rebbe Yisroel to drink a cup of tea</w:t>
      </w:r>
    </w:p>
    <w:p>
      <w:r>
        <w:t>from the hot water—not a new cup of tea, what remained from Shabbos. That was his enjoyment</w:t>
      </w:r>
    </w:p>
    <w:p>
      <w:r>
        <w:t>and he did not merit to give him charity, so in the end he did not remain, his sons did not remain</w:t>
      </w:r>
    </w:p>
    <w:p>
      <w:r>
        <w:t>and as for his building, I do not know who..]</w:t>
      </w:r>
    </w:p>
    <w:p>
      <w:r>
        <w:t>Oy</w:t>
      </w:r>
    </w:p>
    <w:p>
      <w:r>
        <w:t>[took him.. {….}</w:t>
      </w:r>
    </w:p>
    <w:p>
      <w:r>
        <w:t>The main thing is, he gave a cup of tea, so that is it. That is the world—who remains? None remained..</w:t>
      </w:r>
    </w:p>
    <w:p>
      <w:r>
        <w:t>As Saba says to me, nothing remained of him—not of his sons, not of anyone</w:t>
      </w:r>
    </w:p>
    <w:p>
      <w:r>
        <w:t>everything died; there is nothing to do with it]</w:t>
      </w:r>
    </w:p>
    <w:p>
      <w:r>
        <w:t>[And some say that it is good to tell the with joy, it is good to tell it with joy]</w:t>
      </w:r>
    </w:p>
    <w:p>
      <w:r>
        <w:t>[Yes, after it has passed]</w:t>
      </w:r>
    </w:p>
    <w:p>
      <w:r>
        <w:t>[It is all joy, everything that passes..]</w:t>
      </w:r>
    </w:p>
    <w:p>
      <w:r>
        <w:t>[After it has passed]</w:t>
      </w:r>
    </w:p>
    <w:p>
      <w:r>
        <w:t>[..joy]</w:t>
      </w:r>
    </w:p>
    <w:p>
      <w:r>
        <w:t>[After it has passed..]</w:t>
      </w:r>
    </w:p>
    <w:p>
      <w:r>
        <w:t>[It is not, it is not so simple..]</w:t>
      </w:r>
    </w:p>
    <w:p>
      <w:r>
        <w:t>[Rabbainu, Rabbainu says..]</w:t>
      </w:r>
    </w:p>
    <w:p>
      <w:r>
        <w:t>[And this..]</w:t>
      </w:r>
    </w:p>
    <w:p>
      <w:r>
        <w:t>She came from abroad</w:t>
      </w:r>
    </w:p>
    <w:p>
      <w:r>
        <w:t>[I hear it, you know, and I see the picture; I repeat myself like this]</w:t>
      </w:r>
    </w:p>
    <w:p>
      <w:r>
        <w:t>Here in the Land..</w:t>
      </w:r>
    </w:p>
    <w:p>
      <w:r>
        <w:t>[Fine, I am not complaining, baruch Hashem, for this]</w:t>
      </w:r>
    </w:p>
    <w:p>
      <w:r>
        <w:t>[It is something one can laugh about, about the whole past</w:t>
      </w:r>
    </w:p>
    <w:p>
      <w:r>
        <w:t>about everything a person goes through, afterward he can laugh; there is Saba, and he can laugh about it]</w:t>
      </w:r>
    </w:p>
    <w:p>
      <w:r>
        <w:t>[Yes, but we had situations..]</w:t>
      </w:r>
    </w:p>
    <w:p>
      <w:r>
        <w:t>[It will be all right]</w:t>
      </w:r>
    </w:p>
    <w:p>
      <w:r>
        <w:t>[My sister was—this Tzipora was more in the World to Come than in this world]</w:t>
      </w:r>
    </w:p>
    <w:p>
      <w:r>
        <w:t>[Yes, Saba told me, yes]</w:t>
      </w:r>
    </w:p>
    <w:p>
      <w:r>
        <w:t>[With the lungs, with pus—look, she has on her back, she has two such holes to this day</w:t>
      </w:r>
    </w:p>
    <w:p>
      <w:r>
        <w:t>two such holes that they made for her in order to drain the pus from her lungs, and she stayed alive</w:t>
      </w:r>
    </w:p>
    <w:p>
      <w:r>
        <w:t>today they would not believe that a person remains alive from such a thing, I am telling you..]</w:t>
      </w:r>
    </w:p>
    <w:p>
      <w:r>
        <w:t>Yo, yo, yo, yo, yo</w:t>
      </w:r>
    </w:p>
    <w:p>
      <w:r>
        <w:t>[I am not lying, here, I lived it from the day I remember myself; there were miracles]</w:t>
      </w:r>
    </w:p>
    <w:p>
      <w:r>
        <w:t>[Come, let me tell you, this whole generation..]</w:t>
      </w:r>
    </w:p>
    <w:p>
      <w:r>
        <w:t>[I, come, let me tell you something, a story I had: pus would always come down from one ear of mine</w:t>
      </w:r>
    </w:p>
    <w:p>
      <w:r>
        <w:t>for years, pus—what, what came down? Pus? I was a little girl; I would take Sarah, Chava</w:t>
      </w:r>
    </w:p>
    <w:p>
      <w:r>
        <w:t>we would go to the Kinneret. Where did we bathe? We bathed in the Kinneret</w:t>
      </w:r>
    </w:p>
    <w:p>
      <w:r>
        <w:t>I took them, they would bathe, apparently we did not know how to be careful, and water got into our ear</w:t>
      </w:r>
    </w:p>
    <w:p>
      <w:r>
        <w:t>It did not harm Sarah because she was little, perhaps we did not put her in deep, but we did</w:t>
      </w:r>
    </w:p>
    <w:p>
      <w:r>
        <w:t>And Chava and I got an ear infection and lived for years.. Do you remember that, Abba?</w:t>
      </w:r>
    </w:p>
    <w:p>
      <w:r>
        <w:t>Pus drained from my ear and Chava’s ear?]</w:t>
      </w:r>
    </w:p>
    <w:p>
      <w:r>
        <w:t>Oy, oy, oy, oy</w:t>
      </w:r>
    </w:p>
    <w:p>
      <w:r>
        <w:t>[For years]</w:t>
      </w:r>
    </w:p>
    <w:p>
      <w:r>
        <w:t>[He remembers everything, what]</w:t>
      </w:r>
    </w:p>
    <w:p>
      <w:r>
        <w:t>[My mother, when we grew a little, left the house, worked in a hospital, at the Diskin Orphanage, cooked] […………….]</w:t>
      </w:r>
    </w:p>
    <w:p>
      <w:r>
        <w:t>[She cooked food, and I was facing an operation</w:t>
      </w:r>
    </w:p>
    <w:p>
      <w:r>
        <w:t>And I did not want the operation, and my father certainly did not want the operation]</w:t>
      </w:r>
    </w:p>
    <w:p>
      <w:r>
        <w:t>[...]</w:t>
      </w:r>
    </w:p>
    <w:p>
      <w:r>
        <w:t>[And she said, she said this to my mother.. Masouda was the name of that old woman:</w:t>
      </w:r>
    </w:p>
    <w:p>
      <w:r>
        <w:t>“Ya Esther, do not operate on her, she will have a son, the first, and it will go away for her”</w:t>
      </w:r>
    </w:p>
    <w:p>
      <w:r>
        <w:t>And I was six, seven, eight, nine, ten, I do not remember</w:t>
      </w:r>
    </w:p>
    <w:p>
      <w:r>
        <w:t>I lived with it, and when I gave birth to my Tami, I gave birth to {...} a son, and I gave birth to Tami</w:t>
      </w:r>
    </w:p>
    <w:p>
      <w:r>
        <w:t>And the doctors before the birth, it was apparently, you know, from the birth and all that, a lot of pus drained from me; I asked them to clean my ear, because I felt it running out of me, they came and cleaned it for me, they called a doctor {} this was after a birth, during a birth they do not talk about it</w:t>
      </w:r>
    </w:p>
    <w:p>
      <w:r>
        <w:t>After the birth they bring me the doctor, and he comes over to me, looks in the ear, and it is dry</w:t>
      </w:r>
    </w:p>
    <w:p>
      <w:r>
        <w:t>And it was not, was not</w:t>
      </w:r>
    </w:p>
    <w:p>
      <w:r>
        <w:t>“... What did you do?”</w:t>
      </w:r>
    </w:p>
    <w:p>
      <w:r>
        <w:t>I said to him:</w:t>
      </w:r>
    </w:p>
    <w:p>
      <w:r>
        <w:t>“Doctor, I am in a hospital, what did you do? Why are you asking me what I did?”</w:t>
      </w:r>
    </w:p>
    <w:p>
      <w:r>
        <w:t>And I told him the story, that I was a little girl and I was with a woman with my mother</w:t>
      </w:r>
    </w:p>
    <w:p>
      <w:r>
        <w:t>And she said that I would have a first son and it would go away, and it went away</w:t>
      </w:r>
    </w:p>
    <w:p>
      <w:r>
        <w:t>My sister Chava, poor thing, in January, on January 29, is undergoing an operation</w:t>
      </w:r>
    </w:p>
    <w:p>
      <w:r>
        <w:t>So I, from faith, I lived with the faith</w:t>
      </w:r>
    </w:p>
    <w:p>
      <w:r>
        <w:t>And she told me that after a birth it would disappear, and from faith it disappeared for me</w:t>
      </w:r>
    </w:p>
    <w:p>
      <w:r>
        <w:t>I believe in the day that I believed in it]</w:t>
      </w:r>
    </w:p>
    <w:p>
      <w:r>
        <w:t>[I, I had the very same thing like yours, I went around with it for several years until…]</w:t>
      </w:r>
    </w:p>
    <w:p>
      <w:r>
        <w:t>[……..]</w:t>
      </w:r>
    </w:p>
    <w:p>
      <w:r>
        <w:t>[And it was always running from me, and a miracle, after I got married suddenly it was like, it disappeared...]</w:t>
      </w:r>
    </w:p>
    <w:p>
      <w:r>
        <w:t>[No, but I believe in it, in the faith that they told me that it, I would give birth and it would go away, and it went away]</w:t>
      </w:r>
    </w:p>
    <w:p>
      <w:r>
        <w:t>[..I suffered from it a great deal]</w:t>
      </w:r>
    </w:p>
    <w:p>
      <w:r>
        <w:t>[Chava, here, Chava my sister is already fifty-something, poor thing, and now she is going to undergo an operation] […….]</w:t>
      </w:r>
    </w:p>
    <w:p>
      <w:r>
        <w:t>[…………..]</w:t>
      </w:r>
    </w:p>
    <w:p>
      <w:r>
        <w:t>[…………..]</w:t>
      </w:r>
    </w:p>
    <w:p>
      <w:r>
        <w:t>[… After all, his son learned in the yeshiva]</w:t>
      </w:r>
    </w:p>
    <w:p>
      <w:r>
        <w:t>[...]</w:t>
      </w:r>
    </w:p>
    <w:p>
      <w:r>
        <w:t>[And now he is coming to Teveria..]…</w:t>
      </w:r>
    </w:p>
    <w:p>
      <w:r>
        <w:t>...{…} live, and the husband, twenty years and we had fifteen children</w:t>
      </w:r>
    </w:p>
    <w:p>
      <w:r>
        <w:t>We would, we would have divorced a husband like that, who does not provide a livelihood and has no pity for the sons</w:t>
      </w:r>
    </w:p>
    <w:p>
      <w:r>
        <w:t>What is this?</w:t>
      </w:r>
    </w:p>
    <w:p>
      <w:r>
        <w:t>Everyone wondered how, how, how she continues living a life like that</w:t>
      </w:r>
    </w:p>
    <w:p>
      <w:r>
        <w:t>[My mother was something, something out of the legends, there is no such thing, it was not born</w:t>
      </w:r>
    </w:p>
    <w:p>
      <w:r>
        <w:t>And this was born for him, this was born for him]</w:t>
      </w:r>
    </w:p>
    <w:p>
      <w:r>
        <w:t>[Yes, …]</w:t>
      </w:r>
    </w:p>
    <w:p>
      <w:r>
        <w:t>Because another woman would not have lived, who would have lived like that? You tell me, here, you hear things, this..] [Come, let me tell you]</w:t>
      </w:r>
    </w:p>
    <w:p>
      <w:r>
        <w:t>[A comma, that is nothing]</w:t>
      </w:r>
    </w:p>
    <w:p>
      <w:r>
        <w:t>[At age thirteen they asked him: “What will be, you have no livelihood, who will want to marry you?”</w:t>
      </w:r>
    </w:p>
    <w:p>
      <w:r>
        <w:t>So he said: “I will live on bread and water, and I will get a wife who loves bread and water”</w:t>
      </w:r>
    </w:p>
    <w:p>
      <w:r>
        <w:t>His parents asked him: “What is this, you are not going to learn a trade?”</w:t>
      </w:r>
    </w:p>
    <w:p>
      <w:r>
        <w:t>“No, I will live on bread and water, and I will get a wife who will be with bread and water”</w:t>
      </w:r>
    </w:p>
    <w:p>
      <w:r>
        <w:t>And he prayed for this]</w:t>
      </w:r>
    </w:p>
    <w:p>
      <w:r>
        <w:t>I said: “I {can\will eat} bread with water”</w:t>
      </w:r>
    </w:p>
    <w:p>
      <w:r>
        <w:t>So he said to me: “And what will your wife say? Your wife also (I do not understand)”</w:t>
      </w:r>
    </w:p>
    <w:p>
      <w:r>
        <w:t>I said to him: “Yes, Hashem will give me such a woman, who will also eat bread and water”</w:t>
      </w:r>
    </w:p>
    <w:p>
      <w:r>
        <w:t>[Yes, he told me that from age thirteen, even before Rabbainu, he went to the fields</w:t>
      </w:r>
    </w:p>
    <w:p>
      <w:r>
        <w:t>He told me, even before I knew what Breslov was, I would go to the fields</w:t>
      </w:r>
    </w:p>
    <w:p>
      <w:r>
        <w:t>He cried there and prayed, Hashem helped him]</w:t>
      </w:r>
    </w:p>
    <w:p>
      <w:r>
        <w:t>Oy</w:t>
      </w:r>
    </w:p>
    <w:p>
      <w:r>
        <w:t>[And it was not for nothing, that he had to live a life like that]</w:t>
      </w:r>
    </w:p>
    <w:p>
      <w:r>
        <w:t>[Certainly not, you also do not have to, you also do not have to]</w:t>
      </w:r>
    </w:p>
    <w:p>
      <w:r>
        <w:t>[No, they put him to a test, because of the test of the desert, where he was saved by such a miracle</w:t>
      </w:r>
    </w:p>
    <w:p>
      <w:r>
        <w:t>That he vowed the vow that has no annulment, that he would not live more than once</w:t>
      </w:r>
    </w:p>
    <w:p>
      <w:r>
        <w:t>The matter of the desert, if it is familiar to you, then it was reasons from Heaven that compelled him..]</w:t>
      </w:r>
    </w:p>
    <w:p>
      <w:r>
        <w:t>[And when he broke..]</w:t>
      </w:r>
    </w:p>
    <w:p>
      <w:r>
        <w:t>[That they showed him something like that, that he was compelled to do it]</w:t>
      </w:r>
    </w:p>
    <w:p>
      <w:r>
        <w:t>[And when he tried to break the oath….]</w:t>
      </w:r>
    </w:p>
    <w:p>
      <w:r>
        <w:t>[When he tried to break the oath, blows]</w:t>
      </w:r>
    </w:p>
    <w:p>
      <w:r>
        <w:t>[Blows]</w:t>
      </w:r>
    </w:p>
    <w:p>
      <w:r>
        <w:t>[When he tried to break the oath, they stepped on his foot]</w:t>
      </w:r>
    </w:p>
    <w:p>
      <w:r>
        <w:t>[…….]</w:t>
      </w:r>
    </w:p>
    <w:p>
      <w:r>
        <w:t>[He tried to break the oath at the yeshiva, that he wrote letters, so they sent him a dog with rabies every time he wanted to break the oath, “I cannot hold out"..]</w:t>
      </w:r>
    </w:p>
    <w:p>
      <w:r>
        <w:t>[In the bakery in Teveria, three years of crying, only crying, crying, crying all the time, there was ….…</w:t>
      </w:r>
    </w:p>
    <w:p>
      <w:r>
        <w:t>Crying, he cried, there was no joy at all]</w:t>
      </w:r>
    </w:p>
    <w:p>
      <w:r>
        <w:t>[That is to say, because he had..]</w:t>
      </w:r>
    </w:p>
    <w:p>
      <w:r>
        <w:t>[But he did not do anything, my mother did everything…]</w:t>
      </w:r>
    </w:p>
    <w:p>
      <w:r>
        <w:t>[But he cried, cried]</w:t>
      </w:r>
    </w:p>
    <w:p>
      <w:r>
        <w:t>[But he did nothing, he slept above the oven, up above he slept</w:t>
      </w:r>
    </w:p>
    <w:p>
      <w:r>
        <w:t>I will tell you what he did, my mother]</w:t>
      </w:r>
    </w:p>
    <w:p>
      <w:r>
        <w:t>[All right]</w:t>
      </w:r>
    </w:p>
    <w:p>
      <w:r>
        <w:t>[Here, he is listening]</w:t>
      </w:r>
    </w:p>
    <w:p>
      <w:r>
        <w:t>[But he told me several times]</w:t>
      </w:r>
    </w:p>
    <w:p>
      <w:r>
        <w:t>[Do you know how old I was? Four years old, five years old, and I remember it</w:t>
      </w:r>
    </w:p>
    <w:p>
      <w:r>
        <w:t>That I would wake him up: “Abba, the days have elapsed, the days have passed"</w:t>
      </w:r>
    </w:p>
    <w:p>
      <w:r>
        <w:t>And he would sleep upstairs, because all night he learned, Chatzos and p.. p.. p.. p..</w:t>
      </w:r>
    </w:p>
    <w:p>
      <w:r>
        <w:t>When he came to work he went to sleep upstairs for a few hours..]</w:t>
      </w:r>
    </w:p>
    <w:p>
      <w:r>
        <w:t>[Until there came to him..]</w:t>
      </w:r>
    </w:p>
    <w:p>
      <w:r>
        <w:t>[And all the dough spoiled, and everything went..]</w:t>
      </w:r>
    </w:p>
    <w:p>
      <w:r>
        <w:t>[Until someone from Uman came to him..]</w:t>
      </w:r>
    </w:p>
    <w:p>
      <w:r>
        <w:t>[Right, Abba?]</w:t>
      </w:r>
    </w:p>
    <w:p>
      <w:r>
        <w:t>[….]</w:t>
      </w:r>
    </w:p>
    <w:p>
      <w:r>
        <w:t>{…}</w:t>
      </w:r>
    </w:p>
    <w:p>
      <w:r>
        <w:t>[No, but this, this is how it was brought about, what, a Petek about the Redemption is not a joke, do I know?</w:t>
      </w:r>
    </w:p>
    <w:p>
      <w:r>
        <w:t>It is “I derived very great pleasure from your service” what is “I derived very great pleasure..”]</w:t>
      </w:r>
    </w:p>
    <w:p>
      <w:r>
        <w:t>[Who came from Uman?]</w:t>
      </w:r>
    </w:p>
    <w:p>
      <w:r>
        <w:t>[What is “I derived very great pleasure from your service”?</w:t>
      </w:r>
    </w:p>
    <w:p>
      <w:r>
        <w:t>That you held out in a life of suffering with your whole family and withstood the trials</w:t>
      </w:r>
    </w:p>
    <w:p>
      <w:r>
        <w:t>And for this we will see the payment, the payment will be both here and there]</w:t>
      </w:r>
    </w:p>
    <w:p>
      <w:r>
        <w:t>[Saba, did Hirsch Leib come from Uman to tell you to leave the bakery?]</w:t>
      </w:r>
    </w:p>
    <w:p>
      <w:r>
        <w:t>[Yes, Hirsch Leib]</w:t>
      </w:r>
    </w:p>
    <w:p>
      <w:r>
        <w:t>[Hirsch Leib]</w:t>
      </w:r>
    </w:p>
    <w:p>
      <w:r>
        <w:t>[Someone came from Uman:</w:t>
      </w:r>
    </w:p>
    <w:p>
      <w:r>
        <w:t>“What is this? Your whole life, were you born to be in a bakery? Is this why you came into the world?</w:t>
      </w:r>
    </w:p>
    <w:p>
      <w:r>
        <w:t>Hop, he closed the bakery</w:t>
      </w:r>
    </w:p>
    <w:p>
      <w:r>
        <w:t>He went to Yerushalayim to work in a bakery; the wagon went over his foot”]</w:t>
      </w:r>
    </w:p>
    <w:p>
      <w:r>
        <w:t>[…...]</w:t>
      </w:r>
    </w:p>
    <w:p>
      <w:r>
        <w:t>[What, his whole leg is black from this..]</w:t>
      </w:r>
    </w:p>
    <w:p>
      <w:r>
        <w:t>[Ah, that is from the wagon?]</w:t>
      </w:r>
    </w:p>
    <w:p>
      <w:r>
        <w:t>[Perhaps from the desert]</w:t>
      </w:r>
    </w:p>
    <w:p>
      <w:r>
        <w:t>[No, both from the desert and from the..]</w:t>
      </w:r>
    </w:p>
    <w:p>
      <w:r>
        <w:t>[Both from the wagon and.., all together]</w:t>
      </w:r>
    </w:p>
    <w:p>
      <w:r>
        <w:t>[..That is from the desert, that is a story that he needs to tell you..]</w:t>
      </w:r>
    </w:p>
    <w:p>
      <w:r>
        <w:t>[I recorded it, I know it by heart]</w:t>
      </w:r>
    </w:p>
    <w:p>
      <w:r>
        <w:t>[You recorded it?]</w:t>
      </w:r>
    </w:p>
    <w:p>
      <w:r>
        <w:t>[Once I recorded it, I do not know where it is now, but I know it by heart]</w:t>
      </w:r>
    </w:p>
    <w:p>
      <w:r>
        <w:t>[….]</w:t>
      </w:r>
    </w:p>
    <w:p>
      <w:r>
        <w:t>[This I know by heart]</w:t>
      </w:r>
    </w:p>
    <w:p>
      <w:r>
        <w:t>[This is a story that I, to this day, several times that I heard it and he tells it and I..]</w:t>
      </w:r>
    </w:p>
    <w:p>
      <w:r>
        <w:t>[It does not enter the mi]</w:t>
      </w:r>
    </w:p>
    <w:p>
      <w:r>
        <w:t>[….]</w:t>
      </w:r>
    </w:p>
    <w:p>
      <w:r>
        <w:t>[..when he was with me now, the last time..]</w:t>
      </w:r>
    </w:p>
    <w:p>
      <w:r>
        <w:t>[He told it to me several times]</w:t>
      </w:r>
    </w:p>
    <w:p>
      <w:r>
        <w:t>[Four days, he told it..]</w:t>
      </w:r>
    </w:p>
    <w:p>
      <w:r>
        <w:t>[….]</w:t>
      </w:r>
    </w:p>
    <w:p>
      <w:r>
        <w:t>[The Tales, several stories that I asked for</w:t>
      </w:r>
    </w:p>
    <w:p>
      <w:r>
        <w:t>he told them to me anew in Yiddish, the way I like</w:t>
      </w:r>
    </w:p>
    <w:p>
      <w:r>
        <w:t>and then I really regretted that I did not have it, word for word</w:t>
      </w:r>
    </w:p>
    <w:p>
      <w:r>
        <w:t>you know, as though you were opening The Tales and reading, word for word]</w:t>
      </w:r>
    </w:p>
    <w:p>
      <w:r>
        <w:t>[His whole life is tales, Saba’s whole life is tales of tzaddikim]</w:t>
      </w:r>
    </w:p>
    <w:p>
      <w:r>
        <w:t>{..}</w:t>
      </w:r>
    </w:p>
    <w:p>
      <w:r>
        <w:t>[You know that I started working]</w:t>
      </w:r>
    </w:p>
    <w:p>
      <w:r>
        <w:t>[Working is good]</w:t>
      </w:r>
    </w:p>
    <w:p>
      <w:r>
        <w:t>[Yes]</w:t>
      </w:r>
    </w:p>
    <w:p>
      <w:r>
        <w:t>[What, what about Gideon? Did he get the position?]</w:t>
      </w:r>
    </w:p>
    <w:p>
      <w:r>
        <w:t>[Gideon has not yet gotten a position; now he is in Yerushalayim]</w:t>
      </w:r>
    </w:p>
    <w:p>
      <w:r>
        <w:t>[He was sick, he did not..]…</w:t>
      </w:r>
    </w:p>
    <w:p>
      <w:r>
        <w:t>...{..} in the evening then, then I had no money to buy challah and I need to go to the mikveh</w:t>
      </w:r>
    </w:p>
    <w:p>
      <w:r>
        <w:t>and there is no money to buy challah, so someone gave me some..</w:t>
      </w:r>
    </w:p>
    <w:p>
      <w:r>
        <w:t>Halperin, Rav Halperin gave me fifteen agorot, for challah</w:t>
      </w:r>
    </w:p>
    <w:p>
      <w:r>
        <w:t>[When?]</w:t>
      </w:r>
    </w:p>
    <w:p>
      <w:r>
        <w:t>Eh?</w:t>
      </w:r>
    </w:p>
    <w:p>
      <w:r>
        <w:t>[When?]</w:t>
      </w:r>
    </w:p>
    <w:p>
      <w:r>
        <w:t>When?</w:t>
      </w:r>
    </w:p>
    <w:p>
      <w:r>
        <w:t>[When? (does not understand), forty years ago, fifty years ago, sixty years ago?] Eh..</w:t>
      </w:r>
    </w:p>
    <w:p>
      <w:r>
        <w:t>[….]</w:t>
      </w:r>
    </w:p>
    <w:p>
      <w:r>
        <w:t>Thirty years ago</w:t>
      </w:r>
    </w:p>
    <w:p>
      <w:r>
        <w:t>[Thirty years]</w:t>
      </w:r>
    </w:p>
    <w:p>
      <w:r>
        <w:t>Forty years, when we lived in Beis Yisroel at the Yemenite’s</w:t>
      </w:r>
    </w:p>
    <w:p>
      <w:r>
        <w:t>[Then it is already more, Abba, it is already about..]</w:t>
      </w:r>
    </w:p>
    <w:p>
      <w:r>
        <w:t>More</w:t>
      </w:r>
    </w:p>
    <w:p>
      <w:r>
        <w:t>[Forty-five years]</w:t>
      </w:r>
    </w:p>
    <w:p>
      <w:r>
        <w:t>[Listen to a story in minute detail]</w:t>
      </w:r>
    </w:p>
    <w:p>
      <w:r>
        <w:t>Nu, I went quickly to the mikveh and immersed and dressed and went to buy challah</w:t>
      </w:r>
    </w:p>
    <w:p>
      <w:r>
        <w:t>and baruch Hashem there was challah in the shop and I, he gives me challah for fifteen grush</w:t>
      </w:r>
    </w:p>
    <w:p>
      <w:r>
        <w:t>and I put my hand in my pocket to take out the fifteen grush and they are not there</w:t>
      </w:r>
    </w:p>
    <w:p>
      <w:r>
        <w:t>I hung the garment on a nail, on the..</w:t>
      </w:r>
    </w:p>
    <w:p>
      <w:r>
        <w:t>[Nail]</w:t>
      </w:r>
    </w:p>
    <w:p>
      <w:r>
        <w:t>[In the mikveh]</w:t>
      </w:r>
    </w:p>
    <w:p>
      <w:r>
        <w:t>Someone had taken out the fifteen grush; I did not find the fifteen grush</w:t>
      </w:r>
    </w:p>
    <w:p>
      <w:r>
        <w:t>Nu, now it is close to Shabbos, the candles need to be lit, and how, how will I have challah for Shabbos?</w:t>
      </w:r>
    </w:p>
    <w:p>
      <w:r>
        <w:t>And what will I have, what, what, what am I to do now? What to do?</w:t>
      </w:r>
    </w:p>
    <w:p>
      <w:r>
        <w:t>So I decided: "Whatever will be will be, I will go to Rav Halperin and I will tell him like this"</w:t>
      </w:r>
    </w:p>
    <w:p>
      <w:r>
        <w:t>[Give another fifteen grush]</w:t>
      </w:r>
    </w:p>
    <w:p>
      <w:r>
        <w:t>He can say that I am an expert</w:t>
      </w:r>
    </w:p>
    <w:p>
      <w:r>
        <w:t>{{………….}}</w:t>
      </w:r>
    </w:p>
    <w:p>
      <w:r>
        <w:t>{...} like that, an expert like that</w:t>
      </w:r>
    </w:p>
    <w:p>
      <w:r>
        <w:t>Nu, eh.. yes, (does not understand)</w:t>
      </w:r>
    </w:p>
    <w:p>
      <w:r>
        <w:t>So I said:</w:t>
      </w:r>
    </w:p>
    <w:p>
      <w:r>
        <w:t>"Whatever will be will be, let him think what he will think, whatever will be will be, I will go to him and tell him"</w:t>
      </w:r>
    </w:p>
    <w:p>
      <w:r>
        <w:t>But he understood from the words</w:t>
      </w:r>
    </w:p>
    <w:p>
      <w:r>
        <w:t>[That it was from the heart]</w:t>
      </w:r>
    </w:p>
    <w:p>
      <w:r>
        <w:t>(does not understand), he felt that it was true</w:t>
      </w:r>
    </w:p>
    <w:p>
      <w:r>
        <w:t>So immediately he took out fifteen grush and gave me, and I went to buy (does not understand)</w:t>
      </w:r>
    </w:p>
    <w:p>
      <w:r>
        <w:t>And there was also an incident with Rav Moshe Rosenthal, Rav Moshe Rosenthal</w:t>
      </w:r>
    </w:p>
    <w:p>
      <w:r>
        <w:t>He was a yeshiva student and was not, was not rich</w:t>
      </w:r>
    </w:p>
    <w:p>
      <w:r>
        <w:t>And then, some years ago, it was, every perutah was accounted for, yes</w:t>
      </w:r>
    </w:p>
    <w:p>
      <w:r>
        <w:t>And I was in the synagogue and with Moshe Rosenthal, and I said to him:</w:t>
      </w:r>
    </w:p>
    <w:p>
      <w:r>
        <w:t>"That I need bread for the children and I have nothing with which to buy"</w:t>
      </w:r>
    </w:p>
    <w:p>
      <w:r>
        <w:t>[In Teveria?]</w:t>
      </w:r>
    </w:p>
    <w:p>
      <w:r>
        <w:t>Yeah, {the song\rich}, Rav Moshe Rosenthal</w:t>
      </w:r>
    </w:p>
    <w:p>
      <w:r>
        <w:t>Nu, he had half a shilling, two and a half grush</w:t>
      </w:r>
    </w:p>
    <w:p>
      <w:r>
        <w:t>So he took out this money, the half shilling, and gave it to me for bread</w:t>
      </w:r>
    </w:p>
    <w:p>
      <w:r>
        <w:t>Good, I put it in my pocket and I go to buy bread joyfully, to bring bread home</w:t>
      </w:r>
    </w:p>
    <w:p>
      <w:r>
        <w:t>I go to Esther Malka</w:t>
      </w:r>
    </w:p>
    <w:p>
      <w:r>
        <w:t>[That was in Meah Shearim]</w:t>
      </w:r>
    </w:p>
    <w:p>
      <w:r>
        <w:t>Yes, and I told him two loaves, a quarter, half, for half a shilling I had two loaves, two loaves, two kilos, two good loaves, she gave them to me immediately, but I put my hand in my pocket and there is nothing, the half shilling vanished</w:t>
      </w:r>
    </w:p>
    <w:p>
      <w:r>
        <w:t>["The thousand dollars" vanished, yes, nu]</w:t>
      </w:r>
    </w:p>
    <w:p>
      <w:r>
        <w:t>Vanished, to this day, vanished</w:t>
      </w:r>
    </w:p>
    <w:p>
      <w:r>
        <w:t>Nu, I had no bread; I cannot take bread without money</w:t>
      </w:r>
    </w:p>
    <w:p>
      <w:r>
        <w:t>[It is not like today, when they give on credit; once, if there was—if you paid, you received; if not, you did not receive]</w:t>
      </w:r>
    </w:p>
    <w:p>
      <w:r>
        <w:t>There was not, there was no hole at all in the pocket, intact, an intact pocket</w:t>
      </w:r>
    </w:p>
    <w:p>
      <w:r>
        <w:t>And I put it inside the pocket and it vanished, it is not there to this day</w:t>
      </w:r>
    </w:p>
    <w:p>
      <w:r>
        <w:t>I took the bread joyfully, "I will immediately, I will go with two loaves {new}”</w:t>
      </w:r>
    </w:p>
    <w:p>
      <w:r>
        <w:t>And I want to pay, and search, search—nothing, nothing, nothing.. {..}</w:t>
      </w:r>
    </w:p>
    <w:p>
      <w:r>
        <w:t>Nu, I cannot say that she should give me without, bread</w:t>
      </w:r>
    </w:p>
    <w:p>
      <w:r>
        <w:t>She knew my situation, that I have nothing, {gornisht gedarft} (need nothing)</w:t>
      </w:r>
    </w:p>
    <w:p>
      <w:r>
        <w:t>[……….]</w:t>
      </w:r>
    </w:p>
    <w:p>
      <w:r>
        <w:t>So I returned to the synagogue and said to Rav Moshe Rosenthal:</w:t>
      </w:r>
    </w:p>
    <w:p>
      <w:r>
        <w:t>"You gave me half a shilling for bread, intact, and I, and I bought bread and there is nothing.. and they vanished"</w:t>
      </w:r>
    </w:p>
    <w:p>
      <w:r>
        <w:t>So he was in great distress, because he also had nothing; he did an act of mesirus nefesh—he gave me half a shilling</w:t>
      </w:r>
    </w:p>
    <w:p>
      <w:r>
        <w:t>Nu, so he said to me:</w:t>
      </w:r>
    </w:p>
    <w:p>
      <w:r>
        <w:t>"If I had more money I would give you, but I have none, I have none, what can be done? {…}”</w:t>
      </w:r>
    </w:p>
    <w:p>
      <w:r>
        <w:t>[In this matter I am one hundred million percent certain ………………]</w:t>
      </w:r>
    </w:p>
    <w:p>
      <w:r>
        <w:t>[……………………………………….]</w:t>
      </w:r>
    </w:p>
    <w:p>
      <w:r>
        <w:t>[……………………………………….]</w:t>
      </w:r>
    </w:p>
    <w:p>
      <w:r>
        <w:t>Did you know Shmuel Mordechai? Shmuel Mordechai</w:t>
      </w:r>
    </w:p>
    <w:p>
      <w:r>
        <w:t>[No, I heard..]</w:t>
      </w:r>
    </w:p>
    <w:p>
      <w:r>
        <w:t>{..}, no?</w:t>
      </w:r>
    </w:p>
    <w:p>
      <w:r>
        <w:t>[Maybe I do not remember, Abba]</w:t>
      </w:r>
    </w:p>
    <w:p>
      <w:r>
        <w:t>He was a merchant, he was a {manufaktor} merchant</w:t>
      </w:r>
    </w:p>
    <w:p>
      <w:r>
        <w:t>[Yes]</w:t>
      </w:r>
    </w:p>
    <w:p>
      <w:r>
        <w:t>From Poland</w:t>
      </w:r>
    </w:p>
    <w:p>
      <w:r>
        <w:t>[Yes]</w:t>
      </w:r>
    </w:p>
    <w:p>
      <w:r>
        <w:t>Yes, he was involved in charities; he would collect charity</w:t>
      </w:r>
    </w:p>
    <w:p>
      <w:r>
        <w:t>[.…]</w:t>
      </w:r>
    </w:p>
    <w:p>
      <w:r>
        <w:t>So, so I said to him then, then in the evening, night fell, going</w:t>
      </w:r>
    </w:p>
    <w:p>
      <w:r>
        <w:t>and I have no bread for the children, what to do?</w:t>
      </w:r>
    </w:p>
    <w:p>
      <w:r>
        <w:t>So I met, so I would walk near the shtiblach, near his shop</w:t>
      </w:r>
    </w:p>
    <w:p>
      <w:r>
        <w:t>"Shmuel Mordechai, give me to buy bread for the children”</w:t>
      </w:r>
    </w:p>
    <w:p>
      <w:r>
        <w:t>So he, so he: "What, what is this, this, what does he want from me, bread for the children—I, am I rich?"</w:t>
      </w:r>
    </w:p>
    <w:p>
      <w:r>
        <w:t>In any case he said to me: "Good, good, good, good"</w:t>
      </w:r>
    </w:p>
    <w:p>
      <w:r>
        <w:t>He walks with me and I think he is going to his shop, yes</w:t>
      </w:r>
    </w:p>
    <w:p>
      <w:r>
        <w:t>Up above there were several shops; he went and spoke with them about commerce, about..</w:t>
      </w:r>
    </w:p>
    <w:p>
      <w:r>
        <w:t>And I stand and wait, and he does not come</w:t>
      </w:r>
    </w:p>
    <w:p>
      <w:r>
        <w:t>In any case, finally, finally, he came out of all the shops and went to his shop..</w:t>
      </w:r>
    </w:p>
    <w:p>
      <w:r>
        <w:t>[Give me bread]</w:t>
      </w:r>
    </w:p>
    <w:p>
      <w:r>
        <w:t>Near the shtiblach</w:t>
      </w:r>
    </w:p>
    <w:p>
      <w:r>
        <w:t>[Yes]</w:t>
      </w:r>
    </w:p>
    <w:p>
      <w:r>
        <w:t>Yes, nu, I walk with him, and by nature, I do not like excuses, and.. and.. yes</w:t>
      </w:r>
    </w:p>
    <w:p>
      <w:r>
        <w:t>So he.. I walk with him, and he said to his wife in a voice, in a voice of great noise:</w:t>
      </w:r>
    </w:p>
    <w:p>
      <w:r>
        <w:t>He said to his wife: "Yisroel Ber needs bread for the children; give him some charity"</w:t>
      </w:r>
    </w:p>
    <w:p>
      <w:r>
        <w:t>[Once he was in Tzfas, there was rain and cold, and he went..]</w:t>
      </w:r>
    </w:p>
    <w:p>
      <w:r>
        <w:t>{..}</w:t>
      </w:r>
    </w:p>
    <w:p>
      <w:r>
        <w:t>[The child, a small child, cried from hunger; I do not know whom they are talking about, because he died]</w:t>
      </w:r>
    </w:p>
    <w:p>
      <w:r>
        <w:t>[Who died?]</w:t>
      </w:r>
    </w:p>
    <w:p>
      <w:r>
        <w:t>[The firstborn]</w:t>
      </w:r>
    </w:p>
    <w:p>
      <w:r>
        <w:t>[What?]</w:t>
      </w:r>
    </w:p>
    <w:p>
      <w:r>
        <w:t>[The firstborn died of hunger]</w:t>
      </w:r>
    </w:p>
    <w:p>
      <w:r>
        <w:t>[There was a child who died when he was little, so he said that he went in the rain, in the winds, and over pits, over stones</w:t>
      </w:r>
    </w:p>
    <w:p>
      <w:r>
        <w:t>I do not know how he reached some rich man’s house, and he had a cup of tea and milk</w:t>
      </w:r>
    </w:p>
    <w:p>
      <w:r>
        <w:t>That man saw the face of a dead man; he looked at him, he saw the face of a dead man]</w:t>
      </w:r>
    </w:p>
    <w:p>
      <w:r>
        <w:t>Ay..</w:t>
      </w:r>
    </w:p>
    <w:p>
      <w:r>
        <w:t>["Give him a piece of challah, just so that he does not die on us here, and we will have to pay the expenses of his burial"; so he said that he returned with the piece of challah, and in the meantime the child died; these are stories of..]</w:t>
      </w:r>
    </w:p>
    <w:p>
      <w:r>
        <w:t>[So that was in 1914, that was in the First War; this was the first son born to them</w:t>
      </w:r>
    </w:p>
    <w:p>
      <w:r>
        <w:t>and my mother was also, you know, on the verge of death..]</w:t>
      </w:r>
    </w:p>
    <w:p>
      <w:r>
        <w:t>Oy vey</w:t>
      </w:r>
    </w:p>
    <w:p>
      <w:r>
        <w:t>[……]</w:t>
      </w:r>
    </w:p>
    <w:p>
      <w:r>
        <w:t>[Yes, he told me]</w:t>
      </w:r>
    </w:p>
    <w:p>
      <w:r>
        <w:t>[…..]</w:t>
      </w:r>
    </w:p>
    <w:p>
      <w:r>
        <w:t>[There was some illness that..]</w:t>
      </w:r>
    </w:p>
    <w:p>
      <w:r>
        <w:t>[Typhus, typhus]</w:t>
      </w:r>
    </w:p>
    <w:p>
      <w:r>
        <w:t>[When Rebbe Yisroel (Kardonner) was alive, then Rebbe Yisroel (Kardonner) was alive]</w:t>
      </w:r>
    </w:p>
    <w:p>
      <w:r>
        <w:t>[Yes, after his wedding]</w:t>
      </w:r>
    </w:p>
    <w:p>
      <w:r>
        <w:t>[Then he ran to him, then Rebbe Yisroel (Kardonner), then he asked him to pray</w:t>
      </w:r>
    </w:p>
    <w:p>
      <w:r>
        <w:t>and he told him, do not worry, it will be all right]</w:t>
      </w:r>
    </w:p>
    <w:p>
      <w:r>
        <w:t>{….}</w:t>
      </w:r>
    </w:p>
    <w:p>
      <w:r>
        <w:t>[Rare]</w:t>
      </w:r>
    </w:p>
    <w:p>
      <w:r>
        <w:t>[She was already, do you know where?]</w:t>
      </w:r>
    </w:p>
    <w:p>
      <w:r>
        <w:t>[Rare, rare, everyone died, because she was in an isolation room]</w:t>
      </w:r>
    </w:p>
    <w:p>
      <w:r>
        <w:t>[She was.., no! They had already transferred her to the room of the dead because they did not want to keep her</w:t>
      </w:r>
    </w:p>
    <w:p>
      <w:r>
        <w:t>[…. this is a case that..][And he came, and he came and he saw that..][……………….…….][……………………..]My children were always born while I was, I traveled to Meron, I was in Meron and they were born[…. this is a case that..][And he came, and he came and he saw that..][……………….…….][……………………..]My children were always born while I was, I traveled to Meron, I was in Meron and they were bornit is contagious, and they would become ill and she was in the room with the dead]</w:t>
      </w:r>
    </w:p>
    <w:p>
      <w:r>
        <w:t>[…. this is a case that..]</w:t>
      </w:r>
    </w:p>
    <w:p>
      <w:r>
        <w:t>[And he came, and he came and he saw that..]</w:t>
      </w:r>
    </w:p>
    <w:p>
      <w:r>
        <w:t>[……………….…….]</w:t>
      </w:r>
    </w:p>
    <w:p>
      <w:r>
        <w:t>[……………………..]</w:t>
      </w:r>
    </w:p>
    <w:p>
      <w:r>
        <w:t>My children were always born while I was, I traveled to Meron, I was in Meron and they were born</w:t>
      </w:r>
    </w:p>
    <w:p>
      <w:r>
        <w:t>[…. this is a case that..]</w:t>
      </w:r>
    </w:p>
    <w:p>
      <w:r>
        <w:t>[And he came, and he came and he saw that..]</w:t>
      </w:r>
    </w:p>
    <w:p>
      <w:r>
        <w:t>[……………….…….]</w:t>
      </w:r>
    </w:p>
    <w:p>
      <w:r>
        <w:t>[……………………..]</w:t>
      </w:r>
    </w:p>
    <w:p>
      <w:r>
        <w:t>My children were always born while I was, I traveled to Meron, I was in Meron and they were born</w:t>
      </w:r>
    </w:p>
    <w:p>
      <w:r>
        <w:t>And I came to Teveria, then they told me: "Mazel tov, mazel tov, you have a daughter, you have a son" [And in Meron too, more than once, they told him, why are you not traveling home? Your wife gave birth! He was in Meron and people came to Meron and saw him, they say:</w:t>
      </w:r>
    </w:p>
    <w:p>
      <w:r>
        <w:t>"Yisroel Ber, mazel tov"</w:t>
      </w:r>
    </w:p>
    <w:p>
      <w:r>
        <w:t>He says:</w:t>
      </w:r>
    </w:p>
    <w:p>
      <w:r>
        <w:t>"What is this mazel tov?”</w:t>
      </w:r>
    </w:p>
    <w:p>
      <w:r>
        <w:t>"A daughter, a son, was born to you"</w:t>
      </w:r>
    </w:p>
    <w:p>
      <w:r>
        <w:t>He did not know</w:t>
      </w:r>
    </w:p>
    <w:p>
      <w:r>
        <w:t>I heard this from him; these are stories that I heard from him</w:t>
      </w:r>
    </w:p>
    <w:p>
      <w:r>
        <w:t>And his journeys on the donkeys and all of this you have surely also heard]</w:t>
      </w:r>
    </w:p>
    <w:p>
      <w:r>
        <w:t>You were born in 5688</w:t>
      </w:r>
    </w:p>
    <w:p>
      <w:r>
        <w:t>[Correct]</w:t>
      </w:r>
    </w:p>
    <w:p>
      <w:r>
        <w:t>And Yitzchak..</w:t>
      </w:r>
    </w:p>
    <w:p>
      <w:r>
        <w:t>[And he registered me in 5689, he made such confusion for me, he did that to me</w:t>
      </w:r>
    </w:p>
    <w:p>
      <w:r>
        <w:t>He has a letter in which he received mazel tov; who wrote you the mazel tov when I was born? Father</w:t>
      </w:r>
    </w:p>
    <w:p>
      <w:r>
        <w:t>Eh? Ah, Reb Shlomo Kovner, yes</w:t>
      </w:r>
    </w:p>
    <w:p>
      <w:r>
        <w:t>[He kept this letter; I do not know if he still has it, years]</w:t>
      </w:r>
    </w:p>
    <w:p>
      <w:r>
        <w:t>[That same Reb Shlomo Kovner, he was in Meron with him, and he took a letter and put it..]</w:t>
      </w:r>
    </w:p>
    <w:p>
      <w:r>
        <w:t>He was a great scribe</w:t>
      </w:r>
    </w:p>
    <w:p>
      <w:r>
        <w:t>[How much, fifty?]</w:t>
      </w:r>
    </w:p>
    <w:p>
      <w:r>
        <w:t>A great sage, a great scribe</w:t>
      </w:r>
    </w:p>
    <w:p>
      <w:r>
        <w:t>[How much money did he send to Reb Ehrlich?]</w:t>
      </w:r>
    </w:p>
    <w:p>
      <w:r>
        <w:t>Eh?</w:t>
      </w:r>
    </w:p>
    <w:p>
      <w:r>
        <w:t>[How much money?]</w:t>
      </w:r>
    </w:p>
    <w:p>
      <w:r>
        <w:t>Two and a half liras</w:t>
      </w:r>
    </w:p>
    <w:p>
      <w:r>
        <w:t>[Two and a half liras]</w:t>
      </w:r>
    </w:p>
    <w:p>
      <w:r>
        <w:t>Yes</w:t>
      </w:r>
    </w:p>
    <w:p>
      <w:r>
        <w:t>[And sent it..]</w:t>
      </w:r>
    </w:p>
    <w:p>
      <w:r>
        <w:t>Then that was a great fortune</w:t>
      </w:r>
    </w:p>
    <w:p>
      <w:r>
        <w:t>To the head, the chief rabbi of Toldos Aharon, what was his name?]</w:t>
      </w:r>
    </w:p>
    <w:p>
      <w:r>
        <w:t>The Rebbe? The Admor?</w:t>
      </w:r>
    </w:p>
    <w:p>
      <w:r>
        <w:t>[Yes]</w:t>
      </w:r>
    </w:p>
    <w:p>
      <w:r>
        <w:t>"The chief rabbi," Admor!</w:t>
      </w:r>
    </w:p>
    <w:p>
      <w:r>
        <w:t>[Admor, what was his name?]</w:t>
      </w:r>
    </w:p>
    <w:p>
      <w:r>
        <w:t>Yes, he sent, he said, he sent him a letter and he did not want him to know that he was sending the money</w:t>
      </w:r>
    </w:p>
    <w:p>
      <w:r>
        <w:t>So he, he wrote, he was a scribe, a sage, he wrote:</w:t>
      </w:r>
    </w:p>
    <w:p>
      <w:r>
        <w:t>"The hidden one..</w:t>
      </w:r>
    </w:p>
    <w:p>
      <w:r>
        <w:t>[….]</w:t>
      </w:r>
    </w:p>
    <w:p>
      <w:r>
        <w:t>gave me two and a half liras for you”</w:t>
      </w:r>
    </w:p>
    <w:p>
      <w:r>
        <w:t>He saw a letter like this: "the hidden one," so he can acquire many Chassidim</w:t>
      </w:r>
    </w:p>
    <w:p>
      <w:r>
        <w:t>[Yes]</w:t>
      </w:r>
    </w:p>
    <w:p>
      <w:r>
        <w:t>So he left the letter open on the table and he went to some place, and went</w:t>
      </w:r>
    </w:p>
    <w:p>
      <w:r>
        <w:t>And his Chassidim, they saw an open letter, they could read it, so they read:</w:t>
      </w:r>
    </w:p>
    <w:p>
      <w:r>
        <w:t>"That the hidden one, that the hidden one sent him two and a half liras"</w:t>
      </w:r>
    </w:p>
    <w:p>
      <w:r>
        <w:t>Then there was an uproar, an uproar in Yerushalayim:</w:t>
      </w:r>
    </w:p>
    <w:p>
      <w:r>
        <w:t>"That Reb Ahar'le has a hidden one in Tzfas and that he sends him money</w:t>
      </w:r>
    </w:p>
    <w:p>
      <w:r>
        <w:t>[And this story circulated everywhere, then Saba said to this Reb Kovner, who was old (inaudible)]</w:t>
      </w:r>
    </w:p>
    <w:p>
      <w:r>
        <w:t>[Yes]</w:t>
      </w:r>
    </w:p>
    <w:p>
      <w:r>
        <w:t>[See what you did; you made him famous]</w:t>
      </w:r>
    </w:p>
    <w:p>
      <w:r>
        <w:t>[Yes]</w:t>
      </w:r>
    </w:p>
    <w:p>
      <w:r>
        <w:t>[You became famous throughout the whole world, then he understood that only Rabbainu, this is what convinced him that only..</w:t>
      </w:r>
    </w:p>
    <w:p>
      <w:r>
        <w:t>This is how Saba drew him close, because Saba constantly uses stratagems: how do I draw him close?]</w:t>
      </w:r>
    </w:p>
    <w:p>
      <w:r>
        <w:t>[If you did not see the one whom he drew close, the.. what was his name</w:t>
      </w:r>
    </w:p>
    <w:p>
      <w:r>
        <w:t>Is he from Bnei Brak? The one you drew close in Meron, who went with trousers..? Efrati, Efrati]</w:t>
      </w:r>
    </w:p>
    <w:p>
      <w:r>
        <w:t>[The Dutch tourist?]</w:t>
      </w:r>
    </w:p>
    <w:p>
      <w:r>
        <w:t>[Efrati]</w:t>
      </w:r>
    </w:p>
    <w:p>
      <w:r>
        <w:t>[Efrati]</w:t>
      </w:r>
    </w:p>
    <w:p>
      <w:r>
        <w:t>Efrati, Efrati</w:t>
      </w:r>
    </w:p>
    <w:p>
      <w:r>
        <w:t>[Efrati]</w:t>
      </w:r>
    </w:p>
    <w:p>
      <w:r>
        <w:t>M..</w:t>
      </w:r>
    </w:p>
    <w:p>
      <w:r>
        <w:t>[Came to him..]</w:t>
      </w:r>
    </w:p>
    <w:p>
      <w:r>
        <w:t>[Ah, he..]</w:t>
      </w:r>
    </w:p>
    <w:p>
      <w:r>
        <w:t>[Saw that he was praying..]</w:t>
      </w:r>
    </w:p>
    <w:p>
      <w:r>
        <w:t>[He already passed away, no?]</w:t>
      </w:r>
    </w:p>
    <w:p>
      <w:r>
        <w:t>Yes, Efrati</w:t>
      </w:r>
    </w:p>
    <w:p>
      <w:r>
        <w:t>[….. he passed away? Father]</w:t>
      </w:r>
    </w:p>
    <w:p>
      <w:r>
        <w:t>He passed away</w:t>
      </w:r>
    </w:p>
    <w:p>
      <w:r>
        <w:t>[…., came in short trousers, with a hat, you know..]</w:t>
      </w:r>
    </w:p>
    <w:p>
      <w:r>
        <w:t>[He told me, yes]</w:t>
      </w:r>
    </w:p>
    <w:p>
      <w:r>
        <w:t>[With short sleeves..]</w:t>
      </w:r>
    </w:p>
    <w:p>
      <w:r>
        <w:t>[In Meron..]</w:t>
      </w:r>
    </w:p>
    <w:p>
      <w:r>
        <w:t>[…. and he became attached to him, he would come to our house, what is this, he would sit in our home</w:t>
      </w:r>
    </w:p>
    <w:p>
      <w:r>
        <w:t>He came was from Meron, took all the utensils from the house, broke them, made a wreck of the entire kitchen]</w:t>
      </w:r>
    </w:p>
    <w:p>
      <w:r>
        <w:t>[...]</w:t>
      </w:r>
    </w:p>
    <w:p>
      <w:r>
        <w:t>[The Efrati]</w:t>
      </w:r>
    </w:p>
    <w:p>
      <w:r>
        <w:t>[Secular]</w:t>
      </w:r>
    </w:p>
    <w:p>
      <w:r>
        <w:t>[Only kosher, he wants kosher, so fine, but..]</w:t>
      </w:r>
    </w:p>
    <w:p>
      <w:r>
        <w:t>[….]</w:t>
      </w:r>
    </w:p>
    <w:p>
      <w:r>
        <w:t>[But it is a shame, no, he does not want to listen, threw everything outside]</w:t>
      </w:r>
    </w:p>
    <w:p>
      <w:r>
        <w:t>[In his home?]</w:t>
      </w:r>
    </w:p>
    <w:p>
      <w:r>
        <w:t>[In his home and brought in, this was once, I remained with Father ….</w:t>
      </w:r>
    </w:p>
    <w:p>
      <w:r>
        <w:t>.. I knew him for years, I knew him]</w:t>
      </w:r>
    </w:p>
    <w:p>
      <w:r>
        <w:t>[He met him in Meron]</w:t>
      </w:r>
    </w:p>
    <w:p>
      <w:r>
        <w:t>[Where was he from in the country?]</w:t>
      </w:r>
    </w:p>
    <w:p>
      <w:r>
        <w:t>[From Tel Aviv?]</w:t>
      </w:r>
    </w:p>
    <w:p>
      <w:r>
        <w:t>[Not Tel Aviv; it seems to me that he lived in Bnei Brak, Father, right?]</w:t>
      </w:r>
    </w:p>
    <w:p>
      <w:r>
        <w:t>Eh?</w:t>
      </w:r>
    </w:p>
    <w:p>
      <w:r>
        <w:t>[He lived in Bnei Brak]</w:t>
      </w:r>
    </w:p>
    <w:p>
      <w:r>
        <w:t>No, in the place that.. Nattan</w:t>
      </w:r>
    </w:p>
    <w:p>
      <w:r>
        <w:t>[Givatayim]</w:t>
      </w:r>
    </w:p>
    <w:p>
      <w:r>
        <w:t>Eh?</w:t>
      </w:r>
    </w:p>
    <w:p>
      <w:r>
        <w:t>[Givatayim]</w:t>
      </w:r>
    </w:p>
    <w:p>
      <w:r>
        <w:t>Givatayim</w:t>
      </w:r>
    </w:p>
    <w:p>
      <w:r>
        <w:t>[In Givatayim]</w:t>
      </w:r>
    </w:p>
    <w:p>
      <w:r>
        <w:t>[He came to Meron secular, and he saw him there]</w:t>
      </w:r>
    </w:p>
    <w:p>
      <w:r>
        <w:t>[Yes]</w:t>
      </w:r>
    </w:p>
    <w:p>
      <w:r>
        <w:t>[…… with an Egged tour, I know what]</w:t>
      </w:r>
    </w:p>
    <w:p>
      <w:r>
        <w:t>[Yes]</w:t>
      </w:r>
    </w:p>
    <w:p>
      <w:r>
        <w:t>{….}</w:t>
      </w:r>
    </w:p>
    <w:p>
      <w:r>
        <w:t>[An organized tour, he came with an organized tour]</w:t>
      </w:r>
    </w:p>
    <w:p>
      <w:r>
        <w:t>[…. of thirty-five years]</w:t>
      </w:r>
    </w:p>
    <w:p>
      <w:r>
        <w:t>[He made complete teshuvah]</w:t>
      </w:r>
    </w:p>
    <w:p>
      <w:r>
        <w:t>[What is complete teshuvah]</w:t>
      </w:r>
    </w:p>
    <w:p>
      <w:r>
        <w:t>[Breslov to the end]</w:t>
      </w:r>
    </w:p>
    <w:p>
      <w:r>
        <w:t>[But from the moment he entered the home, there were no utensils in his kitchen</w:t>
      </w:r>
    </w:p>
    <w:p>
      <w:r>
        <w:t>"Kosher,” he does not know, "start, to learn,” he also does not know</w:t>
      </w:r>
    </w:p>
    <w:p>
      <w:r>
        <w:t>Neither of them knew what kosher was; they went to learn and it was kosher]</w:t>
      </w:r>
    </w:p>
    <w:p>
      <w:r>
        <w:t>[From his children, surely]</w:t>
      </w:r>
    </w:p>
    <w:p>
      <w:r>
        <w:t>A group of Mapainiks came, Mapainiks, (inaudible)</w:t>
      </w:r>
    </w:p>
    <w:p>
      <w:r>
        <w:t>[……]</w:t>
      </w:r>
    </w:p>
    <w:p>
      <w:r>
        <w:t>Fine, they entered</w:t>
      </w:r>
    </w:p>
    <w:p>
      <w:r>
        <w:t>[………]</w:t>
      </w:r>
    </w:p>
    <w:p>
      <w:r>
        <w:t>(inaudible)</w:t>
      </w:r>
    </w:p>
    <w:p>
      <w:r>
        <w:t>[….]</w:t>
      </w:r>
    </w:p>
    <w:p>
      <w:r>
        <w:t>They all entered</w:t>
      </w:r>
    </w:p>
    <w:p>
      <w:r>
        <w:t>[He told me that..]</w:t>
      </w:r>
    </w:p>
    <w:p>
      <w:r>
        <w:t>Yes</w:t>
      </w:r>
    </w:p>
    <w:p>
      <w:r>
        <w:t>[He would kiss him]</w:t>
      </w:r>
    </w:p>
    <w:p>
      <w:r>
        <w:t>And one of them was this..</w:t>
      </w:r>
    </w:p>
    <w:p>
      <w:r>
        <w:t>[.. the chair in the President's Residence, seats him]</w:t>
      </w:r>
    </w:p>
    <w:p>
      <w:r>
        <w:t>[On his chair?]</w:t>
      </w:r>
    </w:p>
    <w:p>
      <w:r>
        <w:t>[Yes]</w:t>
      </w:r>
    </w:p>
    <w:p>
      <w:r>
        <w:t>[The President's]</w:t>
      </w:r>
    </w:p>
    <w:p>
      <w:r>
        <w:t>[When no one is there]</w:t>
      </w:r>
    </w:p>
    <w:p>
      <w:r>
        <w:t>[Correct]</w:t>
      </w:r>
    </w:p>
    <w:p>
      <w:r>
        <w:t>["You are the president,” and kisses him and embraces him..]</w:t>
      </w:r>
    </w:p>
    <w:p>
      <w:r>
        <w:t>[Do you know what he told us? What he.. when he saw one of us..]</w:t>
      </w:r>
    </w:p>
    <w:p>
      <w:r>
        <w:t>Eh..</w:t>
      </w:r>
    </w:p>
    <w:p>
      <w:r>
        <w:t>[He would so efface himself before us {…….…}</w:t>
      </w:r>
    </w:p>
    <w:p>
      <w:r>
        <w:t>"What is this, the children of Rebbe Yisroel Ber"</w:t>
      </w:r>
    </w:p>
    <w:p>
      <w:r>
        <w:t>"Why don't you ask for something," he would say:</w:t>
      </w:r>
    </w:p>
    <w:p>
      <w:r>
        <w:t>"Why don't you ask for something for your children?”</w:t>
      </w:r>
    </w:p>
    <w:p>
      <w:r>
        <w:t>Only for this in prison, that they took him out, and this, he has no money...]</w:t>
      </w:r>
    </w:p>
    <w:p>
      <w:r>
        <w:t>[I told him..]</w:t>
      </w:r>
    </w:p>
    <w:p>
      <w:r>
        <w:t>[And this.. "Do you have? I was in your home, I saw"</w:t>
      </w:r>
    </w:p>
    <w:p>
      <w:r>
        <w:t>We had no furniture, furniture; did we ever have furniture?</w:t>
      </w:r>
    </w:p>
    <w:p>
      <w:r>
        <w:t>If there was furniture, when the children began to work, when they were already older, then only then was there furniture. I slept on a bed, do you think? That I was.., today they talk, they sleep years in a bed; we lay ten children on the floor, they still did not see that..]</w:t>
      </w:r>
    </w:p>
    <w:p>
      <w:r>
        <w:t>[I came..]</w:t>
      </w:r>
    </w:p>
    <w:p>
      <w:r>
        <w:t>[And did we come to talk? Or do I know that something is due me from this country?]</w:t>
      </w:r>
    </w:p>
    <w:p>
      <w:r>
        <w:t>[I came to him with complaints:</w:t>
      </w:r>
    </w:p>
    <w:p>
      <w:r>
        <w:t>“Why didn't you perform a meritorious deed with him? You would already have finished the whole matter with him; you had a president in your hands.”</w:t>
      </w:r>
    </w:p>
    <w:p>
      <w:r>
        <w:t>He says: “The time had not come”]…</w:t>
      </w:r>
    </w:p>
    <w:p>
      <w:r>
        <w:t>…[..something from this country?]</w:t>
      </w:r>
    </w:p>
    <w:p>
      <w:r>
        <w:t>[I came to him with complaints:</w:t>
      </w:r>
    </w:p>
    <w:p>
      <w:r>
        <w:t>“Why didn't you perform a meritorious deed with him? You would already have finished the whole matter with him; you had a president in your hands.”</w:t>
      </w:r>
    </w:p>
    <w:p>
      <w:r>
        <w:t>He says: “The time had not come”]</w:t>
      </w:r>
    </w:p>
    <w:p>
      <w:r>
        <w:t>Ah</w:t>
      </w:r>
    </w:p>
    <w:p>
      <w:r>
        <w:t>[..]</w:t>
      </w:r>
    </w:p>
    <w:p>
      <w:r>
        <w:t>But it was—all these things, I am afraid</w:t>
      </w:r>
    </w:p>
    <w:p>
      <w:r>
        <w:t>that they will regard me as an Admor, as the leader of the generation, as an Admor</w:t>
      </w:r>
    </w:p>
    <w:p>
      <w:r>
        <w:t>[..]</w:t>
      </w:r>
    </w:p>
    <w:p>
      <w:r>
        <w:t>Yes, yes, it isn't, it was all..</w:t>
      </w:r>
    </w:p>
    <w:p>
      <w:r>
        <w:t>[Who will regard you as the leader of the generation?]</w:t>
      </w:r>
    </w:p>
    <w:p>
      <w:r>
        <w:t>{..}</w:t>
      </w:r>
    </w:p>
    <w:p>
      <w:r>
        <w:t>[Who? Who will regard him as one?]</w:t>
      </w:r>
    </w:p>
    <w:p>
      <w:r>
        <w:t>[Father, I, I]</w:t>
      </w:r>
    </w:p>
    <w:p>
      <w:r>
        <w:t>Yeah</w:t>
      </w:r>
    </w:p>
    <w:p>
      <w:r>
        <w:t>[Because of that]</w:t>
      </w:r>
    </w:p>
    <w:p>
      <w:r>
        <w:t>Yeah</w:t>
      </w:r>
    </w:p>
    <w:p>
      <w:r>
        <w:t>[Everything that I went through, I am not like that, believe me, Father, I am not like that</w:t>
      </w:r>
    </w:p>
    <w:p>
      <w:r>
        <w:t>I nullify myself one in sixty, that is true]</w:t>
      </w:r>
    </w:p>
    <w:p>
      <w:r>
        <w:t>But..</w:t>
      </w:r>
    </w:p>
    <w:p>
      <w:r>
        <w:t>[But in my heart]</w:t>
      </w:r>
    </w:p>
    <w:p>
      <w:r>
        <w:t>But Yitzchak..</w:t>
      </w:r>
    </w:p>
    <w:p>
      <w:r>
        <w:t>[I have no anger]</w:t>
      </w:r>
    </w:p>
    <w:p>
      <w:r>
        <w:t>{..}</w:t>
      </w:r>
    </w:p>
    <w:p>
      <w:r>
        <w:t>[Everything was sweet and good]</w:t>
      </w:r>
    </w:p>
    <w:p>
      <w:r>
        <w:t>Yitzchak suffers..</w:t>
      </w:r>
    </w:p>
    <w:p>
      <w:r>
        <w:t>[I see it differently..]</w:t>
      </w:r>
    </w:p>
    <w:p>
      <w:r>
        <w:t>{…} a headache</w:t>
      </w:r>
    </w:p>
    <w:p>
      <w:r>
        <w:t>[I see it completely differently from my brothers and my sisters]</w:t>
      </w:r>
    </w:p>
    <w:p>
      <w:r>
        <w:t>The pain, the pain..</w:t>
      </w:r>
    </w:p>
    <w:p>
      <w:r>
        <w:t>[Because I am healthy in my soul, perhaps that is why]</w:t>
      </w:r>
    </w:p>
    <w:p>
      <w:r>
        <w:t>Yitzchak suffers all his days from a headache from hunger, yes</w:t>
      </w:r>
    </w:p>
    <w:p>
      <w:r>
        <w:t>[Yes, so what..]</w:t>
      </w:r>
    </w:p>
    <w:p>
      <w:r>
        <w:t>[He told me that he bears resentment..]</w:t>
      </w:r>
    </w:p>
    <w:p>
      <w:r>
        <w:t>He is angry with me</w:t>
      </w:r>
    </w:p>
    <w:p>
      <w:r>
        <w:t>[He says explicitly, look, this is how he has been for ….. years already]</w:t>
      </w:r>
    </w:p>
    <w:p>
      <w:r>
        <w:t>He is angry..</w:t>
      </w:r>
    </w:p>
    <w:p>
      <w:r>
        <w:t>[.. years …… angry with him, angry with him, angry with him..]</w:t>
      </w:r>
    </w:p>
    <w:p>
      <w:r>
        <w:t>[He, he feels the anger, he feels..]</w:t>
      </w:r>
    </w:p>
    <w:p>
      <w:r>
        <w:t>[He knows and sees what each one is going through and he does not speak; he sees exactly]</w:t>
      </w:r>
    </w:p>
    <w:p>
      <w:r>
        <w:t>[After Pinchas …… in America, he told me ………..]</w:t>
      </w:r>
    </w:p>
    <w:p>
      <w:r>
        <w:t>Ah..</w:t>
      </w:r>
    </w:p>
    <w:p>
      <w:r>
        <w:t>[……….]</w:t>
      </w:r>
    </w:p>
    <w:p>
      <w:r>
        <w:t>[He sees everything, he knows exactly where..]</w:t>
      </w:r>
    </w:p>
    <w:p>
      <w:r>
        <w:t>[Do you know what happened in court?</w:t>
      </w:r>
    </w:p>
    <w:p>
      <w:r>
        <w:t>Pinchas was in court; he was with a group, the group stole, he did not</w:t>
      </w:r>
    </w:p>
    <w:p>
      <w:r>
        <w:t>But he was with those friends who stole, so they arrested him too]</w:t>
      </w:r>
    </w:p>
    <w:p>
      <w:r>
        <w:t>[Where? Where?]</w:t>
      </w:r>
    </w:p>
    <w:p>
      <w:r>
        <w:t>[It was in Tel Aviv; he was a little boy, perhaps thirteen, fourteen, fifteen years old</w:t>
      </w:r>
    </w:p>
    <w:p>
      <w:r>
        <w:t>I do not know how old he was</w:t>
      </w:r>
    </w:p>
    <w:p>
      <w:r>
        <w:t>I am older than he is; I come to the courthouse to listen—after all, he is my brother</w:t>
      </w:r>
    </w:p>
    <w:p>
      <w:r>
        <w:t>When the policemen came to say that they had arrested him, we said to him, “Then let him sit if he stole”</w:t>
      </w:r>
    </w:p>
    <w:p>
      <w:r>
        <w:t>I—my mother was stunned—“If he stole, it is good that he should sit”</w:t>
      </w:r>
    </w:p>
    <w:p>
      <w:r>
        <w:t>Fine, I was already working then; I know what—I come to court, I hear</w:t>
      </w:r>
    </w:p>
    <w:p>
      <w:r>
        <w:t>that they are talking about thieves and this, and the policeman says: “He has a sister here”</w:t>
      </w:r>
    </w:p>
    <w:p>
      <w:r>
        <w:t>I raise, I get up, Miriam, and I say: “Pinchas, did you steal?”</w:t>
      </w:r>
    </w:p>
    <w:p>
      <w:r>
        <w:t>This is beyond the policeman.., the judge and the entire court: “Pinchas, did you steal?”</w:t>
      </w:r>
    </w:p>
    <w:p>
      <w:r>
        <w:t>He says: “I did not steal, but I do not know who stole”</w:t>
      </w:r>
    </w:p>
    <w:p>
      <w:r>
        <w:t>I say to the judge:</w:t>
      </w:r>
    </w:p>
    <w:p>
      <w:r>
        <w:t>“If he is telling the truth, then you know what must be done</w:t>
      </w:r>
    </w:p>
    <w:p>
      <w:r>
        <w:t>If he stole, make him sit so that he will learn; in our home we do not steal”]</w:t>
      </w:r>
    </w:p>
    <w:p>
      <w:r>
        <w:t>[So he released him immediately?]</w:t>
      </w:r>
    </w:p>
    <w:p>
      <w:r>
        <w:t>[That is not important, the story; the story is that the policeman—he asked the policeman to bring me into his room, the judge, judge; he says: “Tell me, who are you?”</w:t>
      </w:r>
    </w:p>
    <w:p>
      <w:r>
        <w:t>I tell him: “I am the daughter of Yisroel Ber Odesser; to me, Yisroel Ber is a name of consequence,” I told him</w:t>
      </w:r>
    </w:p>
    <w:p>
      <w:r>
        <w:t>He says: “Who is Yisroel Ber Odesser?”</w:t>
      </w:r>
    </w:p>
    <w:p>
      <w:r>
        <w:t>So I told him: “Yisroel Ber Odesser is a Breslover Chassid who all the days of his life did not work and did not steal”</w:t>
      </w:r>
    </w:p>
    <w:p>
      <w:r>
        <w:t>“Then what did he do?”</w:t>
      </w:r>
    </w:p>
    <w:p>
      <w:r>
        <w:t>I said:</w:t>
      </w:r>
    </w:p>
    <w:p>
      <w:r>
        <w:t>“A Torah scholar sat and learned, and that is his ‘yes,’ and I am his daughter; so now you judge</w:t>
      </w:r>
    </w:p>
    <w:p>
      <w:r>
        <w:t>What can I tell you? If he stole, according to Torah law it is forbidden to steal; if he stole he has to pay for it</w:t>
      </w:r>
    </w:p>
    <w:p>
      <w:r>
        <w:t>Am I right?”</w:t>
      </w:r>
    </w:p>
    <w:p>
      <w:r>
        <w:t>He says:</w:t>
      </w:r>
    </w:p>
    <w:p>
      <w:r>
        <w:t>To me, yes, you are right, dear; fine, tell me what to do with your brother</w:t>
      </w:r>
    </w:p>
    <w:p>
      <w:r>
        <w:t>His friends are not good; your brother did not steal, but the poor fellow wants to cover for them</w:t>
      </w:r>
    </w:p>
    <w:p>
      <w:r>
        <w:t>because they are his friends, and apparently at home he has nothing at all, and whatever he has, he has from the friends</w:t>
      </w:r>
    </w:p>
    <w:p>
      <w:r>
        <w:t>So he wants to go together with them to prison too, so he stole, and he did”</w:t>
      </w:r>
    </w:p>
    <w:p>
      <w:r>
        <w:t>“I know,” he says, “who stole and who did not steal”</w:t>
      </w:r>
    </w:p>
    <w:p>
      <w:r>
        <w:t>“But that a sister should speak this way,” he says</w:t>
      </w:r>
    </w:p>
    <w:p>
      <w:r>
        <w:t>“Yes,” I said, “that is how they taught me at home: you stole, pay; in our home we do not steal”</w:t>
      </w:r>
    </w:p>
    <w:p>
      <w:r>
        <w:t>He says: “Then I will stake my head: your brother did not steal”]</w:t>
      </w:r>
    </w:p>
    <w:p>
      <w:r>
        <w:t>{...}</w:t>
      </w:r>
    </w:p>
    <w:p>
      <w:r>
        <w:t>“And he does not want to say that he did not steal”</w:t>
      </w:r>
    </w:p>
    <w:p>
      <w:r>
        <w:t>He says: “I was with them”; the whole time he maintained: “I was with them”</w:t>
      </w:r>
    </w:p>
    <w:p>
      <w:r>
        <w:t>And in the end, do you think he sat?</w:t>
      </w:r>
    </w:p>
    <w:p>
      <w:r>
        <w:t>Thanks to him they all went home; they did not make any one of them sit, and none of them returned anymore]</w:t>
      </w:r>
    </w:p>
    <w:p>
      <w:r>
        <w:t>[Meaning, did not steal again]</w:t>
      </w:r>
    </w:p>
    <w:p>
      <w:r>
        <w:t>[Did not steal again]</w:t>
      </w:r>
    </w:p>
    <w:p>
      <w:r>
        <w:t>[….]</w:t>
      </w:r>
    </w:p>
    <w:p>
      <w:r>
        <w:t>[He wanted, he wanted to meet with Father, but it did not work out]</w:t>
      </w:r>
    </w:p>
    <w:p>
      <w:r>
        <w:t>[The one who sustained this country was Rabbainu with his student</w:t>
      </w:r>
    </w:p>
    <w:p>
      <w:r>
        <w:t>All these years, the one who sustained the State of Israel was Rabbainu with his student</w:t>
      </w:r>
    </w:p>
    <w:p>
      <w:r>
        <w:t>That is who sustained this country; that was the merit by which this country existed</w:t>
      </w:r>
    </w:p>
    <w:p>
      <w:r>
        <w:t>The Six-Day War, Yom Kippur, everything]</w:t>
      </w:r>
    </w:p>
    <w:p>
      <w:r>
        <w:t>[The ones who disappointed me were specifically good friends of his, you should know; if I came out the way I ……]</w:t>
      </w:r>
    </w:p>
    <w:p>
      <w:r>
        <w:t>[…….]</w:t>
      </w:r>
    </w:p>
    <w:p>
      <w:r>
        <w:t>How is Yitzchak?</w:t>
      </w:r>
    </w:p>
    <w:p>
      <w:r>
        <w:t>[Baruch Hashem, better]</w:t>
      </w:r>
    </w:p>
    <w:p>
      <w:r>
        <w:t>Better</w:t>
      </w:r>
    </w:p>
    <w:p>
      <w:r>
        <w:t>[Yes]</w:t>
      </w:r>
    </w:p>
    <w:p>
      <w:r>
        <w:t>[Shazar already told him; he told me explicitly that Shazar told him..]</w:t>
      </w:r>
    </w:p>
    <w:p>
      <w:r>
        <w:t>[I, I am one of those who..]</w:t>
      </w:r>
    </w:p>
    <w:p>
      <w:r>
        <w:t>[Miriam, Shazar told him: “Bring me all your Breslover Chassidim, bring them to me, I want to see”] He has a heart, a heart</w:t>
      </w:r>
    </w:p>
    <w:p>
      <w:r>
        <w:t>[So..]</w:t>
      </w:r>
    </w:p>
    <w:p>
      <w:r>
        <w:t>{...} toward me more than all the children</w:t>
      </w:r>
    </w:p>
    <w:p>
      <w:r>
        <w:t>[So Shazar, he brought to Shazar..]</w:t>
      </w:r>
    </w:p>
    <w:p>
      <w:r>
        <w:t>[Pinchas? Pinchas?]</w:t>
      </w:r>
    </w:p>
    <w:p>
      <w:r>
        <w:t>He more, yes</w:t>
      </w:r>
    </w:p>
    <w:p>
      <w:r>
        <w:t>[He brought Shazar all the Breslover Chassidim he had; Shazar told him</w:t>
      </w:r>
    </w:p>
    <w:p>
      <w:r>
        <w:t>“Throw all these into the trash, none of them is worth a grosh; only you are the sole one who exists in the world,” that is the situation</w:t>
      </w:r>
    </w:p>
    <w:p>
      <w:r>
        <w:t>And Shazar tested them, sat with them for hours]</w:t>
      </w:r>
    </w:p>
    <w:p>
      <w:r>
        <w:t>[He was always angry ...]</w:t>
      </w:r>
    </w:p>
    <w:p>
      <w:r>
        <w:t>[With everyone]</w:t>
      </w:r>
    </w:p>
    <w:p>
      <w:r>
        <w:t>[He was always angry with him]</w:t>
      </w:r>
    </w:p>
    <w:p>
      <w:r>
        <w:t>[That..?]</w:t>
      </w:r>
    </w:p>
    <w:p>
      <w:r>
        <w:t>[When I would say …..]</w:t>
      </w:r>
    </w:p>
    <w:p>
      <w:r>
        <w:t>I want to tell you</w:t>
      </w:r>
    </w:p>
    <w:p>
      <w:r>
        <w:t>[Yes]</w:t>
      </w:r>
    </w:p>
    <w:p>
      <w:r>
        <w:t>that you should fulfill the mitzvah of honoring your father</w:t>
      </w:r>
    </w:p>
    <w:p>
      <w:r>
        <w:t>[Yes]</w:t>
      </w:r>
    </w:p>
    <w:p>
      <w:r>
        <w:t>and that you should not smoke anymore all the days of your life, that's it {…}</w:t>
      </w:r>
    </w:p>
    <w:p>
      <w:r>
        <w:t>[Father, you said something major]</w:t>
      </w:r>
    </w:p>
    <w:p>
      <w:r>
        <w:t>Yes, like that, like that, like that is what I want</w:t>
      </w:r>
    </w:p>
    <w:p>
      <w:r>
        <w:t>[“You killed me" ….]</w:t>
      </w:r>
    </w:p>
    <w:p>
      <w:r>
        <w:t>It is a kindness, for your own good</w:t>
      </w:r>
    </w:p>
    <w:p>
      <w:r>
        <w:t>[“You killed me", I have to "sit a cigarette" …]</w:t>
      </w:r>
    </w:p>
    <w:p>
      <w:r>
        <w:t>That's how</w:t>
      </w:r>
    </w:p>
    <w:p>
      <w:r>
        <w:t>[..]</w:t>
      </w:r>
    </w:p>
    <w:p>
      <w:r>
        <w:t>Well, we will see, but..</w:t>
      </w:r>
    </w:p>
    <w:p>
      <w:r>
        <w:t>[With Hashem's help, be healthy, goodbye, all the best]</w:t>
      </w:r>
    </w:p>
    <w:p>
      <w:r>
        <w:t>[…….]</w:t>
      </w:r>
    </w:p>
    <w:p>
      <w:r>
        <w:t>Did you see what that is? What is that? She, she will no longer smoke</w:t>
      </w:r>
    </w:p>
    <w:p>
      <w:r>
        <w:t>[That's it, pray for her..]</w:t>
      </w:r>
    </w:p>
    <w:p>
      <w:r>
        <w:t>It is only for you</w:t>
      </w:r>
    </w:p>
    <w:p>
      <w:r>
        <w:t>[……………]</w:t>
      </w:r>
    </w:p>
    <w:p>
      <w:r>
        <w:t>[……………]</w:t>
      </w:r>
    </w:p>
    <w:p>
      <w:r>
        <w:t>Oy..</w:t>
      </w:r>
    </w:p>
    <w:p>
      <w:r>
        <w:t>[The less one speaks, less is the best ...]</w:t>
      </w:r>
    </w:p>
    <w:p>
      <w:r>
        <w:t>[…….]</w:t>
      </w:r>
    </w:p>
    <w:p>
      <w:r>
        <w:t>[….…]</w:t>
      </w:r>
    </w:p>
    <w:p>
      <w:r>
        <w:t>[It is possible, possible …..]</w:t>
      </w:r>
    </w:p>
    <w:p>
      <w:r>
        <w:t>[It is impossible; one does not need to tell her and one does not need to show her, and nothing</w:t>
      </w:r>
    </w:p>
    <w:p>
      <w:r>
        <w:t>not to speak of anything, and I already told him a million times]</w:t>
      </w:r>
    </w:p>
    <w:p>
      <w:r>
        <w:t>[That's it? How much is left? ….]</w:t>
      </w:r>
    </w:p>
    <w:p>
      <w:r>
        <w:t>{…}…</w:t>
      </w:r>
    </w:p>
    <w:p>
      <w:r>
        <w:br w:type="page"/>
      </w:r>
    </w:p>
    <w:p>
      <w:pPr>
        <w:pStyle w:val="Heading1"/>
      </w:pPr>
      <w:r>
        <w:t>Tape 19</w:t>
      </w:r>
    </w:p>
    <w:p>
      <w:pPr>
        <w:pStyle w:val="Heading2"/>
      </w:pPr>
      <w:r>
        <w:t>Side A (Aleph)</w:t>
      </w:r>
    </w:p>
    <w:p>
      <w:r>
        <w:t>...{…}</w:t>
      </w:r>
    </w:p>
    <w:p>
      <w:r>
        <w:t>[It is recording, it is recording]</w:t>
      </w:r>
    </w:p>
    <w:p>
      <w:r>
        <w:t>After all, everyone persecuted me and I suffered what I suffered—such disgraces, and such humiliation</w:t>
      </w:r>
    </w:p>
    <w:p>
      <w:r>
        <w:t>Truly miracles, miracles how, how I held on</w:t>
      </w:r>
    </w:p>
    <w:p>
      <w:r>
        <w:t>And on the other hand the whole city, the whole city said, thought that Yisroel Ber..</w:t>
      </w:r>
    </w:p>
    <w:p>
      <w:r>
        <w:t>[went crazy]</w:t>
      </w:r>
    </w:p>
    <w:p>
      <w:r>
        <w:t>He, he, he is a wondrous matter, yes {...}</w:t>
      </w:r>
    </w:p>
    <w:p>
      <w:r>
        <w:t>And I would suffer anguish from this more than from all the disgraces, from their regarding me as a tzaddik, that I am..</w:t>
      </w:r>
    </w:p>
    <w:p>
      <w:r>
        <w:t>[a decent man]</w:t>
      </w:r>
    </w:p>
    <w:p>
      <w:r>
        <w:t>In any event it was like this, in the whole city, whoever was making some celebration, and a wedding, I danced at the wedding [more than everyone]</w:t>
      </w:r>
    </w:p>
    <w:p>
      <w:r>
        <w:t>And they were left without hands and without feet, and everyone {looking …..}</w:t>
      </w:r>
    </w:p>
    <w:p>
      <w:r>
        <w:t>All the great ones and all the.. {…}, the whole city, they saw such dancing, so..</w:t>
      </w:r>
    </w:p>
    <w:p>
      <w:r>
        <w:t>In any event, then, then it became a custom in the city that every groom and bride</w:t>
      </w:r>
    </w:p>
    <w:p>
      <w:r>
        <w:t>[invite you]</w:t>
      </w:r>
    </w:p>
    <w:p>
      <w:r>
        <w:t>(I do not understand) make a wedding</w:t>
      </w:r>
    </w:p>
    <w:p>
      <w:r>
        <w:t>[invite you]</w:t>
      </w:r>
    </w:p>
    <w:p>
      <w:r>
        <w:t>They invited me, yes</w:t>
      </w:r>
    </w:p>
    <w:p>
      <w:r>
        <w:t>The groom, and the bride, and the family asked me that I come to the wedding</w:t>
      </w:r>
    </w:p>
    <w:p>
      <w:r>
        <w:t>Because they felt that this would be, this would be a joy for them, and the joy would be great</w:t>
      </w:r>
    </w:p>
    <w:p>
      <w:r>
        <w:t>So they came, came to my home and begged for mercy that I come to the wedding to bring joy and there would be joy at the wedding</w:t>
      </w:r>
    </w:p>
    <w:p>
      <w:r>
        <w:t>So I had great anguish from this</w:t>
      </w:r>
    </w:p>
    <w:p>
      <w:r>
        <w:t>The disgraces {and the humiliations} are good, but this is not.. I do not want to be famous, no</w:t>
      </w:r>
    </w:p>
    <w:p>
      <w:r>
        <w:t>["A rabbi of weddings”]</w:t>
      </w:r>
    </w:p>
    <w:p>
      <w:r>
        <w:t>The general principle, in any event, and this matter grew stronger from day to day and became more and more famous in the city, and I had great anguish from this, more than from all the disgraces, "What do they want from me?”</w:t>
      </w:r>
    </w:p>
    <w:p>
      <w:r>
        <w:t>In any event I saw, I had hisbodidus and I saw, I, I, I find myself..</w:t>
      </w:r>
    </w:p>
    <w:p>
      <w:r>
        <w:t>[How does one get out of this?]</w:t>
      </w:r>
    </w:p>
    <w:p>
      <w:r>
        <w:t>"How does one get out of this? What, what, what, what can be done? Such a disaster, what is this?”</w:t>
      </w:r>
    </w:p>
    <w:p>
      <w:r>
        <w:t>The general principle, a thought entered my heart:</w:t>
      </w:r>
    </w:p>
    <w:p>
      <w:r>
        <w:t>"That you have no advice at all, only one piece of advice—not to be a Chassid in a small city”, our holy Rabbainu said: a Chassid in a small city, he has publicity, he has honor</w:t>
      </w:r>
    </w:p>
    <w:p>
      <w:r>
        <w:t>So I, so, so there is no, so I have a piece of advice: to leave the small city for the large city, for Yerushalayim..</w:t>
      </w:r>
    </w:p>
    <w:p>
      <w:r>
        <w:t>[For Yerushalayim]</w:t>
      </w:r>
    </w:p>
    <w:p>
      <w:r>
        <w:t>Yerushalayim is a large city; I can dance and be crazy all day and all night and no one will know, "So your place is in Yerushalayim"</w:t>
      </w:r>
    </w:p>
    <w:p>
      <w:r>
        <w:t>[..]</w:t>
      </w:r>
    </w:p>
    <w:p>
      <w:r>
        <w:t>Fine, the thought came to me again, and again, and again {…}</w:t>
      </w:r>
    </w:p>
    <w:p>
      <w:r>
        <w:t>I said, I decided, "To leave a small city—for Yerushalayim, to leave Teveria for Yerushalayim"</w:t>
      </w:r>
    </w:p>
    <w:p>
      <w:r>
        <w:t>Nu, and this was in my heart, so I said, "What, what, what to do?”</w:t>
      </w:r>
    </w:p>
    <w:p>
      <w:r>
        <w:t>So, um.., I decided to say at home to the wife, "That I want to move from Teveria to Yerushalayim," and she knew that even in the yeshivah I do not keep the schedule, I am always going on journeys, to Meron, to..</w:t>
      </w:r>
    </w:p>
    <w:p>
      <w:r>
        <w:t>Out of mercy they give me two liras a month, out of compassion</w:t>
      </w:r>
    </w:p>
    <w:p>
      <w:r>
        <w:t>And if I move to Yerushalayim, then I will not have even the two liras</w:t>
      </w:r>
    </w:p>
    <w:p>
      <w:r>
        <w:t>So she said to me: "I will die and I will not go, and I will not go from Teveria"</w:t>
      </w:r>
    </w:p>
    <w:p>
      <w:r>
        <w:t>Because she wanted, she saw that they regarded me highly</w:t>
      </w:r>
    </w:p>
    <w:p>
      <w:r>
        <w:t>[She had grown accustomed to the place]</w:t>
      </w:r>
    </w:p>
    <w:p>
      <w:r>
        <w:t>Yes, yes.. {….}</w:t>
      </w:r>
    </w:p>
    <w:p>
      <w:r>
        <w:t>But, then I said to her again, and again, I said to her:</w:t>
      </w:r>
    </w:p>
    <w:p>
      <w:r>
        <w:t>"I have only decided, I have no.. I must leave Teveria for Yerushalayim"</w:t>
      </w:r>
    </w:p>
    <w:p>
      <w:r>
        <w:t>Nu, until Hashem, blessed be He, had mercy on me, n.., and she, and she, and she understood that I am such a stubborn person that..</w:t>
      </w:r>
    </w:p>
    <w:p>
      <w:r>
        <w:t>[No, I have no remedy]</w:t>
      </w:r>
    </w:p>
    <w:p>
      <w:r>
        <w:t>It will not help, there is no remedy, there is nothing, no remedy at all, she is compelled to go to Yerushalayim</w:t>
      </w:r>
    </w:p>
    <w:p>
      <w:r>
        <w:t>So we went to Yerushalayim, we sold the.. the.. the..</w:t>
      </w:r>
    </w:p>
    <w:p>
      <w:r>
        <w:t>[The apartment]</w:t>
      </w:r>
    </w:p>
    <w:p>
      <w:r>
        <w:t>The furniture, everything, {now we are moving}, yes</w:t>
      </w:r>
    </w:p>
    <w:p>
      <w:r>
        <w:t>[The bakery]</w:t>
      </w:r>
    </w:p>
    <w:p>
      <w:r>
        <w:t>And I went to Yerushalayim, and I also thought</w:t>
      </w:r>
    </w:p>
    <w:p>
      <w:r>
        <w:t>"To Yerushalayim I am going to a wilderness place, who..</w:t>
      </w:r>
    </w:p>
    <w:p>
      <w:r>
        <w:t>[Whom do I know?]</w:t>
      </w:r>
    </w:p>
    <w:p>
      <w:r>
        <w:t>Who will give me a piece of bread, where, how? {nothing}</w:t>
      </w:r>
    </w:p>
    <w:p>
      <w:r>
        <w:t>I go to the yeshivah and I have two liras a month</w:t>
      </w:r>
    </w:p>
    <w:p>
      <w:r>
        <w:t>But in Yerushalayim the two liras a month {no…}, what will come of this?”</w:t>
      </w:r>
    </w:p>
    <w:p>
      <w:r>
        <w:t>In any event I overcame and traveled with the wife and with Nachman, I had..</w:t>
      </w:r>
    </w:p>
    <w:p>
      <w:r>
        <w:t>[Nachman, the older one, yes]</w:t>
      </w:r>
    </w:p>
    <w:p>
      <w:r>
        <w:t>Yes, Nachman</w:t>
      </w:r>
    </w:p>
    <w:p>
      <w:r>
        <w:t>We went to Yerushalayim, we went to Yerushalayim</w:t>
      </w:r>
    </w:p>
    <w:p>
      <w:r>
        <w:t>[With donkeys?]</w:t>
      </w:r>
    </w:p>
    <w:p>
      <w:r>
        <w:t>Huh?</w:t>
      </w:r>
    </w:p>
    <w:p>
      <w:r>
        <w:t>[With donkeys?]</w:t>
      </w:r>
    </w:p>
    <w:p>
      <w:r>
        <w:t>We went to Yerushalayim, no</w:t>
      </w:r>
    </w:p>
    <w:p>
      <w:r>
        <w:t>[There was already a car]</w:t>
      </w:r>
    </w:p>
    <w:p>
      <w:r>
        <w:t>There was already a car, the British, the British, there was already, there was already a car, yes</w:t>
      </w:r>
    </w:p>
    <w:p>
      <w:r>
        <w:t>{We} went to Yerushalayim</w:t>
      </w:r>
    </w:p>
    <w:p>
      <w:r>
        <w:t>And in Yerushalayim I came to Reb Shlomo Wexler, my friend, Reb Shlomo Wexler</w:t>
      </w:r>
    </w:p>
    <w:p>
      <w:r>
        <w:t>When he saw me , he blessed me and he said to me:</w:t>
      </w:r>
    </w:p>
    <w:p>
      <w:r>
        <w:t>"Take care that you have faith and trust, trust not to leave Yerushalayim, to remain in Yerushalayim," yes</w:t>
      </w:r>
    </w:p>
    <w:p>
      <w:r>
        <w:t>"That you have faith and trust, and blessed is Hashem that you merited to come to Yerushalayim"</w:t>
      </w:r>
    </w:p>
    <w:p>
      <w:r>
        <w:t>Fine, Reb Shlomo told me, but money and dollars {...}..</w:t>
      </w:r>
    </w:p>
    <w:p>
      <w:r>
        <w:t>[He did not give]</w:t>
      </w:r>
    </w:p>
    <w:p>
      <w:r>
        <w:t>He, he said to me: "That you did well" "and faith and trust"</w:t>
      </w:r>
    </w:p>
    <w:p>
      <w:r>
        <w:t>[And what about dollars?]</w:t>
      </w:r>
    </w:p>
    <w:p>
      <w:r>
        <w:t>{..…..}</w:t>
      </w:r>
    </w:p>
    <w:p>
      <w:r>
        <w:t>{Fine}</w:t>
      </w:r>
    </w:p>
    <w:p>
      <w:r>
        <w:t>I wanted to be near, to live next to the Breslov synagogue on Chevron Street, near the Beis HaMikdash</w:t>
      </w:r>
    </w:p>
    <w:p>
      <w:r>
        <w:t>[Not the one of today]</w:t>
      </w:r>
    </w:p>
    <w:p>
      <w:r>
        <w:t>Huh?</w:t>
      </w:r>
    </w:p>
    <w:p>
      <w:r>
        <w:t>[Not where it is today]</w:t>
      </w:r>
    </w:p>
    <w:p>
      <w:r>
        <w:t>[In the Old City]</w:t>
      </w:r>
    </w:p>
    <w:p>
      <w:r>
        <w:t>[In the Old City]</w:t>
      </w:r>
    </w:p>
    <w:p>
      <w:r>
        <w:t>In the Old City, yes, no, in the Old City there was not</w:t>
      </w:r>
    </w:p>
    <w:p>
      <w:r>
        <w:t>[Then it did not exist]</w:t>
      </w:r>
    </w:p>
    <w:p>
      <w:r>
        <w:t>Today it is "Paris"</w:t>
      </w:r>
    </w:p>
    <w:p>
      <w:r>
        <w:t>[Yes]</w:t>
      </w:r>
    </w:p>
    <w:p>
      <w:r>
        <w:t>The Old City, but then it was.. there were caves..</w:t>
      </w:r>
    </w:p>
    <w:p>
      <w:r>
        <w:t>[Yes?]</w:t>
      </w:r>
    </w:p>
    <w:p>
      <w:r>
        <w:t>Yes, who can describe what was, how Teveria and Yerushalayim looked</w:t>
      </w:r>
    </w:p>
    <w:p>
      <w:r>
        <w:t>In any event, in this way Hashem, blessed be He, arranged for her, arranged for me a room at someone's courtyard</w:t>
      </w:r>
    </w:p>
    <w:p>
      <w:r>
        <w:t>[Someone came all the way to you?]</w:t>
      </w:r>
    </w:p>
    <w:p>
      <w:r>
        <w:t>Huh?</w:t>
      </w:r>
    </w:p>
    <w:p>
      <w:r>
        <w:t>[Someone suddenly came to you?]</w:t>
      </w:r>
    </w:p>
    <w:p>
      <w:r>
        <w:t>Hashem, blessed be He, it became known to me that there was a room, in any event..</w:t>
      </w:r>
    </w:p>
    <w:p>
      <w:r>
        <w:t>[Without money?]</w:t>
      </w:r>
    </w:p>
    <w:p>
      <w:r>
        <w:t>We searched for a room, {I became known} that this was the room next to the synagogue</w:t>
      </w:r>
    </w:p>
    <w:p>
      <w:r>
        <w:t>[Without money?]</w:t>
      </w:r>
    </w:p>
    <w:p>
      <w:r>
        <w:t>Why, why without money?</w:t>
      </w:r>
    </w:p>
    <w:p>
      <w:r>
        <w:t>[How much?]</w:t>
      </w:r>
    </w:p>
    <w:p>
      <w:r>
        <w:t>Uh.. as a rental, there was rent and I do not remember</w:t>
      </w:r>
    </w:p>
    <w:p>
      <w:r>
        <w:t>[You paid him?]</w:t>
      </w:r>
    </w:p>
    <w:p>
      <w:r>
        <w:t>Then there were no dollars..</w:t>
      </w:r>
    </w:p>
    <w:p>
      <w:r>
        <w:t>[You paid him?]</w:t>
      </w:r>
    </w:p>
    <w:p>
      <w:r>
        <w:t>Then there were only grushim</w:t>
      </w:r>
    </w:p>
    <w:p>
      <w:r>
        <w:t>[You paid him?]</w:t>
      </w:r>
    </w:p>
    <w:p>
      <w:r>
        <w:t>Yes</w:t>
      </w:r>
    </w:p>
    <w:p>
      <w:r>
        <w:t>[You paid him?]</w:t>
      </w:r>
    </w:p>
    <w:p>
      <w:r>
        <w:t>I paid him</w:t>
      </w:r>
    </w:p>
    <w:p>
      <w:r>
        <w:t>[Yes? ... you had money..]</w:t>
      </w:r>
    </w:p>
    <w:p>
      <w:r>
        <w:t>But I had nothing to eat</w:t>
      </w:r>
    </w:p>
    <w:p>
      <w:r>
        <w:t>[Fine]</w:t>
      </w:r>
    </w:p>
    <w:p>
      <w:r>
        <w:t>{Yes}</w:t>
      </w:r>
    </w:p>
    <w:p>
      <w:r>
        <w:t>[There is a house?]</w:t>
      </w:r>
    </w:p>
    <w:p>
      <w:r>
        <w:t>So they told me that there was the soup kitchen of Reb Shlomo, of one man, there was, who had no sons</w:t>
      </w:r>
    </w:p>
    <w:p>
      <w:r>
        <w:t>And one wealthy man, gave, Strauss gave him for a kitchen that she should distribute bread and cooked food to the poor, not meat..</w:t>
      </w:r>
    </w:p>
    <w:p>
      <w:r>
        <w:t>[Bread and tea]</w:t>
      </w:r>
    </w:p>
    <w:p>
      <w:r>
        <w:t>Bread, and lentils {..}</w:t>
      </w:r>
    </w:p>
    <w:p>
      <w:r>
        <w:t>[Bread and tea]</w:t>
      </w:r>
    </w:p>
    <w:p>
      <w:r>
        <w:t>Bread and tea, yes</w:t>
      </w:r>
    </w:p>
    <w:p>
      <w:r>
        <w:t>Nu, there is nothing to eat, so I went and there is a line, what, I am not of distinguished lineage</w:t>
      </w:r>
    </w:p>
    <w:p>
      <w:r>
        <w:t>[Yes]</w:t>
      </w:r>
    </w:p>
    <w:p>
      <w:r>
        <w:t>I came; there were many women</w:t>
      </w:r>
    </w:p>
    <w:p>
      <w:r>
        <w:t>[By the time they finished the line, there was nothing to eat]</w:t>
      </w:r>
    </w:p>
    <w:p>
      <w:r>
        <w:t>They are quarreling {..}.. "Me first, me first, first..”</w:t>
      </w:r>
    </w:p>
    <w:p>
      <w:r>
        <w:t>And I came, "When to go..?</w:t>
      </w:r>
    </w:p>
    <w:p>
      <w:r>
        <w:t>[My turn]</w:t>
      </w:r>
    </w:p>
    <w:p>
      <w:r>
        <w:t>{….} and the cooked food?”</w:t>
      </w:r>
    </w:p>
    <w:p>
      <w:r>
        <w:t>And I stood among women and it was bitter for me, I saw the Angel of Death, it was very bitter for me :</w:t>
      </w:r>
    </w:p>
    <w:p>
      <w:r>
        <w:t>"What have I done? I came to Yerushalayim in order to stand among women in a line..? {…..}”</w:t>
      </w:r>
    </w:p>
    <w:p>
      <w:r>
        <w:t>["For this I came to Yerushalayim?”]</w:t>
      </w:r>
    </w:p>
    <w:p>
      <w:r>
        <w:t>In any event, it was very bitter for me:</w:t>
      </w:r>
    </w:p>
    <w:p>
      <w:r>
        <w:t>"What, what does one do? I am compelled to stand in a line among women, what to do? It is impossible for me"</w:t>
      </w:r>
    </w:p>
    <w:p>
      <w:r>
        <w:t>So Hashem, blessed be He, had mercy on me, there was one old man next to me</w:t>
      </w:r>
    </w:p>
    <w:p>
      <w:r>
        <w:t>[A neighbor?]</w:t>
      </w:r>
    </w:p>
    <w:p>
      <w:r>
        <w:t>In the second courtyard</w:t>
      </w:r>
    </w:p>
    <w:p>
      <w:r>
        <w:t>[A neighbor]</w:t>
      </w:r>
    </w:p>
    <w:p>
      <w:r>
        <w:t>A neighbor who was alive, who was poor, and every day he went to take the bread and the.. and the cooked food</w:t>
      </w:r>
    </w:p>
    <w:p>
      <w:r>
        <w:t>[Yes, so he also brought you]</w:t>
      </w:r>
    </w:p>
    <w:p>
      <w:r>
        <w:t>Then suddenly he said to me: "Why should you go..</w:t>
      </w:r>
    </w:p>
    <w:p>
      <w:r>
        <w:t>[To stand]</w:t>
      </w:r>
    </w:p>
    <w:p>
      <w:r>
        <w:t>I am going for myself, so give me a vessel and I will bring the bread with the vessel for the cooked food</w:t>
      </w:r>
    </w:p>
    <w:p>
      <w:r>
        <w:t>I will bring it to you every single day"</w:t>
      </w:r>
    </w:p>
    <w:p>
      <w:r>
        <w:t>Oy, I heard this..</w:t>
      </w:r>
    </w:p>
    <w:p>
      <w:r>
        <w:t>"Kindness from Hashem Yisbarach, {..} I was spared the line, {thank you..}"</w:t>
      </w:r>
    </w:p>
    <w:p>
      <w:r>
        <w:t>And he was a simple, sincere man, yes, and he loved me, loved me, blessed me, yes</w:t>
      </w:r>
    </w:p>
    <w:p>
      <w:r>
        <w:t>And he had {from this}, a good life from this, from this mitzvah that he was doing</w:t>
      </w:r>
    </w:p>
    <w:p>
      <w:r>
        <w:t>That he brings me the bread and the cooked food</w:t>
      </w:r>
    </w:p>
    <w:p>
      <w:r>
        <w:t>He brought me, I saw sublime kindness, and this man was very happy with this</w:t>
      </w:r>
    </w:p>
    <w:p>
      <w:r>
        <w:t>"And baruch Hashem there is bread, they bring it to my home..</w:t>
      </w:r>
    </w:p>
    <w:p>
      <w:r>
        <w:t>[…..]</w:t>
      </w:r>
    </w:p>
    <w:p>
      <w:r>
        <w:t>I was spared the line"</w:t>
      </w:r>
    </w:p>
    <w:p>
      <w:r>
        <w:t>It was like this for two and a half years</w:t>
      </w:r>
    </w:p>
    <w:p>
      <w:r>
        <w:t>[Yes]</w:t>
      </w:r>
    </w:p>
    <w:p>
      <w:r>
        <w:t>We also suffered, suffered, suffered very much, so I had, I had thoughts, maybe I will return to Teveria?</w:t>
      </w:r>
    </w:p>
    <w:p>
      <w:r>
        <w:t>"Even though the man brings me the bread, but there is still {...}</w:t>
      </w:r>
    </w:p>
    <w:p>
      <w:r>
        <w:t>[Teveria is Teveria]</w:t>
      </w:r>
    </w:p>
    <w:p>
      <w:r>
        <w:t>There is a mitzvah, and Shabbos candles are also needed, and also challah, and also.."</w:t>
      </w:r>
    </w:p>
    <w:p>
      <w:r>
        <w:t>In Teveria it was like this, the entire burden was on her</w:t>
      </w:r>
    </w:p>
    <w:p>
      <w:r>
        <w:t>I had, I, I had two liras a month, and that spared me the.. from all, from all of this</w:t>
      </w:r>
    </w:p>
    <w:p>
      <w:r>
        <w:t>[Yes, to serve Hashem]</w:t>
      </w:r>
    </w:p>
    <w:p>
      <w:r>
        <w:t>And.. but the two liras also did not come easily, because I traveled, journeys to Yerushalayim, to Meron</w:t>
      </w:r>
    </w:p>
    <w:p>
      <w:r>
        <w:t>So they said:</w:t>
      </w:r>
    </w:p>
    <w:p>
      <w:r>
        <w:t>"What kind of yeshiva student is this? He travels.., he fasts, and he does a mitzvah, but he is not a yeshiva student, he is a kosher man..</w:t>
      </w:r>
    </w:p>
    <w:p>
      <w:r>
        <w:t>[The general rule..]</w:t>
      </w:r>
    </w:p>
    <w:p>
      <w:r>
        <w:t>Yes, but not a yeshiva student, he is not entitled to money"</w:t>
      </w:r>
    </w:p>
    <w:p>
      <w:r>
        <w:t>[And the general rule?]</w:t>
      </w:r>
    </w:p>
    <w:p>
      <w:r>
        <w:t>I came to take the two liras, so he said to me:</w:t>
      </w:r>
    </w:p>
    <w:p>
      <w:r>
        <w:t>"You, this month you were in the yeshiva for three days, with what face do you come, do you come to receive money?”</w:t>
      </w:r>
    </w:p>
    <w:p>
      <w:r>
        <w:t>[Rebbe Yisroel, so what happened in Yerushalayim? Did you return to Teveria?]</w:t>
      </w:r>
    </w:p>
    <w:p>
      <w:r>
        <w:t>In Yerushalayim my thought began to think, "Maybe we will return to Teveria?”</w:t>
      </w:r>
    </w:p>
    <w:p>
      <w:r>
        <w:t>Like this, all, all the burden was on me, and there it was, it was..</w:t>
      </w:r>
    </w:p>
    <w:p>
      <w:r>
        <w:t>[You were like a king]</w:t>
      </w:r>
    </w:p>
    <w:p>
      <w:r>
        <w:t>I have two liras a month"</w:t>
      </w:r>
    </w:p>
    <w:p>
      <w:r>
        <w:t>[Yes, nu, how d.., what happened?]</w:t>
      </w:r>
    </w:p>
    <w:p>
      <w:r>
        <w:t>I said: "To return"</w:t>
      </w:r>
    </w:p>
    <w:p>
      <w:r>
        <w:t>And I told Rav Shlomo:</w:t>
      </w:r>
    </w:p>
    <w:p>
      <w:r>
        <w:t>"I cannot endure it, I, I, I must..</w:t>
      </w:r>
    </w:p>
    <w:p>
      <w:r>
        <w:t>[I have no strength, waiting for bread all day]</w:t>
      </w:r>
    </w:p>
    <w:p>
      <w:r>
        <w:t>I {{…}}, I decided to return to Teveria"</w:t>
      </w:r>
    </w:p>
    <w:p>
      <w:r>
        <w:t>Then Rav Shlomo says to me:</w:t>
      </w:r>
    </w:p>
    <w:p>
      <w:r>
        <w:t>"No! You will have the trait of trust, and not to leave Yerushalayim"</w:t>
      </w:r>
    </w:p>
    <w:p>
      <w:r>
        <w:t>[Yes]</w:t>
      </w:r>
    </w:p>
    <w:p>
      <w:r>
        <w:t>He said it to me forcefully</w:t>
      </w:r>
    </w:p>
    <w:p>
      <w:r>
        <w:t>[Not to leave the...]</w:t>
      </w:r>
    </w:p>
    <w:p>
      <w:r>
        <w:t>But I was wise, full of clever ideas, and I thought Rav Shlomo was nothing</w:t>
      </w:r>
    </w:p>
    <w:p>
      <w:r>
        <w:t>He, whatever he says then.., he, he.., I have no dollars, he does not give me dollars, he.. [He does not give, yes]</w:t>
      </w:r>
    </w:p>
    <w:p>
      <w:r>
        <w:t>Only faith and trust</w:t>
      </w:r>
    </w:p>
    <w:p>
      <w:r>
        <w:t>[Yes, what do I get from that? I need two liras]</w:t>
      </w:r>
    </w:p>
    <w:p>
      <w:r>
        <w:t>So I did not, did not, did not listen to Rav Shlomo</w:t>
      </w:r>
    </w:p>
    <w:p>
      <w:r>
        <w:t>[Yes]</w:t>
      </w:r>
    </w:p>
    <w:p>
      <w:r>
        <w:t>And I went to Teveria</w:t>
      </w:r>
    </w:p>
    <w:p>
      <w:r>
        <w:t>[Again?]</w:t>
      </w:r>
    </w:p>
    <w:p>
      <w:r>
        <w:t>Yes</w:t>
      </w:r>
    </w:p>
    <w:p>
      <w:r>
        <w:t>[With the whole family?]</w:t>
      </w:r>
    </w:p>
    <w:p>
      <w:r>
        <w:t>Yes, I returned with all the belongings, first..</w:t>
      </w:r>
    </w:p>
    <w:p>
      <w:r>
        <w:t>[With the members of the household?]</w:t>
      </w:r>
    </w:p>
    <w:p>
      <w:r>
        <w:t>I went by myself</w:t>
      </w:r>
    </w:p>
    <w:p>
      <w:r>
        <w:t>[Ah.. to check]</w:t>
      </w:r>
    </w:p>
    <w:p>
      <w:r>
        <w:t>To check whether they would accept {back} "You are already a Yerushalmi, what? There is no place for.."</w:t>
      </w:r>
    </w:p>
    <w:p>
      <w:r>
        <w:t>[Two and a half years, maybe they forgot you]</w:t>
      </w:r>
    </w:p>
    <w:p>
      <w:r>
        <w:t>In any case, there were miracles: they took me back at two liras, maybe already two and a half liras</w:t>
      </w:r>
    </w:p>
    <w:p>
      <w:r>
        <w:t>But they took me back, they agreed to return, to return</w:t>
      </w:r>
    </w:p>
    <w:p>
      <w:r>
        <w:t>I b.., I first went alone, and she remained with Nachman, and Nachman..</w:t>
      </w:r>
    </w:p>
    <w:p>
      <w:r>
        <w:t>And while I went to Teveria, Nachman came down with such pneumonia</w:t>
      </w:r>
    </w:p>
    <w:p>
      <w:r>
        <w:t>That one in a thousand can come out of it, already beyond hope, there is nothing to do</w:t>
      </w:r>
    </w:p>
    <w:p>
      <w:r>
        <w:t>And there was a doctor, there was..</w:t>
      </w:r>
    </w:p>
    <w:p>
      <w:r>
        <w:t>[Doctor Ticho?]</w:t>
      </w:r>
    </w:p>
    <w:p>
      <w:r>
        <w:t>A great doctor and professor, an old man, it was accepted in Yerushalayim that he was an angel</w:t>
      </w:r>
    </w:p>
    <w:p>
      <w:r>
        <w:t>That he was not ,not a doctor, only an angel</w:t>
      </w:r>
    </w:p>
    <w:p>
      <w:r>
        <w:t>[Professor]</w:t>
      </w:r>
    </w:p>
    <w:p>
      <w:r>
        <w:t>Yes</w:t>
      </w:r>
    </w:p>
    <w:p>
      <w:r>
        <w:t>[Wallach?]</w:t>
      </w:r>
    </w:p>
    <w:p>
      <w:r>
        <w:t>An angel, an angel, an angel</w:t>
      </w:r>
    </w:p>
    <w:p>
      <w:r>
        <w:t>[Doctor Wallach?]</w:t>
      </w:r>
    </w:p>
    <w:p>
      <w:r>
        <w:t>Doctor Wallach, that, that is another matter, he was an angel, he was more than Doctor Wallach</w:t>
      </w:r>
    </w:p>
    <w:p>
      <w:r>
        <w:t>He revived the dead</w:t>
      </w:r>
    </w:p>
    <w:p>
      <w:r>
        <w:t>In any case, I was not</w:t>
      </w:r>
    </w:p>
    <w:p>
      <w:r>
        <w:t>[But he took money]</w:t>
      </w:r>
    </w:p>
    <w:p>
      <w:r>
        <w:t>Eh?</w:t>
      </w:r>
    </w:p>
    <w:p>
      <w:r>
        <w:t>[…….]</w:t>
      </w:r>
    </w:p>
    <w:p>
      <w:r>
        <w:t>There was a pharmacist in Yerushalayim who was a soul , a great soul</w:t>
      </w:r>
    </w:p>
    <w:p>
      <w:r>
        <w:t>He had compassion for, compassion for sick people, and she cried before him:</w:t>
      </w:r>
    </w:p>
    <w:p>
      <w:r>
        <w:t>"My husband went to Teveria, and I, the child is so sick and.."</w:t>
      </w:r>
    </w:p>
    <w:p>
      <w:r>
        <w:t>So he went and brought this angel {…}, to my son, and he..</w:t>
      </w:r>
    </w:p>
    <w:p>
      <w:r>
        <w:t>[He healed him]</w:t>
      </w:r>
    </w:p>
    <w:p>
      <w:r>
        <w:t>Yes, and baruch Hashem he came out of the illness</w:t>
      </w:r>
    </w:p>
    <w:p>
      <w:r>
        <w:t>But the illness was so severe that he suffers with his breathing all the days of his life</w:t>
      </w:r>
    </w:p>
    <w:p>
      <w:r>
        <w:t>[Yes?]</w:t>
      </w:r>
    </w:p>
    <w:p>
      <w:r>
        <w:t>Yes, he was already beyond hope, and he {….}</w:t>
      </w:r>
    </w:p>
    <w:p>
      <w:r>
        <w:t>And I returned from Teveria to Yerushalayim to get them, and she told me:</w:t>
      </w:r>
    </w:p>
    <w:p>
      <w:r>
        <w:t>"Do you know what this is? Nachman, one who revives the dead, he was already dead", yes</w:t>
      </w:r>
    </w:p>
    <w:p>
      <w:r>
        <w:t>And I returned to Teveria and saw that Rav Shlomo, Rav Shlomo is, Rav Shlomo</w:t>
      </w:r>
    </w:p>
    <w:p>
      <w:r>
        <w:t>His words that he, that he said to me, he did not give me dollars, he only gave me faith and trust</w:t>
      </w:r>
    </w:p>
    <w:p>
      <w:r>
        <w:t>This, I was wise and I did not accept it, I received such troubles from the sons, from the sons</w:t>
      </w:r>
    </w:p>
    <w:p>
      <w:r>
        <w:t>[..]</w:t>
      </w:r>
    </w:p>
    <w:p>
      <w:r>
        <w:t>If I had lived in Yerushalayim</w:t>
      </w:r>
    </w:p>
    <w:p>
      <w:r>
        <w:t>[Would they have been religious?]</w:t>
      </w:r>
    </w:p>
    <w:p>
      <w:r>
        <w:t>Certainly, they would have studied in yeshivas and..</w:t>
      </w:r>
    </w:p>
    <w:p>
      <w:r>
        <w:t>[I understand]</w:t>
      </w:r>
    </w:p>
    <w:p>
      <w:r>
        <w:t>Yes, and they would have married, and..</w:t>
      </w:r>
    </w:p>
    <w:p>
      <w:r>
        <w:t>[They would have been religious]</w:t>
      </w:r>
    </w:p>
    <w:p>
      <w:r>
        <w:t>Yes, {then they would have….}</w:t>
      </w:r>
    </w:p>
    <w:p>
      <w:r>
        <w:t>But I was wise, I said: "I want the burden to be on her, not on me"</w:t>
      </w:r>
    </w:p>
    <w:p>
      <w:r>
        <w:t>So you were wise, and Rav Shlomo shouted, he shouted at me with such shouts, in anger, in indignation:</w:t>
      </w:r>
    </w:p>
    <w:p>
      <w:r>
        <w:t>"Only Yerushalayim! Only Yerushalayim!"</w:t>
      </w:r>
    </w:p>
    <w:p>
      <w:r>
        <w:t>I said: What? Does he give me dollars? Does he give me money? What..? With faith and trust he {… me} I was wise</w:t>
      </w:r>
    </w:p>
    <w:p>
      <w:r>
        <w:t>[He, he should not teach me about faith and trust]</w:t>
      </w:r>
    </w:p>
    <w:p>
      <w:r>
        <w:t>Yes</w:t>
      </w:r>
    </w:p>
    <w:p>
      <w:r>
        <w:t>[I can teach him]</w:t>
      </w:r>
    </w:p>
    <w:p>
      <w:r>
        <w:t>I did not listen to him, and I went to Teveria, and it happened, and what happened to me happened regarding the children, and..</w:t>
      </w:r>
    </w:p>
    <w:p>
      <w:r>
        <w:t>[But this is all for the note]</w:t>
      </w:r>
    </w:p>
    <w:p>
      <w:r>
        <w:t>This is a terrible story, two.., two years and a half</w:t>
      </w:r>
    </w:p>
    <w:p>
      <w:r>
        <w:t>Nu, if only I had listened to Rav Shlomo, I would have slowly, slowly moved to a larger apartment</w:t>
      </w:r>
    </w:p>
    <w:p>
      <w:r>
        <w:t>{….} getting married, the children would also have married</w:t>
      </w:r>
    </w:p>
    <w:p>
      <w:r>
        <w:t>[And they would have been Haredim]</w:t>
      </w:r>
    </w:p>
    <w:p>
      <w:r>
        <w:t>Yes, they would have been Haredim, and they would have studied, yeshiva students</w:t>
      </w:r>
    </w:p>
    <w:p>
      <w:r>
        <w:t>[Yes, they would have...]</w:t>
      </w:r>
    </w:p>
    <w:p>
      <w:r>
        <w:t>It would have been like this, and like this, {... ….. everything}</w:t>
      </w:r>
    </w:p>
    <w:p>
      <w:r>
        <w:t>Rav Shlomo said to me:</w:t>
      </w:r>
    </w:p>
    <w:p>
      <w:r>
        <w:t>"Only faith and trust" "{….} Do not leave, do not go out from Yerushalayim to Teveria</w:t>
      </w:r>
    </w:p>
    <w:p>
      <w:r>
        <w:t>And only faith and trust, sit here, here, here"</w:t>
      </w:r>
    </w:p>
    <w:p>
      <w:r>
        <w:t>[Do not go out from the note, only the note, do not worry, the note already arranges everything, closed]</w:t>
      </w:r>
    </w:p>
    <w:p>
      <w:r>
        <w:t>Oy, what this is..</w:t>
      </w:r>
    </w:p>
    <w:p>
      <w:r>
        <w:t>[To close]</w:t>
      </w:r>
    </w:p>
    <w:p>
      <w:r>
        <w:t>I, I did not tell everything, only b.. in brief</w:t>
      </w:r>
    </w:p>
    <w:p>
      <w:r>
        <w:t>[I know that you do not tell everything]</w:t>
      </w:r>
    </w:p>
    <w:p>
      <w:r>
        <w:t>{..}</w:t>
      </w:r>
    </w:p>
    <w:p>
      <w:r>
        <w:t>[I know everything, that you tell nothing]</w:t>
      </w:r>
    </w:p>
    <w:p>
      <w:r>
        <w:t>I was firm in my decision, and Rav Shlomo, and Rav Shlomo said to me:</w:t>
      </w:r>
    </w:p>
    <w:p>
      <w:r>
        <w:t>"You will regret it all the days of your life..</w:t>
      </w:r>
    </w:p>
    <w:p>
      <w:r>
        <w:t>[He is right]</w:t>
      </w:r>
    </w:p>
    <w:p>
      <w:r>
        <w:t>"Only faith and trust, and only Yerushalayim"</w:t>
      </w:r>
    </w:p>
    <w:p>
      <w:r>
        <w:t>I said, he does not give money, he does not give faith and trust</w:t>
      </w:r>
    </w:p>
    <w:p>
      <w:r>
        <w:t>[But it is for the good, for the good, everything in the end]</w:t>
      </w:r>
    </w:p>
    <w:p>
      <w:r>
        <w:t>Nu, if I had been in Yerushalayim, who knows whether there would have been Aharon and Alon and..</w:t>
      </w:r>
    </w:p>
    <w:p>
      <w:r>
        <w:t>[It would have ended before that, what does it matter, it would have ended before that]</w:t>
      </w:r>
    </w:p>
    <w:p>
      <w:r>
        <w:t>Who knows whether we would now be in Bnei Brak?</w:t>
      </w:r>
    </w:p>
    <w:p>
      <w:r>
        <w:t>[Yes, everything is planned, for the petek, everything is for the petek]</w:t>
      </w:r>
    </w:p>
    <w:p>
      <w:r>
        <w:t>I left the children, so I have other children {….}</w:t>
      </w:r>
    </w:p>
    <w:p>
      <w:r>
        <w:t>[Rebbe Yisroel, this was another test for you, to test you regarding the petek, it was intentional] What? What?</w:t>
      </w:r>
    </w:p>
    <w:p>
      <w:r>
        <w:t>[This was a test for you, to keep you strong with Rabbainu..]</w:t>
      </w:r>
    </w:p>
    <w:p>
      <w:r>
        <w:t>The petek was after I returned from Yerushalayim</w:t>
      </w:r>
    </w:p>
    <w:p>
      <w:r>
        <w:t>[Yes?]</w:t>
      </w:r>
    </w:p>
    <w:p>
      <w:r>
        <w:t>To Teveria, yes</w:t>
      </w:r>
    </w:p>
    <w:p>
      <w:r>
        <w:t>[Ah, so there was not yet the petek?]</w:t>
      </w:r>
    </w:p>
    <w:p>
      <w:r>
        <w:t>No</w:t>
      </w:r>
    </w:p>
    <w:p>
      <w:r>
        <w:t>[Ahh..]</w:t>
      </w:r>
    </w:p>
    <w:p>
      <w:r>
        <w:t>The petek, the petek was, the petek was</w:t>
      </w:r>
    </w:p>
    <w:p>
      <w:r>
        <w:t>[After you returned]</w:t>
      </w:r>
    </w:p>
    <w:p>
      <w:r>
        <w:t>After I returned from Yerushalayim to Teveria</w:t>
      </w:r>
    </w:p>
    <w:p>
      <w:r>
        <w:t>[After two and a half years]</w:t>
      </w:r>
    </w:p>
    <w:p>
      <w:r>
        <w:t>Yes, but..</w:t>
      </w:r>
    </w:p>
    <w:p>
      <w:r>
        <w:t>[Ahh..]</w:t>
      </w:r>
    </w:p>
    <w:p>
      <w:r>
        <w:t>I already saw, saw..</w:t>
      </w:r>
    </w:p>
    <w:p>
      <w:r>
        <w:t>[Ahh..]</w:t>
      </w:r>
    </w:p>
    <w:p>
      <w:r>
        <w:t>That I did not do well</w:t>
      </w:r>
    </w:p>
    <w:p>
      <w:r>
        <w:t>[But you returned for the petek]</w:t>
      </w:r>
    </w:p>
    <w:p>
      <w:r>
        <w:t>Rav Shlomo is right, Rav Shlomo..</w:t>
      </w:r>
    </w:p>
    <w:p>
      <w:r>
        <w:t>[No, no, you returned for the petek]</w:t>
      </w:r>
    </w:p>
    <w:p>
      <w:r>
        <w:t>Rav Shlomo told me..</w:t>
      </w:r>
    </w:p>
    <w:p>
      <w:r>
        <w:t>[Not Rav Shlomo, leave Rav Shlomo]</w:t>
      </w:r>
    </w:p>
    <w:p>
      <w:r>
        <w:t>And he shouted</w:t>
      </w:r>
    </w:p>
    <w:p>
      <w:r>
        <w:t>[But you returned for the petek, what are you talking about]</w:t>
      </w:r>
    </w:p>
    <w:p>
      <w:r>
        <w:t>And he trembled</w:t>
      </w:r>
    </w:p>
    <w:p>
      <w:r>
        <w:t>[He can shout]</w:t>
      </w:r>
    </w:p>
    <w:p>
      <w:r>
        <w:t>And he told me: "You will give an accounting, and you will regret this all the days of your life"</w:t>
      </w:r>
    </w:p>
    <w:p>
      <w:r>
        <w:t>[No, you returned..]</w:t>
      </w:r>
    </w:p>
    <w:p>
      <w:r>
        <w:t>"{…} only Yerushalayim"</w:t>
      </w:r>
    </w:p>
    <w:p>
      <w:r>
        <w:t>[For the petek, you returned..]</w:t>
      </w:r>
    </w:p>
    <w:p>
      <w:r>
        <w:t>"Only Yerushalayim"</w:t>
      </w:r>
    </w:p>
    <w:p>
      <w:r>
        <w:t>[No, only the petek..]</w:t>
      </w:r>
    </w:p>
    <w:p>
      <w:r>
        <w:t>"And only Yerushalayim"</w:t>
      </w:r>
    </w:p>
    <w:p>
      <w:r>
        <w:t>[Only petek]</w:t>
      </w:r>
    </w:p>
    <w:p>
      <w:r>
        <w:t>Rav Shlomo</w:t>
      </w:r>
    </w:p>
    <w:p>
      <w:r>
        <w:t>[Petek, petek, petek]</w:t>
      </w:r>
    </w:p>
    <w:p>
      <w:r>
        <w:t>And I, and I dismissed him, and in my heart:</w:t>
      </w:r>
    </w:p>
    <w:p>
      <w:r>
        <w:t>[There is a petek]</w:t>
      </w:r>
    </w:p>
    <w:p>
      <w:r>
        <w:t>"What? Does he give dollars? Does he give money?"</w:t>
      </w:r>
    </w:p>
    <w:p>
      <w:r>
        <w:t>[No, there is a petek, for the petek]</w:t>
      </w:r>
    </w:p>
    <w:p>
      <w:r>
        <w:t>{He tells me:} faith and trust"</w:t>
      </w:r>
    </w:p>
    <w:p>
      <w:r>
        <w:t>[Rebbe Yisroel, you returned to Teveria for the petek, he says that precisely after you returned was the matter of the petek]</w:t>
      </w:r>
    </w:p>
    <w:p>
      <w:r>
        <w:t>Yes, yes</w:t>
      </w:r>
    </w:p>
    <w:p>
      <w:r>
        <w:t>[So you returned for the petek, you had to pay for it with secular children, what can be done?]</w:t>
      </w:r>
    </w:p>
    <w:p>
      <w:r>
        <w:t>To this day I regret it</w:t>
      </w:r>
    </w:p>
    <w:p>
      <w:r>
        <w:t>[Like that]</w:t>
      </w:r>
    </w:p>
    <w:p>
      <w:r>
        <w:t>I, I regret it, but I..</w:t>
      </w:r>
    </w:p>
    <w:p>
      <w:r>
        <w:t>[No, you do not regret it, there is a petek]</w:t>
      </w:r>
    </w:p>
    <w:p>
      <w:r>
        <w:t>I, I regret that Rav Shlomo trembled..</w:t>
      </w:r>
    </w:p>
    <w:p>
      <w:r>
        <w:t>[Then you would have had religious children without a petek...]</w:t>
      </w:r>
    </w:p>
    <w:p>
      <w:r>
        <w:t>He shouted in such voices: "Only Yerushalayim, and only Yerushalayim and only Yerushalayim"</w:t>
      </w:r>
    </w:p>
    <w:p>
      <w:r>
        <w:t>[No, you would have had religious children but without a petek]</w:t>
      </w:r>
    </w:p>
    <w:p>
      <w:r>
        <w:t>[….]</w:t>
      </w:r>
    </w:p>
    <w:p>
      <w:r>
        <w:t>[Now you will have more religious children]</w:t>
      </w:r>
    </w:p>
    <w:p>
      <w:r>
        <w:t>Nu, I told you a beautiful story, yes?</w:t>
      </w:r>
    </w:p>
    <w:p>
      <w:r>
        <w:t>[Yes, yes, Saba, you have many stories, only you do not tell..</w:t>
      </w:r>
    </w:p>
    <w:p>
      <w:r>
        <w:t>You have stories about Rabbainu from today until tomorrow]</w:t>
      </w:r>
    </w:p>
    <w:p>
      <w:r>
        <w:t>What troubles I had in Teveria, even without the publicity and the honor</w:t>
      </w:r>
    </w:p>
    <w:p>
      <w:r>
        <w:t>I do not want to be a Chassid in a small city, in a large city in Yerushalayim</w:t>
      </w:r>
    </w:p>
    <w:p>
      <w:r>
        <w:t>[………...]"Only Yerushalayim" [……………..….] [………………...]…[………...]"Only Yerushalayim" [……………..….] [………………...]…in Yerushalayim I have no standing at all, with the dancing and with the Tehillim and with the.. all the..</w:t>
      </w:r>
    </w:p>
    <w:p>
      <w:r>
        <w:t>[………...]</w:t>
      </w:r>
    </w:p>
    <w:p>
      <w:r>
        <w:t>"Only Yerushalayim" [……………..….] [………………...]…</w:t>
      </w:r>
    </w:p>
    <w:p>
      <w:r>
        <w:t>[………...]</w:t>
      </w:r>
    </w:p>
    <w:p>
      <w:r>
        <w:t>"Only Yerushalayim" [……………..….] [………………...]…</w:t>
      </w:r>
    </w:p>
    <w:p>
      <w:r>
        <w:t>...{how I prayed with weeping, and he ran the household in..} Yo? Who is this?</w:t>
      </w:r>
    </w:p>
    <w:p>
      <w:r>
        <w:t>[Gideon]</w:t>
      </w:r>
    </w:p>
    <w:p>
      <w:r>
        <w:t>Gideon?…</w:t>
      </w:r>
    </w:p>
    <w:p>
      <w:r>
        <w:t>...the connection I had with Shazar, it is..</w:t>
      </w:r>
    </w:p>
    <w:p>
      <w:r>
        <w:t>[Rebbe Yisroel (Kardonner), he is..]</w:t>
      </w:r>
    </w:p>
    <w:p>
      <w:r>
        <w:t>It is a secret, a secret, the whole world does not know, he, he, he.. if he had shown as.. the connection that was between us</w:t>
      </w:r>
    </w:p>
    <w:p>
      <w:r>
        <w:t>They would have, would have all thrown him out of the Agency, fr..</w:t>
      </w:r>
    </w:p>
    <w:p>
      <w:r>
        <w:t>"What? He is an idler.."</w:t>
      </w:r>
    </w:p>
    <w:p>
      <w:r>
        <w:t>{….}, yes</w:t>
      </w:r>
    </w:p>
    <w:p>
      <w:r>
        <w:t>He sacrificed himself</w:t>
      </w:r>
    </w:p>
    <w:p>
      <w:r>
        <w:t>But {{I Rabbainu}}, but did not merit to do uh.. it was in his hand</w:t>
      </w:r>
    </w:p>
    <w:p>
      <w:r>
        <w:t>[The main thing]</w:t>
      </w:r>
    </w:p>
    <w:p>
      <w:r>
        <w:t>[Saba, the level of Rebbe Yisroel (Kardonner), was it, was it above R.. Moishele?]</w:t>
      </w:r>
    </w:p>
    <w:p>
      <w:r>
        <w:t>[Above Moshe Breslover?]</w:t>
      </w:r>
    </w:p>
    <w:p>
      <w:r>
        <w:t>[Above, above Rebbe Moshe Breslover?]</w:t>
      </w:r>
    </w:p>
    <w:p>
      <w:r>
        <w:t>Nu</w:t>
      </w:r>
    </w:p>
    <w:p>
      <w:r>
        <w:t>[And al..]</w:t>
      </w:r>
    </w:p>
    <w:p>
      <w:r>
        <w:t>[Did he surpass him?]</w:t>
      </w:r>
    </w:p>
    <w:p>
      <w:r>
        <w:t>[And also..]</w:t>
      </w:r>
    </w:p>
    <w:p>
      <w:r>
        <w:t>I think so, I..</w:t>
      </w:r>
    </w:p>
    <w:p>
      <w:r>
        <w:t>[Ah]</w:t>
      </w:r>
    </w:p>
    <w:p>
      <w:r>
        <w:t>[Good]</w:t>
      </w:r>
    </w:p>
    <w:p>
      <w:r>
        <w:t>Ah..</w:t>
      </w:r>
    </w:p>
    <w:p>
      <w:r>
        <w:t>[And he was a chiddush; even if he had been in Rabbainu's time, he would have been a chiddush..]</w:t>
      </w:r>
    </w:p>
    <w:p>
      <w:r>
        <w:t>Yes, I heard from the old man who was in Meron</w:t>
      </w:r>
    </w:p>
    <w:p>
      <w:r>
        <w:t>[]</w:t>
      </w:r>
    </w:p>
    <w:p>
      <w:r>
        <w:t>No, no, no</w:t>
      </w:r>
    </w:p>
    <w:p>
      <w:r>
        <w:t>[Just to hold]</w:t>
      </w:r>
    </w:p>
    <w:p>
      <w:r>
        <w:t>Just to hold?</w:t>
      </w:r>
    </w:p>
    <w:p>
      <w:r>
        <w:t>[Yes, yes, nu, what do you care, smoke one less]</w:t>
      </w:r>
    </w:p>
    <w:p>
      <w:r>
        <w:t>[….]</w:t>
      </w:r>
    </w:p>
    <w:p>
      <w:r>
        <w:t>[……..]</w:t>
      </w:r>
    </w:p>
    <w:p>
      <w:r>
        <w:t>[What, what did you hear, what did you hear about an old man who.. what did he say about Rebbe Yisroel (Kardonner)?]</w:t>
      </w:r>
    </w:p>
    <w:p>
      <w:r>
        <w:t>Ah?</w:t>
      </w:r>
    </w:p>
    <w:p>
      <w:r>
        <w:t>[What..]</w:t>
      </w:r>
    </w:p>
    <w:p>
      <w:r>
        <w:t>The old man</w:t>
      </w:r>
    </w:p>
    <w:p>
      <w:r>
        <w:t>[Which old man?]</w:t>
      </w:r>
    </w:p>
    <w:p>
      <w:r>
        <w:t>[Which old man? What was his name?]</w:t>
      </w:r>
    </w:p>
    <w:p>
      <w:r>
        <w:t>Rav Alter, Rav Alter of Komanchek, Rav Alter Komancheker</w:t>
      </w:r>
    </w:p>
    <w:p>
      <w:r>
        <w:t>[Ah, Breslover]</w:t>
      </w:r>
    </w:p>
    <w:p>
      <w:r>
        <w:t>[Ah]</w:t>
      </w:r>
    </w:p>
    <w:p>
      <w:r>
        <w:t>He drew close during the controversy, after the bar mitzvah, and all the days of his life his matter was Chatzot</w:t>
      </w:r>
    </w:p>
    <w:p>
      <w:r>
        <w:t>He made celebrations for.., and he was very old</w:t>
      </w:r>
    </w:p>
    <w:p>
      <w:r>
        <w:t>For seventy years, eighty years, there are children, and there are weddings</w:t>
      </w:r>
    </w:p>
    <w:p>
      <w:r>
        <w:t>[You told me that his face was always the face of a baby]</w:t>
      </w:r>
    </w:p>
    <w:p>
      <w:r>
        <w:t>Yes, yes, yes, yes</w:t>
      </w:r>
    </w:p>
    <w:p>
      <w:r>
        <w:t>The eyes were like a baby, the whole, whole face shone like a baby, yes</w:t>
      </w:r>
    </w:p>
    <w:p>
      <w:r>
        <w:t>And this is a wonder: one who rises at midnight at night—it is very hard work, yes</w:t>
      </w:r>
    </w:p>
    <w:p>
      <w:r>
        <w:t>And he would rise every night exactly at midnight at night</w:t>
      </w:r>
    </w:p>
    <w:p>
      <w:r>
        <w:t>He told me—I told him what I was going through, what I was suffering in Tzfas, in Teveria</w:t>
      </w:r>
    </w:p>
    <w:p>
      <w:r>
        <w:t>He lives, he lived in Meron, did not know, but he heard beforehand</w:t>
      </w:r>
    </w:p>
    <w:p>
      <w:r>
        <w:t>He heard about the entire matter of Rabbainu, he.., there were many stories, there were divorces and troubles that we suffered, yes</w:t>
      </w:r>
    </w:p>
    <w:p>
      <w:r>
        <w:t>And he told me..</w:t>
      </w:r>
    </w:p>
    <w:p>
      <w:r>
        <w:t>He heard from our people about Rebbe Yisroel; he was young then</w:t>
      </w:r>
    </w:p>
    <w:p>
      <w:r>
        <w:t>So they said: "That if he had been in the time of Rebbe Nassan, he would also have been a chiddush," yes</w:t>
      </w:r>
    </w:p>
    <w:p>
      <w:r>
        <w:t>So he told me one time, and thank God I remember it, yes</w:t>
      </w:r>
    </w:p>
    <w:p>
      <w:r>
        <w:t>But with us it is not.. it is not..</w:t>
      </w:r>
    </w:p>
    <w:p>
      <w:r>
        <w:t>Also Rebbe Yisroel and also..</w:t>
      </w:r>
    </w:p>
    <w:p>
      <w:r>
        <w:t>What we can attain through Rabbainu's power is closed and hidden from all the worlds</w:t>
      </w:r>
    </w:p>
    <w:p>
      <w:r>
        <w:t>[But aside from Rebbe Nassan, there has not yet been such a thing as a petek about the redemption</w:t>
      </w:r>
    </w:p>
    <w:p>
      <w:r>
        <w:t>There was Rabbainu, Rebbe Nassan, and a petek about the redemption]</w:t>
      </w:r>
    </w:p>
    <w:p>
      <w:r>
        <w:t>The petek is fr.. from Rabbainu's wonders, a wonder that surpasses all of Rabbainu's wonders</w:t>
      </w:r>
    </w:p>
    <w:p>
      <w:r>
        <w:t>"What, what is there? Yisroel Ber? Who is Yisroel Ber?"</w:t>
      </w:r>
    </w:p>
    <w:p>
      <w:r>
        <w:t>[Who is Yisroel Ber? - It is Rabbainu]</w:t>
      </w:r>
    </w:p>
    <w:p>
      <w:r>
        <w:t>{..}</w:t>
      </w:r>
    </w:p>
    <w:p>
      <w:r>
        <w:t>[The fact is that Rebbe Yisroel (Kardonner) did not receive humiliations like you received]</w:t>
      </w:r>
    </w:p>
    <w:p>
      <w:r>
        <w:t>And he did not receive</w:t>
      </w:r>
    </w:p>
    <w:p>
      <w:r>
        <w:t>[Rebbe Yisroel (Kardonner) did not go through humiliations like you went through]</w:t>
      </w:r>
    </w:p>
    <w:p>
      <w:r>
        <w:t>Like me?</w:t>
      </w:r>
    </w:p>
    <w:p>
      <w:r>
        <w:t>[Yes]</w:t>
      </w:r>
    </w:p>
    <w:p>
      <w:r>
        <w:t>He re.., he, he..</w:t>
      </w:r>
    </w:p>
    <w:p>
      <w:r>
        <w:t>[He received, but not like you]</w:t>
      </w:r>
    </w:p>
    <w:p>
      <w:r>
        <w:t>He suffered a great deal, what th..</w:t>
      </w:r>
    </w:p>
    <w:p>
      <w:r>
        <w:t>[Not like you]</w:t>
      </w:r>
    </w:p>
    <w:p>
      <w:r>
        <w:t>But he was a mighty hero</w:t>
      </w:r>
    </w:p>
    <w:p>
      <w:r>
        <w:t>[All right, but he did not suffer like you, you suffered more]</w:t>
      </w:r>
    </w:p>
    <w:p>
      <w:r>
        <w:t>{Ah, I cannot with..}..</w:t>
      </w:r>
    </w:p>
    <w:p>
      <w:r>
        <w:t>[The truth]</w:t>
      </w:r>
    </w:p>
    <w:p>
      <w:r>
        <w:t>But he, he was..</w:t>
      </w:r>
    </w:p>
    <w:p>
      <w:r>
        <w:t>[He, he gave you tools for the petek]</w:t>
      </w:r>
    </w:p>
    <w:p>
      <w:r>
        <w:t>He suffered, he suffered such {torments} at every moment over the service of Hashem, of which we have no conception</w:t>
      </w:r>
    </w:p>
    <w:p>
      <w:r>
        <w:t>[That is true]</w:t>
      </w:r>
    </w:p>
    <w:p>
      <w:r>
        <w:t>And specifically, it is impossible to merit this except through Rabbainu's power</w:t>
      </w:r>
    </w:p>
    <w:p>
      <w:r>
        <w:t>[That is true]</w:t>
      </w:r>
    </w:p>
    <w:p>
      <w:r>
        <w:t>He was completely clean of all cravings, of all..</w:t>
      </w:r>
    </w:p>
    <w:p>
      <w:r>
        <w:t>From pride, it, it, it makes one like a pig</w:t>
      </w:r>
    </w:p>
    <w:p>
      <w:r>
        <w:t>Pride, honor, he fled from it, fled, he was zero and nothing</w:t>
      </w:r>
    </w:p>
    <w:p>
      <w:r>
        <w:t>[You told me..]</w:t>
      </w:r>
    </w:p>
    <w:p>
      <w:r>
        <w:t>{..}</w:t>
      </w:r>
    </w:p>
    <w:p>
      <w:r>
        <w:t>[You told me that there are more things about Rebbe Yisroel (Kardonner) that cannot be told</w:t>
      </w:r>
    </w:p>
    <w:p>
      <w:r>
        <w:t>That still cannot be told]</w:t>
      </w:r>
    </w:p>
    <w:p>
      <w:r>
        <w:t>Nu, is it really possible to tell what I saw?</w:t>
      </w:r>
    </w:p>
    <w:p>
      <w:r>
        <w:t>It.. it is spiritual thing.., spiritual things without.., without measure, without end</w:t>
      </w:r>
    </w:p>
    <w:p>
      <w:r>
        <w:t>[A little]</w:t>
      </w:r>
    </w:p>
    <w:p>
      <w:r>
        <w:t>Yes</w:t>
      </w:r>
    </w:p>
    <w:p>
      <w:r>
        <w:t>He merited only through his self-sacrifice</w:t>
      </w:r>
    </w:p>
    <w:p>
      <w:r>
        <w:t>{...}</w:t>
      </w:r>
    </w:p>
    <w:p>
      <w:r>
        <w:t>Oy voy, oy voy, oy voy, oy voy, oy voy, what we have</w:t>
      </w:r>
    </w:p>
    <w:p>
      <w:r>
        <w:t>We need to make an accounting</w:t>
      </w:r>
    </w:p>
    <w:p>
      <w:r>
        <w:t>How did Rebbe Nassan live and merit to make “Likutay Tefilos,” “Likutay Halachos,” everything for us</w:t>
      </w:r>
    </w:p>
    <w:p>
      <w:r>
        <w:t>He saw, he knew that there would be Aharon and there would be Sharon and there would be {..}, every soul</w:t>
      </w:r>
    </w:p>
    <w:p>
      <w:r>
        <w:t>And he prepared for each one what he needs, Rabbainu and Rebbe Nassan</w:t>
      </w:r>
    </w:p>
    <w:p>
      <w:r>
        <w:t>[And I do not know anything, I want to “blast” the note throughout the whole world</w:t>
      </w:r>
    </w:p>
    <w:p>
      <w:r>
        <w:t>For this I came into the world, period, this is me, I,I am going crazy, going crazy, even though I am half dead]</w:t>
      </w:r>
    </w:p>
    <w:p>
      <w:r>
        <w:t>{..}</w:t>
      </w:r>
    </w:p>
    <w:p>
      <w:r>
        <w:t>[I want there to be, in every home, people who are crazy about Rabbainu]</w:t>
      </w:r>
    </w:p>
    <w:p>
      <w:r>
        <w:t>And the doctors, they want, they want to make a picture, uh.. scans..</w:t>
      </w:r>
    </w:p>
    <w:p>
      <w:r>
        <w:t>[Yehuda..]</w:t>
      </w:r>
    </w:p>
    <w:p>
      <w:r>
        <w:t>Big ones..</w:t>
      </w:r>
    </w:p>
    <w:p>
      <w:r>
        <w:t>[Yehuda told me]</w:t>
      </w:r>
    </w:p>
    <w:p>
      <w:r>
        <w:t>Who?</w:t>
      </w:r>
    </w:p>
    <w:p>
      <w:r>
        <w:t>[Yehuda the heart doctor told me:</w:t>
      </w:r>
    </w:p>
    <w:p>
      <w:r>
        <w:t>“If you bring the machines of the goyim and begin to work”]</w:t>
      </w:r>
    </w:p>
    <w:p>
      <w:r>
        <w:t>Yes</w:t>
      </w:r>
    </w:p>
    <w:p>
      <w:r>
        <w:t>[“I am leaving medicine and coming to work with you”]</w:t>
      </w:r>
    </w:p>
    <w:p>
      <w:r>
        <w:t>Yes?</w:t>
      </w:r>
    </w:p>
    <w:p>
      <w:r>
        <w:t>[That is what he said, ask Sharon]</w:t>
      </w:r>
    </w:p>
    <w:p>
      <w:r>
        <w:t>He will..</w:t>
      </w:r>
    </w:p>
    <w:p>
      <w:r>
        <w:t>[“I am throwing everything away and I am coming”]</w:t>
      </w:r>
    </w:p>
    <w:p>
      <w:r>
        <w:t>He.., yes, he, he, he is unrestrained, he is ready to abandon himself, everything</w:t>
      </w:r>
    </w:p>
    <w:p>
      <w:r>
        <w:t>To abandon everything for Rabbainu, he is a wonder, a wondrous man</w:t>
      </w:r>
    </w:p>
    <w:p>
      <w:r>
        <w:t>He is not just a doctor, he is a great specialist doctor in Paris, “what?”</w:t>
      </w:r>
    </w:p>
    <w:p>
      <w:r>
        <w:t>[...]</w:t>
      </w:r>
    </w:p>
    <w:p>
      <w:r>
        <w:t>He is not just a doctor</w:t>
      </w:r>
    </w:p>
    <w:p>
      <w:r>
        <w:t>[Landau is also a vessel, Landau too..]</w:t>
      </w:r>
    </w:p>
    <w:p>
      <w:r>
        <w:t>He, he has wisdom, he has..</w:t>
      </w:r>
    </w:p>
    <w:p>
      <w:r>
        <w:t>[Landau too, he is..]</w:t>
      </w:r>
    </w:p>
    <w:p>
      <w:r>
        <w:t>Ah?</w:t>
      </w:r>
    </w:p>
    <w:p>
      <w:r>
        <w:t>[Landau too has wisdom]</w:t>
      </w:r>
    </w:p>
    <w:p>
      <w:r>
        <w:t>Yes, yes, yes, Landau too is a great dentist, not just an ordinary one, yes</w:t>
      </w:r>
    </w:p>
    <w:p>
      <w:r>
        <w:t>[I told Landau: “Do not get confused; take books, translate,” he has a computer at home</w:t>
      </w:r>
    </w:p>
    <w:p>
      <w:r>
        <w:t>Do it slowly, slowly, translate “Sefer HaMiddos,” translate, do it]</w:t>
      </w:r>
    </w:p>
    <w:p>
      <w:r>
        <w:t>Everything that is done for Rabbainu, in order to bring Rabbainu into the world, this, this is a matter</w:t>
      </w:r>
    </w:p>
    <w:p>
      <w:r>
        <w:t>Such a wonder as there had never been in the world</w:t>
      </w:r>
    </w:p>
    <w:p>
      <w:r>
        <w:t>[...]</w:t>
      </w:r>
    </w:p>
    <w:p>
      <w:r>
        <w:t>Oy, I remember how Rebbe Yisroel (Kardonner) prayed and said—he reached the blessings of the recitation of the Shema, of the recitation of the Shema: “To the blessed God they shall offer melodies, to the living and enduring God and King they shall utter songs {and praises}..</w:t>
      </w:r>
    </w:p>
    <w:p>
      <w:r>
        <w:t>For He alone is exalted and holy, Performer of mighty deeds..”</w:t>
      </w:r>
    </w:p>
    <w:p>
      <w:r>
        <w:t>Every utterance brought such lights into my heart, “Performer..”</w:t>
      </w:r>
    </w:p>
    <w:p>
      <w:r>
        <w:t>[You told me that when he recited the Shema he almost died]</w:t>
      </w:r>
    </w:p>
    <w:p>
      <w:r>
        <w:t>What? And also, not only I—I was in the colony at the time of “the cloudbr..”</w:t>
      </w:r>
    </w:p>
    <w:p>
      <w:r>
        <w:t>[Yes, yes]</w:t>
      </w:r>
    </w:p>
    <w:p>
      <w:r>
        <w:t>“Cloudburst,” at the time of the fl..</w:t>
      </w:r>
    </w:p>
    <w:p>
      <w:r>
        <w:t>[Purim, Purim]</w:t>
      </w:r>
    </w:p>
    <w:p>
      <w:r>
        <w:t>At the time of the flood</w:t>
      </w:r>
    </w:p>
    <w:p>
      <w:r>
        <w:t>[When it was Purim there]</w:t>
      </w:r>
    </w:p>
    <w:p>
      <w:r>
        <w:t>Ah?</w:t>
      </w:r>
    </w:p>
    <w:p>
      <w:r>
        <w:t>[When there was a new Purim]</w:t>
      </w:r>
    </w:p>
    <w:p>
      <w:r>
        <w:t>Yes, “what?”</w:t>
      </w:r>
    </w:p>
    <w:p>
      <w:r>
        <w:t>The entire village, the entire colony, did not go to work; they only, only</w:t>
      </w:r>
    </w:p>
    <w:p>
      <w:r>
        <w:t>Stood and heard the, the prayer of Rebbe Yisroel (Kardonner), yes</w:t>
      </w:r>
    </w:p>
    <w:p>
      <w:r>
        <w:t>And I stood at the door; I could not stand from the abundance, from the light</w:t>
      </w:r>
    </w:p>
    <w:p>
      <w:r>
        <w:t>[Light]</w:t>
      </w:r>
    </w:p>
    <w:p>
      <w:r>
        <w:t>No, I could not.., I could expire in the room</w:t>
      </w:r>
    </w:p>
    <w:p>
      <w:r>
        <w:t>I said, I will stand by the door; the moment I feel that the departure of the soul is near, then I will manage to get out</w:t>
      </w:r>
    </w:p>
    <w:p>
      <w:r>
        <w:t>That is how it was ,I am not telling exaggerations</w:t>
      </w:r>
    </w:p>
    <w:p>
      <w:r>
        <w:t>I stood ready to go out at the time that.. it was already impossible in any way, then I would manage to get out</w:t>
      </w:r>
    </w:p>
    <w:p>
      <w:r>
        <w:t>And I stood by the door</w:t>
      </w:r>
    </w:p>
    <w:p>
      <w:r>
        <w:t>Nu..</w:t>
      </w:r>
    </w:p>
    <w:p>
      <w:r>
        <w:t>[..]</w:t>
      </w:r>
    </w:p>
    <w:p>
      <w:r>
        <w:t>And the landlord of the apartment, he came with such submission, like, like one who enters the.., to the king, yes</w:t>
      </w:r>
    </w:p>
    <w:p>
      <w:r>
        <w:t>With.. with {such} awe</w:t>
      </w:r>
    </w:p>
    <w:p>
      <w:r>
        <w:t>And he had several rooms; he took a room, and there was a table there</w:t>
      </w:r>
    </w:p>
    <w:p>
      <w:r>
        <w:t>And he put on the table everything that there is in.., with, with, with a farmer, with..</w:t>
      </w:r>
    </w:p>
    <w:p>
      <w:r>
        <w:t>Olives, eggs, uh..</w:t>
      </w:r>
    </w:p>
    <w:p>
      <w:r>
        <w:t>[…]</w:t>
      </w:r>
    </w:p>
    <w:p>
      <w:r>
        <w:t>Cheese, and butter, and all the delights in the world, {such a holiday}</w:t>
      </w:r>
    </w:p>
    <w:p>
      <w:r>
        <w:t>And he asked that we enter the room; there is the table with the food, {...}</w:t>
      </w:r>
    </w:p>
    <w:p>
      <w:r>
        <w:t>And also the girls—the girls can go in.., with their hair, without a head covering</w:t>
      </w:r>
    </w:p>
    <w:p>
      <w:r>
        <w:t>But little girls of bar mitzvah, b.. bat mitzvah</w:t>
      </w:r>
    </w:p>
    <w:p>
      <w:r>
        <w:t>Or fifteen years old, but she does not need to cover her head, but they do not know</w:t>
      </w:r>
    </w:p>
    <w:p>
      <w:r>
        <w:t>So they covered the head with, with.. with..</w:t>
      </w:r>
    </w:p>
    <w:p>
      <w:r>
        <w:t>[With towels]</w:t>
      </w:r>
    </w:p>
    <w:p>
      <w:r>
        <w:t>With towels, and they also tied them with laces, tied them so they would not fall, God forbid, yes</w:t>
      </w:r>
    </w:p>
    <w:p>
      <w:r>
        <w:t>And also over the hands; they had not yet gone with such separation</w:t>
      </w:r>
    </w:p>
    <w:p>
      <w:r>
        <w:t>But in the colony they went until no.., up to here, so they..</w:t>
      </w:r>
    </w:p>
    <w:p>
      <w:r>
        <w:t>[From the fear]</w:t>
      </w:r>
    </w:p>
    <w:p>
      <w:r>
        <w:t>Yes</w:t>
      </w:r>
    </w:p>
    <w:p>
      <w:r>
        <w:t>[Everything from the fear]</w:t>
      </w:r>
    </w:p>
    <w:p>
      <w:r>
        <w:t>Yes, yes, everyone, all the children, and he and the children, and.. and yes, and..</w:t>
      </w:r>
    </w:p>
    <w:p>
      <w:r>
        <w:t>But this was the chatzos; I thought that tonight there is no chatzos</w:t>
      </w:r>
    </w:p>
    <w:p>
      <w:r>
        <w:t>[And this is the chatzos …...]</w:t>
      </w:r>
    </w:p>
    <w:p>
      <w:r>
        <w:t>Afterward, we were in glue; to pull out a foot was really..</w:t>
      </w:r>
    </w:p>
    <w:p>
      <w:r>
        <w:t>I thought, if only they would give me a place to lie down for a month, perhaps, perhaps..</w:t>
      </w:r>
    </w:p>
    <w:p>
      <w:r>
        <w:t>I can move a limb, that is how it was</w:t>
      </w:r>
    </w:p>
    <w:p>
      <w:r>
        <w:t>[“Who makes new things”]</w:t>
      </w:r>
    </w:p>
    <w:p>
      <w:r>
        <w:t>And he, on this night—the prayer was after that night</w:t>
      </w:r>
    </w:p>
    <w:p>
      <w:r>
        <w:t>He, he got up at chatzos, {{and I can bring}}.., I can..</w:t>
      </w:r>
    </w:p>
    <w:p>
      <w:r>
        <w:t>[...]</w:t>
      </w:r>
    </w:p>
    <w:p>
      <w:r>
        <w:t>I cannot understand in the natural way how he got up at midnight?</w:t>
      </w:r>
    </w:p>
    <w:p>
      <w:r>
        <w:t>[….]</w:t>
      </w:r>
    </w:p>
    <w:p>
      <w:r>
        <w:t>All the limbs were broken and so tired, really.., yes</w:t>
      </w:r>
    </w:p>
    <w:p>
      <w:r>
        <w:t>And he stood at midnight, and I heard the chatzos</w:t>
      </w:r>
    </w:p>
    <w:p>
      <w:r>
        <w:t>But I could not move a limb; I wanted to go out—how is it possible to sleep when there is such a chatzos?</w:t>
      </w:r>
    </w:p>
    <w:p>
      <w:r>
        <w:t>How is it possible to sleep?</w:t>
      </w:r>
    </w:p>
    <w:p>
      <w:r>
        <w:t>But I could not move a limb</w:t>
      </w:r>
    </w:p>
    <w:p>
      <w:r>
        <w:t>I lay there, but, blessed be Hashem, I heard the chatzos</w:t>
      </w:r>
    </w:p>
    <w:p>
      <w:r>
        <w:t>In the end I strengthened myself with all my strength and got out of bed and got up, “whatever will be, will be”</w:t>
      </w:r>
    </w:p>
    <w:p>
      <w:r>
        <w:t>In any case, Rebbe Yisroel (Kardonner) sat; there was a table, he sat at the table</w:t>
      </w:r>
    </w:p>
    <w:p>
      <w:r>
        <w:t>And.. there was no electricity like today; there was a kerosene lamp</w:t>
      </w:r>
    </w:p>
    <w:p>
      <w:r>
        <w:t>And he—I approached the table, but before I reached the table there was an earthquake</w:t>
      </w:r>
    </w:p>
    <w:p>
      <w:r>
        <w:t>The whole floor was trembling, and the table</w:t>
      </w:r>
    </w:p>
    <w:p>
      <w:r>
        <w:t>[Was the floor made of tiles?]</w:t>
      </w:r>
    </w:p>
    <w:p>
      <w:r>
        <w:t>Tiles like here</w:t>
      </w:r>
    </w:p>
    <w:p>
      <w:r>
        <w:t>[Yo!]</w:t>
      </w:r>
    </w:p>
    <w:p>
      <w:r>
        <w:t>Yes, yes, yes</w:t>
      </w:r>
    </w:p>
    <w:p>
      <w:r>
        <w:t>And the table was trembling, and he was trembling</w:t>
      </w:r>
    </w:p>
    <w:p>
      <w:r>
        <w:t>I approached the table; fear fell upon me. I saw such a face, that it was burning like fire, yes, yes</w:t>
      </w:r>
    </w:p>
    <w:p>
      <w:r>
        <w:t>And afterward there was such a prayer that I stood by the door</w:t>
      </w:r>
    </w:p>
    <w:p>
      <w:r>
        <w:t>So that the moment I could not possibly endure it, I could expire, then I would manage to..</w:t>
      </w:r>
    </w:p>
    <w:p>
      <w:r>
        <w:t>[Five is enough; you should have heard only five minutes]</w:t>
      </w:r>
    </w:p>
    <w:p>
      <w:r>
        <w:t>What, five minutes?</w:t>
      </w:r>
    </w:p>
    <w:p>
      <w:r>
        <w:t>[To hear his prayer for five minutes—if we could, merited to hear]</w:t>
      </w:r>
    </w:p>
    <w:p>
      <w:r>
        <w:t>Nu</w:t>
      </w:r>
    </w:p>
    <w:p>
      <w:r>
        <w:t>[Only five minutes, you merited to..]</w:t>
      </w:r>
    </w:p>
    <w:p>
      <w:r>
        <w:t>And in all the.., I, blessed be Hashem, heard his prayer many times</w:t>
      </w:r>
    </w:p>
    <w:p>
      <w:r>
        <w:t>It was—they felt that this was not, not, not ordinary; this was something not ordinary, {yes}</w:t>
      </w:r>
    </w:p>
    <w:p>
      <w:r>
        <w:t>This is not of.., like the whole world; there are Chassidim and there are..</w:t>
      </w:r>
    </w:p>
    <w:p>
      <w:r>
        <w:t>[I know, Rebbe Yisroel, that you do not exaggerate anything]</w:t>
      </w:r>
    </w:p>
    <w:p>
      <w:r>
        <w:t>Ah?</w:t>
      </w:r>
    </w:p>
    <w:p>
      <w:r>
        <w:t>[I know that you do not exaggerate anything; everything is true and certain]</w:t>
      </w:r>
    </w:p>
    <w:p>
      <w:r>
        <w:t>{..}</w:t>
      </w:r>
    </w:p>
    <w:p>
      <w:r>
        <w:t>Such truth that we have no conception of, yes</w:t>
      </w:r>
    </w:p>
    <w:p>
      <w:r>
        <w:t>Ay, ay, ay..</w:t>
      </w:r>
    </w:p>
    <w:p>
      <w:r>
        <w:t>He did not, did not need to fight with, with pride so that it would not come near him</w:t>
      </w:r>
    </w:p>
    <w:p>
      <w:r>
        <w:t>He was clean of all, all, all the desires</w:t>
      </w:r>
    </w:p>
    <w:p>
      <w:r>
        <w:t>Only the holy Rabbainu can perform such wonders</w:t>
      </w:r>
    </w:p>
    <w:p>
      <w:r>
        <w:t>[After seeing such a thing, how is it possible to live in this darkness?]</w:t>
      </w:r>
    </w:p>
    <w:p>
      <w:r>
        <w:t>Uh.. ah?</w:t>
      </w:r>
    </w:p>
    <w:p>
      <w:r>
        <w:t>[After seeing Rebbe Yisroel (Kardonner), then how is it possible to live in the darkness of today?] Uh..</w:t>
      </w:r>
    </w:p>
    <w:p>
      <w:r>
        <w:t>He.., and he was in this world with a body; he would speak with the world..</w:t>
      </w:r>
    </w:p>
    <w:p>
      <w:r>
        <w:t>As if, as if he were one of the people of the world</w:t>
      </w:r>
    </w:p>
    <w:p>
      <w:r>
        <w:t>He was “outside the settled world,” he was completely, yes</w:t>
      </w:r>
    </w:p>
    <w:p>
      <w:r>
        <w:t>[You do the same thing ……….]</w:t>
      </w:r>
    </w:p>
    <w:p>
      <w:r>
        <w:t>There was an incident in Tzfas: one young man whose name was Nachum—that was his name, Nachum</w:t>
      </w:r>
    </w:p>
    <w:p>
      <w:r>
        <w:t>[……….]</w:t>
      </w:r>
    </w:p>
    <w:p>
      <w:r>
        <w:t>And he was a grandson, a grandson of the.. famous rabbi, the head of the rabbis of Tzfas</w:t>
      </w:r>
    </w:p>
    <w:p>
      <w:r>
        <w:t>And he was like a king, he was, he conducted himself with such pride</w:t>
      </w:r>
    </w:p>
    <w:p>
      <w:r>
        <w:t>[The grandson]</w:t>
      </w:r>
    </w:p>
    <w:p>
      <w:r>
        <w:t>[What was the name of the..?]</w:t>
      </w:r>
    </w:p>
    <w:p>
      <w:r>
        <w:t>Like a king, if there was someone.., oy vey..</w:t>
      </w:r>
    </w:p>
    <w:p>
      <w:r>
        <w:t>[Heller?]</w:t>
      </w:r>
    </w:p>
    <w:p>
      <w:r>
        <w:t>[Heller?]</w:t>
      </w:r>
    </w:p>
    <w:p>
      <w:r>
        <w:t>Who spoke against him</w:t>
      </w:r>
    </w:p>
    <w:p>
      <w:r>
        <w:t>[Heller?]</w:t>
      </w:r>
    </w:p>
    <w:p>
      <w:r>
        <w:t>Eh?</w:t>
      </w:r>
    </w:p>
    <w:p>
      <w:r>
        <w:t>[Who is this Heller who was in the old-age home?]</w:t>
      </w:r>
    </w:p>
    <w:p>
      <w:r>
        <w:t>[Heller..]</w:t>
      </w:r>
    </w:p>
    <w:p>
      <w:r>
        <w:t>[Heller?]</w:t>
      </w:r>
    </w:p>
    <w:p>
      <w:r>
        <w:t>Eh..</w:t>
      </w:r>
    </w:p>
    <w:p>
      <w:r>
        <w:t>[From the old-age home?]</w:t>
      </w:r>
    </w:p>
    <w:p>
      <w:r>
        <w:t>No, no, no, that is a separate matter</w:t>
      </w:r>
    </w:p>
    <w:p>
      <w:r>
        <w:t>Heller, I knew his father, he was a Torah scholar and a kosher man</w:t>
      </w:r>
    </w:p>
    <w:p>
      <w:r>
        <w:t>[Yes]</w:t>
      </w:r>
    </w:p>
    <w:p>
      <w:r>
        <w:t>He was not an opponent of Breslov, yes</w:t>
      </w:r>
    </w:p>
    <w:p>
      <w:r>
        <w:t>But {….} he had talents..</w:t>
      </w:r>
    </w:p>
    <w:p>
      <w:r>
        <w:t>[Oh]</w:t>
      </w:r>
    </w:p>
    <w:p>
      <w:r>
        <w:t>Great ones, and he was a learned man, and was held in honor, full of honor and pride, yes</w:t>
      </w:r>
    </w:p>
    <w:p>
      <w:r>
        <w:t>But nevertheless..</w:t>
      </w:r>
    </w:p>
    <w:p>
      <w:r>
        <w:t>Did you hear from him?</w:t>
      </w:r>
    </w:p>
    <w:p>
      <w:r>
        <w:t>Perhaps Yehudah the lawyer, I told him that he should ask him about Rebbe Yisroel</w:t>
      </w:r>
    </w:p>
    <w:p>
      <w:r>
        <w:t>[He told me]</w:t>
      </w:r>
    </w:p>
    <w:p>
      <w:r>
        <w:t>Yes, Yehudah told you?</w:t>
      </w:r>
    </w:p>
    <w:p>
      <w:r>
        <w:t>[No, Heller]</w:t>
      </w:r>
    </w:p>
    <w:p>
      <w:r>
        <w:t>Eh?</w:t>
      </w:r>
    </w:p>
    <w:p>
      <w:r>
        <w:t>[Heller told me]</w:t>
      </w:r>
    </w:p>
    <w:p>
      <w:r>
        <w:t>Heller told you</w:t>
      </w:r>
    </w:p>
    <w:p>
      <w:r>
        <w:t>[That Rebbe Yisroel (Kardonner) is a completely different matter]</w:t>
      </w:r>
    </w:p>
    <w:p>
      <w:r>
        <w:t>Yes, yes, yes, he also told me every time, Rebbe Yisroel…</w:t>
      </w:r>
    </w:p>
    <w:p>
      <w:r>
        <w:t>...{thought highly of me}, but I perhaps made an error, that I should have t.. t..</w:t>
      </w:r>
    </w:p>
    <w:p>
      <w:r>
        <w:t>[To be forceful]</w:t>
      </w:r>
    </w:p>
    <w:p>
      <w:r>
        <w:t>To press him, that he should give a little of his property, he died rich</w:t>
      </w:r>
    </w:p>
    <w:p>
      <w:r>
        <w:t>And he has a building in Haifa that is worth a great deal of money</w:t>
      </w:r>
    </w:p>
    <w:p>
      <w:r>
        <w:t>And he could, at the wedding, his son-in-law is the head of the doctors of "Beilinson".., of, of "Ichilov"</w:t>
      </w:r>
    </w:p>
    <w:p>
      <w:r>
        <w:t>Yes, and..no, no {. .}, he can live without the building, yes</w:t>
      </w:r>
    </w:p>
    <w:p>
      <w:r>
        <w:t>He could have given the building, or half a building, for the matter of Rabbainu</w:t>
      </w:r>
    </w:p>
    <w:p>
      <w:r>
        <w:t>But he was devoted to the children, that they should have this world</w:t>
      </w:r>
    </w:p>
    <w:p>
      <w:r>
        <w:t>["Mifter Pifter"]</w:t>
      </w:r>
    </w:p>
    <w:p>
      <w:r>
        <w:t>He is going to the World to Come.., "Mifter Pifter"</w:t>
      </w:r>
    </w:p>
    <w:p>
      <w:r>
        <w:t>He was a believer, he was s.., with simplicity, and he believes</w:t>
      </w:r>
    </w:p>
    <w:p>
      <w:r>
        <w:t>But, but, but the desire for the.. for the money, for.., it should remain with the children</w:t>
      </w:r>
    </w:p>
    <w:p>
      <w:r>
        <w:t>[That is everyone, the whole world is like that]</w:t>
      </w:r>
    </w:p>
    <w:p>
      <w:r>
        <w:t>Like that?</w:t>
      </w:r>
    </w:p>
    <w:p>
      <w:r>
        <w:t>[The whole world]</w:t>
      </w:r>
    </w:p>
    <w:p>
      <w:r>
        <w:t>{..}</w:t>
      </w:r>
    </w:p>
    <w:p>
      <w:r>
        <w:t>[You told me that you had in Tzfas]</w:t>
      </w:r>
    </w:p>
    <w:p>
      <w:r>
        <w:t>Yes?</w:t>
      </w:r>
    </w:p>
    <w:p>
      <w:r>
        <w:t>["Megillas Setarim" and he took it from you..]</w:t>
      </w:r>
    </w:p>
    <w:p>
      <w:r>
        <w:t>Who?</w:t>
      </w:r>
    </w:p>
    <w:p>
      <w:r>
        <w:t>[That is f.., Sander]</w:t>
      </w:r>
    </w:p>
    <w:p>
      <w:r>
        <w:t>{From Sander}, nu</w:t>
      </w:r>
    </w:p>
    <w:p>
      <w:r>
        <w:t>[You had "Megillas Setarim"..]</w:t>
      </w:r>
    </w:p>
    <w:p>
      <w:r>
        <w:t>Yes</w:t>
      </w:r>
    </w:p>
    <w:p>
      <w:r>
        <w:t>[And it disappeared]</w:t>
      </w:r>
    </w:p>
    <w:p>
      <w:r>
        <w:t>Yes</w:t>
      </w:r>
    </w:p>
    <w:p>
      <w:r>
        <w:t>[Sander took it]</w:t>
      </w:r>
    </w:p>
    <w:p>
      <w:r>
        <w:t>Yes, yes…</w:t>
      </w:r>
    </w:p>
    <w:p>
      <w:r>
        <w:t>...I had writings from Rebbe Nassan, a letter from Rebbe Nassan, writings, what they suffered, what they suffered</w:t>
      </w:r>
    </w:p>
    <w:p>
      <w:r>
        <w:t>[..]</w:t>
      </w:r>
    </w:p>
    <w:p>
      <w:r>
        <w:t>The persecutions they suffered, I remember the.. some, some story</w:t>
      </w:r>
    </w:p>
    <w:p>
      <w:r>
        <w:t>[But in this book with the "Megillas Setarim," did you study it? Did you read this?]</w:t>
      </w:r>
    </w:p>
    <w:p>
      <w:r>
        <w:t>I do not.., I do not remember</w:t>
      </w:r>
    </w:p>
    <w:p>
      <w:r>
        <w:t>I had many, many writings that could now make a commotion throughout the whole world</w:t>
      </w:r>
    </w:p>
    <w:p>
      <w:r>
        <w:t>[What do you remember from these writings?</w:t>
      </w:r>
    </w:p>
    <w:p>
      <w:r>
        <w:t>That had not yet been publicized? Were there writings that had not yet.., that had not been publicized]</w:t>
      </w:r>
    </w:p>
    <w:p>
      <w:r>
        <w:t>Certainly</w:t>
      </w:r>
    </w:p>
    <w:p>
      <w:r>
        <w:t>[What do you remember?]</w:t>
      </w:r>
    </w:p>
    <w:p>
      <w:r>
        <w:t>I do not remember, do not remember anything</w:t>
      </w:r>
    </w:p>
    <w:p>
      <w:r>
        <w:t>[Good]</w:t>
      </w:r>
    </w:p>
    <w:p>
      <w:r>
        <w:t>. The Chassidim of Poland, {this, this….} in America, this is the shochet, in America</w:t>
      </w:r>
    </w:p>
    <w:p>
      <w:r>
        <w:t>Yitzchak Mendel, Yitzchak Mendel, do you not know {of this\who this is}?</w:t>
      </w:r>
    </w:p>
    <w:p>
      <w:r>
        <w:t>There were young married men coming to me, and they told me that he wants to see me</w:t>
      </w:r>
    </w:p>
    <w:p>
      <w:r>
        <w:t>[Ah..]</w:t>
      </w:r>
    </w:p>
    <w:p>
      <w:r>
        <w:t>Yitzchak Mendel, Yitzchak Mendel, he has some satisfaction f.. from the children</w:t>
      </w:r>
    </w:p>
    <w:p>
      <w:r>
        <w:t>{…} In any case</w:t>
      </w:r>
    </w:p>
    <w:p>
      <w:r>
        <w:t>He was, before, before more than sixty years ago, he and another, and another</w:t>
      </w:r>
    </w:p>
    <w:p>
      <w:r>
        <w:t>. And.. and they traveled to Meron and asked me to give them.. to awaken, to give them the book, and I, Yisroel Ber, I am a Breslover Chassid, he asks, I should not give it to him?!</w:t>
      </w:r>
    </w:p>
    <w:p>
      <w:r>
        <w:t>[Which book?]</w:t>
      </w:r>
    </w:p>
    <w:p>
      <w:r>
        <w:t>So I gave it to him</w:t>
      </w:r>
    </w:p>
    <w:p>
      <w:r>
        <w:t>[Which book?]</w:t>
      </w:r>
    </w:p>
    <w:p>
      <w:r>
        <w:t>And they did not return, and they did not return</w:t>
      </w:r>
    </w:p>
    <w:p>
      <w:r>
        <w:t>[Which book?]</w:t>
      </w:r>
    </w:p>
    <w:p>
      <w:r>
        <w:t>Yes, {they q\kh..}, eh?</w:t>
      </w:r>
    </w:p>
    <w:p>
      <w:r>
        <w:t>[Which, which?]</w:t>
      </w:r>
    </w:p>
    <w:p>
      <w:r>
        <w:t>It was a manuscript of Rebbe Naftali, of Rebbe Naftali, Rebbe Nassan's friend</w:t>
      </w:r>
    </w:p>
    <w:p>
      <w:r>
        <w:t>[A scroll]</w:t>
      </w:r>
    </w:p>
    <w:p>
      <w:r>
        <w:t>"Chayei Moharan," like "Chayei Moharan"</w:t>
      </w:r>
    </w:p>
    <w:p>
      <w:r>
        <w:t>{..}, but there were such secrets there that could make the whole world resound, the whole world</w:t>
      </w:r>
    </w:p>
    <w:p>
      <w:r>
        <w:t>Every utterance</w:t>
      </w:r>
    </w:p>
    <w:p>
      <w:r>
        <w:t>[Secrets from Rebbe Nassan?]</w:t>
      </w:r>
    </w:p>
    <w:p>
      <w:r>
        <w:t>Eh?</w:t>
      </w:r>
    </w:p>
    <w:p>
      <w:r>
        <w:t>[Concerning the Redemption, nu]</w:t>
      </w:r>
    </w:p>
    <w:p>
      <w:r>
        <w:t>[Secrets that Rebbe Nassan..]</w:t>
      </w:r>
    </w:p>
    <w:p>
      <w:r>
        <w:t>Secrets..</w:t>
      </w:r>
    </w:p>
    <w:p>
      <w:r>
        <w:t>[Of the Redemption]</w:t>
      </w:r>
    </w:p>
    <w:p>
      <w:r>
        <w:t>Secrets that had not..</w:t>
      </w:r>
    </w:p>
    <w:p>
      <w:r>
        <w:t>[Of Rabbainu]</w:t>
      </w:r>
    </w:p>
    <w:p>
      <w:r>
        <w:t>[What? A kind of th..]</w:t>
      </w:r>
    </w:p>
    <w:p>
      <w:r>
        <w:t>Everything, everything that Rebbe Nassan brought from "Chayei Moharan," those were already not such secrets</w:t>
      </w:r>
    </w:p>
    <w:p>
      <w:r>
        <w:t>There were secrets {that it is possible} to reveal in the world</w:t>
      </w:r>
    </w:p>
    <w:p>
      <w:r>
        <w:t>[Secrets about the Redemption]</w:t>
      </w:r>
    </w:p>
    <w:p>
      <w:r>
        <w:t>And these were great secrets</w:t>
      </w:r>
    </w:p>
    <w:p>
      <w:r>
        <w:t>[….]</w:t>
      </w:r>
    </w:p>
    <w:p>
      <w:r>
        <w:t>I do not remember, but, but there was, and.. and it disappeared</w:t>
      </w:r>
    </w:p>
    <w:p>
      <w:r>
        <w:t>[You do not remember anything? Anything?]</w:t>
      </w:r>
    </w:p>
    <w:p>
      <w:r>
        <w:t>He, they had a road accident, their car, with, with, with the manuscript</w:t>
      </w:r>
    </w:p>
    <w:p>
      <w:r>
        <w:t>They had a road accident and were saved by a miracle</w:t>
      </w:r>
    </w:p>
    <w:p>
      <w:r>
        <w:t>[And the manuscript disappeared]</w:t>
      </w:r>
    </w:p>
    <w:p>
      <w:r>
        <w:t>And the manuscript disappeared</w:t>
      </w:r>
    </w:p>
    <w:p>
      <w:r>
        <w:t>[This is directed by Rabbainu..]</w:t>
      </w:r>
    </w:p>
    <w:p>
      <w:r>
        <w:t>[Nothing, Saba, you cannot..? You do not..?]</w:t>
      </w:r>
    </w:p>
    <w:p>
      <w:r>
        <w:t>This could be.., done only, only by people, people of Poland</w:t>
      </w:r>
    </w:p>
    <w:p>
      <w:r>
        <w:t>"He repays evil in place of good," I lent it to you; why do you not return it? Why do you not bring it to me?</w:t>
      </w:r>
    </w:p>
    <w:p>
      <w:r>
        <w:t>Nu, return it</w:t>
      </w:r>
    </w:p>
    <w:p>
      <w:r>
        <w:t>[Do you not remember anything from there?]</w:t>
      </w:r>
    </w:p>
    <w:p>
      <w:r>
        <w:t>No, no</w:t>
      </w:r>
    </w:p>
    <w:p>
      <w:r>
        <w:t>[Anything?]</w:t>
      </w:r>
    </w:p>
    <w:p>
      <w:r>
        <w:t>No</w:t>
      </w:r>
    </w:p>
    <w:p>
      <w:r>
        <w:t>[Good, it is not – yes, like that, but no]</w:t>
      </w:r>
    </w:p>
    <w:p>
      <w:r>
        <w:t>{It is not, it.. is not}</w:t>
      </w:r>
    </w:p>
    <w:p>
      <w:r>
        <w:t>[Good, all right, "Na Na ch," "Na Na ch" rises above all the secrets]</w:t>
      </w:r>
    </w:p>
    <w:p>
      <w:r>
        <w:t>{..}</w:t>
      </w:r>
    </w:p>
    <w:p>
      <w:r>
        <w:t>[That is from Chabad]</w:t>
      </w:r>
    </w:p>
    <w:p>
      <w:r>
        <w:t>["Na Na ch" rises above all the secrets, I think]</w:t>
      </w:r>
    </w:p>
    <w:p>
      <w:r>
        <w:t>There was some year, before the festival of Pesach came, many soldiers came into Breslov</w:t>
      </w:r>
    </w:p>
    <w:p>
      <w:r>
        <w:t>There were regiments, several regiments</w:t>
      </w:r>
    </w:p>
    <w:p>
      <w:r>
        <w:t>[In Russia?]</w:t>
      </w:r>
    </w:p>
    <w:p>
      <w:r>
        <w:t>In Russia, in Breslov</w:t>
      </w:r>
    </w:p>
    <w:p>
      <w:r>
        <w:t>[Yes]</w:t>
      </w:r>
    </w:p>
    <w:p>
      <w:r>
        <w:t>In Russia, nu..</w:t>
      </w:r>
    </w:p>
    <w:p>
      <w:r>
        <w:t>And they would assign them; then it was, it was, they were, the city was obligated to maintain all the soldiers</w:t>
      </w:r>
    </w:p>
    <w:p>
      <w:r>
        <w:t>The rich and the poor, soldiers in every house, yes</w:t>
      </w:r>
    </w:p>
    <w:p>
      <w:r>
        <w:t>But someone who was poor, then it was not, not so much</w:t>
      </w:r>
    </w:p>
    <w:p>
      <w:r>
        <w:t>[They were strict]</w:t>
      </w:r>
    </w:p>
    <w:p>
      <w:r>
        <w:t>Not so strongly, yes</w:t>
      </w:r>
    </w:p>
    <w:p>
      <w:r>
        <w:t>And the opponents found "a good thing" against Breslov; they gave a bribe to the general, to the higher-ups</w:t>
      </w:r>
    </w:p>
    <w:p>
      <w:r>
        <w:t>That they should assign soldiers {in the house} of Rebbe Nassan, {….}</w:t>
      </w:r>
    </w:p>
    <w:p>
      <w:r>
        <w:t>And it was close to Pesach, {soon} they had to make Pesach, and..</w:t>
      </w:r>
    </w:p>
    <w:p>
      <w:r>
        <w:t>[They sent the soldiers to Rebbe Nassan]</w:t>
      </w:r>
    </w:p>
    <w:p>
      <w:r>
        <w:t>Yo, yes</w:t>
      </w:r>
    </w:p>
    <w:p>
      <w:r>
        <w:t>[….]</w:t>
      </w:r>
    </w:p>
    <w:p>
      <w:r>
        <w:t>They, they, they did what they did, specifically at Rebbe Nassan's, to assign many soldiers, in Rebbe Nassan's house, and they had, and they had, and they suffered from this:</w:t>
      </w:r>
    </w:p>
    <w:p>
      <w:r>
        <w:t>"The festival of Pesach is coming, and they have to make Pesach, and how? Soldiers"</w:t>
      </w:r>
    </w:p>
    <w:p>
      <w:r>
        <w:t>It was not possible to do anything; they gave a bribe—in Russia the main thing is the bribe</w:t>
      </w:r>
    </w:p>
    <w:p>
      <w:r>
        <w:t>[Yes]</w:t>
      </w:r>
    </w:p>
    <w:p>
      <w:r>
        <w:t>Then {said}.., Hashem Yisborach, in the greatness of His kindness, for the sake of our holy Rabbainu</w:t>
      </w:r>
    </w:p>
    <w:p>
      <w:r>
        <w:t>Suddenly an order arrived that they should leave Breslov</w:t>
      </w:r>
    </w:p>
    <w:p>
      <w:r>
        <w:t>Then all the soldiers left all of Breslov, not, only from Rebbe Nassan, yes</w:t>
      </w:r>
    </w:p>
    <w:p>
      <w:r>
        <w:t>[They now had another disaster]</w:t>
      </w:r>
    </w:p>
    <w:p>
      <w:r>
        <w:t>[….]</w:t>
      </w:r>
    </w:p>
    <w:p>
      <w:r>
        <w:t>[There was..]…</w:t>
      </w:r>
    </w:p>
    <w:p>
      <w:pPr>
        <w:pStyle w:val="Heading2"/>
      </w:pPr>
      <w:r>
        <w:t>Side B (Bais)</w:t>
      </w:r>
    </w:p>
    <w:p>
      <w:r>
        <w:t>...["And every creature will know that You made it.."]</w:t>
      </w:r>
    </w:p>
    <w:p>
      <w:r>
        <w:t>Yes</w:t>
      </w:r>
    </w:p>
    <w:p>
      <w:r>
        <w:t>There were such melodies, on Rosh Hashanah there were such melodies..</w:t>
      </w:r>
    </w:p>
    <w:p>
      <w:r>
        <w:t>[Fortunate are we..]</w:t>
      </w:r>
    </w:p>
    <w:p>
      <w:r>
        <w:t>That the whole year.. anyone who needed to revive himself would begin to sing a Rosh Hashanah melody</w:t>
      </w:r>
    </w:p>
    <w:p>
      <w:r>
        <w:t>[You told me that he would pray the Shemoneh Esrei for four hours on Rosh Hashanah]</w:t>
      </w:r>
    </w:p>
    <w:p>
      <w:r>
        <w:t>More</w:t>
      </w:r>
    </w:p>
    <w:p>
      <w:r>
        <w:t>[How many?]</w:t>
      </w:r>
    </w:p>
    <w:p>
      <w:r>
        <w:t>I went up to.. to the old-age home and ate, and afterward, and after the meal I went down to Rebbe Shimon</w:t>
      </w:r>
    </w:p>
    <w:p>
      <w:r>
        <w:t>And he stood alone by Rebbe Shimon</w:t>
      </w:r>
    </w:p>
    <w:p>
      <w:r>
        <w:t>[Still continuing with the Shemoneh Esrei]</w:t>
      </w:r>
    </w:p>
    <w:p>
      <w:r>
        <w:t>Yes, "And every creature will know that You made it," he could not go further</w:t>
      </w:r>
    </w:p>
    <w:p>
      <w:r>
        <w:t>[He could not move]</w:t>
      </w:r>
    </w:p>
    <w:p>
      <w:r>
        <w:t>No, no, no</w:t>
      </w:r>
    </w:p>
    <w:p>
      <w:r>
        <w:t>With such trembling, with such fear of Heaven</w:t>
      </w:r>
    </w:p>
    <w:p>
      <w:r>
        <w:t>[How? How? How? How? How? How?]</w:t>
      </w:r>
    </w:p>
    <w:p>
      <w:r>
        <w:t>And with such cleaving, in such a style</w:t>
      </w:r>
    </w:p>
    <w:p>
      <w:r>
        <w:t>[How was it? A little, a little]</w:t>
      </w:r>
    </w:p>
    <w:p>
      <w:r>
        <w:t>He wanted to see this immediately, "And every creature will know that You made it..", he wanted to see immediately</w:t>
      </w:r>
    </w:p>
    <w:p>
      <w:r>
        <w:t>[Ah.. I understood]</w:t>
      </w:r>
    </w:p>
    <w:p>
      <w:r>
        <w:t>[….]</w:t>
      </w:r>
    </w:p>
    <w:p>
      <w:r>
        <w:t>[Immediately "Na Na-ch"]</w:t>
      </w:r>
    </w:p>
    <w:p>
      <w:r>
        <w:t>[……. "Na Na-ch Nachma Nachman MeUman"…]</w:t>
      </w:r>
    </w:p>
    <w:p>
      <w:r>
        <w:t>Oh.. oh..</w:t>
      </w:r>
    </w:p>
    <w:p>
      <w:r>
        <w:t>The whole world did not know, Rebbe Yisroel, I knew that he was downstairs in the synagogue</w:t>
      </w:r>
    </w:p>
    <w:p>
      <w:r>
        <w:t>So I went to hear, to see what, what was there, what a wedding</w:t>
      </w:r>
    </w:p>
    <w:p>
      <w:r>
        <w:t>[What did you see?]</w:t>
      </w:r>
    </w:p>
    <w:p>
      <w:r>
        <w:t>Oy, this, I went to him, I came to.. cannot move further</w:t>
      </w:r>
    </w:p>
    <w:p>
      <w:r>
        <w:t>"And every creature will know that You made it.." {…}</w:t>
      </w:r>
    </w:p>
    <w:p>
      <w:r>
        <w:t>And he was, he was trembling all, his whole self, and the entire building also trembled</w:t>
      </w:r>
    </w:p>
    <w:p>
      <w:r>
        <w:t>"And every creature will know that You made it.."</w:t>
      </w:r>
    </w:p>
    <w:p>
      <w:r>
        <w:t>[The whole buil.., the whole.. the entire gravesite?]</w:t>
      </w:r>
    </w:p>
    <w:p>
      <w:r>
        <w:t>Huh?</w:t>
      </w:r>
    </w:p>
    <w:p>
      <w:r>
        <w:t>[The entire gravesite?]</w:t>
      </w:r>
    </w:p>
    <w:p>
      <w:r>
        <w:t>Ah.. ah..</w:t>
      </w:r>
    </w:p>
    <w:p>
      <w:r>
        <w:t>[Of Rebbe Shimon?]</w:t>
      </w:r>
    </w:p>
    <w:p>
      <w:r>
        <w:t>By Rebbe Shimon downstairs</w:t>
      </w:r>
    </w:p>
    <w:p>
      <w:r>
        <w:t>[Was he barefoot?]</w:t>
      </w:r>
    </w:p>
    <w:p>
      <w:r>
        <w:t>Alone</w:t>
      </w:r>
    </w:p>
    <w:p>
      <w:r>
        <w:t>[Barefoot, barefoot, barefoot, he would walk without shoes]</w:t>
      </w:r>
    </w:p>
    <w:p>
      <w:r>
        <w:t>Yes</w:t>
      </w:r>
    </w:p>
    <w:p>
      <w:r>
        <w:t>[At the gravesite, barefoot]</w:t>
      </w:r>
    </w:p>
    <w:p>
      <w:r>
        <w:t>At the gravesite of Rebbe Shimon, he would not enter with shoes</w:t>
      </w:r>
    </w:p>
    <w:p>
      <w:r>
        <w:t>In the winter, in the cold, when there was such cold, without, without shoes, like in the Holy of Holies, and he would cry..</w:t>
      </w:r>
    </w:p>
    <w:p>
      <w:r>
        <w:t>I cannot, people can think perhaps, that this is a lie, this, this is not, such a thing is impossible, where does a body have so much, so much..</w:t>
      </w:r>
    </w:p>
    <w:p>
      <w:r>
        <w:t>[Strength]</w:t>
      </w:r>
    </w:p>
    <w:p>
      <w:r>
        <w:t>Tears? So much {voice}? How? It is impo-..</w:t>
      </w:r>
    </w:p>
    <w:p>
      <w:r>
        <w:t>[..]</w:t>
      </w:r>
    </w:p>
    <w:p>
      <w:r>
        <w:t>But I saw that each time the crying was stronger, the tears stronger</w:t>
      </w:r>
    </w:p>
    <w:p>
      <w:r>
        <w:t>On the contrary, no, no, no, there was.. yes</w:t>
      </w:r>
    </w:p>
    <w:p>
      <w:r>
        <w:t>[An ever-strengthening spring]</w:t>
      </w:r>
    </w:p>
    <w:p>
      <w:r>
        <w:t>And.. and.. and it was very cold in the winter, and from the place where he stood, when he finished he went away from the gravesite, he came out like..</w:t>
      </w:r>
    </w:p>
    <w:p>
      <w:r>
        <w:t>[Fire]</w:t>
      </w:r>
    </w:p>
    <w:p>
      <w:r>
        <w:t>Like when one opens the door of an oven</w:t>
      </w:r>
    </w:p>
    <w:p>
      <w:r>
        <w:t>[A bathhouse]</w:t>
      </w:r>
    </w:p>
    <w:p>
      <w:r>
        <w:t>Yes, yes, a bathhouse, yes</w:t>
      </w:r>
    </w:p>
    <w:p>
      <w:r>
        <w:t>He would come out hot from the gravesite, heat from the gravesite, yes</w:t>
      </w:r>
    </w:p>
    <w:p>
      <w:r>
        <w:t>And the gravesite was wet from the tears, from.. and on the gravesite it was like a stream, like when one pours..</w:t>
      </w:r>
    </w:p>
    <w:p>
      <w:r>
        <w:t>[Water]</w:t>
      </w:r>
    </w:p>
    <w:p>
      <w:r>
        <w:t>[A puddle, a puddle]</w:t>
      </w:r>
    </w:p>
    <w:p>
      <w:r>
        <w:t>[A puddle of water]</w:t>
      </w:r>
    </w:p>
    <w:p>
      <w:r>
        <w:t>Water, yes</w:t>
      </w:r>
    </w:p>
    <w:p>
      <w:r>
        <w:t>And I: "Master of the world, how does one merit this? I want</w:t>
      </w:r>
    </w:p>
    <w:p>
      <w:r>
        <w:t>I also want to cry, I also want, where does one get this?"</w:t>
      </w:r>
    </w:p>
    <w:p>
      <w:r>
        <w:t>Oy, Alon, Alon</w:t>
      </w:r>
    </w:p>
    <w:p>
      <w:r>
        <w:t>He needs to go to all, to all the liars, yes</w:t>
      </w:r>
    </w:p>
    <w:p>
      <w:r>
        <w:t>[To all the soccer like this]</w:t>
      </w:r>
    </w:p>
    <w:p>
      <w:r>
        <w:t>Yes</w:t>
      </w:r>
    </w:p>
    <w:p>
      <w:r>
        <w:t>[To all the playing fields like this, they will be shocked without his speaking, he does not speak, he only comes] yes</w:t>
      </w:r>
    </w:p>
    <w:p>
      <w:r>
        <w:t>[They will be frightened by the beard]</w:t>
      </w:r>
    </w:p>
    <w:p>
      <w:r>
        <w:t>[Wow, wow, wow..]</w:t>
      </w:r>
    </w:p>
    <w:p>
      <w:r>
        <w:t>There is no need to speak</w:t>
      </w:r>
    </w:p>
    <w:p>
      <w:r>
        <w:t>[Yes]</w:t>
      </w:r>
    </w:p>
    <w:p>
      <w:r>
        <w:t>[He does not need to speak, the hat will speak]</w:t>
      </w:r>
    </w:p>
    <w:p>
      <w:r>
        <w:t>[The beard, they will see the beard..]</w:t>
      </w:r>
    </w:p>
    <w:p>
      <w:r>
        <w:t>[No, the hat, the hat, what are you talking about, they have seen the beard, the hat..]</w:t>
      </w:r>
    </w:p>
    <w:p>
      <w:r>
        <w:t>Ah, ah, ah, oy vey, oy, oy, oy, oy, oy, ah..</w:t>
      </w:r>
    </w:p>
    <w:p>
      <w:r>
        <w:t>He was always concerned about Yisroel, he always had such anguish over Yisroel:</w:t>
      </w:r>
    </w:p>
    <w:p>
      <w:r>
        <w:t>"Where, where is the people of Yisroel? Where is the Torah? Where?" Nu</w:t>
      </w:r>
    </w:p>
    <w:p>
      <w:r>
        <w:t>And today he, he is the leader, leader of Yisroel, leader</w:t>
      </w:r>
    </w:p>
    <w:p>
      <w:r>
        <w:t>And they take all the money and all the honor and all the greatness of Breslov</w:t>
      </w:r>
    </w:p>
    <w:p>
      <w:r>
        <w:t>And I, I, I, I am the leader!</w:t>
      </w:r>
    </w:p>
    <w:p>
      <w:r>
        <w:t>[There are many]</w:t>
      </w:r>
    </w:p>
    <w:p>
      <w:r>
        <w:t>There are many m.. yes</w:t>
      </w:r>
    </w:p>
    <w:p>
      <w:r>
        <w:t>[Yes, all kinds of shades]</w:t>
      </w:r>
    </w:p>
    <w:p>
      <w:r>
        <w:t>Yes, yes, certainly</w:t>
      </w:r>
    </w:p>
    <w:p>
      <w:r>
        <w:t>[He will make factions, factions..]</w:t>
      </w:r>
    </w:p>
    <w:p>
      <w:r>
        <w:t>But no, this is not Breslov</w:t>
      </w:r>
    </w:p>
    <w:p>
      <w:r>
        <w:t>Breslov has little, but it is good, "The little that the tzaddik has is good"</w:t>
      </w:r>
    </w:p>
    <w:p>
      <w:r>
        <w:t>["The little that the tzaddik has is good.."]</w:t>
      </w:r>
    </w:p>
    <w:p>
      <w:r>
        <w:t>Nu</w:t>
      </w:r>
    </w:p>
    <w:p>
      <w:r>
        <w:t>[Saba and the friends sing:</w:t>
      </w:r>
    </w:p>
    <w:p>
      <w:r>
        <w:t>"And every creature will know that You made it, and every formed being will understand that You formed it.."]</w:t>
      </w:r>
    </w:p>
    <w:p>
      <w:r>
        <w:t>Oy, he did not {stipulate}, he said these words:</w:t>
      </w:r>
    </w:p>
    <w:p>
      <w:r>
        <w:t>"And every creature will know that You, and every creature will know that You made it..", yes, it was like this</w:t>
      </w:r>
    </w:p>
    <w:p>
      <w:r>
        <w:t>He pleaded with Hashem Yisborach, yes, "When will this be?"</w:t>
      </w:r>
    </w:p>
    <w:p>
      <w:r>
        <w:t>"And every creature will know that You made it.."</w:t>
      </w:r>
    </w:p>
    <w:p>
      <w:r>
        <w:t>Oy, the melodies of Rosh Hashanah</w:t>
      </w:r>
    </w:p>
    <w:p>
      <w:r>
        <w:t>The opponents, on Rosh Hashanah they had, they had humiliation, they, they came to throw stones, then they, they heard our prayers on Rosh Hashanah, the melodies and the songs</w:t>
      </w:r>
    </w:p>
    <w:p>
      <w:r>
        <w:t>So they went away without stones, fear fell upon them</w:t>
      </w:r>
    </w:p>
    <w:p>
      <w:r>
        <w:t>[…….]</w:t>
      </w:r>
    </w:p>
    <w:p>
      <w:r>
        <w:t>Ay, ay, ay..</w:t>
      </w:r>
    </w:p>
    <w:p>
      <w:r>
        <w:t>[…….]</w:t>
      </w:r>
    </w:p>
    <w:p>
      <w:r>
        <w:t>There is no, no, no lemon? None?</w:t>
      </w:r>
    </w:p>
    <w:p>
      <w:r>
        <w:t>[Lemon?]</w:t>
      </w:r>
    </w:p>
    <w:p>
      <w:r>
        <w:t>Lemon, lemon juice, is this, this lemon? What, what is this?</w:t>
      </w:r>
    </w:p>
    <w:p>
      <w:r>
        <w:t>[It is lemon concentrate]</w:t>
      </w:r>
    </w:p>
    <w:p>
      <w:r>
        <w:t>Huh?</w:t>
      </w:r>
    </w:p>
    <w:p>
      <w:r>
        <w:t>["Golden Raspberry," "Golden Raspberry"]</w:t>
      </w:r>
    </w:p>
    <w:p>
      <w:r>
        <w:t>[………………………….]</w:t>
      </w:r>
    </w:p>
    <w:p>
      <w:r>
        <w:t>[………………….……...]</w:t>
      </w:r>
    </w:p>
    <w:p>
      <w:r>
        <w:t>Oy, oy, oy, oy, oy, oy vey..</w:t>
      </w:r>
    </w:p>
    <w:p>
      <w:r>
        <w:t>...[Alon and Sharon]...</w:t>
      </w:r>
    </w:p>
    <w:p>
      <w:r>
        <w:t>..."The tzaddikim will see and rejoice, the upright will exult, and the chassidim will rejoice in song.."</w:t>
      </w:r>
    </w:p>
    <w:p>
      <w:r>
        <w:t>Oy, what a melody it was, it could revive the dead</w:t>
      </w:r>
    </w:p>
    <w:p>
      <w:r>
        <w:t>[Nu, then revive us]</w:t>
      </w:r>
    </w:p>
    <w:p>
      <w:r>
        <w:t>The whole year there was life from the melodies of Rosh Hashanah</w:t>
      </w:r>
    </w:p>
    <w:p>
      <w:r>
        <w:t>[Then give us some melody like that, something, something.. "a crumb," "the final waters are obligatory"]</w:t>
      </w:r>
    </w:p>
    <w:p>
      <w:r>
        <w:t>Yes</w:t>
      </w:r>
    </w:p>
    <w:p>
      <w:r>
        <w:t>[…………………….…..]</w:t>
      </w:r>
    </w:p>
    <w:p>
      <w:r>
        <w:t>[…………………….…..]</w:t>
      </w:r>
    </w:p>
    <w:p>
      <w:r>
        <w:t>["Na Na-ch Nachma Nachman MeUman"]</w:t>
      </w:r>
    </w:p>
    <w:p>
      <w:r>
        <w:t>[…………………...]</w:t>
      </w:r>
    </w:p>
    <w:p>
      <w:r>
        <w:t>Not today</w:t>
      </w:r>
    </w:p>
    <w:p>
      <w:r>
        <w:t>[Who is it? The Evil One woke up]</w:t>
      </w:r>
    </w:p>
    <w:p>
      <w:r>
        <w:t>[Yes, woke up]</w:t>
      </w:r>
    </w:p>
    <w:p>
      <w:r>
        <w:t>If you had been seventy years ago</w:t>
      </w:r>
    </w:p>
    <w:p>
      <w:r>
        <w:t>Then in the world {he had, then you would see how I look, look}</w:t>
      </w:r>
    </w:p>
    <w:p>
      <w:r>
        <w:t>[Ah, the stones, the stones ended in the hat, they did not go into the head.. the stones ended in the hat]</w:t>
      </w:r>
    </w:p>
    <w:p>
      <w:r>
        <w:t>Ah..</w:t>
      </w:r>
    </w:p>
    <w:p>
      <w:r>
        <w:t>[Bullets passed through here, what are you telling me]</w:t>
      </w:r>
    </w:p>
    <w:p>
      <w:r>
        <w:t>[……….]</w:t>
      </w:r>
    </w:p>
    <w:p>
      <w:r>
        <w:t>Ah.. on Purim..</w:t>
      </w:r>
    </w:p>
    <w:p>
      <w:r>
        <w:t>[……..]</w:t>
      </w:r>
    </w:p>
    <w:p>
      <w:r>
        <w:t>Rebbe Yisroel, peace be upon him, began to drink at home, and danced at home</w:t>
      </w:r>
    </w:p>
    <w:p>
      <w:r>
        <w:t>And I saw that with every passing moment more, he was leaving this world for another world</w:t>
      </w:r>
    </w:p>
    <w:p>
      <w:r>
        <w:t>[For the World to Come]</w:t>
      </w:r>
    </w:p>
    <w:p>
      <w:r>
        <w:t>Yes</w:t>
      </w:r>
    </w:p>
    <w:p>
      <w:r>
        <w:t>At any rate, he arrived..</w:t>
      </w:r>
    </w:p>
    <w:p>
      <w:r>
        <w:t>He began to go from the house, from the door to the street, "to announce," to announce that it was Purim, that it..</w:t>
      </w:r>
    </w:p>
    <w:p>
      <w:r>
        <w:t>"To announce, to announce, to announce, to announce"</w:t>
      </w:r>
    </w:p>
    <w:p>
      <w:r>
        <w:t>I went with him, and he went along the whole, the whole street, to.. to.. to the place of Slonim</w:t>
      </w:r>
    </w:p>
    <w:p>
      <w:r>
        <w:t>The Slonim chassidim, they are scoffers, they mock Breslov</w:t>
      </w:r>
    </w:p>
    <w:p>
      <w:r>
        <w:t>So there, there he went and entered the house, and everyone sat and drank wine and became drunk, yes</w:t>
      </w:r>
    </w:p>
    <w:p>
      <w:r>
        <w:t>And he entered as though into his own home and danced</w:t>
      </w:r>
    </w:p>
    <w:p>
      <w:r>
        <w:t>And.. then he told me, there was an old man there, Reb Leishke, Reb Leishke</w:t>
      </w:r>
    </w:p>
    <w:p>
      <w:r>
        <w:t>[Reb Kehat]</w:t>
      </w:r>
    </w:p>
    <w:p>
      <w:r>
        <w:t>Reb.. nein (no), Reb Kehat was Karlin, he shouted at me</w:t>
      </w:r>
    </w:p>
    <w:p>
      <w:r>
        <w:t>"Do you want to.. do you want to make me deaf? I am already deaf, what do you want from me?"</w:t>
      </w:r>
    </w:p>
    <w:p>
      <w:r>
        <w:t>[Yes, what did Reb Leishke say?]</w:t>
      </w:r>
    </w:p>
    <w:p>
      <w:r>
        <w:t>Reb Leishke then said to me:</w:t>
      </w:r>
    </w:p>
    <w:p>
      <w:r>
        <w:t>"Do you understand his dances? Rebbe Yisroel's? Do you understand what this is?</w:t>
      </w:r>
    </w:p>
    <w:p>
      <w:r>
        <w:t>These are wondrous dances, very wondrous"</w:t>
      </w:r>
    </w:p>
    <w:p>
      <w:r>
        <w:t>Yes, that is what he said to me, the head, their head, the head of the opponents, their head, yes, he became nullified because he saw the dances of Rebbe Yisroel</w:t>
      </w:r>
    </w:p>
    <w:p>
      <w:r>
        <w:t>He entered among opponents, among, among scorpions, snakes and scorpions</w:t>
      </w:r>
    </w:p>
    <w:p>
      <w:r>
        <w:t>And.. and.. and he.. made them into nothing and naught</w:t>
      </w:r>
    </w:p>
    <w:p>
      <w:r>
        <w:t>Nu, who sees such a thing? How did he have such courage to enter into, into the might</w:t>
      </w:r>
    </w:p>
    <w:p>
      <w:r>
        <w:t>[The very essence of the Evil One]</w:t>
      </w:r>
    </w:p>
    <w:p>
      <w:r>
        <w:t>Yes, and to tell him and show him "Come, come, come, come, come, I am not afraid of you"</w:t>
      </w:r>
    </w:p>
    <w:p>
      <w:r>
        <w:t>[Rebbe Yisroel, you also did the same thing]</w:t>
      </w:r>
    </w:p>
    <w:p>
      <w:r>
        <w:t>Huh?</w:t>
      </w:r>
    </w:p>
    <w:p>
      <w:r>
        <w:t>[You also did the same thing]</w:t>
      </w:r>
    </w:p>
    <w:p>
      <w:r>
        <w:t>Huh?</w:t>
      </w:r>
    </w:p>
    <w:p>
      <w:r>
        <w:t>[You went to weddings and danced for them all night]</w:t>
      </w:r>
    </w:p>
    <w:p>
      <w:r>
        <w:t>No, whoever sees his dancing becomes completely nullified</w:t>
      </w:r>
    </w:p>
    <w:p>
      <w:r>
        <w:t>But after he passed away, I went, once Purim fell on Thursday night, and I did not have anything for Shabbos</w:t>
      </w:r>
    </w:p>
    <w:p>
      <w:r>
        <w:t>But I, my property was, I had in my pocket, I had half a lira</w:t>
      </w:r>
    </w:p>
    <w:p>
      <w:r>
        <w:t>Half a lira, then it was half a lira, that is enough for Shabbos</w:t>
      </w:r>
    </w:p>
    <w:p>
      <w:r>
        <w:t>[Great wealth]</w:t>
      </w:r>
    </w:p>
    <w:p>
      <w:r>
        <w:t>Yes, half a lira, but that was the whole Shabbos, the half lira was in my pocket</w:t>
      </w:r>
    </w:p>
    <w:p>
      <w:r>
        <w:t>I said: "I want wine"</w:t>
      </w:r>
    </w:p>
    <w:p>
      <w:r>
        <w:t>They said: "There is none, there is no wine, it is already finished"</w:t>
      </w:r>
    </w:p>
    <w:p>
      <w:r>
        <w:t>So I said: "What? There is no wine? Take half a lira and bring, buy wine"</w:t>
      </w:r>
    </w:p>
    <w:p>
      <w:r>
        <w:t>But I {...}</w:t>
      </w:r>
    </w:p>
    <w:p>
      <w:r>
        <w:t>So they took the half lira from me, and I thought:</w:t>
      </w:r>
    </w:p>
    <w:p>
      <w:r>
        <w:t>"What, what, what did I do? What will be? Tomorrow I will not have anything for Shabbos, what did I give the.."</w:t>
      </w:r>
    </w:p>
    <w:p>
      <w:r>
        <w:t>[But were you drunk at least? Did you drink..?]</w:t>
      </w:r>
    </w:p>
    <w:p>
      <w:r>
        <w:t>Everyone, everyone laughed</w:t>
      </w:r>
    </w:p>
    <w:p>
      <w:r>
        <w:t>[But sh..]</w:t>
      </w:r>
    </w:p>
    <w:p>
      <w:r>
        <w:t>How I took out the check, the half lira</w:t>
      </w:r>
    </w:p>
    <w:p>
      <w:r>
        <w:t>[But did you drink from it?]</w:t>
      </w:r>
    </w:p>
    <w:p>
      <w:r>
        <w:t>"Go buy wine"</w:t>
      </w:r>
    </w:p>
    <w:p>
      <w:r>
        <w:t>[Did you at least drink wine from it?]</w:t>
      </w:r>
    </w:p>
    <w:p>
      <w:r>
        <w:t>Huh?</w:t>
      </w:r>
    </w:p>
    <w:p>
      <w:r>
        <w:t>[Did you drink?]</w:t>
      </w:r>
    </w:p>
    <w:p>
      <w:r>
        <w:t>What? What?</w:t>
      </w:r>
    </w:p>
    <w:p>
      <w:r>
        <w:t>[Did you at least drink from this wine?]</w:t>
      </w:r>
    </w:p>
    <w:p>
      <w:r>
        <w:t>No</w:t>
      </w:r>
    </w:p>
    <w:p>
      <w:r>
        <w:t>[….]</w:t>
      </w:r>
    </w:p>
    <w:p>
      <w:r>
        <w:t>They did not buy, they did not buy, they understood that I was drunk</w:t>
      </w:r>
    </w:p>
    <w:p>
      <w:r>
        <w:t>[Ah..][……………..][……………..][So they returned it to you?]Yes, yes[Ah, I understood][………………….……][……………………….][I just do not know, I want to.. know one thing, Rebbe Yisroel][…………………….][…………………….][Ah..][……………..][……………..][So they returned it to you?]Yes, yes[Ah, I understood][………………….……][……………………….][I just do not know, I want to.. know one thing, Rebbe Yisroel][…………………….][…………………….]I took out half a lira, they were afraid that this was my whole Shabbos, this half lira, so they did not buy</w:t>
      </w:r>
    </w:p>
    <w:p>
      <w:r>
        <w:t>[Ah..]</w:t>
      </w:r>
    </w:p>
    <w:p>
      <w:r>
        <w:t>[……………..]</w:t>
      </w:r>
    </w:p>
    <w:p>
      <w:r>
        <w:t>[……………..]</w:t>
      </w:r>
    </w:p>
    <w:p>
      <w:r>
        <w:t>[So they returned it to you?]</w:t>
      </w:r>
    </w:p>
    <w:p>
      <w:r>
        <w:t>Yes, yes</w:t>
      </w:r>
    </w:p>
    <w:p>
      <w:r>
        <w:t>[Ah, I understood]</w:t>
      </w:r>
    </w:p>
    <w:p>
      <w:r>
        <w:t>[………………….……]</w:t>
      </w:r>
    </w:p>
    <w:p>
      <w:r>
        <w:t>[……………………….]</w:t>
      </w:r>
    </w:p>
    <w:p>
      <w:r>
        <w:t>[I just do not know, I want to.. know one thing, Rebbe Yisroel]</w:t>
      </w:r>
    </w:p>
    <w:p>
      <w:r>
        <w:t>[…………………….]</w:t>
      </w:r>
    </w:p>
    <w:p>
      <w:r>
        <w:t>[…………………….]</w:t>
      </w:r>
    </w:p>
    <w:p>
      <w:r>
        <w:t>[Ah..]</w:t>
      </w:r>
    </w:p>
    <w:p>
      <w:r>
        <w:t>[……………..]</w:t>
      </w:r>
    </w:p>
    <w:p>
      <w:r>
        <w:t>[……………..]</w:t>
      </w:r>
    </w:p>
    <w:p>
      <w:r>
        <w:t>[So they returned it to you?]</w:t>
      </w:r>
    </w:p>
    <w:p>
      <w:r>
        <w:t>Yes, yes</w:t>
      </w:r>
    </w:p>
    <w:p>
      <w:r>
        <w:t>[Ah, I understood]</w:t>
      </w:r>
    </w:p>
    <w:p>
      <w:r>
        <w:t>[………………….……]</w:t>
      </w:r>
    </w:p>
    <w:p>
      <w:r>
        <w:t>[……………………….]</w:t>
      </w:r>
    </w:p>
    <w:p>
      <w:r>
        <w:t>[I just do not know, I want to.. know one thing, Rebbe Yisroel]</w:t>
      </w:r>
    </w:p>
    <w:p>
      <w:r>
        <w:t>[…………………….]</w:t>
      </w:r>
    </w:p>
    <w:p>
      <w:r>
        <w:t>[…………………….]</w:t>
      </w:r>
    </w:p>
    <w:p>
      <w:r>
        <w:t>[No, you are not all right]</w:t>
      </w:r>
    </w:p>
    <w:p>
      <w:r>
        <w:t>We can send millions</w:t>
      </w:r>
    </w:p>
    <w:p>
      <w:r>
        <w:t>[No, you, if you want millions, just take a private plane, it is not honorable..]</w:t>
      </w:r>
    </w:p>
    <w:p>
      <w:r>
        <w:t>{..}</w:t>
      </w:r>
    </w:p>
    <w:p>
      <w:r>
        <w:t>[To travel just like that, it needs to be with a private plane</w:t>
      </w:r>
    </w:p>
    <w:p>
      <w:r>
        <w:t>There you will have a bed, a bed on the plane, you will be able to sleep when you become tired</w:t>
      </w:r>
    </w:p>
    <w:p>
      <w:r>
        <w:t>With food, everything, a "Na Nach Nachma Nachman MeUman" plane landed in Geneva]</w:t>
      </w:r>
    </w:p>
    <w:p>
      <w:r>
        <w:t>[………….]</w:t>
      </w:r>
    </w:p>
    <w:p>
      <w:r>
        <w:t>[……..…..]</w:t>
      </w:r>
    </w:p>
    <w:p>
      <w:r>
        <w:t>["Na Nach Nachma Nachman MeUman" landed in Tokyo, "Na Nach Nachma Nachman MeUman" landed in China]</w:t>
      </w:r>
    </w:p>
    <w:p>
      <w:r>
        <w:t>[And if we are in London?]</w:t>
      </w:r>
    </w:p>
    <w:p>
      <w:r>
        <w:t>[In China, in China, there they study "Sippurei Maasiyos"]</w:t>
      </w:r>
    </w:p>
    <w:p>
      <w:r>
        <w:t>Yes?</w:t>
      </w:r>
    </w:p>
    <w:p>
      <w:r>
        <w:t>[They will have all the..]</w:t>
      </w:r>
    </w:p>
    <w:p>
      <w:r>
        <w:t>They are researching "Sippurei.."</w:t>
      </w:r>
    </w:p>
    <w:p>
      <w:r>
        <w:t>[Yes, yes, we will already research them]</w:t>
      </w:r>
    </w:p>
    <w:p>
      <w:r>
        <w:t>[……………………..]</w:t>
      </w:r>
    </w:p>
    <w:p>
      <w:r>
        <w:t>And also at our university every morning they research the "Sippurei Maasiyos"</w:t>
      </w:r>
    </w:p>
    <w:p>
      <w:r>
        <w:t>[Yes, it was also on television]</w:t>
      </w:r>
    </w:p>
    <w:p>
      <w:r>
        <w:t>Yes?</w:t>
      </w:r>
    </w:p>
    <w:p>
      <w:r>
        <w:t>[Yes, there were three researchers, Alon knows]</w:t>
      </w:r>
    </w:p>
    <w:p>
      <w:r>
        <w:t>[Not on television, on the radio]</w:t>
      </w:r>
    </w:p>
    <w:p>
      <w:r>
        <w:t>[On the radio, on the radio]</w:t>
      </w:r>
    </w:p>
    <w:p>
      <w:r>
        <w:t>On the radio</w:t>
      </w:r>
    </w:p>
    <w:p>
      <w:r>
        <w:t>[…….]</w:t>
      </w:r>
    </w:p>
    <w:p>
      <w:r>
        <w:t>[You also need to be in Australia]</w:t>
      </w:r>
    </w:p>
    <w:p>
      <w:r>
        <w:t>In Australia?</w:t>
      </w:r>
    </w:p>
    <w:p>
      <w:r>
        <w:t>[Yes]</w:t>
      </w:r>
    </w:p>
    <w:p>
      <w:r>
        <w:t>[There it is far..]</w:t>
      </w:r>
    </w:p>
    <w:p>
      <w:r>
        <w:t>Are there, are there rich people there? Are there rich people?</w:t>
      </w:r>
    </w:p>
    <w:p>
      <w:r>
        <w:t>[Yes, but it is best for you to travel to South Africa, Rebbe Yisroel]</w:t>
      </w:r>
    </w:p>
    <w:p>
      <w:r>
        <w:t>Are there rich people in South Africa?</w:t>
      </w:r>
    </w:p>
    <w:p>
      <w:r>
        <w:t>[Now the Blacks..]</w:t>
      </w:r>
    </w:p>
    <w:p>
      <w:r>
        <w:t>Only if there are rich people</w:t>
      </w:r>
    </w:p>
    <w:p>
      <w:r>
        <w:t>[No..]</w:t>
      </w:r>
    </w:p>
    <w:p>
      <w:r>
        <w:t>[Saba, Saba, you did not eat chicken, eat, Saba, here there is a small piece]</w:t>
      </w:r>
    </w:p>
    <w:p>
      <w:r>
        <w:t>[The Jews want to flee from South Africa, the Jews]</w:t>
      </w:r>
    </w:p>
    <w:p>
      <w:r>
        <w:t>What is this? What is this?</w:t>
      </w:r>
    </w:p>
    <w:p>
      <w:r>
        <w:t>[Diamonds]</w:t>
      </w:r>
    </w:p>
    <w:p>
      <w:r>
        <w:t>I do not want</w:t>
      </w:r>
    </w:p>
    <w:p>
      <w:r>
        <w:t>[You do not want to taste?]</w:t>
      </w:r>
    </w:p>
    <w:p>
      <w:r>
        <w:t>[In South Africa there are the best diamonds in the world, the richest]</w:t>
      </w:r>
    </w:p>
    <w:p>
      <w:r>
        <w:t>Yes?</w:t>
      </w:r>
    </w:p>
    <w:p>
      <w:r>
        <w:t>[Now the Jews want to flee from there]</w:t>
      </w:r>
    </w:p>
    <w:p>
      <w:r>
        <w:t>Why?</w:t>
      </w:r>
    </w:p>
    <w:p>
      <w:r>
        <w:t>[The Blacks began to go crazy]</w:t>
      </w:r>
    </w:p>
    <w:p>
      <w:r>
        <w:t>[To run riot]</w:t>
      </w:r>
    </w:p>
    <w:p>
      <w:r>
        <w:t>Huh?</w:t>
      </w:r>
    </w:p>
    <w:p>
      <w:r>
        <w:t>[The Blacks want independence, they began to make wars]</w:t>
      </w:r>
    </w:p>
    <w:p>
      <w:r>
        <w:t>Yes?</w:t>
      </w:r>
    </w:p>
    <w:p>
      <w:r>
        <w:t>[Yes, in South Africa there is the most money, we will travel to South Africa, not to Mexico]</w:t>
      </w:r>
    </w:p>
    <w:p>
      <w:r>
        <w:t>{..}</w:t>
      </w:r>
    </w:p>
    <w:p>
      <w:r>
        <w:t>[Where is it there that all night.., all day day, there is no, no night?]</w:t>
      </w:r>
    </w:p>
    <w:p>
      <w:r>
        <w:t>[But there is a baal teshuvah..]</w:t>
      </w:r>
    </w:p>
    <w:p>
      <w:r>
        <w:t>[At the North Pole]</w:t>
      </w:r>
    </w:p>
    <w:p>
      <w:r>
        <w:t>[Saba, one also needs to reach the North Pole, to the North Pole]</w:t>
      </w:r>
    </w:p>
    <w:p>
      <w:r>
        <w:t>[No, there are no people there, what are you talking about]</w:t>
      </w:r>
    </w:p>
    <w:p>
      <w:r>
        <w:t>[There are Eskimos there..]</w:t>
      </w:r>
    </w:p>
    <w:p>
      <w:r>
        <w:t>[…………..…..]</w:t>
      </w:r>
    </w:p>
    <w:p>
      <w:r>
        <w:t>[…………...….]</w:t>
      </w:r>
    </w:p>
    <w:p>
      <w:r>
        <w:t>[What other, what other..]</w:t>
      </w:r>
    </w:p>
    <w:p>
      <w:r>
        <w:t>[Saba..]</w:t>
      </w:r>
    </w:p>
    <w:p>
      <w:r>
        <w:t>Every time I come to America, then the newspapers write:</w:t>
      </w:r>
    </w:p>
    <w:p>
      <w:r>
        <w:t>"An old man came from Eretz Yisroel, and he wants to meet with Reagan"</w:t>
      </w:r>
    </w:p>
    <w:p>
      <w:r>
        <w:t>[Nu, what will be?]</w:t>
      </w:r>
    </w:p>
    <w:p>
      <w:r>
        <w:t>{..}</w:t>
      </w:r>
    </w:p>
    <w:p>
      <w:r>
        <w:t>[I, I am astonished at you, Rebbe Yisroel..]</w:t>
      </w:r>
    </w:p>
    <w:p>
      <w:r>
        <w:t>[……………]</w:t>
      </w:r>
    </w:p>
    <w:p>
      <w:r>
        <w:t>[Wait, I am astonished at you, Rebbe Yisroel]</w:t>
      </w:r>
    </w:p>
    <w:p>
      <w:r>
        <w:t>Nu</w:t>
      </w:r>
    </w:p>
    <w:p>
      <w:r>
        <w:t>[When you wanted to meet with Begin, you told me: "I am going in to Begin," you went in</w:t>
      </w:r>
    </w:p>
    <w:p>
      <w:r>
        <w:t>What about Reagan? You said "Reagan, Reagan," and you are not succeeding in getting in] Ah..</w:t>
      </w:r>
    </w:p>
    <w:p>
      <w:r>
        <w:t>[…..]</w:t>
      </w:r>
    </w:p>
    <w:p>
      <w:r>
        <w:t>[Do something]</w:t>
      </w:r>
    </w:p>
    <w:p>
      <w:r>
        <w:t>Ah, ah, ah…</w:t>
      </w:r>
    </w:p>
    <w:p>
      <w:r>
        <w:t>...He took out the.. this year</w:t>
      </w:r>
    </w:p>
    <w:p>
      <w:r>
        <w:t>[Who?]</w:t>
      </w:r>
    </w:p>
    <w:p>
      <w:r>
        <w:t>Until he got leprosy</w:t>
      </w:r>
    </w:p>
    <w:p>
      <w:r>
        <w:t>[No, now it is worse]</w:t>
      </w:r>
    </w:p>
    <w:p>
      <w:r>
        <w:t>Begin, Begin</w:t>
      </w:r>
    </w:p>
    <w:p>
      <w:r>
        <w:t>[Now it is worse, from the leprosy it entered his brain, he has now lost his mind]</w:t>
      </w:r>
    </w:p>
    <w:p>
      <w:r>
        <w:t>Yes?</w:t>
      </w:r>
    </w:p>
    <w:p>
      <w:r>
        <w:t>[Yes, Gideon said]</w:t>
      </w:r>
    </w:p>
    <w:p>
      <w:r>
        <w:t>Ah, ah</w:t>
      </w:r>
    </w:p>
    <w:p>
      <w:r>
        <w:t>[He no longer hears, he does not know what is happening with him, "the Barbutal"]</w:t>
      </w:r>
    </w:p>
    <w:p>
      <w:r>
        <w:t>Ah</w:t>
      </w:r>
    </w:p>
    <w:p>
      <w:r>
        <w:t>[He became "the Barbutal”]</w:t>
      </w:r>
    </w:p>
    <w:p>
      <w:r>
        <w:t>[….]</w:t>
      </w:r>
    </w:p>
    <w:p>
      <w:r>
        <w:t>Kadishai, he knows everything</w:t>
      </w:r>
    </w:p>
    <w:p>
      <w:r>
        <w:t>[Yes, certainly]</w:t>
      </w:r>
    </w:p>
    <w:p>
      <w:r>
        <w:t>He knows what a downfall he had</w:t>
      </w:r>
    </w:p>
    <w:p>
      <w:r>
        <w:t>[This is a carcass and this is treifah]</w:t>
      </w:r>
    </w:p>
    <w:p>
      <w:r>
        <w:t>Yes…</w:t>
      </w:r>
    </w:p>
    <w:p>
      <w:r>
        <w:t>...He was by me in Yerushalayim, when I was in Yerushalayim, and I was at Yehonatan's and..</w:t>
      </w:r>
    </w:p>
    <w:p>
      <w:r>
        <w:t>[Yes]</w:t>
      </w:r>
    </w:p>
    <w:p>
      <w:r>
        <w:t>Then there came to me, ah..</w:t>
      </w:r>
    </w:p>
    <w:p>
      <w:r>
        <w:t>[The rabbi]</w:t>
      </w:r>
    </w:p>
    <w:p>
      <w:r>
        <w:t>The head of the rabbis</w:t>
      </w:r>
    </w:p>
    <w:p>
      <w:r>
        <w:t>[From Marseille]</w:t>
      </w:r>
    </w:p>
    <w:p>
      <w:r>
        <w:t>M.. m.. m.. m..</w:t>
      </w:r>
    </w:p>
    <w:p>
      <w:r>
        <w:t>[France]</w:t>
      </w:r>
    </w:p>
    <w:p>
      <w:r>
        <w:t>From Paris, from France, yes</w:t>
      </w:r>
    </w:p>
    <w:p>
      <w:r>
        <w:t>[A friend of Maurice, yes]</w:t>
      </w:r>
    </w:p>
    <w:p>
      <w:r>
        <w:t>The head of the rabbis, yes</w:t>
      </w:r>
    </w:p>
    <w:p>
      <w:r>
        <w:t>[A friend of Maurice]</w:t>
      </w:r>
    </w:p>
    <w:p>
      <w:r>
        <w:t>Yes, he, I told him..</w:t>
      </w:r>
    </w:p>
    <w:p>
      <w:r>
        <w:t>[A million, a million]</w:t>
      </w:r>
    </w:p>
    <w:p>
      <w:r>
        <w:t>[A million, a million, yes]</w:t>
      </w:r>
    </w:p>
    <w:p>
      <w:r>
        <w:t>I told him about Begin</w:t>
      </w:r>
    </w:p>
    <w:p>
      <w:r>
        <w:t>[Yes, yes]</w:t>
      </w:r>
    </w:p>
    <w:p>
      <w:r>
        <w:t>He promised and.. so I, I need to meet with him, I will tell him</w:t>
      </w:r>
    </w:p>
    <w:p>
      <w:r>
        <w:t>So he went, from me he went to Begin, he went to Begin</w:t>
      </w:r>
    </w:p>
    <w:p>
      <w:r>
        <w:t>They told him that he was busy, he, he was occupied today, and it was impossible for him..</w:t>
      </w:r>
    </w:p>
    <w:p>
      <w:r>
        <w:t>[……..]</w:t>
      </w:r>
    </w:p>
    <w:p>
      <w:r>
        <w:t>[……..]</w:t>
      </w:r>
    </w:p>
    <w:p>
      <w:r>
        <w:t>So he told me, Kadishai:</w:t>
      </w:r>
    </w:p>
    <w:p>
      <w:r>
        <w:t>"It is not becoming of a prime minister, he promised and does nothing?"</w:t>
      </w:r>
    </w:p>
    <w:p>
      <w:r>
        <w:t>Yes</w:t>
      </w:r>
    </w:p>
    <w:p>
      <w:r>
        <w:t>[Do not worry, there is Doctor Mister Clark now]</w:t>
      </w:r>
    </w:p>
    <w:p>
      <w:r>
        <w:t>So Kadishai told him:</w:t>
      </w:r>
    </w:p>
    <w:p>
      <w:r>
        <w:t>"We, we are doing everything.."</w:t>
      </w:r>
    </w:p>
    <w:p>
      <w:r>
        <w:t>[Yes..]</w:t>
      </w:r>
    </w:p>
    <w:p>
      <w:r>
        <w:t>{...}</w:t>
      </w:r>
    </w:p>
    <w:p>
      <w:r>
        <w:t>[We are doing everything for..]</w:t>
      </w:r>
    </w:p>
    <w:p>
      <w:r>
        <w:t>For donations</w:t>
      </w:r>
    </w:p>
    <w:p>
      <w:r>
        <w:t>[In order to take the people of Yisroel to..]</w:t>
      </w:r>
    </w:p>
    <w:p>
      <w:r>
        <w:t>[…….]</w:t>
      </w:r>
    </w:p>
    <w:p>
      <w:r>
        <w:t>[Shamir is..]</w:t>
      </w:r>
    </w:p>
    <w:p>
      <w:r>
        <w:t>Oh..</w:t>
      </w:r>
    </w:p>
    <w:p>
      <w:r>
        <w:t>[They do everything for the chair, in order to remain "sewn" to the chair]</w:t>
      </w:r>
    </w:p>
    <w:p>
      <w:r>
        <w:t>[Shamir, everything depends on him, he..]</w:t>
      </w:r>
    </w:p>
    <w:p>
      <w:r>
        <w:t>[…………]</w:t>
      </w:r>
    </w:p>
    <w:p>
      <w:r>
        <w:t>[“The same lady with a change of splendor"]</w:t>
      </w:r>
    </w:p>
    <w:p>
      <w:r>
        <w:t>["Shamir – who converts”]</w:t>
      </w:r>
    </w:p>
    <w:p>
      <w:r>
        <w:t>[Avraham Natan sings:</w:t>
      </w:r>
    </w:p>
    <w:p>
      <w:r>
        <w:t>"Na Na-ch Nachma Nachman MeUman.." will drive the whole world crazy, will drive the whole world crazy..]</w:t>
      </w:r>
    </w:p>
    <w:p>
      <w:r>
        <w:t>[This note will drive the whole world crazy, Saba, "Give the note, give the note"]</w:t>
      </w:r>
    </w:p>
    <w:p>
      <w:r>
        <w:t>"Give the Petek"</w:t>
      </w:r>
    </w:p>
    <w:p>
      <w:r>
        <w:t>[The main thing is, how much are you selling it for?]</w:t>
      </w:r>
    </w:p>
    <w:p>
      <w:r>
        <w:t>"It is dangerous, it can drive the whole world insane"</w:t>
      </w:r>
    </w:p>
    <w:p>
      <w:r>
        <w:t>[Who?]</w:t>
      </w:r>
    </w:p>
    <w:p>
      <w:r>
        <w:t>[The Petek]</w:t>
      </w:r>
    </w:p>
    <w:p>
      <w:r>
        <w:t>This is the Petek, "Give the Petek"</w:t>
      </w:r>
    </w:p>
    <w:p>
      <w:r>
        <w:t>[It will drive insane, it will drive insane]</w:t>
      </w:r>
    </w:p>
    <w:p>
      <w:r>
        <w:t>So I said to him: "I do not remember where I gave it"</w:t>
      </w:r>
    </w:p>
    <w:p>
      <w:r>
        <w:t>So he said: "Good, you do not remember, we will search"</w:t>
      </w:r>
    </w:p>
    <w:p>
      <w:r>
        <w:t>[…]</w:t>
      </w:r>
    </w:p>
    <w:p>
      <w:r>
        <w:t>So he said to the soldiers: "Search well everywhere"</w:t>
      </w:r>
    </w:p>
    <w:p>
      <w:r>
        <w:t>Fear fell upon me, "What..</w:t>
      </w:r>
    </w:p>
    <w:p>
      <w:r>
        <w:t>[What..]</w:t>
      </w:r>
    </w:p>
    <w:p>
      <w:r>
        <w:t>What will be? Perhaps they will find the Petek"</w:t>
      </w:r>
    </w:p>
    <w:p>
      <w:r>
        <w:t>["The time of redemption is very near" "The time of redemption is very near"</w:t>
      </w:r>
    </w:p>
    <w:p>
      <w:r>
        <w:t>Why did fear fall upon you? Did you forget? "The time of redemption is very near"]</w:t>
      </w:r>
    </w:p>
    <w:p>
      <w:r>
        <w:t>This was perhaps.. before the incident of, of the officer</w:t>
      </w:r>
    </w:p>
    <w:p>
      <w:r>
        <w:t>[Saba, do you remember Yitzchak Eizik? They said you were a very rich man]</w:t>
      </w:r>
    </w:p>
    <w:p>
      <w:r>
        <w:t>{..}</w:t>
      </w:r>
    </w:p>
    <w:p>
      <w:r>
        <w:t>[This is a very rich man]</w:t>
      </w:r>
    </w:p>
    <w:p>
      <w:r>
        <w:t>Yo, Yitzchak Eizik, everyone who saw me walking—I am walking with, with this tourist</w:t>
      </w:r>
    </w:p>
    <w:p>
      <w:r>
        <w:t>With such a suitcase, and he walked like an English lord; I walked with him in the market and we came to print</w:t>
      </w:r>
    </w:p>
    <w:p>
      <w:r>
        <w:t>[They said that now you would be the owner of two bakeries, not one bakery]</w:t>
      </w:r>
    </w:p>
    <w:p>
      <w:r>
        <w:t>Everyone said: "Ho, Yisroel Ber, Yisroel Ber no longer has worries about livelihood"</w:t>
      </w:r>
    </w:p>
    <w:p>
      <w:r>
        <w:t>[He will now have a new bakery]</w:t>
      </w:r>
    </w:p>
    <w:p>
      <w:r>
        <w:t>Yes</w:t>
      </w:r>
    </w:p>
    <w:p>
      <w:r>
        <w:t>[He will have a new bakery]</w:t>
      </w:r>
    </w:p>
    <w:p>
      <w:r>
        <w:t>"He, he found such a tourist, and he is so rich, he already, and he is together with him always</w:t>
      </w:r>
    </w:p>
    <w:p>
      <w:r>
        <w:t>"So does he have worries? Worries about livelihood?"</w:t>
      </w:r>
    </w:p>
    <w:p>
      <w:r>
        <w:t>[………]</w:t>
      </w:r>
    </w:p>
    <w:p>
      <w:r>
        <w:t>[Oy, oy, oy..]</w:t>
      </w:r>
    </w:p>
    <w:p>
      <w:r>
        <w:t>Oy</w:t>
      </w:r>
    </w:p>
    <w:p>
      <w:r>
        <w:t>[Oy, oy, oy..]</w:t>
      </w:r>
    </w:p>
    <w:p>
      <w:r>
        <w:t>[……..]</w:t>
      </w:r>
    </w:p>
    <w:p>
      <w:r>
        <w:t>[Oy..]</w:t>
      </w:r>
    </w:p>
    <w:p>
      <w:r>
        <w:t>[Very soon Mashiach will come..]</w:t>
      </w:r>
    </w:p>
    <w:p>
      <w:r>
        <w:t>["Na Naḥ Naḥma Naḥman of Uman"]</w:t>
      </w:r>
    </w:p>
    <w:p>
      <w:r>
        <w:t>And this tourist ate at my home on Shabbos, and we made dances and joy, yes</w:t>
      </w:r>
    </w:p>
    <w:p>
      <w:r>
        <w:t>And he danced with me, and Shmuel my son-in-law was also {...}</w:t>
      </w:r>
    </w:p>
    <w:p>
      <w:r>
        <w:t>He saw how the Dutch young man does such dances, yes</w:t>
      </w:r>
    </w:p>
    <w:p>
      <w:r>
        <w:t>[Yes, I heard that he took revenge through this, he took revenge on the evil inclination</w:t>
      </w:r>
    </w:p>
    <w:p>
      <w:r>
        <w:t>He took the most beautiful one, a great beauty in Yerushalayim]</w:t>
      </w:r>
    </w:p>
    <w:p>
      <w:r>
        <w:t>Yes</w:t>
      </w:r>
    </w:p>
    <w:p>
      <w:r>
        <w:t>[The greatest beauty]</w:t>
      </w:r>
    </w:p>
    <w:p>
      <w:r>
        <w:t>The greatest beauty</w:t>
      </w:r>
    </w:p>
    <w:p>
      <w:r>
        <w:t>"I will show you what a great beauty is, I will show you"</w:t>
      </w:r>
    </w:p>
    <w:p>
      <w:r>
        <w:t>[The ugliest one there is in the world]</w:t>
      </w:r>
    </w:p>
    <w:p>
      <w:r>
        <w:t>[Yes?]</w:t>
      </w:r>
    </w:p>
    <w:p>
      <w:r>
        <w:t>[Yes, {took revenge} on the Evil One, "I will show you what it is.."</w:t>
      </w:r>
    </w:p>
    <w:p>
      <w:r>
        <w:t>The ugliest one, that just by looking at her you faint]</w:t>
      </w:r>
    </w:p>
    <w:p>
      <w:r>
        <w:t>[…….…..]</w:t>
      </w:r>
    </w:p>
    <w:p>
      <w:r>
        <w:t>[………...]</w:t>
      </w:r>
    </w:p>
    <w:p>
      <w:r>
        <w:t>He said to him: "You want a great beauty, I will give you a great beauty, do not worry"</w:t>
      </w:r>
    </w:p>
    <w:p>
      <w:r>
        <w:t>[…………]</w:t>
      </w:r>
    </w:p>
    <w:p>
      <w:r>
        <w:t>[…………]</w:t>
      </w:r>
    </w:p>
    <w:p>
      <w:r>
        <w:t>He was with me on {….}, he, did you not see him? Who, who saw him?</w:t>
      </w:r>
    </w:p>
    <w:p>
      <w:r>
        <w:t>[Alon saw him]</w:t>
      </w:r>
    </w:p>
    <w:p>
      <w:r>
        <w:t>[I..]</w:t>
      </w:r>
    </w:p>
    <w:p>
      <w:r>
        <w:t>Alon, Alon</w:t>
      </w:r>
    </w:p>
    <w:p>
      <w:r>
        <w:t>[He was here, he was here, he was here]</w:t>
      </w:r>
    </w:p>
    <w:p>
      <w:r>
        <w:t>Yes, then Sharon too, no?</w:t>
      </w:r>
    </w:p>
    <w:p>
      <w:r>
        <w:t>[I saw..]</w:t>
      </w:r>
    </w:p>
    <w:p>
      <w:r>
        <w:t>{…}</w:t>
      </w:r>
    </w:p>
    <w:p>
      <w:r>
        <w:t>[I saw him]</w:t>
      </w:r>
    </w:p>
    <w:p>
      <w:r>
        <w:t>You were there at the time when he was..</w:t>
      </w:r>
    </w:p>
    <w:p>
      <w:r>
        <w:t>[Is his wife still alive?]</w:t>
      </w:r>
    </w:p>
    <w:p>
      <w:r>
        <w:t>[…………...]</w:t>
      </w:r>
    </w:p>
    <w:p>
      <w:r>
        <w:t>To this day he is happy that he merited to.. to.. draw close to Rabbainu</w:t>
      </w:r>
    </w:p>
    <w:p>
      <w:r>
        <w:t>He remembers well, I was with him in {north} Tel Aviv, in his apartment every night until midnight</w:t>
      </w:r>
    </w:p>
    <w:p>
      <w:r>
        <w:t>Until the last bus, and we went out of the house</w:t>
      </w:r>
    </w:p>
    <w:p>
      <w:r>
        <w:t>[Where did you live?]</w:t>
      </w:r>
    </w:p>
    <w:p>
      <w:r>
        <w:t>{For a walk}, huh?</w:t>
      </w:r>
    </w:p>
    <w:p>
      <w:r>
        <w:t>[Did you live in Tel Aviv or in Yerushalayim?]</w:t>
      </w:r>
    </w:p>
    <w:p>
      <w:r>
        <w:t>Yes, in Tel Aviv, in Tel Aviv</w:t>
      </w:r>
    </w:p>
    <w:p>
      <w:r>
        <w:t>I had four, four buses to travel</w:t>
      </w:r>
    </w:p>
    <w:p>
      <w:r>
        <w:t>[Single, double, triple, quadruple]</w:t>
      </w:r>
    </w:p>
    <w:p>
      <w:r>
        <w:t>{..}</w:t>
      </w:r>
    </w:p>
    <w:p>
      <w:r>
        <w:t>[Saba, and you did not have with what..]</w:t>
      </w:r>
    </w:p>
    <w:p>
      <w:r>
        <w:t>{….}, I did not have money for expenses, I said:</w:t>
      </w:r>
    </w:p>
    <w:p>
      <w:r>
        <w:t>"If I mention money to him, he will think that I, that I am doing business off him"</w:t>
      </w:r>
    </w:p>
    <w:p>
      <w:r>
        <w:t>Money must not be mentioned {to them}</w:t>
      </w:r>
    </w:p>
    <w:p>
      <w:r>
        <w:t>[It was nearby, on Dizengoff]</w:t>
      </w:r>
    </w:p>
    <w:p>
      <w:r>
        <w:t>I conducted myself with him wisely</w:t>
      </w:r>
    </w:p>
    <w:p>
      <w:r>
        <w:t>[On Dizengoff]</w:t>
      </w:r>
    </w:p>
    <w:p>
      <w:r>
        <w:t>I did not tell him that I needed money</w:t>
      </w:r>
    </w:p>
    <w:p>
      <w:r>
        <w:t>[Where did he live? On Dizengoff?]</w:t>
      </w:r>
    </w:p>
    <w:p>
      <w:r>
        <w:t>On Dizengoff, on Dizengoff</w:t>
      </w:r>
    </w:p>
    <w:p>
      <w:r>
        <w:t>[On Dizengoff?]</w:t>
      </w:r>
    </w:p>
    <w:p>
      <w:r>
        <w:t>Yes, oh, oh</w:t>
      </w:r>
    </w:p>
    <w:p>
      <w:r>
        <w:t>[What year was this? What year?]</w:t>
      </w:r>
    </w:p>
    <w:p>
      <w:r>
        <w:t>5711</w:t>
      </w:r>
    </w:p>
    <w:p>
      <w:r>
        <w:t>[Before Shazar?]</w:t>
      </w:r>
    </w:p>
    <w:p>
      <w:r>
        <w:t>Huh? What?!</w:t>
      </w:r>
    </w:p>
    <w:p>
      <w:r>
        <w:t>[1951]</w:t>
      </w:r>
    </w:p>
    <w:p>
      <w:r>
        <w:t>You were not yet born</w:t>
      </w:r>
    </w:p>
    <w:p>
      <w:r>
        <w:t>[1951]</w:t>
      </w:r>
    </w:p>
    <w:p>
      <w:r>
        <w:t>[When you were not yet born]</w:t>
      </w:r>
    </w:p>
    <w:p>
      <w:r>
        <w:t>[When you shouted there "Na Na-ch"]</w:t>
      </w:r>
    </w:p>
    <w:p>
      <w:r>
        <w:t>5711</w:t>
      </w:r>
    </w:p>
    <w:p>
      <w:r>
        <w:t>[You shouted there "Na Na-ch"]</w:t>
      </w:r>
    </w:p>
    <w:p>
      <w:r>
        <w:t>{..}</w:t>
      </w:r>
    </w:p>
    <w:p>
      <w:r>
        <w:t>[And you woke up all of Dizengoff, were there people then on Dizengoff at that time?]</w:t>
      </w:r>
    </w:p>
    <w:p>
      <w:r>
        <w:t>{..}</w:t>
      </w:r>
    </w:p>
    <w:p>
      <w:r>
        <w:t>[Were there people there?]</w:t>
      </w:r>
    </w:p>
    <w:p>
      <w:r>
        <w:t>[They said that he used to pray on the roof, they said that he used to pray on the roof]</w:t>
      </w:r>
    </w:p>
    <w:p>
      <w:r>
        <w:t>Oh..</w:t>
      </w:r>
    </w:p>
    <w:p>
      <w:r>
        <w:t>And I strolled with him in Tel Aviv</w:t>
      </w:r>
    </w:p>
    <w:p>
      <w:r>
        <w:t>[Yes]</w:t>
      </w:r>
    </w:p>
    <w:p>
      <w:r>
        <w:t>On Allenby, and..</w:t>
      </w:r>
    </w:p>
    <w:p>
      <w:r>
        <w:t>[Dizengoff]</w:t>
      </w:r>
    </w:p>
    <w:p>
      <w:r>
        <w:t>And in the finest restaurants, yes</w:t>
      </w:r>
    </w:p>
    <w:p>
      <w:r>
        <w:t>[Saba, there is watermelon]</w:t>
      </w:r>
    </w:p>
    <w:p>
      <w:r>
        <w:t>And I looked at myself like a madman:</w:t>
      </w:r>
    </w:p>
    <w:p>
      <w:r>
        <w:t>[Why did you go strolling with him?]</w:t>
      </w:r>
    </w:p>
    <w:p>
      <w:r>
        <w:t>"What are you doing? What is this with you?</w:t>
      </w:r>
    </w:p>
    <w:p>
      <w:r>
        <w:t>[Did you enter a restaurant?]</w:t>
      </w:r>
    </w:p>
    <w:p>
      <w:r>
        <w:t>Are you crazy?</w:t>
      </w:r>
    </w:p>
    <w:p>
      <w:r>
        <w:t>[Did you enter a restaurant?]</w:t>
      </w:r>
    </w:p>
    <w:p>
      <w:r>
        <w:t>[Wait, wait, wait..]</w:t>
      </w:r>
    </w:p>
    <w:p>
      <w:r>
        <w:t>You enter, you enter such a Gehinnom?</w:t>
      </w:r>
    </w:p>
    <w:p>
      <w:r>
        <w:t>[Did you enter a restaurant?]</w:t>
      </w:r>
    </w:p>
    <w:p>
      <w:r>
        <w:t>Until midnight.."</w:t>
      </w:r>
    </w:p>
    <w:p>
      <w:r>
        <w:t>[Did you enter a restaurant?]</w:t>
      </w:r>
    </w:p>
    <w:p>
      <w:r>
        <w:t>This is crazy</w:t>
      </w:r>
    </w:p>
    <w:p>
      <w:r>
        <w:t>[Did you enter a restaurant with him?]</w:t>
      </w:r>
    </w:p>
    <w:p>
      <w:r>
        <w:t>Yes</w:t>
      </w:r>
    </w:p>
    <w:p>
      <w:r>
        <w:t>[Did you eat?]</w:t>
      </w:r>
    </w:p>
    <w:p>
      <w:r>
        <w:t>I did not eat, but he, he ate</w:t>
      </w:r>
    </w:p>
    <w:p>
      <w:r>
        <w:t>[Ah, he ate, and what about you?]</w:t>
      </w:r>
    </w:p>
    <w:p>
      <w:r>
        <w:t>He wanted me to eat, but I told him: "I do not eat in a restaurant, enough</w:t>
      </w:r>
    </w:p>
    <w:p>
      <w:r>
        <w:t>[He entered restaurants with him]</w:t>
      </w:r>
    </w:p>
    <w:p>
      <w:r>
        <w:t>It costs dearly, I am stingy, I do not"</w:t>
      </w:r>
    </w:p>
    <w:p>
      <w:r>
        <w:t>[He entered, and he ate, Yitzchak Isaac ate</w:t>
      </w:r>
    </w:p>
    <w:p>
      <w:r>
        <w:t>So he said: "What, you are not eating?"</w:t>
      </w:r>
    </w:p>
    <w:p>
      <w:r>
        <w:t>"No, it costs dearly, I am stingy"]</w:t>
      </w:r>
    </w:p>
    <w:p>
      <w:r>
        <w:t>Ah, ah..</w:t>
      </w:r>
    </w:p>
    <w:p>
      <w:r>
        <w:t>[What? Did he not tell you that he would pay for you?]</w:t>
      </w:r>
    </w:p>
    <w:p>
      <w:r>
        <w:t>But he danced with me on Friday night, he danced with me</w:t>
      </w:r>
    </w:p>
    <w:p>
      <w:r>
        <w:t>Shmuel my son-in-law was, was in the house, he became nullified</w:t>
      </w:r>
    </w:p>
    <w:p>
      <w:r>
        <w:t>"What is this? He, he found a Dutch young man and he..{...}"</w:t>
      </w:r>
    </w:p>
    <w:p>
      <w:r>
        <w:t>[Gideon told me that you went up onto his roof and shouted shouts over all of Tel Aviv</w:t>
      </w:r>
    </w:p>
    <w:p>
      <w:r>
        <w:t>You woke all of Tel Aviv from sleep]</w:t>
      </w:r>
    </w:p>
    <w:p>
      <w:r>
        <w:t>I do not remember</w:t>
      </w:r>
    </w:p>
    <w:p>
      <w:r>
        <w:t>[He forgot about Tel Aviv]</w:t>
      </w:r>
    </w:p>
    <w:p>
      <w:r>
        <w:t>[You woke all of Tel Aviv from sleep]</w:t>
      </w:r>
    </w:p>
    <w:p>
      <w:r>
        <w:t>Oh.. oh.. oh..</w:t>
      </w:r>
    </w:p>
    <w:p>
      <w:r>
        <w:t>He had a name there in.. "the English lord" in Yerushalayim</w:t>
      </w:r>
    </w:p>
    <w:p>
      <w:r>
        <w:t>[Like Leizer]</w:t>
      </w:r>
    </w:p>
    <w:p>
      <w:r>
        <w:t>And in Tel Aviv he had a name among my family - "the Dutch young man"</w:t>
      </w:r>
    </w:p>
    <w:p>
      <w:r>
        <w:t>[He would eat only in restaurants, what is this? Does he have no food at home?]</w:t>
      </w:r>
    </w:p>
    <w:p>
      <w:r>
        <w:t>He {..} was a guest with me at Chava's, at, in Hotel Shefer, yes</w:t>
      </w:r>
    </w:p>
    <w:p>
      <w:r>
        <w:t>[……]</w:t>
      </w:r>
    </w:p>
    <w:p>
      <w:r>
        <w:t>[He took the stone all the way to Meron with self-sacrifice {like this on the bus}</w:t>
      </w:r>
    </w:p>
    <w:p>
      <w:r>
        <w:t>What obstacles he had]</w:t>
      </w:r>
    </w:p>
    <w:p>
      <w:r>
        <w:t>I had a "Likutey Tefilos," I gave it to him, and I was left without the "Likutey Tefilos"</w:t>
      </w:r>
    </w:p>
    <w:p>
      <w:r>
        <w:t>[Saba]</w:t>
      </w:r>
    </w:p>
    <w:p>
      <w:r>
        <w:t>I gave it to him</w:t>
      </w:r>
    </w:p>
    <w:p>
      <w:r>
        <w:t>[What about the clock? The clock, the clock..]</w:t>
      </w:r>
    </w:p>
    <w:p>
      <w:r>
        <w:t>["Na Na-ch"]</w:t>
      </w:r>
    </w:p>
    <w:p>
      <w:r>
        <w:t>[The big clock? Th..]</w:t>
      </w:r>
    </w:p>
    <w:p>
      <w:r>
        <w:t>Oh..</w:t>
      </w:r>
    </w:p>
    <w:p>
      <w:r>
        <w:t>[Wait, wait, everything slowly]</w:t>
      </w:r>
    </w:p>
    <w:p>
      <w:r>
        <w:t>["Na Na-ch"]</w:t>
      </w:r>
    </w:p>
    <w:p>
      <w:r>
        <w:t>[Already with an abundance of light, look at it with an abundance of light]</w:t>
      </w:r>
    </w:p>
    <w:p>
      <w:r>
        <w:t>[………]</w:t>
      </w:r>
    </w:p>
    <w:p>
      <w:r>
        <w:t>Ah..</w:t>
      </w:r>
    </w:p>
    <w:p>
      <w:r>
        <w:t>[So what did you do without..]</w:t>
      </w:r>
    </w:p>
    <w:p>
      <w:r>
        <w:t>I did not feel well</w:t>
      </w:r>
    </w:p>
    <w:p>
      <w:r>
        <w:t>[When?]</w:t>
      </w:r>
    </w:p>
    <w:p>
      <w:r>
        <w:t>I could not get up at midnight</w:t>
      </w:r>
    </w:p>
    <w:p>
      <w:r>
        <w:t>[.…]</w:t>
      </w:r>
    </w:p>
    <w:p>
      <w:r>
        <w:t>What will be the ultimate end of me?</w:t>
      </w:r>
    </w:p>
    <w:p>
      <w:r>
        <w:t>So I went in Teveria, I went to.. in the market, there was a clock there</w:t>
      </w:r>
    </w:p>
    <w:p>
      <w:r>
        <w:t>Then I heard that how.. there is a clock that wakes well</w:t>
      </w:r>
    </w:p>
    <w:p>
      <w:r>
        <w:t>So, so it is good for me, but I have no money, what, what, what, what?</w:t>
      </w:r>
    </w:p>
    <w:p>
      <w:r>
        <w:t>Nu, but first of all I went in to see the clock, "I need a {clock}"</w:t>
      </w:r>
    </w:p>
    <w:p>
      <w:r>
        <w:t>Then I went in and was startled</w:t>
      </w:r>
    </w:p>
    <w:p>
      <w:r>
        <w:t>Such a clock, which awakens every five moments, with such sounds, this.. yes</w:t>
      </w:r>
    </w:p>
    <w:p>
      <w:r>
        <w:t>So I said: "I need this clock"</w:t>
      </w:r>
    </w:p>
    <w:p>
      <w:r>
        <w:t>Then I said to.. in the store:</w:t>
      </w:r>
    </w:p>
    <w:p>
      <w:r>
        <w:t>"I need this clock, but I will pay you, now I have no money, I will pay you"</w:t>
      </w:r>
    </w:p>
    <w:p>
      <w:r>
        <w:t>[In another two years]</w:t>
      </w:r>
    </w:p>
    <w:p>
      <w:r>
        <w:t>He, he, but he believed me, he understood that I would not rob {from him} the clock</w:t>
      </w:r>
    </w:p>
    <w:p>
      <w:r>
        <w:t>"So take, take the clock"</w:t>
      </w:r>
    </w:p>
    <w:p>
      <w:r>
        <w:t>[Did you pay him?]</w:t>
      </w:r>
    </w:p>
    <w:p>
      <w:r>
        <w:t>Shoyn, no, on account, on the account</w:t>
      </w:r>
    </w:p>
    <w:p>
      <w:r>
        <w:t>In short, I came home with great joy</w:t>
      </w:r>
    </w:p>
    <w:p>
      <w:r>
        <w:t>"I have such a clock that will wake me at midnight"</w:t>
      </w:r>
    </w:p>
    <w:p>
      <w:r>
        <w:t>It arrived, the time of midnight arrived, and the clock was, was waking me</w:t>
      </w:r>
    </w:p>
    <w:p>
      <w:r>
        <w:t>And the more it wakes me, I want, I wanted to sleep more</w:t>
      </w:r>
    </w:p>
    <w:p>
      <w:r>
        <w:t>So I did not get up, I did not get up, I said:</w:t>
      </w:r>
    </w:p>
    <w:p>
      <w:r>
        <w:t>"He is meshuggeneh, you have such a clock, and you do not get up at midnight? What is with you? What will become of you?"</w:t>
      </w:r>
    </w:p>
    <w:p>
      <w:r>
        <w:t>[..]</w:t>
      </w:r>
    </w:p>
    <w:p>
      <w:r>
        <w:t>So I said:</w:t>
      </w:r>
    </w:p>
    <w:p>
      <w:r>
        <w:t>"No, the clock is not enough, I will buy two canisters, two canisters of kerosene</w:t>
      </w:r>
    </w:p>
    <w:p>
      <w:r>
        <w:t>And I will stand, and I will stand the clock on the canisters, then there will be such a sound"</w:t>
      </w:r>
    </w:p>
    <w:p>
      <w:r>
        <w:t>[Awakening]</w:t>
      </w:r>
    </w:p>
    <w:p>
      <w:r>
        <w:t>So I bought two canisters, and I put the clock on the canisters</w:t>
      </w:r>
    </w:p>
    <w:p>
      <w:r>
        <w:t>And it.. the more it woke me, I wanted to sleep {….} and not hear anything</w:t>
      </w:r>
    </w:p>
    <w:p>
      <w:r>
        <w:t>The sleep was so sweet, {...}</w:t>
      </w:r>
    </w:p>
    <w:p>
      <w:r>
        <w:t>This is the clock, my clock, of midnight</w:t>
      </w:r>
    </w:p>
    <w:p>
      <w:r>
        <w:t>[...]</w:t>
      </w:r>
    </w:p>
    <w:p>
      <w:r>
        <w:t>Like this, like this..</w:t>
      </w:r>
    </w:p>
    <w:p>
      <w:r>
        <w:t>[Rebbe Yisroel?]</w:t>
      </w:r>
    </w:p>
    <w:p>
      <w:r>
        <w:t>Huh?</w:t>
      </w:r>
    </w:p>
    <w:p>
      <w:r>
        <w:t>[How was it with the first automobile that came to Teveria?]</w:t>
      </w:r>
    </w:p>
    <w:p>
      <w:r>
        <w:t>Huh?</w:t>
      </w:r>
    </w:p>
    <w:p>
      <w:r>
        <w:t>[You told me that everyone was frightened, they saw an automobile]</w:t>
      </w:r>
    </w:p>
    <w:p>
      <w:r>
        <w:t>They said:</w:t>
      </w:r>
    </w:p>
    <w:p>
      <w:r>
        <w:t>"That such a bus had come from England, that it runs at such speed, over mountains and over hills, it runs" then the whole city came to see this wonder, then they saw that he came down the steps, from the hotel, and entered [the driver?]</w:t>
      </w:r>
    </w:p>
    <w:p>
      <w:r>
        <w:t>Yes, the owner, the householder, the owner of the vehicle, and he began, he began to..</w:t>
      </w:r>
    </w:p>
    <w:p>
      <w:r>
        <w:t>[Start]</w:t>
      </w:r>
    </w:p>
    <w:p>
      <w:r>
        <w:t>To wake it up, to go</w:t>
      </w:r>
    </w:p>
    <w:p>
      <w:r>
        <w:t>Then they heard th.. that it was beginning to go, so they were all frightened:</w:t>
      </w:r>
    </w:p>
    <w:p>
      <w:r>
        <w:t>"It will {go down}, it will go, it goes everywhere</w:t>
      </w:r>
    </w:p>
    <w:p>
      <w:r>
        <w:t>[Yes]</w:t>
      </w:r>
    </w:p>
    <w:p>
      <w:r>
        <w:t>It has no eyes, what will be?"</w:t>
      </w:r>
    </w:p>
    <w:p>
      <w:r>
        <w:t>And there was such a flight</w:t>
      </w:r>
    </w:p>
    <w:p>
      <w:r>
        <w:t>[…]</w:t>
      </w:r>
    </w:p>
    <w:p>
      <w:r>
        <w:t>Everyone fled, "who.., that it should not go up"</w:t>
      </w:r>
    </w:p>
    <w:p>
      <w:r>
        <w:t>[Not a single person remained in Teveria, all of Teveria fled</w:t>
      </w:r>
    </w:p>
    <w:p>
      <w:r>
        <w:t>"It has no eyes, it has no poor people," already all of Teveria fled]</w:t>
      </w:r>
    </w:p>
    <w:p>
      <w:r>
        <w:t>I was also among, inside the city</w:t>
      </w:r>
    </w:p>
    <w:p>
      <w:r>
        <w:t>[Those who fled]</w:t>
      </w:r>
    </w:p>
    <w:p>
      <w:r>
        <w:t>Among the crowd</w:t>
      </w:r>
    </w:p>
    <w:p>
      <w:r>
        <w:t>[Yes]</w:t>
      </w:r>
    </w:p>
    <w:p>
      <w:r>
        <w:t>To see the wonder of the vehicle</w:t>
      </w:r>
    </w:p>
    <w:p>
      <w:r>
        <w:t>[Yes]</w:t>
      </w:r>
    </w:p>
    <w:p>
      <w:r>
        <w:t>Only when it began to sing, then, then they said:</w:t>
      </w:r>
    </w:p>
    <w:p>
      <w:r>
        <w:t>"Now it is already going, what will we do? {….}"</w:t>
      </w:r>
    </w:p>
    <w:p>
      <w:r>
        <w:t>["It will run us over," everyone fled?]</w:t>
      </w:r>
    </w:p>
    <w:p>
      <w:r>
        <w:t>Yes, nu, nu, there was such a flight</w:t>
      </w:r>
    </w:p>
    <w:p>
      <w:r>
        <w:t>[……...]</w:t>
      </w:r>
    </w:p>
    <w:p>
      <w:r>
        <w:t>And also..</w:t>
      </w:r>
    </w:p>
    <w:p>
      <w:r>
        <w:t>[….]</w:t>
      </w:r>
    </w:p>
    <w:p>
      <w:r>
        <w:t>I saw for the first time a madman, a mad Englishman</w:t>
      </w:r>
    </w:p>
    <w:p>
      <w:r>
        <w:t>[What is it?]</w:t>
      </w:r>
    </w:p>
    <w:p>
      <w:r>
        <w:t>I was walking to the yeshivah, downstairs then it was..</w:t>
      </w:r>
    </w:p>
    <w:p>
      <w:r>
        <w:t>[An office]</w:t>
      </w:r>
    </w:p>
    <w:p>
      <w:r>
        <w:t>A restaurant of m"Chamei Teveria," a restaurant</w:t>
      </w:r>
    </w:p>
    <w:p>
      <w:r>
        <w:t>And there was the office of the English</w:t>
      </w:r>
    </w:p>
    <w:p>
      <w:r>
        <w:t>When they came, conquered Teveria, their office was there</w:t>
      </w:r>
    </w:p>
    <w:p>
      <w:r>
        <w:t>[Ah, they conquered the Turks]</w:t>
      </w:r>
    </w:p>
    <w:p>
      <w:r>
        <w:t>Yes, huh?</w:t>
      </w:r>
    </w:p>
    <w:p>
      <w:r>
        <w:t>[At the time they conquered the Turks?]</w:t>
      </w:r>
    </w:p>
    <w:p>
      <w:r>
        <w:t>Yes, yes</w:t>
      </w:r>
    </w:p>
    <w:p>
      <w:r>
        <w:t>[Yes]</w:t>
      </w:r>
    </w:p>
    <w:p>
      <w:r>
        <w:t>So I am walking to the yeshivah, and I see in the office that one Englishman is mad</w:t>
      </w:r>
    </w:p>
    <w:p>
      <w:r>
        <w:t>He is holding some, some piece, piece of iron beside his ear, he is talking, he is laughing</w:t>
      </w:r>
    </w:p>
    <w:p>
      <w:r>
        <w:t>"What is this? Is he mad? With whom is he talking?</w:t>
      </w:r>
    </w:p>
    <w:p>
      <w:r>
        <w:t>He is laughing and he is talking like {….}"</w:t>
      </w:r>
    </w:p>
    <w:p>
      <w:r>
        <w:t>I said: "He, he is such a madman"</w:t>
      </w:r>
    </w:p>
    <w:p>
      <w:r>
        <w:t>[……….]</w:t>
      </w:r>
    </w:p>
    <w:p>
      <w:r>
        <w:t>[……….]</w:t>
      </w:r>
    </w:p>
    <w:p>
      <w:r>
        <w:t>I had heard that there is a telegraph, but I had not heard that there is a telephone</w:t>
      </w:r>
    </w:p>
    <w:p>
      <w:r>
        <w:t>So he, he is holding a piece of iron and he is talking to it and laughing</w:t>
      </w:r>
    </w:p>
    <w:p>
      <w:r>
        <w:t>"What is this? What kind of madman is this? With whom is he talking? There is no one"</w:t>
      </w:r>
    </w:p>
    <w:p>
      <w:r>
        <w:t>[……….]</w:t>
      </w:r>
    </w:p>
    <w:p>
      <w:r>
        <w:t>[Saba, it is like a Breslover]</w:t>
      </w:r>
    </w:p>
    <w:p>
      <w:r>
        <w:t>[Like a Breslover, to whom is he talking? With whom is he talking?]</w:t>
      </w:r>
    </w:p>
    <w:p>
      <w:r>
        <w:t>[Making a telephone call]</w:t>
      </w:r>
    </w:p>
    <w:p>
      <w:r>
        <w:t>[With whom is this madman talking?]</w:t>
      </w:r>
    </w:p>
    <w:p>
      <w:r>
        <w:t>Once the relative came from Paris, from France, from Paris</w:t>
      </w:r>
    </w:p>
    <w:p>
      <w:r>
        <w:t>[Yes, yes, yes]</w:t>
      </w:r>
    </w:p>
    <w:p>
      <w:r>
        <w:t>And there were Turks, by me, by us there were the Turks</w:t>
      </w:r>
    </w:p>
    <w:p>
      <w:r>
        <w:t>So a female relative tells my mother:</w:t>
      </w:r>
    </w:p>
    <w:p>
      <w:r>
        <w:t>"By us in Paris there is, there is a refrigerator that makes the ice and we do not need to buy it"</w:t>
      </w:r>
    </w:p>
    <w:p>
      <w:r>
        <w:t>I know, I went to buy ice, there was a large factory with many workers</w:t>
      </w:r>
    </w:p>
    <w:p>
      <w:r>
        <w:t>"How is it possible?"</w:t>
      </w:r>
    </w:p>
    <w:p>
      <w:r>
        <w:t>Nu, I asked her</w:t>
      </w:r>
    </w:p>
    <w:p>
      <w:r>
        <w:t>"How..?</w:t>
      </w:r>
    </w:p>
    <w:p>
      <w:r>
        <w:t>[…….]</w:t>
      </w:r>
    </w:p>
    <w:p>
      <w:r>
        <w:t>The ice factory is large with workers</w:t>
      </w:r>
    </w:p>
    <w:p>
      <w:r>
        <w:t>And a small refrigerator, how does it make ice {for you}?"</w:t>
      </w:r>
    </w:p>
    <w:p>
      <w:r>
        <w:t>[…...]</w:t>
      </w:r>
    </w:p>
    <w:p>
      <w:r>
        <w:t>So she said to me:</w:t>
      </w:r>
    </w:p>
    <w:p>
      <w:r>
        <w:t>"Do not be amazed, in my home there is such a refrigerator, I have..</w:t>
      </w:r>
    </w:p>
    <w:p>
      <w:r>
        <w:t>[…]</w:t>
      </w:r>
    </w:p>
    <w:p>
      <w:r>
        <w:t>Such a refrigerator in my home," yes</w:t>
      </w:r>
    </w:p>
    <w:p>
      <w:r>
        <w:t>[…...]</w:t>
      </w:r>
    </w:p>
    <w:p>
      <w:r>
        <w:t>I did not want to believe such a thing</w:t>
      </w:r>
    </w:p>
    <w:p>
      <w:r>
        <w:t>[Fine, if they had told you, if they had told you in the time of the Turks that there would be a state..]</w:t>
      </w:r>
    </w:p>
    <w:p>
      <w:r>
        <w:t>[With airplanes]</w:t>
      </w:r>
    </w:p>
    <w:p>
      <w:r>
        <w:t>[With airplanes, with tanks, you would have said: "What madmen, are you normal?"</w:t>
      </w:r>
    </w:p>
    <w:p>
      <w:r>
        <w:t>If they had told you then that there would be a state with tanks and with airplanes</w:t>
      </w:r>
    </w:p>
    <w:p>
      <w:r>
        <w:t>You would have said: "Did you fall from the moon? Go back to the moon, what are you talking about?"]</w:t>
      </w:r>
    </w:p>
    <w:p>
      <w:r>
        <w:t>If they had told me seventy years ago that Breslov would have an existence after seventy years, then I would have said:</w:t>
      </w:r>
    </w:p>
    <w:p>
      <w:r>
        <w:t>"They are mad, they do not know what they are talking about"</w:t>
      </w:r>
    </w:p>
    <w:p>
      <w:r>
        <w:t>How is such a thing possible? How? There was fear of touching a Breslov book</w:t>
      </w:r>
    </w:p>
    <w:p>
      <w:r>
        <w:t>[Not the book, the table, the table, the table]</w:t>
      </w:r>
    </w:p>
    <w:p>
      <w:r>
        <w:t>The table</w:t>
      </w:r>
    </w:p>
    <w:p>
      <w:r>
        <w:t>["Stringent ones"]</w:t>
      </w:r>
    </w:p>
    <w:p>
      <w:r>
        <w:t>There were great "stringent ones" who did not want to touch, no, no, only not to touch a book</w:t>
      </w:r>
    </w:p>
    <w:p>
      <w:r>
        <w:t>Even the table on which the book rested, they did not want to touch</w:t>
      </w:r>
    </w:p>
    <w:p>
      <w:r>
        <w:t>That was, he was a great "stringent one"</w:t>
      </w:r>
    </w:p>
    <w:p>
      <w:r>
        <w:t>[….]</w:t>
      </w:r>
    </w:p>
    <w:p>
      <w:r>
        <w:t>Nu, and now they buy, buy the computer {to print}, nu</w:t>
      </w:r>
    </w:p>
    <w:p>
      <w:r>
        <w:t>I said:</w:t>
      </w:r>
    </w:p>
    <w:p>
      <w:r>
        <w:t>"Fine, this is the entire Redemption, but how will the Redemption come? If they do not want to touch a Breslov book</w:t>
      </w:r>
    </w:p>
    <w:p>
      <w:r>
        <w:t>[...]</w:t>
      </w:r>
    </w:p>
    <w:p>
      <w:r>
        <w:t>How will the Redemption be? What will be? What will be?"</w:t>
      </w:r>
    </w:p>
    <w:p>
      <w:r>
        <w:t>["What will be?"]</w:t>
      </w:r>
    </w:p>
    <w:p>
      <w:r>
        <w:t>So now I am alive and I see that everyone is ashamed</w:t>
      </w:r>
    </w:p>
    <w:p>
      <w:r>
        <w:t>[They want Breslov]</w:t>
      </w:r>
    </w:p>
    <w:p>
      <w:r>
        <w:t>Breslov is..</w:t>
      </w:r>
    </w:p>
    <w:p>
      <w:r>
        <w:t>[Only Breslov]</w:t>
      </w:r>
    </w:p>
    <w:p>
      <w:r>
        <w:t>The more time passes</w:t>
      </w:r>
    </w:p>
    <w:p>
      <w:r>
        <w:t>[Only Breslov]</w:t>
      </w:r>
    </w:p>
    <w:p>
      <w:r>
        <w:t>More important and more.. yes</w:t>
      </w:r>
    </w:p>
    <w:p>
      <w:r>
        <w:t>It goes and grows</w:t>
      </w:r>
    </w:p>
    <w:p>
      <w:r>
        <w:t>[What? It is only beginning]</w:t>
      </w:r>
    </w:p>
    <w:p>
      <w:r>
        <w:t>[…….]</w:t>
      </w:r>
    </w:p>
    <w:p>
      <w:r>
        <w:t>They print and buy, yes</w:t>
      </w:r>
    </w:p>
    <w:p>
      <w:r>
        <w:t>[It is fashion, Saba, it is fashion today, Breslov, only Breslov]</w:t>
      </w:r>
    </w:p>
    <w:p>
      <w:r>
        <w:t>[There will be a new Shas]</w:t>
      </w:r>
    </w:p>
    <w:p>
      <w:r>
        <w:t>[It is a new fashion]</w:t>
      </w:r>
    </w:p>
    <w:p>
      <w:r>
        <w:t>It was hard for me:</w:t>
      </w:r>
    </w:p>
    <w:p>
      <w:r>
        <w:t>"Master of the world, when will it be, how will the Redemption be? They do not want to touch Breslov books and not..</w:t>
      </w:r>
    </w:p>
    <w:p>
      <w:r>
        <w:t>And it is impossible to obtain them and they do not print and not.., how will the Redemption be?"</w:t>
      </w:r>
    </w:p>
    <w:p>
      <w:r>
        <w:t>[…………….]</w:t>
      </w:r>
    </w:p>
    <w:p>
      <w:r>
        <w:t>[….………...]</w:t>
      </w:r>
    </w:p>
    <w:p>
      <w:r>
        <w:t>And Rebbe Yisroel had an excellent place, Meron was the Garden of Eden for him, the Garden of Eden</w:t>
      </w:r>
    </w:p>
    <w:p>
      <w:r>
        <w:t>Nu, he left Meron and left Tzfas and left the family</w:t>
      </w:r>
    </w:p>
    <w:p>
      <w:r>
        <w:t>He has one thing, "Yisroel Ber, in Teveria there is one whose name is Yisroel Ber," yes</w:t>
      </w:r>
    </w:p>
    <w:p>
      <w:r>
        <w:t>There, that is his place now</w:t>
      </w:r>
    </w:p>
    <w:p>
      <w:r>
        <w:t>And I said to him, the first night when he bought the bread and ate by us</w:t>
      </w:r>
    </w:p>
    <w:p>
      <w:r>
        <w:t>I said to him:</w:t>
      </w:r>
    </w:p>
    <w:p>
      <w:r>
        <w:t>"This is from Heaven, they sent you to me</w:t>
      </w:r>
    </w:p>
    <w:p>
      <w:r>
        <w:t>I am undergoing wars, harsh wars, I need someone to guide me</w:t>
      </w:r>
    </w:p>
    <w:p>
      <w:r>
        <w:t>I warn you, I ask you not to leave me!"</w:t>
      </w:r>
    </w:p>
    <w:p>
      <w:r>
        <w:t>[Was that Rebbe Yisroel (Kardonner)?]</w:t>
      </w:r>
    </w:p>
    <w:p>
      <w:r>
        <w:t>What is this? Is this sweet?</w:t>
      </w:r>
    </w:p>
    <w:p>
      <w:r>
        <w:t>[Yes]</w:t>
      </w:r>
    </w:p>
    <w:p>
      <w:r>
        <w:t>[No]</w:t>
      </w:r>
    </w:p>
    <w:p>
      <w:r>
        <w:t>Not sweet?</w:t>
      </w:r>
    </w:p>
    <w:p>
      <w:r>
        <w:t>[It is the end of the season]</w:t>
      </w:r>
    </w:p>
    <w:p>
      <w:r>
        <w:t>Oh.. oh.. oh.. oh..</w:t>
      </w:r>
    </w:p>
    <w:p>
      <w:r>
        <w:t>[Amen]</w:t>
      </w:r>
    </w:p>
    <w:p>
      <w:r>
        <w:t>Oy, oy, oy, the body wants to eat</w:t>
      </w:r>
    </w:p>
    <w:p>
      <w:r>
        <w:t>[Only to eat?]</w:t>
      </w:r>
    </w:p>
    <w:p>
      <w:r>
        <w:t>Afterward to sleep</w:t>
      </w:r>
    </w:p>
    <w:p>
      <w:r>
        <w:t>[Only to sleep?]</w:t>
      </w:r>
    </w:p>
    <w:p>
      <w:r>
        <w:t>Yes, and I no longer have a clock, the clock is gone</w:t>
      </w:r>
    </w:p>
    <w:p>
      <w:r>
        <w:t>What will be?</w:t>
      </w:r>
    </w:p>
    <w:p>
      <w:r>
        <w:t>But I heard that in the kibbutz of..</w:t>
      </w:r>
    </w:p>
    <w:p>
      <w:r>
        <w:t>[Of Sharon]</w:t>
      </w:r>
    </w:p>
    <w:p>
      <w:r>
        <w:t>Of Sharon</w:t>
      </w:r>
    </w:p>
    <w:p>
      <w:r>
        <w:t>[There is a special clock]</w:t>
      </w:r>
    </w:p>
    <w:p>
      <w:r>
        <w:t>There is a clock better than mine, yes</w:t>
      </w:r>
    </w:p>
    <w:p>
      <w:r>
        <w:t>[Is this not dairy?]</w:t>
      </w:r>
    </w:p>
    <w:p>
      <w:r>
        <w:t>[No, it is pareve]</w:t>
      </w:r>
    </w:p>
    <w:p>
      <w:r>
        <w:t>[Sure?]</w:t>
      </w:r>
    </w:p>
    <w:p>
      <w:r>
        <w:t>[Sure]</w:t>
      </w:r>
    </w:p>
    <w:p>
      <w:r>
        <w:t>[………..]</w:t>
      </w:r>
    </w:p>
    <w:p>
      <w:r>
        <w:t>[…..in his speaking]</w:t>
      </w:r>
    </w:p>
    <w:p>
      <w:r>
        <w:t>{..}</w:t>
      </w:r>
    </w:p>
    <w:p>
      <w:r>
        <w:t>[I do not understand anything, how will he make human beings out of all the animals? I do not understand]</w:t>
      </w:r>
    </w:p>
    <w:p>
      <w:r>
        <w:t>Yes, just as it was difficult for me, just as it was difficult for me:</w:t>
      </w:r>
    </w:p>
    <w:p>
      <w:r>
        <w:t>“What, what, what? How will the Redemption come about?</w:t>
      </w:r>
    </w:p>
    <w:p>
      <w:r>
        <w:t>Then there are no books to buy; even if there is some book, they are afraid not, not to touch it</w:t>
      </w:r>
    </w:p>
    <w:p>
      <w:r>
        <w:t>Perhaps they will suspect him of leaning toward Breslov</w:t>
      </w:r>
    </w:p>
    <w:p>
      <w:r>
        <w:t>And how will the Redemption come about? What?”, yes</w:t>
      </w:r>
    </w:p>
    <w:p>
      <w:r>
        <w:t>[…...]</w:t>
      </w:r>
    </w:p>
    <w:p>
      <w:r>
        <w:t>But I did not despair; I, I had great yearning, and as, as my heart tells me:</w:t>
      </w:r>
    </w:p>
    <w:p>
      <w:r>
        <w:t>“No, no, the time will come, will come”</w:t>
      </w:r>
    </w:p>
    <w:p>
      <w:r>
        <w:t>[Surely]</w:t>
      </w:r>
    </w:p>
    <w:p>
      <w:r>
        <w:t>Surely</w:t>
      </w:r>
    </w:p>
    <w:p>
      <w:r>
        <w:t>[“Na Nach Nachma Nachman MeUman”]</w:t>
      </w:r>
    </w:p>
    <w:p>
      <w:r>
        <w:t>And now we are sitting in Bnei Brak in the sukkah and speaking such words</w:t>
      </w:r>
    </w:p>
    <w:p>
      <w:r>
        <w:t>That this is a sweetening for the whole world, for all Bnei Brak, for all Yerushalayim, for all the Land of Israel, for the whole world</w:t>
      </w:r>
    </w:p>
    <w:p>
      <w:r>
        <w:t>Every word that is spoken of the holy Rabbainu is a great sweetening for the whole world</w:t>
      </w:r>
    </w:p>
    <w:p>
      <w:r>
        <w:t>[But the world still does not know anything]</w:t>
      </w:r>
    </w:p>
    <w:p>
      <w:r>
        <w:t>Nu, it still does not know, but it will know, will know, the truth, it..</w:t>
      </w:r>
    </w:p>
    <w:p>
      <w:r>
        <w:t>[“And every creature will know,” do not worry..]</w:t>
      </w:r>
    </w:p>
    <w:p>
      <w:r>
        <w:t>The truth is not nullified; the truth becomes stronger every day</w:t>
      </w:r>
    </w:p>
    <w:p>
      <w:r>
        <w:t>[……….]</w:t>
      </w:r>
    </w:p>
    <w:p>
      <w:r>
        <w:t>[…..…..]</w:t>
      </w:r>
    </w:p>
    <w:p>
      <w:r>
        <w:t>[Saba and the friends shout: Ho..</w:t>
      </w:r>
    </w:p>
    <w:p>
      <w:r>
        <w:t>And afterward they shout: “Na Nach Nachma Nachman MeUman”]</w:t>
      </w:r>
    </w:p>
    <w:p>
      <w:r>
        <w:t>[Not like that, not like that, not like that, not like that, not like that]</w:t>
      </w:r>
    </w:p>
    <w:p>
      <w:r>
        <w:t>Not like that?</w:t>
      </w:r>
    </w:p>
    <w:p>
      <w:r>
        <w:t>[No, summer has passed, harvest is over..]</w:t>
      </w:r>
    </w:p>
    <w:p>
      <w:r>
        <w:t>[Saba and the friends sing:</w:t>
      </w:r>
    </w:p>
    <w:p>
      <w:r>
        <w:t>“Harvest has passed, summer is over, and we have not been saved..”]...</w:t>
      </w:r>
    </w:p>
    <w:p>
      <w:r>
        <w:br w:type="page"/>
      </w:r>
    </w:p>
    <w:p>
      <w:pPr>
        <w:pStyle w:val="Heading1"/>
      </w:pPr>
      <w:r>
        <w:t>Tape 20</w:t>
      </w:r>
    </w:p>
    <w:p>
      <w:pPr>
        <w:pStyle w:val="Heading2"/>
      </w:pPr>
      <w:r>
        <w:t>Side A (Aleph)</w:t>
      </w:r>
    </w:p>
    <w:p>
      <w:r>
        <w:t>...[Saba and the friends sing with Dagan:</w:t>
      </w:r>
    </w:p>
    <w:p>
      <w:r>
        <w:t>“This song tells of a Jew who has a message for every person</w:t>
      </w:r>
    </w:p>
    <w:p>
      <w:r>
        <w:t>This song tells of a Jew who sings “Na Nach Nachma Nachman MeUman”</w:t>
      </w:r>
    </w:p>
    <w:p>
      <w:r>
        <w:t>Who sings “Na Nach Nachma Nachman MeUman”</w:t>
      </w:r>
    </w:p>
    <w:p>
      <w:r>
        <w:t>Years ago, in a narrow room in Teveria, he was very sad</w:t>
      </w:r>
    </w:p>
    <w:p>
      <w:r>
        <w:t>Then he went over to the bookcase, took himself a book, and in the book found a note</w:t>
      </w:r>
    </w:p>
    <w:p>
      <w:r>
        <w:t>Written on it was “Na Nach Nachma Nachman MeUman”</w:t>
      </w:r>
    </w:p>
    <w:p>
      <w:r>
        <w:t>Written on it was “Na Nach Nachma Nachman MeUman”</w:t>
      </w:r>
    </w:p>
    <w:p>
      <w:r>
        <w:t>Rabbainu, Rebbe Nachman, sent it to illuminate our souls in distress</w:t>
      </w:r>
    </w:p>
    <w:p>
      <w:r>
        <w:t>And in order to hasten our Redemption</w:t>
      </w:r>
    </w:p>
    <w:p>
      <w:r>
        <w:t>We will sing “Na Nach Nachma Nachman MeUman”</w:t>
      </w:r>
    </w:p>
    <w:p>
      <w:r>
        <w:t>We will sing “Na Nach Nachma Nachman MeUman”</w:t>
      </w:r>
    </w:p>
    <w:p>
      <w:r>
        <w:t>We will sing “Na Nach Nachma Nachman MeUman”</w:t>
      </w:r>
    </w:p>
    <w:p>
      <w:r>
        <w:t>“Na Nach Nachma Nachman MeUman”]</w:t>
      </w:r>
    </w:p>
    <w:p>
      <w:r>
        <w:t>[The people of Breslov Chassidus are here with us; we have felt it already from the beginning of the program, and at their head is Rebbe Yisroel Dov Odesser. A good week and joyous festivals, Rabbi Yisroel</w:t>
      </w:r>
    </w:p>
    <w:p>
      <w:r>
        <w:t>Rabbi Yisroel, we heard them singing here “Na Na Na Nachman MeUman”</w:t>
      </w:r>
    </w:p>
    <w:p>
      <w:r>
        <w:t>How did this inscription reach you? What does it symbolize..?]</w:t>
      </w:r>
    </w:p>
    <w:p>
      <w:r>
        <w:t>This inscription is from the letter that I received sixty-three years ago</w:t>
      </w:r>
    </w:p>
    <w:p>
      <w:r>
        <w:t>From the holy Rabbainu, Rebbe Nachman of Breslov, and such a signature</w:t>
      </w:r>
    </w:p>
    <w:p>
      <w:r>
        <w:t>And we sing it, play it, and as is written in the signature</w:t>
      </w:r>
    </w:p>
    <w:p>
      <w:r>
        <w:t>[Yes]</w:t>
      </w:r>
    </w:p>
    <w:p>
      <w:r>
        <w:t>{And the truth is, that I that he} understands, and he</w:t>
      </w:r>
    </w:p>
    <w:p>
      <w:r>
        <w:t>Understands one thing from within another, he can…</w:t>
      </w:r>
    </w:p>
    <w:p>
      <w:r>
        <w:t>...and this, that it is such a signature</w:t>
      </w:r>
    </w:p>
    <w:p>
      <w:r>
        <w:t>[Yes]</w:t>
      </w:r>
    </w:p>
    <w:p>
      <w:r>
        <w:t>That is written here from Rabbainu, Rebbe Nachman</w:t>
      </w:r>
    </w:p>
    <w:p>
      <w:r>
        <w:t>[Yes]</w:t>
      </w:r>
    </w:p>
    <w:p>
      <w:r>
        <w:t>There still had not been {since the creation of the..}.., since the creation of the world</w:t>
      </w:r>
    </w:p>
    <w:p>
      <w:r>
        <w:t>Never had any tzaddik signed in {p.. tz.., b.. b.. b.. b..} such a style</w:t>
      </w:r>
    </w:p>
    <w:p>
      <w:r>
        <w:t>'Simple, double, triple, quadruple'—this is “Na Nach Nachma Nachman MeUman”</w:t>
      </w:r>
    </w:p>
    <w:p>
      <w:r>
        <w:t>'MeUman'—the world knows from 'Breslov'</w:t>
      </w:r>
    </w:p>
    <w:p>
      <w:r>
        <w:t>But he si.. si.. signed here {on} with the signature 'MeUman', because he dwells in Uman</w:t>
      </w:r>
    </w:p>
    <w:p>
      <w:r>
        <w:t>[Ah, ah..]</w:t>
      </w:r>
    </w:p>
    <w:p>
      <w:r>
        <w:t>In the city of Uman in Russia</w:t>
      </w:r>
    </w:p>
    <w:p>
      <w:r>
        <w:t>[Yes, and you believe that it reached you by way of a miracle sixty-three years ago..?]</w:t>
      </w:r>
    </w:p>
    <w:p>
      <w:r>
        <w:t>By way of a miracle clothed in the natural way</w:t>
      </w:r>
    </w:p>
    <w:p>
      <w:r>
        <w:t>[Yes]</w:t>
      </w:r>
    </w:p>
    <w:p>
      <w:r>
        <w:t>I found a piece of paper</w:t>
      </w:r>
    </w:p>
    <w:p>
      <w:r>
        <w:t>[Yes]</w:t>
      </w:r>
    </w:p>
    <w:p>
      <w:r>
        <w:t>In a book; I was very ill, and everyone was opponents</w:t>
      </w:r>
    </w:p>
    <w:p>
      <w:r>
        <w:t>Everyone, the entire city of Teveria</w:t>
      </w:r>
    </w:p>
    <w:p>
      <w:r>
        <w:t>[Yes]</w:t>
      </w:r>
    </w:p>
    <w:p>
      <w:r>
        <w:t>Were opponents, and they said:</w:t>
      </w:r>
    </w:p>
    <w:p>
      <w:r>
        <w:t>“The end of Breslov Chassidim is that they become crazy”</w:t>
      </w:r>
    </w:p>
    <w:p>
      <w:r>
        <w:t>I was mentally ill and I was very depressed</w:t>
      </w:r>
    </w:p>
    <w:p>
      <w:r>
        <w:t>And I had, there was, and it was impossible to look at my face because of the magnitude of the fear</w:t>
      </w:r>
    </w:p>
    <w:p>
      <w:r>
        <w:t>Because.. and everyone who saw me fell into sadness</w:t>
      </w:r>
    </w:p>
    <w:p>
      <w:r>
        <w:t>Nu, and I prayed, I had hisbodedus, I prayed to Hashem that He should heal me</w:t>
      </w:r>
    </w:p>
    <w:p>
      <w:r>
        <w:t>So that they would not be able to, why should they say, why should the opponents say:</w:t>
      </w:r>
    </w:p>
    <w:p>
      <w:r>
        <w:t>“Where, where.., and Chassi.., Breslov Chassidim are like that”</w:t>
      </w:r>
    </w:p>
    <w:p>
      <w:r>
        <w:t>That they should disgrace Breslov Chassidim? I am causing the disgrace, I am causing this; that He should heal me</w:t>
      </w:r>
    </w:p>
    <w:p>
      <w:r>
        <w:t>[..]</w:t>
      </w:r>
    </w:p>
    <w:p>
      <w:r>
        <w:t>And then I cried, I prayed, and afterward it entered my mind, as though someone entered inside my mind and said to me: “Go into your room and open the bookcase..” it was, that was closed</w:t>
      </w:r>
    </w:p>
    <w:p>
      <w:r>
        <w:t>“Open the bookcase and take in your hand a book from the bookcase, whatever book it is</w:t>
      </w:r>
    </w:p>
    <w:p>
      <w:r>
        <w:t>And open it wherever it opens, and there you will find a remedy, healing for your soul”</w:t>
      </w:r>
    </w:p>
    <w:p>
      <w:r>
        <w:t>[And this is the remedy, this note?]</w:t>
      </w:r>
    </w:p>
    <w:p>
      <w:r>
        <w:t>Yes</w:t>
      </w:r>
    </w:p>
    <w:p>
      <w:r>
        <w:t>And I did so; I entered the room and took out a book and opened it</w:t>
      </w:r>
    </w:p>
    <w:p>
      <w:r>
        <w:t>And this piece of paper was there inside the book</w:t>
      </w:r>
    </w:p>
    <w:p>
      <w:r>
        <w:t>[Yes]</w:t>
      </w:r>
    </w:p>
    <w:p>
      <w:r>
        <w:t>But I did not pay attention to the paper, “What will come from paper? From paper I will have healing?”</w:t>
      </w:r>
    </w:p>
    <w:p>
      <w:r>
        <w:t>[Yes]</w:t>
      </w:r>
    </w:p>
    <w:p>
      <w:r>
        <w:t>No, no..</w:t>
      </w:r>
    </w:p>
    <w:p>
      <w:r>
        <w:t>[Ah..]</w:t>
      </w:r>
    </w:p>
    <w:p>
      <w:r>
        <w:t>I paid attention to it, I wanted to throw it away, yo</w:t>
      </w:r>
    </w:p>
    <w:p>
      <w:r>
        <w:t>I only read at the place where I opened; I read the Torah novellae of, of Rabbainu, Rebbe Nachman</w:t>
      </w:r>
    </w:p>
    <w:p>
      <w:r>
        <w:t>I read, but this, this {…..}, and it revived me</w:t>
      </w:r>
    </w:p>
    <w:p>
      <w:r>
        <w:t>[Ah, ah, it revived you, yes]</w:t>
      </w:r>
    </w:p>
    <w:p>
      <w:r>
        <w:t>But nevertheless, when I finished, the illness returned as it was, and I saw no, no healing. Before I closed the book to return it, I noticed that there were lines written on the paper. I began to read, I began to read, I began to read, and I read it to the end and entered into such joy that there is no such joy in this world</w:t>
      </w:r>
    </w:p>
    <w:p>
      <w:r>
        <w:t>And from then the illness left entirely throughout, for, for all the days of my life</w:t>
      </w:r>
    </w:p>
    <w:p>
      <w:r>
        <w:t>And this {caused} me life, new life, a life of joy always, all the days of my life</w:t>
      </w:r>
    </w:p>
    <w:p>
      <w:r>
        <w:t>Every time that I, that what passes over me passes over me in body and soul</w:t>
      </w:r>
    </w:p>
    <w:p>
      <w:r>
        <w:t>Then I take the letter and read it, and it is like new to me</w:t>
      </w:r>
    </w:p>
    <w:p>
      <w:r>
        <w:t>And it heals me, and consoles me and heals me from all the illnesses in body and soul</w:t>
      </w:r>
    </w:p>
    <w:p>
      <w:r>
        <w:t>[Ah, ah, and your note]</w:t>
      </w:r>
    </w:p>
    <w:p>
      <w:r>
        <w:t>The note {...} and that is it</w:t>
      </w:r>
    </w:p>
    <w:p>
      <w:r>
        <w:t>[This note is now being publicized by many of your Chassidim who are sitting here with us]</w:t>
      </w:r>
    </w:p>
    <w:p>
      <w:r>
        <w:t>Yes, it was sixty years that I did not publicize it</w:t>
      </w:r>
    </w:p>
    <w:p>
      <w:r>
        <w:t>[You did not publicize it]</w:t>
      </w:r>
    </w:p>
    <w:p>
      <w:r>
        <w:t>No</w:t>
      </w:r>
    </w:p>
    <w:p>
      <w:r>
        <w:t>[And now you are publicizing it]</w:t>
      </w:r>
    </w:p>
    <w:p>
      <w:r>
        <w:t>No, only I, I revived myself with it</w:t>
      </w:r>
    </w:p>
    <w:p>
      <w:r>
        <w:t>[Yes, yes]</w:t>
      </w:r>
    </w:p>
    <w:p>
      <w:r>
        <w:t>Because, because I felt that the world is distant from emunah</w:t>
      </w:r>
    </w:p>
    <w:p>
      <w:r>
        <w:t>They will not believe and they will mock Breslov, so I did not publicize it</w:t>
      </w:r>
    </w:p>
    <w:p>
      <w:r>
        <w:t>[Yes]</w:t>
      </w:r>
    </w:p>
    <w:p>
      <w:r>
        <w:t>And there is, three years ago there is, at the time I received the book.. I received the note in the year 5682</w:t>
      </w:r>
    </w:p>
    <w:p>
      <w:r>
        <w:t>That is exactly sixty-five years, {and this}.., and three years</w:t>
      </w:r>
    </w:p>
    <w:p>
      <w:r>
        <w:t>[...]</w:t>
      </w:r>
    </w:p>
    <w:p>
      <w:r>
        <w:t>For sixty years it was completely secret, and for three years I began to reveal and publicize</w:t>
      </w:r>
    </w:p>
    <w:p>
      <w:r>
        <w:t>Because I said that the wonders of Hashem need to be publicized</w:t>
      </w:r>
    </w:p>
    <w:p>
      <w:r>
        <w:t>That He can perform miracles clothed in the natural way—in a book, opening a book and a piece of paper</w:t>
      </w:r>
    </w:p>
    <w:p>
      <w:r>
        <w:t>But this piece of paper, it is.. yo, it will conquer the whole world</w:t>
      </w:r>
    </w:p>
    <w:p>
      <w:r>
        <w:t>Because all the.. depends on Rabbainu Rebbe Nachman</w:t>
      </w:r>
    </w:p>
    <w:p>
      <w:r>
        <w:t>All the redemption and the rectification of all, of the People of Israel and of the whole world, that is what he said</w:t>
      </w:r>
    </w:p>
    <w:p>
      <w:r>
        <w:t>[Rebbe Yisroel, we now I would like a little…]</w:t>
      </w:r>
    </w:p>
    <w:p>
      <w:r>
        <w:t>{…} And this is such a signature, no, no..</w:t>
      </w:r>
    </w:p>
    <w:p>
      <w:r>
        <w:t>[Yes]</w:t>
      </w:r>
    </w:p>
    <w:p>
      <w:r>
        <w:t>And there is also a sign written, a sign that no human being knew about, only I and Hashem, yes</w:t>
      </w:r>
    </w:p>
    <w:p>
      <w:r>
        <w:t>[Yes, Rebbe Yisroel, with your permission I would like to move over to the chassidim who..</w:t>
      </w:r>
    </w:p>
    <w:p>
      <w:r>
        <w:t>Yours, your chassidim, I would call it]</w:t>
      </w:r>
    </w:p>
    <w:p>
      <w:r>
        <w:t>These, these are not chassidim, these are only, only friends</w:t>
      </w:r>
    </w:p>
    <w:p>
      <w:r>
        <w:t>[Your friends..]</w:t>
      </w:r>
    </w:p>
    <w:p>
      <w:r>
        <w:t>Yes, friends, yes</w:t>
      </w:r>
    </w:p>
    <w:p>
      <w:r>
        <w:t>[Your friends]</w:t>
      </w:r>
    </w:p>
    <w:p>
      <w:r>
        <w:t>Yes</w:t>
      </w:r>
    </w:p>
    <w:p>
      <w:r>
        <w:t>[Who brought you here]</w:t>
      </w:r>
    </w:p>
    <w:p>
      <w:r>
        <w:t>Yes</w:t>
      </w:r>
    </w:p>
    <w:p>
      <w:r>
        <w:t>[Sharon Taltzur and Dovid Goldman and Yoram Dagan]</w:t>
      </w:r>
    </w:p>
    <w:p>
      <w:r>
        <w:t>Yes</w:t>
      </w:r>
    </w:p>
    <w:p>
      <w:r>
        <w:t>[And Fatz Aharon and Chizkiyahu Lubendarg and Avraham Nassan]</w:t>
      </w:r>
    </w:p>
    <w:p>
      <w:r>
        <w:t>Avraham Nassan</w:t>
      </w:r>
    </w:p>
    <w:p>
      <w:r>
        <w:t>[Yes, they are all here with us]</w:t>
      </w:r>
    </w:p>
    <w:p>
      <w:r>
        <w:t>Yes</w:t>
      </w:r>
    </w:p>
    <w:p>
      <w:r>
        <w:t>[And I would like to ask you</w:t>
      </w:r>
    </w:p>
    <w:p>
      <w:r>
        <w:t>What actually brings you to publicize this whole thing, and not only to publicize it</w:t>
      </w:r>
    </w:p>
    <w:p>
      <w:r>
        <w:t>Here you are now bringing Rebbe Yisroel here when it is already a quarter to eleven; a man blessed with years, with Hashem's help until one hundred and twenty, arrives from Ra'anana—what brings you to this?] [We feel that in this note there is a terribly, terribly, terribly important message for the People of Israel</w:t>
      </w:r>
    </w:p>
    <w:p>
      <w:r>
        <w:t>The People of Israel is in a difficult state, a state that it passed through, a terrible Holocaust passed over us</w:t>
      </w:r>
    </w:p>
    <w:p>
      <w:r>
        <w:t>Six million, and more, and more wars, and the People of Israel now needs a remedy</w:t>
      </w:r>
    </w:p>
    <w:p>
      <w:r>
        <w:t>And in this note there is a remedy and such great strengthening in faith that there literally has not been since the days of the world</w:t>
      </w:r>
    </w:p>
    <w:p>
      <w:r>
        <w:t>A strengthening—that from the World of Truth a piece of paper descended in a way that we do not understand, only by way of a miracle</w:t>
      </w:r>
    </w:p>
    <w:p>
      <w:r>
        <w:t>And only by way of faith can we accept it</w:t>
      </w:r>
    </w:p>
    <w:p>
      <w:r>
        <w:t>So we feel that here there is simply a message not only for us, but for everyone</w:t>
      </w:r>
    </w:p>
    <w:p>
      <w:r>
        <w:t>Because of this, Rebbe Yisroel also comes here for the broadcast with tremendous self-sacrifice</w:t>
      </w:r>
    </w:p>
    <w:p>
      <w:r>
        <w:t>At the age of ninety-six, he gives over his..]</w:t>
      </w:r>
    </w:p>
    <w:p>
      <w:r>
        <w:t>{..}</w:t>
      </w:r>
    </w:p>
    <w:p>
      <w:r>
        <w:t>[His soul, and comes here</w:t>
      </w:r>
    </w:p>
    <w:p>
      <w:r>
        <w:t>And this is only because we feel a tremendous obligation on our part</w:t>
      </w:r>
    </w:p>
    <w:p>
      <w:r>
        <w:t>That the People of Israel should know of this awesome secret, which until now was secret, and now needs to be revealed in the world and throughout the Land of Israel, because it can bring salvations in every direction</w:t>
      </w:r>
    </w:p>
    <w:p>
      <w:r>
        <w:t>It can bring salvations for all the soldiers, for everyone who.. whoever is in a time of danger, or in a time of distress</w:t>
      </w:r>
    </w:p>
    <w:p>
      <w:r>
        <w:t>That he should say this name that is in the note, and therefore we came here]</w:t>
      </w:r>
    </w:p>
    <w:p>
      <w:r>
        <w:t>[Likewise, we know that Rebbe Nachman said in the book "Chayey Moharan":</w:t>
      </w:r>
    </w:p>
    <w:p>
      <w:r>
        <w:t>"I wanted to finish in my lifetime and did not manage to because of the immensity of the Satan's provocation</w:t>
      </w:r>
    </w:p>
    <w:p>
      <w:r>
        <w:t>But nevertheless I finished and I will finish, my little fire will burn until Mashiach comes"</w:t>
      </w:r>
    </w:p>
    <w:p>
      <w:r>
        <w:t>Thus he writes in his book, and here he emphasizes, "And concerning you I said, my fire will burn until the coming of Mashiach." Through the student Yisroel Dov, Rebbe Nachman will finish and he will bring the redemption to the People of Israel, and the message is to say his name in a time of distress, because Rebbe Nachman says in "Likutay Moharan": "There is an incantation that can silence gun barrels, and what is the incantation? If not his name</w:t>
      </w:r>
    </w:p>
    <w:p>
      <w:r>
        <w:t>"Na Nach Nachma Nachman MeUman"</w:t>
      </w:r>
    </w:p>
    <w:p>
      <w:r>
        <w:t>We are convinced that if the dear soldiers of the IDF use this name, not one of them will be harmed] [Now, do you also have testimonies that there were miracles following..]</w:t>
      </w:r>
    </w:p>
    <w:p>
      <w:r>
        <w:t>{Yes, yes}</w:t>
      </w:r>
    </w:p>
    <w:p>
      <w:r>
        <w:t>[This note, yes]</w:t>
      </w:r>
    </w:p>
    <w:p>
      <w:r>
        <w:t>[There was a one-and-a-half-year-old girl who was hospitalized at 'Beilinson' Hospital</w:t>
      </w:r>
    </w:p>
    <w:p>
      <w:r>
        <w:t>After her face was burned by a boiling egg, and there was no hope at all; the doctors said:</w:t>
      </w:r>
    </w:p>
    <w:p>
      <w:r>
        <w:t>"Either she will die, or after a year, it is doubtful whether she will recover, whether she will have scars"</w:t>
      </w:r>
    </w:p>
    <w:p>
      <w:r>
        <w:t>And we placed upon her an amulet on which this name is written, "Na’ Na’ch’ Na’ch’ma’ Na’ch’ma’n’ MeUman"</w:t>
      </w:r>
    </w:p>
    <w:p>
      <w:r>
        <w:t>And after one day she opened her eyes, and within a week her face changed completely</w:t>
      </w:r>
    </w:p>
    <w:p>
      <w:r>
        <w:t>And all the scars went away and there was not a single sign of the burn]</w:t>
      </w:r>
    </w:p>
    <w:p>
      <w:r>
        <w:t>[Yes, after you took upon yourselves this matter of publicizing the note</w:t>
      </w:r>
    </w:p>
    <w:p>
      <w:r>
        <w:t>And bringing it to whoever possible, what do you actually do?]</w:t>
      </w:r>
    </w:p>
    <w:p>
      <w:r>
        <w:t>[We are now planning to appear throughout the country</w:t>
      </w:r>
    </w:p>
    <w:p>
      <w:r>
        <w:t>We ask whoever wants to save himself</w:t>
      </w:r>
    </w:p>
    <w:p>
      <w:r>
        <w:t>That they invite us to appearances throughout the country—IDF soldiers, students, and whoever wants</w:t>
      </w:r>
    </w:p>
    <w:p>
      <w:r>
        <w:t>And we are preparing to appear throughout the country and illuminate this light of Rabbainu]</w:t>
      </w:r>
    </w:p>
    <w:p>
      <w:r>
        <w:t>[Yes]</w:t>
      </w:r>
    </w:p>
    <w:p>
      <w:r>
        <w:t>[Likewise, we carried out activities in the United States, and we saw in the United States, in New York</w:t>
      </w:r>
    </w:p>
    <w:p>
      <w:r>
        <w:t>Very great success, both on the radio, and we played the..</w:t>
      </w:r>
    </w:p>
    <w:p>
      <w:r>
        <w:t>Several melodies, and people drew closer through this and wanted..]</w:t>
      </w:r>
    </w:p>
    <w:p>
      <w:r>
        <w:t>[Even, even {….} non-Jews, non-Jews in the United States shouted to us:</w:t>
      </w:r>
    </w:p>
    <w:p>
      <w:r>
        <w:t>"We want to go up to the Land of Israel, this ‘Na Nachman’ is good</w:t>
      </w:r>
    </w:p>
    <w:p>
      <w:r>
        <w:t>And we feel good, bring us more books, we want," non-Jews]</w:t>
      </w:r>
    </w:p>
    <w:p>
      <w:r>
        <w:t>[Yes, now to conclude this conversation of ours, you have already sung several songs</w:t>
      </w:r>
    </w:p>
    <w:p>
      <w:r>
        <w:t>But we know there is one more song from your mouth, Yoram, so please]</w:t>
      </w:r>
    </w:p>
    <w:p>
      <w:r>
        <w:t>[Dagan plays and sings:</w:t>
      </w:r>
    </w:p>
    <w:p>
      <w:r>
        <w:t>"For there is a tzaddik who is the beauty and the splendor and the grace of the entire world</w:t>
      </w:r>
    </w:p>
    <w:p>
      <w:r>
        <w:t>And when this beauty and splendor is revealed in the world, then the eyes of the world are opened..</w:t>
      </w:r>
    </w:p>
    <w:p>
      <w:r>
        <w:t>For when this tzaddik is revealed and publicized in the world, this is the aspect of name..</w:t>
      </w:r>
    </w:p>
    <w:p>
      <w:r>
        <w:t>And within this name, the name of the true tzaddik is clothed, and His blessed Name is joined with it, for His Name is joined with our name</w:t>
      </w:r>
    </w:p>
    <w:p>
      <w:r>
        <w:t>It follows that when the name of the tzaddik is magnified, His blessed Name is magnified</w:t>
      </w:r>
    </w:p>
    <w:p>
      <w:r>
        <w:t>Na Nach Nachma Nachman MeUman"]</w:t>
      </w:r>
    </w:p>
    <w:p>
      <w:r>
        <w:t>["Na Na Nach Nachman MeUman," we too see this as a segulah</w:t>
      </w:r>
    </w:p>
    <w:p>
      <w:r>
        <w:t>Perhaps the redemption will truly come speedily in our days, amen]…</w:t>
      </w:r>
    </w:p>
    <w:p>
      <w:r>
        <w:t>...[We will speak with soldiers, we will go to Lebanon]</w:t>
      </w:r>
    </w:p>
    <w:p>
      <w:r>
        <w:t>Soldiers, with soldiers, where is the captain of Shabbat, my captain</w:t>
      </w:r>
    </w:p>
    <w:p>
      <w:r>
        <w:t>[Here, here, here, here, here..]</w:t>
      </w:r>
    </w:p>
    <w:p>
      <w:r>
        <w:t>{..}</w:t>
      </w:r>
    </w:p>
    <w:p>
      <w:r>
        <w:t>[Here with us, here, here, here he is, we'll bring, we'll bring, it is all right, it is here]</w:t>
      </w:r>
    </w:p>
    <w:p>
      <w:r>
        <w:t>Yes, good, good, good</w:t>
      </w:r>
    </w:p>
    <w:p>
      <w:r>
        <w:t>["Na Nach Nachman," Rebbe Yisroel?]</w:t>
      </w:r>
    </w:p>
    <w:p>
      <w:r>
        <w:t>Nu</w:t>
      </w:r>
    </w:p>
    <w:p>
      <w:r>
        <w:t>[Eli, the mayor of Emanuel, is ready to help us build a printing house in Emanuel] Who is Eli?</w:t>
      </w:r>
    </w:p>
    <w:p>
      <w:r>
        <w:t>[Meirav, Meirav]</w:t>
      </w:r>
    </w:p>
    <w:p>
      <w:r>
        <w:t>Yes?</w:t>
      </w:r>
    </w:p>
    <w:p>
      <w:r>
        <w:t>[Yes, he is completely broken]</w:t>
      </w:r>
    </w:p>
    <w:p>
      <w:r>
        <w:t>{..}</w:t>
      </w:r>
    </w:p>
    <w:p>
      <w:r>
        <w:t>[He said: "I have nothing else in mind, this is the redemption</w:t>
      </w:r>
    </w:p>
    <w:p>
      <w:r>
        <w:t>And I do not care what everyone says, I am ready to go with you"]</w:t>
      </w:r>
    </w:p>
    <w:p>
      <w:r>
        <w:t>With you, with us?</w:t>
      </w:r>
    </w:p>
    <w:p>
      <w:r>
        <w:t>[Yes, yes, that is what he said]</w:t>
      </w:r>
    </w:p>
    <w:p>
      <w:r>
        <w:t>Will he also be in Lebanon now?</w:t>
      </w:r>
    </w:p>
    <w:p>
      <w:r>
        <w:t>[No, he is ready to help us exert influence, he is the mayor</w:t>
      </w:r>
    </w:p>
    <w:p>
      <w:r>
        <w:t>He has great influence, he can raise money and lands, and build]</w:t>
      </w:r>
    </w:p>
    <w:p>
      <w:r>
        <w:t>Yes?</w:t>
      </w:r>
    </w:p>
    <w:p>
      <w:r>
        <w:t>[He is ready to go forward with this matter of a printing house]</w:t>
      </w:r>
    </w:p>
    <w:p>
      <w:r>
        <w:t>Yes?</w:t>
      </w:r>
    </w:p>
    <w:p>
      <w:r>
        <w:t>[He says: "I do not look at what Breslov will say"]</w:t>
      </w:r>
    </w:p>
    <w:p>
      <w:r>
        <w:t>You spoke with him?</w:t>
      </w:r>
    </w:p>
    <w:p>
      <w:r>
        <w:t>[Goldman, Goldman and Sharon]</w:t>
      </w:r>
    </w:p>
    <w:p>
      <w:r>
        <w:t>Goldman and Sharon?</w:t>
      </w:r>
    </w:p>
    <w:p>
      <w:r>
        <w:t>[Yesterday, Goldman and Sharon]</w:t>
      </w:r>
    </w:p>
    <w:p>
      <w:r>
        <w:t>Ah</w:t>
      </w:r>
    </w:p>
    <w:p>
      <w:r>
        <w:t>[He says: "I do not, I am ready not to look at what they will say in Breslov</w:t>
      </w:r>
    </w:p>
    <w:p>
      <w:r>
        <w:t>I am ready to do everything"]</w:t>
      </w:r>
    </w:p>
    <w:p>
      <w:r>
        <w:t>Yes, yes</w:t>
      </w:r>
    </w:p>
    <w:p>
      <w:r>
        <w:t>[Yes]</w:t>
      </w:r>
    </w:p>
    <w:p>
      <w:r>
        <w:t>[He said that?]</w:t>
      </w:r>
    </w:p>
    <w:p>
      <w:r>
        <w:t>[Yes]</w:t>
      </w:r>
    </w:p>
    <w:p>
      <w:r>
        <w:t>What is this?</w:t>
      </w:r>
    </w:p>
    <w:p>
      <w:r>
        <w:t>[This is for the Rebbe]</w:t>
      </w:r>
    </w:p>
    <w:p>
      <w:r>
        <w:t>[……..…]</w:t>
      </w:r>
    </w:p>
    <w:p>
      <w:r>
        <w:t>[…….….]</w:t>
      </w:r>
    </w:p>
    <w:p>
      <w:r>
        <w:t>[Ah, you left it here at four? Rebbe Yisroel]</w:t>
      </w:r>
    </w:p>
    <w:p>
      <w:r>
        <w:t>Yes</w:t>
      </w:r>
    </w:p>
    <w:p>
      <w:r>
        <w:t>[Wonderful that we are {close}]</w:t>
      </w:r>
    </w:p>
    <w:p>
      <w:r>
        <w:t>I told her: "We have a car, I can come to her"</w:t>
      </w:r>
    </w:p>
    <w:p>
      <w:r>
        <w:t>She lives in Rechavia, she, she gave us the address, but I said…</w:t>
      </w:r>
    </w:p>
    <w:p>
      <w:r>
        <w:t>...So at four o’clock she will come, he gave her the address…</w:t>
      </w:r>
    </w:p>
    <w:p>
      <w:r>
        <w:t>...[….]</w:t>
      </w:r>
    </w:p>
    <w:p>
      <w:r>
        <w:t>He is Meirav, this is Meirav..</w:t>
      </w:r>
    </w:p>
    <w:p>
      <w:r>
        <w:t>[…..]</w:t>
      </w:r>
    </w:p>
    <w:p>
      <w:r>
        <w:t>That is a great power</w:t>
      </w:r>
    </w:p>
    <w:p>
      <w:r>
        <w:t>[He is willing]</w:t>
      </w:r>
    </w:p>
    <w:p>
      <w:r>
        <w:t>[Yes]</w:t>
      </w:r>
    </w:p>
    <w:p>
      <w:r>
        <w:t>[He is ready and willing to work for the printing press</w:t>
      </w:r>
    </w:p>
    <w:p>
      <w:r>
        <w:t>We told him that this is an opportunity—in Emanuel we have the possibility of living..</w:t>
      </w:r>
    </w:p>
    <w:p>
      <w:r>
        <w:t>He is willing to help Sharon also move, move house to Emanuel]</w:t>
      </w:r>
    </w:p>
    <w:p>
      <w:r>
        <w:t>Yes?</w:t>
      </w:r>
    </w:p>
    <w:p>
      <w:r>
        <w:t>[Yes]</w:t>
      </w:r>
    </w:p>
    <w:p>
      <w:r>
        <w:t>[What is this?]</w:t>
      </w:r>
    </w:p>
    <w:p>
      <w:r>
        <w:t>How can he help him?</w:t>
      </w:r>
    </w:p>
    <w:p>
      <w:r>
        <w:t>[He is the mayor, he is the mayor, the mayor can do everything]</w:t>
      </w:r>
    </w:p>
    <w:p>
      <w:r>
        <w:t>[……]</w:t>
      </w:r>
    </w:p>
    <w:p>
      <w:r>
        <w:t>[He has great influence]</w:t>
      </w:r>
    </w:p>
    <w:p>
      <w:r>
        <w:t>[.…..]</w:t>
      </w:r>
    </w:p>
    <w:p>
      <w:r>
        <w:t>Ah, (not understood)</w:t>
      </w:r>
    </w:p>
    <w:p>
      <w:r>
        <w:t>[…..]</w:t>
      </w:r>
    </w:p>
    <w:p>
      <w:r>
        <w:t>[He will also be, Dan, Dan is the one who was..]...</w:t>
      </w:r>
    </w:p>
    <w:p>
      <w:r>
        <w:t>...[Goldman is working on it now]</w:t>
      </w:r>
    </w:p>
    <w:p>
      <w:r>
        <w:t>Goldman</w:t>
      </w:r>
    </w:p>
    <w:p>
      <w:r>
        <w:t>[To prepare Meirav, Binder, to prepare everything]</w:t>
      </w:r>
    </w:p>
    <w:p>
      <w:r>
        <w:t>Yes, Goldman</w:t>
      </w:r>
    </w:p>
    <w:p>
      <w:r>
        <w:t>[He is working on it now]</w:t>
      </w:r>
    </w:p>
    <w:p>
      <w:r>
        <w:t>Nu, let him also take with him the, Dan</w:t>
      </w:r>
    </w:p>
    <w:p>
      <w:r>
        <w:t>[He, he wants to arrange a meeting with Shostak]</w:t>
      </w:r>
    </w:p>
    <w:p>
      <w:r>
        <w:t>Yes?</w:t>
      </w:r>
    </w:p>
    <w:p>
      <w:r>
        <w:t>[To arrange a meeting and bring everyone</w:t>
      </w:r>
    </w:p>
    <w:p>
      <w:r>
        <w:t>Both Dan and Eli to the meeting with Shostak, so that Shostak will see]</w:t>
      </w:r>
    </w:p>
    <w:p>
      <w:r>
        <w:t>To bring Eli and..</w:t>
      </w:r>
    </w:p>
    <w:p>
      <w:r>
        <w:t>[Meirav, Meirav]</w:t>
      </w:r>
    </w:p>
    <w:p>
      <w:r>
        <w:t>Meirav, yoy</w:t>
      </w:r>
    </w:p>
    <w:p>
      <w:r>
        <w:t>[To bring them to the meeting so that Shostak will see that we have standing and we have a mayor</w:t>
      </w:r>
    </w:p>
    <w:p>
      <w:r>
        <w:t>And it is within our ability to establish the plant]</w:t>
      </w:r>
    </w:p>
    <w:p>
      <w:r>
        <w:t>Ah, yes</w:t>
      </w:r>
    </w:p>
    <w:p>
      <w:r>
        <w:t>[It will be all right, Saba, the time will come, we will do it in Emanuel, little Uman, there will be little Uman there, in Emanuel] Yes, then perhaps I will have a room?</w:t>
      </w:r>
    </w:p>
    <w:p>
      <w:r>
        <w:t>[Yes, it will be all right, do not worry]</w:t>
      </w:r>
    </w:p>
    <w:p>
      <w:r>
        <w:t>Ah</w:t>
      </w:r>
    </w:p>
    <w:p>
      <w:r>
        <w:t>[One room..]</w:t>
      </w:r>
    </w:p>
    <w:p>
      <w:r>
        <w:t>Next to Goldman, next to...</w:t>
      </w:r>
    </w:p>
    <w:p>
      <w:r>
        <w:t>[We will arrange everyone]</w:t>
      </w:r>
    </w:p>
    <w:p>
      <w:r>
        <w:t>Ah?</w:t>
      </w:r>
    </w:p>
    <w:p>
      <w:r>
        <w:t>[…..]</w:t>
      </w:r>
    </w:p>
    <w:p>
      <w:r>
        <w:t>[We will already arrange it]</w:t>
      </w:r>
    </w:p>
    <w:p>
      <w:r>
        <w:t>(not understood), yes, yes</w:t>
      </w:r>
    </w:p>
    <w:p>
      <w:r>
        <w:t>[We will all be..]</w:t>
      </w:r>
    </w:p>
    <w:p>
      <w:r>
        <w:t>[I, if you want, you can live with me, no problem]</w:t>
      </w:r>
    </w:p>
    <w:p>
      <w:r>
        <w:t>Yes?</w:t>
      </w:r>
    </w:p>
    <w:p>
      <w:r>
        <w:t>[With me, my house, I do not mind, in my house, I have a room in the house]</w:t>
      </w:r>
    </w:p>
    <w:p>
      <w:r>
        <w:t>Ah?</w:t>
      </w:r>
    </w:p>
    <w:p>
      <w:r>
        <w:t>[He is willing to give you a room..]…</w:t>
      </w:r>
    </w:p>
    <w:p>
      <w:r>
        <w:t>...[I will ask her, if she agrees, then come to me</w:t>
      </w:r>
    </w:p>
    <w:p>
      <w:r>
        <w:t>I want, come to me, I have a beautiful room with a Petek on the table]</w:t>
      </w:r>
    </w:p>
    <w:p>
      <w:r>
        <w:t>[He will play for you all day]</w:t>
      </w:r>
    </w:p>
    <w:p>
      <w:r>
        <w:t>[I will play songs for you all day]</w:t>
      </w:r>
    </w:p>
    <w:p>
      <w:r>
        <w:t>{{...}}</w:t>
      </w:r>
    </w:p>
    <w:p>
      <w:r>
        <w:t>[He will play for you all day]</w:t>
      </w:r>
    </w:p>
    <w:p>
      <w:r>
        <w:t>Ah?</w:t>
      </w:r>
    </w:p>
    <w:p>
      <w:r>
        <w:t>[I will play for you all day]</w:t>
      </w:r>
    </w:p>
    <w:p>
      <w:r>
        <w:t>[……..]</w:t>
      </w:r>
    </w:p>
    <w:p>
      <w:r>
        <w:t>[He wants..]</w:t>
      </w:r>
    </w:p>
    <w:p>
      <w:r>
        <w:t>Do you need to work?</w:t>
      </w:r>
    </w:p>
    <w:p>
      <w:r>
        <w:t>[You will teach me all the melodies]</w:t>
      </w:r>
    </w:p>
    <w:p>
      <w:r>
        <w:t>(not understood)</w:t>
      </w:r>
    </w:p>
    <w:p>
      <w:r>
        <w:t>[No, they fired him]</w:t>
      </w:r>
    </w:p>
    <w:p>
      <w:r>
        <w:t>[...]</w:t>
      </w:r>
    </w:p>
    <w:p>
      <w:r>
        <w:t>[They fired me from the store]</w:t>
      </w:r>
    </w:p>
    <w:p>
      <w:r>
        <w:t>[Yes]</w:t>
      </w:r>
    </w:p>
    <w:p>
      <w:r>
        <w:t>They fired you?</w:t>
      </w:r>
    </w:p>
    <w:p>
      <w:r>
        <w:t>[Yes]</w:t>
      </w:r>
    </w:p>
    <w:p>
      <w:r>
        <w:t>Why did they fire you?</w:t>
      </w:r>
    </w:p>
    <w:p>
      <w:r>
        <w:t>[You confused him until he went to the radio, because he went to the radio]</w:t>
      </w:r>
    </w:p>
    <w:p>
      <w:r>
        <w:t>Nu</w:t>
      </w:r>
    </w:p>
    <w:p>
      <w:r>
        <w:t>[So now he is looking for a new job, to play for Rabbainu from morning until evening]</w:t>
      </w:r>
    </w:p>
    <w:p>
      <w:r>
        <w:t>What do they care that he went to the radio?</w:t>
      </w:r>
    </w:p>
    <w:p>
      <w:r>
        <w:t>[It does not matter, it is for the good]</w:t>
      </w:r>
    </w:p>
    <w:p>
      <w:r>
        <w:t>[……]</w:t>
      </w:r>
    </w:p>
    <w:p>
      <w:r>
        <w:t>[Now he is looking for a new job, Rabbainu’s musician, the musician]</w:t>
      </w:r>
    </w:p>
    <w:p>
      <w:r>
        <w:t>{…}</w:t>
      </w:r>
    </w:p>
    <w:p>
      <w:r>
        <w:t>[Rabbainu’s musician]</w:t>
      </w:r>
    </w:p>
    <w:p>
      <w:r>
        <w:t>[He wants to arrange money for me, they want to arrange money for me]</w:t>
      </w:r>
    </w:p>
    <w:p>
      <w:r>
        <w:t>[Sing, sing, sing]</w:t>
      </w:r>
    </w:p>
    <w:p>
      <w:r>
        <w:t>[They want to arrange money for me]</w:t>
      </w:r>
    </w:p>
    <w:p>
      <w:r>
        <w:t>[..]</w:t>
      </w:r>
    </w:p>
    <w:p>
      <w:r>
        <w:t>[And I will only make melodies, cassettes, and he will play, and he will play, and he will play, and he will play]</w:t>
      </w:r>
    </w:p>
    <w:p>
      <w:r>
        <w:t>[He can make records]</w:t>
      </w:r>
    </w:p>
    <w:p>
      <w:r>
        <w:t>Where will money come down from?</w:t>
      </w:r>
    </w:p>
    <w:p>
      <w:r>
        <w:t>[Ah? What is this? From Rabbainu]</w:t>
      </w:r>
    </w:p>
    <w:p>
      <w:r>
        <w:t>(Saba laughs)</w:t>
      </w:r>
    </w:p>
    <w:p>
      <w:r>
        <w:t>[“Money,” he can make records on cassettes]</w:t>
      </w:r>
    </w:p>
    <w:p>
      <w:r>
        <w:t>And.. and.. and..</w:t>
      </w:r>
    </w:p>
    <w:p>
      <w:r>
        <w:t>[Chizkiyahu will pay]</w:t>
      </w:r>
    </w:p>
    <w:p>
      <w:r>
        <w:t>Chizkiyahu always has money</w:t>
      </w:r>
    </w:p>
    <w:p>
      <w:r>
        <w:t>[Yes, Chizkiyahu will pay]</w:t>
      </w:r>
    </w:p>
    <w:p>
      <w:r>
        <w:t>[No, I give him, he gives me, money-shmoney, money is nothing, money..</w:t>
      </w:r>
    </w:p>
    <w:p>
      <w:r>
        <w:t>We will play, he will sing the first song]</w:t>
      </w:r>
    </w:p>
    <w:p>
      <w:r>
        <w:t>[Which song? Which song?]</w:t>
      </w:r>
    </w:p>
    <w:p>
      <w:r>
        <w:t>[First song]</w:t>
      </w:r>
    </w:p>
    <w:p>
      <w:r>
        <w:t>[Oy, confusions, confusions, confusions, confusions, but it is good, right?]</w:t>
      </w:r>
    </w:p>
    <w:p>
      <w:r>
        <w:t>"Praise Him with harp and lyre, with drum and dance' (not understood)</w:t>
      </w:r>
    </w:p>
    <w:p>
      <w:r>
        <w:t>[I want to sing a song, I will sing you a song that before I returned in teshuvah I used to sing it before I returned in teshuvah, I used to sing, I used to sing this song, it is a song from Tehillim that I..] A song from Tehillim</w:t>
      </w:r>
    </w:p>
    <w:p>
      <w:r>
        <w:t>[For which I made the melody]</w:t>
      </w:r>
    </w:p>
    <w:p>
      <w:r>
        <w:t>Yes, a melody</w:t>
      </w:r>
    </w:p>
    <w:p>
      <w:r>
        <w:t>[A melody of mine..]</w:t>
      </w:r>
    </w:p>
    <w:p>
      <w:r>
        <w:t>[He composed a melody, he composed a melody]</w:t>
      </w:r>
    </w:p>
    <w:p>
      <w:r>
        <w:t>Ah</w:t>
      </w:r>
    </w:p>
    <w:p>
      <w:r>
        <w:t>[I composed a melody on Tehillim]</w:t>
      </w:r>
    </w:p>
    <w:p>
      <w:r>
        <w:t>On Tehillim?</w:t>
      </w:r>
    </w:p>
    <w:p>
      <w:r>
        <w:t>[Yes, Hashem gave me the melody]</w:t>
      </w:r>
    </w:p>
    <w:p>
      <w:r>
        <w:t>[Dagan sings: Fortunate is the man who did not walk in the counsel of the wicked..]</w:t>
      </w:r>
    </w:p>
    <w:p>
      <w:r>
        <w:t>[Fortunate is the man who did not walk in the counsel of the wicked]…</w:t>
      </w:r>
    </w:p>
    <w:p>
      <w:r>
        <w:t>...[Fortunate is the man who did not walk in the counsel of the wicked]</w:t>
      </w:r>
    </w:p>
    <w:p>
      <w:r>
        <w:t>[Dagan continues singing: And did not stand in the way of sinners..]</w:t>
      </w:r>
    </w:p>
    <w:p>
      <w:r>
        <w:t>He is the man (not understood)</w:t>
      </w:r>
    </w:p>
    <w:p>
      <w:r>
        <w:t>[…...]</w:t>
      </w:r>
    </w:p>
    <w:p>
      <w:r>
        <w:t>[Dagan continues singing:</w:t>
      </w:r>
    </w:p>
    <w:p>
      <w:r>
        <w:t>Fortunate is the man who did not walk in the counsel of the wicked, and did not sit in the seat of scoffers</w:t>
      </w:r>
    </w:p>
    <w:p>
      <w:r>
        <w:t>But his desire is in the Torah of Hashem..]</w:t>
      </w:r>
    </w:p>
    <w:p>
      <w:r>
        <w:t>[We will travel after the meeting]</w:t>
      </w:r>
    </w:p>
    <w:p>
      <w:r>
        <w:t>{..}</w:t>
      </w:r>
    </w:p>
    <w:p>
      <w:r>
        <w:t>[Yes, we will sleep at Chava’s, we will sleep at Chava’s, and in the morning we will go to Lebanon]</w:t>
      </w:r>
    </w:p>
    <w:p>
      <w:r>
        <w:t>We will sleep at Chava’s</w:t>
      </w:r>
    </w:p>
    <w:p>
      <w:r>
        <w:t>[Yes, and in the morning we will go to Lebanon, first thing in the morning, no?]</w:t>
      </w:r>
    </w:p>
    <w:p>
      <w:r>
        <w:t>{Good}</w:t>
      </w:r>
    </w:p>
    <w:p>
      <w:r>
        <w:t>[Dagan continues singing: And he shall be like a tree planted..]</w:t>
      </w:r>
    </w:p>
    <w:p>
      <w:r>
        <w:t>(not understood)</w:t>
      </w:r>
    </w:p>
    <w:p>
      <w:r>
        <w:t>[I will speak with the wife when I return home]</w:t>
      </w:r>
    </w:p>
    <w:p>
      <w:r>
        <w:t>[Dagan continues singing: Which gives its fruit in its season..]</w:t>
      </w:r>
    </w:p>
    <w:p>
      <w:r>
        <w:t>[I am forbidden to speak with the wife]</w:t>
      </w:r>
    </w:p>
    <w:p>
      <w:r>
        <w:t>(not understood)</w:t>
      </w:r>
    </w:p>
    <w:p>
      <w:r>
        <w:t>[Dagan continues singing: And he shall be like a tree planted by streams of water..]</w:t>
      </w:r>
    </w:p>
    <w:p>
      <w:r>
        <w:t>[I do not want obstacles, after this, on Rosh Hashanah we go to {….} and Yom Kippur {….} after two days..]</w:t>
      </w:r>
    </w:p>
    <w:p>
      <w:r>
        <w:t>[Dagan continues singing: And everything he does shall prosper..]</w:t>
      </w:r>
    </w:p>
    <w:p>
      <w:r>
        <w:t>[He can play from morning until evening, he does not get tired</w:t>
      </w:r>
    </w:p>
    <w:p>
      <w:r>
        <w:t>He does not get tired ever, does not get tired]</w:t>
      </w:r>
    </w:p>
    <w:p>
      <w:r>
        <w:t>(not understood)</w:t>
      </w:r>
    </w:p>
    <w:p>
      <w:r>
        <w:t>[Dagan continues singing: And everything he does shall prosper..]</w:t>
      </w:r>
    </w:p>
    <w:p>
      <w:r>
        <w:t>[This is Rabbainu {…}, “Na Nach Nachman MeUman”.. Teach him, teach him melodies]</w:t>
      </w:r>
    </w:p>
    <w:p>
      <w:r>
        <w:t>[Teach me, then I..]</w:t>
      </w:r>
    </w:p>
    <w:p>
      <w:r>
        <w:t>[He needs.., he does not know everything]</w:t>
      </w:r>
    </w:p>
    <w:p>
      <w:r>
        <w:t>[You teach me, I will play]</w:t>
      </w:r>
    </w:p>
    <w:p>
      <w:r>
        <w:t>[H.. he.., you teach him and he will play]</w:t>
      </w:r>
    </w:p>
    <w:p>
      <w:r>
        <w:t>[Tell me what to play, I will play]</w:t>
      </w:r>
    </w:p>
    <w:p>
      <w:r>
        <w:t>[Nu, start teaching him]</w:t>
      </w:r>
    </w:p>
    <w:p>
      <w:r>
        <w:t>[A song, a song..]</w:t>
      </w:r>
    </w:p>
    <w:p>
      <w:r>
        <w:t>[Wait, wait, start teaching him]</w:t>
      </w:r>
    </w:p>
    <w:p>
      <w:r>
        <w:t>[Saba and the friends sing and Dagan plays:</w:t>
      </w:r>
    </w:p>
    <w:p>
      <w:r>
        <w:t>“In You our fathers trusted, in You they trusted and You delivered them</w:t>
      </w:r>
    </w:p>
    <w:p>
      <w:r>
        <w:t>To You they cried out and escaped; in You they trusted and were not ashamed..”]</w:t>
      </w:r>
    </w:p>
    <w:p>
      <w:r>
        <w:t>{….}</w:t>
      </w:r>
    </w:p>
    <w:p>
      <w:r>
        <w:t>[Saba and the friends sing and Dagan plays:</w:t>
      </w:r>
    </w:p>
    <w:p>
      <w:r>
        <w:t>“In You our fathers trusted, in You they trusted and You delivered them</w:t>
      </w:r>
    </w:p>
    <w:p>
      <w:r>
        <w:t>To You they cried out and escaped; in You they trusted and were not ashamed..”</w:t>
      </w:r>
    </w:p>
    <w:p>
      <w:r>
        <w:t>Afterward Saba sings “In You they trusted..” to another melody]</w:t>
      </w:r>
    </w:p>
    <w:p>
      <w:r>
        <w:t>[Saba, the song.. from Pesach]</w:t>
      </w:r>
    </w:p>
    <w:p>
      <w:r>
        <w:t>Yes</w:t>
      </w:r>
    </w:p>
    <w:p>
      <w:r>
        <w:t>[“Yours..”]</w:t>
      </w:r>
    </w:p>
    <w:p>
      <w:r>
        <w:t>"Bring near the day..”</w:t>
      </w:r>
    </w:p>
    <w:p>
      <w:r>
        <w:t>[Saba sings:</w:t>
      </w:r>
    </w:p>
    <w:p>
      <w:r>
        <w:t>“Mighty in kingship, chosen according to halachah</w:t>
      </w:r>
    </w:p>
    <w:p>
      <w:r>
        <w:t>His legions will say to Him: To You and to You, to You, for it is Yours, to You, indeed to You; Yours, Hashem, is the kingdom</w:t>
      </w:r>
    </w:p>
    <w:p>
      <w:r>
        <w:t>For Him it is fitting, for Him it is becoming..</w:t>
      </w:r>
    </w:p>
    <w:p>
      <w:r>
        <w:t>Distinguished in kingship, glorious according to halachah</w:t>
      </w:r>
    </w:p>
    <w:p>
      <w:r>
        <w:t>His faithful ones will say to Him: To You and to You, to You, for it is Yours, to You, indeed to You; Yours, Hashem, is the kingdom</w:t>
      </w:r>
    </w:p>
    <w:p>
      <w:r>
        <w:t>For Him it is fitting, for Him it is becoming..</w:t>
      </w:r>
    </w:p>
    <w:p>
      <w:r>
        <w:t>Meritorious in kingship, mighty according to halachah</w:t>
      </w:r>
    </w:p>
    <w:p>
      <w:r>
        <w:t>His officers will say to Him: To You and to You, to You, for it is Yours, to You, indeed to You; Yours, Hashem, is the kingdom</w:t>
      </w:r>
    </w:p>
    <w:p>
      <w:r>
        <w:t>For Him it is fitting, for Him it is becoming..</w:t>
      </w:r>
    </w:p>
    <w:p>
      <w:r>
        <w:t>Unique in kingship, powerful according to halachah</w:t>
      </w:r>
    </w:p>
    <w:p>
      <w:r>
        <w:t>Those taught by Him will say to Him..”]</w:t>
      </w:r>
    </w:p>
    <w:p>
      <w:r>
        <w:t>Rabbainu Hakadosh says:</w:t>
      </w:r>
    </w:p>
    <w:p>
      <w:r>
        <w:t>“That he, that he teaches Hashem Yisbarach and he gives Him advice, that he teaches{…}</w:t>
      </w:r>
    </w:p>
    <w:p>
      <w:r>
        <w:t>Hashem Yisbarach, how to conduct Himself with us, with us”</w:t>
      </w:r>
    </w:p>
    <w:p>
      <w:r>
        <w:t>In “Sefer HaMiddos”</w:t>
      </w:r>
    </w:p>
    <w:p>
      <w:r>
        <w:t>[That he, what?]</w:t>
      </w:r>
    </w:p>
    <w:p>
      <w:r>
        <w:t>He teaches Hashem Yisbarach how to conduct Himself with us</w:t>
      </w:r>
    </w:p>
    <w:p>
      <w:r>
        <w:t>He gives Him advice how, how to conduct Himself, what, how to act with us, yes</w:t>
      </w:r>
    </w:p>
    <w:p>
      <w:r>
        <w:t>[Like Moshe would do]</w:t>
      </w:r>
    </w:p>
    <w:p>
      <w:r>
        <w:t>{..}</w:t>
      </w:r>
    </w:p>
    <w:p>
      <w:r>
        <w:t>{With these} such a thing, such words?…</w:t>
      </w:r>
    </w:p>
    <w:p>
      <w:r>
        <w:t>…Yoah</w:t>
      </w:r>
    </w:p>
    <w:p>
      <w:r>
        <w:t>[Saba sings:</w:t>
      </w:r>
    </w:p>
    <w:p>
      <w:r>
        <w:t>"Those taught by Him will say to Him, To You and to You, to You, for it is Yours, to You, indeed to You; Yours, Hashem, is the kingdom, for Him it is fitting, for Him it is becoming..</w:t>
      </w:r>
    </w:p>
    <w:p>
      <w:r>
        <w:t>King in kingship (an innovation of Saba), awesome according to halachah</w:t>
      </w:r>
    </w:p>
    <w:p>
      <w:r>
        <w:t>Those around Him will say to Him, To You and to You, to You, for it is Yours, to You, indeed to You; Yours, Hashem, is the kingdom</w:t>
      </w:r>
    </w:p>
    <w:p>
      <w:r>
        <w:t>For Him it is fitting, for Him it is becoming..</w:t>
      </w:r>
    </w:p>
    <w:p>
      <w:r>
        <w:t>Humble in kingship, redeemer according to halachah</w:t>
      </w:r>
    </w:p>
    <w:p>
      <w:r>
        <w:t>His tzaddikim will say to Him, To You and to You, to You, for it is Yours, to You, indeed to You; Yours, Hashem, is the kingdom</w:t>
      </w:r>
    </w:p>
    <w:p>
      <w:r>
        <w:t>For Him it is fitting, for Him it is becoming..</w:t>
      </w:r>
    </w:p>
    <w:p>
      <w:r>
        <w:t>Holy in kingship, merciful according to halachah..”]…</w:t>
      </w:r>
    </w:p>
    <w:p>
      <w:r>
        <w:t>...["To You, for it is Yours, to You, indeed to You; Yours, Hashem, is the kingdom</w:t>
      </w:r>
    </w:p>
    <w:p>
      <w:r>
        <w:t>For Him it is fitting, for Him it is becoming..</w:t>
      </w:r>
    </w:p>
    <w:p>
      <w:r>
        <w:t>Mighty in kingship, supporting according to halachah, s..”]...</w:t>
      </w:r>
    </w:p>
    <w:p>
      <w:r>
        <w:t>]…</w:t>
      </w:r>
    </w:p>
    <w:p>
      <w:r>
        <w:t>...[Dov Shurin sings:</w:t>
      </w:r>
    </w:p>
    <w:p>
      <w:r>
        <w:t>"Na Na Nach Nachma Nachman MeUman"]</w:t>
      </w:r>
    </w:p>
    <w:p>
      <w:r>
        <w:t>{I waited all night, then every moment …., all the night}</w:t>
      </w:r>
    </w:p>
    <w:p>
      <w:r>
        <w:t>Just to hear the melody "Na Na Nach..”</w:t>
      </w:r>
    </w:p>
    <w:p>
      <w:r>
        <w:t>[If only]…</w:t>
      </w:r>
    </w:p>
    <w:p>
      <w:r>
        <w:t>...This was not revealed, only now in this letter</w:t>
      </w:r>
    </w:p>
    <w:p>
      <w:r>
        <w:t>During his lifetime, the holy Rabbainu signed 'Nachman' without dots, 'Nachman'</w:t>
      </w:r>
    </w:p>
    <w:p>
      <w:r>
        <w:t>And now it is with dots, "Na Na Nach Nachm.."</w:t>
      </w:r>
    </w:p>
    <w:p>
      <w:r>
        <w:t>[Dov Shurin sings:</w:t>
      </w:r>
    </w:p>
    <w:p>
      <w:r>
        <w:t>"Na Na Nach Nachma Nachman MeUman"]…</w:t>
      </w:r>
    </w:p>
    <w:p>
      <w:r>
        <w:t>…[Again, this is during Chol HaMoed Pesach]…</w:t>
      </w:r>
    </w:p>
    <w:p>
      <w:r>
        <w:t>...[Dagan sings:</w:t>
      </w:r>
    </w:p>
    <w:p>
      <w:r>
        <w:t>"This song tells about a Jew.."]</w:t>
      </w:r>
    </w:p>
    <w:p>
      <w:r>
        <w:t>[………]</w:t>
      </w:r>
    </w:p>
    <w:p>
      <w:r>
        <w:t>[…..….]</w:t>
      </w:r>
    </w:p>
    <w:p>
      <w:r>
        <w:t>[This is a new melody]</w:t>
      </w:r>
    </w:p>
    <w:p>
      <w:r>
        <w:t>[They sing:</w:t>
      </w:r>
    </w:p>
    <w:p>
      <w:r>
        <w:t>"This song tells about a Jew who has a message for every person</w:t>
      </w:r>
    </w:p>
    <w:p>
      <w:r>
        <w:t>This song tells about a Jew</w:t>
      </w:r>
    </w:p>
    <w:p>
      <w:r>
        <w:t>Who sings "Na Na Nach Nachma Nachman MeUman"</w:t>
      </w:r>
    </w:p>
    <w:p>
      <w:r>
        <w:t>Who sings "Na Na Nach Nachma Nachman MeUman"</w:t>
      </w:r>
    </w:p>
    <w:p>
      <w:r>
        <w:t>Years ago, in a narrow room in Teveria, he was very sad</w:t>
      </w:r>
    </w:p>
    <w:p>
      <w:r>
        <w:t>Then he approached the cabinet, took himself a book, and in the book found a note</w:t>
      </w:r>
    </w:p>
    <w:p>
      <w:r>
        <w:t>Written in it was "Na Na Nach Nachma Nachman MeUman"</w:t>
      </w:r>
    </w:p>
    <w:p>
      <w:r>
        <w:t>Written in it was "Na Na Nach Nachma Nachman MeUman"</w:t>
      </w:r>
    </w:p>
    <w:p>
      <w:r>
        <w:t>Rabbainu, Rebbe Nachman, sent it to illuminate our souls in distress</w:t>
      </w:r>
    </w:p>
    <w:p>
      <w:r>
        <w:t>And in order to hasten our redemption</w:t>
      </w:r>
    </w:p>
    <w:p>
      <w:r>
        <w:t>We will sing "Na Na Nach Nachma Nachman MeUman"</w:t>
      </w:r>
    </w:p>
    <w:p>
      <w:r>
        <w:t>We will sing "Na Na Nach Nachma Nachman MeUman.."]…</w:t>
      </w:r>
    </w:p>
    <w:p>
      <w:pPr>
        <w:pStyle w:val="Heading2"/>
      </w:pPr>
      <w:r>
        <w:t>Side B (Bais)</w:t>
      </w:r>
    </w:p>
    <w:p>
      <w:r>
        <w:t>...[They sing:</w:t>
      </w:r>
    </w:p>
    <w:p>
      <w:r>
        <w:t>"Na Na Nach Nachma Nachman MeUman", "Na Na Nach Nachma Nachman MeUman"</w:t>
      </w:r>
    </w:p>
    <w:p>
      <w:r>
        <w:t>We will sing "Na Na Nach Nachma Nachman MeUman", "Na Na Nach Nachma Nachman MeUman"]</w:t>
      </w:r>
    </w:p>
    <w:p>
      <w:r>
        <w:t>Do you want to hear a melody, a new melody</w:t>
      </w:r>
    </w:p>
    <w:p>
      <w:r>
        <w:t>[Yes, yes]</w:t>
      </w:r>
    </w:p>
    <w:p>
      <w:r>
        <w:t>What our people used to sing after midnight</w:t>
      </w:r>
    </w:p>
    <w:p>
      <w:r>
        <w:t>After reciting 'Tikkun Chatzos'</w:t>
      </w:r>
    </w:p>
    <w:p>
      <w:r>
        <w:t>[Yes]</w:t>
      </w:r>
    </w:p>
    <w:p>
      <w:r>
        <w:t>Then one needs consolation</w:t>
      </w:r>
    </w:p>
    <w:p>
      <w:r>
        <w:t>[Yes]</w:t>
      </w:r>
    </w:p>
    <w:p>
      <w:r>
        <w:t>'Tikkun Chatzos ' is weeping, weeping, so one needs consolation</w:t>
      </w:r>
    </w:p>
    <w:p>
      <w:r>
        <w:t>Then this is how they sang in hisbodedus</w:t>
      </w:r>
    </w:p>
    <w:p>
      <w:r>
        <w:t>[They sing:</w:t>
      </w:r>
    </w:p>
    <w:p>
      <w:r>
        <w:t>"For Hashem has comforted Zion, He has comforted all her ruins</w:t>
      </w:r>
    </w:p>
    <w:p>
      <w:r>
        <w:t>And He has made her wilderness like Eden and her desert like the garden of Hashem</w:t>
      </w:r>
    </w:p>
    <w:p>
      <w:r>
        <w:t>Joy and gladness will be found in her, thanksgiving and the sound of song.."]</w:t>
      </w:r>
    </w:p>
    <w:p>
      <w:r>
        <w:t>[This is Tikkun Chatzos]</w:t>
      </w:r>
    </w:p>
    <w:p>
      <w:r>
        <w:t>[They sing:</w:t>
      </w:r>
    </w:p>
    <w:p>
      <w:r>
        <w:t>"For Hashem has comforted Zion, He has comforted all her ruins</w:t>
      </w:r>
    </w:p>
    <w:p>
      <w:r>
        <w:t>And He has made her wilderness like Eden and her desert like the garden of Hashem</w:t>
      </w:r>
    </w:p>
    <w:p>
      <w:r>
        <w:t>Joy and gladness will be found in her, thanksgiving and her voice, song..”]</w:t>
      </w:r>
    </w:p>
    <w:p>
      <w:r>
        <w:t>[They sing: “Bring near the day, bring near the day that is neither day nor night</w:t>
      </w:r>
    </w:p>
    <w:p>
      <w:r>
        <w:t>Most High, make known, make known, make known, make known, that Yours is the day, Yours also the night</w:t>
      </w:r>
    </w:p>
    <w:p>
      <w:r>
        <w:t>Appoint watchmen over Your city all day and all night</w:t>
      </w:r>
    </w:p>
    <w:p>
      <w:r>
        <w:t>Illuminate like daylight the darkness of night..”]</w:t>
      </w:r>
    </w:p>
    <w:p>
      <w:r>
        <w:t>[Rebbe Yisroel?]</w:t>
      </w:r>
    </w:p>
    <w:p>
      <w:r>
        <w:t>Yoah</w:t>
      </w:r>
    </w:p>
    <w:p>
      <w:r>
        <w:t>["Summer has passed, harvest has ended"]</w:t>
      </w:r>
    </w:p>
    <w:p>
      <w:r>
        <w:t>Ah</w:t>
      </w:r>
    </w:p>
    <w:p>
      <w:r>
        <w:t>[Saba sings:</w:t>
      </w:r>
    </w:p>
    <w:p>
      <w:r>
        <w:t>"Summer has passed…"]</w:t>
      </w:r>
    </w:p>
    <w:p>
      <w:r>
        <w:t>This is the month of Elul, a melody of the month of Elul, passed.., this, this {…...} summer "Summer pas.., {{. .}} harvest, summer has ended, and we have not been saved..", Saba sings:</w:t>
      </w:r>
    </w:p>
    <w:p>
      <w:r>
        <w:t>"The harvest has passed, summer has ended, and we have not been saved.."</w:t>
      </w:r>
    </w:p>
    <w:p>
      <w:r>
        <w:t>(Afterward the friends join in)]</w:t>
      </w:r>
    </w:p>
    <w:p>
      <w:r>
        <w:t>The harvest has passed..</w:t>
      </w:r>
    </w:p>
    <w:p>
      <w:r>
        <w:t>[Whose song is this?]</w:t>
      </w:r>
    </w:p>
    <w:p>
      <w:r>
        <w:t>This is in the month of Elul, it is the end, the end of summer</w:t>
      </w:r>
    </w:p>
    <w:p>
      <w:r>
        <w:t>[Whose song is this?]</w:t>
      </w:r>
    </w:p>
    <w:p>
      <w:r>
        <w:t>Passed, and this alludes to us</w:t>
      </w:r>
    </w:p>
    <w:p>
      <w:r>
        <w:t>[Whose?]</w:t>
      </w:r>
    </w:p>
    <w:p>
      <w:r>
        <w:t>"The harvest has passed, summer has ended", {the desires of} the days of our lives in vanity</w:t>
      </w:r>
    </w:p>
    <w:p>
      <w:r>
        <w:t>"The harvest has passed, summer has ended, and we have not been saved", and we..</w:t>
      </w:r>
    </w:p>
    <w:p>
      <w:r>
        <w:t>[Immersed]</w:t>
      </w:r>
    </w:p>
    <w:p>
      <w:r>
        <w:t>Have not been saved</w:t>
      </w:r>
    </w:p>
    <w:p>
      <w:r>
        <w:t>[Whose song is this?]</w:t>
      </w:r>
    </w:p>
    <w:p>
      <w:r>
        <w:t>Ah? Our people’s</w:t>
      </w:r>
    </w:p>
    <w:p>
      <w:r>
        <w:t>Ach.., this is the song that s.. after 'Tikkun Chatzos'</w:t>
      </w:r>
    </w:p>
    <w:p>
      <w:r>
        <w:t>Then they wanted to comfort ourselves</w:t>
      </w:r>
    </w:p>
    <w:p>
      <w:r>
        <w:t>[….]</w:t>
      </w:r>
    </w:p>
    <w:p>
      <w:r>
        <w:t>Yes</w:t>
      </w:r>
    </w:p>
    <w:p>
      <w:r>
        <w:t>"For Hashem has comforted Zion, He has comforted all her ruins.."</w:t>
      </w:r>
    </w:p>
    <w:p>
      <w:r>
        <w:t>And 'The harvest has passed' is also from our people</w:t>
      </w:r>
    </w:p>
    <w:p>
      <w:r>
        <w:t>In the month of Elul they went to practice hisbodedus, then they cried out voices to Hashem, blessed be He</w:t>
      </w:r>
    </w:p>
    <w:p>
      <w:r>
        <w:t>[Saba sings:</w:t>
      </w:r>
    </w:p>
    <w:p>
      <w:r>
        <w:t>"The harvest has passed, summer has ended, and we have not been saved.."</w:t>
      </w:r>
    </w:p>
    <w:p>
      <w:r>
        <w:t>(Afterward the friends join in)]</w:t>
      </w:r>
    </w:p>
    <w:p>
      <w:r>
        <w:t>[Rebbe Yisroel, Yossi has complaints against you]</w:t>
      </w:r>
    </w:p>
    <w:p>
      <w:r>
        <w:t>Oh</w:t>
      </w:r>
    </w:p>
    <w:p>
      <w:r>
        <w:t>[….]</w:t>
      </w:r>
    </w:p>
    <w:p>
      <w:r>
        <w:t>[Yes]</w:t>
      </w:r>
    </w:p>
    <w:p>
      <w:r>
        <w:t>Ah</w:t>
      </w:r>
    </w:p>
    <w:p>
      <w:r>
        <w:t>[He says that you promised him that he would be remembered]</w:t>
      </w:r>
    </w:p>
    <w:p>
      <w:r>
        <w:t>Ah, ah..</w:t>
      </w:r>
    </w:p>
    <w:p>
      <w:r>
        <w:t>[With viable offspring]</w:t>
      </w:r>
    </w:p>
    <w:p>
      <w:r>
        <w:t>Ah, yes, yes</w:t>
      </w:r>
    </w:p>
    <w:p>
      <w:r>
        <w:t>[And not yet..]</w:t>
      </w:r>
    </w:p>
    <w:p>
      <w:r>
        <w:t>I, I promised? I..</w:t>
      </w:r>
    </w:p>
    <w:p>
      <w:r>
        <w:t>[Yes, that is what he..]</w:t>
      </w:r>
    </w:p>
    <w:p>
      <w:r>
        <w:t>I said that one needs to pray; I do not promise anyone</w:t>
      </w:r>
    </w:p>
    <w:p>
      <w:r>
        <w:t>[He says that you promised him]</w:t>
      </w:r>
    </w:p>
    <w:p>
      <w:r>
        <w:t>One person gave me ten thousand in America</w:t>
      </w:r>
    </w:p>
    <w:p>
      <w:r>
        <w:t>[Dollars]</w:t>
      </w:r>
    </w:p>
    <w:p>
      <w:r>
        <w:t>Yes</w:t>
      </w:r>
    </w:p>
    <w:p>
      <w:r>
        <w:t>[..]</w:t>
      </w:r>
    </w:p>
    <w:p>
      <w:r>
        <w:t>And he, he wants to believe, I told him, I.. then it will be..</w:t>
      </w:r>
    </w:p>
    <w:p>
      <w:r>
        <w:t>Then in the merit of the mitzvah, in the merit of the tzaddik, he will protect so that you will have sons</w:t>
      </w:r>
    </w:p>
    <w:p>
      <w:r>
        <w:t>[But Rebbe Yisroel, on Rosh Hashanah in Breslov</w:t>
      </w:r>
    </w:p>
    <w:p>
      <w:r>
        <w:t>The rabbi said at the end of the year, wait, with Hashem’s help he will soon merit it]</w:t>
      </w:r>
    </w:p>
    <w:p>
      <w:r>
        <w:t>Nu, sing before Hashem, blessed be He, "The harvest has passed, summer has ended, and we have not been saved", until when?</w:t>
      </w:r>
    </w:p>
    <w:p>
      <w:r>
        <w:t>[………..]</w:t>
      </w:r>
    </w:p>
    <w:p>
      <w:r>
        <w:t>[Summer has not yet passed, but with Hashem’s help]</w:t>
      </w:r>
    </w:p>
    <w:p>
      <w:r>
        <w:t>When?</w:t>
      </w:r>
    </w:p>
    <w:p>
      <w:r>
        <w:t>This, nu, Nachem, Nachum..</w:t>
      </w:r>
    </w:p>
    <w:p>
      <w:r>
        <w:t>[Rebbe Yisroel..]</w:t>
      </w:r>
    </w:p>
    <w:p>
      <w:r>
        <w:t>He told us about this blind man who gave us eight thousand..</w:t>
      </w:r>
    </w:p>
    <w:p>
      <w:r>
        <w:t>[I will make a deal now]</w:t>
      </w:r>
    </w:p>
    <w:p>
      <w:r>
        <w:t>What?</w:t>
      </w:r>
    </w:p>
    <w:p>
      <w:r>
        <w:t>[I will make a deal]</w:t>
      </w:r>
    </w:p>
    <w:p>
      <w:r>
        <w:t>Yes</w:t>
      </w:r>
    </w:p>
    <w:p>
      <w:r>
        <w:t>[You will promise him that it will be all right, and he will make films about Rabbainu throughout the world]</w:t>
      </w:r>
    </w:p>
    <w:p>
      <w:r>
        <w:t>Nu, Hashem, blessed be He—in the merit of this mitzvah, this, this, this will certainly protect, yes</w:t>
      </w:r>
    </w:p>
    <w:p>
      <w:r>
        <w:t>And Rabbainu HaKadosh also says in the "Sefer HaMiddos":</w:t>
      </w:r>
    </w:p>
    <w:p>
      <w:r>
        <w:t>"'Faith' has the numerical value of 'sons'; faith is sons</w:t>
      </w:r>
    </w:p>
    <w:p>
      <w:r>
        <w:t>[Yes]</w:t>
      </w:r>
    </w:p>
    <w:p>
      <w:r>
        <w:t>This, there will be sons, if, if there is faith in Hashem</w:t>
      </w:r>
    </w:p>
    <w:p>
      <w:r>
        <w:t>To fear Hashem, to fulfill the Torah, to take repentance upon ourselves, and we will merit salvation</w:t>
      </w:r>
    </w:p>
    <w:p>
      <w:r>
        <w:t>So 'faith' has the numerical value of 'sons'</w:t>
      </w:r>
    </w:p>
    <w:p>
      <w:r>
        <w:t>This, from this, this will become sons, from this will become sons"</w:t>
      </w:r>
    </w:p>
    <w:p>
      <w:r>
        <w:t>Rabbainu HaKadosh said:</w:t>
      </w:r>
    </w:p>
    <w:p>
      <w:r>
        <w:t>"That the "Sippurei Maasiyos" is a segulah for a barren woman, that she should not..</w:t>
      </w:r>
    </w:p>
    <w:p>
      <w:r>
        <w:t>A barren woman who reads these tales, then there will be, this is a segulah for sons", yes</w:t>
      </w:r>
    </w:p>
    <w:p>
      <w:r>
        <w:t>So..</w:t>
      </w:r>
    </w:p>
    <w:p>
      <w:r>
        <w:t>[When there are sons, with Hashem's help, there will be more faith]</w:t>
      </w:r>
    </w:p>
    <w:p>
      <w:r>
        <w:t>So Rabbainu HaKadosh said:</w:t>
      </w:r>
    </w:p>
    <w:p>
      <w:r>
        <w:t>"I, I said the opposite of the world, the world says</w:t>
      </w:r>
    </w:p>
    <w:p>
      <w:r>
        <w:t>[…]</w:t>
      </w:r>
    </w:p>
    <w:p>
      <w:r>
        <w:t>Th.. in Yiddish:</w:t>
      </w:r>
    </w:p>
    <w:p>
      <w:r>
        <w:t>From saying, from saying..</w:t>
      </w:r>
    </w:p>
    <w:p>
      <w:r>
        <w:t>[From saying]</w:t>
      </w:r>
    </w:p>
    <w:p>
      <w:r>
        <w:t>Yes, to say</w:t>
      </w:r>
    </w:p>
    <w:p>
      <w:r>
        <w:t>[From saying]</w:t>
      </w:r>
    </w:p>
    <w:p>
      <w:r>
        <w:t>To say, yes, "From saying she will not become pregnant"</w:t>
      </w:r>
    </w:p>
    <w:p>
      <w:r>
        <w:t>[….]</w:t>
      </w:r>
    </w:p>
    <w:p>
      <w:r>
        <w:t>The world says: "From saying she will not become pregnant"</w:t>
      </w:r>
    </w:p>
    <w:p>
      <w:r>
        <w:t>But from saying the tales she will become pregnant</w:t>
      </w:r>
    </w:p>
    <w:p>
      <w:r>
        <w:t>[What is 'tregn'?]</w:t>
      </w:r>
    </w:p>
    <w:p>
      <w:r>
        <w:t>The world says: “From saying she will not become pregnant"</w:t>
      </w:r>
    </w:p>
    <w:p>
      <w:r>
        <w:t>[What is 'tregn'?]</w:t>
      </w:r>
    </w:p>
    <w:p>
      <w:r>
        <w:t>'Tregn' is pregnant, that there should be conception</w:t>
      </w:r>
    </w:p>
    <w:p>
      <w:r>
        <w:t>[…]</w:t>
      </w:r>
    </w:p>
    <w:p>
      <w:r>
        <w:t>Yes</w:t>
      </w:r>
    </w:p>
    <w:p>
      <w:r>
        <w:t>[…]</w:t>
      </w:r>
    </w:p>
    <w:p>
      <w:r>
        <w:t>Yes</w:t>
      </w:r>
    </w:p>
    <w:p>
      <w:r>
        <w:t>[From saying..]</w:t>
      </w:r>
    </w:p>
    <w:p>
      <w:r>
        <w:t>A pregnant woman</w:t>
      </w:r>
    </w:p>
    <w:p>
      <w:r>
        <w:t>[There will be conception]</w:t>
      </w:r>
    </w:p>
    <w:p>
      <w:r>
        <w:t>Ah?</w:t>
      </w:r>
    </w:p>
    <w:p>
      <w:r>
        <w:t>[From saying there will be conception]</w:t>
      </w:r>
    </w:p>
    <w:p>
      <w:r>
        <w:t>Yes</w:t>
      </w:r>
    </w:p>
    <w:p>
      <w:r>
        <w:t>And I said that through telling the tales there will be, there will be, there will become sons"</w:t>
      </w:r>
    </w:p>
    <w:p>
      <w:r>
        <w:t>[Yes, there was such a case..]</w:t>
      </w:r>
    </w:p>
    <w:p>
      <w:r>
        <w:t>And I saw with my own eyes one woman, a neighbor, and her husband is an opponent of Breslov</w:t>
      </w:r>
    </w:p>
    <w:p>
      <w:r>
        <w:t>He is a Karlin Chassid, he was my friend, I too was Karlin</w:t>
      </w:r>
    </w:p>
    <w:p>
      <w:r>
        <w:t>And he had, he did not have a son; for six years after the wedding they had no children</w:t>
      </w:r>
    </w:p>
    <w:p>
      <w:r>
        <w:t>So they were very worried</w:t>
      </w:r>
    </w:p>
    <w:p>
      <w:r>
        <w:t>So, it was in the month of Elul, and I was in Meron throughout the whole month of Elul, always</w:t>
      </w:r>
    </w:p>
    <w:p>
      <w:r>
        <w:t>She came; in the month of Elul everyone comes with requests to Rebbe Shimon, to pray</w:t>
      </w:r>
    </w:p>
    <w:p>
      <w:r>
        <w:t>So she came to me and said to me:</w:t>
      </w:r>
    </w:p>
    <w:p>
      <w:r>
        <w:t>"My son has no children; it has already been six years</w:t>
      </w:r>
    </w:p>
    <w:p>
      <w:r>
        <w:t>I ask you to pray th..{..} that you do whatever you can"</w:t>
      </w:r>
    </w:p>
    <w:p>
      <w:r>
        <w:t>So I said to her:</w:t>
      </w:r>
    </w:p>
    <w:p>
      <w:r>
        <w:t>"Rabbainu HaKadosh said that through the "Sippurei Maasiyos" one merits barren women being remembered, being remembered.. {being remembered\crying}..</w:t>
      </w:r>
    </w:p>
    <w:p>
      <w:r>
        <w:t>So I said to her:</w:t>
      </w:r>
    </w:p>
    <w:p>
      <w:r>
        <w:t>"That she should buy the "Sippurei Maasiyos," and both of them should read it", yes</w:t>
      </w:r>
    </w:p>
    <w:p>
      <w:r>
        <w:t>So she did this, and she told me that it was difficult for her</w:t>
      </w:r>
    </w:p>
    <w:p>
      <w:r>
        <w:t>This is already a story from forty years ago</w:t>
      </w:r>
    </w:p>
    <w:p>
      <w:r>
        <w:t>It was, it was difficult to obtain the "Sippurei Maasiyos"</w:t>
      </w:r>
    </w:p>
    <w:p>
      <w:r>
        <w:t>Not like today, when one goes to a store and buys it; then it could not be obtained</w:t>
      </w:r>
    </w:p>
    <w:p>
      <w:r>
        <w:t>So she, she, she asked, asked, until she found the "Sippurei Maasiyos”</w:t>
      </w:r>
    </w:p>
    <w:p>
      <w:r>
        <w:t>And that year they were remembered with a son; she came in the month of Elul</w:t>
      </w:r>
    </w:p>
    <w:p>
      <w:r>
        <w:t>[After a year]</w:t>
      </w:r>
    </w:p>
    <w:p>
      <w:r>
        <w:t>After a year, yes, she came to me in Meron and said to me:</w:t>
      </w:r>
    </w:p>
    <w:p>
      <w:r>
        <w:t>"That my son {….}, thank you very much"</w:t>
      </w:r>
    </w:p>
    <w:p>
      <w:r>
        <w:t>Nu, we, we, Hashem blessed be He wants us to return in repentance, this is the main thing</w:t>
      </w:r>
    </w:p>
    <w:p>
      <w:r>
        <w:t>Faith, 'faith' has the numerical value of 'sons'</w:t>
      </w:r>
    </w:p>
    <w:p>
      <w:r>
        <w:t>Nu, we say th.. "What? We do not believe? We have faith"</w:t>
      </w:r>
    </w:p>
    <w:p>
      <w:r>
        <w:t>No, faith is "And they believed in Hashem and in Moshe His servant"</w:t>
      </w:r>
    </w:p>
    <w:p>
      <w:r>
        <w:t>Through Moshe His servant we merit to believe in Hashem and in the Torah and all.. yes</w:t>
      </w:r>
    </w:p>
    <w:p>
      <w:r>
        <w:t>And 'faith ' has the numerical value of 'sons' , and the main thing of faith is faith in the Sages, yes</w:t>
      </w:r>
    </w:p>
    <w:p>
      <w:r>
        <w:t>"And they believed in Hashem and in Moshe His servant"</w:t>
      </w:r>
    </w:p>
    <w:p>
      <w:r>
        <w:t>And in Moshe His servant? Then let them believe in Hashem!</w:t>
      </w:r>
    </w:p>
    <w:p>
      <w:r>
        <w:t>Oy, may Hashem have mercy, I want with all my heart and soul</w:t>
      </w:r>
    </w:p>
    <w:p>
      <w:r>
        <w:t>That every one of Yisroel should have.. should merit all the salvations he needs</w:t>
      </w:r>
    </w:p>
    <w:p>
      <w:r>
        <w:t>Nu, and we are obligated to pray for the world, Rabbainu, Rabbainu HaKadosh says:</w:t>
      </w:r>
    </w:p>
    <w:p>
      <w:r>
        <w:t>[Ah, ah,]</w:t>
      </w:r>
    </w:p>
    <w:p>
      <w:r>
        <w:t>"One who does not pray for the world, he has a punishment", yes</w:t>
      </w:r>
    </w:p>
    <w:p>
      <w:r>
        <w:t>It will not be, one cannot say:</w:t>
      </w:r>
    </w:p>
    <w:p>
      <w:r>
        <w:t>"What? I did not pray, what, why do I deserve a punishment?"</w:t>
      </w:r>
    </w:p>
    <w:p>
      <w:r>
        <w:t>No, yes, there is a great punishment; one must pray for his fellow and for the entire world</w:t>
      </w:r>
    </w:p>
    <w:p>
      <w:r>
        <w:t>That Rabbainu's knowledge should be revealed in the world, then there will be all the salvations, whatever each one needs</w:t>
      </w:r>
    </w:p>
    <w:p>
      <w:r>
        <w:t>"And they believed in Hashem {{...}}", faith.. faith in the Sages</w:t>
      </w:r>
    </w:p>
    <w:p>
      <w:r>
        <w:t>[………..]</w:t>
      </w:r>
    </w:p>
    <w:p>
      <w:r>
        <w:t>[…….….]</w:t>
      </w:r>
    </w:p>
    <w:p>
      <w:r>
        <w:t>[The "Sippurei Maasiyos"—in which language to tell them, to say them aloud?</w:t>
      </w:r>
    </w:p>
    <w:p>
      <w:r>
        <w:t>{..}</w:t>
      </w:r>
    </w:p>
    <w:p>
      <w:r>
        <w:t>[To read]</w:t>
      </w:r>
    </w:p>
    <w:p>
      <w:r>
        <w:t>Certainly, with arousal, with faith, in truth</w:t>
      </w:r>
    </w:p>
    <w:p>
      <w:r>
        <w:t>It is a segulah, it is a segulah for sons, this is what Rabbainu HaKadosh said</w:t>
      </w:r>
    </w:p>
    <w:p>
      <w:r>
        <w:t>[Alright, also in.. in a language? Which language? In the woman's language too?]</w:t>
      </w:r>
    </w:p>
    <w:p>
      <w:r>
        <w:t>In the language.., can you speak Yiddish?</w:t>
      </w:r>
    </w:p>
    <w:p>
      <w:r>
        <w:t>[No]</w:t>
      </w:r>
    </w:p>
    <w:p>
      <w:r>
        <w:t>{..}</w:t>
      </w:r>
    </w:p>
    <w:p>
      <w:r>
        <w:t>[No]</w:t>
      </w:r>
    </w:p>
    <w:p>
      <w:r>
        <w:t>Then in the Holy Tongue</w:t>
      </w:r>
    </w:p>
    <w:p>
      <w:r>
        <w:t>[In the Holy Tongue]</w:t>
      </w:r>
    </w:p>
    <w:p>
      <w:r>
        <w:t>The Holy Tongue is exactly like Yiddish, like..</w:t>
      </w:r>
    </w:p>
    <w:p>
      <w:r>
        <w:t>[Ah, and also in.. is English possible?]</w:t>
      </w:r>
    </w:p>
    <w:p>
      <w:r>
        <w:t>Rebbe Nassan made this</w:t>
      </w:r>
    </w:p>
    <w:p>
      <w:r>
        <w:t>[Yes]</w:t>
      </w:r>
    </w:p>
    <w:p>
      <w:r>
        <w:t>He, from the Yiddish language; Rabbainu HaKadosh told it in Yiddish, that is the original</w:t>
      </w:r>
    </w:p>
    <w:p>
      <w:r>
        <w:t>I told together with, with, with President Shazar</w:t>
      </w:r>
    </w:p>
    <w:p>
      <w:r>
        <w:t>[Yes]</w:t>
      </w:r>
    </w:p>
    <w:p>
      <w:r>
        <w:t>He, he was Hebrew, Hebrew</w:t>
      </w:r>
    </w:p>
    <w:p>
      <w:r>
        <w:t>[Yes]</w:t>
      </w:r>
    </w:p>
    <w:p>
      <w:r>
        <w:t>He, he only Hebrew</w:t>
      </w:r>
    </w:p>
    <w:p>
      <w:r>
        <w:t>[..]</w:t>
      </w:r>
    </w:p>
    <w:p>
      <w:r>
        <w:t>He was a particularly great one in Hebrew</w:t>
      </w:r>
    </w:p>
    <w:p>
      <w:r>
        <w:t>[Yes]</w:t>
      </w:r>
    </w:p>
    <w:p>
      <w:r>
        <w:t>And I read, read in the Holy Tongue, since he, he, he Hebrew</w:t>
      </w:r>
    </w:p>
    <w:p>
      <w:r>
        <w:t>So I said to him: "Read in Yiddish, as it came from Rabbainu's mouth"</w:t>
      </w:r>
    </w:p>
    <w:p>
      <w:r>
        <w:t>He could speak Yiddish too, he was, he was raised in a Yiddish-speaking home [Yes]</w:t>
      </w:r>
    </w:p>
    <w:p>
      <w:r>
        <w:t>Yes</w:t>
      </w:r>
    </w:p>
    <w:p>
      <w:r>
        <w:t>Oy, oy, oy, oy, oy, oy..</w:t>
      </w:r>
    </w:p>
    <w:p>
      <w:r>
        <w:t>Oy, Master of the World, Master of the World</w:t>
      </w:r>
    </w:p>
    <w:p>
      <w:r>
        <w:t>And certainly, if I were a tzaddik</w:t>
      </w:r>
    </w:p>
    <w:p>
      <w:r>
        <w:t>Yes, certainly.. "The Holy One, blessed be He, decrees, and a tzaddik nullifies it", yes</w:t>
      </w:r>
    </w:p>
    <w:p>
      <w:r>
        <w:t>[...]</w:t>
      </w:r>
    </w:p>
    <w:p>
      <w:r>
        <w:t>"The tzaddik, the tzaddik decrees, and the Holy One, blessed be He, fulfills it", yes</w:t>
      </w:r>
    </w:p>
    <w:p>
      <w:r>
        <w:t>Nu, but I did not, did not merit, did not merit this, what, what can be done</w:t>
      </w:r>
    </w:p>
    <w:p>
      <w:r>
        <w:t>I am not Rebbe Yisroel (Kardonner)</w:t>
      </w:r>
    </w:p>
    <w:p>
      <w:r>
        <w:t>[Rebbe Yisroel..]</w:t>
      </w:r>
    </w:p>
    <w:p>
      <w:r>
        <w:t>Rebbe Yisroel is..</w:t>
      </w:r>
    </w:p>
    <w:p>
      <w:r>
        <w:t>[Rebbe Yisroel]</w:t>
      </w:r>
    </w:p>
    <w:p>
      <w:r>
        <w:t>He..</w:t>
      </w:r>
    </w:p>
    <w:p>
      <w:r>
        <w:t>[Someone asked]</w:t>
      </w:r>
    </w:p>
    <w:p>
      <w:r>
        <w:t>Nu</w:t>
      </w:r>
    </w:p>
    <w:p>
      <w:r>
        <w:t>[….]…</w:t>
      </w:r>
    </w:p>
    <w:p>
      <w:r>
        <w:t>...[They sing: "Strength and dignity are her clothing, and she laughs at the final day.."]</w:t>
      </w:r>
    </w:p>
    <w:p>
      <w:r>
        <w:t>[…...]</w:t>
      </w:r>
    </w:p>
    <w:p>
      <w:r>
        <w:t>Nu, nu, nu, did you receive it?</w:t>
      </w:r>
    </w:p>
    <w:p>
      <w:r>
        <w:t>[Yes]…</w:t>
      </w:r>
    </w:p>
    <w:p>
      <w:r>
        <w:t>...[They sing:</w:t>
      </w:r>
    </w:p>
    <w:p>
      <w:r>
        <w:t>"Who will give me a wing like a dove; I will fly to the holy tziyun, to Uman.."</w:t>
      </w:r>
    </w:p>
    <w:p>
      <w:r>
        <w:t>"Na Nach Nachma Nachman MeUman.."]</w:t>
      </w:r>
    </w:p>
    <w:p>
      <w:r>
        <w:t>[Rebbe Yisroel, Yoram said that he wants to have a contest with you]</w:t>
      </w:r>
    </w:p>
    <w:p>
      <w:r>
        <w:t>A contest?</w:t>
      </w:r>
    </w:p>
    <w:p>
      <w:r>
        <w:t>[Yes, who sings for a longer time without stopping]</w:t>
      </w:r>
    </w:p>
    <w:p>
      <w:r>
        <w:t>It is a pity I did not say to.. that I did not invite the woman to come to Sharon</w:t>
      </w:r>
    </w:p>
    <w:p>
      <w:r>
        <w:t>[Yo, nu, she has time; Yoram has the strength to play until morning]</w:t>
      </w:r>
    </w:p>
    <w:p>
      <w:r>
        <w:t>[If Hashem gives; I have no strength]</w:t>
      </w:r>
    </w:p>
    <w:p>
      <w:r>
        <w:t>[Hashem will give you strength]</w:t>
      </w:r>
    </w:p>
    <w:p>
      <w:r>
        <w:t>[They sing and Dagan continues playing:</w:t>
      </w:r>
    </w:p>
    <w:p>
      <w:r>
        <w:t>"Who will give me a wing like a dove; I will fly to the holy tziyun, to Uman.."</w:t>
      </w:r>
    </w:p>
    <w:p>
      <w:r>
        <w:t>"Na Nach Nachma Nachman MeUman.."]</w:t>
      </w:r>
    </w:p>
    <w:p>
      <w:r>
        <w:t>{{24:08}}</w:t>
      </w:r>
    </w:p>
    <w:p>
      <w:r>
        <w:t>[Blessed is Hashem]</w:t>
      </w:r>
    </w:p>
    <w:p>
      <w:r>
        <w:t>{….}</w:t>
      </w:r>
    </w:p>
    <w:p>
      <w:r>
        <w:t>[Blessed are You, Hashem our God, King of the universe, through Whose word everything came to be]</w:t>
      </w:r>
    </w:p>
    <w:p>
      <w:r>
        <w:t>[Saba..]</w:t>
      </w:r>
    </w:p>
    <w:p>
      <w:r>
        <w:t>[[Amen]]</w:t>
      </w:r>
    </w:p>
    <w:p>
      <w:r>
        <w:t>Amen</w:t>
      </w:r>
    </w:p>
    <w:p>
      <w:r>
        <w:t>[Did you see Aharon, that he plays this, Aharon]</w:t>
      </w:r>
    </w:p>
    <w:p>
      <w:r>
        <w:t>[I do not know how to play a drum]</w:t>
      </w:r>
    </w:p>
    <w:p>
      <w:r>
        <w:t>[Aharon, when he does this, he plays and he goes: “Bula, bula, bula, bula, bula, bula..”]</w:t>
      </w:r>
    </w:p>
    <w:p>
      <w:r>
        <w:t>(Saba laughs)</w:t>
      </w:r>
    </w:p>
    <w:p>
      <w:r>
        <w:t>[Saba?]</w:t>
      </w:r>
    </w:p>
    <w:p>
      <w:r>
        <w:t>Yo</w:t>
      </w:r>
    </w:p>
    <w:p>
      <w:r>
        <w:t>[Can man, can people bring the redemption closer</w:t>
      </w:r>
    </w:p>
    <w:p>
      <w:r>
        <w:t>Is it not only in the hands of the Holy One, blessed be He, alone?]</w:t>
      </w:r>
    </w:p>
    <w:p>
      <w:r>
        <w:t>It..</w:t>
      </w:r>
    </w:p>
    <w:p>
      <w:r>
        <w:t>[..]</w:t>
      </w:r>
    </w:p>
    <w:p>
      <w:r>
        <w:t>It is in the hands of the Holy One, blessed be He, alone</w:t>
      </w:r>
    </w:p>
    <w:p>
      <w:r>
        <w:t>But Hashem blessed be He wants us to pray, that we, that we..</w:t>
      </w:r>
    </w:p>
    <w:p>
      <w:r>
        <w:t>[Prayer]</w:t>
      </w:r>
    </w:p>
    <w:p>
      <w:r>
        <w:t>We will draw Hashem blessed be He to the redemption, that we..</w:t>
      </w:r>
    </w:p>
    <w:p>
      <w:r>
        <w:t>The Master of the World, He has satisfaction from our prayer, from the faith, from our prayer</w:t>
      </w:r>
    </w:p>
    <w:p>
      <w:r>
        <w:t>And Rabbainu HaKadosh said: "That the essence of my matter is prayer"</w:t>
      </w:r>
    </w:p>
    <w:p>
      <w:r>
        <w:t>"The main thing for me is Rosh HaShanah, and the main thing..”</w:t>
      </w:r>
    </w:p>
    <w:p>
      <w:r>
        <w:t>On Rosh HaShanah one engages only in prayer all day, yes</w:t>
      </w:r>
    </w:p>
    <w:p>
      <w:r>
        <w:t>"The main thing for me is prayer"</w:t>
      </w:r>
    </w:p>
    <w:p>
      <w:r>
        <w:t>Oy.. and "The main thing for me is Rosh HaShanah"</w:t>
      </w:r>
    </w:p>
    <w:p>
      <w:r>
        <w:t>What is Rosh HaShanah? To come to me for Rosh HaShanah, for a tikkun</w:t>
      </w:r>
    </w:p>
    <w:p>
      <w:r>
        <w:t>And this matter continues even now, not only in..</w:t>
      </w:r>
    </w:p>
    <w:p>
      <w:r>
        <w:t>[..]</w:t>
      </w:r>
    </w:p>
    <w:p>
      <w:r>
        <w:t>In Rabbainu's lifetime, when he said: "The main thing for me.."</w:t>
      </w:r>
    </w:p>
    <w:p>
      <w:r>
        <w:t>This matter, it continues; it does not cease</w:t>
      </w:r>
    </w:p>
    <w:p>
      <w:r>
        <w:t>This matter of Rabbainu is something new that never ceases, yes</w:t>
      </w:r>
    </w:p>
    <w:p>
      <w:r>
        <w:t>[….]</w:t>
      </w:r>
    </w:p>
    <w:p>
      <w:r>
        <w:t>He—and every utterance of his, and every matter of his—is above nature</w:t>
      </w:r>
    </w:p>
    <w:p>
      <w:r>
        <w:t>And he is eternal and he is always, in every generation and generation</w:t>
      </w:r>
    </w:p>
    <w:p>
      <w:r>
        <w:t>That is what he said, that he is the true leader of all Israel in every generation and generation</w:t>
      </w:r>
    </w:p>
    <w:p>
      <w:r>
        <w:t>In every generation, it does not cease; he, he is our leader, yes</w:t>
      </w:r>
    </w:p>
    <w:p>
      <w:r>
        <w:t>[…...]</w:t>
      </w:r>
    </w:p>
    <w:p>
      <w:r>
        <w:t>In every Torah, in every conversation, in every story</w:t>
      </w:r>
    </w:p>
    <w:p>
      <w:r>
        <w:t>[So one can think that also in Nissan, which is the first of the months]</w:t>
      </w:r>
    </w:p>
    <w:p>
      <w:r>
        <w:t>Yes</w:t>
      </w:r>
    </w:p>
    <w:p>
      <w:r>
        <w:t>[So that it has a definition like Rosh HaShanah?]</w:t>
      </w:r>
    </w:p>
    <w:p>
      <w:r>
        <w:t>Yes, yes</w:t>
      </w:r>
    </w:p>
    <w:p>
      <w:r>
        <w:t>[He says this in "Likutay Halachos"]</w:t>
      </w:r>
    </w:p>
    <w:p>
      <w:r>
        <w:t>[Yes?]</w:t>
      </w:r>
    </w:p>
    <w:p>
      <w:r>
        <w:t>[Yes]</w:t>
      </w:r>
    </w:p>
    <w:p>
      <w:r>
        <w:t>[……]</w:t>
      </w:r>
    </w:p>
    <w:p>
      <w:r>
        <w:t>Oy..</w:t>
      </w:r>
    </w:p>
    <w:p>
      <w:r>
        <w:t>[Rebbe Yisroel]</w:t>
      </w:r>
    </w:p>
    <w:p>
      <w:r>
        <w:t>Oy, oy, oy, oy, oy..</w:t>
      </w:r>
    </w:p>
    <w:p>
      <w:r>
        <w:t>[Rebbe Yisroel]</w:t>
      </w:r>
    </w:p>
    <w:p>
      <w:r>
        <w:t>Oy..</w:t>
      </w:r>
    </w:p>
    <w:p>
      <w:r>
        <w:t>[Rebbe Yisroel, he..]</w:t>
      </w:r>
    </w:p>
    <w:p>
      <w:r>
        <w:t>I saw one man who lived such a life, such a good life as does not exist in the world</w:t>
      </w:r>
    </w:p>
    <w:p>
      <w:r>
        <w:t>Such a good life, that the world does not know what life is</w:t>
      </w:r>
    </w:p>
    <w:p>
      <w:r>
        <w:t>I saw great men, great men, geniuses who had a name and fame and were esteemed throughout the world</w:t>
      </w:r>
    </w:p>
    <w:p>
      <w:r>
        <w:t>[Who, for example?]</w:t>
      </w:r>
    </w:p>
    <w:p>
      <w:r>
        <w:t>Rav Moshe Kliers, Rav Moshe Kliers</w:t>
      </w:r>
    </w:p>
    <w:p>
      <w:r>
        <w:t>[Moshe Kliers was the head of the rabbis]</w:t>
      </w:r>
    </w:p>
    <w:p>
      <w:r>
        <w:t>He was, was a genius renowned in the world and was, he had a reputation as a genius and a tzaddik, everything, yes</w:t>
      </w:r>
    </w:p>
    <w:p>
      <w:r>
        <w:t>[He did not have a good life?]</w:t>
      </w:r>
    </w:p>
    <w:p>
      <w:r>
        <w:t>Nu, and I saw his life before I drew close to Rabbainu</w:t>
      </w:r>
    </w:p>
    <w:p>
      <w:r>
        <w:t>And after I merited to know Rebbe Yisroel, I saw th..</w:t>
      </w:r>
    </w:p>
    <w:p>
      <w:r>
        <w:t>I saw that he stands entirely outside; he does not know what Torah is, what faith is</w:t>
      </w:r>
    </w:p>
    <w:p>
      <w:r>
        <w:t>[Ah, ah]</w:t>
      </w:r>
    </w:p>
    <w:p>
      <w:r>
        <w:t>I saw such wonders from Rebbe Yisroel that there are none, that cannot be estimated</w:t>
      </w:r>
    </w:p>
    <w:p>
      <w:r>
        <w:t>What is this? (do not understand) Like Rebbe Yisroel</w:t>
      </w:r>
    </w:p>
    <w:p>
      <w:r>
        <w:t>Everyone can be Rebbe Yisroel, and more, and more, according to the heart</w:t>
      </w:r>
    </w:p>
    <w:p>
      <w:r>
        <w:t>The holy Rabbainu said:</w:t>
      </w:r>
    </w:p>
    <w:p>
      <w:r>
        <w:t>"Give me your hearts, and I will lead you on a new path"</w:t>
      </w:r>
    </w:p>
    <w:p>
      <w:r>
        <w:t>[Which is old]</w:t>
      </w:r>
    </w:p>
    <w:p>
      <w:r>
        <w:t>This, what is a new path?</w:t>
      </w:r>
    </w:p>
    <w:p>
      <w:r>
        <w:t>[It is the path..]</w:t>
      </w:r>
    </w:p>
    <w:p>
      <w:r>
        <w:t>It is an old path</w:t>
      </w:r>
    </w:p>
    <w:p>
      <w:r>
        <w:t>[Old, which is..]</w:t>
      </w:r>
    </w:p>
    <w:p>
      <w:r>
        <w:t>It is an old path, and nevertheless it is completely new!</w:t>
      </w:r>
    </w:p>
    <w:p>
      <w:r>
        <w:t>[Rebbe Yisroel, "renews each day the work of Creation"]…</w:t>
      </w:r>
    </w:p>
    <w:p>
      <w:r>
        <w:t>...And it is a wonder, how does it live and endure? How is it present in the world? A piece of paper for sixty years?</w:t>
      </w:r>
    </w:p>
    <w:p>
      <w:r>
        <w:t>Who ever heard such a thing, that a piece of paper should endure for sixty years?</w:t>
      </w:r>
    </w:p>
    <w:p>
      <w:r>
        <w:t>[…..]</w:t>
      </w:r>
    </w:p>
    <w:p>
      <w:r>
        <w:t>[…………..]</w:t>
      </w:r>
    </w:p>
    <w:p>
      <w:r>
        <w:t>[…..]</w:t>
      </w:r>
    </w:p>
    <w:p>
      <w:r>
        <w:t>What a person goes through, in particular, in particular it was in great dangers, in places where it could, be lost</w:t>
      </w:r>
    </w:p>
    <w:p>
      <w:r>
        <w:t>[Yes]</w:t>
      </w:r>
    </w:p>
    <w:p>
      <w:r>
        <w:t>And it lives and endures, and it is present!</w:t>
      </w:r>
    </w:p>
    <w:p>
      <w:r>
        <w:t>[Rebbe Yisroel]</w:t>
      </w:r>
    </w:p>
    <w:p>
      <w:r>
        <w:t>Yo</w:t>
      </w:r>
    </w:p>
    <w:p>
      <w:r>
        <w:t>[How will the world change when Mashiach comes? How will the world be..]</w:t>
      </w:r>
    </w:p>
    <w:p>
      <w:r>
        <w:t>Ah, I saw Rebbe Yisroel, I already saw what will be after Mashiach's coming</w:t>
      </w:r>
    </w:p>
    <w:p>
      <w:r>
        <w:t>I already saw how the world will be {...} after Mashiach's coming</w:t>
      </w:r>
    </w:p>
    <w:p>
      <w:r>
        <w:t>This avodah…</w:t>
      </w:r>
    </w:p>
    <w:p>
      <w:r>
        <w:t>...(do not understand)</w:t>
      </w:r>
    </w:p>
    <w:p>
      <w:r>
        <w:t>[Ah, where is the original?]</w:t>
      </w:r>
    </w:p>
    <w:p>
      <w:r>
        <w:t>[The original is there…]</w:t>
      </w:r>
    </w:p>
    <w:p>
      <w:r>
        <w:t>{….}</w:t>
      </w:r>
    </w:p>
    <w:p>
      <w:r>
        <w:t>[Abba]</w:t>
      </w:r>
    </w:p>
    <w:p>
      <w:r>
        <w:t>Yo, so tomorrow, tomorrow morning?</w:t>
      </w:r>
    </w:p>
    <w:p>
      <w:r>
        <w:t>[Yes, yes]</w:t>
      </w:r>
    </w:p>
    <w:p>
      <w:r>
        <w:t>Whenever you.., good, good, at nine?</w:t>
      </w:r>
    </w:p>
    <w:p>
      <w:r>
        <w:t>[Yes, nine]</w:t>
      </w:r>
    </w:p>
    <w:p>
      <w:r>
        <w:t>Good</w:t>
      </w:r>
    </w:p>
    <w:p>
      <w:r>
        <w:t>[Nine-thirty]</w:t>
      </w:r>
    </w:p>
    <w:p>
      <w:r>
        <w:t>Good, good</w:t>
      </w:r>
    </w:p>
    <w:p>
      <w:r>
        <w:t>[…….…]</w:t>
      </w:r>
    </w:p>
    <w:p>
      <w:r>
        <w:t>[……….]</w:t>
      </w:r>
    </w:p>
    <w:p>
      <w:r>
        <w:t>{..}</w:t>
      </w:r>
    </w:p>
    <w:p>
      <w:r>
        <w:t>[Take a picture, I want ….]</w:t>
      </w:r>
    </w:p>
    <w:p>
      <w:r>
        <w:t>[All right, bring me the camera ……….]</w:t>
      </w:r>
    </w:p>
    <w:p>
      <w:r>
        <w:t>[He wants it to be together with him]</w:t>
      </w:r>
    </w:p>
    <w:p>
      <w:r>
        <w:t>He wants to go out, he wants to go out</w:t>
      </w:r>
    </w:p>
    <w:p>
      <w:r>
        <w:t>[He is not going out]</w:t>
      </w:r>
    </w:p>
    <w:p>
      <w:r>
        <w:t>{…..}, he cannot go out</w:t>
      </w:r>
    </w:p>
    <w:p>
      <w:r>
        <w:t>[…………..….]</w:t>
      </w:r>
    </w:p>
    <w:p>
      <w:r>
        <w:t>[………………]</w:t>
      </w:r>
    </w:p>
    <w:p>
      <w:r>
        <w:t>[…….. he now opposes the situation]</w:t>
      </w:r>
    </w:p>
    <w:p>
      <w:r>
        <w:t>Soldier</w:t>
      </w:r>
    </w:p>
    <w:p>
      <w:r>
        <w:t>[Yo, my daughter is in the commando]</w:t>
      </w:r>
    </w:p>
    <w:p>
      <w:r>
        <w:t>Commando?</w:t>
      </w:r>
    </w:p>
    <w:p>
      <w:r>
        <w:t>[Commando, yo, …… the blessing]</w:t>
      </w:r>
    </w:p>
    <w:p>
      <w:r>
        <w:t>Ah, {…}</w:t>
      </w:r>
    </w:p>
    <w:p>
      <w:r>
        <w:t>[… the blessing, but he, he wants to supervise the soldiers so that they will be Jews, he said that he has influence]</w:t>
      </w:r>
    </w:p>
    <w:p>
      <w:r>
        <w:t>Yes</w:t>
      </w:r>
    </w:p>
    <w:p>
      <w:r>
        <w:t>[Yes]</w:t>
      </w:r>
    </w:p>
    <w:p>
      <w:r>
        <w:t>Yes</w:t>
      </w:r>
    </w:p>
    <w:p>
      <w:r>
        <w:t>[Certainly]</w:t>
      </w:r>
    </w:p>
    <w:p>
      <w:r>
        <w:t>[{…}, that he, I told him, he cannot understand the note, he does not understand] Nu, nu</w:t>
      </w:r>
    </w:p>
    <w:p>
      <w:r>
        <w:t>[No, he does not, he says, …..]</w:t>
      </w:r>
    </w:p>
    <w:p>
      <w:r>
        <w:t>{…}</w:t>
      </w:r>
    </w:p>
    <w:p>
      <w:r>
        <w:t>[Says: "Why did the Chazon Ish not accept?”] Ah..</w:t>
      </w:r>
    </w:p>
    <w:p>
      <w:r>
        <w:t>["Why did the Chazon Ish not accept the note?”, he is lacking..]</w:t>
      </w:r>
    </w:p>
    <w:p>
      <w:r>
        <w:t>Whoever wants, whoever accepts will accept; whoever does not want to accept will not accept</w:t>
      </w:r>
    </w:p>
    <w:p>
      <w:r>
        <w:t>[No, no, no]</w:t>
      </w:r>
    </w:p>
    <w:p>
      <w:r>
        <w:t>One does not force anything</w:t>
      </w:r>
    </w:p>
    <w:p>
      <w:r>
        <w:t>[…..]</w:t>
      </w:r>
    </w:p>
    <w:p>
      <w:r>
        <w:t>Ah.. I found it in..</w:t>
      </w:r>
    </w:p>
    <w:p>
      <w:r>
        <w:t>[…..]</w:t>
      </w:r>
    </w:p>
    <w:p>
      <w:r>
        <w:t>Through such miracles, through Divine Providence, and I saw what I saw</w:t>
      </w:r>
    </w:p>
    <w:p>
      <w:r>
        <w:t>Nu, and one who does not know.. what can be done?</w:t>
      </w:r>
    </w:p>
    <w:p>
      <w:r>
        <w:t>[I wanted..]</w:t>
      </w:r>
    </w:p>
    <w:p>
      <w:r>
        <w:t>No, no, yo</w:t>
      </w:r>
    </w:p>
    <w:p>
      <w:r>
        <w:t>[Nu, you do not want to speak?]</w:t>
      </w:r>
    </w:p>
    <w:p>
      <w:r>
        <w:t>[…..]</w:t>
      </w:r>
    </w:p>
    <w:p>
      <w:r>
        <w:t>{},I cannot, I cannot..</w:t>
      </w:r>
    </w:p>
    <w:p>
      <w:r>
        <w:t>[You found the note]</w:t>
      </w:r>
    </w:p>
    <w:p>
      <w:r>
        <w:t>Awesome, such a wonder as had still never occurred, the mind cannot accept it; the holy Rabbainu is, I found the note sixty-three years ago, I found it, amid such wonders, but for sixty years it was secret, yes no, no, I did not publicize it, yes</w:t>
      </w:r>
    </w:p>
    <w:p>
      <w:r>
        <w:t>But it was in the world, it was with me</w:t>
      </w:r>
    </w:p>
    <w:p>
      <w:r>
        <w:t>[And you did not know?]</w:t>
      </w:r>
    </w:p>
    <w:p>
      <w:r>
        <w:t>Without publicity</w:t>
      </w:r>
    </w:p>
    <w:p>
      <w:r>
        <w:t>[What, did you know?]</w:t>
      </w:r>
    </w:p>
    <w:p>
      <w:r>
        <w:t>{…}</w:t>
      </w:r>
    </w:p>
    <w:p>
      <w:r>
        <w:t>[Did the rabbi know that it was with him?]</w:t>
      </w:r>
    </w:p>
    <w:p>
      <w:r>
        <w:t>Ah?</w:t>
      </w:r>
    </w:p>
    <w:p>
      <w:r>
        <w:t>[Did the rabbi know that the note was with him?]</w:t>
      </w:r>
    </w:p>
    <w:p>
      <w:r>
        <w:t>Who?</w:t>
      </w:r>
    </w:p>
    <w:p>
      <w:r>
        <w:t>[Was the note with the rabbi?]</w:t>
      </w:r>
    </w:p>
    <w:p>
      <w:r>
        <w:t>[…...]</w:t>
      </w:r>
    </w:p>
    <w:p>
      <w:r>
        <w:t>Sixty, sixty years, I found it</w:t>
      </w:r>
    </w:p>
    <w:p>
      <w:r>
        <w:t>[Yes]</w:t>
      </w:r>
    </w:p>
    <w:p>
      <w:r>
        <w:t>And it was with me for sixty years, without publicity {I did not publicize it, sixty years}</w:t>
      </w:r>
    </w:p>
    <w:p>
      <w:r>
        <w:t>[Why? Because there was no time to publicize? It was not in the place?]</w:t>
      </w:r>
    </w:p>
    <w:p>
      <w:r>
        <w:t>That is how it was, that is how the matter was</w:t>
      </w:r>
    </w:p>
    <w:p>
      <w:r>
        <w:t>[Divine Providence]</w:t>
      </w:r>
    </w:p>
    <w:p>
      <w:r>
        <w:t>And it has been two years {th.. yes}, Hashem, blessed be He, arranged causes</w:t>
      </w:r>
    </w:p>
    <w:p>
      <w:r>
        <w:t>And I felt that it needs to be publicized throughout the world</w:t>
      </w:r>
    </w:p>
    <w:p>
      <w:r>
        <w:t>Whoever will accept, there will be whoever will accept; whoever will not accept, will not accept</w:t>
      </w:r>
    </w:p>
    <w:p>
      <w:r>
        <w:t>[No..]</w:t>
      </w:r>
    </w:p>
    <w:p>
      <w:r>
        <w:t>But it needs to be publicized, it needs to be publicized</w:t>
      </w:r>
    </w:p>
    <w:p>
      <w:r>
        <w:t>The holy Rabbainu at the time.. sixty.. sixty years ago</w:t>
      </w:r>
    </w:p>
    <w:p>
      <w:r>
        <w:t>It had been one hundred and twenty years since Rabbainu passed away, yes</w:t>
      </w:r>
    </w:p>
    <w:p>
      <w:r>
        <w:t>He wrote it and signed it, and he, and he..</w:t>
      </w:r>
    </w:p>
    <w:p>
      <w:r>
        <w:t>And he writes a sign here, a sign, a sign, {this is the sign}</w:t>
      </w:r>
    </w:p>
    <w:p>
      <w:r>
        <w:t>[That there? What does it mean?]</w:t>
      </w:r>
    </w:p>
    <w:p>
      <w:r>
        <w:t>"And a sign: on the seventeenth of Tammuz they will say that you are not fasting"</w:t>
      </w:r>
    </w:p>
    <w:p>
      <w:r>
        <w:t>I did not fast on the seventeenth of Tammuz, I fell, and there was {….}</w:t>
      </w:r>
    </w:p>
    <w:p>
      <w:r>
        <w:t>And no human being knew of it, no human being knew of it, only I and Hashem, blessed be He</w:t>
      </w:r>
    </w:p>
    <w:p>
      <w:r>
        <w:t>And here the sign is written, this sign</w:t>
      </w:r>
    </w:p>
    <w:p>
      <w:r>
        <w:t>Oy, {…..}, how did he sign? He is speaking to me</w:t>
      </w:r>
    </w:p>
    <w:p>
      <w:r>
        <w:t>"It was very difficult for me to descend to you, my precious student.. {…}"</w:t>
      </w:r>
    </w:p>
    <w:p>
      <w:r>
        <w:t>[...]</w:t>
      </w:r>
    </w:p>
    <w:p>
      <w:r>
        <w:t>Oy vey, oy vey</w:t>
      </w:r>
    </w:p>
    <w:p>
      <w:r>
        <w:t>There are no, there are no, I have no words, I have no strength and I have no words to speak of it</w:t>
      </w:r>
    </w:p>
    <w:p>
      <w:r>
        <w:t>It is such a wonder as had still never occurred, only Rabbainu Rebbe Nachman</w:t>
      </w:r>
    </w:p>
    <w:p>
      <w:r>
        <w:t>He is such a wonder as had still never been in the world</w:t>
      </w:r>
    </w:p>
    <w:p>
      <w:r>
        <w:t>And in all his matters one sees such wonders as had still never occurred</w:t>
      </w:r>
    </w:p>
    <w:p>
      <w:r>
        <w:t>This, that {one} draws close to Rabbainu is a wonder, immediately he heals, everything is wonders</w:t>
      </w:r>
    </w:p>
    <w:p>
      <w:r>
        <w:t>Every page of Rabbainu's books is a wonder, above nature</w:t>
      </w:r>
    </w:p>
    <w:p>
      <w:r>
        <w:t>The holy Rabbainu revealed such things, such wisdoms</w:t>
      </w:r>
    </w:p>
    <w:p>
      <w:r>
        <w:t>That one can live without eating and drinking</w:t>
      </w:r>
    </w:p>
    <w:p>
      <w:r>
        <w:t>Yes, such wisdoms</w:t>
      </w:r>
    </w:p>
    <w:p>
      <w:r>
        <w:t>And he gives life and he engages in self-sacrifice even now, as in his lifetime, more</w:t>
      </w:r>
    </w:p>
    <w:p>
      <w:r>
        <w:t>And this is for us, to take us out of the sins</w:t>
      </w:r>
    </w:p>
    <w:p>
      <w:r>
        <w:t>From distant places</w:t>
      </w:r>
    </w:p>
    <w:p>
      <w:r>
        <w:t>From filthy places</w:t>
      </w:r>
    </w:p>
    <w:p>
      <w:r>
        <w:t>From such lowly places</w:t>
      </w:r>
    </w:p>
    <w:p>
      <w:r>
        <w:t>And he prepared rectifications and remedies and salvations for each person and at every time and in every..</w:t>
      </w:r>
    </w:p>
    <w:p>
      <w:r>
        <w:t>And in every place where he is found</w:t>
      </w:r>
    </w:p>
    <w:p>
      <w:r>
        <w:t>There was not, such a thing had still not been in the world, such a thing, such a wonder</w:t>
      </w:r>
    </w:p>
    <w:p>
      <w:r>
        <w:t>And indeed this is a wonder that surpasses everything, all the wonders, it is such a wonder</w:t>
      </w:r>
    </w:p>
    <w:p>
      <w:r>
        <w:t>How he wrote it and signed it, {and he, and he.. and brought it to me, yoa, yoa} it was revealed to a person that there is, there is individual Divine Providence</w:t>
      </w:r>
    </w:p>
    <w:p>
      <w:r>
        <w:t>[….]</w:t>
      </w:r>
    </w:p>
    <w:p>
      <w:r>
        <w:t>It is such a wonder that.. who has heard such a thing? {….}</w:t>
      </w:r>
    </w:p>
    <w:p>
      <w:r>
        <w:t>[Yes]</w:t>
      </w:r>
    </w:p>
    <w:p>
      <w:r>
        <w:t>That a Tzaddik after one hundred and twenty years, he, he..</w:t>
      </w:r>
    </w:p>
    <w:p>
      <w:r>
        <w:t>[Now, how do we know that he wrote it?]</w:t>
      </w:r>
    </w:p>
    <w:p>
      <w:r>
        <w:t>{…}, ah?</w:t>
      </w:r>
    </w:p>
    <w:p>
      <w:r>
        <w:t>[How do we know that the Rav of Breslov wrote it?]</w:t>
      </w:r>
    </w:p>
    <w:p>
      <w:r>
        <w:t>[That Rav Nachman wrote it?]</w:t>
      </w:r>
    </w:p>
    <w:p>
      <w:r>
        <w:t>[How do we know?]</w:t>
      </w:r>
    </w:p>
    <w:p>
      <w:r>
        <w:t>It says "Na Na ch," is it written for no reason?</w:t>
      </w:r>
    </w:p>
    <w:p>
      <w:r>
        <w:t>[But.. no, but how do we know that he wrote it? Ah, this is his signature, Rebbe Nachman's?] Yes, but one sees "Na Na ch Nach ma Nach man of Uman"</w:t>
      </w:r>
    </w:p>
    <w:p>
      <w:r>
        <w:t>[Yes]</w:t>
      </w:r>
    </w:p>
    <w:p>
      <w:r>
        <w:t>Yes, this is his signature that he signed on the Petek, here</w:t>
      </w:r>
    </w:p>
    <w:p>
      <w:r>
        <w:t>[Yes]</w:t>
      </w:r>
    </w:p>
    <w:p>
      <w:r>
        <w:t>He.. there is in the holy Zohar and in the book "Likutay Moharan"</w:t>
      </w:r>
    </w:p>
    <w:p>
      <w:r>
        <w:t>That there is a song of kindness that will be revealed in the future</w:t>
      </w:r>
    </w:p>
    <w:p>
      <w:r>
        <w:t>And it will bring the whole world back to the good, to Hashem Yisburach, to the Torah</w:t>
      </w:r>
    </w:p>
    <w:p>
      <w:r>
        <w:t>Here he reveals {this}, he..</w:t>
      </w:r>
    </w:p>
    <w:p>
      <w:r>
        <w:t>All of "Likutay Moharan" and all of "Sippurei Maasiyos"</w:t>
      </w:r>
    </w:p>
    <w:p>
      <w:r>
        <w:t>Have you seen the "Sippurei Maasiyos" of the "Seven Beggars"? No</w:t>
      </w:r>
    </w:p>
    <w:p>
      <w:r>
        <w:t>[No]</w:t>
      </w:r>
    </w:p>
    <w:p>
      <w:r>
        <w:t>Rabbainu's books, {..}</w:t>
      </w:r>
    </w:p>
    <w:p>
      <w:r>
        <w:t>[I used to study this once..]</w:t>
      </w:r>
    </w:p>
    <w:p>
      <w:r>
        <w:t>[]</w:t>
      </w:r>
    </w:p>
    <w:p>
      <w:r>
        <w:t>Pay attention</w:t>
      </w:r>
    </w:p>
    <w:p>
      <w:r>
        <w:t>[…..]</w:t>
      </w:r>
    </w:p>
    <w:p>
      <w:r>
        <w:t>Pay attention, buy yourself {Rabbainu's books\Sippurei Maasiyos}</w:t>
      </w:r>
    </w:p>
    <w:p>
      <w:r>
        <w:t>[I will give you this..]</w:t>
      </w:r>
    </w:p>
    <w:p>
      <w:r>
        <w:t>And pay attention to all his words, it is very awesome</w:t>
      </w:r>
    </w:p>
    <w:p>
      <w:r>
        <w:t>[…..]</w:t>
      </w:r>
    </w:p>
    <w:p>
      <w:r>
        <w:t>The "Sippurei Maasiyos" , do {you} have the book "Sippurei Maasiyos"?</w:t>
      </w:r>
    </w:p>
    <w:p>
      <w:r>
        <w:t>[I do not have it]</w:t>
      </w:r>
    </w:p>
    <w:p>
      <w:r>
        <w:t>You do not have it? Then it must be bought, {...}</w:t>
      </w:r>
    </w:p>
    <w:p>
      <w:r>
        <w:t>[What does the Rav say about the middos of Rav Kook?]</w:t>
      </w:r>
    </w:p>
    <w:p>
      <w:r>
        <w:t>Ah?</w:t>
      </w:r>
    </w:p>
    <w:p>
      <w:r>
        <w:t>[I study the books of Rav Kook]</w:t>
      </w:r>
    </w:p>
    <w:p>
      <w:r>
        <w:t>The main thing is Rabbainu, one does not need to speak much, the main thing is Rabbainu</w:t>
      </w:r>
    </w:p>
    <w:p>
      <w:r>
        <w:t>There is no Rav Kook and no Ger and no Chabad and nothing, only Rabbainu</w:t>
      </w:r>
    </w:p>
    <w:p>
      <w:r>
        <w:t>It is such truth as has still not been in the world, such a wonder, such a wonder has still not been in the world</w:t>
      </w:r>
    </w:p>
    <w:p>
      <w:r>
        <w:t>[Did the Rav know Rav Kook?]</w:t>
      </w:r>
    </w:p>
    <w:p>
      <w:r>
        <w:t>Ah?</w:t>
      </w:r>
    </w:p>
    <w:p>
      <w:r>
        <w:t>Yes</w:t>
      </w:r>
    </w:p>
    <w:p>
      <w:r>
        <w:t>[Rav Kook]</w:t>
      </w:r>
    </w:p>
    <w:p>
      <w:r>
        <w:t>Yes</w:t>
      </w:r>
    </w:p>
    <w:p>
      <w:r>
        <w:t>[He is also, he is also a great Rav, Rav Kook is..]</w:t>
      </w:r>
    </w:p>
    <w:p>
      <w:r>
        <w:t>What are you talking about?</w:t>
      </w:r>
    </w:p>
    <w:p>
      <w:r>
        <w:t>Oy, oy, oy, oy, oy, one needs a little sense</w:t>
      </w:r>
    </w:p>
    <w:p>
      <w:r>
        <w:t>[No, one sees in.. one sees..]</w:t>
      </w:r>
    </w:p>
    <w:p>
      <w:r>
        <w:t>What does one see? What does one see? We see, what we see, nothing, what are you talking about?</w:t>
      </w:r>
    </w:p>
    <w:p>
      <w:r>
        <w:t>Here we are speaking, speaking of Moshe, of Moshe Rabbainu, of Mashiach, of such lights—you say Rav Kook?,or Ger? or Chabad? or.. what?</w:t>
      </w:r>
    </w:p>
    <w:p>
      <w:r>
        <w:t>Oy, oy, oy</w:t>
      </w:r>
    </w:p>
    <w:p>
      <w:r>
        <w:t>[…...]</w:t>
      </w:r>
    </w:p>
    <w:p>
      <w:r>
        <w:t>Yoa</w:t>
      </w:r>
    </w:p>
    <w:p>
      <w:r>
        <w:t>[……]</w:t>
      </w:r>
    </w:p>
    <w:p>
      <w:r>
        <w:t>And Rabbainu surpasses, over, over everything, he is the root of the Torah and faith</w:t>
      </w:r>
    </w:p>
    <w:p>
      <w:r>
        <w:t>And the rectification of every member of Yisroel, however far he went, and wherever he descended</w:t>
      </w:r>
    </w:p>
    <w:p>
      <w:r>
        <w:t>This, this has not yet been in the world, such a wonder</w:t>
      </w:r>
    </w:p>
    <w:p>
      <w:r>
        <w:t>And the holy Rabbainu revealed that he is such a wonder, yes, he revealed a drop from the ocean</w:t>
      </w:r>
    </w:p>
    <w:p>
      <w:r>
        <w:t>Oy, oy, oy, oy, oy..</w:t>
      </w:r>
    </w:p>
    <w:p>
      <w:r>
        <w:t>[Saba, Boaz is going to a unit]</w:t>
      </w:r>
    </w:p>
    <w:p>
      <w:r>
        <w:t>Who is this? Who is {going}?</w:t>
      </w:r>
    </w:p>
    <w:p>
      <w:r>
        <w:t>[Boaz, Boaz, this is the young man]</w:t>
      </w:r>
    </w:p>
    <w:p>
      <w:r>
        <w:t>[Boaz]</w:t>
      </w:r>
    </w:p>
    <w:p>
      <w:r>
        <w:t>[This is the young man]</w:t>
      </w:r>
    </w:p>
    <w:p>
      <w:r>
        <w:t>Your name is Boaz?</w:t>
      </w:r>
    </w:p>
    <w:p>
      <w:r>
        <w:t>[Yes]</w:t>
      </w:r>
    </w:p>
    <w:p>
      <w:r>
        <w:t>Ah..</w:t>
      </w:r>
    </w:p>
    <w:p>
      <w:r>
        <w:t>[He is going, Saba, he..]</w:t>
      </w:r>
    </w:p>
    <w:p>
      <w:r>
        <w:t>{How much?} How old are you?</w:t>
      </w:r>
    </w:p>
    <w:p>
      <w:r>
        <w:t>[Eighteen years and seven months]</w:t>
      </w:r>
    </w:p>
    <w:p>
      <w:r>
        <w:t>Ah..</w:t>
      </w:r>
    </w:p>
    <w:p>
      <w:r>
        <w:t>[He is going, Saba, to the army in a few days]</w:t>
      </w:r>
    </w:p>
    <w:p>
      <w:r>
        <w:t>For what?</w:t>
      </w:r>
    </w:p>
    <w:p>
      <w:r>
        <w:t>[…...]</w:t>
      </w:r>
    </w:p>
    <w:p>
      <w:r>
        <w:t>You will have a soldier, and you will be a soldier with Rabbainu, yes</w:t>
      </w:r>
    </w:p>
    <w:p>
      <w:r>
        <w:t>[He wants to succeed in the army]</w:t>
      </w:r>
    </w:p>
    <w:p>
      <w:r>
        <w:t>He will succeed, he will succeed, he can succeed {{. . .}}</w:t>
      </w:r>
    </w:p>
    <w:p>
      <w:r>
        <w:t>And the more connected he will be to Rabbainu and will walk in Rabbainu's ways</w:t>
      </w:r>
    </w:p>
    <w:p>
      <w:r>
        <w:t>Then he, he, he will bring many soldiers to Rabbainu</w:t>
      </w:r>
    </w:p>
    <w:p>
      <w:r>
        <w:t>[No, he wants to bring soldiers, right? He..]</w:t>
      </w:r>
    </w:p>
    <w:p>
      <w:r>
        <w:t>Good, good, good, good</w:t>
      </w:r>
    </w:p>
    <w:p>
      <w:r>
        <w:t>[Tell which unit..]</w:t>
      </w:r>
    </w:p>
    <w:p>
      <w:r>
        <w:t>Good, good, oy, oy, oy..</w:t>
      </w:r>
    </w:p>
    <w:p>
      <w:r>
        <w:t>Oy, oy, oy, oy, oy, oy, oy..</w:t>
      </w:r>
    </w:p>
    <w:p>
      <w:r>
        <w:t>Oy, oy, oy, oy, oy..</w:t>
      </w:r>
    </w:p>
    <w:p>
      <w:r>
        <w:t>[It is written in…… that Moshe Rabbainu {is reincarnated} in every generation and generation..]</w:t>
      </w:r>
    </w:p>
    <w:p>
      <w:r>
        <w:t>[.….]</w:t>
      </w:r>
    </w:p>
    <w:p>
      <w:r>
        <w:t>Yoa</w:t>
      </w:r>
    </w:p>
    <w:p>
      <w:r>
        <w:t>[Rabbainu says about himself that he is the Tzaddik, he is all the Tzaddikim</w:t>
      </w:r>
    </w:p>
    <w:p>
      <w:r>
        <w:t>He is the aspect of Moshe Rabbainu.., and all the People of Israel ……]</w:t>
      </w:r>
    </w:p>
    <w:p>
      <w:r>
        <w:t>[…….]</w:t>
      </w:r>
    </w:p>
    <w:p>
      <w:r>
        <w:t>{…}</w:t>
      </w:r>
    </w:p>
    <w:p>
      <w:r>
        <w:t>[Until Mashiach comes, he said: “The light..,”, he said:</w:t>
      </w:r>
    </w:p>
    <w:p>
      <w:r>
        <w:t>"Mein fayer'l vet tleyen biz Mashiach vet kumen" - "My fire will burn until the coming of Mashiach" he said: “There will be no innovation after me until Mashiach comes, only I"</w:t>
      </w:r>
    </w:p>
    <w:p>
      <w:r>
        <w:t>He said such things about himself, either he was, Heaven forbid, insane, or he was truth, who says a thing ………………………..]</w:t>
      </w:r>
    </w:p>
    <w:p>
      <w:r>
        <w:t>[……….]</w:t>
      </w:r>
    </w:p>
    <w:p>
      <w:r>
        <w:t>Ho, ho, ho..</w:t>
      </w:r>
    </w:p>
    <w:p>
      <w:r>
        <w:t>Give me, give me the cup</w:t>
      </w:r>
    </w:p>
    <w:p>
      <w:r>
        <w:t>[Ah?]</w:t>
      </w:r>
    </w:p>
    <w:p>
      <w:r>
        <w:t>The cup</w:t>
      </w:r>
    </w:p>
    <w:p>
      <w:r>
        <w:t>[The cup?]</w:t>
      </w:r>
    </w:p>
    <w:p>
      <w:r>
        <w:t>Yes, yes, here</w:t>
      </w:r>
    </w:p>
    <w:p>
      <w:r>
        <w:t>Blessed are You, Hashem our God, King of the world, through Whose word everything came to be</w:t>
      </w:r>
    </w:p>
    <w:p>
      <w:r>
        <w:t>[Amen]</w:t>
      </w:r>
    </w:p>
    <w:p>
      <w:r>
        <w:t>[Amen]…</w:t>
      </w:r>
    </w:p>
    <w:p>
      <w:r>
        <w:t>...A pity, a pity, we know nothing</w:t>
      </w:r>
    </w:p>
    <w:p>
      <w:r>
        <w:t>If we were to know a drop from the ocean of Rabbainu, we would give ourselves over</w:t>
      </w:r>
    </w:p>
    <w:p>
      <w:r>
        <w:t>At every moment, not to take the eyes and the head and the.. away from Rabbainu's words</w:t>
      </w:r>
    </w:p>
    <w:p>
      <w:r>
        <w:t>One must be expert in them</w:t>
      </w:r>
    </w:p>
    <w:p>
      <w:r>
        <w:t>And this is miracles and wonders, every word, every matter, every Torah teaching of Rabbainu</w:t>
      </w:r>
    </w:p>
    <w:p>
      <w:r>
        <w:t>No.. I saw with my own eyes such a person who was, gave his heart over to Rabbainu</w:t>
      </w:r>
    </w:p>
    <w:p>
      <w:r>
        <w:t>And he was entirely, gave himself over only to print and to draw close, and to draw souls close to Hashem Yisburach</w:t>
      </w:r>
    </w:p>
    <w:p>
      <w:r>
        <w:t>And I saw what this is, what, what this is, what Breslov is</w:t>
      </w:r>
    </w:p>
    <w:p>
      <w:r>
        <w:t>There is, it is impossible, there are no, no words to speak</w:t>
      </w:r>
    </w:p>
    <w:p>
      <w:r>
        <w:t>I grew up among Torah giants, famous throughout the world</w:t>
      </w:r>
    </w:p>
    <w:p>
      <w:r>
        <w:t>Torah giants, and they were kings, literally kings, they had all the money and all the honor in the world</w:t>
      </w:r>
    </w:p>
    <w:p>
      <w:r>
        <w:t>And I was not, I was not, I was not regarded as anything compared to them</w:t>
      </w:r>
    </w:p>
    <w:p>
      <w:r>
        <w:t>And I stood, the holy Rabbainu chose {me}, chose me, and he drew me close to Rabbainu</w:t>
      </w:r>
    </w:p>
    <w:p>
      <w:r>
        <w:t>And all of them, all the Torah giants were persecuting me {at every time} and disgracing me:</w:t>
      </w:r>
    </w:p>
    <w:p>
      <w:r>
        <w:t>"What is this? Breslov? What? What are you doing? You study Breslov books?"</w:t>
      </w:r>
    </w:p>
    <w:p>
      <w:r>
        <w:t>And I studied in the yeshivah, and all.. and I sanctified the Name and truly..</w:t>
      </w:r>
    </w:p>
    <w:p>
      <w:r>
        <w:t>I was alone, alone, the worst and the smallest, nu</w:t>
      </w:r>
    </w:p>
    <w:p>
      <w:r>
        <w:t>And I caused them an illness, a heart illness, to all, to all these great ones, yes</w:t>
      </w:r>
    </w:p>
    <w:p>
      <w:r>
        <w:t>I did not, did not do anything, I only {searched} and did what the holy Rabbainu</w:t>
      </w:r>
    </w:p>
    <w:p>
      <w:r>
        <w:t>I walked in Rabbainu's ways, and I prayed as I saw, yes, as the holy Rabbainu teaches us</w:t>
      </w:r>
    </w:p>
    <w:p>
      <w:r>
        <w:t>What prayer is, how to pray to Hashem Yisburach with all one's strength, with all one's heart, yes</w:t>
      </w:r>
    </w:p>
    <w:p>
      <w:r>
        <w:t>And they were sleeping</w:t>
      </w:r>
    </w:p>
    <w:p>
      <w:r>
        <w:t>Especially when I merited to know Rebbe Yisroel (Kardonner), the..</w:t>
      </w:r>
    </w:p>
    <w:p>
      <w:r>
        <w:t>And he was connected to Rabbainu after..</w:t>
      </w:r>
    </w:p>
    <w:p>
      <w:r>
        <w:t>All, all the Breslov Chassidim, all the people, all those who truly serve Hashem</w:t>
      </w:r>
    </w:p>
    <w:p>
      <w:r>
        <w:t>The Breslov Chassidim said about, about Rebbe Yisroel:</w:t>
      </w:r>
    </w:p>
    <w:p>
      <w:r>
        <w:t>"Who can compare to Rebbe Yisroel? Rebbe Yisroel is such self-sacrifice"</w:t>
      </w:r>
    </w:p>
    <w:p>
      <w:r>
        <w:t>They did not understand, how does a person have strength? How does he have such strength?</w:t>
      </w:r>
    </w:p>
    <w:p>
      <w:r>
        <w:t>And I merited to see what the world is, that Torah giants and Chassidus and servants of Hashem, and what Breslov is</w:t>
      </w:r>
    </w:p>
    <w:p>
      <w:r>
        <w:t>I saw with my own eyes what this is, yes</w:t>
      </w:r>
    </w:p>
    <w:p>
      <w:r>
        <w:t>And I had trials, I had miracles, miracles</w:t>
      </w:r>
    </w:p>
    <w:p>
      <w:r>
        <w:t>They were all Torah giants, and they were my rabbis, I studied under them</w:t>
      </w:r>
    </w:p>
    <w:p>
      <w:r>
        <w:t>And I saw, I saw that they were great Torah scholars, but they were like this:</w:t>
      </w:r>
    </w:p>
    <w:p>
      <w:r>
        <w:t>Chasing after honor and after the money of the world, yes</w:t>
      </w:r>
    </w:p>
    <w:p>
      <w:r>
        <w:t>And I merited to discern and to grasp and to understand where the truth is and where the falsehood is, yes</w:t>
      </w:r>
    </w:p>
    <w:p>
      <w:r>
        <w:t>I saw that there is one truth in the world, only Breslov</w:t>
      </w:r>
    </w:p>
    <w:p>
      <w:r>
        <w:t>I saw one man in the world, and he would laugh at the whole world, ay, ay, ay, ay, ay..</w:t>
      </w:r>
    </w:p>
    <w:p>
      <w:r>
        <w:t>Did you hear from Rabbainu Rebbe Nachman?</w:t>
      </w:r>
    </w:p>
    <w:p>
      <w:r>
        <w:t>[I heard, lately I heard]</w:t>
      </w:r>
    </w:p>
    <w:p>
      <w:r>
        <w:t>Ah, lately</w:t>
      </w:r>
    </w:p>
    <w:p>
      <w:r>
        <w:t>[When I came to Mordechai..]</w:t>
      </w:r>
    </w:p>
    <w:p>
      <w:r>
        <w:t>Ah, ah?</w:t>
      </w:r>
    </w:p>
    <w:p>
      <w:r>
        <w:t>[I am at his house sometimes, he..]</w:t>
      </w:r>
    </w:p>
    <w:p>
      <w:r>
        <w:t>Yes?</w:t>
      </w:r>
    </w:p>
    <w:p>
      <w:r>
        <w:t>[He gives, he gives me food to eat]</w:t>
      </w:r>
    </w:p>
    <w:p>
      <w:r>
        <w:t>And…</w:t>
      </w:r>
    </w:p>
    <w:p>
      <w:r>
        <w:br w:type="page"/>
      </w:r>
    </w:p>
    <w:p>
      <w:pPr>
        <w:pStyle w:val="Heading1"/>
      </w:pPr>
      <w:r>
        <w:t>Tape 21</w:t>
      </w:r>
    </w:p>
    <w:p>
      <w:pPr>
        <w:pStyle w:val="Heading2"/>
      </w:pPr>
      <w:r>
        <w:t>Side A (Aleph)</w:t>
      </w:r>
    </w:p>
    <w:p>
      <w:r>
        <w:t>...Ah, lately</w:t>
      </w:r>
    </w:p>
    <w:p>
      <w:r>
        <w:t>[When I came to Mordechai]</w:t>
      </w:r>
    </w:p>
    <w:p>
      <w:r>
        <w:t>Ah, ah?</w:t>
      </w:r>
    </w:p>
    <w:p>
      <w:r>
        <w:t>[I am at his house sometimes]</w:t>
      </w:r>
    </w:p>
    <w:p>
      <w:r>
        <w:t>Yes?</w:t>
      </w:r>
    </w:p>
    <w:p>
      <w:r>
        <w:t>[He gives, he gives me food to eat]</w:t>
      </w:r>
    </w:p>
    <w:p>
      <w:r>
        <w:t>And do you have {parents}? Do you have..</w:t>
      </w:r>
    </w:p>
    <w:p>
      <w:r>
        <w:t>[Yes, I live in Kfar Saba]</w:t>
      </w:r>
    </w:p>
    <w:p>
      <w:r>
        <w:t>In Kfar Saba? In Kfar Saba do you know Aharon?</w:t>
      </w:r>
    </w:p>
    <w:p>
      <w:r>
        <w:t>[Yes]</w:t>
      </w:r>
    </w:p>
    <w:p>
      <w:r>
        <w:t>Aharon Patz?</w:t>
      </w:r>
    </w:p>
    <w:p>
      <w:r>
        <w:t>[Yes, I know him]</w:t>
      </w:r>
    </w:p>
    <w:p>
      <w:r>
        <w:t>Yes?</w:t>
      </w:r>
    </w:p>
    <w:p>
      <w:r>
        <w:t>[He knows my family, yes we..]</w:t>
      </w:r>
    </w:p>
    <w:p>
      <w:r>
        <w:t>Ah</w:t>
      </w:r>
    </w:p>
    <w:p>
      <w:r>
        <w:t>[….]</w:t>
      </w:r>
    </w:p>
    <w:p>
      <w:r>
        <w:t>[I know Aharon]</w:t>
      </w:r>
    </w:p>
    <w:p>
      <w:r>
        <w:t>{That is to say} the father is religious?</w:t>
      </w:r>
    </w:p>
    <w:p>
      <w:r>
        <w:t>[Yes, religious, the whole family is religious]</w:t>
      </w:r>
    </w:p>
    <w:p>
      <w:r>
        <w:t>Yes?</w:t>
      </w:r>
    </w:p>
    <w:p>
      <w:r>
        <w:t>[A very large family, yes]</w:t>
      </w:r>
    </w:p>
    <w:p>
      <w:r>
        <w:t>[Workers of the land, they are workers of the land, the whole family are workers of the land]</w:t>
      </w:r>
    </w:p>
    <w:p>
      <w:r>
        <w:t>Yes?</w:t>
      </w:r>
    </w:p>
    <w:p>
      <w:r>
        <w:t>[Yes]</w:t>
      </w:r>
    </w:p>
    <w:p>
      <w:r>
        <w:t>Is there, is there land there?</w:t>
      </w:r>
    </w:p>
    <w:p>
      <w:r>
        <w:t>[Yes, yes]</w:t>
      </w:r>
    </w:p>
    <w:p>
      <w:r>
        <w:t>[But it is Mizrachi, it is..]</w:t>
      </w:r>
    </w:p>
    <w:p>
      <w:r>
        <w:t>{..}</w:t>
      </w:r>
    </w:p>
    <w:p>
      <w:r>
        <w:t>[But people devoted to the nation, to work and..]</w:t>
      </w:r>
    </w:p>
    <w:p>
      <w:r>
        <w:t>Good</w:t>
      </w:r>
    </w:p>
    <w:p>
      <w:r>
        <w:t>[You remember this]</w:t>
      </w:r>
    </w:p>
    <w:p>
      <w:r>
        <w:t>{..}</w:t>
      </w:r>
    </w:p>
    <w:p>
      <w:r>
        <w:t>[But really how, how did you find courage?]</w:t>
      </w:r>
    </w:p>
    <w:p>
      <w:r>
        <w:t>There are two things in the world</w:t>
      </w:r>
    </w:p>
    <w:p>
      <w:r>
        <w:t>[Yes]</w:t>
      </w:r>
    </w:p>
    <w:p>
      <w:r>
        <w:t>There is the world, and there is Breslov, yes</w:t>
      </w:r>
    </w:p>
    <w:p>
      <w:r>
        <w:t>[But how, how did you find courage?]</w:t>
      </w:r>
    </w:p>
    <w:p>
      <w:r>
        <w:t>Rebbe.., Hashem Yisborach, we make a blessing every day, "Who gives strength to the weary..", nu..</w:t>
      </w:r>
    </w:p>
    <w:p>
      <w:r>
        <w:t>[How did you find courage to stand against..]</w:t>
      </w:r>
    </w:p>
    <w:p>
      <w:r>
        <w:t>"Who gives strength to the weary.."</w:t>
      </w:r>
    </w:p>
    <w:p>
      <w:r>
        <w:t>[They would say to you: "Who are you? Who are you? That you can stand against us", yes?] But they became nullified, I was a small mosquito, but, but..</w:t>
      </w:r>
    </w:p>
    <w:p>
      <w:r>
        <w:t>[You penetrated deeply]</w:t>
      </w:r>
    </w:p>
    <w:p>
      <w:r>
        <w:t>Yes</w:t>
      </w:r>
    </w:p>
    <w:p>
      <w:r>
        <w:t>[In which country did you live?]</w:t>
      </w:r>
    </w:p>
    <w:p>
      <w:r>
        <w:t>[The rabbi from Teveria]</w:t>
      </w:r>
    </w:p>
    <w:p>
      <w:r>
        <w:t>Teveria</w:t>
      </w:r>
    </w:p>
    <w:p>
      <w:r>
        <w:t>[Teveria]</w:t>
      </w:r>
    </w:p>
    <w:p>
      <w:r>
        <w:t>[Teveria]</w:t>
      </w:r>
    </w:p>
    <w:p>
      <w:r>
        <w:t>[His father was born in Teveria]</w:t>
      </w:r>
    </w:p>
    <w:p>
      <w:r>
        <w:t>[….]</w:t>
      </w:r>
    </w:p>
    <w:p>
      <w:r>
        <w:t>(Not understood) I prayed in Teveria, yes</w:t>
      </w:r>
    </w:p>
    <w:p>
      <w:r>
        <w:t>And there is much to tell, it was..</w:t>
      </w:r>
    </w:p>
    <w:p>
      <w:r>
        <w:t>I was born in Teveria and I was raised among great Torah scholars and great scholars, and those who trembled at the word of Hashem and..</w:t>
      </w:r>
    </w:p>
    <w:p>
      <w:r>
        <w:t>But the matter of Rabbainu, an {entirely} different matter, it is a matter, it, yes, it is a special matter</w:t>
      </w:r>
    </w:p>
    <w:p>
      <w:r>
        <w:t>[When did you come to Breslov? In what year?]</w:t>
      </w:r>
    </w:p>
    <w:p>
      <w:r>
        <w:t>Time is not important</w:t>
      </w:r>
    </w:p>
    <w:p>
      <w:r>
        <w:t>[Because at first the rabbi was not in Breslov]</w:t>
      </w:r>
    </w:p>
    <w:p>
      <w:r>
        <w:t>Before, seventy years ago</w:t>
      </w:r>
    </w:p>
    <w:p>
      <w:r>
        <w:t>[…]</w:t>
      </w:r>
    </w:p>
    <w:p>
      <w:r>
        <w:t>More</w:t>
      </w:r>
    </w:p>
    <w:p>
      <w:r>
        <w:t>[...]</w:t>
      </w:r>
    </w:p>
    <w:p>
      <w:r>
        <w:t>Seventy years ago and more, and then there was such opposition..</w:t>
      </w:r>
    </w:p>
    <w:p>
      <w:r>
        <w:t>[…..]</w:t>
      </w:r>
    </w:p>
    <w:p>
      <w:r>
        <w:t>That they did not want to touch a Breslov book</w:t>
      </w:r>
    </w:p>
    <w:p>
      <w:r>
        <w:t>[I heard that Rav Kook also studied Breslov books]</w:t>
      </w:r>
    </w:p>
    <w:p>
      <w:r>
        <w:t>Yes, yes, yes, I know, I saw him and I spoke with him</w:t>
      </w:r>
    </w:p>
    <w:p>
      <w:r>
        <w:t>[Yes?]</w:t>
      </w:r>
    </w:p>
    <w:p>
      <w:r>
        <w:t>Yes, yes</w:t>
      </w:r>
    </w:p>
    <w:p>
      <w:r>
        <w:t>[Saba, I heard that the Chofetz Chaim, I heard about the Chofetz Chaim]</w:t>
      </w:r>
    </w:p>
    <w:p>
      <w:r>
        <w:t>Nu</w:t>
      </w:r>
    </w:p>
    <w:p>
      <w:r>
        <w:t>[That he had a student in his yeshiva in Poland, Mattisyahu Cohen from Uman, Rav Matti, Rav Mattisyahu Cohen] Mattisyahu?</w:t>
      </w:r>
    </w:p>
    <w:p>
      <w:r>
        <w:t>[Cohen]</w:t>
      </w:r>
    </w:p>
    <w:p>
      <w:r>
        <w:t>Cohen? Yes, yes</w:t>
      </w:r>
    </w:p>
    <w:p>
      <w:r>
        <w:t>[He was with him]</w:t>
      </w:r>
    </w:p>
    <w:p>
      <w:r>
        <w:t>Nu, yes?</w:t>
      </w:r>
    </w:p>
    <w:p>
      <w:r>
        <w:t>[He was with him, he was also a Cohen, so he studied in his yeshiva]</w:t>
      </w:r>
    </w:p>
    <w:p>
      <w:r>
        <w:t>Nu</w:t>
      </w:r>
    </w:p>
    <w:p>
      <w:r>
        <w:t>[In Poland]</w:t>
      </w:r>
    </w:p>
    <w:p>
      <w:r>
        <w:t>Nu</w:t>
      </w:r>
    </w:p>
    <w:p>
      <w:r>
        <w:t>[And on the way back to Uman the Chofetz Chaim carried his suitcases</w:t>
      </w:r>
    </w:p>
    <w:p>
      <w:r>
        <w:t>He accompanied him to the train and carried his suitcase]</w:t>
      </w:r>
    </w:p>
    <w:p>
      <w:r>
        <w:t>Yes?</w:t>
      </w:r>
    </w:p>
    <w:p>
      <w:r>
        <w:t>[My father received semicha from the Chofetz Chaim]</w:t>
      </w:r>
    </w:p>
    <w:p>
      <w:r>
        <w:t>[Yes?]</w:t>
      </w:r>
    </w:p>
    <w:p>
      <w:r>
        <w:t>[Maybe one, my father received semicha from the Chofetz Chaim]</w:t>
      </w:r>
    </w:p>
    <w:p>
      <w:r>
        <w:t>Received?</w:t>
      </w:r>
    </w:p>
    <w:p>
      <w:r>
        <w:t>[The father]</w:t>
      </w:r>
    </w:p>
    <w:p>
      <w:r>
        <w:t>Received semicha</w:t>
      </w:r>
    </w:p>
    <w:p>
      <w:r>
        <w:t>[One perhaps of.. was..]</w:t>
      </w:r>
    </w:p>
    <w:p>
      <w:r>
        <w:t>Oy</w:t>
      </w:r>
    </w:p>
    <w:p>
      <w:r>
        <w:t>[But he also, he was, I do not know if he was..</w:t>
      </w:r>
    </w:p>
    <w:p>
      <w:r>
        <w:t>He was not a Breslov Chassid, but, the Chofetz Chaim]</w:t>
      </w:r>
    </w:p>
    <w:p>
      <w:r>
        <w:t>Oy, yes, yes, bring it back here</w:t>
      </w:r>
    </w:p>
    <w:p>
      <w:r>
        <w:t>[Nu, let us sing a song, we need to sing a song, let us sing a song, a song of Rebbe Yisroel (Kardonner)..]</w:t>
      </w:r>
    </w:p>
    <w:p>
      <w:r>
        <w:t>Ah..</w:t>
      </w:r>
    </w:p>
    <w:p>
      <w:r>
        <w:t>[….]</w:t>
      </w:r>
    </w:p>
    <w:p>
      <w:r>
        <w:t>{….}, this is Rebbe Yisroel (Kardonner), this was two and a half years after Rebbe Yisroel (Kardonner) passed away</w:t>
      </w:r>
    </w:p>
    <w:p>
      <w:r>
        <w:t>I found this in a book, I opened a book</w:t>
      </w:r>
    </w:p>
    <w:p>
      <w:r>
        <w:t>I was ill, and everyone in the yeshiva said, and the whole city said:</w:t>
      </w:r>
    </w:p>
    <w:p>
      <w:r>
        <w:t>"That the end of Breslov Chassidim, they become crazy, yes, this is the end"</w:t>
      </w:r>
    </w:p>
    <w:p>
      <w:r>
        <w:t>Then I, I also fell into mental illness</w:t>
      </w:r>
    </w:p>
    <w:p>
      <w:r>
        <w:t>[That is what they said?]</w:t>
      </w:r>
    </w:p>
    <w:p>
      <w:r>
        <w:t>I was in depression</w:t>
      </w:r>
    </w:p>
    <w:p>
      <w:r>
        <w:t>[Ah]</w:t>
      </w:r>
    </w:p>
    <w:p>
      <w:r>
        <w:t>Then they said:</w:t>
      </w:r>
    </w:p>
    <w:p>
      <w:r>
        <w:t>"This is how the end of a Breslov Chassid is, eventually they become crazy"</w:t>
      </w:r>
    </w:p>
    <w:p>
      <w:r>
        <w:t>[So they did not believe in it?]</w:t>
      </w:r>
    </w:p>
    <w:p>
      <w:r>
        <w:t>Then..</w:t>
      </w:r>
    </w:p>
    <w:p>
      <w:r>
        <w:t>[No, this is before he found the Petek]</w:t>
      </w:r>
    </w:p>
    <w:p>
      <w:r>
        <w:t>[Ah, before..]</w:t>
      </w:r>
    </w:p>
    <w:p>
      <w:r>
        <w:t>Then I had hisbodedus and I wept before Hashem:</w:t>
      </w:r>
    </w:p>
    <w:p>
      <w:r>
        <w:t>"I am causing disgrace to Breslov, heal me"</w:t>
      </w:r>
    </w:p>
    <w:p>
      <w:r>
        <w:t>I asked Hashem Yisborach to take from me the depression, the sadness and the illness</w:t>
      </w:r>
    </w:p>
    <w:p>
      <w:r>
        <w:t>Nu, it came into my thought, as though someone enters inside and says to me forcefully:</w:t>
      </w:r>
    </w:p>
    <w:p>
      <w:r>
        <w:t>"Enter my room.."</w:t>
      </w:r>
    </w:p>
    <w:p>
      <w:r>
        <w:t>I was in the yeshiva, this is the yeshiva, and this is my room</w:t>
      </w:r>
    </w:p>
    <w:p>
      <w:r>
        <w:t>"Enter your room and open the cabinet and take out a book and open it, whatever book it is</w:t>
      </w:r>
    </w:p>
    <w:p>
      <w:r>
        <w:t>Just place your hand on some book and take it out and open it"</w:t>
      </w:r>
    </w:p>
    <w:p>
      <w:r>
        <w:t>And I, and I did so, I opened the book and it was the original, this is a photocopy, there was not..</w:t>
      </w:r>
    </w:p>
    <w:p>
      <w:r>
        <w:t>[The original is here?]</w:t>
      </w:r>
    </w:p>
    <w:p>
      <w:r>
        <w:t>No</w:t>
      </w:r>
    </w:p>
    <w:p>
      <w:r>
        <w:t>[No]</w:t>
      </w:r>
    </w:p>
    <w:p>
      <w:r>
        <w:t>[Can he see it? Can he?, do you have it here]</w:t>
      </w:r>
    </w:p>
    <w:p>
      <w:r>
        <w:t>I do not have it, I do not have it, it, it is at the institution</w:t>
      </w:r>
    </w:p>
    <w:p>
      <w:r>
        <w:t>[…...]</w:t>
      </w:r>
    </w:p>
    <w:p>
      <w:r>
        <w:t>[……]</w:t>
      </w:r>
    </w:p>
    <w:p>
      <w:r>
        <w:t>It is at the institution, but it is the same thing, it, it is the {exact} same thing</w:t>
      </w:r>
    </w:p>
    <w:p>
      <w:r>
        <w:t>Oy vey..</w:t>
      </w:r>
    </w:p>
    <w:p>
      <w:r>
        <w:t>[..I want..]</w:t>
      </w:r>
    </w:p>
    <w:p>
      <w:r>
        <w:t>It, and this was not it</w:t>
      </w:r>
    </w:p>
    <w:p>
      <w:r>
        <w:t>[I am saying: if one sees the original]</w:t>
      </w:r>
    </w:p>
    <w:p>
      <w:r>
        <w:t>Ah?</w:t>
      </w:r>
    </w:p>
    <w:p>
      <w:r>
        <w:t>[The first one, if one sees the first one, then there is great holiness]</w:t>
      </w:r>
    </w:p>
    <w:p>
      <w:r>
        <w:t>Ah</w:t>
      </w:r>
    </w:p>
    <w:p>
      <w:r>
        <w:t>[But as it goes and becomes more and more]</w:t>
      </w:r>
    </w:p>
    <w:p>
      <w:r>
        <w:t>{...}</w:t>
      </w:r>
    </w:p>
    <w:p>
      <w:r>
        <w:t>[It gets farther from the holiness]</w:t>
      </w:r>
    </w:p>
    <w:p>
      <w:r>
        <w:t>{...}</w:t>
      </w:r>
    </w:p>
    <w:p>
      <w:r>
        <w:t>[It is best to see the first one]</w:t>
      </w:r>
    </w:p>
    <w:p>
      <w:r>
        <w:t>But one actually sees the letters as written {on the first paper}</w:t>
      </w:r>
    </w:p>
    <w:p>
      <w:r>
        <w:t>[….]</w:t>
      </w:r>
    </w:p>
    <w:p>
      <w:r>
        <w:t>Certainly, certainly</w:t>
      </w:r>
    </w:p>
    <w:p>
      <w:r>
        <w:t>[Who received? He received]</w:t>
      </w:r>
    </w:p>
    <w:p>
      <w:r>
        <w:t>But, but..</w:t>
      </w:r>
    </w:p>
    <w:p>
      <w:r>
        <w:t>[That is true]</w:t>
      </w:r>
    </w:p>
    <w:p>
      <w:r>
        <w:t>[……]</w:t>
      </w:r>
    </w:p>
    <w:p>
      <w:r>
        <w:t>[He is the testimony of the Petek]</w:t>
      </w:r>
    </w:p>
    <w:p>
      <w:r>
        <w:t>(Saba laughs)</w:t>
      </w:r>
    </w:p>
    <w:p>
      <w:r>
        <w:t>[It was written to him..]</w:t>
      </w:r>
    </w:p>
    <w:p>
      <w:r>
        <w:t>It was written for every one of Israel</w:t>
      </w:r>
    </w:p>
    <w:p>
      <w:r>
        <w:t>[Yoy, but..]</w:t>
      </w:r>
    </w:p>
    <w:p>
      <w:r>
        <w:t>"It was very difficult for me to descend to you"</w:t>
      </w:r>
    </w:p>
    <w:p>
      <w:r>
        <w:t>[..This was written—from six billion people who were, he was the only one..]</w:t>
      </w:r>
    </w:p>
    <w:p>
      <w:r>
        <w:t>"My dear student"—this is for everyone who truly studies Rabbainu's books</w:t>
      </w:r>
    </w:p>
    <w:p>
      <w:r>
        <w:t>in order to serve Hashem</w:t>
      </w:r>
    </w:p>
    <w:p>
      <w:r>
        <w:t>[Hashem chose him]</w:t>
      </w:r>
    </w:p>
    <w:p>
      <w:r>
        <w:t>Yes</w:t>
      </w:r>
    </w:p>
    <w:p>
      <w:r>
        <w:t>[Nu, let us sing a little]</w:t>
      </w:r>
    </w:p>
    <w:p>
      <w:r>
        <w:t>[Give him a little rest]</w:t>
      </w:r>
    </w:p>
    <w:p>
      <w:r>
        <w:t>Oy, oy</w:t>
      </w:r>
    </w:p>
    <w:p>
      <w:r>
        <w:t>[Nu..]</w:t>
      </w:r>
    </w:p>
    <w:p>
      <w:r>
        <w:t>[In you, Rabbainu..]</w:t>
      </w:r>
    </w:p>
    <w:p>
      <w:r>
        <w:t>[Rebbe Yisroel, I do not know]</w:t>
      </w:r>
    </w:p>
    <w:p>
      <w:r>
        <w:t>[Saba and the friends sing:</w:t>
      </w:r>
    </w:p>
    <w:p>
      <w:r>
        <w:t>"In you, Rabbainu, we will rejoice; in you, Rabbainu, we will be glad; in you, Rabbainu, we will rejoice and be glad in you.."</w:t>
      </w:r>
    </w:p>
    <w:p>
      <w:r>
        <w:t>"Na Nach Nachma Nachman MeUman.."</w:t>
      </w:r>
    </w:p>
    <w:p>
      <w:r>
        <w:t>"Who will give me a wing like a dove.."</w:t>
      </w:r>
    </w:p>
    <w:p>
      <w:r>
        <w:t>"In You our fathers trusted and You delivered them; to You they cried out and escaped; in You they trusted and were not ashamed.."</w:t>
      </w:r>
    </w:p>
    <w:p>
      <w:r>
        <w:t>"Na Nach Nachma Nachman MeUman.."]…</w:t>
      </w:r>
    </w:p>
    <w:p>
      <w:r>
        <w:t>...[And there were many people in the car, too many people, and I reached Gilo</w:t>
      </w:r>
    </w:p>
    <w:p>
      <w:r>
        <w:t>Gilo, the Gilo neighborhood here in Yerushalayim]</w:t>
      </w:r>
    </w:p>
    <w:p>
      <w:r>
        <w:t>Ah</w:t>
      </w:r>
    </w:p>
    <w:p>
      <w:r>
        <w:t>[And something told me in my head—the Holy One, blessed be He, I do not know, it is an actual miracle—He told me:</w:t>
      </w:r>
    </w:p>
    <w:p>
      <w:r>
        <w:t>"Let the people off; leave only people permitted in the car"</w:t>
      </w:r>
    </w:p>
    <w:p>
      <w:r>
        <w:t>I took twelve; only seven were permitted, only seven people in the car; I took more]</w:t>
      </w:r>
    </w:p>
    <w:p>
      <w:r>
        <w:t>[Five too many]</w:t>
      </w:r>
    </w:p>
    <w:p>
      <w:r>
        <w:t>[Five more people]</w:t>
      </w:r>
    </w:p>
    <w:p>
      <w:r>
        <w:t>[They are building a new settlement, they are building a new settlement]</w:t>
      </w:r>
    </w:p>
    <w:p>
      <w:r>
        <w:t>They are building..</w:t>
      </w:r>
    </w:p>
    <w:p>
      <w:r>
        <w:t>[A settlement, a new settlement]</w:t>
      </w:r>
    </w:p>
    <w:p>
      <w:r>
        <w:t>A new settlement, yes</w:t>
      </w:r>
    </w:p>
    <w:p>
      <w:r>
        <w:t>[Beitar, Beitar, Beitar]</w:t>
      </w:r>
    </w:p>
    <w:p>
      <w:r>
        <w:t>[It was before Gilo there; I let off the peop.., five people I let off]</w:t>
      </w:r>
    </w:p>
    <w:p>
      <w:r>
        <w:t>{..}</w:t>
      </w:r>
    </w:p>
    <w:p>
      <w:r>
        <w:t>[I went up on the road, turned left toward Bethlehem; just as I turn, the police stop me—just.., the police stopped me, and they were in order for me..]</w:t>
      </w:r>
    </w:p>
    <w:p>
      <w:r>
        <w:t>Why, why did they stop you?</w:t>
      </w:r>
    </w:p>
    <w:p>
      <w:r>
        <w:t>[For speeding; I drove too fast]</w:t>
      </w:r>
    </w:p>
    <w:p>
      <w:r>
        <w:t>Ah, ah</w:t>
      </w:r>
    </w:p>
    <w:p>
      <w:r>
        <w:t>[But it does not matter, luckily, otherwise it would have been more severe, if I had not let the people off</w:t>
      </w:r>
    </w:p>
    <w:p>
      <w:r>
        <w:t>I had too many people]</w:t>
      </w:r>
    </w:p>
    <w:p>
      <w:r>
        <w:t>Ah, ah</w:t>
      </w:r>
    </w:p>
    <w:p>
      <w:r>
        <w:t>[Really, I do this every day, and I never let anyone off</w:t>
      </w:r>
    </w:p>
    <w:p>
      <w:r>
        <w:t>Only, only I was lacking, I let off, I let off the people]</w:t>
      </w:r>
    </w:p>
    <w:p>
      <w:r>
        <w:t>[That there is.., you were with a Petek]</w:t>
      </w:r>
    </w:p>
    <w:p>
      <w:r>
        <w:t>{..}</w:t>
      </w:r>
    </w:p>
    <w:p>
      <w:r>
        <w:t>[Yes, I received the Petek at noon, and I put it in my pocket and gave..]</w:t>
      </w:r>
    </w:p>
    <w:p>
      <w:r>
        <w:t>[I told you ……….. I am telling you ….. what is this, this, this is something …..]</w:t>
      </w:r>
    </w:p>
    <w:p>
      <w:r>
        <w:t>{..}</w:t>
      </w:r>
    </w:p>
    <w:p>
      <w:r>
        <w:t>[Did you say "Na Nach Nachma Nachman MeUman"? Or only …..]</w:t>
      </w:r>
    </w:p>
    <w:p>
      <w:r>
        <w:t>[Only the Petek …..]</w:t>
      </w:r>
    </w:p>
    <w:p>
      <w:r>
        <w:t>[…..]</w:t>
      </w:r>
    </w:p>
    <w:p>
      <w:r>
        <w:t>It, it is on the table, on the table, it is on the table</w:t>
      </w:r>
    </w:p>
    <w:p>
      <w:r>
        <w:t>[Afterward..]</w:t>
      </w:r>
    </w:p>
    <w:p>
      <w:r>
        <w:t>Yes, oh</w:t>
      </w:r>
    </w:p>
    <w:p>
      <w:r>
        <w:t>[When I arrived, on the way I thought about it]</w:t>
      </w:r>
    </w:p>
    <w:p>
      <w:r>
        <w:t>Oy vey</w:t>
      </w:r>
    </w:p>
    <w:p>
      <w:r>
        <w:t>[When I spoke with the police I thought about it]</w:t>
      </w:r>
    </w:p>
    <w:p>
      <w:r>
        <w:t>Ah, ah</w:t>
      </w:r>
    </w:p>
    <w:p>
      <w:r>
        <w:t>[I thought what gave me the strength to think at that moment to let the people off, but it..]</w:t>
      </w:r>
    </w:p>
    <w:p>
      <w:r>
        <w:t>Oy vey..</w:t>
      </w:r>
    </w:p>
    <w:p>
      <w:r>
        <w:t>[Either yes or no, who knows….]</w:t>
      </w:r>
    </w:p>
    <w:p>
      <w:r>
        <w:t>[If the Holy One, blessed be He, gives it as a thought…]</w:t>
      </w:r>
    </w:p>
    <w:p>
      <w:r>
        <w:t>[Master of the World….]</w:t>
      </w:r>
    </w:p>
    <w:p>
      <w:r>
        <w:t>No tzaddik signed such a thing; he, he—here Rabbainu reveals that this is the song that will be revealed in the future</w:t>
      </w:r>
    </w:p>
    <w:p>
      <w:r>
        <w:t>He, he himself, he is this song, yes</w:t>
      </w:r>
    </w:p>
    <w:p>
      <w:r>
        <w:t>[…..]</w:t>
      </w:r>
    </w:p>
    <w:p>
      <w:r>
        <w:t>"Na Nach..", 'simple, doubled, tripled, quadrupled'</w:t>
      </w:r>
    </w:p>
    <w:p>
      <w:r>
        <w:t>"Na Nach Nachma Nachman MeUman"</w:t>
      </w:r>
    </w:p>
    <w:p>
      <w:r>
        <w:t>[Then there is already no need to say we want Mashiach, we want Rebbe Nachman</w:t>
      </w:r>
    </w:p>
    <w:p>
      <w:r>
        <w:t>"Na Nach Nachma Nachman MeUman"]</w:t>
      </w:r>
    </w:p>
    <w:p>
      <w:r>
        <w:t>We do not need to ponder and think</w:t>
      </w:r>
    </w:p>
    <w:p>
      <w:r>
        <w:t>Only, only we need to bring his words into our hearts, and go fulfill them</w:t>
      </w:r>
    </w:p>
    <w:p>
      <w:r>
        <w:t>(not understood) {Such a man} conquers the entire world</w:t>
      </w:r>
    </w:p>
    <w:p>
      <w:r>
        <w:t>And he brings thoughts of repentance, and emunah and… into the world</w:t>
      </w:r>
    </w:p>
    <w:p>
      <w:r>
        <w:t>Because actions are made from this, great and very wondrous actions, yes</w:t>
      </w:r>
    </w:p>
    <w:p>
      <w:r>
        <w:t>And the main thing is the holy Rabbainu, Rebbe Nachman</w:t>
      </w:r>
    </w:p>
    <w:p>
      <w:r>
        <w:t>He is the key to everything, to emunah, to Torah; he is the key</w:t>
      </w:r>
    </w:p>
    <w:p>
      <w:r>
        <w:t>{}, yes</w:t>
      </w:r>
    </w:p>
    <w:p>
      <w:r>
        <w:t>Closed, it is impossible to enter</w:t>
      </w:r>
    </w:p>
    <w:p>
      <w:r>
        <w:t>He is the essential foundation of all Judaism, of each and every one of Israel, of Israel</w:t>
      </w:r>
    </w:p>
    <w:p>
      <w:r>
        <w:t>And he will also repair the entire world, even the gentiles; it is such a wonder that..</w:t>
      </w:r>
    </w:p>
    <w:p>
      <w:r>
        <w:t>If, if I were saying this, it is not, it is not, it has no, it has no, it has no value whatsoever</w:t>
      </w:r>
    </w:p>
    <w:p>
      <w:r>
        <w:t>What? Who am I? What am I? What? I say this? What?</w:t>
      </w:r>
    </w:p>
    <w:p>
      <w:r>
        <w:t>{Hashem tells me this, I say that it is only he}, me?</w:t>
      </w:r>
    </w:p>
    <w:p>
      <w:r>
        <w:t>But this is not.., {emunah}</w:t>
      </w:r>
    </w:p>
    <w:p>
      <w:r>
        <w:t>The holy Rabbainu revealed a drop from the sea concerning, concerning his wonder</w:t>
      </w:r>
    </w:p>
    <w:p>
      <w:r>
        <w:t>And this will overturn the entire world, as we, according to our understanding</w:t>
      </w:r>
    </w:p>
    <w:p>
      <w:r>
        <w:t>We see that the world descends more, more, more every day, what will be, {….}</w:t>
      </w:r>
    </w:p>
    <w:p>
      <w:r>
        <w:t>How can it be repaired?</w:t>
      </w:r>
    </w:p>
    <w:p>
      <w:r>
        <w:t>But the holy Rabbainu already promised: "I have finished and I will finish!"</w:t>
      </w:r>
    </w:p>
    <w:p>
      <w:r>
        <w:t>So there is no.., so he, he, he will finish, yes, with us and with the entire world</w:t>
      </w:r>
    </w:p>
    <w:p>
      <w:r>
        <w:t>Yes, the time will come</w:t>
      </w:r>
    </w:p>
    <w:p>
      <w:r>
        <w:t>I saw a time when it was, it was impossible in any manner to touch Breslov</w:t>
      </w:r>
    </w:p>
    <w:p>
      <w:r>
        <w:t>Not a book and not Breslov, yes</w:t>
      </w:r>
    </w:p>
    <w:p>
      <w:r>
        <w:t>And I see now that the entire world draws itself toward Bres.., toward the holy Rabbainu, toward Rebbe Nachman, yes, and I, I, I see the exact opposite</w:t>
      </w:r>
    </w:p>
    <w:p>
      <w:r>
        <w:t>I, I, it was difficult for me:</w:t>
      </w:r>
    </w:p>
    <w:p>
      <w:r>
        <w:t>"How, "I have finished and I will finish," how, how? What, what did you finish?</w:t>
      </w:r>
    </w:p>
    <w:p>
      <w:r>
        <w:t>It is impossible to read a Breslov book; what did you fini..? What?"</w:t>
      </w:r>
    </w:p>
    <w:p>
      <w:r>
        <w:t>But now I see what he did, yes</w:t>
      </w:r>
    </w:p>
    <w:p>
      <w:r>
        <w:t>He promised, "I have finished and I will finish"; he, he, he will vanquish everything, the entire world—one man, yes, and I saw Rebbe Yisroel; I saw what the power of Rabbainu can make from flesh and blood, from a person, from a human being who was born from the raising of.. from a woman</w:t>
      </w:r>
    </w:p>
    <w:p>
      <w:r>
        <w:t>And he is a human being like all human beings, like the entire world</w:t>
      </w:r>
    </w:p>
    <w:p>
      <w:r>
        <w:t>And he was a matter, another matter; he was in this world, but he was not in the world, from this world</w:t>
      </w:r>
    </w:p>
    <w:p>
      <w:r>
        <w:t>He was from the World to Come, he was.. {yes}</w:t>
      </w:r>
    </w:p>
    <w:p>
      <w:r>
        <w:t>I saw what Breslov is</w:t>
      </w:r>
    </w:p>
    <w:p>
      <w:r>
        <w:t>And also he, he, he had mesiras nefesh for many souls of Israel</w:t>
      </w:r>
    </w:p>
    <w:p>
      <w:r>
        <w:t>whom he drew close to Hashem, blessed be He, and he.. with actual mesiras nefesh</w:t>
      </w:r>
    </w:p>
    <w:p>
      <w:r>
        <w:t>Once he was, he was in detention, yes, and suffered such troubles</w:t>
      </w:r>
    </w:p>
    <w:p>
      <w:r>
        <w:t>And for me, for me personally, he would suffer such troubles</w:t>
      </w:r>
    </w:p>
    <w:p>
      <w:r>
        <w:t>If they had given someone all the money in the world and all the honor in the world, he would have cast it away</w:t>
      </w:r>
    </w:p>
    <w:p>
      <w:r>
        <w:t>"I do not want honor, I do not want money, and I do not want such troubles"</w:t>
      </w:r>
    </w:p>
    <w:p>
      <w:r>
        <w:t>What he suffered for me</w:t>
      </w:r>
    </w:p>
    <w:p>
      <w:r>
        <w:t>For what did he suffer?</w:t>
      </w:r>
    </w:p>
    <w:p>
      <w:r>
        <w:t>He thought perhaps he would succeed in bringing into me some, some light, some little light</w:t>
      </w:r>
    </w:p>
    <w:p>
      <w:r>
        <w:t>so that perhaps through this I could draw close to Hashem, blessed be He</w:t>
      </w:r>
    </w:p>
    <w:p>
      <w:r>
        <w:t>to recognize Hashem, blessed be He, and perform the service of Hashem; perhaps he would succeed</w:t>
      </w:r>
    </w:p>
    <w:p>
      <w:r>
        <w:t>For this he gave his entire soul, everything, and one does not see such a thing in the world</w:t>
      </w:r>
    </w:p>
    <w:p>
      <w:r>
        <w:t>From any tzaddik, from any human being; this is only Rabbainu, {by} Rabbainu</w:t>
      </w:r>
    </w:p>
    <w:p>
      <w:r>
        <w:t>What?</w:t>
      </w:r>
    </w:p>
    <w:p>
      <w:r>
        <w:t>He came to Teveria, he found Yisroel Ber in Teveria</w:t>
      </w:r>
    </w:p>
    <w:p>
      <w:r>
        <w:t>He left the family, Tzfas and Meron, left everything</w:t>
      </w:r>
    </w:p>
    <w:p>
      <w:r>
        <w:t>Yisroel Ber, he found Yisroel Ber</w:t>
      </w:r>
    </w:p>
    <w:p>
      <w:r>
        <w:t>He slept in a synagogue; he had no.., cold, he had no..</w:t>
      </w:r>
    </w:p>
    <w:p>
      <w:r>
        <w:t>This is malchus, this already..</w:t>
      </w:r>
    </w:p>
    <w:p>
      <w:r>
        <w:t>But he would sleep on a bench, and what did he eat? Bread, bread with tea, bread with water, yes, and he was all winter in a synagogue on a bench, yes</w:t>
      </w:r>
    </w:p>
    <w:p>
      <w:r>
        <w:t>And he did not know that he had a family; he had no family whatsoever, he had none, he had none..</w:t>
      </w:r>
    </w:p>
    <w:p>
      <w:r>
        <w:t>No wife and no children and no livelihood and no, no thing whatsoever</w:t>
      </w:r>
    </w:p>
    <w:p>
      <w:r>
        <w:t>Only he found Yisroel Ber in Teveria</w:t>
      </w:r>
    </w:p>
    <w:p>
      <w:r>
        <w:t>Who, who, who saw such a thing?</w:t>
      </w:r>
    </w:p>
    <w:p>
      <w:r>
        <w:t>From this thing besides ? A wonder, such a wonder; where does one see such mesiras nefesh for..</w:t>
      </w:r>
    </w:p>
    <w:p>
      <w:r>
        <w:t>For a child, for.. not his own, for some child</w:t>
      </w:r>
    </w:p>
    <w:p>
      <w:r>
        <w:t>Perhaps he will be able to illuminate some light in him, so that he will fulfill the Torah, so that he will draw close to Hashem Yisborach, perhaps</w:t>
      </w:r>
    </w:p>
    <w:p>
      <w:r>
        <w:t>Then he gave his entire soul, he gave the children, {….}, everything</w:t>
      </w:r>
    </w:p>
    <w:p>
      <w:r>
        <w:t>There was no, there was no, not Tzfas and not Meron and not anything, only one thing</w:t>
      </w:r>
    </w:p>
    <w:p>
      <w:r>
        <w:t>He had {Yisroel Ber}</w:t>
      </w:r>
    </w:p>
    <w:p>
      <w:r>
        <w:t>Who, who has heard such a thing? Who..</w:t>
      </w:r>
    </w:p>
    <w:p>
      <w:r>
        <w:t>Where is there such a thing in the world?</w:t>
      </w:r>
    </w:p>
    <w:p>
      <w:r>
        <w:t>There was not and not, and not, and not.. only by our holy Rabbainu, yes</w:t>
      </w:r>
    </w:p>
    <w:p>
      <w:r>
        <w:t>Oy, oy, oy, oy, oy, oy, oy, oy..</w:t>
      </w:r>
    </w:p>
    <w:p>
      <w:r>
        <w:t>And he, he, he was very impressed, he saw that I am a small person, that I am nothing</w:t>
      </w:r>
    </w:p>
    <w:p>
      <w:r>
        <w:t>But he saw the might that I have, the might that I have</w:t>
      </w:r>
    </w:p>
    <w:p>
      <w:r>
        <w:t>That I stand against such forces, such {Torah scholars}, and I am strong and happy and..</w:t>
      </w:r>
    </w:p>
    <w:p>
      <w:r>
        <w:t>So he, so he saw that this is good, this is a good thing, so, so..</w:t>
      </w:r>
    </w:p>
    <w:p>
      <w:r>
        <w:t>In Teveria there were two madmen: Rebbe Yisroel, and Yisroel Ber, there were two</w:t>
      </w:r>
    </w:p>
    <w:p>
      <w:r>
        <w:t>[….]</w:t>
      </w:r>
    </w:p>
    <w:p>
      <w:r>
        <w:t>And we danced on Friday night with such dancing, with such joy, until..</w:t>
      </w:r>
    </w:p>
    <w:p>
      <w:r>
        <w:t>Everyone was opposed, until everyone became nullified and fell</w:t>
      </w:r>
    </w:p>
    <w:p>
      <w:r>
        <w:t>"What is this? Where do they receive such joy? Where do they receive such a Shabbos?"</w:t>
      </w:r>
    </w:p>
    <w:p>
      <w:r>
        <w:t>Yes, {this was a blow to..}</w:t>
      </w:r>
    </w:p>
    <w:p>
      <w:r>
        <w:t>[What did you eat on Shabbos? Chicken?]</w:t>
      </w:r>
    </w:p>
    <w:p>
      <w:r>
        <w:t>Eh?</w:t>
      </w:r>
    </w:p>
    <w:p>
      <w:r>
        <w:t>[There was no chicken, there was nothing, there were challahs, were there challahs?]</w:t>
      </w:r>
    </w:p>
    <w:p>
      <w:r>
        <w:t>{...}</w:t>
      </w:r>
    </w:p>
    <w:p>
      <w:r>
        <w:t>[Were there fish, something to eat?]</w:t>
      </w:r>
    </w:p>
    <w:p>
      <w:r>
        <w:t>{...}</w:t>
      </w:r>
    </w:p>
    <w:p>
      <w:r>
        <w:t>[The main thing is not the food]</w:t>
      </w:r>
    </w:p>
    <w:p>
      <w:r>
        <w:t>There was a piece of..</w:t>
      </w:r>
    </w:p>
    <w:p>
      <w:r>
        <w:t>[Do you think the food was important to them]</w:t>
      </w:r>
    </w:p>
    <w:p>
      <w:r>
        <w:t>Pieces of bread..</w:t>
      </w:r>
    </w:p>
    <w:p>
      <w:r>
        <w:t>[For them, only joy and dancing were important]</w:t>
      </w:r>
    </w:p>
    <w:p>
      <w:r>
        <w:t>[A piece of bread]</w:t>
      </w:r>
    </w:p>
    <w:p>
      <w:r>
        <w:t>Dry</w:t>
      </w:r>
    </w:p>
    <w:p>
      <w:r>
        <w:t>[There was dancing, nu, what is this..</w:t>
      </w:r>
    </w:p>
    <w:p>
      <w:r>
        <w:t>[… they danced]</w:t>
      </w:r>
    </w:p>
    <w:p>
      <w:r>
        <w:t>[I give to the fellows, you know everything, what is this? No, they do not want to dance, they do not want anything, you see, this is..]</w:t>
      </w:r>
    </w:p>
    <w:p>
      <w:r>
        <w:t>How was it written? And how did it come to Teveria, to the yeshiva, to the ark, to the book? How?</w:t>
      </w:r>
    </w:p>
    <w:p>
      <w:r>
        <w:t>And he.. {...}</w:t>
      </w:r>
    </w:p>
    <w:p>
      <w:r>
        <w:t>We hear and see such a thing, see, yes</w:t>
      </w:r>
    </w:p>
    <w:p>
      <w:r>
        <w:t>It is above nature and there is, something from nothing</w:t>
      </w:r>
    </w:p>
    <w:p>
      <w:r>
        <w:t>And how is it found in the world? And how did it come into the world? And how did it come to Teveria? And how did it?</w:t>
      </w:r>
    </w:p>
    <w:p>
      <w:r>
        <w:t>[…]</w:t>
      </w:r>
    </w:p>
    <w:p>
      <w:r>
        <w:t>How? How?</w:t>
      </w:r>
    </w:p>
    <w:p>
      <w:r>
        <w:t>This yet, such a wonder has never yet been in the world</w:t>
      </w:r>
    </w:p>
    <w:p>
      <w:r>
        <w:t>This is only from Rabbainu</w:t>
      </w:r>
    </w:p>
    <w:p>
      <w:r>
        <w:t>Only the wonder, such a signature, such a signature, no tzaddik signed such a signature</w:t>
      </w:r>
    </w:p>
    <w:p>
      <w:r>
        <w:t>The ‘simple, doubled, tripled, quadrupled’</w:t>
      </w:r>
    </w:p>
    <w:p>
      <w:r>
        <w:t>And our holy Rabbainu also did not sign it in his lifetime, it is only in this note</w:t>
      </w:r>
    </w:p>
    <w:p>
      <w:r>
        <w:t>[Nu, this is forbidden..]</w:t>
      </w:r>
    </w:p>
    <w:p>
      <w:r>
        <w:t>No, no, no, no, we did not know, this, this..</w:t>
      </w:r>
    </w:p>
    <w:p>
      <w:r>
        <w:t>This is found in "Likutay Moharan", and our holy Rabbainu speaks about this song</w:t>
      </w:r>
    </w:p>
    <w:p>
      <w:r>
        <w:t>Certainly he, he, he is the ‘Beggar and he is this song, yes</w:t>
      </w:r>
    </w:p>
    <w:p>
      <w:r>
        <w:t>But here he reveals it explicitly before the whole world</w:t>
      </w:r>
    </w:p>
    <w:p>
      <w:r>
        <w:t>"Na Nach Nachma Nachman MeUman"</w:t>
      </w:r>
    </w:p>
    <w:p>
      <w:r>
        <w:t>Oy, oy, oy</w:t>
      </w:r>
    </w:p>
    <w:p>
      <w:r>
        <w:t>[What about Rav Mordechai Slonimer—after a year he began to believe?</w:t>
      </w:r>
    </w:p>
    <w:p>
      <w:r>
        <w:t>Rebbe, Rebbe, Rav Mordechai Slonimer—after a year he began to believe?]</w:t>
      </w:r>
    </w:p>
    <w:p>
      <w:r>
        <w:t>He, he, he became, he nullified the opposition</w:t>
      </w:r>
    </w:p>
    <w:p>
      <w:r>
        <w:t>[Yes? But..]</w:t>
      </w:r>
    </w:p>
    <w:p>
      <w:r>
        <w:t>He was such an opponent</w:t>
      </w:r>
    </w:p>
    <w:p>
      <w:r>
        <w:t>[But..]</w:t>
      </w:r>
    </w:p>
    <w:p>
      <w:r>
        <w:t>Terrible..</w:t>
      </w:r>
    </w:p>
    <w:p>
      <w:r>
        <w:t>[But did he believe?]</w:t>
      </w:r>
    </w:p>
    <w:p>
      <w:r>
        <w:t>Hashem, Hashem should save us</w:t>
      </w:r>
    </w:p>
    <w:p>
      <w:r>
        <w:t>[..]</w:t>
      </w:r>
    </w:p>
    <w:p>
      <w:r>
        <w:t>And he did, merited to repent</w:t>
      </w:r>
    </w:p>
    <w:p>
      <w:r>
        <w:t>He was the Rebbe of Slonim, and they are all opponents, and he said to them:</w:t>
      </w:r>
    </w:p>
    <w:p>
      <w:r>
        <w:t>"I am not an opponent</w:t>
      </w:r>
    </w:p>
    <w:p>
      <w:r>
        <w:t>[Yes]</w:t>
      </w:r>
    </w:p>
    <w:p>
      <w:r>
        <w:t>Yisroel Ber did.."</w:t>
      </w:r>
    </w:p>
    <w:p>
      <w:r>
        <w:t>[…..]</w:t>
      </w:r>
    </w:p>
    <w:p>
      <w:r>
        <w:t>[Rav Mordechai Slonimer was..]</w:t>
      </w:r>
    </w:p>
    <w:p>
      <w:r>
        <w:t>A Rebbe, a great Rebbe</w:t>
      </w:r>
    </w:p>
    <w:p>
      <w:r>
        <w:t>[The Rebbe, the Rebbe..]</w:t>
      </w:r>
    </w:p>
    <w:p>
      <w:r>
        <w:t>[…..]</w:t>
      </w:r>
    </w:p>
    <w:p>
      <w:r>
        <w:t>[He was in Teveria, the members of his household all used to hear, so he was against him the whole time; afterward, when he came after the note, he said: "I am not an opponent"]</w:t>
      </w:r>
    </w:p>
    <w:p>
      <w:r>
        <w:t>Yes</w:t>
      </w:r>
    </w:p>
    <w:p>
      <w:r>
        <w:t>[But, but he did not become Breslov, he did not, he did not..]</w:t>
      </w:r>
    </w:p>
    <w:p>
      <w:r>
        <w:t>This, this, this is a miracle</w:t>
      </w:r>
    </w:p>
    <w:p>
      <w:r>
        <w:t>[This also..]</w:t>
      </w:r>
    </w:p>
    <w:p>
      <w:r>
        <w:t>What are you?</w:t>
      </w:r>
    </w:p>
    <w:p>
      <w:r>
        <w:t>[He told me, like the Rebbe of Ger, he said that he is not an opponent..</w:t>
      </w:r>
    </w:p>
    <w:p>
      <w:r>
        <w:t>[So did he give you honor afterward?]</w:t>
      </w:r>
    </w:p>
    <w:p>
      <w:r>
        <w:t>Eh?</w:t>
      </w:r>
    </w:p>
    <w:p>
      <w:r>
        <w:t>[Afterward did Rav Mordechai Slonimer give you honor?]</w:t>
      </w:r>
    </w:p>
    <w:p>
      <w:r>
        <w:t>He gave me honor the whole time</w:t>
      </w:r>
    </w:p>
    <w:p>
      <w:r>
        <w:t>[Oh, you see, he gave, he gave him honor the whole time]</w:t>
      </w:r>
    </w:p>
    <w:p>
      <w:r>
        <w:t>Yes! I was by him like an only son, yes</w:t>
      </w:r>
    </w:p>
    <w:p>
      <w:r>
        <w:t>[…..]</w:t>
      </w:r>
    </w:p>
    <w:p>
      <w:r>
        <w:t>But I did not listen to him, I did not..</w:t>
      </w:r>
    </w:p>
    <w:p>
      <w:r>
        <w:t>He saw that I was.., "What is this?”, nu..</w:t>
      </w:r>
    </w:p>
    <w:p>
      <w:r>
        <w:t>[Did Rav Tzvi Yehudah know about the note?]</w:t>
      </w:r>
    </w:p>
    <w:p>
      <w:r>
        <w:t>Eh?</w:t>
      </w:r>
    </w:p>
    <w:p>
      <w:r>
        <w:t>[Rav Tzvi Yehudah]</w:t>
      </w:r>
    </w:p>
    <w:p>
      <w:r>
        <w:t>[Tzvi Yehudah Kook]</w:t>
      </w:r>
    </w:p>
    <w:p>
      <w:r>
        <w:t>[Did Rav Tzvi Yehudah Kook know about this note?]</w:t>
      </w:r>
    </w:p>
    <w:p>
      <w:r>
        <w:t>[No person knew]</w:t>
      </w:r>
    </w:p>
    <w:p>
      <w:r>
        <w:t>No</w:t>
      </w:r>
    </w:p>
    <w:p>
      <w:r>
        <w:t>[…….]</w:t>
      </w:r>
    </w:p>
    <w:p>
      <w:r>
        <w:t>[He did not reveal it, did not reveal it]</w:t>
      </w:r>
    </w:p>
    <w:p>
      <w:r>
        <w:t>[When did he reveal it?]</w:t>
      </w:r>
    </w:p>
    <w:p>
      <w:r>
        <w:t>[... years]</w:t>
      </w:r>
    </w:p>
    <w:p>
      <w:r>
        <w:t>[When..?]</w:t>
      </w:r>
    </w:p>
    <w:p>
      <w:r>
        <w:t>[Three years]</w:t>
      </w:r>
    </w:p>
    <w:p>
      <w:r>
        <w:t>[Three years?]</w:t>
      </w:r>
    </w:p>
    <w:p>
      <w:r>
        <w:t>[……]</w:t>
      </w:r>
    </w:p>
    <w:p>
      <w:r>
        <w:t>[No, he did not reveal it to everyone….</w:t>
      </w:r>
    </w:p>
    <w:p>
      <w:r>
        <w:t>Shazar, Shazar was.., knew about the note]</w:t>
      </w:r>
    </w:p>
    <w:p>
      <w:r>
        <w:t>Shazar, I showed him the note</w:t>
      </w:r>
    </w:p>
    <w:p>
      <w:r>
        <w:t>[Yes?]</w:t>
      </w:r>
    </w:p>
    <w:p>
      <w:r>
        <w:t>[What did he say? Did he believe? Eh? ...]</w:t>
      </w:r>
    </w:p>
    <w:p>
      <w:r>
        <w:t>He said: "A time will come.. guard it, a time will come when this piece of paper will conquer the whole world"</w:t>
      </w:r>
    </w:p>
    <w:p>
      <w:r>
        <w:t>That is what he said</w:t>
      </w:r>
    </w:p>
    <w:p>
      <w:r>
        <w:t>[That is what Shazar said?]</w:t>
      </w:r>
    </w:p>
    <w:p>
      <w:r>
        <w:t>Yes, yes</w:t>
      </w:r>
    </w:p>
    <w:p>
      <w:r>
        <w:t>[Begin, do you know Begin?]</w:t>
      </w:r>
    </w:p>
    <w:p>
      <w:r>
        <w:t>Eh?</w:t>
      </w:r>
    </w:p>
    <w:p>
      <w:r>
        <w:t>[Do you know Begin?]</w:t>
      </w:r>
    </w:p>
    <w:p>
      <w:r>
        <w:t>[What Begin? Begin …. Begin …. What are you talking about people who..]</w:t>
      </w:r>
    </w:p>
    <w:p>
      <w:r>
        <w:t>[…….]</w:t>
      </w:r>
    </w:p>
    <w:p>
      <w:r>
        <w:t>He, he was completely secular, Shazar, he was without Shabbos, without, without any..</w:t>
      </w:r>
    </w:p>
    <w:p>
      <w:r>
        <w:t>[He met with him..]</w:t>
      </w:r>
    </w:p>
    <w:p>
      <w:r>
        <w:t>Yes</w:t>
      </w:r>
    </w:p>
    <w:p>
      <w:r>
        <w:t>[…. a baal teshuvah]</w:t>
      </w:r>
    </w:p>
    <w:p>
      <w:r>
        <w:t>And through our holy Rabbainu, Rebbe Nachman, he became a baal teshuvah</w:t>
      </w:r>
    </w:p>
    <w:p>
      <w:r>
        <w:t>[Yes?]</w:t>
      </w:r>
    </w:p>
    <w:p>
      <w:r>
        <w:t>Yes!</w:t>
      </w:r>
    </w:p>
    <w:p>
      <w:r>
        <w:t>He would travel from Yerushalayim to Tel Aviv every Shabbos</w:t>
      </w:r>
    </w:p>
    <w:p>
      <w:r>
        <w:t>Because every Shabbos there is, there is a meeting of the Histadrut, of Mapai</w:t>
      </w:r>
    </w:p>
    <w:p>
      <w:r>
        <w:t>There is a meeting; on Shabbos they have time, so everyone comes, all the important people on Shabbos</w:t>
      </w:r>
    </w:p>
    <w:p>
      <w:r>
        <w:t>And he would travel from Yerushalayim and come to "Poel", this, this is from the Histadrut, yes</w:t>
      </w:r>
    </w:p>
    <w:p>
      <w:r>
        <w:t>Nu, and from the time that he, that Hashem Yisborach brought it about that a connection was formed between us</w:t>
      </w:r>
    </w:p>
    <w:p>
      <w:r>
        <w:t>Then he stopped traveling on Shabbos, he stopped desecrating Shabbos, he became a baal teshuvah</w:t>
      </w:r>
    </w:p>
    <w:p>
      <w:r>
        <w:t>He prayed with tallis and tefillin every day, yes</w:t>
      </w:r>
    </w:p>
    <w:p>
      <w:r>
        <w:t>And he had conflict at home; the wife did not want him to be a baal teshuvah</w:t>
      </w:r>
    </w:p>
    <w:p>
      <w:r>
        <w:t>She said to him {...}..</w:t>
      </w:r>
    </w:p>
    <w:p>
      <w:r>
        <w:t>[Who else? What other well-known person?]</w:t>
      </w:r>
    </w:p>
    <w:p>
      <w:r>
        <w:t>Eh?</w:t>
      </w:r>
    </w:p>
    <w:p>
      <w:r>
        <w:t>[What other well-known person did the Rav speak with? What famous people?]</w:t>
      </w:r>
    </w:p>
    <w:p>
      <w:r>
        <w:t>[Agnon, Agnon, Agnon]</w:t>
      </w:r>
    </w:p>
    <w:p>
      <w:r>
        <w:t>Agnon, Agnon</w:t>
      </w:r>
    </w:p>
    <w:p>
      <w:r>
        <w:t>[Agnon, S. Y. Agnon also?]</w:t>
      </w:r>
    </w:p>
    <w:p>
      <w:r>
        <w:t>Yes, he</w:t>
      </w:r>
    </w:p>
    <w:p>
      <w:r>
        <w:t>[What was with him?]</w:t>
      </w:r>
    </w:p>
    <w:p>
      <w:r>
        <w:t>There was such a connection between us</w:t>
      </w:r>
    </w:p>
    <w:p>
      <w:r>
        <w:t>[…..]</w:t>
      </w:r>
    </w:p>
    <w:p>
      <w:r>
        <w:t>He..</w:t>
      </w:r>
    </w:p>
    <w:p>
      <w:r>
        <w:t>[Father, you had with Buber]</w:t>
      </w:r>
    </w:p>
    <w:p>
      <w:r>
        <w:t>[…..]</w:t>
      </w:r>
    </w:p>
    <w:p>
      <w:r>
        <w:t>{….}, Martin Buber</w:t>
      </w:r>
    </w:p>
    <w:p>
      <w:r>
        <w:t>[What kind of person—Buber, Buber was an intelligent man?]</w:t>
      </w:r>
    </w:p>
    <w:p>
      <w:r>
        <w:t>He..</w:t>
      </w:r>
    </w:p>
    <w:p>
      <w:r>
        <w:t>[Yes? But not, not religious]</w:t>
      </w:r>
    </w:p>
    <w:p>
      <w:r>
        <w:t>Not, not religious, but..</w:t>
      </w:r>
    </w:p>
    <w:p>
      <w:r>
        <w:t>[He was a man of great intellect]</w:t>
      </w:r>
    </w:p>
    <w:p>
      <w:r>
        <w:t>And he.. had heart disease</w:t>
      </w:r>
    </w:p>
    <w:p>
      <w:r>
        <w:t>[Heart disease]</w:t>
      </w:r>
    </w:p>
    <w:p>
      <w:r>
        <w:t>Why, that he is not religious</w:t>
      </w:r>
    </w:p>
    <w:p>
      <w:r>
        <w:t>[Oh, oh..]</w:t>
      </w:r>
    </w:p>
    <w:p>
      <w:r>
        <w:t>Yes, yes, he is not.., not religious, but with heart disease</w:t>
      </w:r>
    </w:p>
    <w:p>
      <w:r>
        <w:t>[Nu, what was with Agnon? What? You..]</w:t>
      </w:r>
    </w:p>
    <w:p>
      <w:r>
        <w:t>Agnon</w:t>
      </w:r>
    </w:p>
    <w:p>
      <w:r>
        <w:t>[Were you at his place, at Agnon’s?]</w:t>
      </w:r>
    </w:p>
    <w:p>
      <w:r>
        <w:t>Agnon nullified himself before me like {….}</w:t>
      </w:r>
    </w:p>
    <w:p>
      <w:r>
        <w:t>[Did he return, did he repent?]</w:t>
      </w:r>
    </w:p>
    <w:p>
      <w:r>
        <w:t>Eh?</w:t>
      </w:r>
    </w:p>
    <w:p>
      <w:r>
        <w:t>[Did he repent in the end?]</w:t>
      </w:r>
    </w:p>
    <w:p>
      <w:r>
        <w:t>[Buber? No]</w:t>
      </w:r>
    </w:p>
    <w:p>
      <w:r>
        <w:t>[Not Agnon, Agnon] Agnon[repented?] yes[Not Agnon, Agnon] Agnon[repented?] yes[thoughts of repentance]</w:t>
      </w:r>
    </w:p>
    <w:p>
      <w:r>
        <w:t>[Not Agnon, Agnon] Agnon</w:t>
      </w:r>
    </w:p>
    <w:p>
      <w:r>
        <w:t>[Repented?] yes</w:t>
      </w:r>
    </w:p>
    <w:p>
      <w:r>
        <w:t>[Not Agnon, Agnon] Agnon</w:t>
      </w:r>
    </w:p>
    <w:p>
      <w:r>
        <w:t>[Repented?] yes</w:t>
      </w:r>
    </w:p>
    <w:p>
      <w:r>
        <w:t>I came to him, to his home</w:t>
      </w:r>
    </w:p>
    <w:p>
      <w:r>
        <w:t>And he very much loved to hear words of Rabbainu, about Rabbainu and his close followers, and what they suffered; yes, he was very formidable</w:t>
      </w:r>
    </w:p>
    <w:p>
      <w:r>
        <w:t>[Did he write some song about Breslov?]</w:t>
      </w:r>
    </w:p>
    <w:p>
      <w:r>
        <w:t>He nullified himself, paid no attention to his honor, he..</w:t>
      </w:r>
    </w:p>
    <w:p>
      <w:r>
        <w:t>Once I met him in Tel Aviv</w:t>
      </w:r>
    </w:p>
    <w:p>
      <w:r>
        <w:t>He was in Tel Aviv, and he received me with such love, with such joy that one does not see such a thing, yes</w:t>
      </w:r>
    </w:p>
    <w:p>
      <w:r>
        <w:t>[One needs to keep the Shabbos, you want to make Shabbos..]</w:t>
      </w:r>
    </w:p>
    <w:p>
      <w:r>
        <w:t>I..</w:t>
      </w:r>
    </w:p>
    <w:p>
      <w:r>
        <w:t>[By me, to begin the Shabbos truly, with joy]</w:t>
      </w:r>
    </w:p>
    <w:p>
      <w:r>
        <w:t>{...}</w:t>
      </w:r>
    </w:p>
    <w:p>
      <w:r>
        <w:t>[I ….]</w:t>
      </w:r>
    </w:p>
    <w:p>
      <w:r>
        <w:t>{…}</w:t>
      </w:r>
    </w:p>
    <w:p>
      <w:r>
        <w:t>[No, truly, what is this..]</w:t>
      </w:r>
    </w:p>
    <w:p>
      <w:r>
        <w:t>{..}</w:t>
      </w:r>
    </w:p>
    <w:p>
      <w:r>
        <w:t>[That is the main thing, to keep the Shabbos]</w:t>
      </w:r>
    </w:p>
    <w:p>
      <w:r>
        <w:t>There were great famous sages in the world, yes…</w:t>
      </w:r>
    </w:p>
    <w:p>
      <w:pPr>
        <w:pStyle w:val="Heading2"/>
      </w:pPr>
      <w:r>
        <w:t>Side B (Bais)</w:t>
      </w:r>
    </w:p>
    <w:p>
      <w:r>
        <w:t>...Shazar</w:t>
      </w:r>
    </w:p>
    <w:p>
      <w:r>
        <w:t>[Yoy]</w:t>
      </w:r>
    </w:p>
    <w:p>
      <w:r>
        <w:t>He was a heretic</w:t>
      </w:r>
    </w:p>
    <w:p>
      <w:r>
        <w:t>[…]</w:t>
      </w:r>
    </w:p>
    <w:p>
      <w:r>
        <w:t>Yes, but afterwards he..</w:t>
      </w:r>
    </w:p>
    <w:p>
      <w:r>
        <w:t>[…]</w:t>
      </w:r>
    </w:p>
    <w:p>
      <w:r>
        <w:t>Merited to see the words of Rabbainu, he had a great intellect and he had a Jewish heart</w:t>
      </w:r>
    </w:p>
    <w:p>
      <w:r>
        <w:t>And he spoke, they called him "the religious philosopher"</w:t>
      </w:r>
    </w:p>
    <w:p>
      <w:r>
        <w:t>[Yes]</w:t>
      </w:r>
    </w:p>
    <w:p>
      <w:r>
        <w:t>Yes</w:t>
      </w:r>
    </w:p>
    <w:p>
      <w:r>
        <w:t>[You did not know Yosef Chaim Brenner]</w:t>
      </w:r>
    </w:p>
    <w:p>
      <w:r>
        <w:t>Ah?</w:t>
      </w:r>
    </w:p>
    <w:p>
      <w:r>
        <w:t>[Yosef Chaim Brenner, Brenner, you did not know?</w:t>
      </w:r>
    </w:p>
    <w:p>
      <w:r>
        <w:t>He truly was a great soul..]</w:t>
      </w:r>
    </w:p>
    <w:p>
      <w:r>
        <w:t>{…}</w:t>
      </w:r>
    </w:p>
    <w:p>
      <w:r>
        <w:t>[But you did not know him]</w:t>
      </w:r>
    </w:p>
    <w:p>
      <w:r>
        <w:t>Nu, nu..</w:t>
      </w:r>
    </w:p>
    <w:p>
      <w:r>
        <w:t>[Rav Kook wanted to make him a baal teshuvah, he did not succeed]</w:t>
      </w:r>
    </w:p>
    <w:p>
      <w:r>
        <w:t>Nu, nu..</w:t>
      </w:r>
    </w:p>
    <w:p>
      <w:r>
        <w:t>[Did you know Bialik, Bialik?]</w:t>
      </w:r>
    </w:p>
    <w:p>
      <w:r>
        <w:t>Ah?</w:t>
      </w:r>
    </w:p>
    <w:p>
      <w:r>
        <w:t>[Bialik?]</w:t>
      </w:r>
    </w:p>
    <w:p>
      <w:r>
        <w:t>{..}</w:t>
      </w:r>
    </w:p>
    <w:p>
      <w:r>
        <w:t>[Yes?]</w:t>
      </w:r>
    </w:p>
    <w:p>
      <w:r>
        <w:t>I saw him</w:t>
      </w:r>
    </w:p>
    <w:p>
      <w:r>
        <w:t>[Ah, you did not speak with him]</w:t>
      </w:r>
    </w:p>
    <w:p>
      <w:r>
        <w:t>Ah?</w:t>
      </w:r>
    </w:p>
    <w:p>
      <w:r>
        <w:t>[You did not know him well]</w:t>
      </w:r>
    </w:p>
    <w:p>
      <w:r>
        <w:t>No, no</w:t>
      </w:r>
    </w:p>
    <w:p>
      <w:r>
        <w:t>Oy, oy, oy, oy, oy</w:t>
      </w:r>
    </w:p>
    <w:p>
      <w:r>
        <w:t>[I read Yosef Chaim Brenner, this was a great soul, but he was good</w:t>
      </w:r>
    </w:p>
    <w:p>
      <w:r>
        <w:t>Rebbe Nachman was.., he was full of despair]</w:t>
      </w:r>
    </w:p>
    <w:p>
      <w:r>
        <w:t>There was much</w:t>
      </w:r>
    </w:p>
    <w:p>
      <w:r>
        <w:t>[Full of despair, despair, they relate..]</w:t>
      </w:r>
    </w:p>
    <w:p>
      <w:r>
        <w:t>There was one…</w:t>
      </w:r>
    </w:p>
    <w:p>
      <w:r>
        <w:t>...a famous lawyer in Russia, in Poland, famous, a great man, with a great intellect</w:t>
      </w:r>
    </w:p>
    <w:p>
      <w:r>
        <w:t>He walked {in the market}, he heard great joy, such joy, he thought it was a wedding</w:t>
      </w:r>
    </w:p>
    <w:p>
      <w:r>
        <w:t>[Yoy]</w:t>
      </w:r>
    </w:p>
    <w:p>
      <w:r>
        <w:t>Such joy, so he asked: "What, what is this joy?"</w:t>
      </w:r>
    </w:p>
    <w:p>
      <w:r>
        <w:t>He was amazed at the..</w:t>
      </w:r>
    </w:p>
    <w:p>
      <w:r>
        <w:t>[Yes]</w:t>
      </w:r>
    </w:p>
    <w:p>
      <w:r>
        <w:t>Even at a wedding, what joy..</w:t>
      </w:r>
    </w:p>
    <w:p>
      <w:r>
        <w:t>[..]</w:t>
      </w:r>
    </w:p>
    <w:p>
      <w:r>
        <w:t>He had an awakening, yes, from this, so he asked:</w:t>
      </w:r>
    </w:p>
    <w:p>
      <w:r>
        <w:t>"What is this? What is this? From what is the joy?"</w:t>
      </w:r>
    </w:p>
    <w:p>
      <w:r>
        <w:t>So they told him:</w:t>
      </w:r>
    </w:p>
    <w:p>
      <w:r>
        <w:t>"These are the crazy Breslov Chassidim, they dan.., they dance and they are joyful"</w:t>
      </w:r>
    </w:p>
    <w:p>
      <w:r>
        <w:t>So he entered the synagogue</w:t>
      </w:r>
    </w:p>
    <w:p>
      <w:r>
        <w:t>[Yoy]</w:t>
      </w:r>
    </w:p>
    <w:p>
      <w:r>
        <w:t>He thought that in the synagogue, all the tables were full of bottles of drinks [..]</w:t>
      </w:r>
    </w:p>
    <w:p>
      <w:r>
        <w:t>Yes, everyone..</w:t>
      </w:r>
    </w:p>
    <w:p>
      <w:r>
        <w:t>He, he entered the synagogue, and he does not see even one bottle</w:t>
      </w:r>
    </w:p>
    <w:p>
      <w:r>
        <w:t>[….]</w:t>
      </w:r>
    </w:p>
    <w:p>
      <w:r>
        <w:t>Yes, and he saw that they are sitting, studying, speaking of Rabbainu, and they are joyful, yes</w:t>
      </w:r>
    </w:p>
    <w:p>
      <w:r>
        <w:t>So he slowly, slowly he..</w:t>
      </w:r>
    </w:p>
    <w:p>
      <w:r>
        <w:t>..he became confused, slowly, slowly he drew close to Rabbainu, yes</w:t>
      </w:r>
    </w:p>
    <w:p>
      <w:r>
        <w:t>[What was his name?]</w:t>
      </w:r>
    </w:p>
    <w:p>
      <w:r>
        <w:t>Ah? I do not remember</w:t>
      </w:r>
    </w:p>
    <w:p>
      <w:r>
        <w:t>Also Hillel Zeitlin</w:t>
      </w:r>
    </w:p>
    <w:p>
      <w:r>
        <w:t>[Yoy, Hillel Zeitlin]</w:t>
      </w:r>
    </w:p>
    <w:p>
      <w:r>
        <w:t>Was, was a heretic</w:t>
      </w:r>
    </w:p>
    <w:p>
      <w:r>
        <w:t>[I read when I was a child, in Pinsk I would read, before he was religious, I remember</w:t>
      </w:r>
    </w:p>
    <w:p>
      <w:r>
        <w:t>But he became such a Tzaddik]</w:t>
      </w:r>
    </w:p>
    <w:p>
      <w:r>
        <w:t>He, when he spoke, then they took a large hall that many thousands could enter, yes, and it was crowded, and he, and he was, was speaking, and he was a great orator, an orator..</w:t>
      </w:r>
    </w:p>
    <w:p>
      <w:r>
        <w:t>And he spoke only about Rabbainu, yes</w:t>
      </w:r>
    </w:p>
    <w:p>
      <w:r>
        <w:t>[Where? Here in the Land?]</w:t>
      </w:r>
    </w:p>
    <w:p>
      <w:r>
        <w:t>[No..]</w:t>
      </w:r>
    </w:p>
    <w:p>
      <w:r>
        <w:t>In Poland</w:t>
      </w:r>
    </w:p>
    <w:p>
      <w:r>
        <w:t>[In Poland..]</w:t>
      </w:r>
    </w:p>
    <w:p>
      <w:r>
        <w:t>[In Poland]</w:t>
      </w:r>
    </w:p>
    <w:p>
      <w:r>
        <w:t>[He went for Kiddush Hashem, he went for Kiddush Hashem]</w:t>
      </w:r>
    </w:p>
    <w:p>
      <w:r>
        <w:t>In Poland</w:t>
      </w:r>
    </w:p>
    <w:p>
      <w:r>
        <w:t>[Who? Who?]</w:t>
      </w:r>
    </w:p>
    <w:p>
      <w:r>
        <w:t>[In Hitler's days, he went for Kiddush Hashem, {he took his soul}]</w:t>
      </w:r>
    </w:p>
    <w:p>
      <w:r>
        <w:t>Ah?</w:t>
      </w:r>
    </w:p>
    <w:p>
      <w:r>
        <w:t>[……, they killed him, in tallis and tefillin he went for Kiddush Hashem]</w:t>
      </w:r>
    </w:p>
    <w:p>
      <w:r>
        <w:t>[He was ….]</w:t>
      </w:r>
    </w:p>
    <w:p>
      <w:r>
        <w:t>{. . .}</w:t>
      </w:r>
    </w:p>
    <w:p>
      <w:r>
        <w:t>[…. Breslov?]</w:t>
      </w:r>
    </w:p>
    <w:p>
      <w:r>
        <w:t>[He wrote a book about Rebbe Nachman, I have the book]</w:t>
      </w:r>
    </w:p>
    <w:p>
      <w:r>
        <w:t>[…...]</w:t>
      </w:r>
    </w:p>
    <w:p>
      <w:r>
        <w:t>And also the maskilim who were in Rabbainu's time</w:t>
      </w:r>
    </w:p>
    <w:p>
      <w:r>
        <w:t>Then began the Haskalah, the heresy in the world</w:t>
      </w:r>
    </w:p>
    <w:p>
      <w:r>
        <w:t>And they were great ones of the world, great sages, Hirsch Ber, Hirsch Ber</w:t>
      </w:r>
    </w:p>
    <w:p>
      <w:r>
        <w:t>[Who?]</w:t>
      </w:r>
    </w:p>
    <w:p>
      <w:r>
        <w:t>[Hirsch Ber]</w:t>
      </w:r>
    </w:p>
    <w:p>
      <w:r>
        <w:t>There was one whose name was Hirsch Ber</w:t>
      </w:r>
    </w:p>
    <w:p>
      <w:r>
        <w:t>[...]</w:t>
      </w:r>
    </w:p>
    <w:p>
      <w:r>
        <w:t>Tzvi, Tzvi Dov</w:t>
      </w:r>
    </w:p>
    <w:p>
      <w:r>
        <w:t>[Tzvi Dov]</w:t>
      </w:r>
    </w:p>
    <w:p>
      <w:r>
        <w:t>Hirsch Ber, he was their rebbe, he was a great man</w:t>
      </w:r>
    </w:p>
    <w:p>
      <w:r>
        <w:t>And they had permission to enter to the king, to the king of Russia whenever they wanted</w:t>
      </w:r>
    </w:p>
    <w:p>
      <w:r>
        <w:t>They had, they had permission</w:t>
      </w:r>
    </w:p>
    <w:p>
      <w:r>
        <w:t>And the holy Rabbainu came, came to Uman, and they lived in Uman</w:t>
      </w:r>
    </w:p>
    <w:p>
      <w:r>
        <w:t>[…]</w:t>
      </w:r>
    </w:p>
    <w:p>
      <w:r>
        <w:t>Hirsch Ber and all, and all the maskilim</w:t>
      </w:r>
    </w:p>
    <w:p>
      <w:r>
        <w:t>[In the city of Uman]</w:t>
      </w:r>
    </w:p>
    <w:p>
      <w:r>
        <w:t>Yoy, yes</w:t>
      </w:r>
    </w:p>
    <w:p>
      <w:r>
        <w:t>So they were such heretics, that they could not tolerate a person who mentions the name of Hashem only with his mouth</w:t>
      </w:r>
    </w:p>
    <w:p>
      <w:r>
        <w:t>So they, they made themselves a fence, that the name of Hashem should not come out of their mouths, {yes}</w:t>
      </w:r>
    </w:p>
    <w:p>
      <w:r>
        <w:t>So when the holy Rabbainu came, came to Uman, they heard that he was a grandson, and he was a great and wise man</w:t>
      </w:r>
    </w:p>
    <w:p>
      <w:r>
        <w:t>So they said they would send someone, one of them, from their group, from the maskilim</w:t>
      </w:r>
    </w:p>
    <w:p>
      <w:r>
        <w:t>To the holy Rabbainu to see whether there is someone with whom to speak? {...}</w:t>
      </w:r>
    </w:p>
    <w:p>
      <w:r>
        <w:t>So, so he came to Rabbainu and spoke with Rabbainu, and saw that all of them are donkeys compared to Rabbainu</w:t>
      </w:r>
    </w:p>
    <w:p>
      <w:r>
        <w:t>So he went, he reported to them:</w:t>
      </w:r>
    </w:p>
    <w:p>
      <w:r>
        <w:t>"Oh, there is someone with whom to speak, all of us are..”</w:t>
      </w:r>
    </w:p>
    <w:p>
      <w:r>
        <w:t>They are nothing compared to him, such a sage, yes, there is none, none in the world</w:t>
      </w:r>
    </w:p>
    <w:p>
      <w:r>
        <w:t>So they began to enter to the holy Rabbainu, and spoke with him from their books</w:t>
      </w:r>
    </w:p>
    <w:p>
      <w:r>
        <w:t>From their questions and their investigations</w:t>
      </w:r>
    </w:p>
    <w:p>
      <w:r>
        <w:t>So they saw that the holy Rabbainu knows more, more</w:t>
      </w:r>
    </w:p>
    <w:p>
      <w:r>
        <w:t>And he became, they become baalei teshuvah</w:t>
      </w:r>
    </w:p>
    <w:p>
      <w:r>
        <w:t>They, they traveled to all the Tzaddikim who were in their time, perhaps, they wanted that..</w:t>
      </w:r>
    </w:p>
    <w:p>
      <w:r>
        <w:t>Perhaps there is someone who can take them out of the mud, from heresy, fr.. yes</w:t>
      </w:r>
    </w:p>
    <w:p>
      <w:r>
        <w:t>So they did not find</w:t>
      </w:r>
    </w:p>
    <w:p>
      <w:r>
        <w:t>The Rav of Berdichev, they came to the Rav of Berdichev, and they, they were wonders</w:t>
      </w:r>
    </w:p>
    <w:p>
      <w:r>
        <w:t>He did not turn back from desecrating Shabbos and all..</w:t>
      </w:r>
    </w:p>
    <w:p>
      <w:r>
        <w:t>He could not accept them, he could not speak with them, there was no connection</w:t>
      </w:r>
    </w:p>
    <w:p>
      <w:r>
        <w:t>So when Rabbainu came, the holy Rabbainu received them with a pl.., with a pleasant countenance, yes, with such closeness</w:t>
      </w:r>
    </w:p>
    <w:p>
      <w:r>
        <w:t>And they became nullified, and became nullified before Rabbainu</w:t>
      </w:r>
    </w:p>
    <w:p>
      <w:r>
        <w:t>So they had, had a connection with the king of Russia</w:t>
      </w:r>
    </w:p>
    <w:p>
      <w:r>
        <w:t>So they, they came, Hirsch Ber and his friends, they came to the king and said to him:</w:t>
      </w:r>
    </w:p>
    <w:p>
      <w:r>
        <w:t>"You love sages, there is in your country, there is such a sage, that all of us are donkeys compared to him</w:t>
      </w:r>
    </w:p>
    <w:p>
      <w:r>
        <w:t>And you do not know, and you do not know of him"</w:t>
      </w:r>
    </w:p>
    <w:p>
      <w:r>
        <w:t>So the king sent a letter to Rabbainu</w:t>
      </w:r>
    </w:p>
    <w:p>
      <w:r>
        <w:t>He, he asks Rabbainu to come to him to visit him, he wants to know him</w:t>
      </w:r>
    </w:p>
    <w:p>
      <w:r>
        <w:t>So the letter arrived after the passing</w:t>
      </w:r>
    </w:p>
    <w:p>
      <w:r>
        <w:t>[Oy..]</w:t>
      </w:r>
    </w:p>
    <w:p>
      <w:r>
        <w:t>[After what?]</w:t>
      </w:r>
    </w:p>
    <w:p>
      <w:r>
        <w:t>[After the passing]</w:t>
      </w:r>
    </w:p>
    <w:p>
      <w:r>
        <w:t>[After ….]</w:t>
      </w:r>
    </w:p>
    <w:p>
      <w:r>
        <w:t>After the passing of Rabbainu, yes</w:t>
      </w:r>
    </w:p>
    <w:p>
      <w:r>
        <w:t>The holy Rabbainu traveled to Uman some months of, before he passed away, died</w:t>
      </w:r>
    </w:p>
    <w:p>
      <w:r>
        <w:t>And they would come to Rabbainu</w:t>
      </w:r>
    </w:p>
    <w:p>
      <w:r>
        <w:t>And Hirsch Ber was their rebbe, he was, and they all became baalei teshuvah</w:t>
      </w:r>
    </w:p>
    <w:p>
      <w:r>
        <w:t>They became baalei teshuvah, such wicked people, such heretics</w:t>
      </w:r>
    </w:p>
    <w:p>
      <w:r>
        <w:t>[….]</w:t>
      </w:r>
    </w:p>
    <w:p>
      <w:r>
        <w:t>Yes, and this..</w:t>
      </w:r>
    </w:p>
    <w:p>
      <w:r>
        <w:t>[This is awesome, awesome]</w:t>
      </w:r>
    </w:p>
    <w:p>
      <w:r>
        <w:t>And this, and this the whole world now knows, knows, all, all the distant ones and all the.. yes</w:t>
      </w:r>
    </w:p>
    <w:p>
      <w:r>
        <w:t>They know of this, that the maskilim of Uman</w:t>
      </w:r>
    </w:p>
    <w:p>
      <w:r>
        <w:t>Hirsch Ber and his friends were all nullified before Rabbainu, yes</w:t>
      </w:r>
    </w:p>
    <w:p>
      <w:r>
        <w:t>And they know the.. they already know of this</w:t>
      </w:r>
    </w:p>
    <w:p>
      <w:r>
        <w:t>[But the other tzaddikim were not nullified before Rabbainu]</w:t>
      </w:r>
    </w:p>
    <w:p>
      <w:r>
        <w:t>Ah?</w:t>
      </w:r>
    </w:p>
    <w:p>
      <w:r>
        <w:t>[The other tzaddikim in his time were not nullified, from Heaven]</w:t>
      </w:r>
    </w:p>
    <w:p>
      <w:r>
        <w:t>Why should we investigate {and ask?}</w:t>
      </w:r>
    </w:p>
    <w:p>
      <w:r>
        <w:t>[….]</w:t>
      </w:r>
    </w:p>
    <w:p>
      <w:r>
        <w:t>We see with our own eyes</w:t>
      </w:r>
    </w:p>
    <w:p>
      <w:r>
        <w:t>We need to..</w:t>
      </w:r>
    </w:p>
    <w:p>
      <w:r>
        <w:t>[You..]</w:t>
      </w:r>
    </w:p>
    <w:p>
      <w:r>
        <w:t>Nullify our opinion and our intellect completely, not to question and not to think</w:t>
      </w:r>
    </w:p>
    <w:p>
      <w:r>
        <w:t>Only as is written in "Likutay Moharan", and as the holy Rabbainu says</w:t>
      </w:r>
    </w:p>
    <w:p>
      <w:r>
        <w:t>This, this is true and firm and correct, yes</w:t>
      </w:r>
    </w:p>
    <w:p>
      <w:r>
        <w:t>[You knew the previous great Rebbe of Ger, the Beis Yisroel Alter, you knew him?]</w:t>
      </w:r>
    </w:p>
    <w:p>
      <w:r>
        <w:t>Yes, yes, yes, yes</w:t>
      </w:r>
    </w:p>
    <w:p>
      <w:r>
        <w:t>[Did he have something from Rabbainu?]</w:t>
      </w:r>
    </w:p>
    <w:p>
      <w:r>
        <w:t>Ah?</w:t>
      </w:r>
    </w:p>
    <w:p>
      <w:r>
        <w:t>[Did he take something from Rabbainu?]</w:t>
      </w:r>
    </w:p>
    <w:p>
      <w:r>
        <w:t>I did not want to know him, I..</w:t>
      </w:r>
    </w:p>
    <w:p>
      <w:r>
        <w:t>He came to the yeshiva of Rabbi Meir Baal HaNes, where I studied</w:t>
      </w:r>
    </w:p>
    <w:p>
      <w:r>
        <w:t>[Yes]</w:t>
      </w:r>
    </w:p>
    <w:p>
      <w:r>
        <w:t>Yes</w:t>
      </w:r>
    </w:p>
    <w:p>
      <w:r>
        <w:t>And he came and entered the cave, and all, all the Chassidim who were with him, all of them</w:t>
      </w:r>
    </w:p>
    <w:p>
      <w:r>
        <w:t>They, they saw how the Rebbe was in the cave and he.. "Who knows what he is doing there in the cave?”, yes</w:t>
      </w:r>
    </w:p>
    <w:p>
      <w:r>
        <w:t>{. .}</w:t>
      </w:r>
    </w:p>
    <w:p>
      <w:r>
        <w:t>And I.., everyone went out to greet him, yes, in his honor, and I did not go out, yes</w:t>
      </w:r>
    </w:p>
    <w:p>
      <w:r>
        <w:t>[…..]</w:t>
      </w:r>
    </w:p>
    <w:p>
      <w:r>
        <w:t>Blessed be Hashem, I had holy brazenness, and I saw..</w:t>
      </w:r>
    </w:p>
    <w:p>
      <w:r>
        <w:t>[A revolutionary, he is one of the revolutionaries]</w:t>
      </w:r>
    </w:p>
    <w:p>
      <w:r>
        <w:t>[…….]</w:t>
      </w:r>
    </w:p>
    <w:p>
      <w:r>
        <w:t>[Did you know Zonnenfeld? Rav Zonnenfeld?]</w:t>
      </w:r>
    </w:p>
    <w:p>
      <w:r>
        <w:t>Yes</w:t>
      </w:r>
    </w:p>
    <w:p>
      <w:r>
        <w:t>[He was a great man, yes?]</w:t>
      </w:r>
    </w:p>
    <w:p>
      <w:r>
        <w:t>He was a genius</w:t>
      </w:r>
    </w:p>
    <w:p>
      <w:r>
        <w:t>[But a man who also liked to speak with people?]</w:t>
      </w:r>
    </w:p>
    <w:p>
      <w:r>
        <w:t>Ah?</w:t>
      </w:r>
    </w:p>
    <w:p>
      <w:r>
        <w:t>[He liked to speak..?]</w:t>
      </w:r>
    </w:p>
    <w:p>
      <w:r>
        <w:t>Yes, he was a genius</w:t>
      </w:r>
    </w:p>
    <w:p>
      <w:r>
        <w:t>He said of Rav Shlomo that he was a Torah scroll, Rav Shlomo Wexler, yes</w:t>
      </w:r>
    </w:p>
    <w:p>
      <w:r>
        <w:t>When Rav Shlomo came to the synagogue for Minchah, so one time</w:t>
      </w:r>
    </w:p>
    <w:p>
      <w:r>
        <w:t>And Rav Zonnenfeld was there, he studied, or, or..</w:t>
      </w:r>
    </w:p>
    <w:p>
      <w:r>
        <w:t>So when Rav Shlomo came to the synagogue, and he was there beforehand in the synagogue</w:t>
      </w:r>
    </w:p>
    <w:p>
      <w:r>
        <w:t>So he rose, he rose, he rose…</w:t>
      </w:r>
    </w:p>
    <w:p>
      <w:r>
        <w:t>...heard on Tape 10B, minute – 24:34 - (the whole world)</w:t>
      </w:r>
    </w:p>
    <w:p>
      <w:r>
        <w:t>Will turn around {b.. b.. b.. b..b..} beyond the bounds of nature</w:t>
      </w:r>
    </w:p>
    <w:p>
      <w:r>
        <w:t>The whole world will turn around, and from all of them will be made.., from all the animals human beings, human beings</w:t>
      </w:r>
    </w:p>
    <w:p>
      <w:r>
        <w:t>{..} And here Rabbainu reveals that he is the root of all, of the redemption and of all the {souls} in Yisroel</w:t>
      </w:r>
    </w:p>
    <w:p>
      <w:r>
        <w:t>To return them, to bring them out of places, from plac.., where, each one who fell there</w:t>
      </w:r>
    </w:p>
    <w:p>
      <w:r>
        <w:t>And to bring the whole world out of.. of the troubles</w:t>
      </w:r>
    </w:p>
    <w:p>
      <w:r>
        <w:t>The troubles are the desires and.. and the money and the pleasures of this world</w:t>
      </w:r>
    </w:p>
    <w:p>
      <w:r>
        <w:t>And one does not need it all, one needs to eat a piece of bread..</w:t>
      </w:r>
    </w:p>
    <w:p>
      <w:r>
        <w:t>[With a cucumber]</w:t>
      </w:r>
    </w:p>
    <w:p>
      <w:r>
        <w:t>{….} With a cucumber, what? What is all the money and the buildings for? What is this?</w:t>
      </w:r>
    </w:p>
    <w:p>
      <w:r>
        <w:t>In order to eat a piece of bread?…</w:t>
      </w:r>
    </w:p>
    <w:p>
      <w:r>
        <w:t>...[…….]</w:t>
      </w:r>
    </w:p>
    <w:p>
      <w:r>
        <w:t>[………]…</w:t>
      </w:r>
    </w:p>
    <w:p>
      <w:r>
        <w:t>...And Rebbe Nachman is our root…</w:t>
      </w:r>
    </w:p>
    <w:p>
      <w:r>
        <w:t>...And of the whole world in this, in him, in him and in the Name, and in his name "Na Nachman Na Nachman"</w:t>
      </w:r>
    </w:p>
    <w:p>
      <w:r>
        <w:t>This is the.. root of all creation, and of all the Torah and of {…}</w:t>
      </w:r>
    </w:p>
    <w:p>
      <w:r>
        <w:t>And this is effective for everything, to return in teshuvah and..</w:t>
      </w:r>
    </w:p>
    <w:p>
      <w:r>
        <w:t>The main thing is wisdom</w:t>
      </w:r>
    </w:p>
    <w:p>
      <w:r>
        <w:t>And if, if one lives even a thousand years, it is something that comes to an end, ultimately it comes to an end</w:t>
      </w:r>
    </w:p>
    <w:p>
      <w:r>
        <w:t>So what, what, what is he.. {...}</w:t>
      </w:r>
    </w:p>
    <w:p>
      <w:r>
        <w:t>In particular, we in these generations live fifty or sixty years</w:t>
      </w:r>
    </w:p>
    <w:p>
      <w:r>
        <w:t>And also half of this we sleep, half the time, and.. {...}</w:t>
      </w:r>
    </w:p>
    <w:p>
      <w:r>
        <w:t>What? What do we live for? What is all the work for?</w:t>
      </w:r>
    </w:p>
    <w:p>
      <w:r>
        <w:t>After, after fifty, sixty years, one enters a hospital and afterward they put one in a refrigerator and afterward in the grave—what is there? One leaves all, all, all the money and all the work, leaves it in this world and..</w:t>
      </w:r>
    </w:p>
    <w:p>
      <w:r>
        <w:t>For, for what did he work fifty years, to work? For what?</w:t>
      </w:r>
    </w:p>
    <w:p>
      <w:r>
        <w:t>He, he, he only always thought thoughts from the heart:</w:t>
      </w:r>
    </w:p>
    <w:p>
      <w:r>
        <w:t>"Where does one get money, money, money, money, money", yes</w:t>
      </w:r>
    </w:p>
    <w:p>
      <w:r>
        <w:t>What is this? Madness, this is utter madness!</w:t>
      </w:r>
    </w:p>
    <w:p>
      <w:r>
        <w:t>Oy, nu, nu</w:t>
      </w:r>
    </w:p>
    <w:p>
      <w:r>
        <w:t>[That is it? That is it?]</w:t>
      </w:r>
    </w:p>
    <w:p>
      <w:r>
        <w:t>This.. oy</w:t>
      </w:r>
    </w:p>
    <w:p>
      <w:r>
        <w:t>And this Petek was {created}, came into the world through a stumbling, through a stumbling block</w:t>
      </w:r>
    </w:p>
    <w:p>
      <w:r>
        <w:t>It is written, and the Gemara says, it is written in a verse in the Torah: "And this stumbling block is under your hand"</w:t>
      </w:r>
    </w:p>
    <w:p>
      <w:r>
        <w:t>Through the stumbling, wonders are made</w:t>
      </w:r>
    </w:p>
    <w:p>
      <w:r>
        <w:t>In particular the holy Rabbainu brings in, he turns around all the distant ones and all the sinners and all, and all the world</w:t>
      </w:r>
    </w:p>
    <w:p>
      <w:r>
        <w:t>He turns them all to Hashem, blessed be He, he is {AVI} (I do not understand)</w:t>
      </w:r>
    </w:p>
    <w:p>
      <w:r>
        <w:t>Only the utterance, one utterance of his, it, it conquers the whole world, he, he laughs at them</w:t>
      </w:r>
    </w:p>
    <w:p>
      <w:r>
        <w:t>And they understand that they are mistaken, what are they, they, they, they working so hard and pursuing so hard for?</w:t>
      </w:r>
    </w:p>
    <w:p>
      <w:r>
        <w:t>For what? For whom? For what?</w:t>
      </w:r>
    </w:p>
    <w:p>
      <w:r>
        <w:t>What? The main thing is "Na Nach Nachm..".., it is an easy thing to say, yes</w:t>
      </w:r>
    </w:p>
    <w:p>
      <w:r>
        <w:t>Because this, because when one says "Na Nach", then one holds onto the root of all creation and of all the Torah</w:t>
      </w:r>
    </w:p>
    <w:p>
      <w:r>
        <w:t>And of all the tzaddikim and.. yes, and one enters another world</w:t>
      </w:r>
    </w:p>
    <w:p>
      <w:r>
        <w:t>Just by mentioning the name of Rabbainu, Rebbe Nachman, and like this, as it is signed in the signature in this Petek</w:t>
      </w:r>
    </w:p>
    <w:p>
      <w:r>
        <w:t>"Na Nach Nachma Nachman MayUman", yes</w:t>
      </w:r>
    </w:p>
    <w:p>
      <w:r>
        <w:t>[That is it]</w:t>
      </w:r>
    </w:p>
    <w:p>
      <w:r>
        <w:t>Nu</w:t>
      </w:r>
    </w:p>
    <w:p>
      <w:r>
        <w:t>[Good, now we will see what came out]…</w:t>
      </w:r>
    </w:p>
    <w:p>
      <w:r>
        <w:t>…[…..]</w:t>
      </w:r>
    </w:p>
    <w:p>
      <w:r>
        <w:t>This needs to be in every place, in every shop, in every home, in the whole world</w:t>
      </w:r>
    </w:p>
    <w:p>
      <w:r>
        <w:t>[What needs to be? What? What needs to be?]</w:t>
      </w:r>
    </w:p>
    <w:p>
      <w:r>
        <w:t>[…...]</w:t>
      </w:r>
    </w:p>
    <w:p>
      <w:r>
        <w:t>They {will admit\will know} that they are animals</w:t>
      </w:r>
    </w:p>
    <w:p>
      <w:r>
        <w:t>[Who?]</w:t>
      </w:r>
    </w:p>
    <w:p>
      <w:r>
        <w:t>He is transformed to become, to become a human being</w:t>
      </w:r>
    </w:p>
    <w:p>
      <w:r>
        <w:t>[Who is an animal? Who is this? The whole world?]</w:t>
      </w:r>
    </w:p>
    <w:p>
      <w:r>
        <w:t>The whole world</w:t>
      </w:r>
    </w:p>
    <w:p>
      <w:r>
        <w:t>[So who remains a human being in this world today?]</w:t>
      </w:r>
    </w:p>
    <w:p>
      <w:r>
        <w:t>{..}</w:t>
      </w:r>
    </w:p>
    <w:p>
      <w:r>
        <w:t>[Who remains a human being in the world today? Are there human beings?]</w:t>
      </w:r>
    </w:p>
    <w:p>
      <w:r>
        <w:t>{..}</w:t>
      </w:r>
    </w:p>
    <w:p>
      <w:r>
        <w:t>[There are, how many human beings are there?]</w:t>
      </w:r>
    </w:p>
    <w:p>
      <w:r>
        <w:t>In every person there is good</w:t>
      </w:r>
    </w:p>
    <w:p>
      <w:r>
        <w:t>[Yes]</w:t>
      </w:r>
    </w:p>
    <w:p>
      <w:r>
        <w:t>And this good, even though it is very little, an amount that does not, not, that not..</w:t>
      </w:r>
    </w:p>
    <w:p>
      <w:r>
        <w:t>But this, this has the power to transform the person, the good that is in him, yes, it has power..</w:t>
      </w:r>
    </w:p>
    <w:p>
      <w:r>
        <w:t>The holy Rabbainu revealed that in every one, in every one there is, there is such a good point that his fellow does not have</w:t>
      </w:r>
    </w:p>
    <w:p>
      <w:r>
        <w:t>And this good, through Rabbainu’s power, he can overcome everything</w:t>
      </w:r>
    </w:p>
    <w:p>
      <w:r>
        <w:t>Only that.. only the main thing is that he know and understand and comprehend that all the work of this world</w:t>
      </w:r>
    </w:p>
    <w:p>
      <w:r>
        <w:t>The money and the buildings and all the pleasures and all the sins and all the desires</w:t>
      </w:r>
    </w:p>
    <w:p>
      <w:r>
        <w:t>They are vanity and emptiness, they have no substance at all</w:t>
      </w:r>
    </w:p>
    <w:p>
      <w:r>
        <w:t>[When does one see this? In the World to Come?..]</w:t>
      </w:r>
    </w:p>
    <w:p>
      <w:r>
        <w:t>{…}, oy vey</w:t>
      </w:r>
    </w:p>
    <w:p>
      <w:r>
        <w:t>There is still much to speak and make known, that.. that the whole world is mistaken, without Rabbainu</w:t>
      </w:r>
    </w:p>
    <w:p>
      <w:r>
        <w:t>They are {..}.., the world is tohu vavohu, so Rabbainu says explicitly: "Without me the world is tohu vavohu"</w:t>
      </w:r>
    </w:p>
    <w:p>
      <w:r>
        <w:t>["Chayey Moharan"]</w:t>
      </w:r>
    </w:p>
    <w:p>
      <w:r>
        <w:t>And the world means all kinds, all kinds of human beings</w:t>
      </w:r>
    </w:p>
    <w:p>
      <w:r>
        <w:t>There is Torah, there are scholars and there are yeshivas and there is Torah</w:t>
      </w:r>
    </w:p>
    <w:p>
      <w:r>
        <w:t>But without Rabbainu they have no, they have no foundation, they have no root</w:t>
      </w:r>
    </w:p>
    <w:p>
      <w:r>
        <w:t>They have no, no, they have no power, and they know nothing</w:t>
      </w:r>
    </w:p>
    <w:p>
      <w:r>
        <w:t>Without Rabbainu the whole world is tohu vavohu</w:t>
      </w:r>
    </w:p>
    <w:p>
      <w:r>
        <w:t>And the main thing depends.. it is an easy thing, that everyone should buy the books of Rabbainu, Rebbe Nachman</w:t>
      </w:r>
    </w:p>
    <w:p>
      <w:r>
        <w:t>And he should read in them, and he should also make an effort with the children and all, and all the acquaintances and all the family</w:t>
      </w:r>
    </w:p>
    <w:p>
      <w:r>
        <w:t>And all of them should read only the books of our Rabbainu, Rebbe Nachman of Breslov, then there will be an entirely new world</w:t>
      </w:r>
    </w:p>
    <w:p>
      <w:r>
        <w:t>Because no, because now the world is not, not, not..</w:t>
      </w:r>
    </w:p>
    <w:p>
      <w:r>
        <w:t>A world of falsehood, a world of, of foolishness, of folly, it is all vanity</w:t>
      </w:r>
    </w:p>
    <w:p>
      <w:r>
        <w:t>We see th..{...} that all the desires have no, have no substance at all</w:t>
      </w:r>
    </w:p>
    <w:p>
      <w:r>
        <w:t>If a person eats and takes pleasure because of th.. from this world, then how long is it?</w:t>
      </w:r>
    </w:p>
    <w:p>
      <w:r>
        <w:t>He has, he has pleasure for a quarter of an hour, that is all, and after a quarter of an hour, then there is no desire and no..</w:t>
      </w:r>
    </w:p>
    <w:p>
      <w:r>
        <w:t>Then, then it is not worthwhile, worthwhile, whoever has some sense, is it worthwhile for a quarter of an hour to lose</w:t>
      </w:r>
    </w:p>
    <w:p>
      <w:r>
        <w:t>To lose such good, such light, this world and the World to Come?</w:t>
      </w:r>
    </w:p>
    <w:p>
      <w:r>
        <w:t>[How does one lose this world?]</w:t>
      </w:r>
    </w:p>
    <w:p>
      <w:r>
        <w:t>Oy, oy, oy, oy, oy..</w:t>
      </w:r>
    </w:p>
    <w:p>
      <w:r>
        <w:t>[How does one lose this world? What is this?]</w:t>
      </w:r>
    </w:p>
    <w:p>
      <w:r>
        <w:t>Eh?</w:t>
      </w:r>
    </w:p>
    <w:p>
      <w:r>
        <w:t>[How does one lose this world?]</w:t>
      </w:r>
    </w:p>
    <w:p>
      <w:r>
        <w:t>This world?</w:t>
      </w:r>
    </w:p>
    <w:p>
      <w:r>
        <w:t>[How does one lose it?]</w:t>
      </w:r>
    </w:p>
    <w:p>
      <w:r>
        <w:t>Our holy Rabbainu said that this world is Gehinnom</w:t>
      </w:r>
    </w:p>
    <w:p>
      <w:r>
        <w:t>We believe, we know that there are two worlds, this world, and the World to Come</w:t>
      </w:r>
    </w:p>
    <w:p>
      <w:r>
        <w:t>The World to Come, we believe that there is a World to Come</w:t>
      </w:r>
    </w:p>
    <w:p>
      <w:r>
        <w:t>But this world does not exist, does not, we have no, we have none at all, this world is Gehinnom</w:t>
      </w:r>
    </w:p>
    <w:p>
      <w:r>
        <w:t>[….]</w:t>
      </w:r>
    </w:p>
    <w:p>
      <w:r>
        <w:t>Anyone who pursues this world, the desires, has no life at all</w:t>
      </w:r>
    </w:p>
    <w:p>
      <w:r>
        <w:t>He has no {foundation, he has no..}, yo</w:t>
      </w:r>
    </w:p>
    <w:p>
      <w:r>
        <w:t>And the main thing of a person is true wisdom, not the wisdoms, external wisdoms</w:t>
      </w:r>
    </w:p>
    <w:p>
      <w:r>
        <w:t>The wisdoms of the Torah, the wisdoms of Hashem Yisborach, the wisdom and knowledge to know:</w:t>
      </w:r>
    </w:p>
    <w:p>
      <w:r>
        <w:t>"For Hashem, He is God," the holy faith</w:t>
      </w:r>
    </w:p>
    <w:p>
      <w:r>
        <w:t>[But there are people who have money and lack nothing, so how is it Gehinnom?]</w:t>
      </w:r>
    </w:p>
    <w:p>
      <w:r>
        <w:t>No, it has no substance at all, it would pass in the blink of an eye</w:t>
      </w:r>
    </w:p>
    <w:p>
      <w:r>
        <w:t>It passes like a passing shadow, everything passes into nothing</w:t>
      </w:r>
    </w:p>
    <w:p>
      <w:r>
        <w:t>And even during, during the time that we live in this world, then all this world is only..</w:t>
      </w:r>
    </w:p>
    <w:p>
      <w:r>
        <w:t>All the desires and all the pleasures are only a quarter of an hour</w:t>
      </w:r>
    </w:p>
    <w:p>
      <w:r>
        <w:t>And after, and after that already, already, where is the desire? It is finished!, yes</w:t>
      </w:r>
    </w:p>
    <w:p>
      <w:r>
        <w:t>[Then also the seventy years {like ……}, also the seventy years are as though not reckoned]</w:t>
      </w:r>
    </w:p>
    <w:p>
      <w:r>
        <w:t>We still need, there is still much more to make known, for we see with absolute clarity</w:t>
      </w:r>
    </w:p>
    <w:p>
      <w:r>
        <w:t>That anyone who has some true sense understands that all this world</w:t>
      </w:r>
    </w:p>
    <w:p>
      <w:r>
        <w:t>All the honor and all the money and all the desires are, are, are zero and nothing, and are nothing at all</w:t>
      </w:r>
    </w:p>
    <w:p>
      <w:r>
        <w:t>And it flies away like a passing shadow, it has no.. yes</w:t>
      </w:r>
    </w:p>
    <w:p>
      <w:r>
        <w:t>The main thing of life is only the Torah and faith, and the main thing is Rabbainu, he is our holy Rabbainu</w:t>
      </w:r>
    </w:p>
    <w:p>
      <w:r>
        <w:t>He, he instills in us devotion to Hashem Yisborach, to the Torah, to faith, to truth, to faith, and every good, every good and all the rectifications that we need, just as we</w:t>
      </w:r>
    </w:p>
    <w:p>
      <w:r>
        <w:t>He can.., he revealed such a wisdom, that the whole world will cast away all the desires and all the money and all the {things} and engage only in Torah and prayer, with an ultimate, a true ultimate purpose, in truth, for the sake of Heaven</w:t>
      </w:r>
    </w:p>
    <w:p>
      <w:r>
        <w:t>Not for livelihood and not for honor and not for publicity and importance</w:t>
      </w:r>
    </w:p>
    <w:p>
      <w:r>
        <w:t>Nu</w:t>
      </w:r>
    </w:p>
    <w:p>
      <w:r>
        <w:t>["Na Na ch," this is not.., this is finished, finished]</w:t>
      </w:r>
    </w:p>
    <w:p>
      <w:r>
        <w:t>Finished?</w:t>
      </w:r>
    </w:p>
    <w:p>
      <w:r>
        <w:t>[Yes]…</w:t>
      </w:r>
    </w:p>
    <w:p>
      <w:r>
        <w:t>...[Again, again, fi..]</w:t>
      </w:r>
    </w:p>
    <w:p>
      <w:r>
        <w:t>[What is "I have finished and I will finish"?]</w:t>
      </w:r>
    </w:p>
    <w:p>
      <w:r>
        <w:t>[Again, “I have finished and I will finish”]</w:t>
      </w:r>
    </w:p>
    <w:p>
      <w:r>
        <w:t>Eh?</w:t>
      </w:r>
    </w:p>
    <w:p>
      <w:r>
        <w:t>[[What is "I have finished and I will finish"?]]</w:t>
      </w:r>
    </w:p>
    <w:p>
      <w:r>
        <w:t>[What is it?]</w:t>
      </w:r>
    </w:p>
    <w:p>
      <w:r>
        <w:t>It is.. "and I will finish,” he will finish</w:t>
      </w:r>
    </w:p>
    <w:p>
      <w:r>
        <w:t>Apparently we do not see that not, he still has not finished</w:t>
      </w:r>
    </w:p>
    <w:p>
      <w:r>
        <w:t>But he finished: "I have finished and I will finish"</w:t>
      </w:r>
    </w:p>
    <w:p>
      <w:r>
        <w:t>What he will finish, that we do not, we have no grasp of this..</w:t>
      </w:r>
    </w:p>
    <w:p>
      <w:r>
        <w:t>[….]</w:t>
      </w:r>
    </w:p>
    <w:p>
      <w:r>
        <w:t>At all</w:t>
      </w:r>
    </w:p>
    <w:p>
      <w:r>
        <w:t>He will finish his own, he came into the world to.. to.. take the world out of the sins</w:t>
      </w:r>
    </w:p>
    <w:p>
      <w:r>
        <w:t>And to bring them to Hashem Yisborach, to the Torah</w:t>
      </w:r>
    </w:p>
    <w:p>
      <w:r>
        <w:t>For that is the main thing of life, without this there is no life at all</w:t>
      </w:r>
    </w:p>
    <w:p>
      <w:r>
        <w:t>How much is the life of this world? Even..</w:t>
      </w:r>
    </w:p>
    <w:p>
      <w:r>
        <w:t>["Mifter Pifter," "Mifter Pifter"]</w:t>
      </w:r>
    </w:p>
    <w:p>
      <w:r>
        <w:t>{..}</w:t>
      </w:r>
    </w:p>
    <w:p>
      <w:r>
        <w:t>["Mifter Pifter, is there a livelihood?"]</w:t>
      </w:r>
    </w:p>
    <w:p>
      <w:r>
        <w:t>[The story]</w:t>
      </w:r>
    </w:p>
    <w:p>
      <w:r>
        <w:t>Yo, like, like I heard such a saying ever</w:t>
      </w:r>
    </w:p>
    <w:p>
      <w:r>
        <w:t>I heard that someone received a letter that his son had passed away</w:t>
      </w:r>
    </w:p>
    <w:p>
      <w:r>
        <w:t>Then he could not read, he gave it to someone wh.. to read the letter to him</w:t>
      </w:r>
    </w:p>
    <w:p>
      <w:r>
        <w:t>Then he, then he, it was written there that his son had passed away</w:t>
      </w:r>
    </w:p>
    <w:p>
      <w:r>
        <w:t>He reached this, he did not want to announce such tidings, such bad tidings</w:t>
      </w:r>
    </w:p>
    <w:p>
      <w:r>
        <w:t>Then, then, then he made himself as if, as if he did not know what was written</w:t>
      </w:r>
    </w:p>
    <w:p>
      <w:r>
        <w:t>"I cannot read 'Mifter Pifter,' {I do not remember}, and I do not know”</w:t>
      </w:r>
    </w:p>
    <w:p>
      <w:r>
        <w:t>Then, then the owner of the letter said to him:</w:t>
      </w:r>
    </w:p>
    <w:p>
      <w:r>
        <w:t>"What importance is 'Mifter Piftab'? The main thing—is there a livelihood?"</w:t>
      </w:r>
    </w:p>
    <w:p>
      <w:r>
        <w:t>[It turned off, it is a pity that this..]…</w:t>
      </w:r>
    </w:p>
    <w:p>
      <w:r>
        <w:t>...Whoever seeks truth, and has some true sense</w:t>
      </w:r>
    </w:p>
    <w:p>
      <w:r>
        <w:t>Then he, he needs, needs to understand and strengthen himself and.. and overcome with all his strength</w:t>
      </w:r>
    </w:p>
    <w:p>
      <w:r>
        <w:t>To read every day simply, in simplicity, the service of Hashem</w:t>
      </w:r>
    </w:p>
    <w:p>
      <w:r>
        <w:t>And the main thing is to.. the books of Rabbainu, and especially the "Likutey Tefilot" and.. and his teachings, which Rabbainu revealed in this world, every utterance of his has the power to conquer the whole world</w:t>
      </w:r>
    </w:p>
    <w:p>
      <w:r>
        <w:t>For this, this, this is such a wondrous thing, every utterance of his, something that never existed</w:t>
      </w:r>
    </w:p>
    <w:p>
      <w:r>
        <w:t>This is.. {...} and this, and this is the foundation of the world, the foundation of the Redemption</w:t>
      </w:r>
    </w:p>
    <w:p>
      <w:r>
        <w:t>And.. and through this, through every utterance of Rabbainu, it is possible to bring every person in the entire world back</w:t>
      </w:r>
    </w:p>
    <w:p>
      <w:r>
        <w:t>To Hashem Yisborach, to the Torah, to faith, {and with simplicity}, to truth, this.. and the main thing is the truth [……...]...</w:t>
      </w:r>
    </w:p>
    <w:p>
      <w:r>
        <w:t>...I, I will play our Purim melody [ho]</w:t>
      </w:r>
    </w:p>
    <w:p>
      <w:r>
        <w:t>Of R…</w:t>
      </w:r>
    </w:p>
    <w:p>
      <w:r>
        <w:t>...[….]</w:t>
      </w:r>
    </w:p>
    <w:p>
      <w:r>
        <w:t>Yes, like this</w:t>
      </w:r>
    </w:p>
    <w:p>
      <w:r>
        <w:t>[Saba sings:</w:t>
      </w:r>
    </w:p>
    <w:p>
      <w:r>
        <w:t>"The rose of Yaakov re… ...joiced and was glad, when they saw together the blue-violet of Mordechai.."]…</w:t>
      </w:r>
    </w:p>
    <w:p>
      <w:r>
        <w:t>…{….}, eh..</w:t>
      </w:r>
    </w:p>
    <w:p>
      <w:r>
        <w:t>[Sing the song...]</w:t>
      </w:r>
    </w:p>
    <w:p>
      <w:r>
        <w:t>[Saba and the friends sing:</w:t>
      </w:r>
    </w:p>
    <w:p>
      <w:r>
        <w:t>"The rose of Yaakov rejoiced and was glad when they saw together.."]</w:t>
      </w:r>
    </w:p>
    <w:p>
      <w:r>
        <w:t>What is together?</w:t>
      </w:r>
    </w:p>
    <w:p>
      <w:r>
        <w:t>Unity and love, together—that we gather together in peace and love, then Rabbainu will be revealed in the world, "when they saw together, when they saw together the blue-violet of Mordechai"</w:t>
      </w:r>
    </w:p>
    <w:p>
      <w:r>
        <w:t>This is Mordechai the Tzaddik, "And Mordechai the Jew.."</w:t>
      </w:r>
    </w:p>
    <w:p>
      <w:r>
        <w:t>["Would not bow down and would not prostrate himself"]</w:t>
      </w:r>
    </w:p>
    <w:p>
      <w:r>
        <w:t>"Would not bow down and would not prostrate himself," {yes}</w:t>
      </w:r>
    </w:p>
    <w:p>
      <w:r>
        <w:t>[….]</w:t>
      </w:r>
    </w:p>
    <w:p>
      <w:r>
        <w:t>[Saba continues to sing:</w:t>
      </w:r>
    </w:p>
    <w:p>
      <w:r>
        <w:t>"Their salvation was forever, and their hope throughout every generation</w:t>
      </w:r>
    </w:p>
    <w:p>
      <w:r>
        <w:t>To make known, to make known, to make known, to make known..</w:t>
      </w:r>
    </w:p>
    <w:p>
      <w:r>
        <w:t>That all who hope in You will not be ashamed and will not be humiliated forever, all who take refuge in You.."]</w:t>
      </w:r>
    </w:p>
    <w:p>
      <w:r>
        <w:t>Nu, let us hear…</w:t>
      </w:r>
    </w:p>
    <w:p>
      <w:r>
        <w:t>...[He ate before the prayer, and also after it?]</w:t>
      </w:r>
    </w:p>
    <w:p>
      <w:r>
        <w:t>Nu, after such a thing</w:t>
      </w:r>
    </w:p>
    <w:p>
      <w:r>
        <w:t>[… Saba says ….]</w:t>
      </w:r>
    </w:p>
    <w:p>
      <w:r>
        <w:t>{They, they ….} the note</w:t>
      </w:r>
    </w:p>
    <w:p>
      <w:r>
        <w:t>"If he eats during the time of prayer on the Seventeenth of Tammuz, then there is no one to talk to"</w:t>
      </w:r>
    </w:p>
    <w:p>
      <w:r>
        <w:t>"For what?"</w:t>
      </w:r>
    </w:p>
    <w:p>
      <w:r>
        <w:t>[…..]</w:t>
      </w:r>
    </w:p>
    <w:p>
      <w:r>
        <w:t>[What? He ate before the prayer, before the prayer it is permitted to eat]</w:t>
      </w:r>
    </w:p>
    <w:p>
      <w:r>
        <w:t>[…..]</w:t>
      </w:r>
    </w:p>
    <w:p>
      <w:r>
        <w:t>[At what hour was it that you ate? At what hour did you eat?]</w:t>
      </w:r>
    </w:p>
    <w:p>
      <w:r>
        <w:t>I ate in the morning</w:t>
      </w:r>
    </w:p>
    <w:p>
      <w:r>
        <w:t>[Before, before dawn?]</w:t>
      </w:r>
    </w:p>
    <w:p>
      <w:r>
        <w:t>Nu, this needs to wait, at any rate</w:t>
      </w:r>
    </w:p>
    <w:p>
      <w:r>
        <w:t>[Before dawn? Before dawn?]</w:t>
      </w:r>
    </w:p>
    <w:p>
      <w:r>
        <w:t>Eh?</w:t>
      </w:r>
    </w:p>
    <w:p>
      <w:r>
        <w:t>[Before dawn?]</w:t>
      </w:r>
    </w:p>
    <w:p>
      <w:r>
        <w:t>What?</w:t>
      </w:r>
    </w:p>
    <w:p>
      <w:r>
        <w:t>[Did you eat?]</w:t>
      </w:r>
    </w:p>
    <w:p>
      <w:r>
        <w:t>[Before sunrise?]</w:t>
      </w:r>
    </w:p>
    <w:p>
      <w:r>
        <w:t>[Before sunrise?]</w:t>
      </w:r>
    </w:p>
    <w:p>
      <w:r>
        <w:t>After dawn</w:t>
      </w:r>
    </w:p>
    <w:p>
      <w:r>
        <w:t>[After dawn]</w:t>
      </w:r>
    </w:p>
    <w:p>
      <w:r>
        <w:t>It was already day, already..</w:t>
      </w:r>
    </w:p>
    <w:p>
      <w:r>
        <w:t>[Already in the day, in the day]</w:t>
      </w:r>
    </w:p>
    <w:p>
      <w:r>
        <w:t>It was already the time of prayer</w:t>
      </w:r>
    </w:p>
    <w:p>
      <w:r>
        <w:t>[Yes, now</w:t>
      </w:r>
    </w:p>
    <w:p>
      <w:r>
        <w:t>Being that Rebbe Yisroel was accustomed to fast from the age of six, the eve of Rosh Chodesh..]</w:t>
      </w:r>
    </w:p>
    <w:p>
      <w:r>
        <w:t>[Monday and Thursday]</w:t>
      </w:r>
    </w:p>
    <w:p>
      <w:r>
        <w:t>[Monday and Thursday]</w:t>
      </w:r>
    </w:p>
    <w:p>
      <w:r>
        <w:t>[Every night..]</w:t>
      </w:r>
    </w:p>
    <w:p>
      <w:r>
        <w:t>[Then, then you went into a severe depression, for.. five days, correct?] For…</w:t>
      </w:r>
    </w:p>
    <w:p>
      <w:r>
        <w:t>...[Five days]</w:t>
      </w:r>
    </w:p>
    <w:p>
      <w:r>
        <w:t>Friday</w:t>
      </w:r>
    </w:p>
    <w:p>
      <w:r>
        <w:t>[Friday]</w:t>
      </w:r>
    </w:p>
    <w:p>
      <w:r>
        <w:t>Day, Friday, Shabbos..</w:t>
      </w:r>
    </w:p>
    <w:p>
      <w:r>
        <w:t>Friday..</w:t>
      </w:r>
    </w:p>
    <w:p>
      <w:r>
        <w:t>[Yes, Friday, Shabbos]</w:t>
      </w:r>
    </w:p>
    <w:p>
      <w:r>
        <w:t>{….}, Monday, Tuesday, Wednesday</w:t>
      </w:r>
    </w:p>
    <w:p>
      <w:r>
        <w:t>[… Tuesday Wednesday]</w:t>
      </w:r>
    </w:p>
    <w:p>
      <w:r>
        <w:t>[Yes]</w:t>
      </w:r>
    </w:p>
    <w:p>
      <w:r>
        <w:t>And on Wednesday evening</w:t>
      </w:r>
    </w:p>
    <w:p>
      <w:r>
        <w:t>[Yes]</w:t>
      </w:r>
    </w:p>
    <w:p>
      <w:r>
        <w:t>{..}…</w:t>
      </w:r>
    </w:p>
    <w:p>
      <w:r>
        <w:br w:type="page"/>
      </w:r>
    </w:p>
    <w:p>
      <w:pPr>
        <w:pStyle w:val="Heading1"/>
      </w:pPr>
      <w:r>
        <w:t>Tape 22</w:t>
      </w:r>
    </w:p>
    <w:p>
      <w:pPr>
        <w:pStyle w:val="Heading2"/>
      </w:pPr>
      <w:r>
        <w:t>Side A (Aleph)</w:t>
      </w:r>
    </w:p>
    <w:p>
      <w:r>
        <w:t>...Friday..</w:t>
      </w:r>
    </w:p>
    <w:p>
      <w:r>
        <w:t>[Yes, Friday, Shabbos]</w:t>
      </w:r>
    </w:p>
    <w:p>
      <w:r>
        <w:t>{….}, Monday, Tuesday, Wednesday</w:t>
      </w:r>
    </w:p>
    <w:p>
      <w:r>
        <w:t>[… Tuesday Wednesday]</w:t>
      </w:r>
    </w:p>
    <w:p>
      <w:r>
        <w:t>[Yes]</w:t>
      </w:r>
    </w:p>
    <w:p>
      <w:r>
        <w:t>And on Wednesday evening</w:t>
      </w:r>
    </w:p>
    <w:p>
      <w:r>
        <w:t>[Yes]</w:t>
      </w:r>
    </w:p>
    <w:p>
      <w:r>
        <w:t>And on Wednesday evening</w:t>
      </w:r>
    </w:p>
    <w:p>
      <w:r>
        <w:t>[Yes]</w:t>
      </w:r>
    </w:p>
    <w:p>
      <w:r>
        <w:t>It entered me, I cried to Hashem, blessed be He, that He should heal me, that He should take the sadness from me</w:t>
      </w:r>
    </w:p>
    <w:p>
      <w:r>
        <w:t>[But how, how did it look? How did your sadness look? What, what did they see on you?]</w:t>
      </w:r>
    </w:p>
    <w:p>
      <w:r>
        <w:t>{….}</w:t>
      </w:r>
    </w:p>
    <w:p>
      <w:r>
        <w:t>[Did you sit on the bench in the yeshiva? What did they see?]</w:t>
      </w:r>
    </w:p>
    <w:p>
      <w:r>
        <w:t>Yes, I lay like a dead man</w:t>
      </w:r>
    </w:p>
    <w:p>
      <w:r>
        <w:t>[Five days?]</w:t>
      </w:r>
    </w:p>
    <w:p>
      <w:r>
        <w:t>Yes</w:t>
      </w:r>
    </w:p>
    <w:p>
      <w:r>
        <w:t>[And you did not pray?]</w:t>
      </w:r>
    </w:p>
    <w:p>
      <w:r>
        <w:t>Sunday.., prayed.. I only prayed and..</w:t>
      </w:r>
    </w:p>
    <w:p>
      <w:r>
        <w:t>[Without eating]</w:t>
      </w:r>
    </w:p>
    <w:p>
      <w:r>
        <w:t>Eh? Prayed..</w:t>
      </w:r>
    </w:p>
    <w:p>
      <w:r>
        <w:t>[Without eating because of so much sadness?]</w:t>
      </w:r>
    </w:p>
    <w:p>
      <w:r>
        <w:t>I did not eat and did not speak and did not.. like a dead man</w:t>
      </w:r>
    </w:p>
    <w:p>
      <w:r>
        <w:t>[How many days?]</w:t>
      </w:r>
    </w:p>
    <w:p>
      <w:r>
        <w:t>[Five days]</w:t>
      </w:r>
    </w:p>
    <w:p>
      <w:r>
        <w:t>Eh?</w:t>
      </w:r>
    </w:p>
    <w:p>
      <w:r>
        <w:t>[Five days?]</w:t>
      </w:r>
    </w:p>
    <w:p>
      <w:r>
        <w:t>And in the yeshiva I was on Sunday, and at home I was on Friday and Shabbos, {I went}…</w:t>
      </w:r>
    </w:p>
    <w:p>
      <w:r>
        <w:t>...to the yeshiva on Sunday, Monday, Tuesday, Wednesday, and without change</w:t>
      </w:r>
    </w:p>
    <w:p>
      <w:r>
        <w:t>[Yes]</w:t>
      </w:r>
    </w:p>
    <w:p>
      <w:r>
        <w:t>With the two days, that is six days, yes</w:t>
      </w:r>
    </w:p>
    <w:p>
      <w:r>
        <w:t>And when I heard that all the yeshiva students were laughing and saying:</w:t>
      </w:r>
    </w:p>
    <w:p>
      <w:r>
        <w:t>"That the Breslover, that Yisroel Ber the Breslover, the Breslover has become, he, he is crazy</w:t>
      </w:r>
    </w:p>
    <w:p>
      <w:r>
        <w:t>He is sick, he has become crazy"</w:t>
      </w:r>
    </w:p>
    <w:p>
      <w:r>
        <w:t>Then I had great sorrow over this, that I was causing disgrace to Breslov, that they were saying:</w:t>
      </w:r>
    </w:p>
    <w:p>
      <w:r>
        <w:t>"That in the end all the Breslovers become crazy"</w:t>
      </w:r>
    </w:p>
    <w:p>
      <w:r>
        <w:t>Then I prayed to Hashem, blessed be He, and cried that He should heal me, so that there should not be a desecration of Hashem…</w:t>
      </w:r>
    </w:p>
    <w:p>
      <w:r>
        <w:t>...A forceful thought entered me, as if someone entered me and said to me:</w:t>
      </w:r>
    </w:p>
    <w:p>
      <w:r>
        <w:t>"Enter your room and open the cabinet and place your hand on any book at all</w:t>
      </w:r>
    </w:p>
    <w:p>
      <w:r>
        <w:t>And open it at the place where it opens, and there you will find a cure for your soul"</w:t>
      </w:r>
    </w:p>
    <w:p>
      <w:r>
        <w:t>I di.. I did so</w:t>
      </w:r>
    </w:p>
    <w:p>
      <w:r>
        <w:t>And I entered the room, opened, and opened the cabinet and took out a book and opened the book</w:t>
      </w:r>
    </w:p>
    <w:p>
      <w:r>
        <w:t>And there was there this, this Petek, yes</w:t>
      </w:r>
    </w:p>
    <w:p>
      <w:r>
        <w:t>And.. and I did not pay attention to.. I saw a piece of paper, I did not pay attention</w:t>
      </w:r>
    </w:p>
    <w:p>
      <w:r>
        <w:t>"This paper, this is a cure? Is there a shortage of papers?"</w:t>
      </w:r>
    </w:p>
    <w:p>
      <w:r>
        <w:t>So this did not, I did not, did not pay attention to it</w:t>
      </w:r>
    </w:p>
    <w:p>
      <w:r>
        <w:t>And I wanted, and I read only in the Torah teaching th.. at the place where I had opened, and certainly I revived my soul</w:t>
      </w:r>
    </w:p>
    <w:p>
      <w:r>
        <w:t>[Where did you open?]</w:t>
      </w:r>
    </w:p>
    <w:p>
      <w:r>
        <w:t>[On page ….]</w:t>
      </w:r>
    </w:p>
    <w:p>
      <w:r>
        <w:t>In 'Orach Chaim,' Part I, page 25, and..</w:t>
      </w:r>
    </w:p>
    <w:p>
      <w:r>
        <w:t>[And you read what is written there]</w:t>
      </w:r>
    </w:p>
    <w:p>
      <w:r>
        <w:t>And afterward I saw that there was no hope, that I had no hope at all for a cure</w:t>
      </w:r>
    </w:p>
    <w:p>
      <w:r>
        <w:t>Because I did this and that, I did everything and did not, and found only a piece of paper, and there was nothing</w:t>
      </w:r>
    </w:p>
    <w:p>
      <w:r>
        <w:t>And the Torah teaching did not help me, it helped me on the spot, but immediately when I finished, I returned to the illness</w:t>
      </w:r>
    </w:p>
    <w:p>
      <w:r>
        <w:t>Then I despaired, I wanted to take the book and close it and return it to its place and close the cabinet</w:t>
      </w:r>
    </w:p>
    <w:p>
      <w:r>
        <w:t>Before {…} that I returned the book, before I closed the book, I noticed and saw that there were lines on, on, on the paper</w:t>
      </w:r>
    </w:p>
    <w:p>
      <w:r>
        <w:t>I began to read and immediately saw what it was, that this was such a wonder as had never been</w:t>
      </w:r>
    </w:p>
    <w:p>
      <w:r>
        <w:t>And every word I read entered me, I felt and saw such wonders that it is impossible to tell, and with each and every utterance there was.. such a joy entered me as does not exist in the world, {and this}..</w:t>
      </w:r>
    </w:p>
    <w:p>
      <w:r>
        <w:t>So I read and read until I finished this</w:t>
      </w:r>
    </w:p>
    <w:p>
      <w:r>
        <w:t>And I entered into such a joy as had not been, as I had never had</w:t>
      </w:r>
    </w:p>
    <w:p>
      <w:r>
        <w:t>And I began, and I began to make melody and to dance, and everyone in the yeshiva..</w:t>
      </w:r>
    </w:p>
    <w:p>
      <w:r>
        <w:t>The room was close to the yeshiva, and everyone heard that I had become joyful</w:t>
      </w:r>
    </w:p>
    <w:p>
      <w:r>
        <w:t>Then, then they said:</w:t>
      </w:r>
    </w:p>
    <w:p>
      <w:r>
        <w:t>"That Yisroel Ber is already completely all right, he, after such sadness, such joy</w:t>
      </w:r>
    </w:p>
    <w:p>
      <w:r>
        <w:t>Then he is {…} crazy for all the days of his life, no, no hospital will help him, no cure" [….]</w:t>
      </w:r>
    </w:p>
    <w:p>
      <w:r>
        <w:t>Yes</w:t>
      </w:r>
    </w:p>
    <w:p>
      <w:r>
        <w:t>They entered the room and saw the dancing and the joy, and took me out of the room to the courtyard and all the yeshiva students made a circle, and I was in the middle and danced, and everyone rejoiced so much they stood for several hours, close to midnight, then they said:</w:t>
      </w:r>
    </w:p>
    <w:p>
      <w:r>
        <w:t>"He does not, he does not get tired, we are already tired, we need to sleep"</w:t>
      </w:r>
    </w:p>
    <w:p>
      <w:r>
        <w:t>[When..]</w:t>
      </w:r>
    </w:p>
    <w:p>
      <w:r>
        <w:t>Then they left"</w:t>
      </w:r>
    </w:p>
    <w:p>
      <w:r>
        <w:t>[When did you find the Petek? In the afternoon, or in the evening?]</w:t>
      </w:r>
    </w:p>
    <w:p>
      <w:r>
        <w:t>In the afternoon</w:t>
      </w:r>
    </w:p>
    <w:p>
      <w:r>
        <w:t>[In the afternoon]</w:t>
      </w:r>
    </w:p>
    <w:p>
      <w:r>
        <w:t>Yes, in the afternoon, in the evening</w:t>
      </w:r>
    </w:p>
    <w:p>
      <w:r>
        <w:t>[Toward night]</w:t>
      </w:r>
    </w:p>
    <w:p>
      <w:r>
        <w:t>Toward night, yes…</w:t>
      </w:r>
    </w:p>
    <w:p>
      <w:r>
        <w:t>...Then on Thursday the entire yeshiva entered the city, and they spread word about me throughout the city</w:t>
      </w:r>
    </w:p>
    <w:p>
      <w:r>
        <w:t>All the yeshiva students, each one prays, he has a synagogue</w:t>
      </w:r>
    </w:p>
    <w:p>
      <w:r>
        <w:t>So all the synagogues of Teveria knew that Yisroel Ber the Breslover had become crazy</w:t>
      </w:r>
    </w:p>
    <w:p>
      <w:r>
        <w:t>And Rav Motl went to pray Minchah and heard everyone saying: "That Yisroel Ber has become crazy" then he had great sorrow</w:t>
      </w:r>
    </w:p>
    <w:p>
      <w:r>
        <w:t>I was a neighbor of his and I was together with him in great love, like a father with a son</w:t>
      </w:r>
    </w:p>
    <w:p>
      <w:r>
        <w:t>He had great sorrow, "What a pity, Yisroel Ber has become crazy"</w:t>
      </w:r>
    </w:p>
    <w:p>
      <w:r>
        <w:t>Then he, he went home to see what, what, how, how, how the situation was</w:t>
      </w:r>
    </w:p>
    <w:p>
      <w:r>
        <w:t>To speak with me and to see the {madness}, yes</w:t>
      </w:r>
    </w:p>
    <w:p>
      <w:r>
        <w:t>So he came, he came in fear lest he hit me, lest I hit him</w:t>
      </w:r>
    </w:p>
    <w:p>
      <w:r>
        <w:t>"A madman can hit too"</w:t>
      </w:r>
    </w:p>
    <w:p>
      <w:r>
        <w:t>So he entered and began to speak with me, and he understood and saw with complete clarity that I was not crazy</w:t>
      </w:r>
    </w:p>
    <w:p>
      <w:r>
        <w:t>Then.. everyone is saying this, this, this, so he said to me:</w:t>
      </w:r>
    </w:p>
    <w:p>
      <w:r>
        <w:t>"I want to know, I heard the story that you were in sadness, afterward joy</w:t>
      </w:r>
    </w:p>
    <w:p>
      <w:r>
        <w:t>What was it? What happened? What? What was it?"</w:t>
      </w:r>
    </w:p>
    <w:p>
      <w:r>
        <w:t>Then I told him the whole story, and showed him that I had taken a book out of the cabinet</w:t>
      </w:r>
    </w:p>
    <w:p>
      <w:r>
        <w:t>And there was a piece of paper there, and this is the piece of paper, yes</w:t>
      </w:r>
    </w:p>
    <w:p>
      <w:r>
        <w:t>He heard the story and read the paper</w:t>
      </w:r>
    </w:p>
    <w:p>
      <w:r>
        <w:t>Then he began to laugh.. such laughter as one does not see in the world, such laughter</w:t>
      </w:r>
    </w:p>
    <w:p>
      <w:r>
        <w:t>With such sounds, with such laughter, that he had a miracle</w:t>
      </w:r>
    </w:p>
    <w:p>
      <w:r>
        <w:t>He, he held his intestines so that they would not come out, from the magnitude of the laughter</w:t>
      </w:r>
    </w:p>
    <w:p>
      <w:r>
        <w:t>At any rate, nu, afterward he said to me:</w:t>
      </w:r>
    </w:p>
    <w:p>
      <w:r>
        <w:t>"That he would show me who.., who put it inside the book</w:t>
      </w:r>
    </w:p>
    <w:p>
      <w:r>
        <w:t>And if you opened a book and found it? Nu, it was not, it was.."</w:t>
      </w:r>
    </w:p>
    <w:p>
      <w:r>
        <w:t>[{Just there}]</w:t>
      </w:r>
    </w:p>
    <w:p>
      <w:r>
        <w:t>Yes</w:t>
      </w:r>
    </w:p>
    <w:p>
      <w:r>
        <w:t>I said to him: "Good, show me who read.., {who buried it there}"</w:t>
      </w:r>
    </w:p>
    <w:p>
      <w:r>
        <w:t>So he, he went and investigated, and made, and made inquiries among all the yeshiva students</w:t>
      </w:r>
    </w:p>
    <w:p>
      <w:r>
        <w:t>And no one knew of a note, what was written there, and they knew nothing at all about it</w:t>
      </w:r>
    </w:p>
    <w:p>
      <w:r>
        <w:t>So he, he said to me:</w:t>
      </w:r>
    </w:p>
    <w:p>
      <w:r>
        <w:t>"That I annulled the opposition to Breslov"</w:t>
      </w:r>
    </w:p>
    <w:p>
      <w:r>
        <w:t>And so it was, he merited repentance, repentance—that he annulled the opposition</w:t>
      </w:r>
    </w:p>
    <w:p>
      <w:r>
        <w:t>Even though he had an inheritance from great men, from gaonim, from great men, and there are books by them, and.. yes</w:t>
      </w:r>
    </w:p>
    <w:p>
      <w:r>
        <w:t>And he annulled it; he said: "The Torah is not in Heaven"</w:t>
      </w:r>
    </w:p>
    <w:p>
      <w:r>
        <w:t>[What, what did you understand from the note? What did you understand from the note when you saw it?</w:t>
      </w:r>
    </w:p>
    <w:p>
      <w:r>
        <w:t>What did you receive from the note when you saw it? Besides joy]</w:t>
      </w:r>
    </w:p>
    <w:p>
      <w:r>
        <w:t>This, this, this is impossible to speak about</w:t>
      </w:r>
    </w:p>
    <w:p>
      <w:r>
        <w:t>[And what today, and what today do you understand from the note?]</w:t>
      </w:r>
    </w:p>
    <w:p>
      <w:r>
        <w:t>One can understand from the joy, from what I felt in the note</w:t>
      </w:r>
    </w:p>
    <w:p>
      <w:r>
        <w:t>[And today? And today?]</w:t>
      </w:r>
    </w:p>
    <w:p>
      <w:r>
        <w:t>And today I see more</w:t>
      </w:r>
    </w:p>
    <w:p>
      <w:r>
        <w:t>And today, after sixty years, it became known to me that this note is, it is the begi.. it is</w:t>
      </w:r>
    </w:p>
    <w:p>
      <w:r>
        <w:t>It is.. the key to the redemption</w:t>
      </w:r>
    </w:p>
    <w:p>
      <w:r>
        <w:t>[The key to the redemption]</w:t>
      </w:r>
    </w:p>
    <w:p>
      <w:r>
        <w:t>Because, because, because this reveals new things in the world; the holy Rabbainu revealed in this note a new revelation of what is written in the Zohar, that in the future a song of kindness will be revealed, 'simple, doubled, tripled, quadrupled,' and through this it will bring back all, the whole world will return to Hashem Yisborach, to the Torah, and there will be a new world—so it is written in the Zohar</w:t>
      </w:r>
    </w:p>
    <w:p>
      <w:r>
        <w:t>And here the holy Rabbainu reveals—the holy Rabbainu speaks, speaks of this Zohar in "Likutey Moharan," and he himself also revealed about this, about a song, 'simple, doubled.. doubled, tripled, quadrupled,' nu, and..</w:t>
      </w:r>
    </w:p>
    <w:p>
      <w:r>
        <w:t>{. .} And.. and here one se.., sees ex.. ex.. explicitly, cl.. cl.. clearly, that the holy Rabbainu reveals here</w:t>
      </w:r>
    </w:p>
    <w:p>
      <w:r>
        <w:t>That the entire redemption {all of it\dependent}, depends on him, because he is this, he himself is this song that will be revealed in the future</w:t>
      </w:r>
    </w:p>
    <w:p>
      <w:r>
        <w:t>"Na..," with dots, "Na Nach Nachma Nachman m.. meUman," from the place where he is found there</w:t>
      </w:r>
    </w:p>
    <w:p>
      <w:r>
        <w:t>Apparently the note {{. .}} was created and made in Uman, in the place where he is found, ah, so it is written {in this} in the note</w:t>
      </w:r>
    </w:p>
    <w:p>
      <w:r>
        <w:t>[Is this for the entire world, and also for non-Jews? "Na Nach Nachma Nachman meUman" is this for everyone]</w:t>
      </w:r>
    </w:p>
    <w:p>
      <w:r>
        <w:t>This, this, this is for {{all ……}}, for the entire world</w:t>
      </w:r>
    </w:p>
    <w:p>
      <w:r>
        <w:t>[For everyone]</w:t>
      </w:r>
    </w:p>
    <w:p>
      <w:r>
        <w:t>For he is the key to the redemption</w:t>
      </w:r>
    </w:p>
    <w:p>
      <w:r>
        <w:t>[….]</w:t>
      </w:r>
    </w:p>
    <w:p>
      <w:r>
        <w:t>He is the essence of the redemption; on him, on him the entire redemption depends</w:t>
      </w:r>
    </w:p>
    <w:p>
      <w:r>
        <w:t>[Also for all the nations of the world?]</w:t>
      </w:r>
    </w:p>
    <w:p>
      <w:r>
        <w:t>That his wisdom, his knowledge, the wonders, will spread and be revealed</w:t>
      </w:r>
    </w:p>
    <w:p>
      <w:r>
        <w:t>The wondrous light that he revealed in every single utterance</w:t>
      </w:r>
    </w:p>
    <w:p>
      <w:r>
        <w:t>And this will bring—the whole world will receive wisdom that this entire world is vanity and emptiness</w:t>
      </w:r>
    </w:p>
    <w:p>
      <w:r>
        <w:t>Even though they sense this even now</w:t>
      </w:r>
    </w:p>
    <w:p>
      <w:r>
        <w:t>But they will have strength, they will have wisdom, they will have strength to overcome</w:t>
      </w:r>
    </w:p>
    <w:p>
      <w:r>
        <w:t>To overcome and to be serv.. to serve Hashem in truth and to return, and to return in repentance—even the gentiles, yes</w:t>
      </w:r>
    </w:p>
    <w:p>
      <w:r>
        <w:t>[So through this..]</w:t>
      </w:r>
    </w:p>
    <w:p>
      <w:r>
        <w:t>This , this became known to me after sixty years; until sixty years I did not know</w:t>
      </w:r>
    </w:p>
    <w:p>
      <w:r>
        <w:t>I knew that it was a wonder, {what became known about this}, and I did not know what "Na.. Na Nach" was, I did not know</w:t>
      </w:r>
    </w:p>
    <w:p>
      <w:r>
        <w:t>[How.., does the world need to say "Na Nach Nachma Nachman meUman"? Do they need to say it?]</w:t>
      </w:r>
    </w:p>
    <w:p>
      <w:r>
        <w:t>{..}</w:t>
      </w:r>
    </w:p>
    <w:p>
      <w:r>
        <w:t>[What, what will draw them close to Rabbainu?]</w:t>
      </w:r>
    </w:p>
    <w:p>
      <w:r>
        <w:t>This, this, this—they need to {believe\understand}</w:t>
      </w:r>
    </w:p>
    <w:p>
      <w:r>
        <w:t>[Yes]</w:t>
      </w:r>
    </w:p>
    <w:p>
      <w:r>
        <w:t>That this is efficacious, because he is the root of the redemption and he is the root of all the souls of Yisroel</w:t>
      </w:r>
    </w:p>
    <w:p>
      <w:r>
        <w:t>And he is the all-inclusiveness of the entire Torah and all the tzaddikim who have existed since the day the world was created</w:t>
      </w:r>
    </w:p>
    <w:p>
      <w:r>
        <w:t>He, he is Moshe Rabbainu, he is Avraham, Yitzchak, Yaakov; he is everything, he is all the tzaddikim</w:t>
      </w:r>
    </w:p>
    <w:p>
      <w:r>
        <w:t>[The chosen one of creation]</w:t>
      </w:r>
    </w:p>
    <w:p>
      <w:r>
        <w:t>Ah?</w:t>
      </w:r>
    </w:p>
    <w:p>
      <w:r>
        <w:t>[The chosen one of creation]</w:t>
      </w:r>
    </w:p>
    <w:p>
      <w:r>
        <w:t>[The chosen, the chosen one of creation]</w:t>
      </w:r>
    </w:p>
    <w:p>
      <w:r>
        <w:t>The chosen one of creation, the chosen one of creation..</w:t>
      </w:r>
    </w:p>
    <w:p>
      <w:r>
        <w:t>Nu, so, so according to the letter one sees new things, a new revelation in the world</w:t>
      </w:r>
    </w:p>
    <w:p>
      <w:r>
        <w:t>This, this is he; this matter is not new. The holy Rabbainu was, from the time he came into the world</w:t>
      </w:r>
    </w:p>
    <w:p>
      <w:r>
        <w:t>Then the key to the redemption was with him; this, then he is the essence, the essence of the redemption</w:t>
      </w:r>
    </w:p>
    <w:p>
      <w:r>
        <w:t>The entire redemption depends on him, the coming of Mashiach depends on him, {this is here}, yes</w:t>
      </w:r>
    </w:p>
    <w:p>
      <w:r>
        <w:t>And the entire redemption, generally and specifically, for each and every one of Yisroel</w:t>
      </w:r>
    </w:p>
    <w:p>
      <w:r>
        <w:t>This, but this is Rabbainu, yes, this..</w:t>
      </w:r>
    </w:p>
    <w:p>
      <w:r>
        <w:t>But to reveal explicitly that I am he, this is only in this note</w:t>
      </w:r>
    </w:p>
    <w:p>
      <w:r>
        <w:t>He reveals to the entire world "Na Nach Nachma Nachman meUman"</w:t>
      </w:r>
    </w:p>
    <w:p>
      <w:r>
        <w:t>[And what is the meaning of the secret "full and heaped from line to line"?]</w:t>
      </w:r>
    </w:p>
    <w:p>
      <w:r>
        <w:t>{Oy vey}</w:t>
      </w:r>
    </w:p>
    <w:p>
      <w:r>
        <w:t>[What is the meaning of the secret "full and heaped from line to line"? Saba]</w:t>
      </w:r>
    </w:p>
    <w:p>
      <w:r>
        <w:t>It is im, impossible, impossible to speak about this</w:t>
      </w:r>
    </w:p>
    <w:p>
      <w:r>
        <w:t>This is a secret, this is a secret, this is a secret, and also..</w:t>
      </w:r>
    </w:p>
    <w:p>
      <w:r>
        <w:t>[So now is the time of the revelation, now..]</w:t>
      </w:r>
    </w:p>
    <w:p>
      <w:r>
        <w:t>But this is not a secret, just a secret</w:t>
      </w:r>
    </w:p>
    <w:p>
      <w:r>
        <w:t>It is such a secret that it is impossible, impossible to speak about it and impossible to explain, and.. {. .}, yes</w:t>
      </w:r>
    </w:p>
    <w:p>
      <w:r>
        <w:t>But, but also, this also, and this is also implied in this secret</w:t>
      </w:r>
    </w:p>
    <w:p>
      <w:r>
        <w:t>That it is necessary to fill the entire world with Rabbainu's books, to fi.., "full and heaped from line to line"</w:t>
      </w:r>
    </w:p>
    <w:p>
      <w:r>
        <w:t>From one end of the world to its other end, {end of its end}, {. .}</w:t>
      </w:r>
    </w:p>
    <w:p>
      <w:r>
        <w:t>And this is the name of the angel of the sounding of the shofar, and it too has a connection to this note, to this name</w:t>
      </w:r>
    </w:p>
    <w:p>
      <w:r>
        <w:t>Because the holy Rabbainu said: "That the main thing for him is Rosh Hashanah"</w:t>
      </w:r>
    </w:p>
    <w:p>
      <w:r>
        <w:t>Rosh Hashanah is—Hashem Yisborach gave him a gift, that he, he knows what Rosh Hashanah is</w:t>
      </w:r>
    </w:p>
    <w:p>
      <w:r>
        <w:t>And the essence of the redemption depends on Rosh Hashanah {..}, on Rabbainu's Rosh Hashanah</w:t>
      </w:r>
    </w:p>
    <w:p>
      <w:r>
        <w:t>This, and there is much to speak about, but it is im, impossible; it is a secret, it is a secret</w:t>
      </w:r>
    </w:p>
    <w:p>
      <w:r>
        <w:t>Also from me and from all, all.. {..}…</w:t>
      </w:r>
    </w:p>
    <w:p>
      <w:r>
        <w:t>...Nu, if we had merited, merited to.. draw close to Rabbainu in truth and serve Hashem in truth</w:t>
      </w:r>
    </w:p>
    <w:p>
      <w:r>
        <w:t>Then we would have, each one would have merited according to, according to his aspect; he would have merited to attain this</w:t>
      </w:r>
    </w:p>
    <w:p>
      <w:r>
        <w:t>It is a sea, it is a sea, it is, it is, it is a flowing stream; it flows and flows, it does not..</w:t>
      </w:r>
    </w:p>
    <w:p>
      <w:r>
        <w:t>In this secret are included all the supernal secrets</w:t>
      </w:r>
    </w:p>
    <w:p>
      <w:r>
        <w:t>["And about you I said, my little fire will smolder until Mashiach comes"</w:t>
      </w:r>
    </w:p>
    <w:p>
      <w:r>
        <w:t>Does it mean that the redemption will be in your time?]</w:t>
      </w:r>
    </w:p>
    <w:p>
      <w:r>
        <w:t>["And about you I said"—this means]</w:t>
      </w:r>
    </w:p>
    <w:p>
      <w:r>
        <w:t>Yes..</w:t>
      </w:r>
    </w:p>
    <w:p>
      <w:r>
        <w:t>[That the redemption is coming in our time]</w:t>
      </w:r>
    </w:p>
    <w:p>
      <w:r>
        <w:t>Yes, but it could be, God forbid…</w:t>
      </w:r>
    </w:p>
    <w:p>
      <w:r>
        <w:t>...It could be that.. God forbid, sin causes</w:t>
      </w:r>
    </w:p>
    <w:p>
      <w:r>
        <w:t>If a person falls, God forbid, there is, can, he has free choice; in this world every person is in danger, so it could be, God forbid, that some, some, some blemish, some, some matter will come that…</w:t>
      </w:r>
    </w:p>
    <w:p>
      <w:r>
        <w:t>...Yes, but Hashem Yisborach does not.. {that is to say}, I am firm in this, that I, that.. yes</w:t>
      </w:r>
    </w:p>
    <w:p>
      <w:r>
        <w:t>That he reveals to me, "About you I said, my little fire will smolder until Mashiach comes"</w:t>
      </w:r>
    </w:p>
    <w:p>
      <w:r>
        <w:t>That I will see it, that I will live, and that I will live..</w:t>
      </w:r>
    </w:p>
    <w:p>
      <w:r>
        <w:t>[To see]</w:t>
      </w:r>
    </w:p>
    <w:p>
      <w:r>
        <w:t>And I.. to see, to see it</w:t>
      </w:r>
    </w:p>
    <w:p>
      <w:r>
        <w:t>[What? The face of, the face of Mashiach]</w:t>
      </w:r>
    </w:p>
    <w:p>
      <w:r>
        <w:t>The, the, the, the revelation of Rabbainu in the world</w:t>
      </w:r>
    </w:p>
    <w:p>
      <w:r>
        <w:t>[Our righteous Mashiach]</w:t>
      </w:r>
    </w:p>
    <w:p>
      <w:r>
        <w:t>{{{{Mashiach ..}}}}</w:t>
      </w:r>
    </w:p>
    <w:p>
      <w:r>
        <w:t>[That is, that is..]</w:t>
      </w:r>
    </w:p>
    <w:p>
      <w:r>
        <w:t>{The Mashiach, Mashiach..}</w:t>
      </w:r>
    </w:p>
    <w:p>
      <w:r>
        <w:t>[Our righteous Mashiach]</w:t>
      </w:r>
    </w:p>
    <w:p>
      <w:r>
        <w:t>Yes, yes, the coming of Mashiach</w:t>
      </w:r>
    </w:p>
    <w:p>
      <w:r>
        <w:t>[Meaning?]</w:t>
      </w:r>
    </w:p>
    <w:p>
      <w:r>
        <w:t>"And about you I said," he said, before, one hundred eighty years ago:</w:t>
      </w:r>
    </w:p>
    <w:p>
      <w:r>
        <w:t>"My fire will burn until the coming of Mashiach"</w:t>
      </w:r>
    </w:p>
    <w:p>
      <w:r>
        <w:t>Then he {{. .}}, then he reveals here in the note: this that I said then, this is "I said about you"</w:t>
      </w:r>
    </w:p>
    <w:p>
      <w:r>
        <w:t>Yes</w:t>
      </w:r>
    </w:p>
    <w:p>
      <w:r>
        <w:t>Nu, what, what can I do? He {writes} this way, this way it is written in.. {disappeared}</w:t>
      </w:r>
    </w:p>
    <w:p>
      <w:r>
        <w:t>[But the secret of the "P'tch'p'tch'.." hints that Rabbainu is {}]</w:t>
      </w:r>
    </w:p>
    <w:p>
      <w:r>
        <w:t>And also "My dear student" is also a wonder, such a wonder, I {{..}} "My dear student"</w:t>
      </w:r>
    </w:p>
    <w:p>
      <w:r>
        <w:t>{This, then the whole world are students, then all the.. can be} whoever wants</w:t>
      </w:r>
    </w:p>
    <w:p>
      <w:r>
        <w:t>Each one is this, then this is "My dear student" , "My dear student"</w:t>
      </w:r>
    </w:p>
    <w:p>
      <w:r>
        <w:t>"I greatly enjoyed your service", I, you want to draw close to me…</w:t>
      </w:r>
    </w:p>
    <w:p>
      <w:r>
        <w:t>...and merits, and wants to draw close and.. I am the "My dear student"</w:t>
      </w:r>
    </w:p>
    <w:p>
      <w:r>
        <w:t>And this one enjoys and enjoys, enjoys this very much, {..}</w:t>
      </w:r>
    </w:p>
    <w:p>
      <w:r>
        <w:t>And this is great {delights}, great delights rise to Hashem Yisbarach</w:t>
      </w:r>
    </w:p>
    <w:p>
      <w:r>
        <w:t>If one of Yisroel awakens, is awakened to serve Hashem, to do teshuvah and to return</w:t>
      </w:r>
    </w:p>
    <w:p>
      <w:r>
        <w:t>And to return to Hashem Yisbarach, and to serve Hashem, this, this is a student and this is "I greatly enjoyed", {...}</w:t>
      </w:r>
    </w:p>
    <w:p>
      <w:r>
        <w:t>But "of you I said", can also be about anyone, who, who, who wants, then..</w:t>
      </w:r>
    </w:p>
    <w:p>
      <w:r>
        <w:t>[Seventeenth of Tammuz..]</w:t>
      </w:r>
    </w:p>
    <w:p>
      <w:r>
        <w:t>Then he, he, he, he merits to see, to see, to feel, to see the coming of Mashiach</w:t>
      </w:r>
    </w:p>
    <w:p>
      <w:r>
        <w:t>What {will be}..</w:t>
      </w:r>
    </w:p>
    <w:p>
      <w:r>
        <w:t>[What is the meaning of "the Seventeenth of Tammuz"..]</w:t>
      </w:r>
    </w:p>
    <w:p>
      <w:r>
        <w:t>One does not need to wait until he comes; one can now see what the coming of Mashiach is</w:t>
      </w:r>
    </w:p>
    <w:p>
      <w:r>
        <w:t>[What is the meaning of the Seventeenth..]</w:t>
      </w:r>
    </w:p>
    <w:p>
      <w:r>
        <w:t>I saw Rebbe Yisroel (Kardonner), I already saw the coming of Mashiach</w:t>
      </w:r>
    </w:p>
    <w:p>
      <w:r>
        <w:t>[What does this mean..]</w:t>
      </w:r>
    </w:p>
    <w:p>
      <w:r>
        <w:t>[What is the meaning, what is the meaning of a sign, "a sign: the Seventeenth of Tammuz" with dots?]</w:t>
      </w:r>
    </w:p>
    <w:p>
      <w:r>
        <w:t>With dots?</w:t>
      </w:r>
    </w:p>
    <w:p>
      <w:r>
        <w:t>[The sign, what is this sign?]</w:t>
      </w:r>
    </w:p>
    <w:p>
      <w:r>
        <w:t>It is a sign that one needs to {give} attention to this</w:t>
      </w:r>
    </w:p>
    <w:p>
      <w:r>
        <w:t>[A sign: the Seventeenth of Tammuz]</w:t>
      </w:r>
    </w:p>
    <w:p>
      <w:r>
        <w:t>The Seventeenth of Tammuz is, pay attention to this, yes</w:t>
      </w:r>
    </w:p>
    <w:p>
      <w:r>
        <w:t>Do not despair, what happened {on the Seventeenth of Tammuz}</w:t>
      </w:r>
    </w:p>
    <w:p>
      <w:r>
        <w:t>They know of this, in Heaven they speak of this and say, they say:</w:t>
      </w:r>
    </w:p>
    <w:p>
      <w:r>
        <w:t>That "they will say th..{. .}, that you are not fasting"</w:t>
      </w:r>
    </w:p>
    <w:p>
      <w:r>
        <w:t>Ay</w:t>
      </w:r>
    </w:p>
    <w:p>
      <w:r>
        <w:t>Nu, this, this is enough, "you are not fasting", if I ate before this {..}</w:t>
      </w:r>
    </w:p>
    <w:p>
      <w:r>
        <w:t>{{……….}} one needs {to fast}…</w:t>
      </w:r>
    </w:p>
    <w:p>
      <w:r>
        <w:t>..."the Seventeenth of Tammuz", only in 'Tammuz' are there dots</w:t>
      </w:r>
    </w:p>
    <w:p>
      <w:r>
        <w:t>Then this means that you {need\need to pay} attention to this, not to despair, and..</w:t>
      </w:r>
    </w:p>
    <w:p>
      <w:r>
        <w:t>And through the Seventeenth of Tammuz this Petek was made and everything was made, through the Seventeenth of Tammuz</w:t>
      </w:r>
    </w:p>
    <w:p>
      <w:r>
        <w:t>Oy, oy, nu..</w:t>
      </w:r>
    </w:p>
    <w:p>
      <w:r>
        <w:t>Before, before, {…}</w:t>
      </w:r>
    </w:p>
    <w:p>
      <w:r>
        <w:t>Sixty years ago I did not know what this was</w:t>
      </w:r>
    </w:p>
    <w:p>
      <w:r>
        <w:t>I only saw that it was a great light, that it was such a wonder, nu</w:t>
      </w:r>
    </w:p>
    <w:p>
      <w:r>
        <w:t>But the secret? I did not know, and I also do not know, and if I know some, some little bit</w:t>
      </w:r>
    </w:p>
    <w:p>
      <w:r>
        <w:t>Also no, no, as though I know nothing, yes</w:t>
      </w:r>
    </w:p>
    <w:p>
      <w:r>
        <w:t>This is not, this is the matter of the redemption</w:t>
      </w:r>
    </w:p>
    <w:p>
      <w:r>
        <w:t>But the meaning is that we can {atta..}.., what we can explain, speak of this, understand, and speak of this, that he reveals here, ah.. ah.. "full and heaped from line to line"</w:t>
      </w:r>
    </w:p>
    <w:p>
      <w:r>
        <w:t>To fill the world like.., more, more than full</w:t>
      </w:r>
    </w:p>
    <w:p>
      <w:r>
        <w:t>"And heaped"</w:t>
      </w:r>
    </w:p>
    <w:p>
      <w:r>
        <w:t>[Yes]</w:t>
      </w:r>
    </w:p>
    <w:p>
      <w:r>
        <w:t>"Full and heaped from line to line"</w:t>
      </w:r>
    </w:p>
    <w:p>
      <w:r>
        <w:t>From one end of the world to the other, to fill the world with.. with know.., with Rabbainu's books</w:t>
      </w:r>
    </w:p>
    <w:p>
      <w:r>
        <w:t>And.. yes, yes</w:t>
      </w:r>
    </w:p>
    <w:p>
      <w:r>
        <w:t>[And the "Na Nach Nachma Nachman MeUman" is for the entire world, for the non-Jews also to say..]</w:t>
      </w:r>
    </w:p>
    <w:p>
      <w:r>
        <w:t>{..}</w:t>
      </w:r>
    </w:p>
    <w:p>
      <w:r>
        <w:t>[This, to say this, it helps]</w:t>
      </w:r>
    </w:p>
    <w:p>
      <w:r>
        <w:t>Yes, yes</w:t>
      </w:r>
    </w:p>
    <w:p>
      <w:r>
        <w:t>[…]</w:t>
      </w:r>
    </w:p>
    <w:p>
      <w:r>
        <w:t>It is a segulah, it is a segulah for all salvations, he only speaks</w:t>
      </w:r>
    </w:p>
    <w:p>
      <w:r>
        <w:t>One sees there are incantations in the world {….} that they whisper over {…….}</w:t>
      </w:r>
    </w:p>
    <w:p>
      <w:r>
        <w:t>[Yes]</w:t>
      </w:r>
    </w:p>
    <w:p>
      <w:r>
        <w:t>Yes, and this, and this, and this is the matter—that it is an easy thing to say "Na Nach"</w:t>
      </w:r>
    </w:p>
    <w:p>
      <w:r>
        <w:t>And this, and this helps in every time of trouble and at every time and in every, and at every time</w:t>
      </w:r>
    </w:p>
    <w:p>
      <w:r>
        <w:t>And one needs, it is good to mention this name</w:t>
      </w:r>
    </w:p>
    <w:p>
      <w:r>
        <w:t>Then he, he, he enters the root of creation, to Hashem Yisbarach</w:t>
      </w:r>
    </w:p>
    <w:p>
      <w:r>
        <w:t>The essence of the holy Rabbainu's service is to bring us into Hashem Yisbarach, into the Torah</w:t>
      </w:r>
    </w:p>
    <w:p>
      <w:r>
        <w:t>This is the essence of his service…</w:t>
      </w:r>
    </w:p>
    <w:p>
      <w:r>
        <w:t>...[…..]...</w:t>
      </w:r>
    </w:p>
    <w:p>
      <w:r>
        <w:t>...{…}…</w:t>
      </w:r>
    </w:p>
    <w:p>
      <w:r>
        <w:t>...the holy Rabbainu reveals here that he is the essence, he reveals this to the entire world</w:t>
      </w:r>
    </w:p>
    <w:p>
      <w:r>
        <w:t>Both to Jews and to non-Jews and also to all, to the entire world</w:t>
      </w:r>
    </w:p>
    <w:p>
      <w:r>
        <w:t>"Na Nach Nachma Nachman MeUman"</w:t>
      </w:r>
    </w:p>
    <w:p>
      <w:r>
        <w:t>And whoever says this, he, he, he holds on, he enters the root of creation</w:t>
      </w:r>
    </w:p>
    <w:p>
      <w:r>
        <w:t>This is the root of the entire Torah, of all creation, "Na Nach", and this..</w:t>
      </w:r>
    </w:p>
    <w:p>
      <w:r>
        <w:t>[When one says "Na Nach" one is included in the root..]</w:t>
      </w:r>
    </w:p>
    <w:p>
      <w:r>
        <w:t>This is simp.. this is 'simple, doubled, tripled, quadrupled', "Na Nach"</w:t>
      </w:r>
    </w:p>
    <w:p>
      <w:r>
        <w:t>And it also has lett.., ten letters</w:t>
      </w:r>
    </w:p>
    <w:p>
      <w:r>
        <w:t>This is the ten types of melody that he revealed concerning, concerning the rectification, concerning the rectification, concerning the rectification of the blemish of the covenant</w:t>
      </w:r>
    </w:p>
    <w:p>
      <w:r>
        <w:t>Ten letters is the ten types of melody and the song {'simple, doubled, tripled, quadrupled'} together, yes</w:t>
      </w:r>
    </w:p>
    <w:p>
      <w:r>
        <w:t>Then he reveals here plainly that he is the essence of the redemption</w:t>
      </w:r>
    </w:p>
    <w:p>
      <w:r>
        <w:t>Whoever wants to have mercy on himself and on his children, let him buy Rebbe Nachman's books</w:t>
      </w:r>
    </w:p>
    <w:p>
      <w:r>
        <w:t>And engage with them and fulfill them, then there will be an entirely new world</w:t>
      </w:r>
    </w:p>
    <w:p>
      <w:r>
        <w:t>Because now the world, all the people who exist in the world</w:t>
      </w:r>
    </w:p>
    <w:p>
      <w:r>
        <w:t>And do business and each one does what, what, what he.. yes</w:t>
      </w:r>
    </w:p>
    <w:p>
      <w:r>
        <w:t>But these, these are such beasts that walk on two legs</w:t>
      </w:r>
    </w:p>
    <w:p>
      <w:r>
        <w:t>And do business and write and speak, but, but {beasts}..</w:t>
      </w:r>
    </w:p>
    <w:p>
      <w:r>
        <w:t>Then, and then the world will be, will be filled with human beings, not beasts</w:t>
      </w:r>
    </w:p>
    <w:p>
      <w:r>
        <w:t>This is written in.. this is what the holy Rabbainu says</w:t>
      </w:r>
    </w:p>
    <w:p>
      <w:r>
        <w:t>[.. Torah Seven]</w:t>
      </w:r>
    </w:p>
    <w:p>
      <w:r>
        <w:t>In Torah Seven, yes</w:t>
      </w:r>
    </w:p>
    <w:p>
      <w:r>
        <w:t>It is good to copy this from Torah Seven, where the holy Rabbainu speaks, yes</w:t>
      </w:r>
    </w:p>
    <w:p>
      <w:r>
        <w:t>Beasts are not part of civilization</w:t>
      </w:r>
    </w:p>
    <w:p>
      <w:r>
        <w:t>One needs {…..} to fill the world with human beings, and not with animals</w:t>
      </w:r>
    </w:p>
    <w:p>
      <w:r>
        <w:t>Now the world are animals</w:t>
      </w:r>
    </w:p>
    <w:p>
      <w:r>
        <w:t>One sees {that he}, {they go around} and speak and dance {….} and rejoice and.. and money and everything</w:t>
      </w:r>
    </w:p>
    <w:p>
      <w:r>
        <w:t>But this is a kind of beasts</w:t>
      </w:r>
    </w:p>
    <w:p>
      <w:r>
        <w:t>There are beasts {that do not walk}, and there are also a kind of beasts that walk on two {legs}</w:t>
      </w:r>
    </w:p>
    <w:p>
      <w:r>
        <w:t>And speak and they have wisdoms, and everything is a beast, beasts, everything.. a kind of such beasts</w:t>
      </w:r>
    </w:p>
    <w:p>
      <w:r>
        <w:t>And we also, at a time when, God forbid, we fall and.. and draw our awareness</w:t>
      </w:r>
    </w:p>
    <w:p>
      <w:r>
        <w:t>Away from the essential li.., from the essential.., from the essential purpose, from the service of Hashem and fall, God forbid</w:t>
      </w:r>
    </w:p>
    <w:p>
      <w:r>
        <w:t>This is also falling to beasts, to beasts, and from human beings one becomes—a beast</w:t>
      </w:r>
    </w:p>
    <w:p>
      <w:r>
        <w:t>And one who merits to hold on to Rabbainu, then from a beast one becomes—a human being</w:t>
      </w:r>
    </w:p>
    <w:p>
      <w:r>
        <w:t>And through Rabbainu, if the entire world will hold on to Rabbainu</w:t>
      </w:r>
    </w:p>
    <w:p>
      <w:r>
        <w:t>Then the whole, the entire world will emerge from beast, from the aspect of beast to human being</w:t>
      </w:r>
    </w:p>
    <w:p>
      <w:r>
        <w:t>Then the world will be filled with human beings, not beasts</w:t>
      </w:r>
    </w:p>
    <w:p>
      <w:r>
        <w:t>[…..]</w:t>
      </w:r>
    </w:p>
    <w:p>
      <w:r>
        <w:t>{..}</w:t>
      </w:r>
    </w:p>
    <w:p>
      <w:r>
        <w:t>[…..]…</w:t>
      </w:r>
    </w:p>
    <w:p>
      <w:r>
        <w:t>...I saw Rebbe Yisroel (Kardonner), I saw one man in the world, I saw th..</w:t>
      </w:r>
    </w:p>
    <w:p>
      <w:r>
        <w:t>That Rav Moshe Kliers and Rav Mottel and all the great men of Teveria, and I also came to Yerushalayim and saw great men, but what I saw from Rebbe Yisroel (Kardonner), I saw that this is an aspect, that this is a unique aspect</w:t>
      </w:r>
    </w:p>
    <w:p>
      <w:r>
        <w:t>The holy Rabbainu is a unique matter</w:t>
      </w:r>
    </w:p>
    <w:p>
      <w:r>
        <w:t>I saw Rebbe Yisroel (Kardonner), I already saw a human being from the aspect of the future</w:t>
      </w:r>
    </w:p>
    <w:p>
      <w:r>
        <w:t>The song, that he, he held on to the song that will awaken in the future, so he was from the aspect of the future, yes</w:t>
      </w:r>
    </w:p>
    <w:p>
      <w:r>
        <w:t>{And not of this world\and no, and they do not know of this}</w:t>
      </w:r>
    </w:p>
    <w:p>
      <w:r>
        <w:t>He had hands and legs also, and.. yes</w:t>
      </w:r>
    </w:p>
    <w:p>
      <w:r>
        <w:t>And he was a secret from the entire world, he was, he was laughing at the entire world, yes, {...}</w:t>
      </w:r>
    </w:p>
    <w:p>
      <w:r>
        <w:t>I saw one human being out of the entire world, who was normal, only he, one human being I saw</w:t>
      </w:r>
    </w:p>
    <w:p>
      <w:r>
        <w:t>And the entire world errs and does not know of their lives and does not know at all</w:t>
      </w:r>
    </w:p>
    <w:p>
      <w:r>
        <w:t>And they do not know what, what do they live for? For what? For what purpose?</w:t>
      </w:r>
    </w:p>
    <w:p>
      <w:r>
        <w:t>For the sake of some years of living and suffering Gehinnom?</w:t>
      </w:r>
    </w:p>
    <w:p>
      <w:r>
        <w:t>[….]</w:t>
      </w:r>
    </w:p>
    <w:p>
      <w:r>
        <w:t>The Gehinnom of this world, to suffer Gehinnom for the sake of..</w:t>
      </w:r>
    </w:p>
    <w:p>
      <w:r>
        <w:t>[Food]</w:t>
      </w:r>
    </w:p>
    <w:p>
      <w:r>
        <w:t>For the sake of..</w:t>
      </w:r>
    </w:p>
    <w:p>
      <w:r>
        <w:t>[For the sake of a quarter of an hour]</w:t>
      </w:r>
    </w:p>
    <w:p>
      <w:r>
        <w:t>For the sake of some years</w:t>
      </w:r>
    </w:p>
    <w:p>
      <w:r>
        <w:t>The holy Rabbainu once said to someone, and said to him {strongly}, held him and said to him:</w:t>
      </w:r>
    </w:p>
    <w:p>
      <w:r>
        <w:t>“For the sake of a pleasure of a quarter of an hour, will you lose this world and the World to Come?</w:t>
      </w:r>
    </w:p>
    <w:p>
      <w:r>
        <w:t>Sigh it out, vomit it out, this is the pleasure”</w:t>
      </w:r>
    </w:p>
    <w:p>
      <w:r>
        <w:t>Yes, this is what Rabbainu said:</w:t>
      </w:r>
    </w:p>
    <w:p>
      <w:r>
        <w:t>“For the sake of a pleasure of a quarter of an hour, will you lose this world, and the World to Come?”</w:t>
      </w:r>
    </w:p>
    <w:p>
      <w:r>
        <w:t>They also lose this world, they have no life, no, they have nothing</w:t>
      </w:r>
    </w:p>
    <w:p>
      <w:r>
        <w:t>So the entire redemption depends on Rabbainu</w:t>
      </w:r>
    </w:p>
    <w:p>
      <w:r>
        <w:t>I have already seen the redemption</w:t>
      </w:r>
    </w:p>
    <w:p>
      <w:r>
        <w:t>I saw Rebbe Yisroel, and I saw how the world will be after the coming of Mashiach</w:t>
      </w:r>
    </w:p>
    <w:p>
      <w:r>
        <w:t>{That which, what that..} what will be</w:t>
      </w:r>
    </w:p>
    <w:p>
      <w:r>
        <w:t>The song ‘simple, doubled, tripled, quadrupled’—this, this I saw in my life, {. .}, yes</w:t>
      </w:r>
    </w:p>
    <w:p>
      <w:r>
        <w:t>And here rev.., in the Petek, Rabbainu reveals explicitly</w:t>
      </w:r>
    </w:p>
    <w:p>
      <w:r>
        <w:t>With absolute clarity to the entire world</w:t>
      </w:r>
    </w:p>
    <w:p>
      <w:r>
        <w:t>“Na Nach Nachma Nachman MeUman”</w:t>
      </w:r>
    </w:p>
    <w:p>
      <w:r>
        <w:t>That I am this song</w:t>
      </w:r>
    </w:p>
    <w:p>
      <w:r>
        <w:t>Come to me and.. and you will be made a human being</w:t>
      </w:r>
    </w:p>
    <w:p>
      <w:r>
        <w:t>Go out from an animal to a human being!</w:t>
      </w:r>
    </w:p>
    <w:p>
      <w:r>
        <w:t>[This is the root of Creation and more than this]</w:t>
      </w:r>
    </w:p>
    <w:p>
      <w:r>
        <w:t>This is the root of all Creation, of the Torah, of everything</w:t>
      </w:r>
    </w:p>
    <w:p>
      <w:r>
        <w:t>[“Na Nach Nachma Nachman”]</w:t>
      </w:r>
    </w:p>
    <w:p>
      <w:r>
        <w:t>This is the root of everything, the root of the Torah and the root of all Creation and the root of our soul and the root of everything</w:t>
      </w:r>
    </w:p>
    <w:p>
      <w:r>
        <w:t>The root of all the tzaddikim and all the Torah, only in this utterance:</w:t>
      </w:r>
    </w:p>
    <w:p>
      <w:r>
        <w:t>“Na Nach”—in this is included “Na Nach Nachma Nachman MeUman”</w:t>
      </w:r>
    </w:p>
    <w:p>
      <w:r>
        <w:t>And this {is not known}…</w:t>
      </w:r>
    </w:p>
    <w:p>
      <w:r>
        <w:t>...[]</w:t>
      </w:r>
    </w:p>
    <w:p>
      <w:r>
        <w:t>So we enter, connected to the root..</w:t>
      </w:r>
    </w:p>
    <w:p>
      <w:r>
        <w:t>[Of Creation]</w:t>
      </w:r>
    </w:p>
    <w:p>
      <w:r>
        <w:t>Of all Creation…</w:t>
      </w:r>
    </w:p>
    <w:p>
      <w:r>
        <w:t>...Yes, and wondrous matters are made, and this is conducive to..</w:t>
      </w:r>
    </w:p>
    <w:p>
      <w:r>
        <w:t>If, if a rectification is made in a person, if the person rectifies himself</w:t>
      </w:r>
    </w:p>
    <w:p>
      <w:r>
        <w:t>Then other matters are made of the money and the desires, and one leaves the desires and transgressions, and enters..</w:t>
      </w:r>
    </w:p>
    <w:p>
      <w:r>
        <w:t>This is the root of all Creation</w:t>
      </w:r>
    </w:p>
    <w:p>
      <w:r>
        <w:t>And if one says only this name, in this are included all the Torah and all Creation and all human beings, and only in this:</w:t>
      </w:r>
    </w:p>
    <w:p>
      <w:r>
        <w:t>{“Na Nach Nachma Nachman MeUman”}</w:t>
      </w:r>
    </w:p>
    <w:p>
      <w:r>
        <w:t>Oy, I did not know this, for sixty years I did not know of this…</w:t>
      </w:r>
    </w:p>
    <w:p>
      <w:r>
        <w:t>...After sixty years Hashem, may He be blessed, brought it about and.. and illuminated for me:</w:t>
      </w:r>
    </w:p>
    <w:p>
      <w:r>
        <w:t>“What? You do not know? “Na Nach,” do you know what “Na Nach” is? It is, it is ‘simple d..’”...</w:t>
      </w:r>
    </w:p>
    <w:p>
      <w:r>
        <w:t>...Oy, oy, oy, oy..</w:t>
      </w:r>
    </w:p>
    <w:p>
      <w:r>
        <w:t>[Oy, oy, oy..]</w:t>
      </w:r>
    </w:p>
    <w:p>
      <w:r>
        <w:t>I am so accustomed to.. to such lowliness and to suffering troubles, I am already accustomed to this</w:t>
      </w:r>
    </w:p>
    <w:p>
      <w:r>
        <w:t>And blessed be Hashem, everything was in its time and at its proper time, and everything was preserved for now</w:t>
      </w:r>
    </w:p>
    <w:p>
      <w:r>
        <w:t>And the letter too, from sixty-three years ago, yes, was a preparation for now</w:t>
      </w:r>
    </w:p>
    <w:p>
      <w:r>
        <w:t>For sixty years it was, it was without publicity, yes</w:t>
      </w:r>
    </w:p>
    <w:p>
      <w:r>
        <w:t>I told Rav Shlomo Wexler, select individuals, friends of mine, but not publicly</w:t>
      </w:r>
    </w:p>
    <w:p>
      <w:r>
        <w:t>[Rebbe Yisroel, I think all of us here were born for the sake of the letter]</w:t>
      </w:r>
    </w:p>
    <w:p>
      <w:r>
        <w:t>What? What?</w:t>
      </w:r>
    </w:p>
    <w:p>
      <w:r>
        <w:t>[All of us were born for the sake of the letter]</w:t>
      </w:r>
    </w:p>
    <w:p>
      <w:r>
        <w:t>And the letter existed before they were born, {..}</w:t>
      </w:r>
    </w:p>
    <w:p>
      <w:r>
        <w:t>[…...]</w:t>
      </w:r>
    </w:p>
    <w:p>
      <w:r>
        <w:t>Ah..</w:t>
      </w:r>
    </w:p>
    <w:p>
      <w:r>
        <w:t>Blessed be Hashem, blessed be Hashem, we have a house and a kitchen and a fire</w:t>
      </w:r>
    </w:p>
    <w:p>
      <w:r>
        <w:t>And we can drink, bread is available to buy, blessed be Hashem, in abundance</w:t>
      </w:r>
    </w:p>
    <w:p>
      <w:r>
        <w:t>And it is possible to drink, and to eat bread with tea and live a good life</w:t>
      </w:r>
    </w:p>
    <w:p>
      <w:r>
        <w:t>[With a little sausage with the..]</w:t>
      </w:r>
    </w:p>
    <w:p>
      <w:r>
        <w:t>In America, “They are from the Land of Israel,” how do we come, come to America</w:t>
      </w:r>
    </w:p>
    <w:p>
      <w:r>
        <w:t>And conquer a room and a kitchen and water and everything we need, we have here</w:t>
      </w:r>
    </w:p>
    <w:p>
      <w:r>
        <w:t>We.., the entire world was created for us, yes</w:t>
      </w:r>
    </w:p>
    <w:p>
      <w:r>
        <w:t>[When will we receive a large printing press?]</w:t>
      </w:r>
    </w:p>
    <w:p>
      <w:r>
        <w:t>{..}</w:t>
      </w:r>
    </w:p>
    <w:p>
      <w:r>
        <w:t>[We still need to receive a printing press and fill the homes of Israel with books, and that is it]</w:t>
      </w:r>
    </w:p>
    <w:p>
      <w:r>
        <w:t>Everything, the Shabbos of, the Shabbosim now are the preparation for the printing press</w:t>
      </w:r>
    </w:p>
    <w:p>
      <w:r>
        <w:t>First of all we conquer America, afterward the entire world</w:t>
      </w:r>
    </w:p>
    <w:p>
      <w:r>
        <w:t>Not we, the letter, everything is the letter, for, how are we here?</w:t>
      </w:r>
    </w:p>
    <w:p>
      <w:r>
        <w:t>If not for the letter, we have nothing to do in America</w:t>
      </w:r>
    </w:p>
    <w:p>
      <w:r>
        <w:t>[That is true]</w:t>
      </w:r>
    </w:p>
    <w:p>
      <w:r>
        <w:t>Ay, ay, ay, ay..</w:t>
      </w:r>
    </w:p>
    <w:p>
      <w:r>
        <w:t>Such wonders of Hashem, such a letter that one does not..</w:t>
      </w:r>
    </w:p>
    <w:p>
      <w:r>
        <w:t>One does not hear, we have not heard, and it is not possible to enter into the brain w.., such a miracle and wonder, in this generation of darkness</w:t>
      </w:r>
    </w:p>
    <w:p>
      <w:r>
        <w:t>[Rebbe Yisroel, what are the points, the points?]</w:t>
      </w:r>
    </w:p>
    <w:p>
      <w:r>
        <w:t>The points? The vowel-points are great secrets, the letters with the vowel-points</w:t>
      </w:r>
    </w:p>
    <w:p>
      <w:r>
        <w:t>And is it impossible to read “Nachman” without vowel-points?</w:t>
      </w:r>
    </w:p>
    <w:p>
      <w:r>
        <w:t>Oy, every.. there is a point on ‘Na..</w:t>
      </w:r>
    </w:p>
    <w:p>
      <w:r>
        <w:t>‘Na’ - patach</w:t>
      </w:r>
    </w:p>
    <w:p>
      <w:r>
        <w:t>‘Nach’ - patach sheva</w:t>
      </w:r>
    </w:p>
    <w:p>
      <w:r>
        <w:t>‘Nachma’</w:t>
      </w:r>
    </w:p>
    <w:p>
      <w:r>
        <w:t>‘Nachman - all vowel-points</w:t>
      </w:r>
    </w:p>
    <w:p>
      <w:r>
        <w:t>And also this is ‘simple, doubled..’; why not five? Why not three? Only four</w:t>
      </w:r>
    </w:p>
    <w:p>
      <w:r>
        <w:t>This is ‘simple, doubled, tripled, quadrupled’</w:t>
      </w:r>
    </w:p>
    <w:p>
      <w:r>
        <w:t>This is the melody that will be played in the future by Mashiach Tzidkeinu to rectify the world</w:t>
      </w:r>
    </w:p>
    <w:p>
      <w:r>
        <w:t>And this song is, he reveals here in this letter that he is this song</w:t>
      </w:r>
    </w:p>
    <w:p>
      <w:r>
        <w:t>‘Simple, doubled, tripled, quadrupled’</w:t>
      </w:r>
    </w:p>
    <w:p>
      <w:r>
        <w:t>“Na Nach Nachma Nachman.. MeUman”</w:t>
      </w:r>
    </w:p>
    <w:p>
      <w:r>
        <w:t>Oy, oy, oy, there is free will, we were, we should have been holy tzaddikim</w:t>
      </w:r>
    </w:p>
    <w:p>
      <w:r>
        <w:t>Not to ask anything of the entire world, yes, when there is such a wonder, in this darkness there is a {w}.., such a wonder, such a letter</w:t>
      </w:r>
    </w:p>
    <w:p>
      <w:r>
        <w:t>How was it signed? And how was it written? And how.. {...}</w:t>
      </w:r>
    </w:p>
    <w:p>
      <w:r>
        <w:t>The sign is that no human being knew of it, only, only I and Hashem, may He be blessed</w:t>
      </w:r>
    </w:p>
    <w:p>
      <w:r>
        <w:t>And also, how did it enter the bookcase, to Teveria, into the bookcase</w:t>
      </w:r>
    </w:p>
    <w:p>
      <w:r>
        <w:t>And I opened the book, opened it and saw the piece of paper</w:t>
      </w:r>
    </w:p>
    <w:p>
      <w:r>
        <w:t>And I did not pay attention to it, “What? Paper? What is paper? What will the paper do for me?”</w:t>
      </w:r>
    </w:p>
    <w:p>
      <w:r>
        <w:t>And this will conquer the entire world, this paper</w:t>
      </w:r>
    </w:p>
    <w:p>
      <w:r>
        <w:t>This is us, the world laughs at us</w:t>
      </w:r>
    </w:p>
    <w:p>
      <w:r>
        <w:t>“What? They are fools, they, they, they say such things</w:t>
      </w:r>
    </w:p>
    <w:p>
      <w:r>
        <w:t>How is it possible for us to know such a thing?”</w:t>
      </w:r>
    </w:p>
    <w:p>
      <w:r>
        <w:t>But there is a tzaddik, Rabbainu Rebbe Nachman, who is this, this, this, he is entirely, entirely a miracle</w:t>
      </w:r>
    </w:p>
    <w:p>
      <w:r>
        <w:t>Every utterance that came from his mouth, everything that he revealed, and all his matters and every soul that drew close to him</w:t>
      </w:r>
    </w:p>
    <w:p>
      <w:r>
        <w:t>And every book {…} that is printed, this all pertains to the redemption, because he is the essence of the redemption</w:t>
      </w:r>
    </w:p>
    <w:p>
      <w:r>
        <w:t>And this is hinted in this, in this letter, “Na Nach Nachm..” he is the redemption, this is the song that will be played</w:t>
      </w:r>
    </w:p>
    <w:p>
      <w:r>
        <w:t>This is a song of kindness that will be played in the future, he is this song, yes</w:t>
      </w:r>
    </w:p>
    <w:p>
      <w:r>
        <w:t>Oy, oy, oy, oy..</w:t>
      </w:r>
    </w:p>
    <w:p>
      <w:r>
        <w:t>We hold it in hand, all the miracles, they were, they were, temporary, they were only in their time, in time, temporary</w:t>
      </w:r>
    </w:p>
    <w:p>
      <w:r>
        <w:t>And now we, the miracles of Egypt are written in the Torah, and more miracles, miracles, miracles</w:t>
      </w:r>
    </w:p>
    <w:p>
      <w:r>
        <w:t>But we do not see, we believe in the Torah that there were miracles</w:t>
      </w:r>
    </w:p>
    <w:p>
      <w:r>
        <w:t>[..]</w:t>
      </w:r>
    </w:p>
    <w:p>
      <w:r>
        <w:t>Certainly</w:t>
      </w:r>
    </w:p>
    <w:p>
      <w:r>
        <w:t>But this is alive and enduring, this is alive and enduring, and this is such a miracle</w:t>
      </w:r>
    </w:p>
    <w:p>
      <w:r>
        <w:t>How did it come to Teveria? And how did it come into the book?</w:t>
      </w:r>
    </w:p>
    <w:p>
      <w:r>
        <w:t>And how did I open the book and the letter was there?</w:t>
      </w:r>
    </w:p>
    <w:p>
      <w:r>
        <w:t>And one sees such Providence with one’s eyes, one sees such wonders that are impossible, beyond nature, yes</w:t>
      </w:r>
    </w:p>
    <w:p>
      <w:r>
        <w:t>And the holy Rabbainu writes about me, about Yisroel Ber:</w:t>
      </w:r>
    </w:p>
    <w:p>
      <w:r>
        <w:t>“About you I said, my little fire will smolder until Mashiach comes”</w:t>
      </w:r>
    </w:p>
    <w:p>
      <w:r>
        <w:t>The holy Rabbainu said this:</w:t>
      </w:r>
    </w:p>
    <w:p>
      <w:r>
        <w:t>“My little fire will smolder until Mashiach comes”</w:t>
      </w:r>
    </w:p>
    <w:p>
      <w:r>
        <w:t>He promised that he, that his fire would not be extinguished</w:t>
      </w:r>
    </w:p>
    <w:p>
      <w:r>
        <w:t>So this that I said then, this is “About you I said”</w:t>
      </w:r>
    </w:p>
    <w:p>
      <w:r>
        <w:t>“And about you I said, my little fire will smolder until Mashiach comes”</w:t>
      </w:r>
    </w:p>
    <w:p>
      <w:r>
        <w:t>[“Let us make man” was said for your sake]</w:t>
      </w:r>
    </w:p>
    <w:p>
      <w:r>
        <w:t>Oy, oy..</w:t>
      </w:r>
    </w:p>
    <w:p>
      <w:r>
        <w:t>This, this is a wonder, a wonder, everything is a wonder, how he.. if there had been some leader of the generation, a scholar and a tzaddik and.. yes, but no, a simple man like me, and still, and I know myself, I am unable to..</w:t>
      </w:r>
    </w:p>
    <w:p>
      <w:r>
        <w:t>How did he come, he, he, he, he took, he took Yisroel Ber</w:t>
      </w:r>
    </w:p>
    <w:p>
      <w:r>
        <w:t>He first drew me close to the holy Rabbainu, yes</w:t>
      </w:r>
    </w:p>
    <w:p>
      <w:r>
        <w:t>To draw close to the holy Rabbainu with such self-sacrifice, with might, with such might, yes</w:t>
      </w:r>
    </w:p>
    <w:p>
      <w:r>
        <w:t>And.. and afterward the matter of the letter, the matter of the letter</w:t>
      </w:r>
    </w:p>
    <w:p>
      <w:r>
        <w:t>Sixty years and it is alive and ex.. it is present in the world, a thin piece of paper</w:t>
      </w:r>
    </w:p>
    <w:p>
      <w:r>
        <w:t>A piece of paper, how does it endure for sixty years?</w:t>
      </w:r>
    </w:p>
    <w:p>
      <w:r>
        <w:t>Even a person at sixty years is already an old man, yes</w:t>
      </w:r>
    </w:p>
    <w:p>
      <w:r>
        <w:t>And a piece of paper, it has lived sixty-three years, how is it present in the world?</w:t>
      </w:r>
    </w:p>
    <w:p>
      <w:r>
        <w:t>And it was also in great dangers, I sent it to Poland before the war</w:t>
      </w:r>
    </w:p>
    <w:p>
      <w:r>
        <w:t>To Poland, and they returned it to me, and I received it in the mail</w:t>
      </w:r>
    </w:p>
    <w:p>
      <w:r>
        <w:t>And that was a miracle, a miracle, a miracle, yes</w:t>
      </w:r>
    </w:p>
    <w:p>
      <w:r>
        <w:t>Oy.. oy, oy…</w:t>
      </w:r>
    </w:p>
    <w:p>
      <w:r>
        <w:t>...the letter, then Hashem, blessed be He, sent Aharon, it was through him</w:t>
      </w:r>
    </w:p>
    <w:p>
      <w:r>
        <w:t>And if not for Aharon, the letter would not have been revealed</w:t>
      </w:r>
    </w:p>
    <w:p>
      <w:r>
        <w:t>[Not me, it is you, what? Me]</w:t>
      </w:r>
    </w:p>
    <w:p>
      <w:r>
        <w:t>[Yes, it is you, you]</w:t>
      </w:r>
    </w:p>
    <w:p>
      <w:r>
        <w:t>[No, no]</w:t>
      </w:r>
    </w:p>
    <w:p>
      <w:r>
        <w:t>What is with you?</w:t>
      </w:r>
    </w:p>
    <w:p>
      <w:r>
        <w:t>[What? Nothing is with me]</w:t>
      </w:r>
    </w:p>
    <w:p>
      <w:r>
        <w:t>[He awakened the letter, Saba]</w:t>
      </w:r>
    </w:p>
    <w:p>
      <w:r>
        <w:t>Eh?</w:t>
      </w:r>
    </w:p>
    <w:p>
      <w:r>
        <w:t>[He awakened the letter]</w:t>
      </w:r>
    </w:p>
    <w:p>
      <w:r>
        <w:t>{..}</w:t>
      </w:r>
    </w:p>
    <w:p>
      <w:r>
        <w:t>[What? This? What? This?]</w:t>
      </w:r>
    </w:p>
    <w:p>
      <w:r>
        <w:t>Yes, what, what is this?</w:t>
      </w:r>
    </w:p>
    <w:p>
      <w:r>
        <w:t>[It is a tape recorder]</w:t>
      </w:r>
    </w:p>
    <w:p>
      <w:r>
        <w:t>Ah, I thought that this was {written here}</w:t>
      </w:r>
    </w:p>
    <w:p>
      <w:r>
        <w:t>Oy, oy, oy, such a wonder</w:t>
      </w:r>
    </w:p>
    <w:p>
      <w:r>
        <w:t>The letter, for sixty years, was sleeping and did not, did not do anything, any, any publicity and any of this, yes</w:t>
      </w:r>
    </w:p>
    <w:p>
      <w:r>
        <w:t>And after sixty years it awoke, awoke slowly, slowly, yes</w:t>
      </w:r>
    </w:p>
    <w:p>
      <w:r>
        <w:t>And it said, and says:</w:t>
      </w:r>
    </w:p>
    <w:p>
      <w:r>
        <w:t>"Here I am, I have come now, I am coming, yes, to rectify the world"</w:t>
      </w:r>
    </w:p>
    <w:p>
      <w:r>
        <w:t>[Kobi, this is a great wonder, Kobi, Kobi, this is a great wonder, Rebbe Yisroel]</w:t>
      </w:r>
    </w:p>
    <w:p>
      <w:r>
        <w:t>Eh?</w:t>
      </w:r>
    </w:p>
    <w:p>
      <w:r>
        <w:t>[Even if you came to America the previous time only for Yaakov, it was worthwhile]</w:t>
      </w:r>
    </w:p>
    <w:p>
      <w:r>
        <w:t>Yes?</w:t>
      </w:r>
    </w:p>
    <w:p>
      <w:r>
        <w:t>[Yes]</w:t>
      </w:r>
    </w:p>
    <w:p>
      <w:r>
        <w:t>[What does the Petek say? "Here I am"]</w:t>
      </w:r>
    </w:p>
    <w:p>
      <w:r>
        <w:t>[Yes]</w:t>
      </w:r>
    </w:p>
    <w:p>
      <w:r>
        <w:t>Blessed is Hashem</w:t>
      </w:r>
    </w:p>
    <w:p>
      <w:r>
        <w:t>[It says "Here I am"]</w:t>
      </w:r>
    </w:p>
    <w:p>
      <w:r>
        <w:t>Oy</w:t>
      </w:r>
    </w:p>
    <w:p>
      <w:r>
        <w:t>[The Petek says "Here I am" about itself]</w:t>
      </w:r>
    </w:p>
    <w:p>
      <w:r>
        <w:t>Oy</w:t>
      </w:r>
    </w:p>
    <w:p>
      <w:r>
        <w:t>[I want th..]</w:t>
      </w:r>
    </w:p>
    <w:p>
      <w:r>
        <w:t>When will you take me back?</w:t>
      </w:r>
    </w:p>
    <w:p>
      <w:r>
        <w:t>[When?]</w:t>
      </w:r>
    </w:p>
    <w:p>
      <w:r>
        <w:t>Yes</w:t>
      </w:r>
    </w:p>
    <w:p>
      <w:r>
        <w:t>[Chizkiyahu, when are they taking him back?]</w:t>
      </w:r>
    </w:p>
    <w:p>
      <w:r>
        <w:t>[When Mashiach comes]</w:t>
      </w:r>
    </w:p>
    <w:p>
      <w:r>
        <w:t>["Is there good soup here, tomato juice?"]</w:t>
      </w:r>
    </w:p>
    <w:p>
      <w:r>
        <w:t>I need money for a ticket</w:t>
      </w:r>
    </w:p>
    <w:p>
      <w:r>
        <w:t>[There is]</w:t>
      </w:r>
    </w:p>
    <w:p>
      <w:r>
        <w:t>He says to me.. soup, I need money</w:t>
      </w:r>
    </w:p>
    <w:p>
      <w:r>
        <w:t>[There is the Master of the World, ask Him whether you need money for a ticket or Redemption? One of the two] Ah, oy</w:t>
      </w:r>
    </w:p>
    <w:p>
      <w:r>
        <w:t>It is good that you agreed to two weeks</w:t>
      </w:r>
    </w:p>
    <w:p>
      <w:r>
        <w:t>[Me?]</w:t>
      </w:r>
    </w:p>
    <w:p>
      <w:r>
        <w:t>Nu, and if it will be three weeks? Then..</w:t>
      </w:r>
    </w:p>
    <w:p>
      <w:r>
        <w:t>[Then what?]</w:t>
      </w:r>
    </w:p>
    <w:p>
      <w:r>
        <w:t>{….}</w:t>
      </w:r>
    </w:p>
    <w:p>
      <w:r>
        <w:t>[I did not agree to two weeks]</w:t>
      </w:r>
    </w:p>
    <w:p>
      <w:r>
        <w:t>Then.. you agreed, you said: "Good, let him come for two weeks"</w:t>
      </w:r>
    </w:p>
    <w:p>
      <w:r>
        <w:t>[I agreed, I am ready even for one day, Rebbe Yisroel, I am ready for one day</w:t>
      </w:r>
    </w:p>
    <w:p>
      <w:r>
        <w:t>One day I am ready, only that there should be Redemption]</w:t>
      </w:r>
    </w:p>
    <w:p>
      <w:r>
        <w:t>Only that he should come</w:t>
      </w:r>
    </w:p>
    <w:p>
      <w:r>
        <w:t>[Yes, even tomorrow, just tomorrow and that is it, that there should be Redemption</w:t>
      </w:r>
    </w:p>
    <w:p>
      <w:r>
        <w:t>Two weeks, I will not give you, without a vow, from now until the Redemption I will not part from you</w:t>
      </w:r>
    </w:p>
    <w:p>
      <w:r>
        <w:t>Wherever you go I am after you, Rebbe Yisroel, Rebbe Yisroel]</w:t>
      </w:r>
    </w:p>
    <w:p>
      <w:r>
        <w:t>{..}</w:t>
      </w:r>
    </w:p>
    <w:p>
      <w:r>
        <w:t>[From now until the Redemption I am not leaving you</w:t>
      </w:r>
    </w:p>
    <w:p>
      <w:r>
        <w:t>I cannot live one day if you are not beside me, I am like dead, Rebbe Yisroel]</w:t>
      </w:r>
    </w:p>
    <w:p>
      <w:r>
        <w:t>Eh?</w:t>
      </w:r>
    </w:p>
    <w:p>
      <w:r>
        <w:t>[I am like dead if you are not beside me, I will pursue you from the end of the world to the end] Oh</w:t>
      </w:r>
    </w:p>
    <w:p>
      <w:r>
        <w:t>[I will not leave you until Mashiach comes</w:t>
      </w:r>
    </w:p>
    <w:p>
      <w:r>
        <w:t>Like, like glue, like the mud that was in Yavniel, that is how I will be with you, I will not leave you] Oy</w:t>
      </w:r>
    </w:p>
    <w:p>
      <w:r>
        <w:t>[I cannot, I am like dead]</w:t>
      </w:r>
    </w:p>
    <w:p>
      <w:r>
        <w:t>Hey...</w:t>
      </w:r>
    </w:p>
    <w:p>
      <w:r>
        <w:t>...then came…</w:t>
      </w:r>
    </w:p>
    <w:p>
      <w:r>
        <w:t>…[… a tzaddik from Yerushalayim]</w:t>
      </w:r>
    </w:p>
    <w:p>
      <w:r>
        <w:t>[…...]</w:t>
      </w:r>
    </w:p>
    <w:p>
      <w:r>
        <w:t>Ay, ay, ay, nu, ay..</w:t>
      </w:r>
    </w:p>
    <w:p>
      <w:r>
        <w:t>I bless you with all my heart, that Hashem, blessed be He, should bless you with all kinds of salvations, with all kinds of..</w:t>
      </w:r>
    </w:p>
    <w:p>
      <w:r>
        <w:t>[Amen]</w:t>
      </w:r>
    </w:p>
    <w:p>
      <w:r>
        <w:t>Successes</w:t>
      </w:r>
    </w:p>
    <w:p>
      <w:r>
        <w:t>[Amen]</w:t>
      </w:r>
    </w:p>
    <w:p>
      <w:r>
        <w:t>And principally, that we should merit to draw close to Hashem, blessed be He, in truth, we and our offspring</w:t>
      </w:r>
    </w:p>
    <w:p>
      <w:r>
        <w:t>[Amen]</w:t>
      </w:r>
    </w:p>
    <w:p>
      <w:r>
        <w:t>Yes, and our generations and all the people of Yisroel, that we should merit complete repentance, to return to the Torah, to return to faith</w:t>
      </w:r>
    </w:p>
    <w:p>
      <w:r>
        <w:t>[Amen]</w:t>
      </w:r>
    </w:p>
    <w:p>
      <w:r>
        <w:t>And everything will be, certainly, through Rabbainu Rebbe Nachman, that is how he revealed, yes</w:t>
      </w:r>
    </w:p>
    <w:p>
      <w:r>
        <w:t>["Na Na ch"]</w:t>
      </w:r>
    </w:p>
    <w:p>
      <w:r>
        <w:t>"Na..", yes</w:t>
      </w:r>
    </w:p>
    <w:p>
      <w:r>
        <w:t>[Amen]</w:t>
      </w:r>
    </w:p>
    <w:p>
      <w:r>
        <w:t>Ah</w:t>
      </w:r>
    </w:p>
    <w:p>
      <w:r>
        <w:t>[My daughter also, she also wants a blessing]</w:t>
      </w:r>
    </w:p>
    <w:p>
      <w:r>
        <w:t>Nu, may the Creator of the World help her to be delivered in everything she needs</w:t>
      </w:r>
    </w:p>
    <w:p>
      <w:r>
        <w:t>[The right.., the right match]</w:t>
      </w:r>
    </w:p>
    <w:p>
      <w:r>
        <w:t>The right match..</w:t>
      </w:r>
    </w:p>
    <w:p>
      <w:r>
        <w:t>[A Torah scholar and one who fears Heaven]</w:t>
      </w:r>
    </w:p>
    <w:p>
      <w:r>
        <w:t>Speedily, speedily, good.., a good match..</w:t>
      </w:r>
    </w:p>
    <w:p>
      <w:r>
        <w:t>[Amen, amen]</w:t>
      </w:r>
    </w:p>
    <w:p>
      <w:r>
        <w:t>And all good</w:t>
      </w:r>
    </w:p>
    <w:p>
      <w:r>
        <w:t>[Amen]</w:t>
      </w:r>
    </w:p>
    <w:p>
      <w:r>
        <w:t>And all the children, may you see "Yiddishe nachas"</w:t>
      </w:r>
    </w:p>
    <w:p>
      <w:r>
        <w:t>[Amen, amen]</w:t>
      </w:r>
    </w:p>
    <w:p>
      <w:r>
        <w:t>[That is beautiful, beautiful zemiros]</w:t>
      </w:r>
    </w:p>
    <w:p>
      <w:r>
        <w:t>[I saw the pictures of Rebbe Yisroel]</w:t>
      </w:r>
    </w:p>
    <w:p>
      <w:r>
        <w:t>The pictures? Which pictures? Ah, from the newspaper</w:t>
      </w:r>
    </w:p>
    <w:p>
      <w:r>
        <w:t>[No, no, Yaakov took pictures]</w:t>
      </w:r>
    </w:p>
    <w:p>
      <w:r>
        <w:t>Ah, Yaakov?</w:t>
      </w:r>
    </w:p>
    <w:p>
      <w:r>
        <w:t>[Holzberg]</w:t>
      </w:r>
    </w:p>
    <w:p>
      <w:r>
        <w:t>Yaakov Holzberg?</w:t>
      </w:r>
    </w:p>
    <w:p>
      <w:r>
        <w:t>[Yes]</w:t>
      </w:r>
    </w:p>
    <w:p>
      <w:r>
        <w:t>Who, who, who..</w:t>
      </w:r>
    </w:p>
    <w:p>
      <w:r>
        <w:t>[In Yisroel]</w:t>
      </w:r>
    </w:p>
    <w:p>
      <w:r>
        <w:t>Eh?</w:t>
      </w:r>
    </w:p>
    <w:p>
      <w:r>
        <w:t>[In Eretz Yisroel]</w:t>
      </w:r>
    </w:p>
    <w:p>
      <w:r>
        <w:t>When?</w:t>
      </w:r>
    </w:p>
    <w:p>
      <w:r>
        <w:t>[I do not know]</w:t>
      </w:r>
    </w:p>
    <w:p>
      <w:r>
        <w:t>[He did not see this?]</w:t>
      </w:r>
    </w:p>
    <w:p>
      <w:r>
        <w:t>[He did not see..]</w:t>
      </w:r>
    </w:p>
    <w:p>
      <w:r>
        <w:t>Oy…</w:t>
      </w:r>
    </w:p>
    <w:p>
      <w:r>
        <w:t>...and for sixty years it was completely secret</w:t>
      </w:r>
    </w:p>
    <w:p>
      <w:r>
        <w:t>He did not know, no.. only my children, I told them the matter, yes</w:t>
      </w:r>
    </w:p>
    <w:p>
      <w:r>
        <w:t>But.. and there were also a few, rare chosen individuals who were holy tzaddikim and friends of mine</w:t>
      </w:r>
    </w:p>
    <w:p>
      <w:r>
        <w:t>I told them, and they accepted it</w:t>
      </w:r>
    </w:p>
    <w:p>
      <w:r>
        <w:t>{...} How, how is it possible to accept this? It is above, above nature, {yes}</w:t>
      </w:r>
    </w:p>
    <w:p>
      <w:r>
        <w:t>Nu, and they accepted it</w:t>
      </w:r>
    </w:p>
    <w:p>
      <w:r>
        <w:t>The matter was, I must speak, tell it briefly, the essence</w:t>
      </w:r>
    </w:p>
    <w:p>
      <w:r>
        <w:t>Sixty-two years ago such a thing happened, I stumbled, I stumbled and fell</w:t>
      </w:r>
    </w:p>
    <w:p>
      <w:r>
        <w:t>It was on the day of seven, the seventeenth of Tammuz, this is a severe fast of the four fasts</w:t>
      </w:r>
    </w:p>
    <w:p>
      <w:r>
        <w:t>Before Tisha B'Av {…} for the destruction, for the destruction</w:t>
      </w:r>
    </w:p>
    <w:p>
      <w:r>
        <w:t>And I, and I was accustomed to fast all, all the Behab fasts</w:t>
      </w:r>
    </w:p>
    <w:p>
      <w:r>
        <w:t>Erev Rosh Chodesh, all kinds of.. yes</w:t>
      </w:r>
    </w:p>
    <w:p>
      <w:r>
        <w:t>And I also made a fast every single day</w:t>
      </w:r>
    </w:p>
    <w:p>
      <w:r>
        <w:t>From midnight until after the prayer I did not taste even water, as my holy teacher Rebbe Yisroel (Kardonner) practiced, and on the seventeenth of Tammuz, which is a severe fast, I fell and stumbled</w:t>
      </w:r>
    </w:p>
    <w:p>
      <w:r>
        <w:t>It seemed to me that I was si.., that I was not feeling well and I had to, I had to break the fast</w:t>
      </w:r>
    </w:p>
    <w:p>
      <w:r>
        <w:t>In any case, however it may be, I do not, I am ashamed to tell everything and I..</w:t>
      </w:r>
    </w:p>
    <w:p>
      <w:r>
        <w:t>In any case, I stumbled, a descent, I descended a great descent</w:t>
      </w:r>
    </w:p>
    <w:p>
      <w:r>
        <w:t>And I ate in the morning on this fast day, this, and this weighed upon me, and I had great anguish</w:t>
      </w:r>
    </w:p>
    <w:p>
      <w:r>
        <w:t>And I fell into…</w:t>
      </w:r>
    </w:p>
    <w:p>
      <w:pPr>
        <w:pStyle w:val="Heading2"/>
      </w:pPr>
      <w:r>
        <w:t>Side B (Bais)</w:t>
      </w:r>
    </w:p>
    <w:p>
      <w:r>
        <w:t>...weighing on me, and I had great anguish</w:t>
      </w:r>
    </w:p>
    <w:p>
      <w:r>
        <w:t>And I fell into such sadness, that it was frightening, anyone who looked at me, there would fall upon him f.., sadness</w:t>
      </w:r>
    </w:p>
    <w:p>
      <w:r>
        <w:t>Because I had not, had not fasted</w:t>
      </w:r>
    </w:p>
    <w:p>
      <w:r>
        <w:t>At any rate..</w:t>
      </w:r>
    </w:p>
    <w:p>
      <w:r>
        <w:t>And they were all opponents and said:</w:t>
      </w:r>
    </w:p>
    <w:p>
      <w:r>
        <w:t>"That this is the end of, of Breslov, in the end they go mad"</w:t>
      </w:r>
    </w:p>
    <w:p>
      <w:r>
        <w:t>They thought that this, that I had gone mad</w:t>
      </w:r>
    </w:p>
    <w:p>
      <w:r>
        <w:t>I had always been joyful, suddenly the whole week, Sunday, Monday, Tuesday, Wednesday</w:t>
      </w:r>
    </w:p>
    <w:p>
      <w:r>
        <w:t>At any rate, I had great anguish and also I could not.. and I could not serve Hashem</w:t>
      </w:r>
    </w:p>
    <w:p>
      <w:r>
        <w:t>I was, I was in darkness, in great anguish, from such sadness, literally as though going out of one's mind</w:t>
      </w:r>
    </w:p>
    <w:p>
      <w:r>
        <w:t>And they all rejoiced, and said:</w:t>
      </w:r>
    </w:p>
    <w:p>
      <w:r>
        <w:t>"This is the end of the Breslov Chassidim"</w:t>
      </w:r>
    </w:p>
    <w:p>
      <w:r>
        <w:t>Then I prayed to Hashem to have mercy on me and take me out of this</w:t>
      </w:r>
    </w:p>
    <w:p>
      <w:r>
        <w:t>And that I am causing, I am causing through this disgrace, a desecration of Hashem's Name for Breslov</w:t>
      </w:r>
    </w:p>
    <w:p>
      <w:r>
        <w:t>Then, then there entered my thoughts a forceful thought, as if someone is standing and saying words to me: "Go into your room.."</w:t>
      </w:r>
    </w:p>
    <w:p>
      <w:r>
        <w:t>And there I had a cabinet</w:t>
      </w:r>
    </w:p>
    <w:p>
      <w:r>
        <w:t>"Open the cabinet and take out some book, whatever book it is, do not intend toward any..</w:t>
      </w:r>
    </w:p>
    <w:p>
      <w:r>
        <w:t>Put your hand on a book and take it out and open it, and open it, {yes}</w:t>
      </w:r>
    </w:p>
    <w:p>
      <w:r>
        <w:t>Wherever you open it, and there you will find healing for your soul"</w:t>
      </w:r>
    </w:p>
    <w:p>
      <w:r>
        <w:t>Nu, then I had such a {forceful} thought, so I said:</w:t>
      </w:r>
    </w:p>
    <w:p>
      <w:r>
        <w:t>"What, what, what, what can I lose? I will go into the room and I will do it"</w:t>
      </w:r>
    </w:p>
    <w:p>
      <w:r>
        <w:t>Nu, I went into the room and opened the cabinet and took out a book and opened it, and there was there..</w:t>
      </w:r>
    </w:p>
    <w:p>
      <w:r>
        <w:t>Oy, is, is, is it here? Oh, oh, it is here, yes</w:t>
      </w:r>
    </w:p>
    <w:p>
      <w:r>
        <w:t>This is the photograph, this is a photograph of the note</w:t>
      </w:r>
    </w:p>
    <w:p>
      <w:r>
        <w:t>I opened the book and this piece of paper was inside it</w:t>
      </w:r>
    </w:p>
    <w:p>
      <w:r>
        <w:t>I did not pay attention to the paper</w:t>
      </w:r>
    </w:p>
    <w:p>
      <w:r>
        <w:t>"Will the paper be healing for me? What will a {...} paper be for me?"</w:t>
      </w:r>
    </w:p>
    <w:p>
      <w:r>
        <w:t>Then I read the halachah where I had opened, perhaps I would find there such words, that they would help me</w:t>
      </w:r>
    </w:p>
    <w:p>
      <w:r>
        <w:t>So I read and it revived me, but when I finished, the illness returned as it had been</w:t>
      </w:r>
    </w:p>
    <w:p>
      <w:r>
        <w:t>Then I fell in my mind, I thought, Heaven forbid, that I have no..</w:t>
      </w:r>
    </w:p>
    <w:p>
      <w:r>
        <w:t>I have no, no recovery, no hope, no remedy, so..</w:t>
      </w:r>
    </w:p>
    <w:p>
      <w:r>
        <w:t>Before.., I wanted to return the book to its place</w:t>
      </w:r>
    </w:p>
    <w:p>
      <w:r>
        <w:t>Before I closed the book, I noticed that there are, there are here, there are written lines; I began to read</w:t>
      </w:r>
    </w:p>
    <w:p>
      <w:r>
        <w:t>I had only begun to read, I saw that this, that this was a wondrous event</w:t>
      </w:r>
    </w:p>
    <w:p>
      <w:r>
        <w:t>"It was very difficult for me to descend to you, my disci..", immediately</w:t>
      </w:r>
    </w:p>
    <w:p>
      <w:r>
        <w:t>And in general I cannot tell it, even if I were able to speak</w:t>
      </w:r>
    </w:p>
    <w:p>
      <w:r>
        <w:t>What I felt, what is in this and what {….}</w:t>
      </w:r>
    </w:p>
    <w:p>
      <w:r>
        <w:t>What there is in this cannot be revealed, cannot be told, cannot be spoken, but..</w:t>
      </w:r>
    </w:p>
    <w:p>
      <w:r>
        <w:t>Good, I began to read, and I read it all, to the end I read</w:t>
      </w:r>
    </w:p>
    <w:p>
      <w:r>
        <w:t>As.. immediately when I finished reading, I entered into such joy that..</w:t>
      </w:r>
    </w:p>
    <w:p>
      <w:r>
        <w:t>That was not of this world, only of the World to Come</w:t>
      </w:r>
    </w:p>
    <w:p>
      <w:r>
        <w:t>Such joy, I began to dance and clap my hands to such melodies of joy</w:t>
      </w:r>
    </w:p>
    <w:p>
      <w:r>
        <w:t>And those from the yeshivah heard; they knew that the whole week I was in sadness</w:t>
      </w:r>
    </w:p>
    <w:p>
      <w:r>
        <w:t>And now I, they hear that I am in such joy, dancing, yes</w:t>
      </w:r>
    </w:p>
    <w:p>
      <w:r>
        <w:t>So they, they said:</w:t>
      </w:r>
    </w:p>
    <w:p>
      <w:r>
        <w:t>"Now he is completely all right, he already, there is a seal on the.. he is mad"</w:t>
      </w:r>
    </w:p>
    <w:p>
      <w:r>
        <w:t>They entered the room and took me out to the courtyard and the entire yeshivah made a circle</w:t>
      </w:r>
    </w:p>
    <w:p>
      <w:r>
        <w:t>And I was in the middle and danced; everyone rejoiced and everyone mocked me:</w:t>
      </w:r>
    </w:p>
    <w:p>
      <w:r>
        <w:t>"The madman is dancing"</w:t>
      </w:r>
    </w:p>
    <w:p>
      <w:r>
        <w:t>In short, they stood for several hours, several hours; they said:</w:t>
      </w:r>
    </w:p>
    <w:p>
      <w:r>
        <w:t>"He, he is not, he is not tired; we, we {….}, we cannot stand"</w:t>
      </w:r>
    </w:p>
    <w:p>
      <w:r>
        <w:t>They all left, and I remained and danced almost the entire night</w:t>
      </w:r>
    </w:p>
    <w:p>
      <w:r>
        <w:t>Good, and from then, from that night, I acquired a name throughout the city.. in Teveria..</w:t>
      </w:r>
    </w:p>
    <w:p>
      <w:r>
        <w:t>I went from the yeshivah into the city, so everyone said, they knew that the Breslover, it is he, he had already gone mad, and I.. nu..</w:t>
      </w:r>
    </w:p>
    <w:p>
      <w:r>
        <w:t>And this is it, this is the note</w:t>
      </w:r>
    </w:p>
    <w:p>
      <w:r>
        <w:t>Nu, I have no.., I am telling it as it was, and also I am still not saying everything, only..</w:t>
      </w:r>
    </w:p>
    <w:p>
      <w:r>
        <w:t>And this I know, and yes, and yes, much</w:t>
      </w:r>
    </w:p>
    <w:p>
      <w:r>
        <w:t>I showed this in Yerushalayim to.. to great masters of Kabbalah in Yerushalayim</w:t>
      </w:r>
    </w:p>
    <w:p>
      <w:r>
        <w:t>[Yes]</w:t>
      </w:r>
    </w:p>
    <w:p>
      <w:r>
        <w:t>And they, and they were astonished, they were so deeply moved by it</w:t>
      </w:r>
    </w:p>
    <w:p>
      <w:r>
        <w:t>At any rate, I do not need to bring witnesses; it is a witness, it bears witness to itself</w:t>
      </w:r>
    </w:p>
    <w:p>
      <w:r>
        <w:t>Just to see Rabbainu's signature, with, with, with vowel points</w:t>
      </w:r>
    </w:p>
    <w:p>
      <w:r>
        <w:t>"Na.. Na Na ch Na cham Na ch man from Uman"</w:t>
      </w:r>
    </w:p>
    <w:p>
      <w:r>
        <w:t>That is the signature, this signature {..}</w:t>
      </w:r>
    </w:p>
    <w:p>
      <w:r>
        <w:t>In his lifetime, the holy Rabbainu signed his name on his letters—'Nachman', 'Nachman'</w:t>
      </w:r>
    </w:p>
    <w:p>
      <w:r>
        <w:t>And here is written "Na Na ch Na cham Na ch man" with vowel points.. 'from Uman'</w:t>
      </w:r>
    </w:p>
    <w:p>
      <w:r>
        <w:t>This is the world, the whole world knows "Rabbi Nachman of Breslov"</w:t>
      </w:r>
    </w:p>
    <w:p>
      <w:r>
        <w:t>And here is written 'from Uman' because.. because, because he..</w:t>
      </w:r>
    </w:p>
    <w:p>
      <w:r>
        <w:t>[There]</w:t>
      </w:r>
    </w:p>
    <w:p>
      <w:r>
        <w:t>Dwells in Uman</w:t>
      </w:r>
    </w:p>
    <w:p>
      <w:r>
        <w:t>[In Uman]</w:t>
      </w:r>
    </w:p>
    <w:p>
      <w:r>
        <w:t>Yes, yes</w:t>
      </w:r>
    </w:p>
    <w:p>
      <w:r>
        <w:t>And he also revealed to me, this—that I did not fast on the Seventeenth of Tammuz</w:t>
      </w:r>
    </w:p>
    <w:p>
      <w:r>
        <w:t>No one, no one knew</w:t>
      </w:r>
    </w:p>
    <w:p>
      <w:r>
        <w:t>Yes, would I make a desecration of Hashem's Name, that they should say Breslov Chassidim do not fast on the Seventeenth of Tammuz?</w:t>
      </w:r>
    </w:p>
    <w:p>
      <w:r>
        <w:t>I, it was secret, yes</w:t>
      </w:r>
    </w:p>
    <w:p>
      <w:r>
        <w:t>And it is also written here: "A sign: on the seventeenth of Tammuz they will say that you are not fasting"</w:t>
      </w:r>
    </w:p>
    <w:p>
      <w:r>
        <w:t>A sign that only I, only I and Hashem Yisbarach knew of this; this is the sign</w:t>
      </w:r>
    </w:p>
    <w:p>
      <w:r>
        <w:t>And also here, 'betammuz' has vowel points, a sheva under the bet, a patach under the tav, a patach, 'betammuz'</w:t>
      </w:r>
    </w:p>
    <w:p>
      <w:r>
        <w:t>Only this..</w:t>
      </w:r>
    </w:p>
    <w:p>
      <w:r>
        <w:t>First of all, this signature, it, it is a new revelation in the world</w:t>
      </w:r>
    </w:p>
    <w:p>
      <w:r>
        <w:t>Because the holy Rabbainu speaks in "Likutei Moharan"</w:t>
      </w:r>
    </w:p>
    <w:p>
      <w:r>
        <w:t>That there is a song, 'simple, double, triple, quadruple'</w:t>
      </w:r>
    </w:p>
    <w:p>
      <w:r>
        <w:t>That will be revealed in the future by Mashiach Tzidkainu, that will be revealed in the future</w:t>
      </w:r>
    </w:p>
    <w:p>
      <w:r>
        <w:t>[Yes]</w:t>
      </w:r>
    </w:p>
    <w:p>
      <w:r>
        <w:t>And here he reveals that this song, 'simple, double, triple, quadruple,' it, it, it is this song</w:t>
      </w:r>
    </w:p>
    <w:p>
      <w:r>
        <w:t>Yes</w:t>
      </w:r>
    </w:p>
    <w:p>
      <w:r>
        <w:t>["Na Naḥ Naḥma Naḥman"]</w:t>
      </w:r>
    </w:p>
    <w:p>
      <w:r>
        <w:t>"Na Naḥ," ho, ho, yes, with, with vowel points</w:t>
      </w:r>
    </w:p>
    <w:p>
      <w:r>
        <w:t>And also, I still cannot speak of all, all, all, all this matter</w:t>
      </w:r>
    </w:p>
    <w:p>
      <w:r>
        <w:t>What, what I see in it: "It was very, very difficult for me to descend to you"</w:t>
      </w:r>
    </w:p>
    <w:p>
      <w:r>
        <w:t>'To descend to you'—one sees, one sees a descent; all the lines are straight, straight, only, this too is straight</w:t>
      </w:r>
    </w:p>
    <w:p>
      <w:r>
        <w:t>But 'to descend to you'..</w:t>
      </w:r>
    </w:p>
    <w:p>
      <w:r>
        <w:t>[To you]</w:t>
      </w:r>
    </w:p>
    <w:p>
      <w:r>
        <w:t>He descends downward</w:t>
      </w:r>
    </w:p>
    <w:p>
      <w:r>
        <w:t>[He descends]</w:t>
      </w:r>
    </w:p>
    <w:p>
      <w:r>
        <w:t>Yes, yes, nu, good</w:t>
      </w:r>
    </w:p>
    <w:p>
      <w:r>
        <w:t>"It was very difficult for me to descend to you"</w:t>
      </w:r>
    </w:p>
    <w:p>
      <w:r>
        <w:t>If for Rabbainu Rebbe Nachman it was difficult to descend to me, 'to descend to you'</w:t>
      </w:r>
    </w:p>
    <w:p>
      <w:r>
        <w:t>This is a descent; Heaven forbid, this is very awesome, yes</w:t>
      </w:r>
    </w:p>
    <w:p>
      <w:r>
        <w:t>Nu, and immediately he strengthens me: "My dear student," "My dear student"</w:t>
      </w:r>
    </w:p>
    <w:p>
      <w:r>
        <w:t>Is 'my student' by itself not, not enough? "My dear student"</w:t>
      </w:r>
    </w:p>
    <w:p>
      <w:r>
        <w:t>And it also could have been without "My dear student"</w:t>
      </w:r>
    </w:p>
    <w:p>
      <w:r>
        <w:t>"To descend to you.. to tell you that I greatly enjoyed your service," yes</w:t>
      </w:r>
    </w:p>
    <w:p>
      <w:r>
        <w:t>No, "My dear student," he strengthens me, he, he..</w:t>
      </w:r>
    </w:p>
    <w:p>
      <w:r>
        <w:t>He raises me from below, from the depths of the abyss, and he raises me to the summit of the loftiest heights</w:t>
      </w:r>
    </w:p>
    <w:p>
      <w:r>
        <w:t>"My dear student"</w:t>
      </w:r>
    </w:p>
    <w:p>
      <w:r>
        <w:t>"To tell, to tell you that, that I enjoyed, that I enjoyed..”</w:t>
      </w:r>
    </w:p>
    <w:p>
      <w:r>
        <w:t>[Very much]</w:t>
      </w:r>
    </w:p>
    <w:p>
      <w:r>
        <w:t>"That I greatly enjoyed your service and about you I said"</w:t>
      </w:r>
    </w:p>
    <w:p>
      <w:r>
        <w:t>"I greatly enjoyed your service" is one thing</w:t>
      </w:r>
    </w:p>
    <w:p>
      <w:r>
        <w:t>"And about you I said" is another thing</w:t>
      </w:r>
    </w:p>
    <w:p>
      <w:r>
        <w:t>These are two things</w:t>
      </w:r>
    </w:p>
    <w:p>
      <w:r>
        <w:t>"And about you I said"—what did I say about you?</w:t>
      </w:r>
    </w:p>
    <w:p>
      <w:r>
        <w:t>The holy Rabbainu said a saying in his lifetime:</w:t>
      </w:r>
    </w:p>
    <w:p>
      <w:r>
        <w:t>"My fire will burn until Mashiach comes"</w:t>
      </w:r>
    </w:p>
    <w:p>
      <w:r>
        <w:t>That is what he said; that is how it is written in the book "Chayei Moharan""</w:t>
      </w:r>
    </w:p>
    <w:p>
      <w:r>
        <w:t>And here he reveals, this is what I said, what I said, “Main fayerl.., my fire will burn until the coming of Mashiach”—“about you I said,” this I said about you</w:t>
      </w:r>
    </w:p>
    <w:p>
      <w:r>
        <w:t>{{….}}…</w:t>
      </w:r>
    </w:p>
    <w:p>
      <w:r>
        <w:t>...that through {{y.. y.. yavo, Av”i}}..</w:t>
      </w:r>
    </w:p>
    <w:p>
      <w:r>
        <w:t>the light will shine until the coming of Mashiach, “about you I said” this</w:t>
      </w:r>
    </w:p>
    <w:p>
      <w:r>
        <w:t>“And about you I said, main fayer.., my fire will burn until the coming of Mashiach</w:t>
      </w:r>
    </w:p>
    <w:p>
      <w:r>
        <w:t>Main fayerl vet tlyen biz Mashiach vet…”</w:t>
      </w:r>
    </w:p>
    <w:p>
      <w:r>
        <w:t>You know Yiddish too?</w:t>
      </w:r>
    </w:p>
    <w:p>
      <w:r>
        <w:t>“Main fayerl vet tlyen biz Mashiach vet kumen”</w:t>
      </w:r>
    </w:p>
    <w:p>
      <w:r>
        <w:t>Nu, “and about you I said”</w:t>
      </w:r>
    </w:p>
    <w:p>
      <w:r>
        <w:t>Two things, “I derived great pleasure from your service,” “and about you I said”</w:t>
      </w:r>
    </w:p>
    <w:p>
      <w:r>
        <w:t>You can strengthen yourself, “Be strong and courageous {…} in your service”</w:t>
      </w:r>
    </w:p>
    <w:p>
      <w:r>
        <w:t>And he signed, this was already signed, he reveals two things to me</w:t>
      </w:r>
    </w:p>
    <w:p>
      <w:r>
        <w:t>“I derived great pleasure from your service,” “and about you I said,” and he signs it</w:t>
      </w:r>
    </w:p>
    <w:p>
      <w:r>
        <w:t>This is finished, this, this is the letter, he informs me of two things</w:t>
      </w:r>
    </w:p>
    <w:p>
      <w:r>
        <w:t>“I derived great pleasure from your service”</w:t>
      </w:r>
    </w:p>
    <w:p>
      <w:r>
        <w:t>“And about you I said: Main fayerl vet tlyen biz Mashiach vet kumen”</w:t>
      </w:r>
    </w:p>
    <w:p>
      <w:r>
        <w:t>“Be strong and courageous in your service”</w:t>
      </w:r>
    </w:p>
    <w:p>
      <w:r>
        <w:t>I was, I, I had fallen completely in my mind, and he, “Be strong..”</w:t>
      </w:r>
    </w:p>
    <w:p>
      <w:r>
        <w:t>If so, “I derived great pleasure from your service,” “and about you I said”</w:t>
      </w:r>
    </w:p>
    <w:p>
      <w:r>
        <w:t>You can strengthen yourself, “Be strong and courageous in your service”</w:t>
      </w:r>
    </w:p>
    <w:p>
      <w:r>
        <w:t>Also the lines, one, two, three, four, five, six</w:t>
      </w:r>
    </w:p>
    <w:p>
      <w:r>
        <w:t>“In your service” is also a line even, and even one is, is a line, six</w:t>
      </w:r>
    </w:p>
    <w:p>
      <w:r>
        <w:t>And Rabbainu Hakadosh—the signature is on the line, in the line</w:t>
      </w:r>
    </w:p>
    <w:p>
      <w:r>
        <w:t>[The seventh]</w:t>
      </w:r>
    </w:p>
    <w:p>
      <w:r>
        <w:t>The seventh, that is Shabbos, the tzaddik is the aspect of Shabbos</w:t>
      </w:r>
    </w:p>
    <w:p>
      <w:r>
        <w:t>And there is also the secret, afterward, “And with this, and with this I will reveal a secret to you, and it is”</w:t>
      </w:r>
    </w:p>
    <w:p>
      <w:r>
        <w:t>A secret, “full and heaped from line to line (P’tz’P’tz’Y’h’)”</w:t>
      </w:r>
    </w:p>
    <w:p>
      <w:r>
        <w:t>This, this is the name of the angel of the blowing, of the calling, of the blowing of the shofar</w:t>
      </w:r>
    </w:p>
    <w:p>
      <w:r>
        <w:t>Only this, this word, is in the regular writing that he wrote</w:t>
      </w:r>
    </w:p>
    <w:p>
      <w:r>
        <w:t>These are Rashi letters, and these are regular letters that.. that are written with</w:t>
      </w:r>
    </w:p>
    <w:p>
      <w:r>
        <w:t>And one can recognize that it is handwriting</w:t>
      </w:r>
    </w:p>
    <w:p>
      <w:r>
        <w:t>[His handwriting?]</w:t>
      </w:r>
    </w:p>
    <w:p>
      <w:r>
        <w:t>His handwriting, yes, because, with Rashi one does not, does not, does not know</w:t>
      </w:r>
    </w:p>
    <w:p>
      <w:r>
        <w:t>[It is hard to know]</w:t>
      </w:r>
    </w:p>
    <w:p>
      <w:r>
        <w:t>But this, this is his handwriting, yes</w:t>
      </w:r>
    </w:p>
    <w:p>
      <w:r>
        <w:t>{{Av”i}}</w:t>
      </w:r>
    </w:p>
    <w:p>
      <w:r>
        <w:t>Nu, I, I do not understand this, the secret, “and through strengthening yourself in the service you will understand it”</w:t>
      </w:r>
    </w:p>
    <w:p>
      <w:r>
        <w:t>If I hold fast in the service of Hashem, “you will understand it”</w:t>
      </w:r>
    </w:p>
    <w:p>
      <w:r>
        <w:t>And now he tells, he, he tells me the sign, which only I knew about</w:t>
      </w:r>
    </w:p>
    <w:p>
      <w:r>
        <w:t>All, all.. this was secret, no one, no one knew about it, yes</w:t>
      </w:r>
    </w:p>
    <w:p>
      <w:r>
        <w:t>He reveals to me, “A sign: the seventeenth of Tammuz,” that was what had happened</w:t>
      </w:r>
    </w:p>
    <w:p>
      <w:r>
        <w:t>Oy, oy, oy, oy, oy, oy, oy, Ribono Shel Olam, Ribono Shel Olam</w:t>
      </w:r>
    </w:p>
    <w:p>
      <w:r>
        <w:t>In any case, the main thing is the words that we need to reveal and publicize</w:t>
      </w:r>
    </w:p>
    <w:p>
      <w:r>
        <w:t>And to give our lives for this matter</w:t>
      </w:r>
    </w:p>
    <w:p>
      <w:r>
        <w:t>That the entire redemption depends upon Rabbainu Rebbe Nachman of Breslov, to study his books</w:t>
      </w:r>
    </w:p>
    <w:p>
      <w:r>
        <w:t>He is this.. every letter, every Torah, every, every word of his is such a light, for he speaks to you</w:t>
      </w:r>
    </w:p>
    <w:p>
      <w:r>
        <w:t>He speaks of what you need, all the matters that pass over you, that passed over you, that pass over you</w:t>
      </w:r>
    </w:p>
    <w:p>
      <w:r>
        <w:t>And so for this one and so for this one, and so for each and every one, and so for me, and each and every one</w:t>
      </w:r>
    </w:p>
    <w:p>
      <w:r>
        <w:t>And every word Rabbainu revealed is the totality of every one of Yisroel</w:t>
      </w:r>
    </w:p>
    <w:p>
      <w:r>
        <w:t>What passes over him and what passed over him</w:t>
      </w:r>
    </w:p>
    <w:p>
      <w:r>
        <w:t>His illnesses and the remedies, not only the illnesses</w:t>
      </w:r>
    </w:p>
    <w:p>
      <w:r>
        <w:t>He, he, he, he rectifies, purifies, and heals all the sick, {all of them}, all the worst ones in the world</w:t>
      </w:r>
    </w:p>
    <w:p>
      <w:r>
        <w:t>Who have no restoration whatsoever, they have no, yes, no tzaddik can help them</w:t>
      </w:r>
    </w:p>
    <w:p>
      <w:r>
        <w:t>But Rabbainu Rebbe Nachman said:</w:t>
      </w:r>
    </w:p>
    <w:p>
      <w:r>
        <w:t>“And I heal her”</w:t>
      </w:r>
    </w:p>
    <w:p>
      <w:r>
        <w:t>This is the end of the story of the “Seven Bettlers”</w:t>
      </w:r>
    </w:p>
    <w:p>
      <w:r>
        <w:t>Do you know the story, the stories? Do you have Rabbainu’s stories?</w:t>
      </w:r>
    </w:p>
    <w:p>
      <w:r>
        <w:t>[Yes]</w:t>
      </w:r>
    </w:p>
    <w:p>
      <w:r>
        <w:t>Yes, at the end of the story of the “Seven Bettlers”</w:t>
      </w:r>
    </w:p>
    <w:p>
      <w:r>
        <w:t>At the end of this story the sixth Bettler says—the sixth Bettler told a story and he said: the king’s daughter received all the bullets with all, with all the poisons, yes, and she fell faint, nu, “And I..,” this is what the Bettler said:</w:t>
      </w:r>
    </w:p>
    <w:p>
      <w:r>
        <w:t>“And I heal her”</w:t>
      </w:r>
    </w:p>
    <w:p>
      <w:r>
        <w:t>This applies to all, to all the people of Yisroel, to each and every one</w:t>
      </w:r>
    </w:p>
    <w:p>
      <w:r>
        <w:t>“And I heal her”</w:t>
      </w:r>
    </w:p>
    <w:p>
      <w:r>
        <w:t>{There is no one ...}, already {….} she has already fallen, received all the bullets, and she fell</w:t>
      </w:r>
    </w:p>
    <w:p>
      <w:r>
        <w:t>“And I heal her”</w:t>
      </w:r>
    </w:p>
    <w:p>
      <w:r>
        <w:t>Only “I heal her”</w:t>
      </w:r>
    </w:p>
    <w:p>
      <w:r>
        <w:t>There is, there is no one who can heal this</w:t>
      </w:r>
    </w:p>
    <w:p>
      <w:r>
        <w:t>This.. only, only I</w:t>
      </w:r>
    </w:p>
    <w:p>
      <w:r>
        <w:t>But this is Rabbainu Hakadosh, the Bettler said: “And I heal her”</w:t>
      </w:r>
    </w:p>
    <w:p>
      <w:r>
        <w:t>So Rabbainu Hakadosh revealed about, about himself that he is this Bettler, that he heals her</w:t>
      </w:r>
    </w:p>
    <w:p>
      <w:r>
        <w:t>“And I.. heal her”</w:t>
      </w:r>
    </w:p>
    <w:p>
      <w:r>
        <w:t>He said it about himself</w:t>
      </w:r>
    </w:p>
    <w:p>
      <w:r>
        <w:t>[“I,” “and I”]</w:t>
      </w:r>
    </w:p>
    <w:p>
      <w:r>
        <w:t>Yes, “I,” yes</w:t>
      </w:r>
    </w:p>
    <w:p>
      <w:r>
        <w:t>Yes, we are fortunate, we already have all the rectifications and the remedies and the salvations that each and every one of us needs, through Rabbainu Rebbe Nachman, only Rabbainu Rebbe Nachman</w:t>
      </w:r>
    </w:p>
    <w:p>
      <w:r>
        <w:t>He is the root of the Torah, he is the root of faith, he is the root of every one of Yisroel</w:t>
      </w:r>
    </w:p>
    <w:p>
      <w:r>
        <w:t>However he is situated, to whatever place he descended, in whatever place he is situated</w:t>
      </w:r>
    </w:p>
    <w:p>
      <w:r>
        <w:t>He, he takes her out, he heals him, yes</w:t>
      </w:r>
    </w:p>
    <w:p>
      <w:r>
        <w:t>What, what it is impossible to heal—such a sick person</w:t>
      </w:r>
    </w:p>
    <w:p>
      <w:r>
        <w:t>This is such a sick person who has no, has no, there is no, no remedy for such an illness</w:t>
      </w:r>
    </w:p>
    <w:p>
      <w:r>
        <w:t>But Rabbainu Rebbe Nachman revealed that he indeed can heal and rectify everything, yes, yes, nu..</w:t>
      </w:r>
    </w:p>
    <w:p>
      <w:r>
        <w:t>There are wondrous matters in this, very hidden</w:t>
      </w:r>
    </w:p>
    <w:p>
      <w:r>
        <w:t>But, but it was not revealed in the world</w:t>
      </w:r>
    </w:p>
    <w:p>
      <w:r>
        <w:t>For I remember, seventy years ago, when I drew close to Rabbainu, it was forbidden to study Breslov books</w:t>
      </w:r>
    </w:p>
    <w:p>
      <w:r>
        <w:t>It was forbidden to study Breslov books</w:t>
      </w:r>
    </w:p>
    <w:p>
      <w:r>
        <w:t>I found a Breslov book and did not know that it was Breslov, and I read it, then they saw</w:t>
      </w:r>
    </w:p>
    <w:p>
      <w:r>
        <w:t>“What are you doing? You are studying this book?”</w:t>
      </w:r>
    </w:p>
    <w:p>
      <w:r>
        <w:t>“Yes”</w:t>
      </w:r>
    </w:p>
    <w:p>
      <w:r>
        <w:t>So that was the first time I heard that there is Breslov in the world</w:t>
      </w:r>
    </w:p>
    <w:p>
      <w:r>
        <w:t>I had not hear.. no, I did not know that there is Breslov in the world, then I knew that there is Breslov</w:t>
      </w:r>
    </w:p>
    <w:p>
      <w:r>
        <w:t>“You do not know that this is among the Breslov books? It is forbidden to read this”</w:t>
      </w:r>
    </w:p>
    <w:p>
      <w:r>
        <w:t>Baruch Hashem, today one can read in every synagogue, yes, anyone who wants to study</w:t>
      </w:r>
    </w:p>
    <w:p>
      <w:r>
        <w:t>These, these are indications, signs of the redemption, signs that we stand..</w:t>
      </w:r>
    </w:p>
    <w:p>
      <w:r>
        <w:t>That according to, according to our understanding, according to our deeds, we already..</w:t>
      </w:r>
    </w:p>
    <w:p>
      <w:r>
        <w:t>Already there is no, no, no rectification for such sick people</w:t>
      </w:r>
    </w:p>
    <w:p>
      <w:r>
        <w:t>But Rabbainu Rebbe Nachman was already in the world, and he..</w:t>
      </w:r>
    </w:p>
    <w:p>
      <w:r>
        <w:t>He can rectify all the illnesses and all, there is no place that he cannot rectify and heal, and..{..}, yes, so, so when we hear this, then we need to give our lives</w:t>
      </w:r>
    </w:p>
    <w:p>
      <w:r>
        <w:t>To bring into our hearts his holy words, his Torahs and the prayers and the halachos</w:t>
      </w:r>
    </w:p>
    <w:p>
      <w:r>
        <w:t>There is a book, “Likutay..,” books, “Likutay Halachos,” do you know of this?</w:t>
      </w:r>
    </w:p>
    <w:p>
      <w:r>
        <w:t>[“Likutay Halachos,” and there is..]</w:t>
      </w:r>
    </w:p>
    <w:p>
      <w:r>
        <w:t>{…}, “Likutay Eitzos”</w:t>
      </w:r>
    </w:p>
    <w:p>
      <w:r>
        <w:t>[“Tefillos” and “Eitzos”]</w:t>
      </w:r>
    </w:p>
    <w:p>
      <w:r>
        <w:t>Yes, yes, yes, all of them we need</w:t>
      </w:r>
    </w:p>
    <w:p>
      <w:r>
        <w:t>[Rebbe Nassan, he wrote the..]</w:t>
      </w:r>
    </w:p>
    <w:p>
      <w:r>
        <w:t>Yes, yes, {..}</w:t>
      </w:r>
    </w:p>
    <w:p>
      <w:r>
        <w:t>We need to be proficient in the book “Likutay Moharan,” Rabbainu Hakadosh said</w:t>
      </w:r>
    </w:p>
    <w:p>
      <w:r>
        <w:t>That one needs to be proficient in it, so that one can say it by heart forwards and backwards, even backwards, yes</w:t>
      </w:r>
    </w:p>
    <w:p>
      <w:r>
        <w:t>So much proficiency is needed in this, because it is all our vitality, every word is all our vitality</w:t>
      </w:r>
    </w:p>
    <w:p>
      <w:r>
        <w:t>Every word of his, even one word</w:t>
      </w:r>
    </w:p>
    <w:p>
      <w:r>
        <w:t>And Rabbainu Hakadosh revealed that.. that he is alluded to in a verse, there is a verse in the Tanach:</w:t>
      </w:r>
    </w:p>
    <w:p>
      <w:r>
        <w:t>"A N'achal N'ovea M'ekor Ch'ochma"</w:t>
      </w:r>
    </w:p>
    <w:p>
      <w:r>
        <w:t>[….]</w:t>
      </w:r>
    </w:p>
    <w:p>
      <w:r>
        <w:t>And it is the initials NaChMaN</w:t>
      </w:r>
    </w:p>
    <w:p>
      <w:r>
        <w:t>And he is alluded to in this verse, "A N'achal N'ovea M'ekor Ch'ochma"</w:t>
      </w:r>
    </w:p>
    <w:p>
      <w:r>
        <w:t>He flows and flows, and flows, a source of wisdom that had not been, such wisdom that had not yet been in the world</w:t>
      </w:r>
    </w:p>
    <w:p>
      <w:r>
        <w:t>We have Torah, and all the books of all the tzaddikim, and this is the root of the entire Torah</w:t>
      </w:r>
    </w:p>
    <w:p>
      <w:r>
        <w:t>This rises above everything</w:t>
      </w:r>
    </w:p>
    <w:p>
      <w:r>
        <w:t>Through this we can draw close to the Torah, to know, to see the light of the Torah</w:t>
      </w:r>
    </w:p>
    <w:p>
      <w:r>
        <w:t>In the Torah there are, there are many powers, there is an elixir of life and the opposite, yes</w:t>
      </w:r>
    </w:p>
    <w:p>
      <w:r>
        <w:t>And through our holy Rabbainu, one merits seeing the light of the Torah as one should</w:t>
      </w:r>
    </w:p>
    <w:p>
      <w:r>
        <w:t>Because there are, there are very hidden matters in this</w:t>
      </w:r>
    </w:p>
    <w:p>
      <w:r>
        <w:t>But now we see that the whole world, even non-Jews, the sages of the non-Jews</w:t>
      </w:r>
    </w:p>
    <w:p>
      <w:r>
        <w:t>{at the univerte}, at the university, they marvel greatly at Rabbainu Rebbe Nachman of Breslov, even non-Jews</w:t>
      </w:r>
    </w:p>
    <w:p>
      <w:r>
        <w:t>I spoke with several people who know about this, from London and from England and..</w:t>
      </w:r>
    </w:p>
    <w:p>
      <w:r>
        <w:t>They always speak about Rebbe Nachman of Breslov, about the stories, about, about his words, yes</w:t>
      </w:r>
    </w:p>
    <w:p>
      <w:r>
        <w:t>And one sees that the whole world is drawing itself to Rabbainu Rebbe Nachman of Breslov</w:t>
      </w:r>
    </w:p>
    <w:p>
      <w:r>
        <w:t>One sees.. there were many tzaddikim in the world, the holy Baal Shem and his students and.. there were many tzaddikim</w:t>
      </w:r>
    </w:p>
    <w:p>
      <w:r>
        <w:t>They do not speak of any oth.. only Rebbe.., there remains for us…</w:t>
      </w:r>
    </w:p>
    <w:p>
      <w:r>
        <w:t>...they always speak about Rebbe Nachman of Breslov, about the stories, about, about his words, yes</w:t>
      </w:r>
    </w:p>
    <w:p>
      <w:r>
        <w:t>And one sees that the whole world is drawing itself to Rabbainu Rebbe Nachman of Breslov</w:t>
      </w:r>
    </w:p>
    <w:p>
      <w:r>
        <w:t>One sees.. there were many tzaddikim in the world, the holy Baal Shem and his students and.. there were many tzaddikim</w:t>
      </w:r>
    </w:p>
    <w:p>
      <w:r>
        <w:t>They do not speak of any oth.. only Rebbe.., there remains for us, as if there is one unique one in the world, "Rebbe Nachman of Breslov," yes, and therefore, the main thing for us to take out of this is that we need to sacrifice ourselves</w:t>
      </w:r>
    </w:p>
    <w:p>
      <w:r>
        <w:t>To be expert in his holy words, then we will merit to..</w:t>
      </w:r>
    </w:p>
    <w:p>
      <w:r>
        <w:t>But with faith</w:t>
      </w:r>
    </w:p>
    <w:p>
      <w:r>
        <w:t>One can learn and then not.. be knowledgeable, not {problem\sees} anything</w:t>
      </w:r>
    </w:p>
    <w:p>
      <w:r>
        <w:t>If, if, if for pride, "I am Breslov," yes</w:t>
      </w:r>
    </w:p>
    <w:p>
      <w:r>
        <w:t>For, for, for, only for pride, "that here I am expert in Likutei Moharan.."</w:t>
      </w:r>
    </w:p>
    <w:p>
      <w:r>
        <w:t>This.. the main thing is to learn so that we will know how to wage war, the tactics of war</w:t>
      </w:r>
    </w:p>
    <w:p>
      <w:r>
        <w:t>How to fight and triumph, to subdue the evil, yes</w:t>
      </w:r>
    </w:p>
    <w:p>
      <w:r>
        <w:t>Oy, oy, oy..</w:t>
      </w:r>
    </w:p>
    <w:p>
      <w:r>
        <w:t>Nu, Hashem Yisborach should have mercy on us, and we need great mercy</w:t>
      </w:r>
    </w:p>
    <w:p>
      <w:r>
        <w:t>And this we, my friends and I, saw many wonders from this holy name</w:t>
      </w:r>
    </w:p>
    <w:p>
      <w:r>
        <w:t>"Na Na Nach Nachman MeUman"</w:t>
      </w:r>
    </w:p>
    <w:p>
      <w:r>
        <w:t>In America there was such a story</w:t>
      </w:r>
    </w:p>
    <w:p>
      <w:r>
        <w:t>One secular person heard people talking, he was in a place together with them, and he heard..</w:t>
      </w:r>
    </w:p>
    <w:p>
      <w:r>
        <w:t>That we, lately we made amulets from this holy name, "Na Na Nach Nachman"</w:t>
      </w:r>
    </w:p>
    <w:p>
      <w:r>
        <w:t>And this is propitious for a person for all the salvations that he needs</w:t>
      </w:r>
    </w:p>
    <w:p>
      <w:r>
        <w:t>This, this is protection, like an am.., amulet, yes</w:t>
      </w:r>
    </w:p>
    <w:p>
      <w:r>
        <w:t>He heard this and he heard, in a time of distress, when a person suffers some distress</w:t>
      </w:r>
    </w:p>
    <w:p>
      <w:r>
        <w:t>That he should say with his mouth, aside from the amulet, that he should say with his mouth, "Na Na Nach Nachman MeUman"</w:t>
      </w:r>
    </w:p>
    <w:p>
      <w:r>
        <w:t>Nu, shoyn, he, he heard this and he is secular, he knows nothing</w:t>
      </w:r>
    </w:p>
    <w:p>
      <w:r>
        <w:t>Does not know Torah, {….} faith</w:t>
      </w:r>
    </w:p>
    <w:p>
      <w:r>
        <w:t>He went with one more person in a taxi, and on that day there was such cold in America and such snow</w:t>
      </w:r>
    </w:p>
    <w:p>
      <w:r>
        <w:t>And his car broke down completely, without any.. he needs…</w:t>
      </w:r>
    </w:p>
    <w:p>
      <w:r>
        <w:t>...[Saba and the friends sing:</w:t>
      </w:r>
    </w:p>
    <w:p>
      <w:r>
        <w:t>"The rose of Jacob was cheerful and glad, when they beheld together Mordechai robed in blue..]</w:t>
      </w:r>
    </w:p>
    <w:p>
      <w:r>
        <w:t>[This is Mordechai also]</w:t>
      </w:r>
    </w:p>
    <w:p>
      <w:r>
        <w:t>[Saba and the friends continue singing:</w:t>
      </w:r>
    </w:p>
    <w:p>
      <w:r>
        <w:t>Their salvation was forever, and their hope in every generation.."]</w:t>
      </w:r>
    </w:p>
    <w:p>
      <w:r>
        <w:t>"The rose of Jacob"</w:t>
      </w:r>
    </w:p>
    <w:p>
      <w:r>
        <w:t>[The rose of Jacob]</w:t>
      </w:r>
    </w:p>
    <w:p>
      <w:r>
        <w:t>This is a great matter, a great matter, a rose, a rose is a matter, this is an exceedingly awesome matter</w:t>
      </w:r>
    </w:p>
    <w:p>
      <w:r>
        <w:t>"A rose"</w:t>
      </w:r>
    </w:p>
    <w:p>
      <w:r>
        <w:t>One sees in Tehillim</w:t>
      </w:r>
    </w:p>
    <w:p>
      <w:r>
        <w:t>[Yo]</w:t>
      </w:r>
    </w:p>
    <w:p>
      <w:r>
        <w:t>"For the conductor, upon roses"</w:t>
      </w:r>
    </w:p>
    <w:p>
      <w:r>
        <w:t>[The rose of, for the conductor]</w:t>
      </w:r>
    </w:p>
    <w:p>
      <w:r>
        <w:t>"Of Asaph," "Of David" "upon roses," roses</w:t>
      </w:r>
    </w:p>
    <w:p>
      <w:r>
        <w:t>"The rose of Jacob"..</w:t>
      </w:r>
    </w:p>
    <w:p>
      <w:r>
        <w:t>["Glad and cheerful”]</w:t>
      </w:r>
    </w:p>
    <w:p>
      <w:r>
        <w:t>This is the matter of the chosen one among the Jewish people, the rose</w:t>
      </w:r>
    </w:p>
    <w:p>
      <w:r>
        <w:t>[Yo]</w:t>
      </w:r>
    </w:p>
    <w:p>
      <w:r>
        <w:t>A rose is</w:t>
      </w:r>
    </w:p>
    <w:p>
      <w:r>
        <w:t>[On the chair above]</w:t>
      </w:r>
    </w:p>
    <w:p>
      <w:r>
        <w:t>Yes</w:t>
      </w:r>
    </w:p>
    <w:p>
      <w:r>
        <w:t>[On the chair above]</w:t>
      </w:r>
    </w:p>
    <w:p>
      <w:r>
        <w:t>And also..</w:t>
      </w:r>
    </w:p>
    <w:p>
      <w:r>
        <w:t>[From the Sipurei Maasiyos]</w:t>
      </w:r>
    </w:p>
    <w:p>
      <w:r>
        <w:t>There are roses that have around them, around them</w:t>
      </w:r>
    </w:p>
    <w:p>
      <w:r>
        <w:t>[Yo, yo, yo]</w:t>
      </w:r>
    </w:p>
    <w:p>
      <w:r>
        <w:t>Thorns grow</w:t>
      </w:r>
    </w:p>
    <w:p>
      <w:r>
        <w:t>[Yo, ho..]</w:t>
      </w:r>
    </w:p>
    <w:p>
      <w:r>
        <w:t>And the rose, it, it knows about the thorns, about the thorns..</w:t>
      </w:r>
    </w:p>
    <w:p>
      <w:r>
        <w:t>[And it has a good fragrance]</w:t>
      </w:r>
    </w:p>
    <w:p>
      <w:r>
        <w:t>{{….}}</w:t>
      </w:r>
    </w:p>
    <w:p>
      <w:r>
        <w:t>[Fragrance, yes]</w:t>
      </w:r>
    </w:p>
    <w:p>
      <w:r>
        <w:t>"The rose of Jacob"..</w:t>
      </w:r>
    </w:p>
    <w:p>
      <w:r>
        <w:t>[They guard it]</w:t>
      </w:r>
    </w:p>
    <w:p>
      <w:r>
        <w:t>This is a great matter, this is Breslov</w:t>
      </w:r>
    </w:p>
    <w:p>
      <w:r>
        <w:t>[So this is Breslov]</w:t>
      </w:r>
    </w:p>
    <w:p>
      <w:r>
        <w:t>"The rose Jacob,” "a rose,” "the rose of Jacob," the choicest of the house of Jacob</w:t>
      </w:r>
    </w:p>
    <w:p>
      <w:r>
        <w:t>"The rose of Jacob.. cheerful and glad," not only glad, "cheerful and glad"</w:t>
      </w:r>
    </w:p>
    <w:p>
      <w:r>
        <w:t>[“Cheerful and glad"]</w:t>
      </w:r>
    </w:p>
    <w:p>
      <w:r>
        <w:t>"When they beheld together Mordechai robed in blue"</w:t>
      </w:r>
    </w:p>
    <w:p>
      <w:r>
        <w:t>'Mordechai robed in blue,' Mordechai the Jew, Mordechai the tzaddik, Mordechai is the..</w:t>
      </w:r>
    </w:p>
    <w:p>
      <w:r>
        <w:t>'Mordechai robed in blue'</w:t>
      </w:r>
    </w:p>
    <w:p>
      <w:r>
        <w:t>[..]</w:t>
      </w:r>
    </w:p>
    <w:p>
      <w:r>
        <w:t>The light of Mordechai</w:t>
      </w:r>
    </w:p>
    <w:p>
      <w:r>
        <w:t>[That is how it is]</w:t>
      </w:r>
    </w:p>
    <w:p>
      <w:r>
        <w:t>{..}</w:t>
      </w:r>
    </w:p>
    <w:p>
      <w:r>
        <w:t>[This is the victory of the Jewish people]</w:t>
      </w:r>
    </w:p>
    <w:p>
      <w:r>
        <w:t>Oy, oy, oy</w:t>
      </w:r>
    </w:p>
    <w:p>
      <w:r>
        <w:t>[This is the victory of the Jewish people over Rome]</w:t>
      </w:r>
    </w:p>
    <w:p>
      <w:r>
        <w:t>[Saba continues singing:</w:t>
      </w:r>
    </w:p>
    <w:p>
      <w:r>
        <w:t>"Their salvation was forever and their hope in every generation</w:t>
      </w:r>
    </w:p>
    <w:p>
      <w:r>
        <w:t>To make known, to make known, to make known, to make known, to make known</w:t>
      </w:r>
    </w:p>
    <w:p>
      <w:r>
        <w:t>That all who hope in You will not be shamed and all who take refuge in You will never be humiliated.."]</w:t>
      </w:r>
    </w:p>
    <w:p>
      <w:r>
        <w:t>[This is not the voice that he had once; when he used to sing, the whole city would be "flowing"] [...]…</w:t>
      </w:r>
    </w:p>
    <w:p>
      <w:r>
        <w:t>...he danced on Purim</w:t>
      </w:r>
    </w:p>
    <w:p>
      <w:r>
        <w:t>[On Purim]</w:t>
      </w:r>
    </w:p>
    <w:p>
      <w:r>
        <w:t>At "to make known, to make known, to make known, to make known," he cannot move on from the word "to make known"</w:t>
      </w:r>
    </w:p>
    <w:p>
      <w:r>
        <w:t>[Saba continues singing:</w:t>
      </w:r>
    </w:p>
    <w:p>
      <w:r>
        <w:t>"To make known, to make known, to make known, to make known, to make known, to make known, to make known, to make known, to make known, that all who hope in You will not be shamed and all who take refuge in You will never be humiliated.."]</w:t>
      </w:r>
    </w:p>
    <w:p>
      <w:r>
        <w:t>This is such strengthening, Purim is light, the light of Moshiach, the light of {. .}</w:t>
      </w:r>
    </w:p>
    <w:p>
      <w:r>
        <w:t>[Yes, this is what Rebbe Nachman wrote, Purim, Purim and Chanukah]</w:t>
      </w:r>
    </w:p>
    <w:p>
      <w:r>
        <w:t>{..}, yes, yes</w:t>
      </w:r>
    </w:p>
    <w:p>
      <w:r>
        <w:t>[Purim and Chanukah]</w:t>
      </w:r>
    </w:p>
    <w:p>
      <w:r>
        <w:t>{You already know}</w:t>
      </w:r>
    </w:p>
    <w:p>
      <w:r>
        <w:t>[Rebbe..]</w:t>
      </w:r>
    </w:p>
    <w:p>
      <w:r>
        <w:t>{There will be} time yet to make known to the whole wor.. to make known</w:t>
      </w:r>
    </w:p>
    <w:p>
      <w:r>
        <w:t>[To the whole world]</w:t>
      </w:r>
    </w:p>
    <w:p>
      <w:r>
        <w:t>Yes</w:t>
      </w:r>
    </w:p>
    <w:p>
      <w:r>
        <w:t>[In America, to Russia, to Gorbachev in Russia, to.. to.. to.. to.. in China, in China there is there, in India] {…}</w:t>
      </w:r>
    </w:p>
    <w:p>
      <w:r>
        <w:t>[To Gandhi]</w:t>
      </w:r>
    </w:p>
    <w:p>
      <w:r>
        <w:t>He makes known</w:t>
      </w:r>
    </w:p>
    <w:p>
      <w:r>
        <w:t>[Abba, but afterward you cannot breathe]</w:t>
      </w:r>
    </w:p>
    <w:p>
      <w:r>
        <w:t>[Ah, good]</w:t>
      </w:r>
    </w:p>
    <w:p>
      <w:r>
        <w:t>[He has..] good, good</w:t>
      </w:r>
    </w:p>
    <w:p>
      <w:r>
        <w:t>[... in..]…</w:t>
      </w:r>
    </w:p>
    <w:p>
      <w:r>
        <w:t>...[…]</w:t>
      </w:r>
    </w:p>
    <w:p>
      <w:r>
        <w:t>[Abba, perhaps the..]…</w:t>
      </w:r>
    </w:p>
    <w:p>
      <w:r>
        <w:t>...[….]</w:t>
      </w:r>
    </w:p>
    <w:p>
      <w:r>
        <w:t>[Baruch Hashem, better and better, better and better]</w:t>
      </w:r>
    </w:p>
    <w:p>
      <w:r>
        <w:t>[Better and better, nu, Rebbe, better and better]</w:t>
      </w:r>
    </w:p>
    <w:p>
      <w:r>
        <w:t>Baruch Hashem</w:t>
      </w:r>
    </w:p>
    <w:p>
      <w:r>
        <w:t>[One sees that this.. they said four months ago that..]</w:t>
      </w:r>
    </w:p>
    <w:p>
      <w:r>
        <w:t>You know, I heard, I heard from several, from Yaakov, that they say</w:t>
      </w:r>
    </w:p>
    <w:p>
      <w:r>
        <w:t>[Yes]</w:t>
      </w:r>
    </w:p>
    <w:p>
      <w:r>
        <w:t>That the note and the amulets, I do not want to say what they say</w:t>
      </w:r>
    </w:p>
    <w:p>
      <w:r>
        <w:t>[They do not know what.. {….}, they do not know, they do not know, {….}, that God should give..]</w:t>
      </w:r>
    </w:p>
    <w:p>
      <w:r>
        <w:t>[….]</w:t>
      </w:r>
    </w:p>
    <w:p>
      <w:r>
        <w:t>[That God should give understanding, nu, what do we know, we..]</w:t>
      </w:r>
    </w:p>
    <w:p>
      <w:r>
        <w:t>[{All year}]</w:t>
      </w:r>
    </w:p>
    <w:p>
      <w:r>
        <w:t>[And we are searching for the true tzaddik]</w:t>
      </w:r>
    </w:p>
    <w:p>
      <w:r>
        <w:t>Ho, if only we merit to find him</w:t>
      </w:r>
    </w:p>
    <w:p>
      <w:r>
        <w:t>[Next Sunday?]</w:t>
      </w:r>
    </w:p>
    <w:p>
      <w:r>
        <w:t>If one searches, one finds</w:t>
      </w:r>
    </w:p>
    <w:p>
      <w:r>
        <w:t>[…..]</w:t>
      </w:r>
    </w:p>
    <w:p>
      <w:r>
        <w:t>[Next Sunday]</w:t>
      </w:r>
    </w:p>
    <w:p>
      <w:r>
        <w:t>[Nu, but..]</w:t>
      </w:r>
    </w:p>
    <w:p>
      <w:r>
        <w:t>If one truly searches</w:t>
      </w:r>
    </w:p>
    <w:p>
      <w:r>
        <w:t>[And the Americans..]</w:t>
      </w:r>
    </w:p>
    <w:p>
      <w:r>
        <w:t>[Truly, I all, all my life I searched for the true tzaddik]…</w:t>
      </w:r>
    </w:p>
    <w:p>
      <w:r>
        <w:t>[{…..}.. whenever it is convenient for you, another two weeks, another three</w:t>
      </w:r>
    </w:p>
    <w:p>
      <w:r>
        <w:t>And as for this, also prepare for me the background of the story, all.. no, I will prepare it</w:t>
      </w:r>
    </w:p>
    <w:p>
      <w:r>
        <w:t>Because they want to write it, what it will be about and what it concerns]</w:t>
      </w:r>
    </w:p>
    <w:p>
      <w:r>
        <w:t>[We have it in English]</w:t>
      </w:r>
    </w:p>
    <w:p>
      <w:r>
        <w:t>[About the letter..]…</w:t>
      </w:r>
    </w:p>
    <w:p>
      <w:r>
        <w:t>...{...} to make known what {this is? this is}..</w:t>
      </w:r>
    </w:p>
    <w:p>
      <w:r>
        <w:t>It entered my soul and it will not, no, it will not leave me ever and forever</w:t>
      </w:r>
    </w:p>
    <w:p>
      <w:r>
        <w:t>[…………..]</w:t>
      </w:r>
    </w:p>
    <w:p>
      <w:r>
        <w:t>[{….} I am waiting, when you want to walk in the forest..]</w:t>
      </w:r>
    </w:p>
    <w:p>
      <w:r>
        <w:t>{..}</w:t>
      </w:r>
    </w:p>
    <w:p>
      <w:r>
        <w:t>[When you want..]</w:t>
      </w:r>
    </w:p>
    <w:p>
      <w:r>
        <w:t>Now I.., oy</w:t>
      </w:r>
    </w:p>
    <w:p>
      <w:r>
        <w:t>[Now.. now cannot, we..]</w:t>
      </w:r>
    </w:p>
    <w:p>
      <w:r>
        <w:t>Good, good, good, good, oy vey...</w:t>
      </w:r>
    </w:p>
    <w:p>
      <w:r>
        <w:t>...oy, oy, oy</w:t>
      </w:r>
    </w:p>
    <w:p>
      <w:r>
        <w:t>[A little more milk?]</w:t>
      </w:r>
    </w:p>
    <w:p>
      <w:r>
        <w:t>Only I, my back, I know</w:t>
      </w:r>
    </w:p>
    <w:p>
      <w:r>
        <w:t>[Saba, shalom]</w:t>
      </w:r>
    </w:p>
    <w:p>
      <w:r>
        <w:t>Ah, shalom aleichem</w:t>
      </w:r>
    </w:p>
    <w:p>
      <w:r>
        <w:t>[Aharon, Aharon called me]</w:t>
      </w:r>
    </w:p>
    <w:p>
      <w:r>
        <w:t>Nu</w:t>
      </w:r>
    </w:p>
    <w:p>
      <w:r>
        <w:t>[In Shilo, in Shilo]</w:t>
      </w:r>
    </w:p>
    <w:p>
      <w:r>
        <w:t>Shilo</w:t>
      </w:r>
    </w:p>
    <w:p>
      <w:r>
        <w:t>[On Sunday there will be children there from first grade through sixth grade]</w:t>
      </w:r>
    </w:p>
    <w:p>
      <w:r>
        <w:t>Nu</w:t>
      </w:r>
    </w:p>
    <w:p>
      <w:r>
        <w:t>[Children from age..]</w:t>
      </w:r>
    </w:p>
    <w:p>
      <w:r>
        <w:t>Small children</w:t>
      </w:r>
    </w:p>
    <w:p>
      <w:r>
        <w:t>[From age 10 to 12, or 8 to 12]</w:t>
      </w:r>
    </w:p>
    <w:p>
      <w:r>
        <w:t>Good</w:t>
      </w:r>
    </w:p>
    <w:p>
      <w:r>
        <w:t>[So yes, we want, but he told me that we should convey to you, that you should be</w:t>
      </w:r>
    </w:p>
    <w:p>
      <w:r>
        <w:t>Prepare yourselves that you are speaking with children]</w:t>
      </w:r>
    </w:p>
    <w:p>
      <w:r>
        <w:t>Speaking, to speak with children?</w:t>
      </w:r>
    </w:p>
    <w:p>
      <w:r>
        <w:t>[About "Stories of Ancient Times," the holy Rabbainu]</w:t>
      </w:r>
    </w:p>
    <w:p>
      <w:r>
        <w:t>{..}, nu, Hashem should {help} us with words</w:t>
      </w:r>
    </w:p>
    <w:p>
      <w:r>
        <w:t>We in these generations, we are completely far from everything</w:t>
      </w:r>
    </w:p>
    <w:p>
      <w:r>
        <w:t>[Yes]</w:t>
      </w:r>
    </w:p>
    <w:p>
      <w:r>
        <w:t>That is the truth</w:t>
      </w:r>
    </w:p>
    <w:p>
      <w:r>
        <w:t>[Yes, yes]</w:t>
      </w:r>
    </w:p>
    <w:p>
      <w:r>
        <w:t>Nu, and nevertheless Hashem is merciful, "Hashem's kindnesses, for we have not been consumed"</w:t>
      </w:r>
    </w:p>
    <w:p>
      <w:r>
        <w:t>Even in these generations, even as we are</w:t>
      </w:r>
    </w:p>
    <w:p>
      <w:r>
        <w:t>If we seek truth, not honor, no, do not pursue, do not want honor and do not pursue honor</w:t>
      </w:r>
    </w:p>
    <w:p>
      <w:r>
        <w:t>Then this is reck.. also taken into account even in these generations</w:t>
      </w:r>
    </w:p>
    <w:p>
      <w:r>
        <w:t>Then we need only surrender ourselves to Hashem</w:t>
      </w:r>
    </w:p>
    <w:p>
      <w:r>
        <w:t>That He should help us merit to speak words of grace, words of faith</w:t>
      </w:r>
    </w:p>
    <w:p>
      <w:r>
        <w:t>Because we are completely far, it is all through kindness, everything in truth and everything through kindness, yes, that is truth</w:t>
      </w:r>
    </w:p>
    <w:p>
      <w:r>
        <w:t>[Yes, undeserved kindness]</w:t>
      </w:r>
    </w:p>
    <w:p>
      <w:r>
        <w:t>Even we adults, we, who imagine that we want, that we, that we.. yes</w:t>
      </w:r>
    </w:p>
    <w:p>
      <w:r>
        <w:t>Nevertheless, if we conduct our matter in a manner like, in a fixed manner, in an ordinary manner</w:t>
      </w:r>
    </w:p>
    <w:p>
      <w:r>
        <w:t>[Yes, yes]</w:t>
      </w:r>
    </w:p>
    <w:p>
      <w:r>
        <w:t>"Goodbye, good.. yes”</w:t>
      </w:r>
    </w:p>
    <w:p>
      <w:r>
        <w:t>But, but the main thing is that the heart should burn so much for Hashem</w:t>
      </w:r>
    </w:p>
    <w:p>
      <w:r>
        <w:t>"Perhaps when I meet with Leizer or with Yisroel Ber, perhaps some good will come of it, to draw close to Hashem"</w:t>
      </w:r>
    </w:p>
    <w:p>
      <w:r>
        <w:t>This, if not for this, only in an ordinary manner, {I …..}</w:t>
      </w:r>
    </w:p>
    <w:p>
      <w:r>
        <w:t>[Please, Sharon..]</w:t>
      </w:r>
    </w:p>
    <w:p>
      <w:r>
        <w:t>{……}</w:t>
      </w:r>
    </w:p>
    <w:p>
      <w:r>
        <w:t>[Please, drink]</w:t>
      </w:r>
    </w:p>
    <w:p>
      <w:r>
        <w:t>Oy, oy, oy..</w:t>
      </w:r>
    </w:p>
    <w:p>
      <w:r>
        <w:t>[They are standing and talking, so I suggested to them..]</w:t>
      </w:r>
    </w:p>
    <w:p>
      <w:r>
        <w:t>Oy, bring me the pillow fr.. fr.. my pillow from my head..</w:t>
      </w:r>
    </w:p>
    <w:p>
      <w:r>
        <w:t>[….]</w:t>
      </w:r>
    </w:p>
    <w:p>
      <w:r>
        <w:t>Oy, I, I, I think {about this}, yesterday there was with me, {yes}, a large crowd</w:t>
      </w:r>
    </w:p>
    <w:p>
      <w:r>
        <w:t>[A large crowd]</w:t>
      </w:r>
    </w:p>
    <w:p>
      <w:r>
        <w:t>Many students, many Chassidim</w:t>
      </w:r>
    </w:p>
    <w:p>
      <w:r>
        <w:t>[No, no, no, no, no, no, no..]</w:t>
      </w:r>
    </w:p>
    <w:p>
      <w:r>
        <w:t>And I truly if, if.. I truly, I truly</w:t>
      </w:r>
    </w:p>
    <w:p>
      <w:r>
        <w:t>I am not of this type, to come to me to ask a {request}</w:t>
      </w:r>
    </w:p>
    <w:p>
      <w:r>
        <w:t>[No, we want people to..]</w:t>
      </w:r>
    </w:p>
    <w:p>
      <w:r>
        <w:t>But nevertheless, what, what did you say, ah, good, good, good, good</w:t>
      </w:r>
    </w:p>
    <w:p>
      <w:r>
        <w:t>It is good that I saw, I, I did not notice, oy vey</w:t>
      </w:r>
    </w:p>
    <w:p>
      <w:r>
        <w:t>The main thing is.. I, I remember my matter, my bond with Rebbe Yisroel (Kardonner)</w:t>
      </w:r>
    </w:p>
    <w:p>
      <w:r>
        <w:t>It was {…. …}, I was..</w:t>
      </w:r>
    </w:p>
    <w:p>
      <w:r>
        <w:t>[Renewed]</w:t>
      </w:r>
    </w:p>
    <w:p>
      <w:r>
        <w:t>All the time, all the years I literally could not, I could not go a moment without Rebbe Yisroel (Kardonner)</w:t>
      </w:r>
    </w:p>
    <w:p>
      <w:r>
        <w:t>I could not live without Rebbe Yisroel (Kardonner)</w:t>
      </w:r>
    </w:p>
    <w:p>
      <w:r>
        <w:t>Because there was such a bond and such a love between us that is unique in the world, that this is not, not ordinary</w:t>
      </w:r>
    </w:p>
    <w:p>
      <w:r>
        <w:t>Because our matter, my entire intention was not for the sake of giving honor to Rebbe Yisroel (Kardonner)</w:t>
      </w:r>
    </w:p>
    <w:p>
      <w:r>
        <w:t>My entire intention was..</w:t>
      </w:r>
    </w:p>
    <w:p>
      <w:r>
        <w:t>[To be renewed..]</w:t>
      </w:r>
    </w:p>
    <w:p>
      <w:r>
        <w:t>To seek, to seek, perhaps I will find some light, perhaps he can bring me some light</w:t>
      </w:r>
    </w:p>
    <w:p>
      <w:r>
        <w:t>How, how to serve Hashem in truth, that is the main thing</w:t>
      </w:r>
    </w:p>
    <w:p>
      <w:r>
        <w:t>And he too, the same thing, he did not desire a disciple like me</w:t>
      </w:r>
    </w:p>
    <w:p>
      <w:r>
        <w:t>Only for this, perhaps he would succeed in illuminating within me some, some spark from the holy Rabbainu</w:t>
      </w:r>
    </w:p>
    <w:p>
      <w:r>
        <w:t>So that I would have benefit in this world and in the World to Come, this was the main point of our intention and the main point of our bond</w:t>
      </w:r>
    </w:p>
    <w:p>
      <w:r>
        <w:t>Because of this we succeeded, that it has permanence</w:t>
      </w:r>
    </w:p>
    <w:p>
      <w:r>
        <w:t>It has already been seventy years since Rebbe Yisroel (Kardonner), {already, nu}.. and his matter has not ceased</w:t>
      </w:r>
    </w:p>
    <w:p>
      <w:r>
        <w:t>He, he began with me, began much earlier before me</w:t>
      </w:r>
    </w:p>
    <w:p>
      <w:r>
        <w:t>But this was the whole, the main point of his work, his goal, to leave in this world..</w:t>
      </w:r>
    </w:p>
    <w:p>
      <w:r>
        <w:t>[..]</w:t>
      </w:r>
    </w:p>
    <w:p>
      <w:r>
        <w:t>The light of Rabbainu..</w:t>
      </w:r>
    </w:p>
    <w:p>
      <w:r>
        <w:t>[..]</w:t>
      </w:r>
    </w:p>
    <w:p>
      <w:r>
        <w:t>To bring it into people</w:t>
      </w:r>
    </w:p>
    <w:p>
      <w:r>
        <w:t>[Yes, yes]</w:t>
      </w:r>
    </w:p>
    <w:p>
      <w:r>
        <w:t>Because these people will tell his fellow, {…}, yes</w:t>
      </w:r>
    </w:p>
    <w:p>
      <w:r>
        <w:t>[A new world]</w:t>
      </w:r>
    </w:p>
    <w:p>
      <w:r>
        <w:t>{I will have\ and these} disciples, will make other disciples</w:t>
      </w:r>
    </w:p>
    <w:p>
      <w:r>
        <w:t>And this was his main intention, not to increase his honor and to publicize</w:t>
      </w:r>
    </w:p>
    <w:p>
      <w:r>
        <w:t>That he should be famous - "Rebbe Yisroel, Rebbe Yisroel..”</w:t>
      </w:r>
    </w:p>
    <w:p>
      <w:r>
        <w:t>This, on the contrary, from this aspect he was so modest that there is, there is no modesty like this in the world, he was modest, that he did not know..</w:t>
      </w:r>
    </w:p>
    <w:p>
      <w:r>
        <w:t>He wept before Hashem and he served Hashem with all his strength, with all his soul and all his might</w:t>
      </w:r>
    </w:p>
    <w:p>
      <w:r>
        <w:t>As it is written, "with all your hearts, and with all your souls"</w:t>
      </w:r>
    </w:p>
    <w:p>
      <w:r>
        <w:t>Not only did he say it, he was accustomed to say it like this, yes</w:t>
      </w:r>
    </w:p>
    <w:p>
      <w:r>
        <w:t>[Oy, oy, oy]</w:t>
      </w:r>
    </w:p>
    <w:p>
      <w:r>
        <w:t>And he.., but we too, if we want to succeed, then we need to seek truth</w:t>
      </w:r>
    </w:p>
    <w:p>
      <w:r>
        <w:t>In every matter, only truth</w:t>
      </w:r>
    </w:p>
    <w:p>
      <w:r>
        <w:t>"I want to walk four amos or more, so that perhaps through this</w:t>
      </w:r>
    </w:p>
    <w:p>
      <w:r>
        <w:t>I will merit to hear some word that will be of benefit to me for serving Hashem"</w:t>
      </w:r>
    </w:p>
    <w:p>
      <w:r>
        <w:t>This is the main vitality, not as usual, people are accustomed to travel to an Admor</w:t>
      </w:r>
    </w:p>
    <w:p>
      <w:r>
        <w:t>[Yes, yes, God forbid]</w:t>
      </w:r>
    </w:p>
    <w:p>
      <w:r>
        <w:t>But, {….}</w:t>
      </w:r>
    </w:p>
    <w:p>
      <w:r>
        <w:t>[Baruch Hashem, no, I was not raised among Chassidim, I was not raised</w:t>
      </w:r>
    </w:p>
    <w:p>
      <w:r>
        <w:t>I do not know their customs, I did not grow up among Chassidim</w:t>
      </w:r>
    </w:p>
    <w:p>
      <w:r>
        <w:t>I do not know Chassidic groups]</w:t>
      </w:r>
    </w:p>
    <w:p>
      <w:r>
        <w:t>Oy vey, vey, oy, that is truth</w:t>
      </w:r>
    </w:p>
    <w:p>
      <w:r>
        <w:t>And Rabbainu's matter is only truth</w:t>
      </w:r>
    </w:p>
    <w:p>
      <w:r>
        <w:t>Again, more, more.. good</w:t>
      </w:r>
    </w:p>
    <w:p>
      <w:r>
        <w:t>{"When will I, I perform miracles”}</w:t>
      </w:r>
    </w:p>
    <w:p>
      <w:r>
        <w:t>This..</w:t>
      </w:r>
    </w:p>
    <w:p>
      <w:r>
        <w:t>[Yes, yes]</w:t>
      </w:r>
    </w:p>
    <w:p>
      <w:r>
        <w:t>This is only Rabbainu's matter, it, it is truth</w:t>
      </w:r>
    </w:p>
    <w:p>
      <w:r>
        <w:t>It is such pure and clear truth, that there has not yet been such truth in the world</w:t>
      </w:r>
    </w:p>
    <w:p>
      <w:r>
        <w:t>All the tzaddikim walk in the ways of truth</w:t>
      </w:r>
    </w:p>
    <w:p>
      <w:r>
        <w:t>But there is truth, there is, there is {. . .}, yes</w:t>
      </w:r>
    </w:p>
    <w:p>
      <w:r>
        <w:t>Rabbainu's truth is the ultimate perfection, after which there is no perfection</w:t>
      </w:r>
    </w:p>
    <w:p>
      <w:r>
        <w:t>His work in the matter, the matter of our bond with Rabbainu</w:t>
      </w:r>
    </w:p>
    <w:p>
      <w:r>
        <w:t>It is only truth, as I was with Rebbe Yisroel (Kardonner)</w:t>
      </w:r>
    </w:p>
    <w:p>
      <w:r>
        <w:t>He was, he believed in Rabbainu, that truly he, he believed, yes</w:t>
      </w:r>
    </w:p>
    <w:p>
      <w:r>
        <w:t>False faith is nothing, a faith of falsehood "I believe”</w:t>
      </w:r>
    </w:p>
    <w:p>
      <w:r>
        <w:t>But it is nothing, it is worth nothing, on the contrary, it causes harm, it, it is nothing</w:t>
      </w:r>
    </w:p>
    <w:p>
      <w:r>
        <w:t>The holy Rabbainu said:</w:t>
      </w:r>
    </w:p>
    <w:p>
      <w:r>
        <w:t>"Before the coming of Moshiach, in the final generations, there will be two klipos," this is what Rabbainu says</w:t>
      </w:r>
    </w:p>
    <w:p>
      <w:r>
        <w:t>"One klipah - heresy</w:t>
      </w:r>
    </w:p>
    <w:p>
      <w:r>
        <w:t>Not to believe in the Torah, {..} mitzvos, {to truly draw close} to Hashem</w:t>
      </w:r>
    </w:p>
    <w:p>
      <w:r>
        <w:t>'Heresy,' this is one klipah</w:t>
      </w:r>
    </w:p>
    <w:p>
      <w:r>
        <w:t>And the second klipah - it is the false beliefs"</w:t>
      </w:r>
    </w:p>
    <w:p>
      <w:r>
        <w:t>There are two klipos, 'heresy,' and 'faith, false beliefs,' yes</w:t>
      </w:r>
    </w:p>
    <w:p>
      <w:r>
        <w:t>But both of them are klipos, this is still the aspect of Amalek</w:t>
      </w:r>
    </w:p>
    <w:p>
      <w:r>
        <w:t>This, this is not.. it has no permanence and nothing comes out of it, on the contrary, it causes harm</w:t>
      </w:r>
    </w:p>
    <w:p>
      <w:r>
        <w:t>And the holy Rabbainu is faith, such pure faith that there has not yet been in the world</w:t>
      </w:r>
    </w:p>
    <w:p>
      <w:r>
        <w:t>For only he can bring into our hearts the ultimate end</w:t>
      </w:r>
    </w:p>
    <w:p>
      <w:r>
        <w:t>The truth, that the main thing is to serve Hashem, without..</w:t>
      </w:r>
    </w:p>
    <w:p>
      <w:r>
        <w:t>{..}, without, without pursuing honor and publicity</w:t>
      </w:r>
    </w:p>
    <w:p>
      <w:r>
        <w:t>Because with, with, with honor and publicity, then there is nothing, it is, it is false beliefs</w:t>
      </w:r>
    </w:p>
    <w:p>
      <w:r>
        <w:t>This is not, this, this is not truth</w:t>
      </w:r>
    </w:p>
    <w:p>
      <w:r>
        <w:t>[Abba..]</w:t>
      </w:r>
    </w:p>
    <w:p>
      <w:r>
        <w:t>I remember..</w:t>
      </w:r>
    </w:p>
    <w:p>
      <w:r>
        <w:t>[Do you want a cup of tea?]</w:t>
      </w:r>
    </w:p>
    <w:p>
      <w:r>
        <w:t>Eh?</w:t>
      </w:r>
    </w:p>
    <w:p>
      <w:r>
        <w:t>[No, no, Abba, I do not want to give this]</w:t>
      </w:r>
    </w:p>
    <w:p>
      <w:r>
        <w:t>Eh..</w:t>
      </w:r>
    </w:p>
    <w:p>
      <w:r>
        <w:t>[He will drink tea, Abba..]</w:t>
      </w:r>
    </w:p>
    <w:p>
      <w:r>
        <w:t>Nu</w:t>
      </w:r>
    </w:p>
    <w:p>
      <w:r>
        <w:t>[A cup of tea?]</w:t>
      </w:r>
    </w:p>
    <w:p>
      <w:r>
        <w:t>Good, a cup of tea</w:t>
      </w:r>
    </w:p>
    <w:p>
      <w:r>
        <w:t>[You said so]</w:t>
      </w:r>
    </w:p>
    <w:p>
      <w:r>
        <w:t>Maybe a cup, a cup</w:t>
      </w:r>
    </w:p>
    <w:p>
      <w:r>
        <w:t>[Beer?]</w:t>
      </w:r>
    </w:p>
    <w:p>
      <w:r>
        <w:t>Coffee? No, no, I already drank beer</w:t>
      </w:r>
    </w:p>
    <w:p>
      <w:r>
        <w:t>[Yes]</w:t>
      </w:r>
    </w:p>
    <w:p>
      <w:r>
        <w:t>I want that I should have the stomach, {I do not, I know}, then hot, hot</w:t>
      </w:r>
    </w:p>
    <w:p>
      <w:r>
        <w:t>[..]</w:t>
      </w:r>
    </w:p>
    <w:p>
      <w:r>
        <w:t>Coffee, coffee with milk, for me this is {...}</w:t>
      </w:r>
    </w:p>
    <w:p>
      <w:r>
        <w:t>[Then I will make you coffee on milk, as I always make]</w:t>
      </w:r>
    </w:p>
    <w:p>
      <w:r>
        <w:t>No, no, no</w:t>
      </w:r>
    </w:p>
    <w:p>
      <w:r>
        <w:t>[Why?]</w:t>
      </w:r>
    </w:p>
    <w:p>
      <w:r>
        <w:t>Coffee with m.., coffee with milk, as coffee is made</w:t>
      </w:r>
    </w:p>
    <w:p>
      <w:r>
        <w:t>[Regular]</w:t>
      </w:r>
    </w:p>
    <w:p>
      <w:r>
        <w:t>Yes</w:t>
      </w:r>
    </w:p>
    <w:p>
      <w:r>
        <w:t>[Good]</w:t>
      </w:r>
    </w:p>
    <w:p>
      <w:r>
        <w:t>Oy, Master of the World, oy, Master of the World</w:t>
      </w:r>
    </w:p>
    <w:p>
      <w:r>
        <w:t>We, if we say, merit to say "Likutay Tefilos"</w:t>
      </w:r>
    </w:p>
    <w:p>
      <w:r>
        <w:t>And "Likutay Eitzos,"</w:t>
      </w:r>
    </w:p>
    <w:p>
      <w:r>
        <w:t>"Likutay Halachos"</w:t>
      </w:r>
    </w:p>
    <w:p>
      <w:r>
        <w:t>"Likutay Moharan"</w:t>
      </w:r>
    </w:p>
    <w:p>
      <w:r>
        <w:t>This is everything, this is all our hope and all our vitality and all our Yiddishkeit, and everything</w:t>
      </w:r>
    </w:p>
    <w:p>
      <w:r>
        <w:t>[Saba..]</w:t>
      </w:r>
    </w:p>
    <w:p>
      <w:r>
        <w:t>Everything, everything here {…}</w:t>
      </w:r>
    </w:p>
    <w:p>
      <w:r>
        <w:t>[I want to make a confession of words]</w:t>
      </w:r>
    </w:p>
    <w:p>
      <w:r>
        <w:t>And but, but it depends in our hands, this is {p’ in the writings}, yes</w:t>
      </w:r>
    </w:p>
    <w:p>
      <w:r>
        <w:t>It comes out comes out, comes out and comes out, what we do not, do not grasp</w:t>
      </w:r>
    </w:p>
    <w:p>
      <w:r>
        <w:t>But everything depends in our hands</w:t>
      </w:r>
    </w:p>
    <w:p>
      <w:r>
        <w:t>Everything depends in our hands according to how we are prepared to give over our souls to seek the truth</w:t>
      </w:r>
    </w:p>
    <w:p>
      <w:r>
        <w:t>Not, God forbid, to be stuck in honor, and publicity and the vanities of this world</w:t>
      </w:r>
    </w:p>
    <w:p>
      <w:r>
        <w:t>This, this is all nothing, worth nothing</w:t>
      </w:r>
    </w:p>
    <w:p>
      <w:r>
        <w:t>I saw the truth, Rebbe Yisroel (Kardonner)</w:t>
      </w:r>
    </w:p>
    <w:p>
      <w:r>
        <w:t>I was raised among the great ones of Israel</w:t>
      </w:r>
    </w:p>
    <w:p>
      <w:r>
        <w:t>And certainly a man, an upright man, they would study Torah and were upright and they wanted, but they had no vessels</w:t>
      </w:r>
    </w:p>
    <w:p>
      <w:r>
        <w:t>"There is no craftsman without tools”</w:t>
      </w:r>
    </w:p>
    <w:p>
      <w:r>
        <w:t>They did not have this, they were opponents, they were opponents, so they did not have, they did not have anything, but in truth, if they had been truly upright people</w:t>
      </w:r>
    </w:p>
    <w:p>
      <w:r>
        <w:t>They would, they would have fled {from false beliefs in..} in the holy Rabbainu</w:t>
      </w:r>
    </w:p>
    <w:p>
      <w:r>
        <w:t>And they would have merited to see Rabbainu’s light and would not have been opponents</w:t>
      </w:r>
    </w:p>
    <w:p>
      <w:r>
        <w:t>As Reb Motel, in the end he, he {became}, he, he, he nullified the opposition</w:t>
      </w:r>
    </w:p>
    <w:p>
      <w:r>
        <w:t>He, he is afraid, he was an upright man and he wanted {….}</w:t>
      </w:r>
    </w:p>
    <w:p>
      <w:r>
        <w:t>But because of this Hashem had mercy on him and he did teshuvah in his lifetime</w:t>
      </w:r>
    </w:p>
    <w:p>
      <w:r>
        <w:t>He did teshuvah, teshuvah of teshuvah, this is {….}, this is a great teshuvah</w:t>
      </w:r>
    </w:p>
    <w:p>
      <w:r>
        <w:t>Because he was their Admor, and all of them were immersed from generation to generation, from generation generation in opposition, and even when he said that he was not an opponent, then they did not, in this they did not, did not look to him—in other matters, yes, but in this, that he said he was not an opponent</w:t>
      </w:r>
    </w:p>
    <w:p>
      <w:r>
        <w:t>"What? Who are you? There were such great ones and they were opponents.."</w:t>
      </w:r>
    </w:p>
    <w:p>
      <w:r>
        <w:t>And they did not accept it from him</w:t>
      </w:r>
    </w:p>
    <w:p>
      <w:r>
        <w:t>[“He is Breslov, what is this?”]</w:t>
      </w:r>
    </w:p>
    <w:p>
      <w:r>
        <w:t>But if he had, had merited, if he had sought truth</w:t>
      </w:r>
    </w:p>
    <w:p>
      <w:r>
        <w:t>What is truth?</w:t>
      </w:r>
    </w:p>
    <w:p>
      <w:r>
        <w:t>Not for me, everything, the Torah is not for, for my honor..</w:t>
      </w:r>
    </w:p>
    <w:p>
      <w:r>
        <w:t>[..]</w:t>
      </w:r>
    </w:p>
    <w:p>
      <w:r>
        <w:t>And not for my sons, not for my generations, and not for the "name"</w:t>
      </w:r>
    </w:p>
    <w:p>
      <w:r>
        <w:t>And not so there will be.., there will be honor and money, livelihood and money</w:t>
      </w:r>
    </w:p>
    <w:p>
      <w:r>
        <w:t>Because among the world, as long as they live, they know that money is nothing</w:t>
      </w:r>
    </w:p>
    <w:p>
      <w:r>
        <w:t>But as long as a person lives he, he wants money, yes, money and honor, two things</w:t>
      </w:r>
    </w:p>
    <w:p>
      <w:r>
        <w:t>And it is impossible to get out of this except through the ‘Ba’al Tefillah’</w:t>
      </w:r>
    </w:p>
    <w:p>
      <w:r>
        <w:t>He takes one out of money and out of the desires and out of all the sins and from.. this is the main rectification, yes</w:t>
      </w:r>
    </w:p>
    <w:p>
      <w:r>
        <w:t>The ‘Ba’al Tefillah,’ {this is about me}</w:t>
      </w:r>
    </w:p>
    <w:p>
      <w:r>
        <w:t>He.. we, I, am I saying it to you or to you?</w:t>
      </w:r>
    </w:p>
    <w:p>
      <w:r>
        <w:t>I say to me, to myself, I know that I am far from all this</w:t>
      </w:r>
    </w:p>
    <w:p>
      <w:r>
        <w:t>Rebbe Yisroel (Kardonner), he was Rebbe Yisroel (Kardonner)</w:t>
      </w:r>
    </w:p>
    <w:p>
      <w:r>
        <w:t>But I too could have been more than Rebbe Yisroel (Kardonner), yes, this is the holy Rabbainu, he..</w:t>
      </w:r>
    </w:p>
    <w:p>
      <w:r>
        <w:t>{{And this is me}}.., the truth does not accept</w:t>
      </w:r>
    </w:p>
    <w:p>
      <w:r>
        <w:t>He, when he gives gifts, he gives to something that he longs for, that he cries, he longs, then he has m.., he gives gifts, he comes to the wedding and he gives gifts</w:t>
      </w:r>
    </w:p>
    <w:p>
      <w:r>
        <w:t>And they said:</w:t>
      </w:r>
    </w:p>
    <w:p>
      <w:r>
        <w:t>"If.. where do we get the beggar? Where do we get him? How do we t.. how do we take the beggar here? If he were here at the wedding, sheva brachos..</w:t>
      </w:r>
    </w:p>
    <w:p>
      <w:r>
        <w:t>[…]</w:t>
      </w:r>
    </w:p>
    <w:p>
      <w:r>
        <w:t>He would have been, he would have been very happy”</w:t>
      </w:r>
    </w:p>
    <w:p>
      <w:r>
        <w:t>If he were here, he would have been very happy”</w:t>
      </w:r>
    </w:p>
    <w:p>
      <w:r>
        <w:t>What is joy?</w:t>
      </w:r>
    </w:p>
    <w:p>
      <w:r>
        <w:t>What is the joy? Money..</w:t>
      </w:r>
    </w:p>
    <w:p>
      <w:r>
        <w:t>[..]</w:t>
      </w:r>
    </w:p>
    <w:p>
      <w:r>
        <w:t>Or honor? What is joy?</w:t>
      </w:r>
    </w:p>
    <w:p>
      <w:r>
        <w:t>The joy is only pure and clear truth</w:t>
      </w:r>
    </w:p>
    <w:p>
      <w:r>
        <w:t>We, there is already everything in the world that we need, and this, but it is in our hands</w:t>
      </w:r>
    </w:p>
    <w:p>
      <w:r>
        <w:t>From his side, from Rabbainu’s side, he is prepared to give us all the gifts</w:t>
      </w:r>
    </w:p>
    <w:p>
      <w:r>
        <w:t>{Yes, yes, such, everything}</w:t>
      </w:r>
    </w:p>
    <w:p>
      <w:r>
        <w:t>More than Rebbe Yisroel (Kardonner)</w:t>
      </w:r>
    </w:p>
    <w:p>
      <w:r>
        <w:t>But it depends, everything is in our hands according to the desire, according to how prepared we are to sacrifice the..</w:t>
      </w:r>
    </w:p>
    <w:p>
      <w:r>
        <w:t>Everything that is ours for the sake of Hashem</w:t>
      </w:r>
    </w:p>
    <w:p>
      <w:r>
        <w:t>And the main thing is not, not, not to pay attention, to look at the vanities of this world, at the entire world</w:t>
      </w:r>
    </w:p>
    <w:p>
      <w:r>
        <w:t>Only at the truth, the truth is only to pray..</w:t>
      </w:r>
    </w:p>
    <w:p>
      <w:r>
        <w:t>To merit to pray to Hashem with faith and truth, with simplicity</w:t>
      </w:r>
    </w:p>
    <w:p>
      <w:r>
        <w:t>Nu, but how do we, how, how do we pray, how {you}, our prayer, yes</w:t>
      </w:r>
    </w:p>
    <w:p>
      <w:r>
        <w:t>And all our service, this, this has not yet reached even a drop of the sea of what Rabbainu wants</w:t>
      </w:r>
    </w:p>
    <w:p>
      <w:r>
        <w:t>But it is forbidden to fall, and not to think…</w:t>
      </w:r>
    </w:p>
    <w:p>
      <w:r>
        <w:br w:type="page"/>
      </w:r>
    </w:p>
    <w:p>
      <w:pPr>
        <w:pStyle w:val="Heading1"/>
      </w:pPr>
      <w:r>
        <w:t>Tape 23</w:t>
      </w:r>
    </w:p>
    <w:p>
      <w:pPr>
        <w:pStyle w:val="Heading2"/>
      </w:pPr>
      <w:r>
        <w:t>Side A (Aleph)</w:t>
      </w:r>
    </w:p>
    <w:p>
      <w:r>
        <w:t>...Nu, but how do we, how, how do we pray, how {you}, our prayer, yes, and all our service, this, this has not yet reached even a drop of the sea of what Rabbainu wants, but it is forbidden to fall, and not to think that I am already, already sunk and I am accustomed this way and I cannot change—no!</w:t>
      </w:r>
    </w:p>
    <w:p>
      <w:r>
        <w:t>According to Rabbainu’s words, everyone can change from one extreme to the other, from death to life, he, he, he can, they can change in every..</w:t>
      </w:r>
    </w:p>
    <w:p>
      <w:r>
        <w:t>And this is not only tomorrow, one time, at every moment, every day and at every time</w:t>
      </w:r>
    </w:p>
    <w:p>
      <w:r>
        <w:t>"And in His goodness He renews every day, constantly"</w:t>
      </w:r>
    </w:p>
    <w:p>
      <w:r>
        <w:t>Not only every day, constantly, this is the entire day, every moment of the day, yes</w:t>
      </w:r>
    </w:p>
    <w:p>
      <w:r>
        <w:t>"He renews every day, constantly"</w:t>
      </w:r>
    </w:p>
    <w:p>
      <w:r>
        <w:t>What is this? Every day, is this constantly? What is this? Why do we need to write another "constantly”?</w:t>
      </w:r>
    </w:p>
    <w:p>
      <w:r>
        <w:t>‘Constantly’—even in every day there are several, many moments, in every... yes, so at every moment, constantly, every day</w:t>
      </w:r>
    </w:p>
    <w:p>
      <w:r>
        <w:t>"Constantly the work of Creation," the work of ‘Bereishis,’ the ‘head of the house’</w:t>
      </w:r>
    </w:p>
    <w:p>
      <w:r>
        <w:t>‘Bereishis’ is ‘head of the house,’ the master of the house of the world</w:t>
      </w:r>
    </w:p>
    <w:p>
      <w:r>
        <w:t>The master of the house of the world and the tzaddik, foundation of the world, is the holy Rabbainu</w:t>
      </w:r>
    </w:p>
    <w:p>
      <w:r>
        <w:t>Nu, according to how we seek the truth and know, and know and see</w:t>
      </w:r>
    </w:p>
    <w:p>
      <w:r>
        <w:t>And see the truth as it is, that this world is vanity, nothing</w:t>
      </w:r>
    </w:p>
    <w:p>
      <w:r>
        <w:t>As we say every day, every day we say</w:t>
      </w:r>
    </w:p>
    <w:p>
      <w:r>
        <w:t>"A person should always be God-fearing in private and in public, acknowledge the truth, and speak truth..</w:t>
      </w:r>
    </w:p>
    <w:p>
      <w:r>
        <w:t>And speak truth in his heart, and rise early and say, Master of all worlds, not</w:t>
      </w:r>
    </w:p>
    <w:p>
      <w:r>
        <w:t>Not upon our righteousness do we cast our supplications before You, but upon Your abundant mercies"</w:t>
      </w:r>
    </w:p>
    <w:p>
      <w:r>
        <w:t>From our side we are far, standing completely outside</w:t>
      </w:r>
    </w:p>
    <w:p>
      <w:r>
        <w:t>"Not upon our righteousness do we cast our supplications before You, but upon Your abundant mercies</w:t>
      </w:r>
    </w:p>
    <w:p>
      <w:r>
        <w:t>What are we, what are our lives, what is our kindness, what is our righteousness, what are our salvations, what is our strength"</w:t>
      </w:r>
    </w:p>
    <w:p>
      <w:r>
        <w:t>Nothing, what is our strength? What is our might?</w:t>
      </w:r>
    </w:p>
    <w:p>
      <w:r>
        <w:t>"What shall we say before You? Surely all the mighty are as nothing before You, and men of renown are as though they had never been"</w:t>
      </w:r>
    </w:p>
    <w:p>
      <w:r>
        <w:t>It is all vanity, oy</w:t>
      </w:r>
    </w:p>
    <w:p>
      <w:r>
        <w:t>"Surely all, all the mighty are as nothing before You," nothing</w:t>
      </w:r>
    </w:p>
    <w:p>
      <w:r>
        <w:t>"And men of renown are as though they had never been," men of renown, famous, men of renown, famous with a great name</w:t>
      </w:r>
    </w:p>
    <w:p>
      <w:r>
        <w:t>"{And men of renown} are as though they had never been," and this is vanity, nothing</w:t>
      </w:r>
    </w:p>
    <w:p>
      <w:r>
        <w:t>Nu, and the main thing is that we need to have mercy on ourselves, to seek Rabbainu, there is</w:t>
      </w:r>
    </w:p>
    <w:p>
      <w:r>
        <w:t>There is everything we need every day and at every time and at every moment</w:t>
      </w:r>
    </w:p>
    <w:p>
      <w:r>
        <w:t>Everything that we... the rectifications, what are the rectifications?</w:t>
      </w:r>
    </w:p>
    <w:p>
      <w:r>
        <w:t>That we merit to renew ourselves from now on at every moment, yes</w:t>
      </w:r>
    </w:p>
    <w:p>
      <w:r>
        <w:t>Not to despair, not to become confused, to cast ourselves upon Hashem Yisborach, and the holy Rabbainu says:</w:t>
      </w:r>
    </w:p>
    <w:p>
      <w:r>
        <w:t>"I, when the day comes, I cast myself and all, and, and all the matters of</w:t>
      </w:r>
    </w:p>
    <w:p>
      <w:r>
        <w:t>Of my children, of the girls and of, of the grandchildren, everything upon Hashem Yisborach" nu..</w:t>
      </w:r>
    </w:p>
    <w:p>
      <w:r>
        <w:t>He cast, but we can say "I cast," but only, it is only..</w:t>
      </w:r>
    </w:p>
    <w:p>
      <w:r>
        <w:t>But one specifically needs self-sacrifice, literally every day, always every day</w:t>
      </w:r>
    </w:p>
    <w:p>
      <w:r>
        <w:t>"I cast myself {upon You\to You}, Yisborach, and let everything be according to Your will"</w:t>
      </w:r>
    </w:p>
    <w:p>
      <w:r>
        <w:t>This, this is the main salvation, this is the main repentance, this is the main thing of all</w:t>
      </w:r>
    </w:p>
    <w:p>
      <w:r>
        <w:t>Not, not for me, because nothing</w:t>
      </w:r>
    </w:p>
    <w:p>
      <w:r>
        <w:t>We need to sacrifice ourselves to distance this entire world, all the vanities of this world, from our hearts</w:t>
      </w:r>
    </w:p>
    <w:p>
      <w:r>
        <w:t>It is all vanity, vanity</w:t>
      </w:r>
    </w:p>
    <w:p>
      <w:r>
        <w:t>"For, for everything is vanity, men of renown are as though they had never been, and the wise are as though without knowledge, and the discerning are as though without intelligence"</w:t>
      </w:r>
    </w:p>
    <w:p>
      <w:r>
        <w:t>The discerning, what is that? The discerning? Geniuses? This.. yes</w:t>
      </w:r>
    </w:p>
    <w:p>
      <w:r>
        <w:t>"And the discerning are as though without intelligence, for most of their deeds are chaos"</w:t>
      </w:r>
    </w:p>
    <w:p>
      <w:r>
        <w:t>Without the tzaddik it is chaos and void</w:t>
      </w:r>
    </w:p>
    <w:p>
      <w:r>
        <w:t>"For most of their deeds are chaos, and the days of their lives are vanity before You"</w:t>
      </w:r>
    </w:p>
    <w:p>
      <w:r>
        <w:t>Nu, "except for (Saba draws out the word except for) the pure soul"</w:t>
      </w:r>
    </w:p>
    <w:p>
      <w:r>
        <w:t>Truth, this truth, only, only "the pure soul"</w:t>
      </w:r>
    </w:p>
    <w:p>
      <w:r>
        <w:t>For it, the soul, is pure of all the vanities of this world, it, it becomes distanced, yes</w:t>
      </w:r>
    </w:p>
    <w:p>
      <w:r>
        <w:t>The soul already distances itself from all the vanities of this world, it does not want, it does not want all of this..</w:t>
      </w:r>
    </w:p>
    <w:p>
      <w:r>
        <w:t>On the contrary, this.. the world is immersed in this, and we need to sacrifice ourselves to cast it away</w:t>
      </w:r>
    </w:p>
    <w:p>
      <w:r>
        <w:t>[..]</w:t>
      </w:r>
    </w:p>
    <w:p>
      <w:r>
        <w:t>Oy vey, blessed are You, Hashem our God, King of the world, through Whose word everything came to be</w:t>
      </w:r>
    </w:p>
    <w:p>
      <w:r>
        <w:t>[Amen]</w:t>
      </w:r>
    </w:p>
    <w:p>
      <w:r>
        <w:t>Oy vey, oy vey..</w:t>
      </w:r>
    </w:p>
    <w:p>
      <w:r>
        <w:t>Such a blessing, such a prayer as we pray</w:t>
      </w:r>
    </w:p>
    <w:p>
      <w:r>
        <w:t>But it is forbidden to fall, one can.. what is this? Until now</w:t>
      </w:r>
    </w:p>
    <w:p>
      <w:r>
        <w:t>From now on, from now on, from now on, to renew oneself every moment, I am comp... I, I am not compelled to remain this way, I can, shoyn now, yes, I am not, I am already a new matter, a new person, yes, and this is {….}..</w:t>
      </w:r>
    </w:p>
    <w:p>
      <w:r>
        <w:t>And the main thing is the holy Rabbainu, the "Likutay Tefilos"</w:t>
      </w:r>
    </w:p>
    <w:p>
      <w:r>
        <w:t>The "Likutay Tefilos" is the "Likutay Moharan," it is the holy Rabbainu</w:t>
      </w:r>
    </w:p>
    <w:p>
      <w:r>
        <w:t>The "Likutay Halachos" is the "Likutay Moharan," it is the holy Rabbainu</w:t>
      </w:r>
    </w:p>
    <w:p>
      <w:r>
        <w:t>The "Likutay Halachos," the "Likutay Eitzos," every utterance that comes from the mouths of Rabbainu and Rebbe Nassan</w:t>
      </w:r>
    </w:p>
    <w:p>
      <w:r>
        <w:t>Rebbe Nassan is one thing; the holy Rabbainu and Rebbe Nassan are the sun and the moon</w:t>
      </w:r>
    </w:p>
    <w:p>
      <w:r>
        <w:t>Yes, day and night</w:t>
      </w:r>
    </w:p>
    <w:p>
      <w:r>
        <w:t>Sun, sun and moon</w:t>
      </w:r>
    </w:p>
    <w:p>
      <w:r>
        <w:t>This.. and we need the moon, and we have no existence without the moon, all our vitality is from the moon</w:t>
      </w:r>
    </w:p>
    <w:p>
      <w:r>
        <w:t>All the fruits and all the plants and all the bread, and without the moon, we have no existence</w:t>
      </w:r>
    </w:p>
    <w:p>
      <w:r>
        <w:t>Yes, the moon is the disciple, it is Yehoshua, it is, it is Rabbainu and Rebbe Nassan</w:t>
      </w:r>
    </w:p>
    <w:p>
      <w:r>
        <w:t>This is truth, but it is impossible to speak this truth with people</w:t>
      </w:r>
    </w:p>
    <w:p>
      <w:r>
        <w:t>Because they are immersed in what they are immersed in and do not, and do not think that it is th..</w:t>
      </w:r>
    </w:p>
    <w:p>
      <w:r>
        <w:t>Vanity, that this is, as though it is a thing..</w:t>
      </w:r>
    </w:p>
    <w:p>
      <w:r>
        <w:t>“What? What?, are you crazy? You are Breslov</w:t>
      </w:r>
    </w:p>
    <w:p>
      <w:r>
        <w:t>You are crazy, what are you, what are you saying?</w:t>
      </w:r>
    </w:p>
    <w:p>
      <w:r>
        <w:t>Money is nothing? Honor is nothing? You are crazy?”</w:t>
      </w:r>
    </w:p>
    <w:p>
      <w:r>
        <w:t>He cannot understand this</w:t>
      </w:r>
    </w:p>
    <w:p>
      <w:r>
        <w:t>That is how the world is, that is how the world is, there is in the world, there is a world, and there is Rabbainu</w:t>
      </w:r>
    </w:p>
    <w:p>
      <w:r>
        <w:t>Yes, if you want to be immersed in the vanities of this world?</w:t>
      </w:r>
    </w:p>
    <w:p>
      <w:r>
        <w:t>Nu, who, who, who is forcing you?</w:t>
      </w:r>
    </w:p>
    <w:p>
      <w:r>
        <w:t>Yes, if there is intelligence, then {….}, flee to the place where you need to save yourself</w:t>
      </w:r>
    </w:p>
    <w:p>
      <w:r>
        <w:t>If, and if one does not think about this?</w:t>
      </w:r>
    </w:p>
    <w:p>
      <w:r>
        <w:t>He has mercy on the children, that they should have all the honor in the world and all the money {as an inheritance}</w:t>
      </w:r>
    </w:p>
    <w:p>
      <w:r>
        <w:t>Then, then nothing, he did not do for him {...}…</w:t>
      </w:r>
    </w:p>
    <w:p>
      <w:r>
        <w:t>{…}...</w:t>
      </w:r>
    </w:p>
    <w:p>
      <w:r>
        <w:t>["Who is the King of Glory,” this, this..</w:t>
      </w:r>
    </w:p>
    <w:p>
      <w:r>
        <w:t>It is written in the Zohar, yes, and all the sleep and all the exile, and..]</w:t>
      </w:r>
    </w:p>
    <w:p>
      <w:r>
        <w:t>Ah..</w:t>
      </w:r>
    </w:p>
    <w:p>
      <w:r>
        <w:t>[It is a great thing; if one does not know what one is saying, it is impossible to pray, the entire prayer is worth nothing, yes]</w:t>
      </w:r>
    </w:p>
    <w:p>
      <w:r>
        <w:t>{Yes, right}, oy..</w:t>
      </w:r>
    </w:p>
    <w:p>
      <w:r>
        <w:t>["Who is the King of Glory"]</w:t>
      </w:r>
    </w:p>
    <w:p>
      <w:r>
        <w:t>Oy</w:t>
      </w:r>
    </w:p>
    <w:p>
      <w:r>
        <w:t>[Oy, oy, do you want help?]</w:t>
      </w:r>
    </w:p>
    <w:p>
      <w:r>
        <w:t>[Do you want to go to the bathroom? ...]</w:t>
      </w:r>
    </w:p>
    <w:p>
      <w:r>
        <w:t>No, no, but here {we will sit together}</w:t>
      </w:r>
    </w:p>
    <w:p>
      <w:r>
        <w:t>[Okay, good, good, good, good]</w:t>
      </w:r>
    </w:p>
    <w:p>
      <w:r>
        <w:t>Oy vey, oy vey..</w:t>
      </w:r>
    </w:p>
    <w:p>
      <w:r>
        <w:t>[……..…]</w:t>
      </w:r>
    </w:p>
    <w:p>
      <w:r>
        <w:t>Oy, oy, oy…</w:t>
      </w:r>
    </w:p>
    <w:p>
      <w:r>
        <w:t>[………….]</w:t>
      </w:r>
    </w:p>
    <w:p>
      <w:r>
        <w:t>[.…]…</w:t>
      </w:r>
    </w:p>
    <w:p>
      <w:r>
        <w:t>...[……….]</w:t>
      </w:r>
    </w:p>
    <w:p>
      <w:r>
        <w:t>Good</w:t>
      </w:r>
    </w:p>
    <w:p>
      <w:r>
        <w:t>[………]…</w:t>
      </w:r>
    </w:p>
    <w:p>
      <w:r>
        <w:t>...[Ah, {….}, Sharon, come over to Father for a moment..]</w:t>
      </w:r>
    </w:p>
    <w:p>
      <w:r>
        <w:t>Do you hear? You, do you hear?</w:t>
      </w:r>
    </w:p>
    <w:p>
      <w:r>
        <w:t>[This could be.., excuse me, just a moment, Tzipora wants a moment]</w:t>
      </w:r>
    </w:p>
    <w:p>
      <w:r>
        <w:t>Good, nu, shoyn</w:t>
      </w:r>
    </w:p>
    <w:p>
      <w:r>
        <w:t>[I, am I allowed to listen?]</w:t>
      </w:r>
    </w:p>
    <w:p>
      <w:r>
        <w:t>Yes, yes</w:t>
      </w:r>
    </w:p>
    <w:p>
      <w:r>
        <w:t>[Oh, good, perhaps, perhaps we will pick it up]</w:t>
      </w:r>
    </w:p>
    <w:p>
      <w:r>
        <w:t>This is for all of us</w:t>
      </w:r>
    </w:p>
    <w:p>
      <w:r>
        <w:t>[Oy, good, good, {….}, perhaps to read..]</w:t>
      </w:r>
    </w:p>
    <w:p>
      <w:r>
        <w:t>[Yes, yes, yes, yes, this..]</w:t>
      </w:r>
    </w:p>
    <w:p>
      <w:r>
        <w:t>[Perhaps he will want to read this]</w:t>
      </w:r>
    </w:p>
    <w:p>
      <w:r>
        <w:t>[This..]…</w:t>
      </w:r>
    </w:p>
    <w:p>
      <w:r>
        <w:t>...the legal adviser</w:t>
      </w:r>
    </w:p>
    <w:p>
      <w:r>
        <w:t>[…]</w:t>
      </w:r>
    </w:p>
    <w:p>
      <w:r>
        <w:t>She is the legal adviser</w:t>
      </w:r>
    </w:p>
    <w:p>
      <w:r>
        <w:t>[Yes.. yes, yes, yes]</w:t>
      </w:r>
    </w:p>
    <w:p>
      <w:r>
        <w:t>Yes, in Shazar's days and also today</w:t>
      </w:r>
    </w:p>
    <w:p>
      <w:r>
        <w:t>[Yes]</w:t>
      </w:r>
    </w:p>
    <w:p>
      <w:r>
        <w:t>So I do not know, perhaps she is already retired, no?</w:t>
      </w:r>
    </w:p>
    <w:p>
      <w:r>
        <w:t>[What? I do not think, I do not think]</w:t>
      </w:r>
    </w:p>
    <w:p>
      <w:r>
        <w:t>No?</w:t>
      </w:r>
    </w:p>
    <w:p>
      <w:r>
        <w:t>[Two years ago we were with her]</w:t>
      </w:r>
    </w:p>
    <w:p>
      <w:r>
        <w:t>Eh?</w:t>
      </w:r>
    </w:p>
    <w:p>
      <w:r>
        <w:t>[Two years ago we were with her together]</w:t>
      </w:r>
    </w:p>
    <w:p>
      <w:r>
        <w:t>Yes, yes, yes, yes</w:t>
      </w:r>
    </w:p>
    <w:p>
      <w:r>
        <w:t>[So presumably she is still..]</w:t>
      </w:r>
    </w:p>
    <w:p>
      <w:r>
        <w:t>So you wrote her name too</w:t>
      </w:r>
    </w:p>
    <w:p>
      <w:r>
        <w:t>[Yes, both of them]</w:t>
      </w:r>
    </w:p>
    <w:p>
      <w:r>
        <w:t>So both of them are good</w:t>
      </w:r>
    </w:p>
    <w:p>
      <w:r>
        <w:t>[I said, ask, ask about, ask about the personal relations that there were between Rebbe Yisroel and President Shazar</w:t>
      </w:r>
    </w:p>
    <w:p>
      <w:r>
        <w:t>In private he told him that he was worthy of the president's chair]</w:t>
      </w:r>
    </w:p>
    <w:p>
      <w:r>
        <w:t>{..}</w:t>
      </w:r>
    </w:p>
    <w:p>
      <w:r>
        <w:t>[I wrote it]</w:t>
      </w:r>
    </w:p>
    <w:p>
      <w:r>
        <w:t>Eh?</w:t>
      </w:r>
    </w:p>
    <w:p>
      <w:r>
        <w:t>[I wrote that the president told you in private:</w:t>
      </w:r>
    </w:p>
    <w:p>
      <w:r>
        <w:t>"That you are worthy of the chair of the presidency," I wrote..]</w:t>
      </w:r>
    </w:p>
    <w:p>
      <w:r>
        <w:t>Oy, good, good, both of them are good</w:t>
      </w:r>
    </w:p>
    <w:p>
      <w:r>
        <w:t>She, Aviva, she knows such things, that there was the connection between me and the president</w:t>
      </w:r>
    </w:p>
    <w:p>
      <w:r>
        <w:t>There was.. Porush, Porush from Agudat Yisrael</w:t>
      </w:r>
    </w:p>
    <w:p>
      <w:r>
        <w:t>[Yes, yes]</w:t>
      </w:r>
    </w:p>
    <w:p>
      <w:r>
        <w:t>Menachem Porush wanted to throw me out of the apartment, and the president fought with him</w:t>
      </w:r>
    </w:p>
    <w:p>
      <w:r>
        <w:t>He is brazen, he did not want.. yes</w:t>
      </w:r>
    </w:p>
    <w:p>
      <w:r>
        <w:t>And she knows everything, it was through her, through Aviva was all, all.. yes</w:t>
      </w:r>
    </w:p>
    <w:p>
      <w:r>
        <w:t>The power of the president, what he did for this</w:t>
      </w:r>
    </w:p>
    <w:p>
      <w:r>
        <w:t>[Yes, yes]</w:t>
      </w:r>
    </w:p>
    <w:p>
      <w:r>
        <w:t>He wanted to give me an "old-age home,” an institution</w:t>
      </w:r>
    </w:p>
    <w:p>
      <w:r>
        <w:t>[In Yerushalayim?]</w:t>
      </w:r>
    </w:p>
    <w:p>
      <w:r>
        <w:t>In Yerushalayim, in Talbiya, it is American</w:t>
      </w:r>
    </w:p>
    <w:p>
      <w:r>
        <w:t>[American]</w:t>
      </w:r>
    </w:p>
    <w:p>
      <w:r>
        <w:t>It is like a hotel, it is not..</w:t>
      </w:r>
    </w:p>
    <w:p>
      <w:r>
        <w:t>[….]</w:t>
      </w:r>
    </w:p>
    <w:p>
      <w:r>
        <w:t>Ordinary, yes</w:t>
      </w:r>
    </w:p>
    <w:p>
      <w:r>
        <w:t>He wanted to give me</w:t>
      </w:r>
    </w:p>
    <w:p>
      <w:r>
        <w:t>"Why should you, why should you..?" Menachem, Menachem Porush, "Why should you? I am giving you..” yes</w:t>
      </w:r>
    </w:p>
    <w:p>
      <w:r>
        <w:t>[All good]</w:t>
      </w:r>
    </w:p>
    <w:p>
      <w:r>
        <w:t>Yes, and I did not want, I did not want to go to an institution</w:t>
      </w:r>
    </w:p>
    <w:p>
      <w:r>
        <w:t>[Everything was because of Aharon, because Aharon was in Kfar Saba]</w:t>
      </w:r>
    </w:p>
    <w:p>
      <w:r>
        <w:t>Yes, but she knows what the president..</w:t>
      </w:r>
    </w:p>
    <w:p>
      <w:r>
        <w:t>[Yes, what, what..]</w:t>
      </w:r>
    </w:p>
    <w:p>
      <w:r>
        <w:t>What he did for this, what self-sacrifice he had, yes</w:t>
      </w:r>
    </w:p>
    <w:p>
      <w:r>
        <w:t>And he was brazen, he did not want to listen to him</w:t>
      </w:r>
    </w:p>
    <w:p>
      <w:r>
        <w:t>But in the end, he gave him the address of this man, of the apartment</w:t>
      </w:r>
    </w:p>
    <w:p>
      <w:r>
        <w:t>And the president prevailed upon him to leave me in the apartment all the days of my life</w:t>
      </w:r>
    </w:p>
    <w:p>
      <w:r>
        <w:t>[Yes]</w:t>
      </w:r>
    </w:p>
    <w:p>
      <w:r>
        <w:t>Nu, so in any case she knows what he did for this, yes</w:t>
      </w:r>
    </w:p>
    <w:p>
      <w:r>
        <w:t>That is good, Shulamit, she knows more than Shulamit, yes</w:t>
      </w:r>
    </w:p>
    <w:p>
      <w:r>
        <w:t>She saw the self-sacrifice he had for me, so she, to this day</w:t>
      </w:r>
    </w:p>
    <w:p>
      <w:r>
        <w:t>[And she also knows my name, that I wrote: "Sharon”]</w:t>
      </w:r>
    </w:p>
    <w:p>
      <w:r>
        <w:t>Huh?</w:t>
      </w:r>
    </w:p>
    <w:p>
      <w:r>
        <w:t>[I wrote, I wrote my name, my address, so that they should send the letter to me]</w:t>
      </w:r>
    </w:p>
    <w:p>
      <w:r>
        <w:t>Yes</w:t>
      </w:r>
    </w:p>
    <w:p>
      <w:r>
        <w:t>[So she remembers the episode when we all came to her together]</w:t>
      </w:r>
    </w:p>
    <w:p>
      <w:r>
        <w:t>Ah</w:t>
      </w:r>
    </w:p>
    <w:p>
      <w:r>
        <w:t>[A year and a half, two years ago]</w:t>
      </w:r>
    </w:p>
    <w:p>
      <w:r>
        <w:t>Yes, yes</w:t>
      </w:r>
    </w:p>
    <w:p>
      <w:r>
        <w:t>[We all came together]</w:t>
      </w:r>
    </w:p>
    <w:p>
      <w:r>
        <w:t>Yes</w:t>
      </w:r>
    </w:p>
    <w:p>
      <w:r>
        <w:t>[And she remembers the matter, that she tried to help me]</w:t>
      </w:r>
    </w:p>
    <w:p>
      <w:r>
        <w:t>Yes</w:t>
      </w:r>
    </w:p>
    <w:p>
      <w:r>
        <w:t>[To get out of the trials]</w:t>
      </w:r>
    </w:p>
    <w:p>
      <w:r>
        <w:t>Th.. you wrote that?</w:t>
      </w:r>
    </w:p>
    <w:p>
      <w:r>
        <w:t>[No, but she remembers th..]</w:t>
      </w:r>
    </w:p>
    <w:p>
      <w:r>
        <w:t>You, you remember</w:t>
      </w:r>
    </w:p>
    <w:p>
      <w:r>
        <w:t>[She, she remembers]</w:t>
      </w:r>
    </w:p>
    <w:p>
      <w:r>
        <w:t>She remembers?</w:t>
      </w:r>
    </w:p>
    <w:p>
      <w:r>
        <w:t>[She certainly remembers th..]</w:t>
      </w:r>
    </w:p>
    <w:p>
      <w:r>
        <w:t>Nu, did you speak with her?</w:t>
      </w:r>
    </w:p>
    <w:p>
      <w:r>
        <w:t>[That he ca.., no, but she certainly remembers that we all came to her]</w:t>
      </w:r>
    </w:p>
    <w:p>
      <w:r>
        <w:t>Yes, yes</w:t>
      </w:r>
    </w:p>
    <w:p>
      <w:r>
        <w:t>[And she, she called the airport]</w:t>
      </w:r>
    </w:p>
    <w:p>
      <w:r>
        <w:t>Yes</w:t>
      </w:r>
    </w:p>
    <w:p>
      <w:r>
        <w:t>[….]</w:t>
      </w:r>
    </w:p>
    <w:p>
      <w:r>
        <w:t>Yes, yes, yes, yes ,yes, yes, yes</w:t>
      </w:r>
    </w:p>
    <w:p>
      <w:r>
        <w:t>[To help with the trial]</w:t>
      </w:r>
    </w:p>
    <w:p>
      <w:r>
        <w:t>That was all..</w:t>
      </w:r>
    </w:p>
    <w:p>
      <w:r>
        <w:t>[Everything was for now]</w:t>
      </w:r>
    </w:p>
    <w:p>
      <w:r>
        <w:t>All the sweetening was for this</w:t>
      </w:r>
    </w:p>
    <w:p>
      <w:r>
        <w:t>[For now]</w:t>
      </w:r>
    </w:p>
    <w:p>
      <w:r>
        <w:t>If they speak from the president's office</w:t>
      </w:r>
    </w:p>
    <w:p>
      <w:r>
        <w:t>[Yes, yes]</w:t>
      </w:r>
    </w:p>
    <w:p>
      <w:r>
        <w:t>This, this is not, this is not a simple thing</w:t>
      </w:r>
    </w:p>
    <w:p>
      <w:r>
        <w:t>{You came out} great, yes, this confused them</w:t>
      </w:r>
    </w:p>
    <w:p>
      <w:r>
        <w:t>[Yes]</w:t>
      </w:r>
    </w:p>
    <w:p>
      <w:r>
        <w:t>{You return} and that is all, with everyone, yes</w:t>
      </w:r>
    </w:p>
    <w:p>
      <w:r>
        <w:t>In any case, do you know about this? Tzipora informed..</w:t>
      </w:r>
    </w:p>
    <w:p>
      <w:r>
        <w:t>[Yes, yes, yes, yes, yes, blessed is Hashem]</w:t>
      </w:r>
    </w:p>
    <w:p>
      <w:r>
        <w:t>So, so..</w:t>
      </w:r>
    </w:p>
    <w:p>
      <w:r>
        <w:t>[This..]</w:t>
      </w:r>
    </w:p>
    <w:p>
      <w:r>
        <w:t>So it can happen at any moment</w:t>
      </w:r>
    </w:p>
    <w:p>
      <w:r>
        <w:t>[Yes, yes, yes, Hashem will help]</w:t>
      </w:r>
    </w:p>
    <w:p>
      <w:r>
        <w:t>Today or tomorrow, so we need to be..</w:t>
      </w:r>
    </w:p>
    <w:p>
      <w:r>
        <w:t>[The main thing is that the whole matter must be kept a great secret]</w:t>
      </w:r>
    </w:p>
    <w:p>
      <w:r>
        <w:t>Huh?</w:t>
      </w:r>
    </w:p>
    <w:p>
      <w:r>
        <w:t>[The whole matter must be kept a great secret]</w:t>
      </w:r>
    </w:p>
    <w:p>
      <w:r>
        <w:t>Yes, yes, yes</w:t>
      </w:r>
    </w:p>
    <w:p>
      <w:r>
        <w:t>[The whole matter of the Petek is a great secret from the world]</w:t>
      </w:r>
    </w:p>
    <w:p>
      <w:r>
        <w:t>Yes, {...}</w:t>
      </w:r>
    </w:p>
    <w:p>
      <w:r>
        <w:t>[Please]</w:t>
      </w:r>
    </w:p>
    <w:p>
      <w:r>
        <w:t>[I, bli neder..]</w:t>
      </w:r>
    </w:p>
    <w:p>
      <w:r>
        <w:t>Ah, is this for Mordechai, Mordechai?</w:t>
      </w:r>
    </w:p>
    <w:p>
      <w:r>
        <w:t>[Yo]</w:t>
      </w:r>
    </w:p>
    <w:p>
      <w:r>
        <w:t>[No, this is for the..]</w:t>
      </w:r>
    </w:p>
    <w:p>
      <w:r>
        <w:t>[Do you also want?]</w:t>
      </w:r>
    </w:p>
    <w:p>
      <w:r>
        <w:t>[The rabbi, the rabbi, the rabbi]</w:t>
      </w:r>
    </w:p>
    <w:p>
      <w:r>
        <w:t>No, no, no</w:t>
      </w:r>
    </w:p>
    <w:p>
      <w:r>
        <w:t>[No, no, no]</w:t>
      </w:r>
    </w:p>
    <w:p>
      <w:r>
        <w:t>I do not, not</w:t>
      </w:r>
    </w:p>
    <w:p>
      <w:r>
        <w:t>[For you, Rebbe, nu, for you]</w:t>
      </w:r>
    </w:p>
    <w:p>
      <w:r>
        <w:t>[No, no, no, he drank]</w:t>
      </w:r>
    </w:p>
    <w:p>
      <w:r>
        <w:t>No, no, no, no, no, no</w:t>
      </w:r>
    </w:p>
    <w:p>
      <w:r>
        <w:t>[Abba, this is {…..}, I can give him a little more]</w:t>
      </w:r>
    </w:p>
    <w:p>
      <w:r>
        <w:t>I, I already drank</w:t>
      </w:r>
    </w:p>
    <w:p>
      <w:r>
        <w:t>[….]</w:t>
      </w:r>
    </w:p>
    <w:p>
      <w:r>
        <w:t>[I, bli neder, ah.. when you travel to Russia, I.., bli neder, bli neder]</w:t>
      </w:r>
    </w:p>
    <w:p>
      <w:r>
        <w:t>Can you travel there?</w:t>
      </w:r>
    </w:p>
    <w:p>
      <w:r>
        <w:t>[Yo, bli neder I am traveling with you]</w:t>
      </w:r>
    </w:p>
    <w:p>
      <w:r>
        <w:t>You have an American passport</w:t>
      </w:r>
    </w:p>
    <w:p>
      <w:r>
        <w:t>[Yes, yes]</w:t>
      </w:r>
    </w:p>
    <w:p>
      <w:r>
        <w:t>Yes</w:t>
      </w:r>
    </w:p>
    <w:p>
      <w:r>
        <w:t>[I, no.., I do not want to say a vow, bli neder]</w:t>
      </w:r>
    </w:p>
    <w:p>
      <w:r>
        <w:t>You need, you need to do it immediately, {...}, the earliest, the very first</w:t>
      </w:r>
    </w:p>
    <w:p>
      <w:r>
        <w:t>[Yes?]</w:t>
      </w:r>
    </w:p>
    <w:p>
      <w:r>
        <w:t>Yes!</w:t>
      </w:r>
    </w:p>
    <w:p>
      <w:r>
        <w:t>[Oh]</w:t>
      </w:r>
    </w:p>
    <w:p>
      <w:r>
        <w:t>To be, to be alive {...}</w:t>
      </w:r>
    </w:p>
    <w:p>
      <w:r>
        <w:t>[Here on Rosh Hashanah, on Rosh Hashanah here]</w:t>
      </w:r>
    </w:p>
    <w:p>
      <w:r>
        <w:t>To be alive in Russia</w:t>
      </w:r>
    </w:p>
    <w:p>
      <w:r>
        <w:t>[Oh.. good, good that you told me]</w:t>
      </w:r>
    </w:p>
    <w:p>
      <w:r>
        <w:t>Yes, yes, certainly</w:t>
      </w:r>
    </w:p>
    <w:p>
      <w:r>
        <w:t>[Yo, that I need to get organized]</w:t>
      </w:r>
    </w:p>
    <w:p>
      <w:r>
        <w:t>These are such rectifications that we have no conception</w:t>
      </w:r>
    </w:p>
    <w:p>
      <w:r>
        <w:t>[No, I want to be with you]</w:t>
      </w:r>
    </w:p>
    <w:p>
      <w:r>
        <w:t>To be at {...}, at Rabbainu's tziyun</w:t>
      </w:r>
    </w:p>
    <w:p>
      <w:r>
        <w:t>[No, I..]</w:t>
      </w:r>
    </w:p>
    <w:p>
      <w:r>
        <w:t>In Uman and to say the ten chapters of Psalms, ah, ah, the "Tikkun HaKlali" at the tziyun</w:t>
      </w:r>
    </w:p>
    <w:p>
      <w:r>
        <w:t>[But I want to travel together with you]</w:t>
      </w:r>
    </w:p>
    <w:p>
      <w:r>
        <w:t>Th.. if only</w:t>
      </w:r>
    </w:p>
    <w:p>
      <w:r>
        <w:t>[Bli neder]</w:t>
      </w:r>
    </w:p>
    <w:p>
      <w:r>
        <w:t>Nu, but I have no passport, only..</w:t>
      </w:r>
    </w:p>
    <w:p>
      <w:r>
        <w:t>[Nu, good, but..]</w:t>
      </w:r>
    </w:p>
    <w:p>
      <w:r>
        <w:t>Only an Israeli one</w:t>
      </w:r>
    </w:p>
    <w:p>
      <w:r>
        <w:t>[If they do this, I think they will do this, that they will give you]</w:t>
      </w:r>
    </w:p>
    <w:p>
      <w:r>
        <w:t>Yes?</w:t>
      </w:r>
    </w:p>
    <w:p>
      <w:r>
        <w:t>[This is what is needed now]</w:t>
      </w:r>
    </w:p>
    <w:p>
      <w:r>
        <w:t>No, no, they will not give me</w:t>
      </w:r>
    </w:p>
    <w:p>
      <w:r>
        <w:t>[No, but he said th..]</w:t>
      </w:r>
    </w:p>
    <w:p>
      <w:r>
        <w:t>Who said?</w:t>
      </w:r>
    </w:p>
    <w:p>
      <w:r>
        <w:t>[He needs to write to the Foreign Ministry]</w:t>
      </w:r>
    </w:p>
    <w:p>
      <w:r>
        <w:t>Huh?</w:t>
      </w:r>
    </w:p>
    <w:p>
      <w:r>
        <w:t>[Yo, that is what they are talking about]</w:t>
      </w:r>
    </w:p>
    <w:p>
      <w:r>
        <w:t>That's it?</w:t>
      </w:r>
    </w:p>
    <w:p>
      <w:r>
        <w:t>[Yo, hey.., he did not understand this]</w:t>
      </w:r>
    </w:p>
    <w:p>
      <w:r>
        <w:t>[What?]</w:t>
      </w:r>
    </w:p>
    <w:p>
      <w:r>
        <w:t>[He did not understand th, that this.. that he would receive permission to travel to..]</w:t>
      </w:r>
    </w:p>
    <w:p>
      <w:r>
        <w:t>[This will enable the Foreign Ministry..]</w:t>
      </w:r>
    </w:p>
    <w:p>
      <w:r>
        <w:t>Nu</w:t>
      </w:r>
    </w:p>
    <w:p>
      <w:r>
        <w:t>[To help.., with Hashem's help..]</w:t>
      </w:r>
    </w:p>
    <w:p>
      <w:r>
        <w:t>Yes</w:t>
      </w:r>
    </w:p>
    <w:p>
      <w:r>
        <w:t>[To do with the.., to make an agreement with the Russians]</w:t>
      </w:r>
    </w:p>
    <w:p>
      <w:r>
        <w:t>Yo</w:t>
      </w:r>
    </w:p>
    <w:p>
      <w:r>
        <w:t>[That we should come with Israeli passports]</w:t>
      </w:r>
    </w:p>
    <w:p>
      <w:r>
        <w:t>For me?</w:t>
      </w:r>
    </w:p>
    <w:p>
      <w:r>
        <w:t>[Yo, yo]</w:t>
      </w:r>
    </w:p>
    <w:p>
      <w:r>
        <w:t>[I asked for a minyan..]</w:t>
      </w:r>
    </w:p>
    <w:p>
      <w:r>
        <w:t>[That is what..]</w:t>
      </w:r>
    </w:p>
    <w:p>
      <w:r>
        <w:t>[I asked for a minyan of people, a minyan]</w:t>
      </w:r>
    </w:p>
    <w:p>
      <w:r>
        <w:t>[A minyan]</w:t>
      </w:r>
    </w:p>
    <w:p>
      <w:r>
        <w:t>[Together with you, so that you will have a minyan at the tziyun on the eve of Rosh Hashanah]</w:t>
      </w:r>
    </w:p>
    <w:p>
      <w:r>
        <w:t>On the eve of Rosh Hashanah?</w:t>
      </w:r>
    </w:p>
    <w:p>
      <w:r>
        <w:t>[Yes, yes]</w:t>
      </w:r>
    </w:p>
    <w:p>
      <w:r>
        <w:t>[A minyan]</w:t>
      </w:r>
    </w:p>
    <w:p>
      <w:r>
        <w:t>Nu, and where? There is, there is, there is..</w:t>
      </w:r>
    </w:p>
    <w:p>
      <w:r>
        <w:t>[The Foreign Ministry]</w:t>
      </w:r>
    </w:p>
    <w:p>
      <w:r>
        <w:t>Nu</w:t>
      </w:r>
    </w:p>
    <w:p>
      <w:r>
        <w:t>[He referred it to the Russians regarding a minyan for the eve of Rosh Hashanah, for two days, three, to be in Russia]</w:t>
      </w:r>
    </w:p>
    <w:p>
      <w:r>
        <w:t>Yes</w:t>
      </w:r>
    </w:p>
    <w:p>
      <w:r>
        <w:t>[In honor of Rosh Hashanah in Russia]</w:t>
      </w:r>
    </w:p>
    <w:p>
      <w:r>
        <w:t>Yes</w:t>
      </w:r>
    </w:p>
    <w:p>
      <w:r>
        <w:t>[So..]</w:t>
      </w:r>
    </w:p>
    <w:p>
      <w:r>
        <w:t>[But they will not approve a minyan, {…}, ask for fewer]</w:t>
      </w:r>
    </w:p>
    <w:p>
      <w:r>
        <w:t>[A minyan, a minyan, it is possible to have a shofar and it is possible to do everything, to pray evening, evening..]</w:t>
      </w:r>
    </w:p>
    <w:p>
      <w:r>
        <w:t>[I say bli neder, {I will do this}, I have an American passport]</w:t>
      </w:r>
    </w:p>
    <w:p>
      <w:r>
        <w:t>[Ah, ….]</w:t>
      </w:r>
    </w:p>
    <w:p>
      <w:r>
        <w:t>I did not know, I did not know, this is the.. this is it</w:t>
      </w:r>
    </w:p>
    <w:p>
      <w:r>
        <w:t>[Yo, this]</w:t>
      </w:r>
    </w:p>
    <w:p>
      <w:r>
        <w:t>[That is the request, that is the request]</w:t>
      </w:r>
    </w:p>
    <w:p>
      <w:r>
        <w:t>Ah, I thought perhaps it was for the printing press {...}</w:t>
      </w:r>
    </w:p>
    <w:p>
      <w:r>
        <w:t>[No, no, for..]</w:t>
      </w:r>
    </w:p>
    <w:p>
      <w:r>
        <w:t>But these are Shulamit Kahana, Shulamit</w:t>
      </w:r>
    </w:p>
    <w:p>
      <w:r>
        <w:t>[Yes]</w:t>
      </w:r>
    </w:p>
    <w:p>
      <w:r>
        <w:t>[Yo]</w:t>
      </w:r>
    </w:p>
    <w:p>
      <w:r>
        <w:t>And Aviva</w:t>
      </w:r>
    </w:p>
    <w:p>
      <w:r>
        <w:t>[Yes]</w:t>
      </w:r>
    </w:p>
    <w:p>
      <w:r>
        <w:t>Sarah, she works for her</w:t>
      </w:r>
    </w:p>
    <w:p>
      <w:r>
        <w:t>[Yes]</w:t>
      </w:r>
    </w:p>
    <w:p>
      <w:r>
        <w:t>And they, they, she, Aviva, she knows such things—that I had a connection with the president, such secrets that no person knew of, and she knows, yes</w:t>
      </w:r>
    </w:p>
    <w:p>
      <w:r>
        <w:t>[Which Aviva?]</w:t>
      </w:r>
    </w:p>
    <w:p>
      <w:r>
        <w:t>And he.. Aviva is the legal adviser of, of the president</w:t>
      </w:r>
    </w:p>
    <w:p>
      <w:r>
        <w:t>[Ah, yes]</w:t>
      </w:r>
    </w:p>
    <w:p>
      <w:r>
        <w:t>[I do not know what happened..]</w:t>
      </w:r>
    </w:p>
    <w:p>
      <w:r>
        <w:t>[Yes]</w:t>
      </w:r>
    </w:p>
    <w:p>
      <w:r>
        <w:t>[I think Aharon traveled..]</w:t>
      </w:r>
    </w:p>
    <w:p>
      <w:r>
        <w:t>{…}</w:t>
      </w:r>
    </w:p>
    <w:p>
      <w:r>
        <w:t>[To Yerushalayim, I called..]…</w:t>
      </w:r>
    </w:p>
    <w:p>
      <w:r>
        <w:t>...I had a dream, that a wealthy man from Yerushalayim came to me</w:t>
      </w:r>
    </w:p>
    <w:p>
      <w:r>
        <w:t>[Yes]</w:t>
      </w:r>
    </w:p>
    <w:p>
      <w:r>
        <w:t>Who is a great miser</w:t>
      </w:r>
    </w:p>
    <w:p>
      <w:r>
        <w:t>[Yes]</w:t>
      </w:r>
    </w:p>
    <w:p>
      <w:r>
        <w:t>'Ma'ayan Shtov'</w:t>
      </w:r>
    </w:p>
    <w:p>
      <w:r>
        <w:t>[Yes]</w:t>
      </w:r>
    </w:p>
    <w:p>
      <w:r>
        <w:t>'Ma'ayan Shtov,' did you hear? Did you hear?</w:t>
      </w:r>
    </w:p>
    <w:p>
      <w:r>
        <w:t>[Yes, yes, yes]</w:t>
      </w:r>
    </w:p>
    <w:p>
      <w:r>
        <w:t>You heard, yes</w:t>
      </w:r>
    </w:p>
    <w:p>
      <w:r>
        <w:t>His father is, his father, I think he is already no longer in the world</w:t>
      </w:r>
    </w:p>
    <w:p>
      <w:r>
        <w:t>But I saw his father, and he came, and we spoke about the matter of the printing press</w:t>
      </w:r>
    </w:p>
    <w:p>
      <w:r>
        <w:t>And the servant said that it costs such and such</w:t>
      </w:r>
    </w:p>
    <w:p>
      <w:r>
        <w:t>[Yes]</w:t>
      </w:r>
    </w:p>
    <w:p>
      <w:r>
        <w:t>So he, so he took out a checkbook</w:t>
      </w:r>
    </w:p>
    <w:p>
      <w:r>
        <w:t>[Yes]</w:t>
      </w:r>
    </w:p>
    <w:p>
      <w:r>
        <w:t>And he gave a check</w:t>
      </w:r>
    </w:p>
    <w:p>
      <w:r>
        <w:t>[..]</w:t>
      </w:r>
    </w:p>
    <w:p>
      <w:r>
        <w:t>A gift, five thousand dollars, he t…</w:t>
      </w:r>
    </w:p>
    <w:p>
      <w:r>
        <w:t>[..]</w:t>
      </w:r>
    </w:p>
    <w:p>
      <w:r>
        <w:t>Yo, and he said to me, he made a check..</w:t>
      </w:r>
    </w:p>
    <w:p>
      <w:r>
        <w:t>[Whatever you want]</w:t>
      </w:r>
    </w:p>
    <w:p>
      <w:r>
        <w:t>{…… to cost}, yes</w:t>
      </w:r>
    </w:p>
    <w:p>
      <w:r>
        <w:t>He is a miser and not.. yes</w:t>
      </w:r>
    </w:p>
    <w:p>
      <w:r>
        <w:t>And he said to me:</w:t>
      </w:r>
    </w:p>
    <w:p>
      <w:r>
        <w:t>"Do not worry, money, and there will be the printing press and there will be money and everything," yes, yes</w:t>
      </w:r>
    </w:p>
    <w:p>
      <w:r>
        <w:t>Afterward he took out more money, more dollars, another, another ten thousand</w:t>
      </w:r>
    </w:p>
    <w:p>
      <w:r>
        <w:t>He, he, he took out the checkbook, {…}</w:t>
      </w:r>
    </w:p>
    <w:p>
      <w:r>
        <w:t>[….]</w:t>
      </w:r>
    </w:p>
    <w:p>
      <w:r>
        <w:t>He gave a check</w:t>
      </w:r>
    </w:p>
    <w:p>
      <w:r>
        <w:t>[.…]</w:t>
      </w:r>
    </w:p>
    <w:p>
      <w:r>
        <w:t>More..</w:t>
      </w:r>
    </w:p>
    <w:p>
      <w:r>
        <w:t>I was astonished, I know him, that he is not so..</w:t>
      </w:r>
    </w:p>
    <w:p>
      <w:r>
        <w:t>[Does not do so much]</w:t>
      </w:r>
    </w:p>
    <w:p>
      <w:r>
        <w:t>This is because he..</w:t>
      </w:r>
    </w:p>
    <w:p>
      <w:r>
        <w:t>[Yes, yes]</w:t>
      </w:r>
    </w:p>
    <w:p>
      <w:r>
        <w:t>A great miser, yes</w:t>
      </w:r>
    </w:p>
    <w:p>
      <w:r>
        <w:t>Yes, and each time he gave a check</w:t>
      </w:r>
    </w:p>
    <w:p>
      <w:r>
        <w:t>"Ten thousand? Good, one moment"</w:t>
      </w:r>
    </w:p>
    <w:p>
      <w:r>
        <w:t>He gave a check and says to me each time, and says to me:</w:t>
      </w:r>
    </w:p>
    <w:p>
      <w:r>
        <w:t>"Do not worry, there will be a printing press and there will be, and there will be, and there will be dollars"</w:t>
      </w:r>
    </w:p>
    <w:p>
      <w:r>
        <w:t>[…..]</w:t>
      </w:r>
    </w:p>
    <w:p>
      <w:r>
        <w:t>[Do you hear, this..]</w:t>
      </w:r>
    </w:p>
    <w:p>
      <w:r>
        <w:t>There were, there were other, other, other wealthy people, and he, and he did not let them give checks; he immediately, {he .. gave ………}</w:t>
      </w:r>
    </w:p>
    <w:p>
      <w:r>
        <w:t>And they did not, and they also wanted to give, to make out checks</w:t>
      </w:r>
    </w:p>
    <w:p>
      <w:r>
        <w:t>But he went first, he, he went first and gave a check, so there was {….}</w:t>
      </w:r>
    </w:p>
    <w:p>
      <w:r>
        <w:t>[He is Ma'ayan, Ma'ayan, Ma'ayan]</w:t>
      </w:r>
    </w:p>
    <w:p>
      <w:r>
        <w:t>A fountain</w:t>
      </w:r>
    </w:p>
    <w:p>
      <w:r>
        <w:t>[A fountain of dollars]</w:t>
      </w:r>
    </w:p>
    <w:p>
      <w:r>
        <w:t>Yes, 'Ma'ayan Shtov'</w:t>
      </w:r>
    </w:p>
    <w:p>
      <w:r>
        <w:t>['Ma'ayan Shtov,' a good fountain, a good fountain, 'shtov' is good]</w:t>
      </w:r>
    </w:p>
    <w:p>
      <w:r>
        <w:t>Nu..</w:t>
      </w:r>
    </w:p>
    <w:p>
      <w:r>
        <w:t>[‘Shtov is..]</w:t>
      </w:r>
    </w:p>
    <w:p>
      <w:r>
        <w:t>But we..</w:t>
      </w:r>
    </w:p>
    <w:p>
      <w:r>
        <w:t>[Shtov, shtov, ‘good’]</w:t>
      </w:r>
    </w:p>
    <w:p>
      <w:r>
        <w:t>No, we do not, do not know what is happening with Aharon</w:t>
      </w:r>
    </w:p>
    <w:p>
      <w:r>
        <w:t>[..]</w:t>
      </w:r>
    </w:p>
    <w:p>
      <w:r>
        <w:t>[Aharon was, this morning he called, and he told me that he feels there is news] Why not..?</w:t>
      </w:r>
    </w:p>
    <w:p>
      <w:r>
        <w:t>He arranged a meeting at the Agency, why did you not hold the meeting?</w:t>
      </w:r>
    </w:p>
    <w:p>
      <w:r>
        <w:t>[His father was sick, and I do not remember exactly, this was already three weeks ago] Ah.. ah..</w:t>
      </w:r>
    </w:p>
    <w:p>
      <w:r>
        <w:t>[A month ago, three weeks]</w:t>
      </w:r>
    </w:p>
    <w:p>
      <w:r>
        <w:t>Ah..</w:t>
      </w:r>
    </w:p>
    <w:p>
      <w:r>
        <w:t>[Maybe because of the father, maybe.., the father passed away, I do not know]</w:t>
      </w:r>
    </w:p>
    <w:p>
      <w:r>
        <w:t>[The father passed away exactly, I think on Thursday..]</w:t>
      </w:r>
    </w:p>
    <w:p>
      <w:r>
        <w:t>Ah.. ah..</w:t>
      </w:r>
    </w:p>
    <w:p>
      <w:r>
        <w:t>[I do not remember what the reason was]</w:t>
      </w:r>
    </w:p>
    <w:p>
      <w:r>
        <w:t>It, there was a reason, there was a reason</w:t>
      </w:r>
    </w:p>
    <w:p>
      <w:r>
        <w:t>[Not just like that, in the air]</w:t>
      </w:r>
    </w:p>
    <w:p>
      <w:r>
        <w:t>Ah, ah</w:t>
      </w:r>
    </w:p>
    <w:p>
      <w:r>
        <w:t>[No, I remember that he told me: "You..”]</w:t>
      </w:r>
    </w:p>
    <w:p>
      <w:r>
        <w:t>But, but there were n..</w:t>
      </w:r>
    </w:p>
    <w:p>
      <w:r>
        <w:t>[“If I do not come, you go to..”]</w:t>
      </w:r>
    </w:p>
    <w:p>
      <w:r>
        <w:t>They needed to..</w:t>
      </w:r>
    </w:p>
    <w:p>
      <w:r>
        <w:t>[….. told me]</w:t>
      </w:r>
    </w:p>
    <w:p>
      <w:r>
        <w:t>Notify them that today we cannot meet</w:t>
      </w:r>
    </w:p>
    <w:p>
      <w:r>
        <w:t>[Set it, yes]</w:t>
      </w:r>
    </w:p>
    <w:p>
      <w:r>
        <w:t>Ah..</w:t>
      </w:r>
    </w:p>
    <w:p>
      <w:r>
        <w:t>[Another time]</w:t>
      </w:r>
    </w:p>
    <w:p>
      <w:r>
        <w:t>That they should make another time</w:t>
      </w:r>
    </w:p>
    <w:p>
      <w:r>
        <w:t>[Rebbe, you only need to pray that my wife]</w:t>
      </w:r>
    </w:p>
    <w:p>
      <w:r>
        <w:t>[.. this is what..]</w:t>
      </w:r>
    </w:p>
    <w:p>
      <w:r>
        <w:t>Nu</w:t>
      </w:r>
    </w:p>
    <w:p>
      <w:r>
        <w:t>[Pray that my wife and her family]</w:t>
      </w:r>
    </w:p>
    <w:p>
      <w:r>
        <w:t>Nu</w:t>
      </w:r>
    </w:p>
    <w:p>
      <w:r>
        <w:t>[That they should give money]</w:t>
      </w:r>
    </w:p>
    <w:p>
      <w:r>
        <w:t>Yes?</w:t>
      </w:r>
    </w:p>
    <w:p>
      <w:r>
        <w:t>[Their father was a tzaddik, the greatest benefactor]</w:t>
      </w:r>
    </w:p>
    <w:p>
      <w:r>
        <w:t>Yes?</w:t>
      </w:r>
    </w:p>
    <w:p>
      <w:r>
        <w:t>[And they do not, do not know to whom to give the money?]</w:t>
      </w:r>
    </w:p>
    <w:p>
      <w:r>
        <w:t>{..}</w:t>
      </w:r>
    </w:p>
    <w:p>
      <w:r>
        <w:t>Look, Rebbe..</w:t>
      </w:r>
    </w:p>
    <w:p>
      <w:r>
        <w:t>[Ah..]</w:t>
      </w:r>
    </w:p>
    <w:p>
      <w:r>
        <w:t>Rebbe.. Rebbe, you need to pray, to pray that my wife..</w:t>
      </w:r>
    </w:p>
    <w:p>
      <w:r>
        <w:t>Her father was the benefactor.., he gave all his money..]</w:t>
      </w:r>
    </w:p>
    <w:p>
      <w:r>
        <w:t>Yes, do they have money?</w:t>
      </w:r>
    </w:p>
    <w:p>
      <w:r>
        <w:t>[Yo]</w:t>
      </w:r>
    </w:p>
    <w:p>
      <w:r>
        <w:t>Yes?</w:t>
      </w:r>
    </w:p>
    <w:p>
      <w:r>
        <w:t>[They have millions]</w:t>
      </w:r>
    </w:p>
    <w:p>
      <w:r>
        <w:t>Yes?</w:t>
      </w:r>
    </w:p>
    <w:p>
      <w:r>
        <w:t>[Yo, you only need to pray..]</w:t>
      </w:r>
    </w:p>
    <w:p>
      <w:r>
        <w:t>Why, why do they not give..]</w:t>
      </w:r>
    </w:p>
    <w:p>
      <w:r>
        <w:t>[Ah]</w:t>
      </w:r>
    </w:p>
    <w:p>
      <w:r>
        <w:t>Until now?</w:t>
      </w:r>
    </w:p>
    <w:p>
      <w:r>
        <w:t>[No, they became disappointed]</w:t>
      </w:r>
    </w:p>
    <w:p>
      <w:r>
        <w:t>Ah?</w:t>
      </w:r>
    </w:p>
    <w:p>
      <w:r>
        <w:t>[No, I have no influence on them, they became disappointed because..]</w:t>
      </w:r>
    </w:p>
    <w:p>
      <w:r>
        <w:t>Why?</w:t>
      </w:r>
    </w:p>
    <w:p>
      <w:r>
        <w:t>[Because they got married, there were rabbis, there were improper people]</w:t>
      </w:r>
    </w:p>
    <w:p>
      <w:r>
        <w:t>Improper</w:t>
      </w:r>
    </w:p>
    <w:p>
      <w:r>
        <w:t>[Yo, but her father, all the money he gave before his death and..]</w:t>
      </w:r>
    </w:p>
    <w:p>
      <w:r>
        <w:t>Ah</w:t>
      </w:r>
    </w:p>
    <w:p>
      <w:r>
        <w:t>[Yo, so you can pray that they should give in her name, of the..]…</w:t>
      </w:r>
    </w:p>
    <w:p>
      <w:r>
        <w:t>...{...}</w:t>
      </w:r>
    </w:p>
    <w:p>
      <w:r>
        <w:t>[Yes]</w:t>
      </w:r>
    </w:p>
    <w:p>
      <w:r>
        <w:t>Nu, they wanted, and he also knows them</w:t>
      </w:r>
    </w:p>
    <w:p>
      <w:r>
        <w:t>[Yes]</w:t>
      </w:r>
    </w:p>
    <w:p>
      <w:r>
        <w:t>At any rate…</w:t>
      </w:r>
    </w:p>
    <w:p>
      <w:r>
        <w:t>...[Saba and the friends sing:</w:t>
      </w:r>
    </w:p>
    <w:p>
      <w:r>
        <w:t>"In You our fathers trusted, they trusted and You delivered them</w:t>
      </w:r>
    </w:p>
    <w:p>
      <w:r>
        <w:t>To You they cried out and escaped, in You they trusted and were not ashamed.."</w:t>
      </w:r>
    </w:p>
    <w:p>
      <w:r>
        <w:t>"Na Na Nach Nachma Nachman MeUman.."]</w:t>
      </w:r>
    </w:p>
    <w:p>
      <w:r>
        <w:t>Oy, oy, Master of the World</w:t>
      </w:r>
    </w:p>
    <w:p>
      <w:r>
        <w:t>[Saba sings:</w:t>
      </w:r>
    </w:p>
    <w:p>
      <w:r>
        <w:t>"For Hashem has comforted Zion, He has comforted all her ruins</w:t>
      </w:r>
    </w:p>
    <w:p>
      <w:r>
        <w:t>And He made her wilderness like Eden, and her desert like the garden of Hashem</w:t>
      </w:r>
    </w:p>
    <w:p>
      <w:r>
        <w:t>Joy and gladness will be found in her, thanksgiving and the sound of song.."</w:t>
      </w:r>
    </w:p>
    <w:p>
      <w:r>
        <w:t>And afterward the friends also join in]…</w:t>
      </w:r>
    </w:p>
    <w:p>
      <w:r>
        <w:t>...[Saba and the friends sing:</w:t>
      </w:r>
    </w:p>
    <w:p>
      <w:r>
        <w:t>"A foretaste of the World to Come is the Sabbath day of rest</w:t>
      </w:r>
    </w:p>
    <w:p>
      <w:r>
        <w:t>All who delight in it will merit abundant joy</w:t>
      </w:r>
    </w:p>
    <w:p>
      <w:r>
        <w:t>From the birth pangs of Mashiach they will be delivered into relief</w:t>
      </w:r>
    </w:p>
    <w:p>
      <w:r>
        <w:t>Cause our redemption to sprout, and sorrow and sighing will flee</w:t>
      </w:r>
    </w:p>
    <w:p>
      <w:r>
        <w:t>To delight in delicacies, fatted fowl, quail, and fish</w:t>
      </w:r>
    </w:p>
    <w:p>
      <w:r>
        <w:t>Return to the Temple and to the Holy of Holies</w:t>
      </w:r>
    </w:p>
    <w:p>
      <w:r>
        <w:t>The place in which spirits and souls rejoice together</w:t>
      </w:r>
    </w:p>
    <w:p>
      <w:r>
        <w:t>{{Singing}} songs and praises</w:t>
      </w:r>
    </w:p>
    <w:p>
      <w:r>
        <w:t>In Yerushalayim, the city of beauty"</w:t>
      </w:r>
    </w:p>
    <w:p>
      <w:r>
        <w:t>To the melody of "Na Na Nach"]</w:t>
      </w:r>
    </w:p>
    <w:p>
      <w:r>
        <w:t>[We also want you also to come there..]</w:t>
      </w:r>
    </w:p>
    <w:p>
      <w:r>
        <w:t>[Nu]</w:t>
      </w:r>
    </w:p>
    <w:p>
      <w:r>
        <w:t>Ah</w:t>
      </w:r>
    </w:p>
    <w:p>
      <w:r>
        <w:t>Saba sings:</w:t>
      </w:r>
    </w:p>
    <w:p>
      <w:r>
        <w:t>"The harvest passed, summer ended, and we were not saved.."]</w:t>
      </w:r>
    </w:p>
    <w:p>
      <w:r>
        <w:t>This melody is hisbodedus</w:t>
      </w:r>
    </w:p>
    <w:p>
      <w:r>
        <w:t>[Yes …]</w:t>
      </w:r>
    </w:p>
    <w:p>
      <w:r>
        <w:t>Of the month of Elul</w:t>
      </w:r>
    </w:p>
    <w:p>
      <w:r>
        <w:t>[Yes]</w:t>
      </w:r>
    </w:p>
    <w:p>
      <w:r>
        <w:t>Our people went, went at night..</w:t>
      </w:r>
    </w:p>
    <w:p>
      <w:r>
        <w:t>[Yes]</w:t>
      </w:r>
    </w:p>
    <w:p>
      <w:r>
        <w:t>To the forest</w:t>
      </w:r>
    </w:p>
    <w:p>
      <w:r>
        <w:t>[Yes, after midnight]</w:t>
      </w:r>
    </w:p>
    <w:p>
      <w:r>
        <w:t>At midnight, after midnight</w:t>
      </w:r>
    </w:p>
    <w:p>
      <w:r>
        <w:t>[Yes]</w:t>
      </w:r>
    </w:p>
    <w:p>
      <w:r>
        <w:t>And cr.., it was a time to cry out</w:t>
      </w:r>
    </w:p>
    <w:p>
      <w:r>
        <w:t>[Yes]</w:t>
      </w:r>
    </w:p>
    <w:p>
      <w:r>
        <w:t>This is in the month of Elul</w:t>
      </w:r>
    </w:p>
    <w:p>
      <w:r>
        <w:t>[Yes, yes]</w:t>
      </w:r>
    </w:p>
    <w:p>
      <w:r>
        <w:t>So, so, 'The harvest passed</w:t>
      </w:r>
    </w:p>
    <w:p>
      <w:r>
        <w:t>[Yes]</w:t>
      </w:r>
    </w:p>
    <w:p>
      <w:r>
        <w:t>The month of Elul is already the end, the end, the whole summer has already passed</w:t>
      </w:r>
    </w:p>
    <w:p>
      <w:r>
        <w:t>[The whole summer, yes]</w:t>
      </w:r>
    </w:p>
    <w:p>
      <w:r>
        <w:t>'And we were not saved'</w:t>
      </w:r>
    </w:p>
    <w:p>
      <w:r>
        <w:t>So this was hisbodedus, a kind of hisbodedus</w:t>
      </w:r>
    </w:p>
    <w:p>
      <w:r>
        <w:t>[Saba and the friends continue singing:</w:t>
      </w:r>
    </w:p>
    <w:p>
      <w:r>
        <w:t>"The harvest passed, summer ended, and we were not saved.."]</w:t>
      </w:r>
    </w:p>
    <w:p>
      <w:r>
        <w:t>There were such cries in the forest, from the depths of the heart</w:t>
      </w:r>
    </w:p>
    <w:p>
      <w:r>
        <w:t>[Yes]</w:t>
      </w:r>
    </w:p>
    <w:p>
      <w:r>
        <w:t>Where are we? The harvest passed, already 'The harvest passed, summer ended, and we were not saved' what will be w..</w:t>
      </w:r>
    </w:p>
    <w:p>
      <w:r>
        <w:t>[..]</w:t>
      </w:r>
    </w:p>
    <w:p>
      <w:r>
        <w:t>When will we merit teshuvah? When? Elul</w:t>
      </w:r>
    </w:p>
    <w:p>
      <w:r>
        <w:t>[Yes]</w:t>
      </w:r>
    </w:p>
    <w:p>
      <w:r>
        <w:t>Oy</w:t>
      </w:r>
    </w:p>
    <w:p>
      <w:r>
        <w:t>[They are speaking about teshuvah, it, it..]</w:t>
      </w:r>
    </w:p>
    <w:p>
      <w:r>
        <w:t>[Yes, yes, yes]</w:t>
      </w:r>
    </w:p>
    <w:p>
      <w:r>
        <w:t>[The wording is th..]</w:t>
      </w:r>
    </w:p>
    <w:p>
      <w:r>
        <w:t>[Time passed..]</w:t>
      </w:r>
    </w:p>
    <w:p>
      <w:r>
        <w:t>'The harvest passed, summer ended,' all {our prayer}, it is not only the.. {...}</w:t>
      </w:r>
    </w:p>
    <w:p>
      <w:r>
        <w:t>[Yes, yes]</w:t>
      </w:r>
    </w:p>
    <w:p>
      <w:r>
        <w:t>[All our years]</w:t>
      </w:r>
    </w:p>
    <w:p>
      <w:r>
        <w:t>Already everything, passed, everything passed and we were not saved</w:t>
      </w:r>
    </w:p>
    <w:p>
      <w:r>
        <w:t>A little more and we are going to the World of Truth, what will become of us, what will be..”</w:t>
      </w:r>
    </w:p>
    <w:p>
      <w:r>
        <w:t>[Yes, yes, yes]</w:t>
      </w:r>
    </w:p>
    <w:p>
      <w:r>
        <w:t>'The harvest passed, summer ended,' all, all our lives passed, all, all, all our strength</w:t>
      </w:r>
    </w:p>
    <w:p>
      <w:r>
        <w:t>Everything passed and we were not saved</w:t>
      </w:r>
    </w:p>
    <w:p>
      <w:r>
        <w:t>[You see, this..]</w:t>
      </w:r>
    </w:p>
    <w:p>
      <w:r>
        <w:t>This is a great awakening</w:t>
      </w:r>
    </w:p>
    <w:p>
      <w:r>
        <w:t>[…...]</w:t>
      </w:r>
    </w:p>
    <w:p>
      <w:r>
        <w:t>It is not only this harvest, "The harvest passed..”, it is all, it..</w:t>
      </w:r>
    </w:p>
    <w:p>
      <w:r>
        <w:t>[It is every summer]</w:t>
      </w:r>
    </w:p>
    <w:p>
      <w:r>
        <w:t>"The harvest passed"</w:t>
      </w:r>
    </w:p>
    <w:p>
      <w:r>
        <w:t>[All of life]</w:t>
      </w:r>
    </w:p>
    <w:p>
      <w:r>
        <w:t>And we were not saved, {...}</w:t>
      </w:r>
    </w:p>
    <w:p>
      <w:r>
        <w:t>[Yes]</w:t>
      </w:r>
    </w:p>
    <w:p>
      <w:r>
        <w:t>[Who wrote these songs? No, who..?]</w:t>
      </w:r>
    </w:p>
    <w:p>
      <w:r>
        <w:t>I do not know</w:t>
      </w:r>
    </w:p>
    <w:p>
      <w:r>
        <w:t>[Oh]</w:t>
      </w:r>
    </w:p>
    <w:p>
      <w:r>
        <w:t>I only know that there is such a song</w:t>
      </w:r>
    </w:p>
    <w:p>
      <w:r>
        <w:t>[Yo, yo]</w:t>
      </w:r>
    </w:p>
    <w:p>
      <w:r>
        <w:t>[…………]…</w:t>
      </w:r>
    </w:p>
    <w:p>
      <w:r>
        <w:t>...[Hisbodedus]</w:t>
      </w:r>
    </w:p>
    <w:p>
      <w:r>
        <w:t>Like this?</w:t>
      </w:r>
    </w:p>
    <w:p>
      <w:r>
        <w:t>[But I do not know what..]</w:t>
      </w:r>
    </w:p>
    <w:p>
      <w:r>
        <w:t>With whom?</w:t>
      </w:r>
    </w:p>
    <w:p>
      <w:r>
        <w:t>[Th..]</w:t>
      </w:r>
    </w:p>
    <w:p>
      <w:r>
        <w:t>{….}</w:t>
      </w:r>
    </w:p>
    <w:p>
      <w:r>
        <w:t>[No, in the forest, we walked in the forest, he cried out..]</w:t>
      </w:r>
    </w:p>
    <w:p>
      <w:r>
        <w:t>Oy, oy..</w:t>
      </w:r>
    </w:p>
    <w:p>
      <w:r>
        <w:t>[He]</w:t>
      </w:r>
    </w:p>
    <w:p>
      <w:r>
        <w:t>Oy.. You were never there? {… you heard} from the words of Rebbe Nassan..]</w:t>
      </w:r>
    </w:p>
    <w:p>
      <w:r>
        <w:t>[No, no, he speaks only Hebrew]</w:t>
      </w:r>
    </w:p>
    <w:p>
      <w:r>
        <w:t>Words of Rebbe Nassan..</w:t>
      </w:r>
    </w:p>
    <w:p>
      <w:r>
        <w:t>[….]</w:t>
      </w:r>
    </w:p>
    <w:p>
      <w:r>
        <w:t>{….} To this day, how it came out of his mouth</w:t>
      </w:r>
    </w:p>
    <w:p>
      <w:r>
        <w:t>There was not, then there was not</w:t>
      </w:r>
    </w:p>
    <w:p>
      <w:r>
        <w:t>[……..]</w:t>
      </w:r>
    </w:p>
    <w:p>
      <w:r>
        <w:t>[Yes..]</w:t>
      </w:r>
    </w:p>
    <w:p>
      <w:r>
        <w:t>He.., I was a baker, so there was in Teveria..</w:t>
      </w:r>
    </w:p>
    <w:p>
      <w:r>
        <w:t>[Hebrew, Hebrew, Saba]</w:t>
      </w:r>
    </w:p>
    <w:p>
      <w:r>
        <w:t>Someone opened, a great, a millionaire, th..</w:t>
      </w:r>
    </w:p>
    <w:p>
      <w:r>
        <w:t>[You m..]</w:t>
      </w:r>
    </w:p>
    <w:p>
      <w:r>
        <w:t>[Speak Hebrew]</w:t>
      </w:r>
    </w:p>
    <w:p>
      <w:r>
        <w:t>[Speak Hebrew..]</w:t>
      </w:r>
    </w:p>
    <w:p>
      <w:r>
        <w:t>{..}</w:t>
      </w:r>
    </w:p>
    <w:p>
      <w:r>
        <w:t>[He does not understand Hebrew, Rebbe, he does not understand Yiddish]</w:t>
      </w:r>
    </w:p>
    <w:p>
      <w:r>
        <w:t>Before, before many years</w:t>
      </w:r>
    </w:p>
    <w:p>
      <w:r>
        <w:t>[Yes]</w:t>
      </w:r>
    </w:p>
    <w:p>
      <w:r>
        <w:t>A hotel opened in Teveria</w:t>
      </w:r>
    </w:p>
    <w:p>
      <w:r>
        <w:t>[Yes]</w:t>
      </w:r>
    </w:p>
    <w:p>
      <w:r>
        <w:t>A hotel with all the desires</w:t>
      </w:r>
    </w:p>
    <w:p>
      <w:r>
        <w:t>[Yes]</w:t>
      </w:r>
    </w:p>
    <w:p>
      <w:r>
        <w:t>A special hotel</w:t>
      </w:r>
    </w:p>
    <w:p>
      <w:r>
        <w:t>[Yo]</w:t>
      </w:r>
    </w:p>
    <w:p>
      <w:r>
        <w:t>And the owner, and the hotel owner, his name was Feingold</w:t>
      </w:r>
    </w:p>
    <w:p>
      <w:r>
        <w:t>[Yes]</w:t>
      </w:r>
    </w:p>
    <w:p>
      <w:r>
        <w:t>[Feingold]</w:t>
      </w:r>
    </w:p>
    <w:p>
      <w:r>
        <w:t>[Yes]</w:t>
      </w:r>
    </w:p>
    <w:p>
      <w:r>
        <w:t>[All the desires]</w:t>
      </w:r>
    </w:p>
    <w:p>
      <w:r>
        <w:t>And he..</w:t>
      </w:r>
    </w:p>
    <w:p>
      <w:r>
        <w:t>[And I remember him]</w:t>
      </w:r>
    </w:p>
    <w:p>
      <w:r>
        <w:t>I was a baker</w:t>
      </w:r>
    </w:p>
    <w:p>
      <w:r>
        <w:t>[Yes]</w:t>
      </w:r>
    </w:p>
    <w:p>
      <w:r>
        <w:t>And he wanted the baker who was the most, most expert and the best and the most..</w:t>
      </w:r>
    </w:p>
    <w:p>
      <w:r>
        <w:t>[Yes]</w:t>
      </w:r>
    </w:p>
    <w:p>
      <w:r>
        <w:t>Expert</w:t>
      </w:r>
    </w:p>
    <w:p>
      <w:r>
        <w:t>[This, this is Saba]</w:t>
      </w:r>
    </w:p>
    <w:p>
      <w:r>
        <w:t>[Yes]</w:t>
      </w:r>
    </w:p>
    <w:p>
      <w:r>
        <w:t>So they told him:</w:t>
      </w:r>
    </w:p>
    <w:p>
      <w:r>
        <w:t>"Odesser, the Odesser Bakery," yes</w:t>
      </w:r>
    </w:p>
    <w:p>
      <w:r>
        <w:t>So he sent for me</w:t>
      </w:r>
    </w:p>
    <w:p>
      <w:r>
        <w:t>[That was his wife..]</w:t>
      </w:r>
    </w:p>
    <w:p>
      <w:r>
        <w:t>I came, and he bought from me..</w:t>
      </w:r>
    </w:p>
    <w:p>
      <w:r>
        <w:t>[Bread]</w:t>
      </w:r>
    </w:p>
    <w:p>
      <w:r>
        <w:t>Bread</w:t>
      </w:r>
    </w:p>
    <w:p>
      <w:r>
        <w:t>[Yes]</w:t>
      </w:r>
    </w:p>
    <w:p>
      <w:r>
        <w:t>Challah, and bread, yes</w:t>
      </w:r>
    </w:p>
    <w:p>
      <w:r>
        <w:t>[This is a great rabbi, Rabbi Yisroel]</w:t>
      </w:r>
    </w:p>
    <w:p>
      <w:r>
        <w:t>[Rolls]</w:t>
      </w:r>
    </w:p>
    <w:p>
      <w:r>
        <w:t>And he.. ah? What?</w:t>
      </w:r>
    </w:p>
    <w:p>
      <w:r>
        <w:t>[Was that Rabbi Yisroel?]</w:t>
      </w:r>
    </w:p>
    <w:p>
      <w:r>
        <w:t>[No, no]</w:t>
      </w:r>
    </w:p>
    <w:p>
      <w:r>
        <w:t>No..</w:t>
      </w:r>
    </w:p>
    <w:p>
      <w:r>
        <w:t>[No, this is someone who opened a hotel]</w:t>
      </w:r>
    </w:p>
    <w:p>
      <w:r>
        <w:t>[….]</w:t>
      </w:r>
    </w:p>
    <w:p>
      <w:r>
        <w:t>[He did not understand Yiddish]</w:t>
      </w:r>
    </w:p>
    <w:p>
      <w:r>
        <w:t>Slowly, slowly</w:t>
      </w:r>
    </w:p>
    <w:p>
      <w:r>
        <w:t>[Yes, yes, yes]</w:t>
      </w:r>
    </w:p>
    <w:p>
      <w:r>
        <w:t>Yes, I had a bakery</w:t>
      </w:r>
    </w:p>
    <w:p>
      <w:r>
        <w:t>[Yes, yes, yes, yes]</w:t>
      </w:r>
    </w:p>
    <w:p>
      <w:r>
        <w:t>[They needed someone who would be a baker]</w:t>
      </w:r>
    </w:p>
    <w:p>
      <w:r>
        <w:t>[Ah, ah]</w:t>
      </w:r>
    </w:p>
    <w:p>
      <w:r>
        <w:t>[A good baker, you know, so they chose him]</w:t>
      </w:r>
    </w:p>
    <w:p>
      <w:r>
        <w:t>I was a baker, I was a baker, and all the {counsel\foundation} of the bakery</w:t>
      </w:r>
    </w:p>
    <w:p>
      <w:r>
        <w:t>[Ah..]</w:t>
      </w:r>
    </w:p>
    <w:p>
      <w:r>
        <w:t>Nu, and everyone was, was jealous of me:</w:t>
      </w:r>
    </w:p>
    <w:p>
      <w:r>
        <w:t>"Yisroel Ber the Breslover, he made it, he rose on high, t.., higher and higher.. We are all poor, we have no money, and Yisroel Ber the Breslover has a bakery, a bakery? A bakery is, it is, it is a factory for money..</w:t>
      </w:r>
    </w:p>
    <w:p>
      <w:r>
        <w:t>[Yeah]</w:t>
      </w:r>
    </w:p>
    <w:p>
      <w:r>
        <w:t>A bakery? What is that?"</w:t>
      </w:r>
    </w:p>
    <w:p>
      <w:r>
        <w:t>[It is a factory for making money]</w:t>
      </w:r>
    </w:p>
    <w:p>
      <w:r>
        <w:t>And I, everyone envied, envied</w:t>
      </w:r>
    </w:p>
    <w:p>
      <w:r>
        <w:t>[Yes]</w:t>
      </w:r>
    </w:p>
    <w:p>
      <w:r>
        <w:t>And I have miracles that I did not become blind</w:t>
      </w:r>
    </w:p>
    <w:p>
      <w:r>
        <w:t>The tears fell by themselves, I do not need to think, {to prepare}</w:t>
      </w:r>
    </w:p>
    <w:p>
      <w:r>
        <w:t>To.. that they should fall, that there should be tears</w:t>
      </w:r>
    </w:p>
    <w:p>
      <w:r>
        <w:t>[Yes]</w:t>
      </w:r>
    </w:p>
    <w:p>
      <w:r>
        <w:t>The tears came out by themselves</w:t>
      </w:r>
    </w:p>
    <w:p>
      <w:r>
        <w:t>I did not want to, I, I was afraid that I would be, would be blind</w:t>
      </w:r>
    </w:p>
    <w:p>
      <w:r>
        <w:t>[Yes]</w:t>
      </w:r>
    </w:p>
    <w:p>
      <w:r>
        <w:t>What? These are tears, this, this, this, for the eyes this, this is very terrible</w:t>
      </w:r>
    </w:p>
    <w:p>
      <w:r>
        <w:t>[Yes]</w:t>
      </w:r>
    </w:p>
    <w:p>
      <w:r>
        <w:t>Yes, it takes away the light, the light of the eyes</w:t>
      </w:r>
    </w:p>
    <w:p>
      <w:r>
        <w:t>[Yes]</w:t>
      </w:r>
    </w:p>
    <w:p>
      <w:r>
        <w:t>But I did not want to cry</w:t>
      </w:r>
    </w:p>
    <w:p>
      <w:r>
        <w:t>[Yes]</w:t>
      </w:r>
    </w:p>
    <w:p>
      <w:r>
        <w:t>But it came out by itself..</w:t>
      </w:r>
    </w:p>
    <w:p>
      <w:r>
        <w:t>[Why did you cry?]</w:t>
      </w:r>
    </w:p>
    <w:p>
      <w:r>
        <w:t>{Where I was} I do not want, they fell</w:t>
      </w:r>
    </w:p>
    <w:p>
      <w:r>
        <w:t>[Why?]</w:t>
      </w:r>
    </w:p>
    <w:p>
      <w:r>
        <w:t>From the magnitude of the anguish that I had</w:t>
      </w:r>
    </w:p>
    <w:p>
      <w:r>
        <w:t>[Ah, ah]</w:t>
      </w:r>
    </w:p>
    <w:p>
      <w:r>
        <w:t>[Huh?]</w:t>
      </w:r>
    </w:p>
    <w:p>
      <w:r>
        <w:t>What? What is the money for? What..</w:t>
      </w:r>
    </w:p>
    <w:p>
      <w:r>
        <w:t>[Oh, he cried, that he..]</w:t>
      </w:r>
    </w:p>
    <w:p>
      <w:r>
        <w:t>{What is this?}</w:t>
      </w:r>
    </w:p>
    <w:p>
      <w:r>
        <w:t>[Is making money, yeah, yeah, yeah, yeah]</w:t>
      </w:r>
    </w:p>
    <w:p>
      <w:r>
        <w:t>[Yeah]</w:t>
      </w:r>
    </w:p>
    <w:p>
      <w:r>
        <w:t>Yes</w:t>
      </w:r>
    </w:p>
    <w:p>
      <w:r>
        <w:t>[So when did you leave?]</w:t>
      </w:r>
    </w:p>
    <w:p>
      <w:r>
        <w:t>So ah..</w:t>
      </w:r>
    </w:p>
    <w:p>
      <w:r>
        <w:t>[He cried..]</w:t>
      </w:r>
    </w:p>
    <w:p>
      <w:r>
        <w:t>[He started to cry because he started making money, he started to cry] Feingold..</w:t>
      </w:r>
    </w:p>
    <w:p>
      <w:r>
        <w:t>[He was afraid of becoming blind]</w:t>
      </w:r>
    </w:p>
    <w:p>
      <w:r>
        <w:t>[Feingold?]</w:t>
      </w:r>
    </w:p>
    <w:p>
      <w:r>
        <w:t>Yes</w:t>
      </w:r>
    </w:p>
    <w:p>
      <w:r>
        <w:t>[The owner of the hotel?]</w:t>
      </w:r>
    </w:p>
    <w:p>
      <w:r>
        <w:t>The owner, the owner of the hotel, yes</w:t>
      </w:r>
    </w:p>
    <w:p>
      <w:r>
        <w:t>He was learned in books and he, and he loved to hear words of Torah</w:t>
      </w:r>
    </w:p>
    <w:p>
      <w:r>
        <w:t>I spoke with him about Rabbainu, and he was impressed and he..</w:t>
      </w:r>
    </w:p>
    <w:p>
      <w:r>
        <w:t>And I was unique in the world to him, yes</w:t>
      </w:r>
    </w:p>
    <w:p>
      <w:r>
        <w:t>[Yes]</w:t>
      </w:r>
    </w:p>
    <w:p>
      <w:r>
        <w:t>Yes, so he had such a machine, he, many years ago</w:t>
      </w:r>
    </w:p>
    <w:p>
      <w:r>
        <w:t>It was, he had.., a great rich man and he had such a thing</w:t>
      </w:r>
    </w:p>
    <w:p>
      <w:r>
        <w:t>So he said to me:</w:t>
      </w:r>
    </w:p>
    <w:p>
      <w:r>
        <w:t>"I want to hear, I heard that you sing on Shabbos "Aishes Chayil" and..</w:t>
      </w:r>
    </w:p>
    <w:p>
      <w:r>
        <w:t>[Yeah]</w:t>
      </w:r>
    </w:p>
    <w:p>
      <w:r>
        <w:t>And zemiros, I want to hear"</w:t>
      </w:r>
    </w:p>
    <w:p>
      <w:r>
        <w:t>So he took this</w:t>
      </w:r>
    </w:p>
    <w:p>
      <w:r>
        <w:t>[Yeah]</w:t>
      </w:r>
    </w:p>
    <w:p>
      <w:r>
        <w:t>I, I, and I did not know, I sang</w:t>
      </w:r>
    </w:p>
    <w:p>
      <w:r>
        <w:t>After all, he wants to hear, so I said "Aishes Chayil", yes</w:t>
      </w:r>
    </w:p>
    <w:p>
      <w:r>
        <w:t>Afterward, the next week, he called me and he opened it, and I hear that I..</w:t>
      </w:r>
    </w:p>
    <w:p>
      <w:r>
        <w:t>[Your voice …...]</w:t>
      </w:r>
    </w:p>
    <w:p>
      <w:r>
        <w:t>[It was perhaps..]</w:t>
      </w:r>
    </w:p>
    <w:p>
      <w:r>
        <w:t>This, how is such a thing possible?</w:t>
      </w:r>
    </w:p>
    <w:p>
      <w:r>
        <w:t>[Now there is..]</w:t>
      </w:r>
    </w:p>
    <w:p>
      <w:r>
        <w:t>What is this? Yes</w:t>
      </w:r>
    </w:p>
    <w:p>
      <w:r>
        <w:t>[It was..]</w:t>
      </w:r>
    </w:p>
    <w:p>
      <w:r>
        <w:t>[..much more, sixty years..]</w:t>
      </w:r>
    </w:p>
    <w:p>
      <w:r>
        <w:t>[It could be that such a thing before..]</w:t>
      </w:r>
    </w:p>
    <w:p>
      <w:r>
        <w:t>[There was, there was, there was, yeah, yeah..]</w:t>
      </w:r>
    </w:p>
    <w:p>
      <w:r>
        <w:t>Yes, yes</w:t>
      </w:r>
    </w:p>
    <w:p>
      <w:r>
        <w:t>[Forty years]</w:t>
      </w:r>
    </w:p>
    <w:p>
      <w:r>
        <w:t>Yes</w:t>
      </w:r>
    </w:p>
    <w:p>
      <w:r>
        <w:t>[Yes]</w:t>
      </w:r>
    </w:p>
    <w:p>
      <w:r>
        <w:t>Yes, yes, it was not so {cheap}, but it existed</w:t>
      </w:r>
    </w:p>
    <w:p>
      <w:r>
        <w:t>[It existed, it existed]</w:t>
      </w:r>
    </w:p>
    <w:p>
      <w:r>
        <w:t>[Yes, yes, yes]</w:t>
      </w:r>
    </w:p>
    <w:p>
      <w:r>
        <w:t>[I told anyway, how Father told]…</w:t>
      </w:r>
    </w:p>
    <w:p>
      <w:pPr>
        <w:pStyle w:val="Heading2"/>
      </w:pPr>
      <w:r>
        <w:t>Side B (Bais)</w:t>
      </w:r>
    </w:p>
    <w:p>
      <w:r>
        <w:t>[The supplied transcript explicitly states that this tape side is missing. No wording has been invented.]</w:t>
      </w:r>
    </w:p>
    <w:p>
      <w:r>
        <w:br w:type="page"/>
      </w:r>
    </w:p>
    <w:p>
      <w:pPr>
        <w:pStyle w:val="Heading1"/>
      </w:pPr>
      <w:r>
        <w:t>Tape 24</w:t>
      </w:r>
    </w:p>
    <w:p>
      <w:pPr>
        <w:pStyle w:val="Heading2"/>
      </w:pPr>
      <w:r>
        <w:t>Side A (Aleph)</w:t>
      </w:r>
    </w:p>
    <w:p>
      <w:r>
        <w:t>...{….} and I am full of illnesses</w:t>
      </w:r>
    </w:p>
    <w:p>
      <w:r>
        <w:t>[Because of this he already passed away]…</w:t>
      </w:r>
    </w:p>
    <w:p>
      <w:r>
        <w:t>...Yes, yes</w:t>
      </w:r>
    </w:p>
    <w:p>
      <w:r>
        <w:t>[Yes]</w:t>
      </w:r>
    </w:p>
    <w:p>
      <w:r>
        <w:t>Yes</w:t>
      </w:r>
    </w:p>
    <w:p>
      <w:r>
        <w:t>[His wife went to be in a nursing home]</w:t>
      </w:r>
    </w:p>
    <w:p>
      <w:r>
        <w:t>He, he traveled in a taxi, he, he met me, said to me:</w:t>
      </w:r>
    </w:p>
    <w:p>
      <w:r>
        <w:t>"If only I were healthy {like you}"</w:t>
      </w:r>
    </w:p>
    <w:p>
      <w:r>
        <w:t>[……………….]…</w:t>
      </w:r>
    </w:p>
    <w:p>
      <w:r>
        <w:t>...{Like this} exactly as it needs to be, no less and no more, exactly {and by the merit of} this, it is a great wonder, a great wonder</w:t>
      </w:r>
    </w:p>
    <w:p>
      <w:r>
        <w:t>He loved me very much, {he loved me}</w:t>
      </w:r>
    </w:p>
    <w:p>
      <w:r>
        <w:t>He traveled in a taxi, he blessed me, says to me:</w:t>
      </w:r>
    </w:p>
    <w:p>
      <w:r>
        <w:t>"I want, all your illnesses, that you have, should be, {should come to me} to me" when I was in Russia</w:t>
      </w:r>
    </w:p>
    <w:p>
      <w:r>
        <w:t>[Yes]</w:t>
      </w:r>
    </w:p>
    <w:p>
      <w:r>
        <w:t>[Yitzchak, I will put this in the freezer so there will be cold water..]</w:t>
      </w:r>
    </w:p>
    <w:p>
      <w:r>
        <w:t>I came, there was heavy rain</w:t>
      </w:r>
    </w:p>
    <w:p>
      <w:r>
        <w:t>[Yes?]</w:t>
      </w:r>
    </w:p>
    <w:p>
      <w:r>
        <w:t>And I caught cold</w:t>
      </w:r>
    </w:p>
    <w:p>
      <w:r>
        <w:t>[Shimon]</w:t>
      </w:r>
    </w:p>
    <w:p>
      <w:r>
        <w:t>[Yes]</w:t>
      </w:r>
    </w:p>
    <w:p>
      <w:r>
        <w:t>[I am putting water for you in the freezer, so that you will have]</w:t>
      </w:r>
    </w:p>
    <w:p>
      <w:r>
        <w:t>[Yes]…</w:t>
      </w:r>
    </w:p>
    <w:p>
      <w:r>
        <w:t>...{A person} not usual, {and a good man\and his wife}, he had no illness {…..} in any limb…</w:t>
      </w:r>
    </w:p>
    <w:p>
      <w:r>
        <w:t>...This is unusual, {…….}</w:t>
      </w:r>
    </w:p>
    <w:p>
      <w:r>
        <w:t>It is not, not common, not a common thing..</w:t>
      </w:r>
    </w:p>
    <w:p>
      <w:r>
        <w:t>I have a large congregation, they are all ill, only you alone..</w:t>
      </w:r>
    </w:p>
    <w:p>
      <w:r>
        <w:t>[..]</w:t>
      </w:r>
    </w:p>
    <w:p>
      <w:r>
        <w:t>Yes, that you have no illness…</w:t>
      </w:r>
    </w:p>
    <w:p>
      <w:r>
        <w:t>...[…]…</w:t>
      </w:r>
    </w:p>
    <w:p>
      <w:r>
        <w:t>...{…}</w:t>
      </w:r>
    </w:p>
    <w:p>
      <w:r>
        <w:t>[….. there is a lot of iron, a lot of iron, please]…</w:t>
      </w:r>
    </w:p>
    <w:p>
      <w:r>
        <w:t>...He would open, open the store on Shabbos {also} (also) we saw what a Jew is and what a gentile is</w:t>
      </w:r>
    </w:p>
    <w:p>
      <w:r>
        <w:t>[Was this here in Teveria?]</w:t>
      </w:r>
    </w:p>
    <w:p>
      <w:r>
        <w:t>Huh? In Teveria</w:t>
      </w:r>
    </w:p>
    <w:p>
      <w:r>
        <w:t>[Was he an Arab?]</w:t>
      </w:r>
    </w:p>
    <w:p>
      <w:r>
        <w:t>He.., an Arab, he had a beautiful store, he would bring okra and tomatoes</w:t>
      </w:r>
    </w:p>
    <w:p>
      <w:r>
        <w:t>{Yes}, two good things</w:t>
      </w:r>
    </w:p>
    <w:p>
      <w:r>
        <w:t>[Shimon, to wash hands, here.., this is hot, Father, it will cool down, this is hot, here, one moment, this is hot, here, it will cool down in a jiffy]</w:t>
      </w:r>
    </w:p>
    <w:p>
      <w:r>
        <w:t>[For washing the hands perhaps, yes]</w:t>
      </w:r>
    </w:p>
    <w:p>
      <w:r>
        <w:t>Ah..</w:t>
      </w:r>
    </w:p>
    <w:p>
      <w:r>
        <w:t>(Noise of washing)</w:t>
      </w:r>
    </w:p>
    <w:p>
      <w:r>
        <w:t>[Amen][……………………, do you want tea? Shimon..][No.. no..][………..][Salt, salt][Salt? Here ….. upstairs, no, I just remembered, Yitzchak is traveling to Umanat the airport, ……… back and that is it, …. taxi, we brought him, no, wait, Ruti..Shimon, here, here, please][What is this?][Here is salt, there is a full plate hereseven thirty they fly ….., blessed be Hashem]{Blessed are You, Hashem, Lord our God, King of the world, Who brings forth bread from the earth}[Amen][Amen][……………………, do you want tea? Shimon..][No.. no..][………..][Salt, salt][Salt? Here ….. upstairs, no, I just remembered, Yitzchak is traveling to Umanat the airport, ……… back and that is it, …. taxi, we brought him, no, wait, Ruti..Shimon, here, here, please][What is this?][Here is salt, there is a full plate hereseven thirty they fly ….., blessed be Hashem]{Blessed are You, Hashem, Lord our God, King of the world, Who brings forth bread from the earth}[Amen]{Who commanded us concerning washing..}</w:t>
      </w:r>
    </w:p>
    <w:p>
      <w:r>
        <w:t>[Amen]</w:t>
      </w:r>
    </w:p>
    <w:p>
      <w:r>
        <w:t>[……………………, do you want tea? Shimon..]</w:t>
      </w:r>
    </w:p>
    <w:p>
      <w:r>
        <w:t>[No.. no..]</w:t>
      </w:r>
    </w:p>
    <w:p>
      <w:r>
        <w:t>[………..]</w:t>
      </w:r>
    </w:p>
    <w:p>
      <w:r>
        <w:t>[Salt, salt]</w:t>
      </w:r>
    </w:p>
    <w:p>
      <w:r>
        <w:t>[Salt? Here ….. upstairs, no, I just remembered, Yitzchak is traveling to Uman</w:t>
      </w:r>
    </w:p>
    <w:p>
      <w:r>
        <w:t>At the airport, ……… back and that is it, …. taxi, we brought him, no, wait, Ruti..</w:t>
      </w:r>
    </w:p>
    <w:p>
      <w:r>
        <w:t>Shimon, here, here, please]</w:t>
      </w:r>
    </w:p>
    <w:p>
      <w:r>
        <w:t>[What is this?]</w:t>
      </w:r>
    </w:p>
    <w:p>
      <w:r>
        <w:t>[Here is salt, there is a full plate</w:t>
      </w:r>
    </w:p>
    <w:p>
      <w:r>
        <w:t>At seven thirty they fly ….., blessed be Hashem]</w:t>
      </w:r>
    </w:p>
    <w:p>
      <w:r>
        <w:t>{Blessed are You, Hashem, Lord our God, King of the world, Who brings forth bread from the earth}</w:t>
      </w:r>
    </w:p>
    <w:p>
      <w:r>
        <w:t>[Amen]</w:t>
      </w:r>
    </w:p>
    <w:p>
      <w:r>
        <w:t>[Amen]</w:t>
      </w:r>
    </w:p>
    <w:p>
      <w:r>
        <w:t>[……………………, do you want tea? Shimon..]</w:t>
      </w:r>
    </w:p>
    <w:p>
      <w:r>
        <w:t>[No.. no..]</w:t>
      </w:r>
    </w:p>
    <w:p>
      <w:r>
        <w:t>[………..]</w:t>
      </w:r>
    </w:p>
    <w:p>
      <w:r>
        <w:t>[Salt, salt]</w:t>
      </w:r>
    </w:p>
    <w:p>
      <w:r>
        <w:t>[Salt? Here ….. upstairs, no, I just remembered, Yitzchak is traveling to Uman</w:t>
      </w:r>
    </w:p>
    <w:p>
      <w:r>
        <w:t>At the airport, ……… back and that is it, …. taxi, we brought him, no, wait, Ruti..</w:t>
      </w:r>
    </w:p>
    <w:p>
      <w:r>
        <w:t>Shimon, here, here, please]</w:t>
      </w:r>
    </w:p>
    <w:p>
      <w:r>
        <w:t>[What is this?]</w:t>
      </w:r>
    </w:p>
    <w:p>
      <w:r>
        <w:t>[Here is salt, there is a full plate here</w:t>
      </w:r>
    </w:p>
    <w:p>
      <w:r>
        <w:t>At seven thirty they fly ….., blessed be Hashem]</w:t>
      </w:r>
    </w:p>
    <w:p>
      <w:r>
        <w:t>{Blessed are You, Hashem, Lord our God, King of the world, Who brings forth bread from the earth}</w:t>
      </w:r>
    </w:p>
    <w:p>
      <w:r>
        <w:t>[Amen]</w:t>
      </w:r>
    </w:p>
    <w:p>
      <w:r>
        <w:t>[Nu, Father, this is very tasty, yes?]</w:t>
      </w:r>
    </w:p>
    <w:p>
      <w:r>
        <w:t>Oh, oh</w:t>
      </w:r>
    </w:p>
    <w:p>
      <w:r>
        <w:t>[Blessed be Hashem, ……………………]</w:t>
      </w:r>
    </w:p>
    <w:p>
      <w:r>
        <w:t>[Shimon, afterward we will seat him here a little..]...</w:t>
      </w:r>
    </w:p>
    <w:p>
      <w:r>
        <w:t>...We believe in the Torah, and in the tzadikim</w:t>
      </w:r>
    </w:p>
    <w:p>
      <w:r>
        <w:t>[Yes]…</w:t>
      </w:r>
    </w:p>
    <w:p>
      <w:r>
        <w:t>...{You ate ...}...</w:t>
      </w:r>
    </w:p>
    <w:p>
      <w:r>
        <w:t>...He forgives us for our sins and for the lusts</w:t>
      </w:r>
    </w:p>
    <w:p>
      <w:r>
        <w:t>He forgives us, as on Yom Kippur, he forgives us</w:t>
      </w:r>
    </w:p>
    <w:p>
      <w:r>
        <w:t>Heaven forbid, had it not been for this, who knows? We would already be lost</w:t>
      </w:r>
    </w:p>
    <w:p>
      <w:r>
        <w:t>Blessed be Hashem, "Hashem is our God, Hashem is One"</w:t>
      </w:r>
    </w:p>
    <w:p>
      <w:r>
        <w:t>Only we are Am Yisroel, but the gentiles do not believe in the Torah or in anything {they do not have, this, this}, they stand outside like b.., like mice and cats, animals and blessed be Hashem we are one people, one people who received the Torah, and..</w:t>
      </w:r>
    </w:p>
    <w:p>
      <w:r>
        <w:t>Upon us and upon our generations {we received} the Torah and the mitzvos, and..</w:t>
      </w:r>
    </w:p>
    <w:p>
      <w:r>
        <w:t>Ah.. what this is</w:t>
      </w:r>
    </w:p>
    <w:p>
      <w:r>
        <w:t>Ah..</w:t>
      </w:r>
    </w:p>
    <w:p>
      <w:r>
        <w:t>Twenty-five to twelve, huh?</w:t>
      </w:r>
    </w:p>
    <w:p>
      <w:r>
        <w:t>[Now it is twenty, twenty to twelve now]</w:t>
      </w:r>
    </w:p>
    <w:p>
      <w:r>
        <w:t>Huh? Twenty..?</w:t>
      </w:r>
    </w:p>
    <w:p>
      <w:r>
        <w:t>[To twelve..]</w:t>
      </w:r>
    </w:p>
    <w:p>
      <w:r>
        <w:t>To twelve</w:t>
      </w:r>
    </w:p>
    <w:p>
      <w:r>
        <w:t>[Twenty to twelve]</w:t>
      </w:r>
    </w:p>
    <w:p>
      <w:r>
        <w:t>{Blessed be Hashem}.. there is still time</w:t>
      </w:r>
    </w:p>
    <w:p>
      <w:r>
        <w:t>We need to eat more, so that we will have strength to eat, we make the pre-fast meal…</w:t>
      </w:r>
    </w:p>
    <w:p>
      <w:r>
        <w:t>...Blessed be Hashem</w:t>
      </w:r>
    </w:p>
    <w:p>
      <w:r>
        <w:t>What is this?</w:t>
      </w:r>
    </w:p>
    <w:p>
      <w:r>
        <w:t>[It is recording, recording]</w:t>
      </w:r>
    </w:p>
    <w:p>
      <w:r>
        <w:t>Ah, ah</w:t>
      </w:r>
    </w:p>
    <w:p>
      <w:r>
        <w:t>I want to sit in the bed</w:t>
      </w:r>
    </w:p>
    <w:p>
      <w:r>
        <w:t>[Yes]</w:t>
      </w:r>
    </w:p>
    <w:p>
      <w:r>
        <w:t>Oh.. blessed be Hashem</w:t>
      </w:r>
    </w:p>
    <w:p>
      <w:r>
        <w:t>[To lie down? To lie down or to sit?]</w:t>
      </w:r>
    </w:p>
    <w:p>
      <w:r>
        <w:t>Huh?</w:t>
      </w:r>
    </w:p>
    <w:p>
      <w:r>
        <w:t>[Do you want to lie down or to sit?]</w:t>
      </w:r>
    </w:p>
    <w:p>
      <w:r>
        <w:t>{…}, oy, oy, {either way}</w:t>
      </w:r>
    </w:p>
    <w:p>
      <w:r>
        <w:t>Blessed be Hashem…</w:t>
      </w:r>
    </w:p>
    <w:p>
      <w:r>
        <w:t>...[{Yes, they returned} the Cave of Machpelah…]</w:t>
      </w:r>
    </w:p>
    <w:p>
      <w:r>
        <w:t>[…]</w:t>
      </w:r>
    </w:p>
    <w:p>
      <w:r>
        <w:t>[No, he will get up and…….., and in Yerushalayim on the wall there will be …..]</w:t>
      </w:r>
    </w:p>
    <w:p>
      <w:r>
        <w:t>[…..]</w:t>
      </w:r>
    </w:p>
    <w:p>
      <w:r>
        <w:t>[… of the.. terrorists..]</w:t>
      </w:r>
    </w:p>
    <w:p>
      <w:r>
        <w:t>[PLO terrorists]</w:t>
      </w:r>
    </w:p>
    <w:p>
      <w:r>
        <w:t>[Of the PLO]</w:t>
      </w:r>
    </w:p>
    <w:p>
      <w:r>
        <w:t>[………..]</w:t>
      </w:r>
    </w:p>
    <w:p>
      <w:r>
        <w:t>[……. we were there on Rosh Hashanah..]</w:t>
      </w:r>
    </w:p>
    <w:p>
      <w:r>
        <w:t>[……]</w:t>
      </w:r>
    </w:p>
    <w:p>
      <w:r>
        <w:t>[……]</w:t>
      </w:r>
    </w:p>
    <w:p>
      <w:r>
        <w:t>[In Yericho altogether, you surely passed through, you saw]</w:t>
      </w:r>
    </w:p>
    <w:p>
      <w:r>
        <w:t>[…..]</w:t>
      </w:r>
    </w:p>
    <w:p>
      <w:r>
        <w:t>[In Yericho ………]</w:t>
      </w:r>
    </w:p>
    <w:p>
      <w:r>
        <w:t>[Everything, the Holy One, blessed be He, directs the world, and not the politicians</w:t>
      </w:r>
    </w:p>
    <w:p>
      <w:r>
        <w:t>But they.., apparently there is some free choice, this decrees their judgment, this is here ……….]</w:t>
      </w:r>
    </w:p>
    <w:p>
      <w:r>
        <w:t>[What happened with ah.. Begin]</w:t>
      </w:r>
    </w:p>
    <w:p>
      <w:r>
        <w:t>[They abstained today, they ah.. Shas, they were saved from kares]</w:t>
      </w:r>
    </w:p>
    <w:p>
      <w:r>
        <w:t>[Yes]</w:t>
      </w:r>
    </w:p>
    <w:p>
      <w:r>
        <w:t>[From kares, it is kares to give land of..]</w:t>
      </w:r>
    </w:p>
    <w:p>
      <w:r>
        <w:t>[Certainly]</w:t>
      </w:r>
    </w:p>
    <w:p>
      <w:r>
        <w:t>[…..]</w:t>
      </w:r>
    </w:p>
    <w:p>
      <w:r>
        <w:t>[Right, right]</w:t>
      </w:r>
    </w:p>
    <w:p>
      <w:r>
        <w:t>[It is deOraisa]</w:t>
      </w:r>
    </w:p>
    <w:p>
      <w:r>
        <w:t>[They know everything, they ……]</w:t>
      </w:r>
    </w:p>
    <w:p>
      <w:r>
        <w:t>[…..]...</w:t>
      </w:r>
    </w:p>
    <w:p>
      <w:r>
        <w:t>{...…}... [……] [……]</w:t>
      </w:r>
    </w:p>
    <w:p>
      <w:r>
        <w:t>[It is in halacha ………….]</w:t>
      </w:r>
    </w:p>
    <w:p>
      <w:r>
        <w:t>[……………]</w:t>
      </w:r>
    </w:p>
    <w:p>
      <w:r>
        <w:t>[In Heaven they will not let them]</w:t>
      </w:r>
    </w:p>
    <w:p>
      <w:r>
        <w:t>[This.. {the arrangements of} Yisroel do not reach there]...</w:t>
      </w:r>
    </w:p>
    <w:p>
      <w:r>
        <w:t>...This is our land {here}, the gentiles have no portion here at all</w:t>
      </w:r>
    </w:p>
    <w:p>
      <w:r>
        <w:t>It is only for us, what, we are a peo..</w:t>
      </w:r>
    </w:p>
    <w:p>
      <w:r>
        <w:t>Eretz Yisroel, a holy peo.., a holy land, and we are a holy people…</w:t>
      </w:r>
    </w:p>
    <w:p>
      <w:r>
        <w:t>...[…..]</w:t>
      </w:r>
    </w:p>
    <w:p>
      <w:r>
        <w:t>Weizman</w:t>
      </w:r>
    </w:p>
    <w:p>
      <w:r>
        <w:t>[Yes]</w:t>
      </w:r>
    </w:p>
    <w:p>
      <w:r>
        <w:t>He is the President, he said to me:</w:t>
      </w:r>
    </w:p>
    <w:p>
      <w:r>
        <w:t>"Whatever request you want, tell me, and I will do everything for you"</w:t>
      </w:r>
    </w:p>
    <w:p>
      <w:r>
        <w:t>[Yes]</w:t>
      </w:r>
    </w:p>
    <w:p>
      <w:r>
        <w:t>[…… to the new President?]</w:t>
      </w:r>
    </w:p>
    <w:p>
      <w:r>
        <w:t>[No, by..]</w:t>
      </w:r>
    </w:p>
    <w:p>
      <w:r>
        <w:t>[Weizman?]</w:t>
      </w:r>
    </w:p>
    <w:p>
      <w:r>
        <w:t>I ne.., {do not} need to go to him to speak with him about the apartment matters</w:t>
      </w:r>
    </w:p>
    <w:p>
      <w:r>
        <w:t>We need to print, we need a large apartment</w:t>
      </w:r>
    </w:p>
    <w:p>
      <w:r>
        <w:t>[…….]</w:t>
      </w:r>
    </w:p>
    <w:p>
      <w:r>
        <w:t>[He will give you, he will give you</w:t>
      </w:r>
    </w:p>
    <w:p>
      <w:r>
        <w:t>In their hands there are millions of dollars, wherever they want they give it]</w:t>
      </w:r>
    </w:p>
    <w:p>
      <w:r>
        <w:t>[Who is it?]</w:t>
      </w:r>
    </w:p>
    <w:p>
      <w:r>
        <w:t>[Weizman and everyone]</w:t>
      </w:r>
    </w:p>
    <w:p>
      <w:r>
        <w:t>[Ah..]</w:t>
      </w:r>
    </w:p>
    <w:p>
      <w:r>
        <w:t>[They now, so that Rabbi ….. will want to give.., so that he will give the country they are ready at any price, to give as much money as they want</w:t>
      </w:r>
    </w:p>
    <w:p>
      <w:r>
        <w:t>They levy taxes all day, they have money like..</w:t>
      </w:r>
    </w:p>
    <w:p>
      <w:r>
        <w:t>These buildings will not suffice for the money they have</w:t>
      </w:r>
    </w:p>
    <w:p>
      <w:r>
        <w:t>They do with it what they want, to whomever they desire they give]</w:t>
      </w:r>
    </w:p>
    <w:p>
      <w:r>
        <w:t>[They say to read Megillas Eichah, do you hear?]</w:t>
      </w:r>
    </w:p>
    <w:p>
      <w:r>
        <w:t>[……]</w:t>
      </w:r>
    </w:p>
    <w:p>
      <w:r>
        <w:t>[To read in Megillas Eichah]</w:t>
      </w:r>
    </w:p>
    <w:p>
      <w:r>
        <w:t>[Who?]</w:t>
      </w:r>
    </w:p>
    <w:p>
      <w:r>
        <w:t>[…]</w:t>
      </w:r>
    </w:p>
    <w:p>
      <w:r>
        <w:t>[Oy vey..]</w:t>
      </w:r>
    </w:p>
    <w:p>
      <w:r>
        <w:t>[What are you?]</w:t>
      </w:r>
    </w:p>
    <w:p>
      <w:r>
        <w:t>[Yes, he said, who can, read Megillas Eichah]…</w:t>
      </w:r>
    </w:p>
    <w:p>
      <w:r>
        <w:t>...[But, this is not …]</w:t>
      </w:r>
    </w:p>
    <w:p>
      <w:r>
        <w:t>[……]</w:t>
      </w:r>
    </w:p>
    <w:p>
      <w:r>
        <w:t>[……. who was by Shach, and who was by ……..]</w:t>
      </w:r>
    </w:p>
    <w:p>
      <w:r>
        <w:t>[Yes]</w:t>
      </w:r>
    </w:p>
    <w:p>
      <w:r>
        <w:t>[And she was left with nothing]</w:t>
      </w:r>
    </w:p>
    <w:p>
      <w:r>
        <w:t>[……... he is thirty years old, and he..]</w:t>
      </w:r>
    </w:p>
    <w:p>
      <w:r>
        <w:t>[..]</w:t>
      </w:r>
    </w:p>
    <w:p>
      <w:r>
        <w:t>[…..]</w:t>
      </w:r>
    </w:p>
    <w:p>
      <w:r>
        <w:t>[Bring everything back, if he comes all the way to us to the tent bring her everything</w:t>
      </w:r>
    </w:p>
    <w:p>
      <w:r>
        <w:t>Brought all the ……. we lived in the Old City like this</w:t>
      </w:r>
    </w:p>
    <w:p>
      <w:r>
        <w:t>{Roof upon roof we slept, that same roof, they could not sleep in the houses}, and here in this neighborhood..]</w:t>
      </w:r>
    </w:p>
    <w:p>
      <w:r>
        <w:t>The car is {perhaps} by him?</w:t>
      </w:r>
    </w:p>
    <w:p>
      <w:r>
        <w:t>[Fifty-five years ago]</w:t>
      </w:r>
    </w:p>
    <w:p>
      <w:r>
        <w:t>My car</w:t>
      </w:r>
    </w:p>
    <w:p>
      <w:r>
        <w:t>[Your car..]</w:t>
      </w:r>
    </w:p>
    <w:p>
      <w:r>
        <w:t>[Here, here]</w:t>
      </w:r>
    </w:p>
    <w:p>
      <w:r>
        <w:t>[It is under the house]</w:t>
      </w:r>
    </w:p>
    <w:p>
      <w:r>
        <w:t>[Here, here]</w:t>
      </w:r>
    </w:p>
    <w:p>
      <w:r>
        <w:t>[Here, here, the car is here]</w:t>
      </w:r>
    </w:p>
    <w:p>
      <w:r>
        <w:t>Huh? Yes?</w:t>
      </w:r>
    </w:p>
    <w:p>
      <w:r>
        <w:t>[The car is here, the driver is here, everyone is here]</w:t>
      </w:r>
    </w:p>
    <w:p>
      <w:r>
        <w:t>{Blessed be Hashem}</w:t>
      </w:r>
    </w:p>
    <w:p>
      <w:r>
        <w:t>[Fifty-five years ago]</w:t>
      </w:r>
    </w:p>
    <w:p>
      <w:r>
        <w:t>[Yes]</w:t>
      </w:r>
    </w:p>
    <w:p>
      <w:r>
        <w:t>[Ah]</w:t>
      </w:r>
    </w:p>
    <w:p>
      <w:r>
        <w:t>[We …… house and another house, here there were about twenty houses..]</w:t>
      </w:r>
    </w:p>
    <w:p>
      <w:r>
        <w:t>[Yes?]</w:t>
      </w:r>
    </w:p>
    <w:p>
      <w:r>
        <w:t>[In all of Kiryat Shmuel that you see]</w:t>
      </w:r>
    </w:p>
    <w:p>
      <w:r>
        <w:t>[………Tisha B'Av ….]</w:t>
      </w:r>
    </w:p>
    <w:p>
      <w:r>
        <w:t>[They robbed, seized, burned, did.., a mother with seven children, the attendant of the synagogue, the rabbi the rabbi's house, they burned the synagogue]</w:t>
      </w:r>
    </w:p>
    <w:p>
      <w:r>
        <w:t>[They were friends..]</w:t>
      </w:r>
    </w:p>
    <w:p>
      <w:r>
        <w:t>[Friends, what is friends, "Shalom”, "Shalom”.. "Shalom”, no state, no territories</w:t>
      </w:r>
    </w:p>
    <w:p>
      <w:r>
        <w:t>It was exactly last night fifty-five years ago]</w:t>
      </w:r>
    </w:p>
    <w:p>
      <w:r>
        <w:t>[Ay, ay, ay..]</w:t>
      </w:r>
    </w:p>
    <w:p>
      <w:r>
        <w:t>[This is the picture of the synagogue, how it is burned, this is the cemetery, {and here Rabbi} Rabbi Yisroel, a Sephardic rabbi, who was together with Rabbi Brenner all the time, was a Jew..] {Brenner}</w:t>
      </w:r>
    </w:p>
    <w:p>
      <w:r>
        <w:t>[Rabbi Brenner, he was a great tzadik, ask him who Rabbi Brenner is, he will tell you..]</w:t>
      </w:r>
    </w:p>
    <w:p>
      <w:r>
        <w:t>{Ah, good, good}</w:t>
      </w:r>
    </w:p>
    <w:p>
      <w:r>
        <w:t>[Say one word to him, Rabbi Brenner, then ….]</w:t>
      </w:r>
    </w:p>
    <w:p>
      <w:r>
        <w:t>(Saba laughs)</w:t>
      </w:r>
    </w:p>
    <w:p>
      <w:r>
        <w:t>[He gave a speech in.. this.., this is the result of what happened with the "peace”, they entered, slaughtered us</w:t>
      </w:r>
    </w:p>
    <w:p>
      <w:r>
        <w:t>And the Haganah would come, was afraid to go out, this is in French, this came out in France, this is a French newspaper..]</w:t>
      </w:r>
    </w:p>
    <w:p>
      <w:r>
        <w:t>[Fifty-five years ago]</w:t>
      </w:r>
    </w:p>
    <w:p>
      <w:r>
        <w:t>[Fifty-five years ago they sent me this copy</w:t>
      </w:r>
    </w:p>
    <w:p>
      <w:r>
        <w:t>They sent me this, a Teverian friend, two years ago]</w:t>
      </w:r>
    </w:p>
    <w:p>
      <w:r>
        <w:t>[Why? Did you ask?]</w:t>
      </w:r>
    </w:p>
    <w:p>
      <w:r>
        <w:t>[No, someone brought it, he knew that I am ah.. a Teverian..]</w:t>
      </w:r>
    </w:p>
    <w:p>
      <w:r>
        <w:t>[…..]</w:t>
      </w:r>
    </w:p>
    <w:p>
      <w:r>
        <w:t>[…….. I found this in a newspaper ]...</w:t>
      </w:r>
    </w:p>
    <w:p>
      <w:r>
        <w:t>...{….}, need for a place</w:t>
      </w:r>
    </w:p>
    <w:p>
      <w:r>
        <w:t>[From the President?]</w:t>
      </w:r>
    </w:p>
    <w:p>
      <w:r>
        <w:t>[……]</w:t>
      </w:r>
    </w:p>
    <w:p>
      <w:r>
        <w:t>The President, yes, he, he, he is the President, he is the President</w:t>
      </w:r>
    </w:p>
    <w:p>
      <w:r>
        <w:t>Yes, he, he said to me:</w:t>
      </w:r>
    </w:p>
    <w:p>
      <w:r>
        <w:t>"Whatever you ask, you have, yes, you have permission to ask for everything"</w:t>
      </w:r>
    </w:p>
    <w:p>
      <w:r>
        <w:t>And I {. .} this.. I want him to give an apartment to us for binding the books of Rabbainu</w:t>
      </w:r>
    </w:p>
    <w:p>
      <w:r>
        <w:t>And to keep the books of Rabbainu for sale, to.. yes</w:t>
      </w:r>
    </w:p>
    <w:p>
      <w:r>
        <w:t>I want to go to him, to remind him that he said so</w:t>
      </w:r>
    </w:p>
    <w:p>
      <w:r>
        <w:t>[..]</w:t>
      </w:r>
    </w:p>
    <w:p>
      <w:r>
        <w:t>Yes, that he give an apartment for the books of Rabbainu, for binding and for sale, to..</w:t>
      </w:r>
    </w:p>
    <w:p>
      <w:r>
        <w:t>[Yes]</w:t>
      </w:r>
    </w:p>
    <w:p>
      <w:r>
        <w:t>[…...]…</w:t>
      </w:r>
    </w:p>
    <w:p>
      <w:r>
        <w:t>…[..….]…</w:t>
      </w:r>
    </w:p>
    <w:p>
      <w:r>
        <w:t>...Yes</w:t>
      </w:r>
    </w:p>
    <w:p>
      <w:r>
        <w:t>[To arrange a meeting?]</w:t>
      </w:r>
    </w:p>
    <w:p>
      <w:r>
        <w:t>Yes</w:t>
      </w:r>
    </w:p>
    <w:p>
      <w:r>
        <w:t>[Good]</w:t>
      </w:r>
    </w:p>
    <w:p>
      <w:r>
        <w:t>I have a car, my car</w:t>
      </w:r>
    </w:p>
    <w:p>
      <w:r>
        <w:t>[Yes, yes, blessed be Hashem, yes]</w:t>
      </w:r>
    </w:p>
    <w:p>
      <w:r>
        <w:t>Only gasoline</w:t>
      </w:r>
    </w:p>
    <w:p>
      <w:r>
        <w:t>[Yes, good]</w:t>
      </w:r>
    </w:p>
    <w:p>
      <w:r>
        <w:t>To go to him, where Ezer Weizman lives, and to ask for help fr.. that he fulfill what he said:</w:t>
      </w:r>
    </w:p>
    <w:p>
      <w:r>
        <w:t>"Whatever I ask, he will give"</w:t>
      </w:r>
    </w:p>
    <w:p>
      <w:r>
        <w:t>[Good]…</w:t>
      </w:r>
    </w:p>
    <w:p>
      <w:r>
        <w:t>...That he fulfill what he said to me:</w:t>
      </w:r>
    </w:p>
    <w:p>
      <w:r>
        <w:t>"Whatever I ask, I.., he will give"</w:t>
      </w:r>
    </w:p>
    <w:p>
      <w:r>
        <w:t>Yes, that is what he said</w:t>
      </w:r>
    </w:p>
    <w:p>
      <w:r>
        <w:t>[Yes]</w:t>
      </w:r>
    </w:p>
    <w:p>
      <w:r>
        <w:t>[…….]</w:t>
      </w:r>
    </w:p>
    <w:p>
      <w:r>
        <w:t>Then he will give, it is a great principle that he give a stone, {that he build} a large place for binding the books</w:t>
      </w:r>
    </w:p>
    <w:p>
      <w:r>
        <w:t>and the sale of the books and the binding and everything that is needed</w:t>
      </w:r>
    </w:p>
    <w:p>
      <w:r>
        <w:t>And may he give {and build} us a good apartment, and a large spacious one</w:t>
      </w:r>
    </w:p>
    <w:p>
      <w:r>
        <w:t>[In Yerushalayim?]</w:t>
      </w:r>
    </w:p>
    <w:p>
      <w:r>
        <w:t>Huh?</w:t>
      </w:r>
    </w:p>
    <w:p>
      <w:r>
        <w:t>[In Yerushalayim?]</w:t>
      </w:r>
    </w:p>
    <w:p>
      <w:r>
        <w:t>{...}, it is not important</w:t>
      </w:r>
    </w:p>
    <w:p>
      <w:r>
        <w:t>[Not important]</w:t>
      </w:r>
    </w:p>
    <w:p>
      <w:r>
        <w:t>Anywhere</w:t>
      </w:r>
    </w:p>
    <w:p>
      <w:r>
        <w:t>[Any place, yes]</w:t>
      </w:r>
    </w:p>
    <w:p>
      <w:r>
        <w:t>But {you said} in Yerushalayim, {certainly\but ah..}</w:t>
      </w:r>
    </w:p>
    <w:p>
      <w:r>
        <w:t>[Better]</w:t>
      </w:r>
    </w:p>
    <w:p>
      <w:r>
        <w:t>Better, better</w:t>
      </w:r>
    </w:p>
    <w:p>
      <w:r>
        <w:t>[Good, good, I..]</w:t>
      </w:r>
    </w:p>
    <w:p>
      <w:r>
        <w:t>They can call him</w:t>
      </w:r>
    </w:p>
    <w:p>
      <w:r>
        <w:t>[Yes, yes..]</w:t>
      </w:r>
    </w:p>
    <w:p>
      <w:r>
        <w:t>And speak with him</w:t>
      </w:r>
    </w:p>
    <w:p>
      <w:r>
        <w:t>[...]</w:t>
      </w:r>
    </w:p>
    <w:p>
      <w:r>
        <w:t>Where is Yaakov?</w:t>
      </w:r>
    </w:p>
    <w:p>
      <w:r>
        <w:t>[Yes, yes, yes, Rebbe Yisroel]</w:t>
      </w:r>
    </w:p>
    <w:p>
      <w:r>
        <w:t>Yaakov?</w:t>
      </w:r>
    </w:p>
    <w:p>
      <w:r>
        <w:t>[Yes]</w:t>
      </w:r>
    </w:p>
    <w:p>
      <w:r>
        <w:t>He, the president of the state, he said to me, said to me that he will give me everything that I ask for, he will give</w:t>
      </w:r>
    </w:p>
    <w:p>
      <w:r>
        <w:t>[Yes]</w:t>
      </w:r>
    </w:p>
    <w:p>
      <w:r>
        <w:t>Now I, we, need a place for the books, in order to work, in order to sell</w:t>
      </w:r>
    </w:p>
    <w:p>
      <w:r>
        <w:t>We need a large place</w:t>
      </w:r>
    </w:p>
    <w:p>
      <w:r>
        <w:t>[Yes]</w:t>
      </w:r>
    </w:p>
    <w:p>
      <w:r>
        <w:t>Yes, that he should give</w:t>
      </w:r>
    </w:p>
    <w:p>
      <w:r>
        <w:t>[Yes]</w:t>
      </w:r>
    </w:p>
    <w:p>
      <w:r>
        <w:t>He said so and he should fulfill, to fulfill…</w:t>
      </w:r>
    </w:p>
    <w:p>
      <w:r>
        <w:t>...Need to speak with them, with him</w:t>
      </w:r>
    </w:p>
    <w:p>
      <w:r>
        <w:t>[Good]</w:t>
      </w:r>
    </w:p>
    <w:p>
      <w:r>
        <w:t>In my name, Yisroel Ber Odesser, this, this, this thing is famous</w:t>
      </w:r>
    </w:p>
    <w:p>
      <w:r>
        <w:t>All the ministers, all of them know "Yisroel Ber Odesser"</w:t>
      </w:r>
    </w:p>
    <w:p>
      <w:r>
        <w:t>President Shazar announced:</w:t>
      </w:r>
    </w:p>
    <w:p>
      <w:r>
        <w:t>"Y'isroel B'er O'desser this is "Av"i HaNachal”"</w:t>
      </w:r>
    </w:p>
    <w:p>
      <w:r>
        <w:t>He gave the book the name "Avi HaNachal"</w:t>
      </w:r>
    </w:p>
    <w:p>
      <w:r>
        <w:t>[…...]...</w:t>
      </w:r>
    </w:p>
    <w:p>
      <w:r>
        <w:t>...{…}..</w:t>
      </w:r>
    </w:p>
    <w:p>
      <w:r>
        <w:t>...He, what th..</w:t>
      </w:r>
    </w:p>
    <w:p>
      <w:r>
        <w:t>[Yes]</w:t>
      </w:r>
    </w:p>
    <w:p>
      <w:r>
        <w:t>He will tell you, he will write it down immediately and immediately give everything that he promised</w:t>
      </w:r>
    </w:p>
    <w:p>
      <w:r>
        <w:t>[Amen]</w:t>
      </w:r>
    </w:p>
    <w:p>
      <w:r>
        <w:t>Yes, a large apartment, a large apartment, and may we merit {it would be pleasing to work} on the books of Rabbainu, Rebbe Nachman</w:t>
      </w:r>
    </w:p>
    <w:p>
      <w:r>
        <w:t>Yes, he said to me:</w:t>
      </w:r>
    </w:p>
    <w:p>
      <w:r>
        <w:t>[..]</w:t>
      </w:r>
    </w:p>
    <w:p>
      <w:r>
        <w:t>"What, everything that you ask for, I will return to your hand, everything is given to you"</w:t>
      </w:r>
    </w:p>
    <w:p>
      <w:r>
        <w:t>He, he, he, he is greater than Ezer Weizman</w:t>
      </w:r>
    </w:p>
    <w:p>
      <w:r>
        <w:t>[Yes, right, that was his deputy]</w:t>
      </w:r>
    </w:p>
    <w:p>
      <w:r>
        <w:t>Yes</w:t>
      </w:r>
    </w:p>
    <w:p>
      <w:r>
        <w:t>[But, he decides]</w:t>
      </w:r>
    </w:p>
    <w:p>
      <w:r>
        <w:t>Yes, yes, yes</w:t>
      </w:r>
    </w:p>
    <w:p>
      <w:r>
        <w:t>[He decides, right]</w:t>
      </w:r>
    </w:p>
    <w:p>
      <w:r>
        <w:t>He will give it immediately, he will tell the seller, t.. this..</w:t>
      </w:r>
    </w:p>
    <w:p>
      <w:r>
        <w:t>Whoever deals with this, that he should give a large apartment for the books of Rabbainu</w:t>
      </w:r>
    </w:p>
    <w:p>
      <w:r>
        <w:t>[Amen]</w:t>
      </w:r>
    </w:p>
    <w:p>
      <w:r>
        <w:t>To work and to sell</w:t>
      </w:r>
    </w:p>
    <w:p>
      <w:r>
        <w:t>(You can …..), you can speak with him, even no, no..</w:t>
      </w:r>
    </w:p>
    <w:p>
      <w:r>
        <w:t>[Yes]</w:t>
      </w:r>
    </w:p>
    <w:p>
      <w:r>
        <w:t>Yes, for me, he, he knows, he remembers and he knows, that I what, what..</w:t>
      </w:r>
    </w:p>
    <w:p>
      <w:r>
        <w:t>That I was with him, and he {will open} for me, promised me and said to me:</w:t>
      </w:r>
    </w:p>
    <w:p>
      <w:r>
        <w:t>"Everything that you want, then I will give everything that you ask for"</w:t>
      </w:r>
    </w:p>
    <w:p>
      <w:r>
        <w:t>Yes, {…}, tell him, yes</w:t>
      </w:r>
    </w:p>
    <w:p>
      <w:r>
        <w:t>The main thing is that he shou.., give a very large apartment for working on the books of Rabbainu</w:t>
      </w:r>
    </w:p>
    <w:p>
      <w:r>
        <w:t>The binding and the sale, everything, we need a city apartment, a large apartment</w:t>
      </w:r>
    </w:p>
    <w:p>
      <w:r>
        <w:t>{..}…</w:t>
      </w:r>
    </w:p>
    <w:p>
      <w:r>
        <w:t>...{…} now, and cannot go and cannot {return}</w:t>
      </w:r>
    </w:p>
    <w:p>
      <w:r>
        <w:t>In any case, let it seem to him as though I am alive, and behold, I come before him with a request that he fulfill the promise, his promise, that he fulfill</w:t>
      </w:r>
    </w:p>
    <w:p>
      <w:r>
        <w:t>[…...]...</w:t>
      </w:r>
    </w:p>
    <w:p>
      <w:r>
        <w:t>...{Nu}, that he said:</w:t>
      </w:r>
    </w:p>
    <w:p>
      <w:r>
        <w:t>"Everything that you ask for w.. will be given to you"…</w:t>
      </w:r>
    </w:p>
    <w:p>
      <w:r>
        <w:t>...To his office, and I will speak with him face to face</w:t>
      </w:r>
    </w:p>
    <w:p>
      <w:r>
        <w:t>[Rebbe Yisroel, they are calling Aviva now]</w:t>
      </w:r>
    </w:p>
    <w:p>
      <w:r>
        <w:t>Yo</w:t>
      </w:r>
    </w:p>
    <w:p>
      <w:r>
        <w:t>[Yes, she is managing, in order to arrange it]</w:t>
      </w:r>
    </w:p>
    <w:p>
      <w:r>
        <w:t>Yes?</w:t>
      </w:r>
    </w:p>
    <w:p>
      <w:r>
        <w:t>[They are calling now, they are calling now]</w:t>
      </w:r>
    </w:p>
    <w:p>
      <w:r>
        <w:t>Huh?</w:t>
      </w:r>
    </w:p>
    <w:p>
      <w:r>
        <w:t>[They are calling her in order to arrange it]</w:t>
      </w:r>
    </w:p>
    <w:p>
      <w:r>
        <w:t>She has..</w:t>
      </w:r>
    </w:p>
    <w:p>
      <w:r>
        <w:t>[Where is th..]</w:t>
      </w:r>
    </w:p>
    <w:p>
      <w:r>
        <w:t>[We are calling now]</w:t>
      </w:r>
    </w:p>
    <w:p>
      <w:r>
        <w:t>Ah, yes, yes..</w:t>
      </w:r>
    </w:p>
    <w:p>
      <w:r>
        <w:t>[Huh?]</w:t>
      </w:r>
    </w:p>
    <w:p>
      <w:r>
        <w:t>Yes, yes</w:t>
      </w:r>
    </w:p>
    <w:p>
      <w:r>
        <w:t>[Where..]</w:t>
      </w:r>
    </w:p>
    <w:p>
      <w:r>
        <w:t>{Nu}..</w:t>
      </w:r>
    </w:p>
    <w:p>
      <w:r>
        <w:t>[He is not here]</w:t>
      </w:r>
    </w:p>
    <w:p>
      <w:r>
        <w:t>Do not be silent even for a moment</w:t>
      </w:r>
    </w:p>
    <w:p>
      <w:r>
        <w:t>[Yes, yes, yes]</w:t>
      </w:r>
    </w:p>
    <w:p>
      <w:r>
        <w:t>[…..]</w:t>
      </w:r>
    </w:p>
    <w:p>
      <w:r>
        <w:t>[Where?]</w:t>
      </w:r>
    </w:p>
    <w:p>
      <w:r>
        <w:t>[Close the door, do not..]...</w:t>
      </w:r>
    </w:p>
    <w:p>
      <w:r>
        <w:t>...Thus, I will go remind him what he said</w:t>
      </w:r>
    </w:p>
    <w:p>
      <w:r>
        <w:t>[…….]</w:t>
      </w:r>
    </w:p>
    <w:p>
      <w:r>
        <w:t>[Yes]</w:t>
      </w:r>
    </w:p>
    <w:p>
      <w:r>
        <w:t>[…...]…</w:t>
      </w:r>
    </w:p>
    <w:p>
      <w:r>
        <w:t>...He said to me:</w:t>
      </w:r>
    </w:p>
    <w:p>
      <w:r>
        <w:t>"Everything you ask for will be given to you"...</w:t>
      </w:r>
    </w:p>
    <w:p>
      <w:r>
        <w:t>...The car, and we will travel to him, to his office, I will speak with him as we are speaking</w:t>
      </w:r>
    </w:p>
    <w:p>
      <w:r>
        <w:t>I will remind him, that he, thus it came out of his mouth and he said:</w:t>
      </w:r>
    </w:p>
    <w:p>
      <w:r>
        <w:t>"Everything that you ask for will all be given to you", yes</w:t>
      </w:r>
    </w:p>
    <w:p>
      <w:r>
        <w:t>[….]</w:t>
      </w:r>
    </w:p>
    <w:p>
      <w:r>
        <w:t>And I did not, did not, did not, did not, did not remember {….}</w:t>
      </w:r>
    </w:p>
    <w:p>
      <w:r>
        <w:t>We need a large and holy place in order to print the books of Rabbainu and bring them into the world, throughout the whole world, in all the countries...</w:t>
      </w:r>
    </w:p>
    <w:p>
      <w:r>
        <w:t>...{..}, we will go to his office, and.. and..</w:t>
      </w:r>
    </w:p>
    <w:p>
      <w:r>
        <w:t>If he will be there, I will speak with them, and if he will not be there, I will wait for him</w:t>
      </w:r>
    </w:p>
    <w:p>
      <w:r>
        <w:t>It is worthwhile to speak with ah..</w:t>
      </w:r>
    </w:p>
    <w:p>
      <w:r>
        <w:t>[Aviva]</w:t>
      </w:r>
    </w:p>
    <w:p>
      <w:r>
        <w:t>The president's secretary</w:t>
      </w:r>
    </w:p>
    <w:p>
      <w:r>
        <w:t>[Yes]</w:t>
      </w:r>
    </w:p>
    <w:p>
      <w:r>
        <w:t>The secretary</w:t>
      </w:r>
    </w:p>
    <w:p>
      <w:r>
        <w:t>[Aviva, Aviva]</w:t>
      </w:r>
    </w:p>
    <w:p>
      <w:r>
        <w:t>Aviva, yes, yes, yes, to tell her the whole matter</w:t>
      </w:r>
    </w:p>
    <w:p>
      <w:r>
        <w:t>And he, he, he said to me:</w:t>
      </w:r>
    </w:p>
    <w:p>
      <w:r>
        <w:t>"Everything that I ask for, he will give", yes</w:t>
      </w:r>
    </w:p>
    <w:p>
      <w:r>
        <w:t>So now we need a large and beautiful place for the books of Rabbainu</w:t>
      </w:r>
    </w:p>
    <w:p>
      <w:r>
        <w:t>For binding and for sale and.. yes</w:t>
      </w:r>
    </w:p>
    <w:p>
      <w:r>
        <w:t>In Yerushalayim, the place will be, will be, will be, the place in Yerushalayim...</w:t>
      </w:r>
    </w:p>
    <w:p>
      <w:r>
        <w:t>...{…}…</w:t>
      </w:r>
    </w:p>
    <w:p>
      <w:r>
        <w:t>...{…} this with great holiness and self-sacrifice</w:t>
      </w:r>
    </w:p>
    <w:p>
      <w:r>
        <w:t>A place for the books of Rabbainu, Rebbe Nachman</w:t>
      </w:r>
    </w:p>
    <w:p>
      <w:r>
        <w:t>The entire redemption depends on this, and I forgot everything and I did not, did not, did not, did not speak of it</w:t>
      </w:r>
    </w:p>
    <w:p>
      <w:r>
        <w:t>Now I remembered, I want to finish this, this matter</w:t>
      </w:r>
    </w:p>
    <w:p>
      <w:r>
        <w:t>It surpasses everything, all the activities of, of the Knesset, of, of every one of Yisroel perhaps we will go to Aviva, we will take, take Sharon, he knows..</w:t>
      </w:r>
    </w:p>
    <w:p>
      <w:r>
        <w:t>[Yes]</w:t>
      </w:r>
    </w:p>
    <w:p>
      <w:r>
        <w:t>All of her places</w:t>
      </w:r>
    </w:p>
    <w:p>
      <w:r>
        <w:t>And he.. and we will go to her house {…} to speak of this</w:t>
      </w:r>
    </w:p>
    <w:p>
      <w:r>
        <w:t>[……..]…</w:t>
      </w:r>
    </w:p>
    <w:p>
      <w:r>
        <w:t>...He, he, he, he, he entered a very high place</w:t>
      </w:r>
    </w:p>
    <w:p>
      <w:r>
        <w:t>Yes, and he knows that this is a great main thing, that this is the main point of the redemption, yes</w:t>
      </w:r>
    </w:p>
    <w:p>
      <w:r>
        <w:t>He accepts this, and he told me that he would do so</w:t>
      </w:r>
    </w:p>
    <w:p>
      <w:r>
        <w:t>I, I want to go to Aviva to speak with her and to rejoice</w:t>
      </w:r>
    </w:p>
    <w:p>
      <w:r>
        <w:t>[……….]</w:t>
      </w:r>
    </w:p>
    <w:p>
      <w:r>
        <w:t>[Rebbe Yisroel, we are waiting for a telephone call from Aviva now]</w:t>
      </w:r>
    </w:p>
    <w:p>
      <w:r>
        <w:t>Good</w:t>
      </w:r>
    </w:p>
    <w:p>
      <w:r>
        <w:t>[We called her]</w:t>
      </w:r>
    </w:p>
    <w:p>
      <w:r>
        <w:t>Good</w:t>
      </w:r>
    </w:p>
    <w:p>
      <w:r>
        <w:t>[She needs to call back]</w:t>
      </w:r>
    </w:p>
    <w:p>
      <w:r>
        <w:t>And ask that as soon as she comes to work, they should notify us, give us notice</w:t>
      </w:r>
    </w:p>
    <w:p>
      <w:r>
        <w:t>[……...]…</w:t>
      </w:r>
    </w:p>
    <w:p>
      <w:r>
        <w:t>...A large apartment, they will give us a large apartment in honor of Rabbainu, in honor of the books of Rabbainu</w:t>
      </w:r>
    </w:p>
    <w:p>
      <w:r>
        <w:t>He will have a share in the redemption, whoever engages in this…</w:t>
      </w:r>
    </w:p>
    <w:p>
      <w:r>
        <w:t>...He, he will cast aside all, all, all, all his affairs and engage only in {in th}.., in my request</w:t>
      </w:r>
    </w:p>
    <w:p>
      <w:r>
        <w:t>Yes, he said so to me</w:t>
      </w:r>
    </w:p>
    <w:p>
      <w:r>
        <w:t>[………]</w:t>
      </w:r>
    </w:p>
    <w:p>
      <w:r>
        <w:t>I, {who} want to speak with Aviva…</w:t>
      </w:r>
    </w:p>
    <w:p>
      <w:r>
        <w:t>...Oy, oy, oy, ah, oy…</w:t>
      </w:r>
    </w:p>
    <w:p>
      <w:r>
        <w:t>...[…………..]</w:t>
      </w:r>
    </w:p>
    <w:p>
      <w:r>
        <w:t>He said to me:</w:t>
      </w:r>
    </w:p>
    <w:p>
      <w:r>
        <w:t>[Yes, yes, I heard]</w:t>
      </w:r>
    </w:p>
    <w:p>
      <w:r>
        <w:t>"All the requests that you ask for, we will do"</w:t>
      </w:r>
    </w:p>
    <w:p>
      <w:r>
        <w:t>Thus, thus he said to me...</w:t>
      </w:r>
    </w:p>
    <w:p>
      <w:r>
        <w:t>...Aviva, she wants more than everyone {that in this}...</w:t>
      </w:r>
    </w:p>
    <w:p>
      <w:r>
        <w:t>...The president, in honor of Shazar and in honor of the holy Rabbainu</w:t>
      </w:r>
    </w:p>
    <w:p>
      <w:r>
        <w:t>He will be very happy…</w:t>
      </w:r>
    </w:p>
    <w:p>
      <w:r>
        <w:t>...{One thing}</w:t>
      </w:r>
    </w:p>
    <w:p>
      <w:r>
        <w:t>[Yes]</w:t>
      </w:r>
    </w:p>
    <w:p>
      <w:r>
        <w:t>That he should fulfill what he said to me:</w:t>
      </w:r>
    </w:p>
    <w:p>
      <w:r>
        <w:t>"We will do, everything that you ask for, we will do immediately and at once"</w:t>
      </w:r>
    </w:p>
    <w:p>
      <w:r>
        <w:t>[Yes, that is what the president said to him]</w:t>
      </w:r>
    </w:p>
    <w:p>
      <w:r>
        <w:t>Yes</w:t>
      </w:r>
    </w:p>
    <w:p>
      <w:r>
        <w:t>[…….]</w:t>
      </w:r>
    </w:p>
    <w:p>
      <w:r>
        <w:t>So I want him to fulfill it, that he should give us an apartment, a large apartment, and..</w:t>
      </w:r>
    </w:p>
    <w:p>
      <w:r>
        <w:t>They can sell, for sale, for printing {….}</w:t>
      </w:r>
    </w:p>
    <w:p>
      <w:r>
        <w:t>{Everything a place\everything from everything}, yes</w:t>
      </w:r>
    </w:p>
    <w:p>
      <w:r>
        <w:t>[..The books of..]…</w:t>
      </w:r>
    </w:p>
    <w:p>
      <w:r>
        <w:t>...He will receive me, he will cast aside all the work and cast it aside, and receive me [yes]</w:t>
      </w:r>
    </w:p>
    <w:p>
      <w:r>
        <w:t>{...}..</w:t>
      </w:r>
    </w:p>
    <w:p>
      <w:r>
        <w:t>[Good, a good final sealing]...</w:t>
      </w:r>
    </w:p>
    <w:p>
      <w:r>
        <w:t>..{To enter} and request a meeting with, with the president</w:t>
      </w:r>
    </w:p>
    <w:p>
      <w:r>
        <w:t>[Rebbe Yisroel, why in white?]</w:t>
      </w:r>
    </w:p>
    <w:p>
      <w:r>
        <w:t>Huh?</w:t>
      </w:r>
    </w:p>
    <w:p>
      <w:r>
        <w:t>[Why in white?]</w:t>
      </w:r>
    </w:p>
    <w:p>
      <w:r>
        <w:t>White</w:t>
      </w:r>
    </w:p>
    <w:p>
      <w:r>
        <w:t>[Why white?]</w:t>
      </w:r>
    </w:p>
    <w:p>
      <w:r>
        <w:t>Huh?</w:t>
      </w:r>
    </w:p>
    <w:p>
      <w:r>
        <w:t>[Why, why white?]</w:t>
      </w:r>
    </w:p>
    <w:p>
      <w:r>
        <w:t>White is a sweetening upon all, upon all the matters</w:t>
      </w:r>
    </w:p>
    <w:p>
      <w:r>
        <w:t>[Yes]…</w:t>
      </w:r>
    </w:p>
    <w:p>
      <w:r>
        <w:t>...I, speech is difficult for me, I cannot speak, so there will be a sweetening</w:t>
      </w:r>
    </w:p>
    <w:p>
      <w:r>
        <w:t>[….]…</w:t>
      </w:r>
    </w:p>
    <w:p>
      <w:r>
        <w:t>...{He will cast aside} all his work and he will receive me</w:t>
      </w:r>
    </w:p>
    <w:p>
      <w:r>
        <w:t>[….]…</w:t>
      </w:r>
    </w:p>
    <w:p>
      <w:r>
        <w:t>...With him</w:t>
      </w:r>
    </w:p>
    <w:p>
      <w:r>
        <w:t>[..Of Weizman]</w:t>
      </w:r>
    </w:p>
    <w:p>
      <w:r>
        <w:t>[Aviva needs to call us]</w:t>
      </w:r>
    </w:p>
    <w:p>
      <w:r>
        <w:t>Yes, yes, yes, yes, yes</w:t>
      </w:r>
    </w:p>
    <w:p>
      <w:r>
        <w:t>[Yes, yes, in order to give us an answer, Rebbe Yisroel]</w:t>
      </w:r>
    </w:p>
    <w:p>
      <w:r>
        <w:t>Yes, yes, perhaps you will travel to her and say that I, I, I, I sent you, I sent you</w:t>
      </w:r>
    </w:p>
    <w:p>
      <w:r>
        <w:t>[Yes]</w:t>
      </w:r>
    </w:p>
    <w:p>
      <w:r>
        <w:t>I have no strength, I sent you…</w:t>
      </w:r>
    </w:p>
    <w:p>
      <w:r>
        <w:t>...my matter, until you finish the matter</w:t>
      </w:r>
    </w:p>
    <w:p>
      <w:r>
        <w:t>[Yaakov will travel? Yaakov]</w:t>
      </w:r>
    </w:p>
    <w:p>
      <w:r>
        <w:t>Yaakov?</w:t>
      </w:r>
    </w:p>
    <w:p>
      <w:r>
        <w:t>[Who is traveling? Yaakov?]</w:t>
      </w:r>
    </w:p>
    <w:p>
      <w:r>
        <w:t>I and Yaakov</w:t>
      </w:r>
    </w:p>
    <w:p>
      <w:r>
        <w:t>[Good]…</w:t>
      </w:r>
    </w:p>
    <w:p>
      <w:r>
        <w:t>...to reserve places and to speak {….} with, with, with the president's office</w:t>
      </w:r>
    </w:p>
    <w:p>
      <w:r>
        <w:t>That I {requested} a meeting immediately, at once</w:t>
      </w:r>
    </w:p>
    <w:p>
      <w:r>
        <w:t>[…..]</w:t>
      </w:r>
    </w:p>
    <w:p>
      <w:r>
        <w:t>With Aviva, together with Aviva</w:t>
      </w:r>
    </w:p>
    <w:p>
      <w:r>
        <w:t>[Good]</w:t>
      </w:r>
    </w:p>
    <w:p>
      <w:r>
        <w:t>[..also requested a meeting]…</w:t>
      </w:r>
    </w:p>
    <w:p>
      <w:r>
        <w:t>...to.. to.. to.. {….} to those.., what, what is his name? [Sharon?]</w:t>
      </w:r>
    </w:p>
    <w:p>
      <w:r>
        <w:t>Sharon, Sharon, yes, yes, {…}</w:t>
      </w:r>
    </w:p>
    <w:p>
      <w:r>
        <w:t>That he should go with us to Aviva and we will finish the matter</w:t>
      </w:r>
    </w:p>
    <w:p>
      <w:r>
        <w:t>[…..]…</w:t>
      </w:r>
    </w:p>
    <w:p>
      <w:r>
        <w:t>...we have gasoline and a car and the driver, and we have everything</w:t>
      </w:r>
    </w:p>
    <w:p>
      <w:r>
        <w:t>[…..]…</w:t>
      </w:r>
    </w:p>
    <w:p>
      <w:r>
        <w:t>...{….}</w:t>
      </w:r>
    </w:p>
    <w:p>
      <w:r>
        <w:t>[Yes]</w:t>
      </w:r>
    </w:p>
    <w:p>
      <w:r>
        <w:t>To the president's office</w:t>
      </w:r>
    </w:p>
    <w:p>
      <w:r>
        <w:t>[Yes, now?]</w:t>
      </w:r>
    </w:p>
    <w:p>
      <w:r>
        <w:t>Yes</w:t>
      </w:r>
    </w:p>
    <w:p>
      <w:r>
        <w:t>[Then it is worthwhile.., to the president's office, then is it worthwhile to call Amnon, the driver?]</w:t>
      </w:r>
    </w:p>
    <w:p>
      <w:r>
        <w:t>Good</w:t>
      </w:r>
    </w:p>
    <w:p>
      <w:r>
        <w:t>[To ask for Amnon]</w:t>
      </w:r>
    </w:p>
    <w:p>
      <w:r>
        <w:t>Yes, yes</w:t>
      </w:r>
    </w:p>
    <w:p>
      <w:r>
        <w:t>[That he should come?]</w:t>
      </w:r>
    </w:p>
    <w:p>
      <w:r>
        <w:t>Yes</w:t>
      </w:r>
    </w:p>
    <w:p>
      <w:r>
        <w:t>[…...]…</w:t>
      </w:r>
    </w:p>
    <w:p>
      <w:r>
        <w:t>...{….}, what is his name?</w:t>
      </w:r>
    </w:p>
    <w:p>
      <w:r>
        <w:t>[….]</w:t>
      </w:r>
    </w:p>
    <w:p>
      <w:r>
        <w:t>[Who?]</w:t>
      </w:r>
    </w:p>
    <w:p>
      <w:r>
        <w:t>This one, the kibbutznik, the kibbutznik</w:t>
      </w:r>
    </w:p>
    <w:p>
      <w:r>
        <w:t>[Sharon]</w:t>
      </w:r>
    </w:p>
    <w:p>
      <w:r>
        <w:t>Sharon, Sharon</w:t>
      </w:r>
    </w:p>
    <w:p>
      <w:r>
        <w:t>[Did you speak with..?]</w:t>
      </w:r>
    </w:p>
    <w:p>
      <w:r>
        <w:t>[Sharon asked that I call]</w:t>
      </w:r>
    </w:p>
    <w:p>
      <w:r>
        <w:t>[Ah]</w:t>
      </w:r>
    </w:p>
    <w:p>
      <w:r>
        <w:t>[He only gave me the telephone number, he said that it is better to do it …]</w:t>
      </w:r>
    </w:p>
    <w:p>
      <w:r>
        <w:t>[..]</w:t>
      </w:r>
    </w:p>
    <w:p>
      <w:r>
        <w:t>[Sharon sends Saba his regards..]...</w:t>
      </w:r>
    </w:p>
    <w:p>
      <w:r>
        <w:t>...all, all his work, and he will occupy himself only with this</w:t>
      </w:r>
    </w:p>
    <w:p>
      <w:r>
        <w:t>[..Baruch Hashem, Baruch Hashem]</w:t>
      </w:r>
    </w:p>
    <w:p>
      <w:r>
        <w:t>[Saba, you have a guest]…</w:t>
      </w:r>
    </w:p>
    <w:p>
      <w:r>
        <w:t>…{….}</w:t>
      </w:r>
    </w:p>
    <w:p>
      <w:r>
        <w:t>[Who, who good who..?]</w:t>
      </w:r>
    </w:p>
    <w:p>
      <w:r>
        <w:t>[Aviva]...</w:t>
      </w:r>
    </w:p>
    <w:p>
      <w:r>
        <w:t>...{…}, to bring Sharon, Sharon to here</w:t>
      </w:r>
    </w:p>
    <w:p>
      <w:r>
        <w:t>[Good]</w:t>
      </w:r>
    </w:p>
    <w:p>
      <w:r>
        <w:t>]][…….]...</w:t>
      </w:r>
    </w:p>
    <w:p>
      <w:r>
        <w:t>]</w:t>
      </w:r>
    </w:p>
    <w:p>
      <w:r>
        <w:t>]</w:t>
      </w:r>
    </w:p>
    <w:p>
      <w:r>
        <w:t>[</w:t>
      </w:r>
    </w:p>
    <w:p>
      <w:r>
        <w:t>...and this is all our vitality</w:t>
      </w:r>
    </w:p>
    <w:p>
      <w:r>
        <w:t>[This is Rabbainu]</w:t>
      </w:r>
    </w:p>
    <w:p>
      <w:r>
        <w:t>This is Rabbainu</w:t>
      </w:r>
    </w:p>
    <w:p>
      <w:r>
        <w:t>{Then ……} the time has now come to remove the Arabs from among us…</w:t>
      </w:r>
    </w:p>
    <w:p>
      <w:r>
        <w:t>...which has not yet been, this is the matter of the Redemption in completeness, truly</w:t>
      </w:r>
    </w:p>
    <w:p>
      <w:r>
        <w:t>Such faith has never yet been in the world, such wisdom has never yet been in the world</w:t>
      </w:r>
    </w:p>
    <w:p>
      <w:r>
        <w:t>For this is all our vitality and all our life and all our vitality</w:t>
      </w:r>
    </w:p>
    <w:p>
      <w:r>
        <w:t>If you want me to live, be quiet</w:t>
      </w:r>
    </w:p>
    <w:p>
      <w:r>
        <w:t>I, I say, I need this and this, give it; if I do not say, no, it is not, not needed</w:t>
      </w:r>
    </w:p>
    <w:p>
      <w:r>
        <w:t>[……..]</w:t>
      </w:r>
    </w:p>
    <w:p>
      <w:r>
        <w:t>[..…...]</w:t>
      </w:r>
    </w:p>
    <w:p>
      <w:r>
        <w:t>Oy, we have such a doctor who can revive the dead, he can do everything</w:t>
      </w:r>
    </w:p>
    <w:p>
      <w:r>
        <w:t>He, he will renew us, strengthen us, he renews</w:t>
      </w:r>
    </w:p>
    <w:p>
      <w:r>
        <w:t>He gives us a new brain, a new heart, everything new</w:t>
      </w:r>
    </w:p>
    <w:p>
      <w:r>
        <w:t>We have destroyed everything, and he is a doctor and repairs and renews</w:t>
      </w:r>
    </w:p>
    <w:p>
      <w:r>
        <w:t>[……..]</w:t>
      </w:r>
    </w:p>
    <w:p>
      <w:r>
        <w:t>[……..]</w:t>
      </w:r>
    </w:p>
    <w:p>
      <w:r>
        <w:t>There has never yet been such holiness in the world, such wisdom..</w:t>
      </w:r>
    </w:p>
    <w:p>
      <w:r>
        <w:t>That this will make a new world</w:t>
      </w:r>
    </w:p>
    <w:p>
      <w:r>
        <w:t>Everyone will do the will of the Torah, the will... and with faith, truly</w:t>
      </w:r>
    </w:p>
    <w:p>
      <w:r>
        <w:t>{...}</w:t>
      </w:r>
    </w:p>
    <w:p>
      <w:r>
        <w:t>"Everything will turn to good," everything will turn around</w:t>
      </w:r>
    </w:p>
    <w:p>
      <w:r>
        <w:t>[…...]</w:t>
      </w:r>
    </w:p>
    <w:p>
      <w:r>
        <w:t>This..</w:t>
      </w:r>
    </w:p>
    <w:p>
      <w:r>
        <w:t>{This, this is our brother\this that we merited}, everything is the holy Rabbainu</w:t>
      </w:r>
    </w:p>
    <w:p>
      <w:r>
        <w:t>What he can do to help us, can renew us, this is all the holy Rabbainu</w:t>
      </w:r>
    </w:p>
    <w:p>
      <w:r>
        <w:t>Without Rabbainu we lack everything</w:t>
      </w:r>
    </w:p>
    <w:p>
      <w:r>
        <w:t>{…}, with the holy Rabbainu he is everything, {..} everything is good</w:t>
      </w:r>
    </w:p>
    <w:p>
      <w:r>
        <w:t>[….…]</w:t>
      </w:r>
    </w:p>
    <w:p>
      <w:r>
        <w:t>[….…]</w:t>
      </w:r>
    </w:p>
    <w:p>
      <w:r>
        <w:t>I am not saying this; if I say it, it could be the opposite</w:t>
      </w:r>
    </w:p>
    <w:p>
      <w:r>
        <w:t>But the holy Rabbainu, all his words are literally the words of Hashem</w:t>
      </w:r>
    </w:p>
    <w:p>
      <w:r>
        <w:t>They, it is forbidden to question; what he says, we need to accept and fulfill with complete faith […….]</w:t>
      </w:r>
    </w:p>
    <w:p>
      <w:r>
        <w:t>Such a thing is new, it has never been before; the Redemption has not yet been in the world</w:t>
      </w:r>
    </w:p>
    <w:p>
      <w:r>
        <w:t>Now is the time of the Redemption and it will be; the whole world will turn around, everything, everyone</w:t>
      </w:r>
    </w:p>
    <w:p>
      <w:r>
        <w:t>{Everyone} will serve Hashem, {..}..</w:t>
      </w:r>
    </w:p>
    <w:p>
      <w:r>
        <w:t>[…….]</w:t>
      </w:r>
    </w:p>
    <w:p>
      <w:r>
        <w:t>[…….]</w:t>
      </w:r>
    </w:p>
    <w:p>
      <w:r>
        <w:t>This, this is a new thing..</w:t>
      </w:r>
    </w:p>
    <w:p>
      <w:r>
        <w:t>[…..]</w:t>
      </w:r>
    </w:p>
    <w:p>
      <w:r>
        <w:t>There has never yet been in the world such a wonder, that he can help us</w:t>
      </w:r>
    </w:p>
    <w:p>
      <w:r>
        <w:t>There has never yet been.. {such a thing}</w:t>
      </w:r>
    </w:p>
    <w:p>
      <w:r>
        <w:t>And for all Yisrael, even whoever he may be</w:t>
      </w:r>
    </w:p>
    <w:p>
      <w:r>
        <w:t>He can help, help, help us, help him, help all Yisrael at every moment, every.. a..new, this had not been, this has now been elevated…</w:t>
      </w:r>
    </w:p>
    <w:p>
      <w:pPr>
        <w:pStyle w:val="Heading2"/>
      </w:pPr>
      <w:r>
        <w:t>Side B (Bais)</w:t>
      </w:r>
    </w:p>
    <w:p>
      <w:r>
        <w:t>...help him, help all Yisrael, at every moment, in every..</w:t>
      </w:r>
    </w:p>
    <w:p>
      <w:r>
        <w:t>A..new, this had not been, this has now been elevated—some, some thin thread of this in the world</w:t>
      </w:r>
    </w:p>
    <w:p>
      <w:r>
        <w:t>And there will be a new world, with every word of Rabbainu, from all the words of the Torah, {this had not yet been, this, this}</w:t>
      </w:r>
    </w:p>
    <w:p>
      <w:r>
        <w:t>[………]</w:t>
      </w:r>
    </w:p>
    <w:p>
      <w:r>
        <w:t>[……...]</w:t>
      </w:r>
    </w:p>
    <w:p>
      <w:r>
        <w:t>Even {every word of this}, God forbid</w:t>
      </w:r>
    </w:p>
    <w:p>
      <w:r>
        <w:t>There is no, there is no, one word—it, it brings the whole world back to Hashem Yisbarach</w:t>
      </w:r>
    </w:p>
    <w:p>
      <w:r>
        <w:t>One word, "There is no despair in the world at all"</w:t>
      </w:r>
    </w:p>
    <w:p>
      <w:r>
        <w:t>Just one word, and it heals and strengthens each and every one; it renews each and every one</w:t>
      </w:r>
    </w:p>
    <w:p>
      <w:r>
        <w:t>And gives him everything new, a new brain, a new heart</w:t>
      </w:r>
    </w:p>
    <w:p>
      <w:r>
        <w:t>This is such a thing, {this, this} is a matter that has never yet been in the world</w:t>
      </w:r>
    </w:p>
    <w:p>
      <w:r>
        <w:t>If he said: "There are illnesses for which there is no cure, no cure whatsoever</w:t>
      </w:r>
    </w:p>
    <w:p>
      <w:r>
        <w:t>And he can heal these illnesses too"</w:t>
      </w:r>
    </w:p>
    <w:p>
      <w:r>
        <w:t>He can heal us, renew us</w:t>
      </w:r>
    </w:p>
    <w:p>
      <w:r>
        <w:t>[……..]</w:t>
      </w:r>
    </w:p>
    <w:p>
      <w:r>
        <w:t>There has never yet been such an awesome innovation in the world, and such a wonder has never yet been in the world</w:t>
      </w:r>
    </w:p>
    <w:p>
      <w:r>
        <w:t>That he can renew us</w:t>
      </w:r>
    </w:p>
    <w:p>
      <w:r>
        <w:t>To give us a new heart and a new brain and everything new</w:t>
      </w:r>
    </w:p>
    <w:p>
      <w:r>
        <w:t>[……..]</w:t>
      </w:r>
    </w:p>
    <w:p>
      <w:r>
        <w:t>Ah, oy..</w:t>
      </w:r>
    </w:p>
    <w:p>
      <w:r>
        <w:t>[……..]</w:t>
      </w:r>
    </w:p>
    <w:p>
      <w:r>
        <w:t>"R'osh B'nei Y'israel," the initials spell Rebbe, he is our Rebbe</w:t>
      </w:r>
    </w:p>
    <w:p>
      <w:r>
        <w:t>He {..} gives us everything new, a new heart, new eyes, everything new</w:t>
      </w:r>
    </w:p>
    <w:p>
      <w:r>
        <w:t>Oy, the legs, the legs on the.. yes, ah, yes, yes</w:t>
      </w:r>
    </w:p>
    <w:p>
      <w:r>
        <w:t>[……..]</w:t>
      </w:r>
    </w:p>
    <w:p>
      <w:r>
        <w:t>[The friends sing "Na Na-ch Nach-ma Nach-man MeUman.."</w:t>
      </w:r>
    </w:p>
    <w:p>
      <w:r>
        <w:t>And Saba rouses them: "Ah.. ah.. ah.. ah..”]</w:t>
      </w:r>
    </w:p>
    <w:p>
      <w:r>
        <w:t>No, no, no, no, no</w:t>
      </w:r>
    </w:p>
    <w:p>
      <w:r>
        <w:t>[……..]</w:t>
      </w:r>
    </w:p>
    <w:p>
      <w:r>
        <w:t>No, no, no, no, good, good</w:t>
      </w:r>
    </w:p>
    <w:p>
      <w:r>
        <w:t>[The friends continue singing "Na Na-ch Nach-ma Nach-man MeUman.."</w:t>
      </w:r>
    </w:p>
    <w:p>
      <w:r>
        <w:t>And Saba rouses them: “Ah.. ah.. ah.. ah..”]</w:t>
      </w:r>
    </w:p>
    <w:p>
      <w:r>
        <w:t>Ah</w:t>
      </w:r>
    </w:p>
    <w:p>
      <w:r>
        <w:t>[…….]...</w:t>
      </w:r>
    </w:p>
    <w:p>
      <w:r>
        <w:t>...there is no such thing…</w:t>
      </w:r>
    </w:p>
    <w:p>
      <w:r>
        <w:t>...[…….]</w:t>
      </w:r>
    </w:p>
    <w:p>
      <w:r>
        <w:t>The whole world will come, everyone will come to Mashiach:</w:t>
      </w:r>
    </w:p>
    <w:p>
      <w:r>
        <w:t>"Give me a rectification, I want a rectification!"</w:t>
      </w:r>
    </w:p>
    <w:p>
      <w:r>
        <w:t>[……….]</w:t>
      </w:r>
    </w:p>
    <w:p>
      <w:r>
        <w:t>[……….]</w:t>
      </w:r>
    </w:p>
    <w:p>
      <w:r>
        <w:t>A rectification? Ready to give immediately</w:t>
      </w:r>
    </w:p>
    <w:p>
      <w:r>
        <w:t>One word {…….. shoyn}</w:t>
      </w:r>
    </w:p>
    <w:p>
      <w:r>
        <w:t>Another matter, a new matter</w:t>
      </w:r>
    </w:p>
    <w:p>
      <w:r>
        <w:t>[…….]</w:t>
      </w:r>
    </w:p>
    <w:p>
      <w:r>
        <w:t>There is already "Likutay Moharan," nu, everyone has a rectification</w:t>
      </w:r>
    </w:p>
    <w:p>
      <w:r>
        <w:t>There is already "Likutay Moharan" in the world</w:t>
      </w:r>
    </w:p>
    <w:p>
      <w:r>
        <w:t>[….….]</w:t>
      </w:r>
    </w:p>
    <w:p>
      <w:r>
        <w:t>[……..]</w:t>
      </w:r>
    </w:p>
    <w:p>
      <w:r>
        <w:t>I..</w:t>
      </w:r>
    </w:p>
    <w:p>
      <w:r>
        <w:t>I am "Na Nach Nachma Nachman MeUman," nu</w:t>
      </w:r>
    </w:p>
    <w:p>
      <w:r>
        <w:t>I am the initials "Na Nach Nachma Nachman MeUman"</w:t>
      </w:r>
    </w:p>
    <w:p>
      <w:r>
        <w:t>This is already all of it, encompassing the whole world with, with all, with all the sins, with all, everything</w:t>
      </w:r>
    </w:p>
    <w:p>
      <w:r>
        <w:t>Rectification, rectification, rectification, rectification</w:t>
      </w:r>
    </w:p>
    <w:p>
      <w:r>
        <w:t>[………]</w:t>
      </w:r>
    </w:p>
    <w:p>
      <w:r>
        <w:t>[……...]…</w:t>
      </w:r>
    </w:p>
    <w:p>
      <w:r>
        <w:t>...I am Rabbi Nachman, this is "Na Nach Nachma Nachman MeUman"</w:t>
      </w:r>
    </w:p>
    <w:p>
      <w:r>
        <w:t>Yes…</w:t>
      </w:r>
    </w:p>
    <w:p>
      <w:r>
        <w:t>...[………]</w:t>
      </w:r>
    </w:p>
    <w:p>
      <w:r>
        <w:t>[……….]</w:t>
      </w:r>
    </w:p>
    <w:p>
      <w:r>
        <w:t>Eh?</w:t>
      </w:r>
    </w:p>
    <w:p>
      <w:r>
        <w:t>[They will go]</w:t>
      </w:r>
    </w:p>
    <w:p>
      <w:r>
        <w:t>Yes, they will go into apostasy</w:t>
      </w:r>
    </w:p>
    <w:p>
      <w:r>
        <w:t>[……]</w:t>
      </w:r>
    </w:p>
    <w:p>
      <w:r>
        <w:t>Whoever wants apostasy, let him go into apostasy</w:t>
      </w:r>
    </w:p>
    <w:p>
      <w:r>
        <w:t>[..……….]</w:t>
      </w:r>
    </w:p>
    <w:p>
      <w:r>
        <w:t>[………...]…</w:t>
      </w:r>
    </w:p>
    <w:p>
      <w:r>
        <w:t>…[Blessed be Hashem]</w:t>
      </w:r>
    </w:p>
    <w:p>
      <w:r>
        <w:t>But people will go into apostasy, whoever wants, everyone who wants to go into apostasy, let him go into apostasy, yes</w:t>
      </w:r>
    </w:p>
    <w:p>
      <w:r>
        <w:t>[……...]</w:t>
      </w:r>
    </w:p>
    <w:p>
      <w:r>
        <w:t>[Whoever does not want Torah and mitzvos?]</w:t>
      </w:r>
    </w:p>
    <w:p>
      <w:r>
        <w:t>Eh?</w:t>
      </w:r>
    </w:p>
    <w:p>
      <w:r>
        <w:t>[Whoever does not want Torah and mitzvos?]</w:t>
      </w:r>
    </w:p>
    <w:p>
      <w:r>
        <w:t>Nu, nu, what do you want?</w:t>
      </w:r>
    </w:p>
    <w:p>
      <w:r>
        <w:t>[Whoever does not want Torah and mitzvos?]</w:t>
      </w:r>
    </w:p>
    <w:p>
      <w:r>
        <w:t>Yes, let him go</w:t>
      </w:r>
    </w:p>
    <w:p>
      <w:r>
        <w:t>[…………]</w:t>
      </w:r>
    </w:p>
    <w:p>
      <w:r>
        <w:t>[…….…..]</w:t>
      </w:r>
    </w:p>
    <w:p>
      <w:r>
        <w:t>[Saba]</w:t>
      </w:r>
    </w:p>
    <w:p>
      <w:r>
        <w:t>Eh?</w:t>
      </w:r>
    </w:p>
    <w:p>
      <w:r>
        <w:t>[Is the Redemption near?]</w:t>
      </w:r>
    </w:p>
    <w:p>
      <w:r>
        <w:t>Yes, yes, no, no, no, do not worry and do not be afraid</w:t>
      </w:r>
    </w:p>
    <w:p>
      <w:r>
        <w:t>[………..]…</w:t>
      </w:r>
    </w:p>
    <w:p>
      <w:r>
        <w:t>...There was no electricity in the synagogue, they do not come to pray?</w:t>
      </w:r>
    </w:p>
    <w:p>
      <w:r>
        <w:t>Eh?</w:t>
      </w:r>
    </w:p>
    <w:p>
      <w:r>
        <w:t>[Yes, yes..]</w:t>
      </w:r>
    </w:p>
    <w:p>
      <w:r>
        <w:t>They do not come</w:t>
      </w:r>
    </w:p>
    <w:p>
      <w:r>
        <w:t>[Yes, there are many synagogue {in Tzfas}]</w:t>
      </w:r>
    </w:p>
    <w:p>
      <w:r>
        <w:t>Eh?</w:t>
      </w:r>
    </w:p>
    <w:p>
      <w:r>
        <w:t>[There are many synagogues, there are many synagogues, there are..]</w:t>
      </w:r>
    </w:p>
    <w:p>
      <w:r>
        <w:t>I do not hear</w:t>
      </w:r>
    </w:p>
    <w:p>
      <w:r>
        <w:t>[Yes, people go to the synagogue]</w:t>
      </w:r>
    </w:p>
    <w:p>
      <w:r>
        <w:t>People go to the synagogue?</w:t>
      </w:r>
    </w:p>
    <w:p>
      <w:r>
        <w:t>[Yes]</w:t>
      </w:r>
    </w:p>
    <w:p>
      <w:r>
        <w:t>Shoyn, good, whoever does not want to, let him not go</w:t>
      </w:r>
    </w:p>
    <w:p>
      <w:r>
        <w:t>He is apostasy, he is a gentile…</w:t>
      </w:r>
    </w:p>
    <w:p>
      <w:r>
        <w:t>...There is no electricity?</w:t>
      </w:r>
    </w:p>
    <w:p>
      <w:r>
        <w:t>[No, there is electricity, there is electricity in synagogues]</w:t>
      </w:r>
    </w:p>
    <w:p>
      <w:r>
        <w:t>But?</w:t>
      </w:r>
    </w:p>
    <w:p>
      <w:r>
        <w:t>[There is electricity]</w:t>
      </w:r>
    </w:p>
    <w:p>
      <w:r>
        <w:t>People do not come to the synagogue?</w:t>
      </w:r>
    </w:p>
    <w:p>
      <w:r>
        <w:t>[Yes, people come]…</w:t>
      </w:r>
    </w:p>
    <w:p>
      <w:r>
        <w:t>...[……….]</w:t>
      </w:r>
    </w:p>
    <w:p>
      <w:r>
        <w:t>Nu, what? Yes, who is this?</w:t>
      </w:r>
    </w:p>
    <w:p>
      <w:r>
        <w:t>[This is Avraham, Avraham Zagdon]</w:t>
      </w:r>
    </w:p>
    <w:p>
      <w:r>
        <w:t>What? His wife did not, did not come home?</w:t>
      </w:r>
    </w:p>
    <w:p>
      <w:r>
        <w:t>[Yes, his wife is in the house]</w:t>
      </w:r>
    </w:p>
    <w:p>
      <w:r>
        <w:t>Eh?</w:t>
      </w:r>
    </w:p>
    <w:p>
      <w:r>
        <w:t>[His wife is in the house, yes, his wife is here, his wife is in the house] His wife..</w:t>
      </w:r>
    </w:p>
    <w:p>
      <w:r>
        <w:t>[She is in the house]</w:t>
      </w:r>
    </w:p>
    <w:p>
      <w:r>
        <w:t>Is in the house</w:t>
      </w:r>
    </w:p>
    <w:p>
      <w:r>
        <w:t>[Yes, here this is only one room, there are many more rooms]</w:t>
      </w:r>
    </w:p>
    <w:p>
      <w:r>
        <w:t>Eh?</w:t>
      </w:r>
    </w:p>
    <w:p>
      <w:r>
        <w:t>[There are many more rooms in the house]</w:t>
      </w:r>
    </w:p>
    <w:p>
      <w:r>
        <w:t>Nu, nu?</w:t>
      </w:r>
    </w:p>
    <w:p>
      <w:r>
        <w:t>[She is in the living room, in the living room]</w:t>
      </w:r>
    </w:p>
    <w:p>
      <w:r>
        <w:t>Eh? Eh?</w:t>
      </w:r>
    </w:p>
    <w:p>
      <w:r>
        <w:t>[She is in the living room, in the living room she is]</w:t>
      </w:r>
    </w:p>
    <w:p>
      <w:r>
        <w:t>In the living room, here?</w:t>
      </w:r>
    </w:p>
    <w:p>
      <w:r>
        <w:t>[…..…]</w:t>
      </w:r>
    </w:p>
    <w:p>
      <w:r>
        <w:t>[No, here this is your room, do you want her, her to come?]</w:t>
      </w:r>
    </w:p>
    <w:p>
      <w:r>
        <w:t>No, no, no, no</w:t>
      </w:r>
    </w:p>
    <w:p>
      <w:r>
        <w:t>[…….]</w:t>
      </w:r>
    </w:p>
    <w:p>
      <w:r>
        <w:t>Every woman who wants apostasy, let her go with the children, let her go</w:t>
      </w:r>
    </w:p>
    <w:p>
      <w:r>
        <w:t>[……….]</w:t>
      </w:r>
    </w:p>
    <w:p>
      <w:r>
        <w:t>Hashem will give us women and children, yes, everything</w:t>
      </w:r>
    </w:p>
    <w:p>
      <w:r>
        <w:t>[…………]</w:t>
      </w:r>
    </w:p>
    <w:p>
      <w:r>
        <w:t>[...………]</w:t>
      </w:r>
    </w:p>
    <w:p>
      <w:r>
        <w:t>Oy vey..</w:t>
      </w:r>
    </w:p>
    <w:p>
      <w:r>
        <w:t>[Rebbe Yisroel, do you perhaps want to wash your hands?]</w:t>
      </w:r>
    </w:p>
    <w:p>
      <w:r>
        <w:t>Yes</w:t>
      </w:r>
    </w:p>
    <w:p>
      <w:r>
        <w:t>(Noise of hand-washing)</w:t>
      </w:r>
    </w:p>
    <w:p>
      <w:r>
        <w:t>They do not make hakafos in the synagogue?</w:t>
      </w:r>
    </w:p>
    <w:p>
      <w:r>
        <w:t>[Not now]</w:t>
      </w:r>
    </w:p>
    <w:p>
      <w:r>
        <w:t>Eh?</w:t>
      </w:r>
    </w:p>
    <w:p>
      <w:r>
        <w:t>[Not yet, not yet, they do not make them yet]</w:t>
      </w:r>
    </w:p>
    <w:p>
      <w:r>
        <w:t>Not yet?</w:t>
      </w:r>
    </w:p>
    <w:p>
      <w:r>
        <w:t>[Yes, no, not yet, it is tomorrow]</w:t>
      </w:r>
    </w:p>
    <w:p>
      <w:r>
        <w:t>Eh?</w:t>
      </w:r>
    </w:p>
    <w:p>
      <w:r>
        <w:t>[Tomorrow, not today]</w:t>
      </w:r>
    </w:p>
    <w:p>
      <w:r>
        <w:t>Not today?</w:t>
      </w:r>
    </w:p>
    <w:p>
      <w:r>
        <w:t>[No, tomorrow]</w:t>
      </w:r>
    </w:p>
    <w:p>
      <w:r>
        <w:t>[You do not like it?]</w:t>
      </w:r>
    </w:p>
    <w:p>
      <w:r>
        <w:t>No, no</w:t>
      </w:r>
    </w:p>
    <w:p>
      <w:r>
        <w:t>[Not good]</w:t>
      </w:r>
    </w:p>
    <w:p>
      <w:r>
        <w:t>{I do not want}, afterward perhaps</w:t>
      </w:r>
    </w:p>
    <w:p>
      <w:r>
        <w:t>[………..]</w:t>
      </w:r>
    </w:p>
    <w:p>
      <w:r>
        <w:t>[………..]</w:t>
      </w:r>
    </w:p>
    <w:p>
      <w:r>
        <w:t>Apostasy is better, apostasy is better, with Jews like these</w:t>
      </w:r>
    </w:p>
    <w:p>
      <w:r>
        <w:t>[…….….]</w:t>
      </w:r>
    </w:p>
    <w:p>
      <w:r>
        <w:t>[…….….]</w:t>
      </w:r>
    </w:p>
    <w:p>
      <w:r>
        <w:t>[Who are they? Who is this? Who are these Jews?]</w:t>
      </w:r>
    </w:p>
    <w:p>
      <w:r>
        <w:t>Eh?</w:t>
      </w:r>
    </w:p>
    <w:p>
      <w:r>
        <w:t>[Who is this Jew, which Jew?]</w:t>
      </w:r>
    </w:p>
    <w:p>
      <w:r>
        <w:t>I do not, do not, do not understand, I do not hear</w:t>
      </w:r>
    </w:p>
    <w:p>
      <w:r>
        <w:t>[Which Jew are you talking about for apostasy?]</w:t>
      </w:r>
    </w:p>
    <w:p>
      <w:r>
        <w:t>Apostasy?</w:t>
      </w:r>
    </w:p>
    <w:p>
      <w:r>
        <w:t>[Yes, who is this?]</w:t>
      </w:r>
    </w:p>
    <w:p>
      <w:r>
        <w:t>People, people do not want Torah, so this is apostasy, let them go…</w:t>
      </w:r>
    </w:p>
    <w:p>
      <w:r>
        <w:t>...Hashem will abandon them, let them go, let them go to the gentiles…</w:t>
      </w:r>
    </w:p>
    <w:p>
      <w:r>
        <w:t>...Hakafos are not tonight? Hakafos?</w:t>
      </w:r>
    </w:p>
    <w:p>
      <w:r>
        <w:t>[No]</w:t>
      </w:r>
    </w:p>
    <w:p>
      <w:r>
        <w:t>Of the Torah</w:t>
      </w:r>
    </w:p>
    <w:p>
      <w:r>
        <w:t>[It is tomorrow morning, it, it is not Simchas Torah]</w:t>
      </w:r>
    </w:p>
    <w:p>
      <w:r>
        <w:t>Eh?</w:t>
      </w:r>
    </w:p>
    <w:p>
      <w:r>
        <w:t>[It is not yet Simchas Torah]</w:t>
      </w:r>
    </w:p>
    <w:p>
      <w:r>
        <w:t>It is not yet Simchas Torah?</w:t>
      </w:r>
    </w:p>
    <w:p>
      <w:r>
        <w:t>[No, tomorrow night Sukkos begins, at night Sukkos begins] Tomorrow night</w:t>
      </w:r>
    </w:p>
    <w:p>
      <w:r>
        <w:t>[Yes]</w:t>
      </w:r>
    </w:p>
    <w:p>
      <w:r>
        <w:t>Begins..? [Sukkos] Sukkos...</w:t>
      </w:r>
    </w:p>
    <w:p>
      <w:r>
        <w:t>...(Saba makes Kiddush for Sukkos)</w:t>
      </w:r>
    </w:p>
    <w:p>
      <w:r>
        <w:t>..Savri maranan, rabbosai</w:t>
      </w:r>
    </w:p>
    <w:p>
      <w:r>
        <w:t>[L'chaim]</w:t>
      </w:r>
    </w:p>
    <w:p>
      <w:r>
        <w:t>{..}</w:t>
      </w:r>
    </w:p>
    <w:p>
      <w:r>
        <w:t>Ay, blessed are You, Hashem our God, King of the world {…………}</w:t>
      </w:r>
    </w:p>
    <w:p>
      <w:r>
        <w:t>Our God, King of the world, Who chose my sons from all the peoples..</w:t>
      </w:r>
    </w:p>
    <w:p>
      <w:r>
        <w:t>[…..]</w:t>
      </w:r>
    </w:p>
    <w:p>
      <w:r>
        <w:t>Who chose us from all the peoples {………....} His mitzvos</w:t>
      </w:r>
    </w:p>
    <w:p>
      <w:r>
        <w:t>And You gave us {…….}</w:t>
      </w:r>
    </w:p>
    <w:p>
      <w:r>
        <w:t>Appointed times for joy, festivals and times for gladness, the day of the festival of the..</w:t>
      </w:r>
    </w:p>
    <w:p>
      <w:r>
        <w:t>The day of this festival of Sukkos..</w:t>
      </w:r>
    </w:p>
    <w:p>
      <w:r>
        <w:t>Eh?</w:t>
      </w:r>
    </w:p>
    <w:p>
      <w:r>
        <w:t>[Yes, tomorrow is Sukkos]</w:t>
      </w:r>
    </w:p>
    <w:p>
      <w:r>
        <w:t>Tomorrow is Sukkos, {{. ., . .}}</w:t>
      </w:r>
    </w:p>
    <w:p>
      <w:r>
        <w:t>{……………..}</w:t>
      </w:r>
    </w:p>
    <w:p>
      <w:r>
        <w:t>Nu</w:t>
      </w:r>
    </w:p>
    <w:p>
      <w:r>
        <w:t>Savri maranan, rabbosai, blessed are You, Hashem, my Lord, our God, King of the world</w:t>
      </w:r>
    </w:p>
    <w:p>
      <w:r>
        <w:t>Who creates the fruit of the vine</w:t>
      </w:r>
    </w:p>
    <w:p>
      <w:r>
        <w:t>[[Amen]]…</w:t>
      </w:r>
    </w:p>
    <w:p>
      <w:r>
        <w:t>..."N'achal N'ovea M'akor Ch'ochmah"</w:t>
      </w:r>
    </w:p>
    <w:p>
      <w:r>
        <w:t>He teaches the Torah with every one of the Jews and illuminates for him</w:t>
      </w:r>
    </w:p>
    <w:p>
      <w:r>
        <w:t>He has, he illuminates for each one so that he will not despair of himself</w:t>
      </w:r>
    </w:p>
    <w:p>
      <w:r>
        <w:t>And you will always have a holy war with the desire, in desires and with the body</w:t>
      </w:r>
    </w:p>
    <w:p>
      <w:r>
        <w:t>And I see that this is good</w:t>
      </w:r>
    </w:p>
    <w:p>
      <w:r>
        <w:t>There is someone from America who gave me..</w:t>
      </w:r>
    </w:p>
    <w:p>
      <w:r>
        <w:t>Do you hear?</w:t>
      </w:r>
    </w:p>
    <w:p>
      <w:r>
        <w:t>[Yes, yes..]</w:t>
      </w:r>
    </w:p>
    <w:p>
      <w:r>
        <w:t>[Yes, yes]</w:t>
      </w:r>
    </w:p>
    <w:p>
      <w:r>
        <w:t>Who gave me a car</w:t>
      </w:r>
    </w:p>
    <w:p>
      <w:r>
        <w:t>I cannot walk, he gave me.., he is a poor man, he himself has nothing</w:t>
      </w:r>
    </w:p>
    <w:p>
      <w:r>
        <w:t>He gave me, he, he was in America, and he has a mother and father, and they gave him a taxi</w:t>
      </w:r>
    </w:p>
    <w:p>
      <w:r>
        <w:t>And he gave the taxi to me, so that I would have it to travel to the Kotel and to Rashbi</w:t>
      </w:r>
    </w:p>
    <w:p>
      <w:r>
        <w:t>Only I made a mistake, I did not learn driving, I should have learned driving</w:t>
      </w:r>
    </w:p>
    <w:p>
      <w:r>
        <w:t>Yes, {……..} I would have been independent, independent, not needing anyone</w:t>
      </w:r>
    </w:p>
    <w:p>
      <w:r>
        <w:t>I myself have a car and I can drive it, I can travel to Rashbi and also to the Western Wall</w:t>
      </w:r>
    </w:p>
    <w:p>
      <w:r>
        <w:t>I have no other work, this is the main work, this is the main vitality, {and not} the world</w:t>
      </w:r>
    </w:p>
    <w:p>
      <w:r>
        <w:t>{…}, now the Redemption will be, there will be an entirely different world</w:t>
      </w:r>
    </w:p>
    <w:p>
      <w:r>
        <w:t>Different, a world of truth, a world of Torah, a world of wisdom</w:t>
      </w:r>
    </w:p>
    <w:p>
      <w:r>
        <w:t>Such a world of truth has not yet been in the world</w:t>
      </w:r>
    </w:p>
    <w:p>
      <w:r>
        <w:t>For Rabbi Nachman revealed, he is our holy Rabbainu, Rabbi Nachman revealed</w:t>
      </w:r>
    </w:p>
    <w:p>
      <w:r>
        <w:t>Such a new wisdom that there is no.., that had not yet been in the world</w:t>
      </w:r>
    </w:p>
    <w:p>
      <w:r>
        <w:t>And he can draw close and illuminate each one.. that he will be, can..</w:t>
      </w:r>
    </w:p>
    <w:p>
      <w:r>
        <w:t>He, he, he illuminates for every one of the Jews</w:t>
      </w:r>
    </w:p>
    <w:p>
      <w:r>
        <w:t>He studies with him, he illuminates for him in every word that he revealed in the world</w:t>
      </w:r>
    </w:p>
    <w:p>
      <w:r>
        <w:t>He teaches with each one and illuminates the truth for him</w:t>
      </w:r>
    </w:p>
    <w:p>
      <w:r>
        <w:t>I merited to see a true Breslov Chassid who, and he lived only about forty years</w:t>
      </w:r>
    </w:p>
    <w:p>
      <w:r>
        <w:t>And I drew close to him, and then there was great opposition to Breslov</w:t>
      </w:r>
    </w:p>
    <w:p>
      <w:r>
        <w:t>And I {...}, and I stood, blessed be Hashem</w:t>
      </w:r>
    </w:p>
    <w:p>
      <w:r>
        <w:t>I stood in the war with all, with all the great ones, with all, with, with all..</w:t>
      </w:r>
    </w:p>
    <w:p>
      <w:r>
        <w:t>What.. Rabbi Nachman, in every word that he revealed, he illuminates for every one of Israel</w:t>
      </w:r>
    </w:p>
    <w:p>
      <w:r>
        <w:t>That he makes, makes entirely new</w:t>
      </w:r>
    </w:p>
    <w:p>
      <w:r>
        <w:t>Such a wondrous thing had not yet been in the world, and now Rabbi Nachman will be revealed in the world</w:t>
      </w:r>
    </w:p>
    <w:p>
      <w:r>
        <w:t>Yes, he said that the "Na Na.." his name, 'Nachman,' is 'simple, doubled, tripled, quadrupled'</w:t>
      </w:r>
    </w:p>
    <w:p>
      <w:r>
        <w:t>How? "Na Nach Nachma Nachman MeUman," he, he dwelled in Uman</w:t>
      </w:r>
    </w:p>
    <w:p>
      <w:r>
        <w:t>I w.. blessed be Hashem, I was in.. I was in Russia at the tziyun of our holy Rabbainu for Rosh HaShanah, and great miracles that I came out alive, because I am already weak and old</w:t>
      </w:r>
    </w:p>
    <w:p>
      <w:r>
        <w:t>But our holy Rabbainu renews me</w:t>
      </w:r>
    </w:p>
    <w:p>
      <w:r>
        <w:t>Now I am one hundred and fourteen years old</w:t>
      </w:r>
    </w:p>
    <w:p>
      <w:r>
        <w:t>I have an identity card, yes, there is an accounting, I am one hundred and fourteen years old</w:t>
      </w:r>
    </w:p>
    <w:p>
      <w:r>
        <w:t>I need to spend the days of my life now in two places</w:t>
      </w:r>
    </w:p>
    <w:p>
      <w:r>
        <w:t>At the Western Wall, and at the Arab Wall and at Rashbi in Meron</w:t>
      </w:r>
    </w:p>
    <w:p>
      <w:r>
        <w:t>So this is what I need now</w:t>
      </w:r>
    </w:p>
    <w:p>
      <w:r>
        <w:t>This is a new power, a new light that has not yet been revealed in the world</w:t>
      </w:r>
    </w:p>
    <w:p>
      <w:r>
        <w:t>Hashem Yisborach created the world, and this is new, not yet revealed in the world—a Torah</w:t>
      </w:r>
    </w:p>
    <w:p>
      <w:r>
        <w:t>Such Torah, such wisdom, such holiness</w:t>
      </w:r>
    </w:p>
    <w:p>
      <w:r>
        <w:t>He, he, he passed away at the age of forty, and I am now one hundred and fourteen years old</w:t>
      </w:r>
    </w:p>
    <w:p>
      <w:r>
        <w:t>Do you hear what I am saying?</w:t>
      </w:r>
    </w:p>
    <w:p>
      <w:r>
        <w:t>[Yes, I hear, Saba]</w:t>
      </w:r>
    </w:p>
    <w:p>
      <w:r>
        <w:t>Yes, you hear?</w:t>
      </w:r>
    </w:p>
    <w:p>
      <w:r>
        <w:t>[Yes, I hear]</w:t>
      </w:r>
    </w:p>
    <w:p>
      <w:r>
        <w:t>And now I want to spend the days of my life with bread {ah, and.. and.. and.. yoah}</w:t>
      </w:r>
    </w:p>
    <w:p>
      <w:r>
        <w:t>And to be in two places, at the Western Wall and at Rashbi</w:t>
      </w:r>
    </w:p>
    <w:p>
      <w:r>
        <w:t>I, I have a car, only I need a driver, I need a driver who will take me</w:t>
      </w:r>
    </w:p>
    <w:p>
      <w:r>
        <w:t>Once to Rashbi, once to the Western Wall, to pray to Hashem Yisborach</w:t>
      </w:r>
    </w:p>
    <w:p>
      <w:r>
        <w:t>Because Rebbe Nachman revealed such a light that had never yet existed, that he..</w:t>
      </w:r>
    </w:p>
    <w:p>
      <w:r>
        <w:t>Now the time has come for it to be revealed</w:t>
      </w:r>
    </w:p>
    <w:p>
      <w:r>
        <w:t>Oy, do not leave me, I want to live in Yerushalayim near the Western Wall</w:t>
      </w:r>
    </w:p>
    <w:p>
      <w:r>
        <w:t>Yes, and I see and feel that I.. that I will merit to live good and long lives, yes</w:t>
      </w:r>
    </w:p>
    <w:p>
      <w:r>
        <w:t>[Amen]</w:t>
      </w:r>
    </w:p>
    <w:p>
      <w:r>
        <w:t>{Yoah}</w:t>
      </w:r>
    </w:p>
    <w:p>
      <w:r>
        <w:t>[Without end]</w:t>
      </w:r>
    </w:p>
    <w:p>
      <w:r>
        <w:t>I am alive after seventy years, and I am alive, and Boruch Hashem</w:t>
      </w:r>
    </w:p>
    <w:p>
      <w:r>
        <w:t>But I have no one who will look after me and watch over me and guard me and.. yes</w:t>
      </w:r>
    </w:p>
    <w:p>
      <w:r>
        <w:t>And give me food {……}, yes</w:t>
      </w:r>
    </w:p>
    <w:p>
      <w:r>
        <w:t>What to eat? What do I need?</w:t>
      </w:r>
    </w:p>
    <w:p>
      <w:r>
        <w:t>A little piece of bread with, with, with salted fish, or.. yes</w:t>
      </w:r>
    </w:p>
    <w:p>
      <w:r>
        <w:t>What do I need?</w:t>
      </w:r>
    </w:p>
    <w:p>
      <w:r>
        <w:t>I—I had ten children.. and many of them passed away, yes</w:t>
      </w:r>
    </w:p>
    <w:p>
      <w:r>
        <w:t>And they suffered with me, they had no clothing and no shoes and no bread</w:t>
      </w:r>
    </w:p>
    <w:p>
      <w:r>
        <w:t>There was, I had a heavy burden, ten children</w:t>
      </w:r>
    </w:p>
    <w:p>
      <w:r>
        <w:t>They all {wanted}, wanted bread, and I did not have bread to give them</w:t>
      </w:r>
    </w:p>
    <w:p>
      <w:r>
        <w:t>This, I am speaking the truth, this is how it was</w:t>
      </w:r>
    </w:p>
    <w:p>
      <w:r>
        <w:t>And now I do not have this burden, the sons have already married, yes</w:t>
      </w:r>
    </w:p>
    <w:p>
      <w:r>
        <w:t>But I need someone to look after me and guard me</w:t>
      </w:r>
    </w:p>
    <w:p>
      <w:r>
        <w:t>Because I need once Meron, once Yerushalayim, and I need to be once here, once here, once here, yes, but no, I do not have, I have no connection with the world, yes</w:t>
      </w:r>
    </w:p>
    <w:p>
      <w:r>
        <w:t>Nu, but who, who is the world?</w:t>
      </w:r>
    </w:p>
    <w:p>
      <w:r>
        <w:t>The Torah, the truth, the light of truth, Rebbe Nachman revealed that he is it, that he is completely new</w:t>
      </w:r>
    </w:p>
    <w:p>
      <w:r>
        <w:t>That he revealed such wellsprings, such wellsprings of wisdom, which had not yet been revealed even by Rashbi; already he, he revealed to his holy disciple Rebbe Nassan, he revealed to him who Rebbe Nachman is, who this is, such a light, such a wonder that had not yet existed in the world, and he is completely new</w:t>
      </w:r>
    </w:p>
    <w:p>
      <w:r>
        <w:t>And I, Boruch Hashem, have a taxi, but I have no driver, yes</w:t>
      </w:r>
    </w:p>
    <w:p>
      <w:r>
        <w:t>I need someone who will go with me once to Yerushalayim, once to Rashbi, once to this tzaddik, to this tzaddik, yes</w:t>
      </w:r>
    </w:p>
    <w:p>
      <w:r>
        <w:t>Therefore do not leave me</w:t>
      </w:r>
    </w:p>
    <w:p>
      <w:r>
        <w:t>You too will bring all the money that you have, that you have, only to print the books of Rebbe Nachman</w:t>
      </w:r>
    </w:p>
    <w:p>
      <w:r>
        <w:t>It will be.. through this, then there will be a new world</w:t>
      </w:r>
    </w:p>
    <w:p>
      <w:r>
        <w:t>Until now Breslov was "disqualified currency”, everyone kept away</w:t>
      </w:r>
    </w:p>
    <w:p>
      <w:r>
        <w:t>The scholars and the geniuses and the great ones kept away from Breslov, they thought that they, that they were great</w:t>
      </w:r>
    </w:p>
    <w:p>
      <w:r>
        <w:t>But one utterance of Breslov, it, it illuminates for the entire world, for every person</w:t>
      </w:r>
    </w:p>
    <w:p>
      <w:r>
        <w:t>Shoyn, now I have a car, only I need a driver who will take me once to here</w:t>
      </w:r>
    </w:p>
    <w:p>
      <w:r>
        <w:t>Once to Yerushalayim, once to the Western Wall, once..</w:t>
      </w:r>
    </w:p>
    <w:p>
      <w:r>
        <w:t>I need to spread out through the world, once here, once here, to pray to Hashem</w:t>
      </w:r>
    </w:p>
    <w:p>
      <w:r>
        <w:t>Now the time has come for the redemption of Israel, there will be such a redemption, there will be such a redemption</w:t>
      </w:r>
    </w:p>
    <w:p>
      <w:r>
        <w:t>Such a truth that there wa.. new, that had never existed</w:t>
      </w:r>
    </w:p>
    <w:p>
      <w:r>
        <w:t>And our holy Rabbainu, Rebbe Nachman, revealed this, he made this known, not I</w:t>
      </w:r>
    </w:p>
    <w:p>
      <w:r>
        <w:t>He made this known, that he is the essence of the Torah and the mitzvah and everything</w:t>
      </w:r>
    </w:p>
    <w:p>
      <w:r>
        <w:t>He can rectify and heal the entire world, all the heretics, all the wicked</w:t>
      </w:r>
    </w:p>
    <w:p>
      <w:r>
        <w:t>Nu, and there will be a world..</w:t>
      </w:r>
    </w:p>
    <w:p>
      <w:r>
        <w:t>To turn the entire world from heresy to emunah, to such truth, such emunah as had never existed</w:t>
      </w:r>
    </w:p>
    <w:p>
      <w:r>
        <w:t>Oy, the.. I have a car, only a driver who will take me once to the Western Wall, once to Rashbi</w:t>
      </w:r>
    </w:p>
    <w:p>
      <w:r>
        <w:t>And to all the true tzaddikim</w:t>
      </w:r>
    </w:p>
    <w:p>
      <w:r>
        <w:t>But.. and the main root of all the tzaddikim, of the Torah, is Rashbi</w:t>
      </w:r>
    </w:p>
    <w:p>
      <w:r>
        <w:t>And our holy Rabbainu, Rebbe Nachman, rises above Rebbe Shimon, rises above them all</w:t>
      </w:r>
    </w:p>
    <w:p>
      <w:r>
        <w:t>For he can rectify and heal and completely renew the entire world</w:t>
      </w:r>
    </w:p>
    <w:p>
      <w:r>
        <w:t>There is a government, there is the president of the Jews, the president of Israel, yes,</w:t>
      </w:r>
    </w:p>
    <w:p>
      <w:r>
        <w:t>He.. I, I spoke with him, and he wants me to have contact with him, to speak with him every time, yes, Weizman's friend</w:t>
      </w:r>
    </w:p>
    <w:p>
      <w:r>
        <w:t>Weizman's, his friend, he is the president, was able, he is the president, yes</w:t>
      </w:r>
    </w:p>
    <w:p>
      <w:r>
        <w:t>And now the light of Rebbe Sh.. of our holy Rabbainu needs to come into the world</w:t>
      </w:r>
    </w:p>
    <w:p>
      <w:r>
        <w:t>For he is the rebbe of the entire Torah, of all the tzaddikim, yes</w:t>
      </w:r>
    </w:p>
    <w:p>
      <w:r>
        <w:t>He revealed this, not I, he revealed this</w:t>
      </w:r>
    </w:p>
    <w:p>
      <w:r>
        <w:t>'Nachman' is "Na Na Nach Nachma Nachman MeUman"</w:t>
      </w:r>
    </w:p>
    <w:p>
      <w:r>
        <w:t>He is the rebbe of all Israel, of the entire Torah, of all the sages</w:t>
      </w:r>
    </w:p>
    <w:p>
      <w:r>
        <w:t>He, everyone needs to listen to him, his wisdom and his holiness</w:t>
      </w:r>
    </w:p>
    <w:p>
      <w:r>
        <w:t>Such holiness, such life, such new wisdom as had never {in the world} we merited today, yes</w:t>
      </w:r>
    </w:p>
    <w:p>
      <w:r>
        <w:t>I need to be in Chevron and here and there, to the Western Wall, to Rashbi</w:t>
      </w:r>
    </w:p>
    <w:p>
      <w:r>
        <w:t>I need to roam through the world, yes</w:t>
      </w:r>
    </w:p>
    <w:p>
      <w:r>
        <w:t>There is already such a light in the world that it will draw everyone close to Hashem Yisb.. truly to Hashem Yisborach, to the Torah</w:t>
      </w:r>
    </w:p>
    <w:p>
      <w:r>
        <w:t>He…</w:t>
      </w:r>
    </w:p>
    <w:p>
      <w:r>
        <w:br w:type="page"/>
      </w:r>
    </w:p>
    <w:p>
      <w:pPr>
        <w:pStyle w:val="Heading1"/>
      </w:pPr>
      <w:r>
        <w:t>Tape 25</w:t>
      </w:r>
    </w:p>
    <w:p>
      <w:pPr>
        <w:pStyle w:val="Heading2"/>
      </w:pPr>
      <w:r>
        <w:t>Side A (Aleph)</w:t>
      </w:r>
    </w:p>
    <w:p>
      <w:r>
        <w:t>...{thirsty}</w:t>
      </w:r>
    </w:p>
    <w:p>
      <w:r>
        <w:t>[Do you want strawberries? Good, we..]</w:t>
      </w:r>
    </w:p>
    <w:p>
      <w:r>
        <w:t>Juice, juice, there is some to buy</w:t>
      </w:r>
    </w:p>
    <w:p>
      <w:r>
        <w:t>[Yes, yes, we need to buy, we do not have any at home]</w:t>
      </w:r>
    </w:p>
    <w:p>
      <w:r>
        <w:t>Good, good, good…</w:t>
      </w:r>
    </w:p>
    <w:p>
      <w:r>
        <w:t>...{Write this down, shoyn}</w:t>
      </w:r>
    </w:p>
    <w:p>
      <w:r>
        <w:t>[Saba, in another week Rabin wants, Rabin wants to sign with Arafat in Washington] Yes</w:t>
      </w:r>
    </w:p>
    <w:p>
      <w:r>
        <w:t>[To return Gaza and to return Jericho, Jericho and Gaza first, first of all..] Eh?</w:t>
      </w:r>
    </w:p>
    <w:p>
      <w:r>
        <w:t>[First of all Gaza and Jericho, in another week]</w:t>
      </w:r>
    </w:p>
    <w:p>
      <w:r>
        <w:t>Yes</w:t>
      </w:r>
    </w:p>
    <w:p>
      <w:r>
        <w:t>[He wants to sign in Washington together with the president of America]</w:t>
      </w:r>
    </w:p>
    <w:p>
      <w:r>
        <w:t>{..}</w:t>
      </w:r>
    </w:p>
    <w:p>
      <w:r>
        <w:t>[The president of America, he wants to be the..]</w:t>
      </w:r>
    </w:p>
    <w:p>
      <w:r>
        <w:t>He today is not, not president, he is nothing</w:t>
      </w:r>
    </w:p>
    <w:p>
      <w:r>
        <w:t>[The whole country is in an uproar]</w:t>
      </w:r>
    </w:p>
    <w:p>
      <w:r>
        <w:t>Yes</w:t>
      </w:r>
    </w:p>
    <w:p>
      <w:r>
        <w:t>[The whole 'Likud' and the.. are making an uproar]</w:t>
      </w:r>
    </w:p>
    <w:p>
      <w:r>
        <w:t>There are no, no demonstrations?</w:t>
      </w:r>
    </w:p>
    <w:p>
      <w:r>
        <w:t>[There are, there are, tomorrow there will be a large demonstration, thousands will go up to Yerushalayim]</w:t>
      </w:r>
    </w:p>
    <w:p>
      <w:r>
        <w:t>Eh?</w:t>
      </w:r>
    </w:p>
    <w:p>
      <w:r>
        <w:t>[Thousands of Jews will come from all over the country to Yerushalayim tomorrow]</w:t>
      </w:r>
    </w:p>
    <w:p>
      <w:r>
        <w:t>Yes</w:t>
      </w:r>
    </w:p>
    <w:p>
      <w:r>
        <w:t>[The entire right will unite together, everyone, all the.. all..</w:t>
      </w:r>
    </w:p>
    <w:p>
      <w:r>
        <w:t>Tomorrow there will be a large demonstration in the evening]</w:t>
      </w:r>
    </w:p>
    <w:p>
      <w:r>
        <w:t>Ah</w:t>
      </w:r>
    </w:p>
    <w:p>
      <w:r>
        <w:t>[What?]…</w:t>
      </w:r>
    </w:p>
    <w:p>
      <w:r>
        <w:t>...[………]</w:t>
      </w:r>
    </w:p>
    <w:p>
      <w:r>
        <w:t>[The left also very..]</w:t>
      </w:r>
    </w:p>
    <w:p>
      <w:r>
        <w:t>[Very..?]</w:t>
      </w:r>
    </w:p>
    <w:p>
      <w:r>
        <w:t>[The left is very strong]</w:t>
      </w:r>
    </w:p>
    <w:p>
      <w:r>
        <w:t>{..}</w:t>
      </w:r>
    </w:p>
    <w:p>
      <w:r>
        <w:t>[The snake's forehead]</w:t>
      </w:r>
    </w:p>
    <w:p>
      <w:r>
        <w:t>[Yes, but …….…]…</w:t>
      </w:r>
    </w:p>
    <w:p>
      <w:r>
        <w:t>...{…, if} it comes out through the.. not through the stomach</w:t>
      </w:r>
    </w:p>
    <w:p>
      <w:r>
        <w:t>[Through the mouth?]...</w:t>
      </w:r>
    </w:p>
    <w:p>
      <w:r>
        <w:t>...[There are no animals here] There are none?</w:t>
      </w:r>
    </w:p>
    <w:p>
      <w:r>
        <w:t>[There are no animals here]</w:t>
      </w:r>
    </w:p>
    <w:p>
      <w:r>
        <w:t>Ah…</w:t>
      </w:r>
    </w:p>
    <w:p>
      <w:r>
        <w:t>...[..Rebbe Yisroel]</w:t>
      </w:r>
    </w:p>
    <w:p>
      <w:r>
        <w:t>Eh?</w:t>
      </w:r>
    </w:p>
    <w:p>
      <w:r>
        <w:t>[No, I do not understand what you said]</w:t>
      </w:r>
    </w:p>
    <w:p>
      <w:r>
        <w:t>No</w:t>
      </w:r>
    </w:p>
    <w:p>
      <w:r>
        <w:t>[What? I did not understand, I did not hear]</w:t>
      </w:r>
    </w:p>
    <w:p>
      <w:r>
        <w:t>Cannot</w:t>
      </w:r>
    </w:p>
    <w:p>
      <w:r>
        <w:t>[Yes]</w:t>
      </w:r>
    </w:p>
    <w:p>
      <w:r>
        <w:t>Travels {me\car} to "Hamma”, "El Hamma"</w:t>
      </w:r>
    </w:p>
    <w:p>
      <w:r>
        <w:t>[El Hamma?]</w:t>
      </w:r>
    </w:p>
    <w:p>
      <w:r>
        <w:t>Here, no, no, not far</w:t>
      </w:r>
    </w:p>
    <w:p>
      <w:r>
        <w:t>[El Hamma]</w:t>
      </w:r>
    </w:p>
    <w:p>
      <w:r>
        <w:t>One can travel from here to "El Hamma", yoah, to bathe</w:t>
      </w:r>
    </w:p>
    <w:p>
      <w:r>
        <w:t>[Ah, “Hamei Teveria"]</w:t>
      </w:r>
    </w:p>
    <w:p>
      <w:r>
        <w:t>[To "Hamei Teveria”?]</w:t>
      </w:r>
    </w:p>
    <w:p>
      <w:r>
        <w:t>Eh?</w:t>
      </w:r>
    </w:p>
    <w:p>
      <w:r>
        <w:t>[To "Hamei Teveria”, to "Hamei Teveria”?]</w:t>
      </w:r>
    </w:p>
    <w:p>
      <w:r>
        <w:t>Of?</w:t>
      </w:r>
    </w:p>
    <w:p>
      <w:r>
        <w:t>[Teveria, Teveria?]</w:t>
      </w:r>
    </w:p>
    <w:p>
      <w:r>
        <w:t>No</w:t>
      </w:r>
    </w:p>
    <w:p>
      <w:r>
        <w:t>[Ah]</w:t>
      </w:r>
    </w:p>
    <w:p>
      <w:r>
        <w:t>Not "the hot springs of Teveria"</w:t>
      </w:r>
    </w:p>
    <w:p>
      <w:r>
        <w:t>[Ah]</w:t>
      </w:r>
    </w:p>
    <w:p>
      <w:r>
        <w:t>There are other baths, "El Hamma”</w:t>
      </w:r>
    </w:p>
    <w:p>
      <w:r>
        <w:t>[Ah]</w:t>
      </w:r>
    </w:p>
    <w:p>
      <w:r>
        <w:t>[……….]</w:t>
      </w:r>
    </w:p>
    <w:p>
      <w:r>
        <w:t>[……….]</w:t>
      </w:r>
    </w:p>
    <w:p>
      <w:r>
        <w:t>Baths</w:t>
      </w:r>
    </w:p>
    <w:p>
      <w:r>
        <w:t>[Baths?]…</w:t>
      </w:r>
    </w:p>
    <w:p>
      <w:r>
        <w:t>...healing..</w:t>
      </w:r>
    </w:p>
    <w:p>
      <w:r>
        <w:t>[Here in Yerushalayim?]</w:t>
      </w:r>
    </w:p>
    <w:p>
      <w:r>
        <w:t>Ah, Yerushalayim, Tzfas, Teveria, I, I, I am asking</w:t>
      </w:r>
    </w:p>
    <w:p>
      <w:r>
        <w:t>[Ah, yes]</w:t>
      </w:r>
    </w:p>
    <w:p>
      <w:r>
        <w:t>They have a great power of healing</w:t>
      </w:r>
    </w:p>
    <w:p>
      <w:r>
        <w:t>[Yes, yes]...</w:t>
      </w:r>
    </w:p>
    <w:p>
      <w:r>
        <w:t>...so..</w:t>
      </w:r>
    </w:p>
    <w:p>
      <w:r>
        <w:t>So we will have Rosh Hashanah in Uman</w:t>
      </w:r>
    </w:p>
    <w:p>
      <w:r>
        <w:t>[What is he talking about?]</w:t>
      </w:r>
    </w:p>
    <w:p>
      <w:r>
        <w:t>[Rosh Hashanah]</w:t>
      </w:r>
    </w:p>
    <w:p>
      <w:r>
        <w:t>[Rosh Hashanah? What? What did Saba ….?]</w:t>
      </w:r>
    </w:p>
    <w:p>
      <w:r>
        <w:t>[No.., I asked..]</w:t>
      </w:r>
    </w:p>
    <w:p>
      <w:r>
        <w:t>[……]</w:t>
      </w:r>
    </w:p>
    <w:p>
      <w:r>
        <w:t>(Saba coughs)</w:t>
      </w:r>
    </w:p>
    <w:p>
      <w:r>
        <w:t>[…. it will be]</w:t>
      </w:r>
    </w:p>
    <w:p>
      <w:r>
        <w:t>[So he said ……. where Rabbainu's bones will be]</w:t>
      </w:r>
    </w:p>
    <w:p>
      <w:r>
        <w:t>[What did he say …….. I do not understand exactly]</w:t>
      </w:r>
    </w:p>
    <w:p>
      <w:r>
        <w:t>[He said where it will be, where Rabbainu's bones will be]</w:t>
      </w:r>
    </w:p>
    <w:p>
      <w:r>
        <w:t>[Where Rabbainu's bones need to ….]</w:t>
      </w:r>
    </w:p>
    <w:p>
      <w:r>
        <w:t>[Where.., if they give us the bones, then it will be in Yerushalayim, but if they..</w:t>
      </w:r>
    </w:p>
    <w:p>
      <w:r>
        <w:t>Where.., in what place, where will the bones be, but if they do not give them, then it will be in Uman] [….]</w:t>
      </w:r>
    </w:p>
    <w:p>
      <w:r>
        <w:t>[But in the meantime the bones are in Uman, {also} we know now, I think]</w:t>
      </w:r>
    </w:p>
    <w:p>
      <w:r>
        <w:t>[I do not know]</w:t>
      </w:r>
    </w:p>
    <w:p>
      <w:r>
        <w:t>(Saba coughs)</w:t>
      </w:r>
    </w:p>
    <w:p>
      <w:r>
        <w:t>[Bring him a cup, to spit out the phlegm, a wooden cup]</w:t>
      </w:r>
    </w:p>
    <w:p>
      <w:r>
        <w:t>Ah</w:t>
      </w:r>
    </w:p>
    <w:p>
      <w:r>
        <w:t>[There, there, there ….. full of water]</w:t>
      </w:r>
    </w:p>
    <w:p>
      <w:r>
        <w:t>[……...]</w:t>
      </w:r>
    </w:p>
    <w:p>
      <w:r>
        <w:t>[….. with the towel]</w:t>
      </w:r>
    </w:p>
    <w:p>
      <w:r>
        <w:t>[…]</w:t>
      </w:r>
    </w:p>
    <w:p>
      <w:r>
        <w:t>I need to eat</w:t>
      </w:r>
    </w:p>
    <w:p>
      <w:r>
        <w:t>I did not eat, I ate some potatoes, two pieces, I did not eat</w:t>
      </w:r>
    </w:p>
    <w:p>
      <w:r>
        <w:t>God forbid</w:t>
      </w:r>
    </w:p>
    <w:p>
      <w:r>
        <w:t>They do not give me food</w:t>
      </w:r>
    </w:p>
    <w:p>
      <w:r>
        <w:t>I ate an egg that was not fresh</w:t>
      </w:r>
    </w:p>
    <w:p>
      <w:r>
        <w:t>[……]</w:t>
      </w:r>
    </w:p>
    <w:p>
      <w:r>
        <w:t>[What?]</w:t>
      </w:r>
    </w:p>
    <w:p>
      <w:r>
        <w:t>[……..]</w:t>
      </w:r>
    </w:p>
    <w:p>
      <w:r>
        <w:t>[I want to speak with him, if he..]</w:t>
      </w:r>
    </w:p>
    <w:p>
      <w:r>
        <w:t>The.. Yaakov?</w:t>
      </w:r>
    </w:p>
    <w:p>
      <w:r>
        <w:t>[Yaakov]</w:t>
      </w:r>
    </w:p>
    <w:p>
      <w:r>
        <w:t>[Yaakov]</w:t>
      </w:r>
    </w:p>
    <w:p>
      <w:r>
        <w:t>[Yes?]</w:t>
      </w:r>
    </w:p>
    <w:p>
      <w:r>
        <w:t>[He called you]</w:t>
      </w:r>
    </w:p>
    <w:p>
      <w:r>
        <w:t>[Prepar..]</w:t>
      </w:r>
    </w:p>
    <w:p>
      <w:r>
        <w:t>You do not..</w:t>
      </w:r>
    </w:p>
    <w:p>
      <w:r>
        <w:t>[Yes, they are preparing food, Rebbe Yisroel]</w:t>
      </w:r>
    </w:p>
    <w:p>
      <w:r>
        <w:t>Good</w:t>
      </w:r>
    </w:p>
    <w:p>
      <w:r>
        <w:t>[Good]</w:t>
      </w:r>
    </w:p>
    <w:p>
      <w:r>
        <w:t>[He is preparing food]</w:t>
      </w:r>
    </w:p>
    <w:p>
      <w:r>
        <w:t>[Saba, this, this is your money, this is your money from Moshe, Moshe from Har Nof]</w:t>
      </w:r>
    </w:p>
    <w:p>
      <w:r>
        <w:t>Ah, Moshe</w:t>
      </w:r>
    </w:p>
    <w:p>
      <w:r>
        <w:t>[Yes]</w:t>
      </w:r>
    </w:p>
    <w:p>
      <w:r>
        <w:t>No, Moshe</w:t>
      </w:r>
    </w:p>
    <w:p>
      <w:r>
        <w:t>[Yes, this is money from Moshe]</w:t>
      </w:r>
    </w:p>
    <w:p>
      <w:r>
        <w:t>Ah?</w:t>
      </w:r>
    </w:p>
    <w:p>
      <w:r>
        <w:t>[Moshe will send this money ….. {charity}]</w:t>
      </w:r>
    </w:p>
    <w:p>
      <w:r>
        <w:t>To me</w:t>
      </w:r>
    </w:p>
    <w:p>
      <w:r>
        <w:t>[Yes]</w:t>
      </w:r>
    </w:p>
    <w:p>
      <w:r>
        <w:t>To me</w:t>
      </w:r>
    </w:p>
    <w:p>
      <w:r>
        <w:t>[To me, yes]</w:t>
      </w:r>
    </w:p>
    <w:p>
      <w:r>
        <w:t>[Oh, hello, how are you?]</w:t>
      </w:r>
    </w:p>
    <w:p>
      <w:r>
        <w:t>[Here, here, here is a pocket]</w:t>
      </w:r>
    </w:p>
    <w:p>
      <w:r>
        <w:t>[…….…]</w:t>
      </w:r>
    </w:p>
    <w:p>
      <w:r>
        <w:t>[……….]…</w:t>
      </w:r>
    </w:p>
    <w:p>
      <w:r>
        <w:t>...[Not now]</w:t>
      </w:r>
    </w:p>
    <w:p>
      <w:r>
        <w:t>Ah?</w:t>
      </w:r>
    </w:p>
    <w:p>
      <w:r>
        <w:t>[Now they are not building, they are building in a synagogue here, in.. in..</w:t>
      </w:r>
    </w:p>
    <w:p>
      <w:r>
        <w:t>Where Rebbe Yisroel was on Shabbos, there they are making an Aron Kodesh, in the synagogue]</w:t>
      </w:r>
    </w:p>
    <w:p>
      <w:r>
        <w:t>{Who is doing it?}</w:t>
      </w:r>
    </w:p>
    <w:p>
      <w:r>
        <w:t>[In the synagogue]</w:t>
      </w:r>
    </w:p>
    <w:p>
      <w:r>
        <w:t>Nu</w:t>
      </w:r>
    </w:p>
    <w:p>
      <w:r>
        <w:t>[Where Rabbi Yisroel was on Shabbos]</w:t>
      </w:r>
    </w:p>
    <w:p>
      <w:r>
        <w:t>Nu</w:t>
      </w:r>
    </w:p>
    <w:p>
      <w:r>
        <w:t>[So they are building there]</w:t>
      </w:r>
    </w:p>
    <w:p>
      <w:r>
        <w:t>They are building there</w:t>
      </w:r>
    </w:p>
    <w:p>
      <w:r>
        <w:t>[An Aron Kodesh]</w:t>
      </w:r>
    </w:p>
    <w:p>
      <w:r>
        <w:t>What are they building?</w:t>
      </w:r>
    </w:p>
    <w:p>
      <w:r>
        <w:t>[An Aron Kodesh]</w:t>
      </w:r>
    </w:p>
    <w:p>
      <w:r>
        <w:t>An Aron Kodesh</w:t>
      </w:r>
    </w:p>
    <w:p>
      <w:r>
        <w:t>[Where Rabbi Yisroel received an aliyah]</w:t>
      </w:r>
    </w:p>
    <w:p>
      <w:r>
        <w:t>Where is the yeshiva?</w:t>
      </w:r>
    </w:p>
    <w:p>
      <w:r>
        <w:t>[Here too]</w:t>
      </w:r>
    </w:p>
    <w:p>
      <w:r>
        <w:t>Here</w:t>
      </w:r>
    </w:p>
    <w:p>
      <w:r>
        <w:t>[Upstairs, yes, many young men come here to hold prayers]</w:t>
      </w:r>
    </w:p>
    <w:p>
      <w:r>
        <w:t>Ah?</w:t>
      </w:r>
    </w:p>
    <w:p>
      <w:r>
        <w:t>[Many young men come here to pray]</w:t>
      </w:r>
    </w:p>
    <w:p>
      <w:r>
        <w:t>Who is he?</w:t>
      </w:r>
    </w:p>
    <w:p>
      <w:r>
        <w:t>[I am Yitzchak, hello, Saba, I am Yitzchak, a friend of Moshe]</w:t>
      </w:r>
    </w:p>
    <w:p>
      <w:r>
        <w:t>Yitzchak</w:t>
      </w:r>
    </w:p>
    <w:p>
      <w:r>
        <w:t>[A friend of Moshe from Har Nof]</w:t>
      </w:r>
    </w:p>
    <w:p>
      <w:r>
        <w:t>Ah? {Good}</w:t>
      </w:r>
    </w:p>
    <w:p>
      <w:r>
        <w:t>[Here, here is the food]</w:t>
      </w:r>
    </w:p>
    <w:p>
      <w:r>
        <w:t>Oh</w:t>
      </w:r>
    </w:p>
    <w:p>
      <w:r>
        <w:t>[……..…]</w:t>
      </w:r>
    </w:p>
    <w:p>
      <w:r>
        <w:t>[………..]…</w:t>
      </w:r>
    </w:p>
    <w:p>
      <w:r>
        <w:t>...{….}, good, thank God</w:t>
      </w:r>
    </w:p>
    <w:p>
      <w:r>
        <w:t>[Behold, God is my salvation; I will trust and not be afraid, for Yah Hashem is my strength and song and He became my salvation. And you shall draw water with joy from the wellsprings of salvation. Salvation is Hashem's; upon Your people is Your blessing, Selah. Hashem of Hosts is with us; the God of Yaakov is a stronghold for us, Selah. Hashem of Hosts, happy is the man who trusts in You. Hashem, save; may the King answer us on the day we call. For the Jews there was light and joy and gladness and honor; so may it be for us. I shall lift the cup of salvations. And in the name of Hashem I shall call. Bles..</w:t>
      </w:r>
    </w:p>
    <w:p>
      <w:r>
        <w:t>Sovri maranan. Blessed are You, Hashem our God, King of the world. Creator of the fruit of the vine]</w:t>
      </w:r>
    </w:p>
    <w:p>
      <w:r>
        <w:t>Amen</w:t>
      </w:r>
    </w:p>
    <w:p>
      <w:r>
        <w:t>[Amen]</w:t>
      </w:r>
    </w:p>
    <w:p>
      <w:r>
        <w:t>[Blessed are You, Hashem our God, King of the world, Creator of various kinds of spices]</w:t>
      </w:r>
    </w:p>
    <w:p>
      <w:r>
        <w:t>Amen</w:t>
      </w:r>
    </w:p>
    <w:p>
      <w:r>
        <w:t>[Amen]</w:t>
      </w:r>
    </w:p>
    <w:p>
      <w:r>
        <w:t>[Blessed are You, Hashem our God, King of the world, Creator of the lights of the fire]</w:t>
      </w:r>
    </w:p>
    <w:p>
      <w:r>
        <w:t>[Amen]</w:t>
      </w:r>
    </w:p>
    <w:p>
      <w:r>
        <w:t>Amen</w:t>
      </w:r>
    </w:p>
    <w:p>
      <w:r>
        <w:t>[Blessed are You, Hashem our God, King of the world, Who distinguishes between holy and mundane</w:t>
      </w:r>
    </w:p>
    <w:p>
      <w:r>
        <w:t>And between light and darkness, and between Yisroel and the nations, and between the seventh day and the six days of labor</w:t>
      </w:r>
    </w:p>
    <w:p>
      <w:r>
        <w:t>Blessed are You, Hashem, Who distinguishes between holy and mundane]</w:t>
      </w:r>
    </w:p>
    <w:p>
      <w:r>
        <w:t>Amen</w:t>
      </w:r>
    </w:p>
    <w:p>
      <w:r>
        <w:t>[Amen]</w:t>
      </w:r>
    </w:p>
    <w:p>
      <w:r>
        <w:t>[This is the candle, the candle</w:t>
      </w:r>
    </w:p>
    <w:p>
      <w:r>
        <w:t>No, no, this is for the smell, the smell of the candle</w:t>
      </w:r>
    </w:p>
    <w:p>
      <w:r>
        <w:t>Do you want to drink from the vine?]</w:t>
      </w:r>
    </w:p>
    <w:p>
      <w:r>
        <w:t>[……….]</w:t>
      </w:r>
    </w:p>
    <w:p>
      <w:r>
        <w:t>[……….]</w:t>
      </w:r>
    </w:p>
    <w:p>
      <w:r>
        <w:t>Nu</w:t>
      </w:r>
    </w:p>
    <w:p>
      <w:r>
        <w:t>[Ah..]</w:t>
      </w:r>
    </w:p>
    <w:p>
      <w:r>
        <w:t>[…….]</w:t>
      </w:r>
    </w:p>
    <w:p>
      <w:r>
        <w:t>[……………………………………….]…</w:t>
      </w:r>
    </w:p>
    <w:p>
      <w:r>
        <w:t>…[…….. thank God, thank God]</w:t>
      </w:r>
    </w:p>
    <w:p>
      <w:r>
        <w:t>[He feels well]</w:t>
      </w:r>
    </w:p>
    <w:p>
      <w:r>
        <w:t>[Yes, on.. on.. Friday evening, Shabbos night ………]</w:t>
      </w:r>
    </w:p>
    <w:p>
      <w:r>
        <w:t>[…….]</w:t>
      </w:r>
    </w:p>
    <w:p>
      <w:r>
        <w:t>[What do you want?]...</w:t>
      </w:r>
    </w:p>
    <w:p>
      <w:r>
        <w:t>...[Saba, on the telephone, she is on the telephone, she says to you: "A good week and regards"]</w:t>
      </w:r>
    </w:p>
    <w:p>
      <w:r>
        <w:t>Thank you very much</w:t>
      </w:r>
    </w:p>
    <w:p>
      <w:r>
        <w:t>[Rebbe Yisroel]</w:t>
      </w:r>
    </w:p>
    <w:p>
      <w:r>
        <w:t>Yo</w:t>
      </w:r>
    </w:p>
    <w:p>
      <w:r>
        <w:t>[A bottle of cola]</w:t>
      </w:r>
    </w:p>
    <w:p>
      <w:r>
        <w:t>What?</w:t>
      </w:r>
    </w:p>
    <w:p>
      <w:r>
        <w:t>[A bottle of cola]</w:t>
      </w:r>
    </w:p>
    <w:p>
      <w:r>
        <w:t>[..we will not have a driver, on Friday he wants ……...]</w:t>
      </w:r>
    </w:p>
    <w:p>
      <w:r>
        <w:t>Blessed are You, Hashem our God, King of the world {…….}</w:t>
      </w:r>
    </w:p>
    <w:p>
      <w:r>
        <w:t>{Thank you}</w:t>
      </w:r>
    </w:p>
    <w:p>
      <w:r>
        <w:t>Give me a bottle, ah.. there, a closed bottle</w:t>
      </w:r>
    </w:p>
    <w:p>
      <w:r>
        <w:t>[…….…]</w:t>
      </w:r>
    </w:p>
    <w:p>
      <w:r>
        <w:t>[……….]</w:t>
      </w:r>
    </w:p>
    <w:p>
      <w:r>
        <w:t>[The husband of, of Chava, Yisroel, he does not feel well, he needs to go down to the hospital tomorrow..] Yes?</w:t>
      </w:r>
    </w:p>
    <w:p>
      <w:r>
        <w:t>[To Yerushalayim]</w:t>
      </w:r>
    </w:p>
    <w:p>
      <w:r>
        <w:t>Yes?</w:t>
      </w:r>
    </w:p>
    <w:p>
      <w:r>
        <w:t>[And also, and also their son Yitzchak, Yitzchak Isaac from Tel Aviv, he, he also does not feel well, if you can bless them]</w:t>
      </w:r>
    </w:p>
    <w:p>
      <w:r>
        <w:t>May Hashem Yisbarach have mercy and help them to a complete healing</w:t>
      </w:r>
    </w:p>
    <w:p>
      <w:r>
        <w:t>[Amen]</w:t>
      </w:r>
    </w:p>
    <w:p>
      <w:r>
        <w:t>Chava does not feel well</w:t>
      </w:r>
    </w:p>
    <w:p>
      <w:r>
        <w:t>[No, no, Yisroel, Yisroel]</w:t>
      </w:r>
    </w:p>
    <w:p>
      <w:r>
        <w:t>Yisroel</w:t>
      </w:r>
    </w:p>
    <w:p>
      <w:r>
        <w:t>[Yisroel, and their son] Oy..</w:t>
      </w:r>
    </w:p>
    <w:p>
      <w:r>
        <w:t>..[Lemon soda]</w:t>
      </w:r>
    </w:p>
    <w:p>
      <w:r>
        <w:t>[……..]</w:t>
      </w:r>
    </w:p>
    <w:p>
      <w:r>
        <w:t>[……..]</w:t>
      </w:r>
    </w:p>
    <w:p>
      <w:r>
        <w:t>[……..]</w:t>
      </w:r>
    </w:p>
    <w:p>
      <w:r>
        <w:t>[Rebbe Yisroel]</w:t>
      </w:r>
    </w:p>
    <w:p>
      <w:r>
        <w:t>Ah?</w:t>
      </w:r>
    </w:p>
    <w:p>
      <w:r>
        <w:t>[Gabbai is speaking on the telephone now]</w:t>
      </w:r>
    </w:p>
    <w:p>
      <w:r>
        <w:t>Ah?</w:t>
      </w:r>
    </w:p>
    <w:p>
      <w:r>
        <w:t>[Yaakov Levy is speaking with Gabbai on the telephone now]</w:t>
      </w:r>
    </w:p>
    <w:p>
      <w:r>
        <w:t>Good, good</w:t>
      </w:r>
    </w:p>
    <w:p>
      <w:r>
        <w:t>[And Gabbai said]</w:t>
      </w:r>
    </w:p>
    <w:p>
      <w:r>
        <w:t>Ah?</w:t>
      </w:r>
    </w:p>
    <w:p>
      <w:r>
        <w:t>[Gabbai said that he can send you a vehicle]</w:t>
      </w:r>
    </w:p>
    <w:p>
      <w:r>
        <w:t>Ah?</w:t>
      </w:r>
    </w:p>
    <w:p>
      <w:r>
        <w:t>[He can send a car, a vehicle that will take, take you as far as the airport</w:t>
      </w:r>
    </w:p>
    <w:p>
      <w:r>
        <w:t>And he will be at the airport]</w:t>
      </w:r>
    </w:p>
    <w:p>
      <w:r>
        <w:t>Good, he, he will take me to the airport</w:t>
      </w:r>
    </w:p>
    <w:p>
      <w:r>
        <w:t>[Yes, he himself will not come to Tzfas]</w:t>
      </w:r>
    </w:p>
    <w:p>
      <w:r>
        <w:t>Today</w:t>
      </w:r>
    </w:p>
    <w:p>
      <w:r>
        <w:t>[He will wait for you at the airport]</w:t>
      </w:r>
    </w:p>
    <w:p>
      <w:r>
        <w:t>Today? Will he come today?</w:t>
      </w:r>
    </w:p>
    <w:p>
      <w:r>
        <w:t>[He will not come]</w:t>
      </w:r>
    </w:p>
    <w:p>
      <w:r>
        <w:t>Ah?</w:t>
      </w:r>
    </w:p>
    <w:p>
      <w:r>
        <w:t>[He will send a car, he wants to send you a car]</w:t>
      </w:r>
    </w:p>
    <w:p>
      <w:r>
        <w:t>Yo, yo</w:t>
      </w:r>
    </w:p>
    <w:p>
      <w:r>
        <w:t>[But he himself will not come, he will wait at the airport]</w:t>
      </w:r>
    </w:p>
    <w:p>
      <w:r>
        <w:t>[…...Daniel..]</w:t>
      </w:r>
    </w:p>
    <w:p>
      <w:r>
        <w:t>He will wait at the airport</w:t>
      </w:r>
    </w:p>
    <w:p>
      <w:r>
        <w:t>[Yes]</w:t>
      </w:r>
    </w:p>
    <w:p>
      <w:r>
        <w:t>He is waiting for me</w:t>
      </w:r>
    </w:p>
    <w:p>
      <w:r>
        <w:t>[Yes, yes]</w:t>
      </w:r>
    </w:p>
    <w:p>
      <w:r>
        <w:t>That is a.. good thing</w:t>
      </w:r>
    </w:p>
    <w:p>
      <w:r>
        <w:t>[Yes]</w:t>
      </w:r>
    </w:p>
    <w:p>
      <w:r>
        <w:t>Mayim acharonim, is there any?…</w:t>
      </w:r>
    </w:p>
    <w:p>
      <w:r>
        <w:t>...[Did you hear it from Rebbe Yisroel (Kardonner)?]</w:t>
      </w:r>
    </w:p>
    <w:p>
      <w:r>
        <w:t>Ah?</w:t>
      </w:r>
    </w:p>
    <w:p>
      <w:r>
        <w:t>[Did you hear this segulah from Rebbe Yisroel (Kardonner)?]</w:t>
      </w:r>
    </w:p>
    <w:p>
      <w:r>
        <w:t>No</w:t>
      </w:r>
    </w:p>
    <w:p>
      <w:r>
        <w:t>[From Rabbainu]</w:t>
      </w:r>
    </w:p>
    <w:p>
      <w:r>
        <w:t>I saw it with my own eyes</w:t>
      </w:r>
    </w:p>
    <w:p>
      <w:r>
        <w:t>[Yes, so that the children..]</w:t>
      </w:r>
    </w:p>
    <w:p>
      <w:r>
        <w:t>That some sick person was all night with Rabbainu in Uman, in the place where he is buried, and he had a healing</w:t>
      </w:r>
    </w:p>
    <w:p>
      <w:r>
        <w:t>[Yes]</w:t>
      </w:r>
    </w:p>
    <w:p>
      <w:r>
        <w:t>No, I did not receive this and did not hear it..</w:t>
      </w:r>
    </w:p>
    <w:p>
      <w:r>
        <w:t>[Ah]</w:t>
      </w:r>
    </w:p>
    <w:p>
      <w:r>
        <w:t>From Rebbe Yisroel (Kardonner)</w:t>
      </w:r>
    </w:p>
    <w:p>
      <w:r>
        <w:t>[..]</w:t>
      </w:r>
    </w:p>
    <w:p>
      <w:r>
        <w:t>Ah, ah</w:t>
      </w:r>
    </w:p>
    <w:p>
      <w:r>
        <w:t>[Good, but Yitzchak did not find a place for the trip for his children?]</w:t>
      </w:r>
    </w:p>
    <w:p>
      <w:r>
        <w:t>Ah?</w:t>
      </w:r>
    </w:p>
    <w:p>
      <w:r>
        <w:t>[He wants to take the children]</w:t>
      </w:r>
    </w:p>
    <w:p>
      <w:r>
        <w:t>Nu</w:t>
      </w:r>
    </w:p>
    <w:p>
      <w:r>
        <w:t>[But he did not, he did not find a place]</w:t>
      </w:r>
    </w:p>
    <w:p>
      <w:r>
        <w:t>No, so there will be, there will be {…}, another time</w:t>
      </w:r>
    </w:p>
    <w:p>
      <w:r>
        <w:t>[Good, I will tell him]…</w:t>
      </w:r>
    </w:p>
    <w:p>
      <w:r>
        <w:t>...What remains of mine, I will eat it…</w:t>
      </w:r>
    </w:p>
    <w:p>
      <w:r>
        <w:t>...I will give you a place inside Rabbainu's room, where Rabbainu {lies} there</w:t>
      </w:r>
    </w:p>
    <w:p>
      <w:r>
        <w:t>It is a segulah for healing</w:t>
      </w:r>
    </w:p>
    <w:p>
      <w:r>
        <w:t>[For every sick person, or for children?]</w:t>
      </w:r>
    </w:p>
    <w:p>
      <w:r>
        <w:t>For all sick people, yes</w:t>
      </w:r>
    </w:p>
    <w:p>
      <w:r>
        <w:t>[Did you see some sick person who did this once?]</w:t>
      </w:r>
    </w:p>
    <w:p>
      <w:r>
        <w:t>Yes</w:t>
      </w:r>
    </w:p>
    <w:p>
      <w:r>
        <w:t>[Who was it?]</w:t>
      </w:r>
    </w:p>
    <w:p>
      <w:r>
        <w:t>My brother</w:t>
      </w:r>
    </w:p>
    <w:p>
      <w:r>
        <w:t>[Yes?]</w:t>
      </w:r>
    </w:p>
    <w:p>
      <w:r>
        <w:t>He was sick, he had madness</w:t>
      </w:r>
    </w:p>
    <w:p>
      <w:r>
        <w:t>[Yes?]</w:t>
      </w:r>
    </w:p>
    <w:p>
      <w:r>
        <w:t>And he was very sick, and slept inside the cave alone, as I am telling you</w:t>
      </w:r>
    </w:p>
    <w:p>
      <w:r>
        <w:t>[Yes]</w:t>
      </w:r>
    </w:p>
    <w:p>
      <w:r>
        <w:t>And he had healing all his days, yes, and became completely healthy</w:t>
      </w:r>
    </w:p>
    <w:p>
      <w:r>
        <w:t>[Who, who was it, your brother?]</w:t>
      </w:r>
    </w:p>
    <w:p>
      <w:r>
        <w:t>Eh?</w:t>
      </w:r>
    </w:p>
    <w:p>
      <w:r>
        <w:t>[What is his name?]</w:t>
      </w:r>
    </w:p>
    <w:p>
      <w:r>
        <w:t>He already passed away, Binyamin</w:t>
      </w:r>
    </w:p>
    <w:p>
      <w:r>
        <w:t>[Binyamin?]</w:t>
      </w:r>
    </w:p>
    <w:p>
      <w:r>
        <w:t>Yes</w:t>
      </w:r>
    </w:p>
    <w:p>
      <w:r>
        <w:t>[And he..]</w:t>
      </w:r>
    </w:p>
    <w:p>
      <w:r>
        <w:t>And he passed away already some years ago</w:t>
      </w:r>
    </w:p>
    <w:p>
      <w:r>
        <w:t>[Yes, and he traveled to Uman?]</w:t>
      </w:r>
    </w:p>
    <w:p>
      <w:r>
        <w:t>Not in Uman</w:t>
      </w:r>
    </w:p>
    <w:p>
      <w:r>
        <w:t>[But rather?]</w:t>
      </w:r>
    </w:p>
    <w:p>
      <w:r>
        <w:t>He, it is, it is, it is some cave of the Tannaim, of..</w:t>
      </w:r>
    </w:p>
    <w:p>
      <w:r>
        <w:t>[Ah, ah]</w:t>
      </w:r>
    </w:p>
    <w:p>
      <w:r>
        <w:t>But I accept this regarding Rabbainu of blessed memory as well</w:t>
      </w:r>
    </w:p>
    <w:p>
      <w:r>
        <w:t>[Yes, yes, yes, good, good, we.. I told, I told Yitzchak to tell Moshe]</w:t>
      </w:r>
    </w:p>
    <w:p>
      <w:r>
        <w:t>Good</w:t>
      </w:r>
    </w:p>
    <w:p>
      <w:r>
        <w:t>[..yes]...</w:t>
      </w:r>
    </w:p>
    <w:p>
      <w:r>
        <w:t>...[Gabbai, he will wait for you at the airport]</w:t>
      </w:r>
    </w:p>
    <w:p>
      <w:r>
        <w:t>Yes?</w:t>
      </w:r>
    </w:p>
    <w:p>
      <w:r>
        <w:t>[Yes, that is what he said]</w:t>
      </w:r>
    </w:p>
    <w:p>
      <w:r>
        <w:t>He told you?</w:t>
      </w:r>
    </w:p>
    <w:p>
      <w:r>
        <w:t>[He told Yaakov on the telephone, yes</w:t>
      </w:r>
    </w:p>
    <w:p>
      <w:r>
        <w:t>But he, he sent someone so that he would come to take you, he sent Daniel Ambash] Eh?</w:t>
      </w:r>
    </w:p>
    <w:p>
      <w:r>
        <w:t>[He, Daniel Ambash will come here with Rafael Cohen, in order to take you to the airport; do you want Gabbai to come himself?]</w:t>
      </w:r>
    </w:p>
    <w:p>
      <w:r>
        <w:t>Ah, {…...}...</w:t>
      </w:r>
    </w:p>
    <w:p>
      <w:r>
        <w:t>...So that he.. that he will bring the.. bones of Rabbainu of blessed memory</w:t>
      </w:r>
    </w:p>
    <w:p>
      <w:r>
        <w:t>[Yes]</w:t>
      </w:r>
    </w:p>
    <w:p>
      <w:r>
        <w:t>But if not {they will be then f..}.. canceled, {..}, Uman remains</w:t>
      </w:r>
    </w:p>
    <w:p>
      <w:r>
        <w:t>[Good]</w:t>
      </w:r>
    </w:p>
    <w:p>
      <w:r>
        <w:t>Only Uman</w:t>
      </w:r>
    </w:p>
    <w:p>
      <w:r>
        <w:t>[Good]</w:t>
      </w:r>
    </w:p>
    <w:p>
      <w:r>
        <w:t>[….]</w:t>
      </w:r>
    </w:p>
    <w:p>
      <w:r>
        <w:t>[But ah.. you told us that Rabbainu is already in the Land?]</w:t>
      </w:r>
    </w:p>
    <w:p>
      <w:r>
        <w:t>Nu, but we do not merit to see him</w:t>
      </w:r>
    </w:p>
    <w:p>
      <w:r>
        <w:t>[…….]</w:t>
      </w:r>
    </w:p>
    <w:p>
      <w:r>
        <w:t>[We do not merit to see him..</w:t>
      </w:r>
    </w:p>
    <w:p>
      <w:r>
        <w:t>But if he is present, he needs to be here</w:t>
      </w:r>
    </w:p>
    <w:p>
      <w:r>
        <w:t>We know that he is present, even if we do not see</w:t>
      </w:r>
    </w:p>
    <w:p>
      <w:r>
        <w:t>We believe, believe]</w:t>
      </w:r>
    </w:p>
    <w:p>
      <w:r>
        <w:t>To make rectifications for himself and things like that, only the tzaddik</w:t>
      </w:r>
    </w:p>
    <w:p>
      <w:r>
        <w:t>He can rectify us and purify us and sanctify.. and heal us</w:t>
      </w:r>
    </w:p>
    <w:p>
      <w:r>
        <w:t>Everything is the tzaddik, the tzaddik and our holy Rabbainu</w:t>
      </w:r>
    </w:p>
    <w:p>
      <w:r>
        <w:t>[Last year you told us that this would be the last Rosh Hashanah in Uman]</w:t>
      </w:r>
    </w:p>
    <w:p>
      <w:r>
        <w:t>Eh?</w:t>
      </w:r>
    </w:p>
    <w:p>
      <w:r>
        <w:t>[Last year you told us that this would be the last Rosh Hashanah in Uman</w:t>
      </w:r>
    </w:p>
    <w:p>
      <w:r>
        <w:t>All the friends are in Yerushalayim, most of them</w:t>
      </w:r>
    </w:p>
    <w:p>
      <w:r>
        <w:t>Rebbe Yisroel, do not leave us]</w:t>
      </w:r>
    </w:p>
    <w:p>
      <w:r>
        <w:t>Give me a piece of bread, a piece of challah, and let us go</w:t>
      </w:r>
    </w:p>
    <w:p>
      <w:r>
        <w:t>[………]</w:t>
      </w:r>
    </w:p>
    <w:p>
      <w:r>
        <w:t>[………]</w:t>
      </w:r>
    </w:p>
    <w:p>
      <w:r>
        <w:t>[This is the.. yes, telephone number of the {apartment} in Uman..</w:t>
      </w:r>
    </w:p>
    <w:p>
      <w:r>
        <w:t>Rebbe Yisroel, Yoel Taieb from Ra'anana]</w:t>
      </w:r>
    </w:p>
    <w:p>
      <w:r>
        <w:t>Eh?</w:t>
      </w:r>
    </w:p>
    <w:p>
      <w:r>
        <w:t>[Yoel Taieb from Ra'anana, he invites you to his place for Rosh Hashanah] Who?</w:t>
      </w:r>
    </w:p>
    <w:p>
      <w:r>
        <w:t>[Yoel Taieb]</w:t>
      </w:r>
    </w:p>
    <w:p>
      <w:r>
        <w:t>Eh?</w:t>
      </w:r>
    </w:p>
    <w:p>
      <w:r>
        <w:t>[Yoel, Yoel Taieb is his name]</w:t>
      </w:r>
    </w:p>
    <w:p>
      <w:r>
        <w:t>I..</w:t>
      </w:r>
    </w:p>
    <w:p>
      <w:r>
        <w:t>[He is waiting on the telephone]</w:t>
      </w:r>
    </w:p>
    <w:p>
      <w:r>
        <w:t>I do not know anything, I do not know anything</w:t>
      </w:r>
    </w:p>
    <w:p>
      <w:r>
        <w:t>[Good, so what..]</w:t>
      </w:r>
    </w:p>
    <w:p>
      <w:r>
        <w:t>I do not, cannot speak anything, I.. and do not know anything</w:t>
      </w:r>
    </w:p>
    <w:p>
      <w:r>
        <w:t>[It is in Ra'anana]</w:t>
      </w:r>
    </w:p>
    <w:p>
      <w:r>
        <w:t>Good</w:t>
      </w:r>
    </w:p>
    <w:p>
      <w:r>
        <w:t>[Good]</w:t>
      </w:r>
    </w:p>
    <w:p>
      <w:r>
        <w:t>[………..]</w:t>
      </w:r>
    </w:p>
    <w:p>
      <w:r>
        <w:t>[…….….]</w:t>
      </w:r>
    </w:p>
    <w:p>
      <w:r>
        <w:t>Ah..</w:t>
      </w:r>
    </w:p>
    <w:p>
      <w:r>
        <w:t>[………..]</w:t>
      </w:r>
    </w:p>
    <w:p>
      <w:r>
        <w:t>[………..]...</w:t>
      </w:r>
    </w:p>
    <w:p>
      <w:r>
        <w:t>...[Saba and the friends sing:</w:t>
      </w:r>
    </w:p>
    <w:p>
      <w:r>
        <w:t>"To make known, to make known, to make known, to make known, to make known, to make known, to make known that all who hope in You shall not be ashamed, nor shall all who take refuge in You ever be humiliated.."] What, what to make known?</w:t>
      </w:r>
    </w:p>
    <w:p>
      <w:r>
        <w:t>"To make known, to make known, to make known”, ah, certainly, but what to make known?</w:t>
      </w:r>
    </w:p>
    <w:p>
      <w:r>
        <w:t>{Do not worry, do not worry}, we have years to tell, and many years</w:t>
      </w:r>
    </w:p>
    <w:p>
      <w:r>
        <w:t>What Breslov is</w:t>
      </w:r>
    </w:p>
    <w:p>
      <w:r>
        <w:t>Ah.. ah.. ah.. ah.. ah.. ah.. ah.. ah..</w:t>
      </w:r>
    </w:p>
    <w:p>
      <w:r>
        <w:t>[Saba and the friends continue to sing:</w:t>
      </w:r>
    </w:p>
    <w:p>
      <w:r>
        <w:t>"To make known, to make known, to make known, to make known.."]</w:t>
      </w:r>
    </w:p>
    <w:p>
      <w:r>
        <w:t>[……..]</w:t>
      </w:r>
    </w:p>
    <w:p>
      <w:r>
        <w:t>[……..]</w:t>
      </w:r>
    </w:p>
    <w:p>
      <w:r>
        <w:t>[Rebbe Yisroel, charity, charity]</w:t>
      </w:r>
    </w:p>
    <w:p>
      <w:r>
        <w:t>[……..]</w:t>
      </w:r>
    </w:p>
    <w:p>
      <w:r>
        <w:t>[……..]</w:t>
      </w:r>
    </w:p>
    <w:p>
      <w:r>
        <w:t>More challah, more challah</w:t>
      </w:r>
    </w:p>
    <w:p>
      <w:r>
        <w:t>[Good]</w:t>
      </w:r>
    </w:p>
    <w:p>
      <w:r>
        <w:t>Woe to us to suffer hunger, may it be in abundance</w:t>
      </w:r>
    </w:p>
    <w:p>
      <w:r>
        <w:t>[Yes]…</w:t>
      </w:r>
    </w:p>
    <w:p>
      <w:r>
        <w:t>...Ah</w:t>
      </w:r>
    </w:p>
    <w:p>
      <w:r>
        <w:t>[…]</w:t>
      </w:r>
    </w:p>
    <w:p>
      <w:r>
        <w:t>Ah, ah, ah..</w:t>
      </w:r>
    </w:p>
    <w:p>
      <w:r>
        <w:t>[………]</w:t>
      </w:r>
    </w:p>
    <w:p>
      <w:r>
        <w:t>[……...]</w:t>
      </w:r>
    </w:p>
    <w:p>
      <w:r>
        <w:t>Oh..</w:t>
      </w:r>
    </w:p>
    <w:p>
      <w:r>
        <w:t>[Ah, ah, ah..]</w:t>
      </w:r>
    </w:p>
    <w:p>
      <w:r>
        <w:t>[What will be?]</w:t>
      </w:r>
    </w:p>
    <w:p>
      <w:r>
        <w:t>[…….]</w:t>
      </w:r>
    </w:p>
    <w:p>
      <w:r>
        <w:t>[No, no, no, no, no, no, no, no, no..]</w:t>
      </w:r>
    </w:p>
    <w:p>
      <w:r>
        <w:t>I am very tired, I want to rest a little</w:t>
      </w:r>
    </w:p>
    <w:p>
      <w:r>
        <w:t>[Yes, yes, yes, you can, Rebbe Yisroel]</w:t>
      </w:r>
    </w:p>
    <w:p>
      <w:r>
        <w:t>[We will make a gathering here, Saba]</w:t>
      </w:r>
    </w:p>
    <w:p>
      <w:r>
        <w:t>[Yes, yes, Rebbe Yisroel, you can rest]</w:t>
      </w:r>
    </w:p>
    <w:p>
      <w:r>
        <w:t>[We will make Rosh HaSh.., we will make Rosh Hashanah at Yaakov's]</w:t>
      </w:r>
    </w:p>
    <w:p>
      <w:r>
        <w:t>[…….….]</w:t>
      </w:r>
    </w:p>
    <w:p>
      <w:r>
        <w:t>[………..]</w:t>
      </w:r>
    </w:p>
    <w:p>
      <w:r>
        <w:t>Ah, tie, ah, tie</w:t>
      </w:r>
    </w:p>
    <w:p>
      <w:r>
        <w:t>[……..….]</w:t>
      </w:r>
    </w:p>
    <w:p>
      <w:r>
        <w:t>[…………]</w:t>
      </w:r>
    </w:p>
    <w:p>
      <w:r>
        <w:t>The legs</w:t>
      </w:r>
    </w:p>
    <w:p>
      <w:r>
        <w:t>[…………]</w:t>
      </w:r>
    </w:p>
    <w:p>
      <w:r>
        <w:t>[………...]</w:t>
      </w:r>
    </w:p>
    <w:p>
      <w:r>
        <w:t>[Do you want to transfer to the wheelchair?]</w:t>
      </w:r>
    </w:p>
    <w:p>
      <w:r>
        <w:t>Yes</w:t>
      </w:r>
    </w:p>
    <w:p>
      <w:r>
        <w:t>[………]</w:t>
      </w:r>
    </w:p>
    <w:p>
      <w:r>
        <w:t>Where is the wheelchair? My wheelchair</w:t>
      </w:r>
    </w:p>
    <w:p>
      <w:r>
        <w:t>[Yes, your wheelchair, Saba]</w:t>
      </w:r>
    </w:p>
    <w:p>
      <w:r>
        <w:t>[…….…]</w:t>
      </w:r>
    </w:p>
    <w:p>
      <w:r>
        <w:t>[……….]</w:t>
      </w:r>
    </w:p>
    <w:p>
      <w:r>
        <w:t>[You have blood, Rebbe Yisroel, Rebbe Yisroel, you have blood]</w:t>
      </w:r>
    </w:p>
    <w:p>
      <w:r>
        <w:t>What do I have?</w:t>
      </w:r>
    </w:p>
    <w:p>
      <w:r>
        <w:t>[Blood, blood]</w:t>
      </w:r>
    </w:p>
    <w:p>
      <w:r>
        <w:t>Fish?</w:t>
      </w:r>
    </w:p>
    <w:p>
      <w:r>
        <w:t>[Blood]</w:t>
      </w:r>
    </w:p>
    <w:p>
      <w:r>
        <w:t>[………..]</w:t>
      </w:r>
    </w:p>
    <w:p>
      <w:r>
        <w:t>[…….….]</w:t>
      </w:r>
    </w:p>
    <w:p>
      <w:r>
        <w:t>Enough, enough</w:t>
      </w:r>
    </w:p>
    <w:p>
      <w:r>
        <w:t>[……….]</w:t>
      </w:r>
    </w:p>
    <w:p>
      <w:r>
        <w:t>[……]</w:t>
      </w:r>
    </w:p>
    <w:p>
      <w:r>
        <w:t>[Rebbe Yisroel, this, this is dangerous, this is dangerous, you have blood]</w:t>
      </w:r>
    </w:p>
    <w:p>
      <w:r>
        <w:t>[…..…..]</w:t>
      </w:r>
    </w:p>
    <w:p>
      <w:r>
        <w:t>[This causes illnesses]</w:t>
      </w:r>
    </w:p>
    <w:p>
      <w:r>
        <w:t>Shall we go?</w:t>
      </w:r>
    </w:p>
    <w:p>
      <w:r>
        <w:t>[Good, good, Rebbe Yisroel]</w:t>
      </w:r>
    </w:p>
    <w:p>
      <w:r>
        <w:t>I, I have no strength to sit like this</w:t>
      </w:r>
    </w:p>
    <w:p>
      <w:r>
        <w:t>[…]</w:t>
      </w:r>
    </w:p>
    <w:p>
      <w:r>
        <w:t>[All right, Saba, we are transferring to the wheelchair]</w:t>
      </w:r>
    </w:p>
    <w:p>
      <w:r>
        <w:t>Where is the wheelchair?</w:t>
      </w:r>
    </w:p>
    <w:p>
      <w:r>
        <w:t>[……]</w:t>
      </w:r>
    </w:p>
    <w:p>
      <w:r>
        <w:t>Where is the wheelchair?</w:t>
      </w:r>
    </w:p>
    <w:p>
      <w:r>
        <w:t>[…...…]</w:t>
      </w:r>
    </w:p>
    <w:p>
      <w:r>
        <w:t>[...……]</w:t>
      </w:r>
    </w:p>
    <w:p>
      <w:r>
        <w:t>[This is new.. new]</w:t>
      </w:r>
    </w:p>
    <w:p>
      <w:r>
        <w:t>[….…..]</w:t>
      </w:r>
    </w:p>
    <w:p>
      <w:r>
        <w:t>[Ah, Uri]</w:t>
      </w:r>
    </w:p>
    <w:p>
      <w:r>
        <w:t>[Yes]</w:t>
      </w:r>
    </w:p>
    <w:p>
      <w:r>
        <w:t>[This is a new yarmulke for ah..]</w:t>
      </w:r>
    </w:p>
    <w:p>
      <w:r>
        <w:t>[Rebbe Yisroel]</w:t>
      </w:r>
    </w:p>
    <w:p>
      <w:r>
        <w:t>[………]</w:t>
      </w:r>
    </w:p>
    <w:p>
      <w:r>
        <w:t>[………]</w:t>
      </w:r>
    </w:p>
    <w:p>
      <w:r>
        <w:t>[Rebbe Yisroel]</w:t>
      </w:r>
    </w:p>
    <w:p>
      <w:r>
        <w:t>Ah</w:t>
      </w:r>
    </w:p>
    <w:p>
      <w:r>
        <w:t>[This is your money, I am giving it back to you, yes?]</w:t>
      </w:r>
    </w:p>
    <w:p>
      <w:r>
        <w:t>{..}, the money?</w:t>
      </w:r>
    </w:p>
    <w:p>
      <w:r>
        <w:t>[Yes]</w:t>
      </w:r>
    </w:p>
    <w:p>
      <w:r>
        <w:t>May it be..</w:t>
      </w:r>
    </w:p>
    <w:p>
      <w:r>
        <w:t>[Perhaps Yaakov will put it in the bank, Saba]</w:t>
      </w:r>
    </w:p>
    <w:p>
      <w:r>
        <w:t>Eh?</w:t>
      </w:r>
    </w:p>
    <w:p>
      <w:r>
        <w:t>[That Yaakov should put it in the bank]</w:t>
      </w:r>
    </w:p>
    <w:p>
      <w:r>
        <w:t>In the bank?</w:t>
      </w:r>
    </w:p>
    <w:p>
      <w:r>
        <w:t>[Yes, Yaakov can put it in the bank]</w:t>
      </w:r>
    </w:p>
    <w:p>
      <w:r>
        <w:t>He {….} in the bank</w:t>
      </w:r>
    </w:p>
    <w:p>
      <w:r>
        <w:t>[I am depositing it in the bank, Rebbe Yisroel]</w:t>
      </w:r>
    </w:p>
    <w:p>
      <w:r>
        <w:t>Good, go…</w:t>
      </w:r>
    </w:p>
    <w:p>
      <w:r>
        <w:t>...[Traveling, a cassette of Breslov Shabbos melodies, and Saba is heard]…</w:t>
      </w:r>
    </w:p>
    <w:p>
      <w:pPr>
        <w:pStyle w:val="Heading2"/>
      </w:pPr>
      <w:r>
        <w:t>Side B (Bais)</w:t>
      </w:r>
    </w:p>
    <w:p>
      <w:r>
        <w:t>...{..} was his son-in-law</w:t>
      </w:r>
    </w:p>
    <w:p>
      <w:r>
        <w:t>[Whose son-in-law?]</w:t>
      </w:r>
    </w:p>
    <w:p>
      <w:r>
        <w:t>The son-in-law of, of, of the rabbi?</w:t>
      </w:r>
    </w:p>
    <w:p>
      <w:r>
        <w:t>[No, I do not think so, no] No</w:t>
      </w:r>
    </w:p>
    <w:p>
      <w:r>
        <w:t>[No, no, he is the..]…</w:t>
      </w:r>
    </w:p>
    <w:p>
      <w:r>
        <w:t>...The rabbi Reb, RebShimon</w:t>
      </w:r>
    </w:p>
    <w:p>
      <w:r>
        <w:t>[Yes]</w:t>
      </w:r>
    </w:p>
    <w:p>
      <w:r>
        <w:t>Reb Shimon from Odes, Odesser, the rabbi from Odes</w:t>
      </w:r>
    </w:p>
    <w:p>
      <w:r>
        <w:t>[..]…</w:t>
      </w:r>
    </w:p>
    <w:p>
      <w:r>
        <w:t>...[……]</w:t>
      </w:r>
    </w:p>
    <w:p>
      <w:r>
        <w:t>Ah, it is possible for you..</w:t>
      </w:r>
    </w:p>
    <w:p>
      <w:r>
        <w:t>Hashem Yisbarach does this to me like this, and I do to Him, and do like this</w:t>
      </w:r>
    </w:p>
    <w:p>
      <w:r>
        <w:t>He sees that I am not, not, not, not in sadness, "So good, be here"</w:t>
      </w:r>
    </w:p>
    <w:p>
      <w:r>
        <w:t>Ah, ah, let us go a little, ah, ah, ah, do you have time?</w:t>
      </w:r>
    </w:p>
    <w:p>
      <w:r>
        <w:t>[Yes, yes]</w:t>
      </w:r>
    </w:p>
    <w:p>
      <w:r>
        <w:t>Oy, oy, oy, that I remember everything, {perhaps} Rebbe Yisroel</w:t>
      </w:r>
    </w:p>
    <w:p>
      <w:r>
        <w:t>How he would argue arguments, he had arguments before Hashem Yisbarach</w:t>
      </w:r>
    </w:p>
    <w:p>
      <w:r>
        <w:t>He spoke with Him as we speak</w:t>
      </w:r>
    </w:p>
    <w:p>
      <w:r>
        <w:t>Nu, perhaps let us go a little and make ourselves happy, as though we are happy</w:t>
      </w:r>
    </w:p>
    <w:p>
      <w:r>
        <w:t>Even though the joy is far from us, but, but..</w:t>
      </w:r>
    </w:p>
    <w:p>
      <w:r>
        <w:t>It is far and it is near, it is very near, {...}</w:t>
      </w:r>
    </w:p>
    <w:p>
      <w:r>
        <w:t>Oy, what we have, we have such a merciful Father</w:t>
      </w:r>
    </w:p>
    <w:p>
      <w:r>
        <w:t>Who does not leave us, He is here</w:t>
      </w:r>
    </w:p>
    <w:p>
      <w:r>
        <w:t>He, he would speak with Hashem Yisbarach as with a friend, yes</w:t>
      </w:r>
    </w:p>
    <w:p>
      <w:r>
        <w:t>Like this, like this he did {something}</w:t>
      </w:r>
    </w:p>
    <w:p>
      <w:r>
        <w:t>"You will say like this, it will be like this, but, but do as You want"</w:t>
      </w:r>
    </w:p>
    <w:p>
      <w:r>
        <w:t>Ah, this is such faith and.. and.. such devotion and such faith</w:t>
      </w:r>
    </w:p>
    <w:p>
      <w:r>
        <w:t>So we, we have a place with Hashem Yisbarach as we are</w:t>
      </w:r>
    </w:p>
    <w:p>
      <w:r>
        <w:t>He, he, he, he watches over us, He guards us and He does such kindnesses with us</w:t>
      </w:r>
    </w:p>
    <w:p>
      <w:r>
        <w:t>That do not exist in the world, that there have not been, yet, yet not, have not yet been revealed in the world, such miracles and wonders and kindnesses</w:t>
      </w:r>
    </w:p>
    <w:p>
      <w:r>
        <w:t>That still have not, not, not, not, not been revealed in the world</w:t>
      </w:r>
    </w:p>
    <w:p>
      <w:r>
        <w:t>Such kindnesses, such miracles that have not been revealed {who am I}</w:t>
      </w:r>
    </w:p>
    <w:p>
      <w:r>
        <w:t>What? Oy, oy, oy, oy</w:t>
      </w:r>
    </w:p>
    <w:p>
      <w:r>
        <w:t>Yoah, I will lie down a little longer, for a few moments</w:t>
      </w:r>
    </w:p>
    <w:p>
      <w:r>
        <w:t>[Yes]</w:t>
      </w:r>
    </w:p>
    <w:p>
      <w:r>
        <w:t>And we'll get up to go for a walk</w:t>
      </w:r>
    </w:p>
    <w:p>
      <w:r>
        <w:t>[Good]</w:t>
      </w:r>
    </w:p>
    <w:p>
      <w:r>
        <w:t>A little, oy, oy, oy vey...</w:t>
      </w:r>
    </w:p>
    <w:p>
      <w:r>
        <w:t>...{…}, such wonders that have still not been revealed, {more than Egypt} have not been revealed at all; now Hashem Yisborach {will renew in the world what has not yet been in this world}. He says to us: "Come, come, come, come to Me, then it will be good." Nu, shall we go for a walk?</w:t>
      </w:r>
    </w:p>
    <w:p>
      <w:r>
        <w:t>[Good]</w:t>
      </w:r>
    </w:p>
    <w:p>
      <w:r>
        <w:t>{…}..</w:t>
      </w:r>
    </w:p>
    <w:p>
      <w:r>
        <w:t>..{...} can go for a walk, I cannot do anything</w:t>
      </w:r>
    </w:p>
    <w:p>
      <w:r>
        <w:t>But also, also, also a little, he is good, very good</w:t>
      </w:r>
    </w:p>
    <w:p>
      <w:r>
        <w:t>The miracles there are today were not in any time; they have not yet been revealed in the world</w:t>
      </w:r>
    </w:p>
    <w:p>
      <w:r>
        <w:t>And Hashem Yisborach.. He gives us {….}: "Come, come, come"</w:t>
      </w:r>
    </w:p>
    <w:p>
      <w:r>
        <w:t>There are, there are already such new things, such wonders that have still not been revealed in the world, which are our whole life..</w:t>
      </w:r>
    </w:p>
    <w:p>
      <w:r>
        <w:t>There is, Rabbainu has already come into the world, there is already, we already have all, everything</w:t>
      </w:r>
    </w:p>
    <w:p>
      <w:r>
        <w:t>All the Torah and all, and all the kindnesses and all the wonders, yes</w:t>
      </w:r>
    </w:p>
    <w:p>
      <w:r>
        <w:t>Ah, good, we will go {to the field\a little\now}</w:t>
      </w:r>
    </w:p>
    <w:p>
      <w:r>
        <w:t>No, no, no, no, no, no, no, no, no, no, no, no, no..</w:t>
      </w:r>
    </w:p>
    <w:p>
      <w:r>
        <w:t>Oy, oy, oy, oy, oy, oy, oy, oy, oy, oy..</w:t>
      </w:r>
    </w:p>
    <w:p>
      <w:r>
        <w:t>Boruch Hashem</w:t>
      </w:r>
    </w:p>
    <w:p>
      <w:r>
        <w:t>[……...]...</w:t>
      </w:r>
    </w:p>
    <w:p>
      <w:r>
        <w:t>...[….…]</w:t>
      </w:r>
    </w:p>
    <w:p>
      <w:r>
        <w:t>{…}</w:t>
      </w:r>
    </w:p>
    <w:p>
      <w:r>
        <w:t>[Ah?]</w:t>
      </w:r>
    </w:p>
    <w:p>
      <w:r>
        <w:t>[………]</w:t>
      </w:r>
    </w:p>
    <w:p>
      <w:r>
        <w:t>{Perhaps}, not yet, shoyn, shoyn, shoyn, shoyn…</w:t>
      </w:r>
    </w:p>
    <w:p>
      <w:r>
        <w:t>...[Saba and the friends sing:</w:t>
      </w:r>
    </w:p>
    <w:p>
      <w:r>
        <w:t>"To make known, to make known, to make known, to make known</w:t>
      </w:r>
    </w:p>
    <w:p>
      <w:r>
        <w:t>That all who hope in You shall not be ashamed, nor shall all who take refuge in You be humiliated forever.."]...</w:t>
      </w:r>
    </w:p>
    <w:p>
      <w:r>
        <w:t>...{…..} that He should save us, Hashem Yisborach saved us from all the nations</w:t>
      </w:r>
    </w:p>
    <w:p>
      <w:r>
        <w:t>We saw such wonders, what we saw Hashem Yisborach do with us and with the nations</w:t>
      </w:r>
    </w:p>
    <w:p>
      <w:r>
        <w:t>Full of gifts, {gifts ………}</w:t>
      </w:r>
    </w:p>
    <w:p>
      <w:r>
        <w:t>I remember how much the mother, she, she, she was afraid of the nations</w:t>
      </w:r>
    </w:p>
    <w:p>
      <w:r>
        <w:t>That they would kill us and our offspring, and Hashem Yisborach {saved us}</w:t>
      </w:r>
    </w:p>
    <w:p>
      <w:r>
        <w:t>Fear fell upon them and they fell and fell; I do not know {where or how..}, and they fell</w:t>
      </w:r>
    </w:p>
    <w:p>
      <w:r>
        <w:t>They were so strong and they had many weapons, and Hashem Yisborach performed miracles and wonders with us; we were small children</w:t>
      </w:r>
    </w:p>
    <w:p>
      <w:r>
        <w:t>{..}, what, what, we do not know what war is, what, what, small children, and Hashem Yisborach performed such wonders with us; they fell and fell, they fell—such wonders that one does not see {…… these}, that mothers and small children were saved, and are saved from the nations. How? {How?} (And like this?) How?</w:t>
      </w:r>
    </w:p>
    <w:p>
      <w:r>
        <w:t>So it was several times; in every single generation Hashem Yisborach performed such miracles with us, when the nations fell upon us, and we, and we were saved from them and from their weapons</w:t>
      </w:r>
    </w:p>
    <w:p>
      <w:r>
        <w:t>{Nu..}</w:t>
      </w:r>
    </w:p>
    <w:p>
      <w:r>
        <w:t>There was great fear upon us and upon our offspring and upon the families of.. and upon the Jews</w:t>
      </w:r>
    </w:p>
    <w:p>
      <w:r>
        <w:t>And all the Jews, we were in great distress, and Hashem Yisborach had mercy on us</w:t>
      </w:r>
    </w:p>
    <w:p>
      <w:r>
        <w:t>We were saved, and the nations were lost {and we were saved}</w:t>
      </w:r>
    </w:p>
    <w:p>
      <w:r>
        <w:t>How? Do small children know how to fight? What is this?</w:t>
      </w:r>
    </w:p>
    <w:p>
      <w:r>
        <w:t>We saw that we had become very far from the Torah and from holiness</w:t>
      </w:r>
    </w:p>
    <w:p>
      <w:r>
        <w:t>And how would we be saved {and how is this?} from the nations?</w:t>
      </w:r>
    </w:p>
    <w:p>
      <w:r>
        <w:t>And Hashem Yisborach {in His mercy} upon the whole world, and He had mercy on us and on our offspring and..</w:t>
      </w:r>
    </w:p>
    <w:p>
      <w:r>
        <w:t>It is impossible to understand this in any way</w:t>
      </w:r>
    </w:p>
    <w:p>
      <w:r>
        <w:t>Small children who had been born about a month, or, or two months, we were saved from the nations</w:t>
      </w:r>
    </w:p>
    <w:p>
      <w:r>
        <w:t>How? {How?} (And like this?), so it was</w:t>
      </w:r>
    </w:p>
    <w:p>
      <w:r>
        <w:t>We were in great distress, we and our offspring and our family, and all of us would have been completely lost</w:t>
      </w:r>
    </w:p>
    <w:p>
      <w:r>
        <w:t>For how is it possible to be saved from such murderers?</w:t>
      </w:r>
    </w:p>
    <w:p>
      <w:r>
        <w:t>And Hashem Yisborach performed such miracles and wonders; we remained, and they, and they were lost, nu..</w:t>
      </w:r>
    </w:p>
    <w:p>
      <w:r>
        <w:t>With their weapons…</w:t>
      </w:r>
    </w:p>
    <w:p>
      <w:r>
        <w:t>...(Saba laughs)...</w:t>
      </w:r>
    </w:p>
    <w:p>
      <w:r>
        <w:t>...Great fear of the nations, and we remained, and they were lost</w:t>
      </w:r>
    </w:p>
    <w:p>
      <w:r>
        <w:t>[Yes]</w:t>
      </w:r>
    </w:p>
    <w:p>
      <w:r>
        <w:t>[Yes]…</w:t>
      </w:r>
    </w:p>
    <w:p>
      <w:r>
        <w:t>...When there was no hope whatsoever of being saved from the nations</w:t>
      </w:r>
    </w:p>
    <w:p>
      <w:r>
        <w:t>And Hashem Yisborach performed great wonders; they all fell, and we remained</w:t>
      </w:r>
    </w:p>
    <w:p>
      <w:r>
        <w:t>[…...]</w:t>
      </w:r>
    </w:p>
    <w:p>
      <w:r>
        <w:t>We and our offspring were saved; small children who did not know how to fight, and we were saved, and they were lost</w:t>
      </w:r>
    </w:p>
    <w:p>
      <w:r>
        <w:t>But after all the miracles Hashem Yisborach showed us, yes</w:t>
      </w:r>
    </w:p>
    <w:p>
      <w:r>
        <w:t>[…...]</w:t>
      </w:r>
    </w:p>
    <w:p>
      <w:r>
        <w:t>[…...]</w:t>
      </w:r>
    </w:p>
    <w:p>
      <w:r>
        <w:t>We were in the desert, and we had no, neither bread nor anything to drink nor..</w:t>
      </w:r>
    </w:p>
    <w:p>
      <w:r>
        <w:t>And no, no war and no, and no people and no, and no soldiers and no..</w:t>
      </w:r>
    </w:p>
    <w:p>
      <w:r>
        <w:t>And Hashem Yisborach saved us from them; we are alive and enduring, and they were lost</w:t>
      </w:r>
    </w:p>
    <w:p>
      <w:r>
        <w:t>[……….]</w:t>
      </w:r>
    </w:p>
    <w:p>
      <w:r>
        <w:t>Oy, we need to wash our hands</w:t>
      </w:r>
    </w:p>
    <w:p>
      <w:r>
        <w:t>[To wash our hands]</w:t>
      </w:r>
    </w:p>
    <w:p>
      <w:r>
        <w:t>Yes, ho, like this, yes</w:t>
      </w:r>
    </w:p>
    <w:p>
      <w:r>
        <w:t>Shoyn, now washing the hands</w:t>
      </w:r>
    </w:p>
    <w:p>
      <w:r>
        <w:t>[….….]</w:t>
      </w:r>
    </w:p>
    <w:p>
      <w:r>
        <w:t>[……..]</w:t>
      </w:r>
    </w:p>
    <w:p>
      <w:r>
        <w:t>There was no way whatsoever in the natural order to be saved; they had weapons and they had every..</w:t>
      </w:r>
    </w:p>
    <w:p>
      <w:r>
        <w:t>And we were {crazy}, we had nothing</w:t>
      </w:r>
    </w:p>
    <w:p>
      <w:r>
        <w:t>Blessed are You, Hashem our God, King of the universe, Who creates various kinds of nourishment..</w:t>
      </w:r>
    </w:p>
    <w:p>
      <w:r>
        <w:t>How were we saved?</w:t>
      </w:r>
    </w:p>
    <w:p>
      <w:r>
        <w:t>They had weapons and everything, the whole world gave them weapons, and we had no weapons, and there were small children; they were all lost, and we are alive and enduring</w:t>
      </w:r>
    </w:p>
    <w:p>
      <w:r>
        <w:t>[…….]</w:t>
      </w:r>
    </w:p>
    <w:p>
      <w:r>
        <w:t>[….…]</w:t>
      </w:r>
    </w:p>
    <w:p>
      <w:r>
        <w:t>[Good, put that there for me, I will come right away]</w:t>
      </w:r>
    </w:p>
    <w:p>
      <w:r>
        <w:t>[…...]</w:t>
      </w:r>
    </w:p>
    <w:p>
      <w:r>
        <w:t>[All right, put it on the floor for me, the..]</w:t>
      </w:r>
    </w:p>
    <w:p>
      <w:r>
        <w:t>[…..]</w:t>
      </w:r>
    </w:p>
    <w:p>
      <w:r>
        <w:t>[The.. all right]</w:t>
      </w:r>
    </w:p>
    <w:p>
      <w:r>
        <w:t>[…..]</w:t>
      </w:r>
    </w:p>
    <w:p>
      <w:r>
        <w:t>[Good, may you merit mitzvos]</w:t>
      </w:r>
    </w:p>
    <w:p>
      <w:r>
        <w:t>[Where am I..]</w:t>
      </w:r>
    </w:p>
    <w:p>
      <w:r>
        <w:t>[Excuse me.., lower it down..]</w:t>
      </w:r>
    </w:p>
    <w:p>
      <w:r>
        <w:t>What, I {was} older than a hundred years..</w:t>
      </w:r>
    </w:p>
    <w:p>
      <w:r>
        <w:t>[..Leave it beside the house, may you merit mitzvos]</w:t>
      </w:r>
    </w:p>
    <w:p>
      <w:r>
        <w:t>And I am alive, and they were lost</w:t>
      </w:r>
    </w:p>
    <w:p>
      <w:r>
        <w:t>Oy vey, oy vey, ah, oy vey...</w:t>
      </w:r>
    </w:p>
    <w:p>
      <w:r>
        <w:t>...I {felt} them, that it is frightening how we would have been lost</w:t>
      </w:r>
    </w:p>
    <w:p>
      <w:r>
        <w:t>And how the nations had all, all kinds of weapons, and they had..</w:t>
      </w:r>
    </w:p>
    <w:p>
      <w:r>
        <w:t>They, they were lost, and we are alive and enduring</w:t>
      </w:r>
    </w:p>
    <w:p>
      <w:r>
        <w:t>I, I remember now how much fear we had of the nations, yes</w:t>
      </w:r>
    </w:p>
    <w:p>
      <w:r>
        <w:t>And they wanted to kill, to destroy and to kill and to annihilate, and it was, it was the opposite…</w:t>
      </w:r>
    </w:p>
    <w:p>
      <w:r>
        <w:t>...In Tzfas they were strong, mighty in strength, but we in Teveria were like dead men</w:t>
      </w:r>
    </w:p>
    <w:p>
      <w:r>
        <w:t>There was no rationale at all for how, how would we be saved from the nations?</w:t>
      </w:r>
    </w:p>
    <w:p>
      <w:r>
        <w:t>"Save us.. gather us and save us from the nations"</w:t>
      </w:r>
    </w:p>
    <w:p>
      <w:r>
        <w:t>Oy.. I have no strength to speak</w:t>
      </w:r>
    </w:p>
    <w:p>
      <w:r>
        <w:t>[…….]</w:t>
      </w:r>
    </w:p>
    <w:p>
      <w:r>
        <w:t>[…….]</w:t>
      </w:r>
    </w:p>
    <w:p>
      <w:r>
        <w:t>I remember, the mother had nothing to eat</w:t>
      </w:r>
    </w:p>
    <w:p>
      <w:r>
        <w:t>And the small children also had no milk; they had nothing with which to live, {…...}</w:t>
      </w:r>
    </w:p>
    <w:p>
      <w:r>
        <w:t>And Hashem Yisborach saved us from the nations</w:t>
      </w:r>
    </w:p>
    <w:p>
      <w:r>
        <w:t>And gave us Torah, the Torah of truth, this is Torah</w:t>
      </w:r>
    </w:p>
    <w:p>
      <w:r>
        <w:t>"Giver of the Torah," ah</w:t>
      </w:r>
    </w:p>
    <w:p>
      <w:r>
        <w:t>Even now, the Arab nations had houses and they had animals</w:t>
      </w:r>
    </w:p>
    <w:p>
      <w:r>
        <w:t>They had milk, butter, and every, every good thing, and we had nothing</w:t>
      </w:r>
    </w:p>
    <w:p>
      <w:r>
        <w:t>How, how were we saved from the nations?</w:t>
      </w:r>
    </w:p>
    <w:p>
      <w:r>
        <w:t>The father and the mother and I said {all of us}..</w:t>
      </w:r>
    </w:p>
    <w:p>
      <w:r>
        <w:t>[……]</w:t>
      </w:r>
    </w:p>
    <w:p>
      <w:r>
        <w:t>[.…..]</w:t>
      </w:r>
    </w:p>
    <w:p>
      <w:r>
        <w:t>The houses are all theirs and the milk is theirs, and Torah, no</w:t>
      </w:r>
    </w:p>
    <w:p>
      <w:r>
        <w:t>We, we drove them out..</w:t>
      </w:r>
    </w:p>
    <w:p>
      <w:r>
        <w:t>They have neither goats nor.. they have nothing; everything is for us</w:t>
      </w:r>
    </w:p>
    <w:p>
      <w:r>
        <w:t>Yes, they and the weapons—this is already all ours, the houses are ours</w:t>
      </w:r>
    </w:p>
    <w:p>
      <w:r>
        <w:t>[…...]</w:t>
      </w:r>
    </w:p>
    <w:p>
      <w:r>
        <w:t>We had every good thing…</w:t>
      </w:r>
    </w:p>
    <w:p>
      <w:r>
        <w:t>...Charcoal from trees, from olive trees, yes</w:t>
      </w:r>
    </w:p>
    <w:p>
      <w:r>
        <w:t>And we had fire and water, everything…</w:t>
      </w:r>
    </w:p>
    <w:p>
      <w:r>
        <w:t>...The nations had many weapons; the whole world gave them weapons</w:t>
      </w:r>
    </w:p>
    <w:p>
      <w:r>
        <w:t>The French and the English all gave them weapons</w:t>
      </w:r>
    </w:p>
    <w:p>
      <w:r>
        <w:t>And we had no one who would give us; we would have been lost like, like animals, and did not, did not, and did not know where, where to flee, no, no, what to do with small children. Now we are in their houses and everything they had is ours, the houses are ours and everything is ours, {nu}...</w:t>
      </w:r>
    </w:p>
    <w:p>
      <w:r>
        <w:t>...A piece of bread and a few drops of oil, olive oil</w:t>
      </w:r>
    </w:p>
    <w:p>
      <w:r>
        <w:t>And we are alive and enduring; we and our offspring are alive and enduring, and they have nothing</w:t>
      </w:r>
    </w:p>
    <w:p>
      <w:r>
        <w:t>Ah…</w:t>
      </w:r>
    </w:p>
    <w:p>
      <w:r>
        <w:t>...I do not know how I live with such fear, with such fears?</w:t>
      </w:r>
    </w:p>
    <w:p>
      <w:r>
        <w:t>We had no bread and nothing to eat and nothing to drink and no, nothing…</w:t>
      </w:r>
    </w:p>
    <w:p>
      <w:r>
        <w:t>...This is all his vitality; if not, then our holy Rabbainu will rectify us, but it is better..</w:t>
      </w:r>
    </w:p>
    <w:p>
      <w:r>
        <w:t>Nu</w:t>
      </w:r>
    </w:p>
    <w:p>
      <w:r>
        <w:t>Who is this?...</w:t>
      </w:r>
    </w:p>
    <w:p>
      <w:r>
        <w:t>...{…}, to believe in the Torah truly, with faith, this is all our vitality for all eternity</w:t>
      </w:r>
    </w:p>
    <w:p>
      <w:r>
        <w:t>And the non-Jews are like donkeys, like donkeys wandering around</w:t>
      </w:r>
    </w:p>
    <w:p>
      <w:r>
        <w:t>They give them straw, they ea.., stand and eat continually, day {and night}</w:t>
      </w:r>
    </w:p>
    <w:p>
      <w:r>
        <w:t>And we are a holy nation, the Land of Israel, a holy land, Yerushalayim, the Holy Temple, the Holy of Holies—who has it? Who has it? What do they have? They have nothing</w:t>
      </w:r>
    </w:p>
    <w:p>
      <w:r>
        <w:t>What is this?</w:t>
      </w:r>
    </w:p>
    <w:p>
      <w:r>
        <w:t>[Milk and honey]…</w:t>
      </w:r>
    </w:p>
    <w:p>
      <w:r>
        <w:t>...that they are speaking, that they.. and I cannot speak</w:t>
      </w:r>
    </w:p>
    <w:p>
      <w:r>
        <w:t>What is this?</w:t>
      </w:r>
    </w:p>
    <w:p>
      <w:r>
        <w:t>[This is in order to record the words]</w:t>
      </w:r>
    </w:p>
    <w:p>
      <w:r>
        <w:t>Eh?</w:t>
      </w:r>
    </w:p>
    <w:p>
      <w:r>
        <w:t>[This is in order to record, to record the words]</w:t>
      </w:r>
    </w:p>
    <w:p>
      <w:r>
        <w:t>To record..</w:t>
      </w:r>
    </w:p>
    <w:p>
      <w:r>
        <w:t>[These are important words]…</w:t>
      </w:r>
    </w:p>
    <w:p>
      <w:r>
        <w:br w:type="page"/>
      </w:r>
    </w:p>
    <w:p>
      <w:pPr>
        <w:pStyle w:val="Heading1"/>
      </w:pPr>
      <w:r>
        <w:t>Tape 26</w:t>
      </w:r>
    </w:p>
    <w:p>
      <w:pPr>
        <w:pStyle w:val="Heading2"/>
      </w:pPr>
      <w:r>
        <w:t>Side A (Aleph)</w:t>
      </w:r>
    </w:p>
    <w:p>
      <w:r>
        <w:t>...and I cannot speak</w:t>
      </w:r>
    </w:p>
    <w:p>
      <w:r>
        <w:t>What is this?</w:t>
      </w:r>
    </w:p>
    <w:p>
      <w:r>
        <w:t>[This is in order to record the words]</w:t>
      </w:r>
    </w:p>
    <w:p>
      <w:r>
        <w:t>Eh?</w:t>
      </w:r>
    </w:p>
    <w:p>
      <w:r>
        <w:t>[This is in order to record, to record the words]</w:t>
      </w:r>
    </w:p>
    <w:p>
      <w:r>
        <w:t>To record..</w:t>
      </w:r>
    </w:p>
    <w:p>
      <w:r>
        <w:t>[These are important words]</w:t>
      </w:r>
    </w:p>
    <w:p>
      <w:r>
        <w:t>Nu, to speak at all, I know nothing of what is going on here...</w:t>
      </w:r>
    </w:p>
    <w:p>
      <w:r>
        <w:t>...with prayers, yes, thank God today there is rain without, without prayers</w:t>
      </w:r>
    </w:p>
    <w:p>
      <w:r>
        <w:t>Yes, these are rains of blessing</w:t>
      </w:r>
    </w:p>
    <w:p>
      <w:r>
        <w:t>It is rain in its proper time…</w:t>
      </w:r>
    </w:p>
    <w:p>
      <w:r>
        <w:t>...they did not have, so thank God everyone, everyone has time, {..}</w:t>
      </w:r>
    </w:p>
    <w:p>
      <w:r>
        <w:t>Ah, ah, ah</w:t>
      </w:r>
    </w:p>
    <w:p>
      <w:r>
        <w:t>I am very astonished, to this day, I am astonished: how am I alive?</w:t>
      </w:r>
    </w:p>
    <w:p>
      <w:r>
        <w:t>And how are the children alive?</w:t>
      </w:r>
    </w:p>
    <w:p>
      <w:r>
        <w:t>They.., we are all alive, and only those who had every good thing, they, {there are no more}, they passed away</w:t>
      </w:r>
    </w:p>
    <w:p>
      <w:r>
        <w:t>Only I remained alone, to one hundred and three years</w:t>
      </w:r>
    </w:p>
    <w:p>
      <w:r>
        <w:t>[]…</w:t>
      </w:r>
    </w:p>
    <w:p>
      <w:r>
        <w:t>...the point is, he had a daughter; she did not ask her father, her father, or her husband</w:t>
      </w:r>
    </w:p>
    <w:p>
      <w:r>
        <w:t>And every Friday before the lighting of the candles she gave me, gave me eighteen grush</w:t>
      </w:r>
    </w:p>
    <w:p>
      <w:r>
        <w:t>Eighteen grush, that was a large coin</w:t>
      </w:r>
    </w:p>
    <w:p>
      <w:r>
        <w:t>From that Shabbos he was alive, the children were alive, {yes}, they did not die</w:t>
      </w:r>
    </w:p>
    <w:p>
      <w:r>
        <w:t>I am telling what I sa.. what was an incident of mine, yes</w:t>
      </w:r>
    </w:p>
    <w:p>
      <w:r>
        <w:t>The children were small, and contracted an illness and went to a doctor once, twice, and are dying, died</w:t>
      </w:r>
    </w:p>
    <w:p>
      <w:r>
        <w:t>So {she went}, he had a daughter, her husband was a Torah scholar, a yeshiva student</w:t>
      </w:r>
    </w:p>
    <w:p>
      <w:r>
        <w:t>She did not ask either her father or her husband, and every Friday before the lighting of the candles she gave me</w:t>
      </w:r>
    </w:p>
    <w:p>
      <w:r>
        <w:t>She sent me eighteen grush; from the day, from this day the dying of the children ceased</w:t>
      </w:r>
    </w:p>
    <w:p>
      <w:r>
        <w:t>{To see} children wh..</w:t>
      </w:r>
    </w:p>
    <w:p>
      <w:r>
        <w:t>The father and mother did not know of it; only she did it secretly, gave me every Friday before the lighting of the candles—I received eighteen grush; from this Shabbos it already ceased, and they lived, then we lived, the children</w:t>
      </w:r>
    </w:p>
    <w:p>
      <w:r>
        <w:t>[…...]</w:t>
      </w:r>
    </w:p>
    <w:p>
      <w:r>
        <w:t>She had beautiful children, very beautiful, yes</w:t>
      </w:r>
    </w:p>
    <w:p>
      <w:r>
        <w:t>He had a fifteen-year-old girl, already, already.. and she remained alive</w:t>
      </w:r>
    </w:p>
    <w:p>
      <w:r>
        <w:t>She gave me every {..}, every Friday before the lighting of the candles I received eighteen grush</w:t>
      </w:r>
    </w:p>
    <w:p>
      <w:r>
        <w:t>From this Shabbos the children no longer died</w:t>
      </w:r>
    </w:p>
    <w:p>
      <w:r>
        <w:t>Her father thought that he was important before Hashem, he was the gabbai of the yeshiva</w:t>
      </w:r>
    </w:p>
    <w:p>
      <w:r>
        <w:t>But he did not give me bread, so the children are dying, his children died, died, died, another child, another child</w:t>
      </w:r>
    </w:p>
    <w:p>
      <w:r>
        <w:t>So he had a daughter; the daughter did not ask either her father or her mother or any person, and gave..</w:t>
      </w:r>
    </w:p>
    <w:p>
      <w:r>
        <w:t>Every Friday before the lighting of the candles she sent me, up to this point, eighteen grush</w:t>
      </w:r>
    </w:p>
    <w:p>
      <w:r>
        <w:t>I had food for Sunday and Monday</w:t>
      </w:r>
    </w:p>
    <w:p>
      <w:r>
        <w:t>In any event she, she gave eighteen..</w:t>
      </w:r>
    </w:p>
    <w:p>
      <w:r>
        <w:t>Every Friday before the lighting of the candles she sent me eighteen grush</w:t>
      </w:r>
    </w:p>
    <w:p>
      <w:r>
        <w:t>From this Shabbos the dying ceased, no.. the children lived</w:t>
      </w:r>
    </w:p>
    <w:p>
      <w:r>
        <w:t>I knew nothing; I knew only that I was receiving eighteen grush, that is it, that is all</w:t>
      </w:r>
    </w:p>
    <w:p>
      <w:r>
        <w:t>But this, this money for charity, he understood that the children did not die</w:t>
      </w:r>
    </w:p>
    <w:p>
      <w:r>
        <w:t>I knew, but everyone did not know of it; she did it secretly</w:t>
      </w:r>
    </w:p>
    <w:p>
      <w:r>
        <w:t>She sent me eighteen grush every Friday before the lighting of the candles</w:t>
      </w:r>
    </w:p>
    <w:p>
      <w:r>
        <w:t>Then the dying ceased, ceased, the children lived, the children had life</w:t>
      </w:r>
    </w:p>
    <w:p>
      <w:r>
        <w:t>Only I knew, and the gabbai's daughter knew that she sent me eighteen grush</w:t>
      </w:r>
    </w:p>
    <w:p>
      <w:r>
        <w:t>Before the lighting of the candles every Friday; then the dy.. {…} ceased, the children lived, did not die</w:t>
      </w:r>
    </w:p>
    <w:p>
      <w:r>
        <w:t>They thought they were very important before Hashem, and I was such a poor man, I was not important at all</w:t>
      </w:r>
    </w:p>
    <w:p>
      <w:r>
        <w:t>The children did not, did not die, children, {yes}</w:t>
      </w:r>
    </w:p>
    <w:p>
      <w:r>
        <w:t>The dying ceased</w:t>
      </w:r>
    </w:p>
    <w:p>
      <w:r>
        <w:t>She, and she gave eighteen grush every Friday</w:t>
      </w:r>
    </w:p>
    <w:p>
      <w:r>
        <w:t>I saw it; we were neighbors, I was a neighbor here in some house, in a room</w:t>
      </w:r>
    </w:p>
    <w:p>
      <w:r>
        <w:t>And upstairs there was an upper floor, and the son-in-law and the daughter lived upstairs, and I was here, yes</w:t>
      </w:r>
    </w:p>
    <w:p>
      <w:r>
        <w:t>I knew everything wha.. {but} I saw that the boys were alive</w:t>
      </w:r>
    </w:p>
    <w:p>
      <w:r>
        <w:t>Already, the boys were already alive</w:t>
      </w:r>
    </w:p>
    <w:p>
      <w:r>
        <w:t>And they did not know, she gave secretly, she gave secretly; eighteen grush was a great possession—eighteen grush, who had ever seen that?</w:t>
      </w:r>
    </w:p>
    <w:p>
      <w:r>
        <w:t>And she gave, and every Friday before the lighting of the candles she sent me eighteen grush</w:t>
      </w:r>
    </w:p>
    <w:p>
      <w:r>
        <w:t>And she saw that she gave eighteen grush—the children did not die, did not become ill, did not get sick and did not die, and..</w:t>
      </w:r>
    </w:p>
    <w:p>
      <w:r>
        <w:t>Oy, ah, ah, yes, the legs on the bed</w:t>
      </w:r>
    </w:p>
    <w:p>
      <w:r>
        <w:t>The legs did not, did not, did not eat, became like a spring {….., and did not want, not to come}</w:t>
      </w:r>
    </w:p>
    <w:p>
      <w:r>
        <w:t>[The legs?]</w:t>
      </w:r>
    </w:p>
    <w:p>
      <w:r>
        <w:t>They did not eat, they did not give them bread</w:t>
      </w:r>
    </w:p>
    <w:p>
      <w:r>
        <w:t>But from the Shabbos when she gave me eighteen grush every Friday, the children did not die</w:t>
      </w:r>
    </w:p>
    <w:p>
      <w:r>
        <w:t>It ceased...</w:t>
      </w:r>
    </w:p>
    <w:p>
      <w:r>
        <w:t>...I did not know of all this; she sent me eight, eighteen grush, I did not know</w:t>
      </w:r>
    </w:p>
    <w:p>
      <w:r>
        <w:t>But afterward she saw that the children did not die</w:t>
      </w:r>
    </w:p>
    <w:p>
      <w:r>
        <w:t>{..}, and I, and I heard of it, from the children, and they were very happy that they did not die, that they did not get sick and did not die…</w:t>
      </w:r>
    </w:p>
    <w:p>
      <w:r>
        <w:t>...Every Friday she gave me eighteen grush; that was a lot of money</w:t>
      </w:r>
    </w:p>
    <w:p>
      <w:r>
        <w:t>Eighteen grush every Friday, and the children were no longer dying, no…</w:t>
      </w:r>
    </w:p>
    <w:p>
      <w:r>
        <w:t>...Every Friday I was afraid: perhaps it would cease? Perhaps she would not give?</w:t>
      </w:r>
    </w:p>
    <w:p>
      <w:r>
        <w:t>What is this? Did she make a contract every Friday?</w:t>
      </w:r>
    </w:p>
    <w:p>
      <w:r>
        <w:t>But she sent me eighteen grush every Friday, and the childr.. we lived, the children...</w:t>
      </w:r>
    </w:p>
    <w:p>
      <w:r>
        <w:t>...Ah, ah, ah…</w:t>
      </w:r>
    </w:p>
    <w:p>
      <w:r>
        <w:t>...{…}, my room</w:t>
      </w:r>
    </w:p>
    <w:p>
      <w:r>
        <w:t>[Yes]</w:t>
      </w:r>
    </w:p>
    <w:p>
      <w:r>
        <w:t>And upstairs, an upper floor, her room; so I knew everything, I knew</w:t>
      </w:r>
    </w:p>
    <w:p>
      <w:r>
        <w:t>And every Friday I was afraid: perhaps it would cease? No</w:t>
      </w:r>
    </w:p>
    <w:p>
      <w:r>
        <w:t>She continued; she gave me and sent me every Friday before the lighting of the candles eighteen grush—eighteen grush was a great possession—and she gave eighteen grush every Friday</w:t>
      </w:r>
    </w:p>
    <w:p>
      <w:r>
        <w:t>[Yes]...</w:t>
      </w:r>
    </w:p>
    <w:p>
      <w:r>
        <w:t>...The illnesses did not come, and they lived, lived, like.. then we kept the children alive</w:t>
      </w:r>
    </w:p>
    <w:p>
      <w:r>
        <w:t>The children loved me like their father</w:t>
      </w:r>
    </w:p>
    <w:p>
      <w:r>
        <w:t>I received eighteen grosh the first time, I thought:</w:t>
      </w:r>
    </w:p>
    <w:p>
      <w:r>
        <w:t>"Shoyn, nu, she gave the eight..”</w:t>
      </w:r>
    </w:p>
    <w:p>
      <w:r>
        <w:t>No, the second Friday came, she {{. .}}, I also received eighteen grosh</w:t>
      </w:r>
    </w:p>
    <w:p>
      <w:r>
        <w:t>Ah.. the third, the fourth, every Friday eighteen grosh</w:t>
      </w:r>
    </w:p>
    <w:p>
      <w:r>
        <w:t>And the children did not die…</w:t>
      </w:r>
    </w:p>
    <w:p>
      <w:r>
        <w:t>...{I sang} the Shabbos zemiros "Azamer Bishvachin" "Aishes Chayil" and he, they were opponents</w:t>
      </w:r>
    </w:p>
    <w:p>
      <w:r>
        <w:t>And she heard this melody, so she began to give me every week</w:t>
      </w:r>
    </w:p>
    <w:p>
      <w:r>
        <w:t>Fourteen grosh, fifteen, eighteen grosh</w:t>
      </w:r>
    </w:p>
    <w:p>
      <w:r>
        <w:t>Every Friday before the lighting of the candles I received eighteen grosh…</w:t>
      </w:r>
    </w:p>
    <w:p>
      <w:r>
        <w:t>...One couple had many children, and I did not have for Shabbos, I did not have money</w:t>
      </w:r>
    </w:p>
    <w:p>
      <w:r>
        <w:t>So, so no one gave me, and we suffered</w:t>
      </w:r>
    </w:p>
    <w:p>
      <w:r>
        <w:t>{….} faces, her children began to die</w:t>
      </w:r>
    </w:p>
    <w:p>
      <w:r>
        <w:t>So she gave me every Friday before the lighting of the candles she sent me eighteen grosh</w:t>
      </w:r>
    </w:p>
    <w:p>
      <w:r>
        <w:t>And the children stopped dying and did not, they did not have an illness</w:t>
      </w:r>
    </w:p>
    <w:p>
      <w:r>
        <w:t>[..]</w:t>
      </w:r>
    </w:p>
    <w:p>
      <w:r>
        <w:t>They did not have..</w:t>
      </w:r>
    </w:p>
    <w:p>
      <w:r>
        <w:t>I saw this</w:t>
      </w:r>
    </w:p>
    <w:p>
      <w:r>
        <w:t>So, so eighteen grosh was great wealth, I thought:</w:t>
      </w:r>
    </w:p>
    <w:p>
      <w:r>
        <w:t>"One time she gave"</w:t>
      </w:r>
    </w:p>
    <w:p>
      <w:r>
        <w:t>She gave me eighteen grosh every Friday, and the children, all the children lived, until today […………]</w:t>
      </w:r>
    </w:p>
    <w:p>
      <w:r>
        <w:t>Ah, ah..</w:t>
      </w:r>
    </w:p>
    <w:p>
      <w:r>
        <w:t>[So she asked that you call]</w:t>
      </w:r>
    </w:p>
    <w:p>
      <w:r>
        <w:t>What? {Good}, very good</w:t>
      </w:r>
    </w:p>
    <w:p>
      <w:r>
        <w:t>[...]…</w:t>
      </w:r>
    </w:p>
    <w:p>
      <w:r>
        <w:t>...In secret, the father did not know, her husband did not know</w:t>
      </w:r>
    </w:p>
    <w:p>
      <w:r>
        <w:t>What? Eighteen grosh every Friday?, that is money, that is great wealth</w:t>
      </w:r>
    </w:p>
    <w:p>
      <w:r>
        <w:t>And she {{. .}} it is a great secret</w:t>
      </w:r>
    </w:p>
    <w:p>
      <w:r>
        <w:t>Only I and she knew, we knew, that I receive eighteen grosh every Friday before the lighting of the candles—they stopped dying, the illnesses stopped and they stopped dying</w:t>
      </w:r>
    </w:p>
    <w:p>
      <w:r>
        <w:t>Nu..</w:t>
      </w:r>
    </w:p>
    <w:p>
      <w:r>
        <w:t>[…...]</w:t>
      </w:r>
    </w:p>
    <w:p>
      <w:r>
        <w:t>Oh, like this, yes, yes</w:t>
      </w:r>
    </w:p>
    <w:p>
      <w:r>
        <w:t>[….]…</w:t>
      </w:r>
    </w:p>
    <w:p>
      <w:r>
        <w:t>...No, no, no, I did not think any such thought</w:t>
      </w:r>
    </w:p>
    <w:p>
      <w:r>
        <w:t>That she would give eighteen grosh every Friday? That is great wealth</w:t>
      </w:r>
    </w:p>
    <w:p>
      <w:r>
        <w:t>But she continued and gave me every Friday, and all the children are alive</w:t>
      </w:r>
    </w:p>
    <w:p>
      <w:r>
        <w:t>Alive {..} today…</w:t>
      </w:r>
    </w:p>
    <w:p>
      <w:r>
        <w:t>...She sent me every Friday before the lighting of the candles with her children</w:t>
      </w:r>
    </w:p>
    <w:p>
      <w:r>
        <w:t>She sent me eighteen grosh</w:t>
      </w:r>
    </w:p>
    <w:p>
      <w:r>
        <w:t>And it stopped, all the children did not become ill and did not, and did not die, it stopped</w:t>
      </w:r>
    </w:p>
    <w:p>
      <w:r>
        <w:t>I am not telling a story that they told me, I.., this story that happened with me...</w:t>
      </w:r>
    </w:p>
    <w:p>
      <w:r>
        <w:t>...This will heal everything</w:t>
      </w:r>
    </w:p>
    <w:p>
      <w:r>
        <w:t>[..]</w:t>
      </w:r>
    </w:p>
    <w:p>
      <w:r>
        <w:t>The extract of 'Wissotzky' tea, extract</w:t>
      </w:r>
    </w:p>
    <w:p>
      <w:r>
        <w:t>Nu…</w:t>
      </w:r>
    </w:p>
    <w:p>
      <w:r>
        <w:t>...What, what can she be afraid of?</w:t>
      </w:r>
    </w:p>
    <w:p>
      <w:r>
        <w:t>[What?]…</w:t>
      </w:r>
    </w:p>
    <w:p>
      <w:r>
        <w:t>...{…}, they will see</w:t>
      </w:r>
    </w:p>
    <w:p>
      <w:r>
        <w:t>[Good]</w:t>
      </w:r>
    </w:p>
    <w:p>
      <w:r>
        <w:t>Immediately {…} it will heal</w:t>
      </w:r>
    </w:p>
    <w:p>
      <w:r>
        <w:t>[Good]</w:t>
      </w:r>
    </w:p>
    <w:p>
      <w:r>
        <w:t>The extract {mine}, 'Wissotzky' tea</w:t>
      </w:r>
    </w:p>
    <w:p>
      <w:r>
        <w:t>[Good]…</w:t>
      </w:r>
    </w:p>
    <w:p>
      <w:r>
        <w:t>...It will heal, and everything, whatever will be will be</w:t>
      </w:r>
    </w:p>
    <w:p>
      <w:r>
        <w:t>[..]…</w:t>
      </w:r>
    </w:p>
    <w:p>
      <w:r>
        <w:t>...[What? Do you want to see the doctors?]</w:t>
      </w:r>
    </w:p>
    <w:p>
      <w:r>
        <w:t>Ah?</w:t>
      </w:r>
    </w:p>
    <w:p>
      <w:r>
        <w:t>[Do you want to speak with the doctors?]</w:t>
      </w:r>
    </w:p>
    <w:p>
      <w:r>
        <w:t>Yes</w:t>
      </w:r>
    </w:p>
    <w:p>
      <w:r>
        <w:t>[They are in Yerushalayim]</w:t>
      </w:r>
    </w:p>
    <w:p>
      <w:r>
        <w:t>In Yerushalayim, this will heal all the burns immediately</w:t>
      </w:r>
    </w:p>
    <w:p>
      <w:r>
        <w:t>They have nothing to be afraid of, they will see, they will see immediately</w:t>
      </w:r>
    </w:p>
    <w:p>
      <w:r>
        <w:t>Nu, tell the family, tell everyone</w:t>
      </w:r>
    </w:p>
    <w:p>
      <w:r>
        <w:t>[Good]…</w:t>
      </w:r>
    </w:p>
    <w:p>
      <w:r>
        <w:t>...{Wants now} to Yerushalayim, to speak with the doctors</w:t>
      </w:r>
    </w:p>
    <w:p>
      <w:r>
        <w:t>[Good, we called now]</w:t>
      </w:r>
    </w:p>
    <w:p>
      <w:r>
        <w:t>Ah?</w:t>
      </w:r>
    </w:p>
    <w:p>
      <w:r>
        <w:t>[We spoke on the telephone now, we are telling them on the telephone]</w:t>
      </w:r>
    </w:p>
    <w:p>
      <w:r>
        <w:t>. And..</w:t>
      </w:r>
    </w:p>
    <w:p>
      <w:r>
        <w:t>Let them try, what, what are they afraid of?</w:t>
      </w:r>
    </w:p>
    <w:p>
      <w:r>
        <w:t>[Good]</w:t>
      </w:r>
    </w:p>
    <w:p>
      <w:r>
        <w:t>This will heal immediately..</w:t>
      </w:r>
    </w:p>
    <w:p>
      <w:r>
        <w:t>A complete healing as though there had been nothing</w:t>
      </w:r>
    </w:p>
    <w:p>
      <w:r>
        <w:t>My daughter Tzipora, I want to travel to my daughter, no.., to the doctors, to the hospital</w:t>
      </w:r>
    </w:p>
    <w:p>
      <w:r>
        <w:t>…[...]</w:t>
      </w:r>
    </w:p>
    <w:p>
      <w:r>
        <w:t>...The burn will immediately pass and there will be a complete healing</w:t>
      </w:r>
    </w:p>
    <w:p>
      <w:r>
        <w:t>[...]</w:t>
      </w:r>
    </w:p>
    <w:p>
      <w:r>
        <w:t>I, I will travel to Yerushalayim</w:t>
      </w:r>
    </w:p>
    <w:p>
      <w:r>
        <w:t>Oy vey, oy vey, oy vey, oy vey..</w:t>
      </w:r>
    </w:p>
    <w:p>
      <w:r>
        <w:t>I want to travel to Yerushalayim and reach the doctors to speak with them</w:t>
      </w:r>
    </w:p>
    <w:p>
      <w:r>
        <w:t>I do not, he will not listen to me, but a trial</w:t>
      </w:r>
    </w:p>
    <w:p>
      <w:r>
        <w:t>Let them make a trial and they will see that it immediately heals the entire burn</w:t>
      </w:r>
    </w:p>
    <w:p>
      <w:r>
        <w:t>[… I spoke, I can..]…</w:t>
      </w:r>
    </w:p>
    <w:p>
      <w:r>
        <w:t>...He will immediately heal</w:t>
      </w:r>
    </w:p>
    <w:p>
      <w:r>
        <w:t>[I..]</w:t>
      </w:r>
    </w:p>
    <w:p>
      <w:r>
        <w:t>He will immediately heal completely, it is an act of Hashem, a wondrous and awesome miracle</w:t>
      </w:r>
    </w:p>
    <w:p>
      <w:r>
        <w:t>[I will call the parents themselves..]…</w:t>
      </w:r>
    </w:p>
    <w:p>
      <w:r>
        <w:t>...{..}, and this will immediately pass, the entire burn and all {….}</w:t>
      </w:r>
    </w:p>
    <w:p>
      <w:r>
        <w:t>{And all the decree}, the pains and all.. this will heal immediately</w:t>
      </w:r>
    </w:p>
    <w:p>
      <w:r>
        <w:t>Perhaps you will travel with me to Yerushalayim</w:t>
      </w:r>
    </w:p>
    <w:p>
      <w:r>
        <w:t>[….]</w:t>
      </w:r>
    </w:p>
    <w:p>
      <w:r>
        <w:t>Yes</w:t>
      </w:r>
    </w:p>
    <w:p>
      <w:r>
        <w:t>[Good, what..]</w:t>
      </w:r>
    </w:p>
    <w:p>
      <w:r>
        <w:t>I..</w:t>
      </w:r>
    </w:p>
    <w:p>
      <w:r>
        <w:t>[What you say]</w:t>
      </w:r>
    </w:p>
    <w:p>
      <w:r>
        <w:t>I will not be ashamed before the doctors, I will speak to them:</w:t>
      </w:r>
    </w:p>
    <w:p>
      <w:r>
        <w:t>"Look, look, what are you afraid of?</w:t>
      </w:r>
    </w:p>
    <w:p>
      <w:r>
        <w:t>This will immediately heal all the illnesses of the burn"...</w:t>
      </w:r>
    </w:p>
    <w:p>
      <w:r>
        <w:t>...To publicize this, to make it known throughout the world, throughout..</w:t>
      </w:r>
    </w:p>
    <w:p>
      <w:r>
        <w:t>Throughout, throughout the world, all the doctors need to be informed of this…</w:t>
      </w:r>
    </w:p>
    <w:p>
      <w:r>
        <w:t>...{…}, and I want to sacrifice myself in order to travel to Yerushalayim to the doctors</w:t>
      </w:r>
    </w:p>
    <w:p>
      <w:r>
        <w:t>[...]…</w:t>
      </w:r>
    </w:p>
    <w:p>
      <w:r>
        <w:t>...It will heal, there is nothing to fear…</w:t>
      </w:r>
    </w:p>
    <w:p>
      <w:r>
        <w:t>...The entire burn and all, all, all {this}.. whatever will be will be</w:t>
      </w:r>
    </w:p>
    <w:p>
      <w:r>
        <w:t>This is from Heaven, this is a healing from Heaven…</w:t>
      </w:r>
    </w:p>
    <w:p>
      <w:r>
        <w:t>...Take me to Yerushalayim, and I will travel and I, I, I..</w:t>
      </w:r>
    </w:p>
    <w:p>
      <w:r>
        <w:t>There is nothing to fear, let them try, what is there to fear?</w:t>
      </w:r>
    </w:p>
    <w:p>
      <w:r>
        <w:t>[]…</w:t>
      </w:r>
    </w:p>
    <w:p>
      <w:r>
        <w:t>...{To fear}, if not she will die, {can.. can die} they can revive this and not.. as though there had been nothing</w:t>
      </w:r>
    </w:p>
    <w:p>
      <w:r>
        <w:t>[..]…</w:t>
      </w:r>
    </w:p>
    <w:p>
      <w:r>
        <w:t>.{About} every moment, a pity about every moment.{About} every moment, a pity about every momentt tt y *-׳&lt;</w:t>
      </w:r>
    </w:p>
    <w:p>
      <w:r>
        <w:t>.{About} every moment, a pity about every moment</w:t>
      </w:r>
    </w:p>
    <w:p>
      <w:r>
        <w:t>.{About} every moment, a pity about every moment</w:t>
      </w:r>
    </w:p>
    <w:p>
      <w:r>
        <w:t>[….]</w:t>
      </w:r>
    </w:p>
    <w:p>
      <w:r>
        <w:t>{…….}</w:t>
      </w:r>
    </w:p>
    <w:p>
      <w:r>
        <w:t>[Shai broke the tooth..]</w:t>
      </w:r>
    </w:p>
    <w:p>
      <w:r>
        <w:t>Such suffering</w:t>
      </w:r>
    </w:p>
    <w:p>
      <w:r>
        <w:t>[…]</w:t>
      </w:r>
    </w:p>
    <w:p>
      <w:r>
        <w:t>This will immediately heal completely</w:t>
      </w:r>
    </w:p>
    <w:p>
      <w:r>
        <w:t>[…… to the doctors]</w:t>
      </w:r>
    </w:p>
    <w:p>
      <w:r>
        <w:t>[So I will call, so I will call]</w:t>
      </w:r>
    </w:p>
    <w:p>
      <w:r>
        <w:t>[...]</w:t>
      </w:r>
    </w:p>
    <w:p>
      <w:r>
        <w:t>[Tell him that..]…</w:t>
      </w:r>
    </w:p>
    <w:p>
      <w:r>
        <w:t>...This must be publicized, and everyone will know, will know that this is a healing</w:t>
      </w:r>
    </w:p>
    <w:p>
      <w:r>
        <w:t>For a burn, a healing, this is a healing</w:t>
      </w:r>
    </w:p>
    <w:p>
      <w:r>
        <w:t>[The extract of 'Wissotzky' tea, yes …..]…</w:t>
      </w:r>
    </w:p>
    <w:p>
      <w:r>
        <w:t>...In Teveria there was a great doctor, David, Doctor David, {everyone knows this}</w:t>
      </w:r>
    </w:p>
    <w:p>
      <w:r>
        <w:t>And for burns he was a great expert, yes, and he laughed at this</w:t>
      </w:r>
    </w:p>
    <w:p>
      <w:r>
        <w:t>So I went to him and told him, and he tried it, {yes}</w:t>
      </w:r>
    </w:p>
    <w:p>
      <w:r>
        <w:t>And immediately there was a change for the better, a great change good, yes</w:t>
      </w:r>
    </w:p>
    <w:p>
      <w:r>
        <w:t>[I, I will call, I will call..]</w:t>
      </w:r>
    </w:p>
    <w:p>
      <w:r>
        <w:t>He, he, he, they brought the sick person to the doctor, he said:</w:t>
      </w:r>
    </w:p>
    <w:p>
      <w:r>
        <w:t>"Who is the doctor?"</w:t>
      </w:r>
    </w:p>
    <w:p>
      <w:r>
        <w:t>{So} they said:</w:t>
      </w:r>
    </w:p>
    <w:p>
      <w:r>
        <w:t>"This is impossible, this is already a doctor {impossible}"</w:t>
      </w:r>
    </w:p>
    <w:p>
      <w:r>
        <w:t>So, so he did it, and the sick person became completely healthy...</w:t>
      </w:r>
    </w:p>
    <w:p>
      <w:r>
        <w:t>...The extract of the 'Wissotzky' tea, they should put it on the wounds, on the place of the burn and they will see that it will pass immediately…</w:t>
      </w:r>
    </w:p>
    <w:p>
      <w:r>
        <w:t>...To sacrifice myself to travel, {to leave} even now</w:t>
      </w:r>
    </w:p>
    <w:p>
      <w:r>
        <w:t>Yes, what is there?</w:t>
      </w:r>
    </w:p>
    <w:p>
      <w:r>
        <w:t>{..}.. will travel with me?</w:t>
      </w:r>
    </w:p>
    <w:p>
      <w:r>
        <w:t>[Yes]…</w:t>
      </w:r>
    </w:p>
    <w:p>
      <w:r>
        <w:t>...To Hadassah, {up to the doctors}…</w:t>
      </w:r>
    </w:p>
    <w:p>
      <w:r>
        <w:t>...Gevalt, gevalt, gevalt, gevalt</w:t>
      </w:r>
    </w:p>
    <w:p>
      <w:r>
        <w:t>Immediately, she will immediately heal, it will immediately change, everyone will see…</w:t>
      </w:r>
    </w:p>
    <w:p>
      <w:r>
        <w:t>...{…}, there will be someone traveling, perhaps Chaim, perhaps with another…</w:t>
      </w:r>
    </w:p>
    <w:p>
      <w:r>
        <w:t>...I want to speak with the doctors, a trial, there is no fear</w:t>
      </w:r>
    </w:p>
    <w:p>
      <w:r>
        <w:t>They will see what this is…</w:t>
      </w:r>
    </w:p>
    <w:p>
      <w:r>
        <w:t>...Who, who will travel with me?…</w:t>
      </w:r>
    </w:p>
    <w:p>
      <w:r>
        <w:t>...And we will return immediately…</w:t>
      </w:r>
    </w:p>
    <w:p>
      <w:r>
        <w:t>...To see, to see the sick person, what this is.., what this does</w:t>
      </w:r>
    </w:p>
    <w:p>
      <w:r>
        <w:t>Then immediately, immediately we will return, immediately home…</w:t>
      </w:r>
    </w:p>
    <w:p>
      <w:r>
        <w:t>…{It will be}..</w:t>
      </w:r>
    </w:p>
    <w:p>
      <w:r>
        <w:t>[Yes]</w:t>
      </w:r>
    </w:p>
    <w:p>
      <w:r>
        <w:t>{It will be like this}, and what is there?</w:t>
      </w:r>
    </w:p>
    <w:p>
      <w:r>
        <w:t>[Good, so..]</w:t>
      </w:r>
    </w:p>
    <w:p>
      <w:r>
        <w:t>Three hours, four hours, five hours, all day, all night, what?</w:t>
      </w:r>
    </w:p>
    <w:p>
      <w:r>
        <w:t>[I am going to call him]</w:t>
      </w:r>
    </w:p>
    <w:p>
      <w:r>
        <w:t>{A miracle will be made for Yisrael, from death to life}</w:t>
      </w:r>
    </w:p>
    <w:p>
      <w:r>
        <w:t>[Right, so I am going to call Amnon?]</w:t>
      </w:r>
    </w:p>
    <w:p>
      <w:r>
        <w:t>Ah?</w:t>
      </w:r>
    </w:p>
    <w:p>
      <w:r>
        <w:t>[I am going to..]</w:t>
      </w:r>
    </w:p>
    <w:p>
      <w:r>
        <w:t>Amnon, yes, yes…</w:t>
      </w:r>
    </w:p>
    <w:p>
      <w:r>
        <w:t>...Now, now</w:t>
      </w:r>
    </w:p>
    <w:p>
      <w:r>
        <w:t>[Good]</w:t>
      </w:r>
    </w:p>
    <w:p>
      <w:r>
        <w:t>Every moment is a pity</w:t>
      </w:r>
    </w:p>
    <w:p>
      <w:r>
        <w:t>[Good]…</w:t>
      </w:r>
    </w:p>
    <w:p>
      <w:r>
        <w:t>...[….]</w:t>
      </w:r>
    </w:p>
    <w:p>
      <w:r>
        <w:t>Yes, the doctors and everyone</w:t>
      </w:r>
    </w:p>
    <w:p>
      <w:r>
        <w:t>[..]</w:t>
      </w:r>
    </w:p>
    <w:p>
      <w:r>
        <w:t>But they can see</w:t>
      </w:r>
    </w:p>
    <w:p>
      <w:r>
        <w:t>[But they do not want to do it, they do not want to]</w:t>
      </w:r>
    </w:p>
    <w:p>
      <w:r>
        <w:t>[They are not prepared to try in the meantime]</w:t>
      </w:r>
    </w:p>
    <w:p>
      <w:r>
        <w:t>{..}</w:t>
      </w:r>
    </w:p>
    <w:p>
      <w:r>
        <w:t>[The family does not take it seriously]</w:t>
      </w:r>
    </w:p>
    <w:p>
      <w:r>
        <w:t>Eh? What are they saying?</w:t>
      </w:r>
    </w:p>
    <w:p>
      <w:r>
        <w:t>[The family, they do not even want to try, they do not, they are not prepared to do it] {…} they do not know..</w:t>
      </w:r>
    </w:p>
    <w:p>
      <w:r>
        <w:t>[..]</w:t>
      </w:r>
    </w:p>
    <w:p>
      <w:r>
        <w:t>They do not know</w:t>
      </w:r>
    </w:p>
    <w:p>
      <w:r>
        <w:t>[But they do not want to, Saba]</w:t>
      </w:r>
    </w:p>
    <w:p>
      <w:r>
        <w:t>First I want to speak with the doctors</w:t>
      </w:r>
    </w:p>
    <w:p>
      <w:r>
        <w:t>[….]</w:t>
      </w:r>
    </w:p>
    <w:p>
      <w:r>
        <w:t>If not, no, no, then we will return</w:t>
      </w:r>
    </w:p>
    <w:p>
      <w:r>
        <w:t>I want {to speak}, to speak with the doctors about what I saw</w:t>
      </w:r>
    </w:p>
    <w:p>
      <w:r>
        <w:t>It will heal immediately</w:t>
      </w:r>
    </w:p>
    <w:p>
      <w:r>
        <w:t>[Tell him, perhaps, perhaps..]…</w:t>
      </w:r>
    </w:p>
    <w:p>
      <w:r>
        <w:t>...{I will travel} and he will also speak with the doctors</w:t>
      </w:r>
    </w:p>
    <w:p>
      <w:r>
        <w:t>[Good]</w:t>
      </w:r>
    </w:p>
    <w:p>
      <w:r>
        <w:t>It is a pity about every moment</w:t>
      </w:r>
    </w:p>
    <w:p>
      <w:r>
        <w:t>[Good, you want.., perhaps, perhaps he wants us to send..]…</w:t>
      </w:r>
    </w:p>
    <w:p>
      <w:r>
        <w:t>...yes</w:t>
      </w:r>
    </w:p>
    <w:p>
      <w:r>
        <w:t>[..]…</w:t>
      </w:r>
    </w:p>
    <w:p>
      <w:r>
        <w:t>...[Uri]</w:t>
      </w:r>
    </w:p>
    <w:p>
      <w:r>
        <w:t>[Yes?]</w:t>
      </w:r>
    </w:p>
    <w:p>
      <w:r>
        <w:t>[Do you have a blank tape]</w:t>
      </w:r>
    </w:p>
    <w:p>
      <w:r>
        <w:t>{To try}</w:t>
      </w:r>
    </w:p>
    <w:p>
      <w:r>
        <w:t>[…..…….]</w:t>
      </w:r>
    </w:p>
    <w:p>
      <w:r>
        <w:t>[………...]…</w:t>
      </w:r>
    </w:p>
    <w:p>
      <w:r>
        <w:t>...(Saba says "Tefilas HaDerech")</w:t>
      </w:r>
    </w:p>
    <w:p>
      <w:r>
        <w:t>[Amen]…</w:t>
      </w:r>
    </w:p>
    <w:p>
      <w:r>
        <w:t>...He is Rabbainu, "And they believed in Hashem and in Moshe His servant"</w:t>
      </w:r>
    </w:p>
    <w:p>
      <w:r>
        <w:t>{..} they will believe in Hashem, "and in Moshe His servant?”</w:t>
      </w:r>
    </w:p>
    <w:p>
      <w:r>
        <w:t>It, we want only as much, as we know, we understand, and do not want faith {…}..</w:t>
      </w:r>
    </w:p>
    <w:p>
      <w:r>
        <w:t>But the main thing is faith, the main thing is faith</w:t>
      </w:r>
    </w:p>
    <w:p>
      <w:r>
        <w:t>And the essence of faith is to believe in the Tzaddik, and also in Moshe His servant</w:t>
      </w:r>
    </w:p>
    <w:p>
      <w:r>
        <w:t>'And in Moshe His servant'</w:t>
      </w:r>
    </w:p>
    <w:p>
      <w:r>
        <w:t>We are the seed of the Tzaddik</w:t>
      </w:r>
    </w:p>
    <w:p>
      <w:r>
        <w:t>We need to look for ways to reach faith in the Tzaddik</w:t>
      </w:r>
    </w:p>
    <w:p>
      <w:r>
        <w:t>Because this is the essence of our rectification, the essence of everything</w:t>
      </w:r>
    </w:p>
    <w:p>
      <w:r>
        <w:t>He.. {did}then we need to walk, to go around</w:t>
      </w:r>
    </w:p>
    <w:p>
      <w:r>
        <w:t>[Yes]</w:t>
      </w:r>
    </w:p>
    <w:p>
      <w:r>
        <w:t>But in principle it is not, not to lie down</w:t>
      </w:r>
    </w:p>
    <w:p>
      <w:r>
        <w:t>[Good]</w:t>
      </w:r>
    </w:p>
    <w:p>
      <w:r>
        <w:t>So perhaps..</w:t>
      </w:r>
    </w:p>
    <w:p>
      <w:r>
        <w:t>The main thing is, is faith, Rabbainu Hakadosh also says in these words:</w:t>
      </w:r>
    </w:p>
    <w:p>
      <w:r>
        <w:t>"The main thing is faith"</w:t>
      </w:r>
    </w:p>
    <w:p>
      <w:r>
        <w:t>This is the main thing, this is the rectification, this is the healing, and the redemption, yes</w:t>
      </w:r>
    </w:p>
    <w:p>
      <w:r>
        <w:t>Faith is a great deal, a very great deal</w:t>
      </w:r>
    </w:p>
    <w:p>
      <w:r>
        <w:t>Faith, to believe in us, in us, in ourselves</w:t>
      </w:r>
    </w:p>
    <w:p>
      <w:r>
        <w:t>Hashem Yisborach wants us as we are</w:t>
      </w:r>
    </w:p>
    <w:p>
      <w:r>
        <w:t>Yes, oy, ho..</w:t>
      </w:r>
    </w:p>
    <w:p>
      <w:r>
        <w:t>It is no solution to lie down, lie down, lie down, only to go around</w:t>
      </w:r>
    </w:p>
    <w:p>
      <w:r>
        <w:t>And to believe in oneself, that I, as I am, Hashem Yisborach wants me</w:t>
      </w:r>
    </w:p>
    <w:p>
      <w:r>
        <w:t>Wants me and wants me to have faith in the Tzaddik and in ourselves, yes</w:t>
      </w:r>
    </w:p>
    <w:p>
      <w:r>
        <w:t>Nu, to go around in the house, we will go up the stairs</w:t>
      </w:r>
    </w:p>
    <w:p>
      <w:r>
        <w:t>And in prayer {and not like this: “the prayer is far from me”}</w:t>
      </w:r>
    </w:p>
    <w:p>
      <w:r>
        <w:t>That it should not, God forbid, be like this, without faith and without vitality and without, without everything, without a soul, without vitality, without.. the main thing is faith, and faith is, {to believe} in the Tzaddik, and in Moshe His servant</w:t>
      </w:r>
    </w:p>
    <w:p>
      <w:r>
        <w:t>And also that he should believe in himself, that Hashem Yisborach loves me and wants me to return in teshuvah {..}, then we need {.…}</w:t>
      </w:r>
    </w:p>
    <w:p>
      <w:r>
        <w:t>To overcome with all one’s strength, to strengthen oneself in faith, this is…</w:t>
      </w:r>
    </w:p>
    <w:p>
      <w:pPr>
        <w:pStyle w:val="Heading2"/>
      </w:pPr>
      <w:r>
        <w:t>Side B (Bais)</w:t>
      </w:r>
    </w:p>
    <w:p>
      <w:r>
        <w:t>...to overcome with all one’s strength, to strengthen oneself in faith</w:t>
      </w:r>
    </w:p>
    <w:p>
      <w:r>
        <w:t>This is the essence of the rectification and the essence of our redemption, {..}..</w:t>
      </w:r>
    </w:p>
    <w:p>
      <w:r>
        <w:t>The main thing is faith, and Rabbainu Hakadosh speaks a great deal about this, and also speaks a great deal about joy Rabbainu and Rebbe Nassan strengthen us and awaken us so that we merit joy</w:t>
      </w:r>
    </w:p>
    <w:p>
      <w:r>
        <w:t>What is joy?</w:t>
      </w:r>
    </w:p>
    <w:p>
      <w:r>
        <w:t>To rejoice in ourselves, that I too, as I am, Hashem Yisborach wants me, th..</w:t>
      </w:r>
    </w:p>
    <w:p>
      <w:r>
        <w:t>Th..{..} we will look for ways to return to the Torah, to holiness</w:t>
      </w:r>
    </w:p>
    <w:p>
      <w:r>
        <w:t>Nu, ah.. ah..</w:t>
      </w:r>
    </w:p>
    <w:p>
      <w:r>
        <w:t>Perhaps you have, look.. thinner ones</w:t>
      </w:r>
    </w:p>
    <w:p>
      <w:r>
        <w:t>[Good, good, good]</w:t>
      </w:r>
    </w:p>
    <w:p>
      <w:r>
        <w:t>Thinner socks</w:t>
      </w:r>
    </w:p>
    <w:p>
      <w:r>
        <w:t>[Good]</w:t>
      </w:r>
    </w:p>
    <w:p>
      <w:r>
        <w:t>And we will go, like, like people go and search for some thing</w:t>
      </w:r>
    </w:p>
    <w:p>
      <w:r>
        <w:t>We will go, we will search for how to merit the rectification of redemption, how to merit</w:t>
      </w:r>
    </w:p>
    <w:p>
      <w:r>
        <w:t>Oy, oy, oy, ah...</w:t>
      </w:r>
    </w:p>
    <w:p>
      <w:r>
        <w:t>...and.. and I, and I will finish, yes</w:t>
      </w:r>
    </w:p>
    <w:p>
      <w:r>
        <w:t>[..]…</w:t>
      </w:r>
    </w:p>
    <w:p>
      <w:r>
        <w:t>...{..}, in Hashem, in faith, "And they believed in Hashem," the song, song is joy, song</w:t>
      </w:r>
    </w:p>
    <w:p>
      <w:r>
        <w:t>"I will sing to Hashem, for He is exalted, exalted, horse and its rider He cast into the sea"</w:t>
      </w:r>
    </w:p>
    <w:p>
      <w:r>
        <w:t>The horse and its rider, horse, yes, horse, horse and its rider</w:t>
      </w:r>
    </w:p>
    <w:p>
      <w:r>
        <w:t>"Horse and its rider He cast into the sea, my strength and song is Yah, and He became my salvation"</w:t>
      </w:r>
    </w:p>
    <w:p>
      <w:r>
        <w:t>This is the salvation</w:t>
      </w:r>
    </w:p>
    <w:p>
      <w:r>
        <w:t>Strength, strength, "strength and song is Yah"</w:t>
      </w:r>
    </w:p>
    <w:p>
      <w:r>
        <w:t>"Those who strengthen themselves, those who strengthen themselves" want to sing, yes</w:t>
      </w:r>
    </w:p>
    <w:p>
      <w:r>
        <w:t>And this is the essence of the rectification, not, God forbid, to fall</w:t>
      </w:r>
    </w:p>
    <w:p>
      <w:r>
        <w:t>Only to rejoice and strengthen oneself in Hashem</w:t>
      </w:r>
    </w:p>
    <w:p>
      <w:r>
        <w:t>And we also need to help ourselves, yes</w:t>
      </w:r>
    </w:p>
    <w:p>
      <w:r>
        <w:t>To look for ways how to live and not to die</w:t>
      </w:r>
    </w:p>
    <w:p>
      <w:r>
        <w:t>It is death, if, if one lies down and does nothing, it is death</w:t>
      </w:r>
    </w:p>
    <w:p>
      <w:r>
        <w:t>So we need to..</w:t>
      </w:r>
    </w:p>
    <w:p>
      <w:r>
        <w:t>No, no, no, no</w:t>
      </w:r>
    </w:p>
    <w:p>
      <w:r>
        <w:t>Oy</w:t>
      </w:r>
    </w:p>
    <w:p>
      <w:r>
        <w:t>It is an easy thing, 'faith,' it is one word, it is not many things</w:t>
      </w:r>
    </w:p>
    <w:p>
      <w:r>
        <w:t>Easy – 'faith'</w:t>
      </w:r>
    </w:p>
    <w:p>
      <w:r>
        <w:t>So it is not something that can be understood, it is a spiritual thing, spiritual, faith is, it depends on the heart</w:t>
      </w:r>
    </w:p>
    <w:p>
      <w:r>
        <w:t>Oy, we need to strengthen ourselves and learn to merit faith, faith</w:t>
      </w:r>
    </w:p>
    <w:p>
      <w:r>
        <w:t>Without faith there is no joy, no vitality</w:t>
      </w:r>
    </w:p>
    <w:p>
      <w:r>
        <w:t>Oy, we need to strengthen ourselves and search for faith</w:t>
      </w:r>
    </w:p>
    <w:p>
      <w:r>
        <w:t>Faith both in the Tzaddik and also, and also in us, yes</w:t>
      </w:r>
    </w:p>
    <w:p>
      <w:r>
        <w:t>Just as, just as I am, Hashem Yisborach wants me and loves me and wants me to overcome and be a mighty man</w:t>
      </w:r>
    </w:p>
    <w:p>
      <w:r>
        <w:t>To overcome, to be joyful, to be, not, not to be a shlimazlnik, yes</w:t>
      </w:r>
    </w:p>
    <w:p>
      <w:r>
        <w:t>Bring me a fresh egg, put a little water into some vessel and boil it, and bring me the egg and the water</w:t>
      </w:r>
    </w:p>
    <w:p>
      <w:r>
        <w:t>And I.. we need to cover for about, ten moments, {and that it come ou..}.., the egg will be in hot water</w:t>
      </w:r>
    </w:p>
    <w:p>
      <w:r>
        <w:t>Then, then it gives strength, yes</w:t>
      </w:r>
    </w:p>
    <w:p>
      <w:r>
        <w:t>He said, he.. oy, oy, oy</w:t>
      </w:r>
    </w:p>
    <w:p>
      <w:r>
        <w:t>We need to strengthen ourselves, {to understand}</w:t>
      </w:r>
    </w:p>
    <w:p>
      <w:r>
        <w:t>Faith is an easy thing, yes, we do not need to toil and search</w:t>
      </w:r>
    </w:p>
    <w:p>
      <w:r>
        <w:t>We need only the heart, that it should yearn for good, to return to good, to serve Hashem Yisborach...</w:t>
      </w:r>
    </w:p>
    <w:p>
      <w:r>
        <w:t>...{perhaps ...}...</w:t>
      </w:r>
    </w:p>
    <w:p>
      <w:r>
        <w:t>...[I do not know what name to give him, Rebbe Yisroel]</w:t>
      </w:r>
    </w:p>
    <w:p>
      <w:r>
        <w:t>Ah, "Naftali"</w:t>
      </w:r>
    </w:p>
    <w:p>
      <w:r>
        <w:t>["Naftali”?]</w:t>
      </w:r>
    </w:p>
    <w:p>
      <w:r>
        <w:t>Yes</w:t>
      </w:r>
    </w:p>
    <w:p>
      <w:r>
        <w:t>[Oh, boruch Hashem]</w:t>
      </w:r>
    </w:p>
    <w:p>
      <w:r>
        <w:t>He, he is also a disciple of Rabbainu Hakadosh, Rebbe Nassan is greater</w:t>
      </w:r>
    </w:p>
    <w:p>
      <w:r>
        <w:t>[Yes]</w:t>
      </w:r>
    </w:p>
    <w:p>
      <w:r>
        <w:t>But this is also good</w:t>
      </w:r>
    </w:p>
    <w:p>
      <w:r>
        <w:t>[Boruch Hashem, boruch Hashem, thank you very much, Rebbe Yisroel]</w:t>
      </w:r>
    </w:p>
    <w:p>
      <w:r>
        <w:t>"Naftali"</w:t>
      </w:r>
    </w:p>
    <w:p>
      <w:r>
        <w:t>[Rebbe Yisroel]</w:t>
      </w:r>
    </w:p>
    <w:p>
      <w:r>
        <w:t>Nu, what is this...</w:t>
      </w:r>
    </w:p>
    <w:p>
      <w:r>
        <w:t>...[A sandek for the boy, please, I will come all the way to the house if you want, you do not need to move I will come to the house with the mohel, you just hold him a little]</w:t>
      </w:r>
    </w:p>
    <w:p>
      <w:r>
        <w:t>No</w:t>
      </w:r>
    </w:p>
    <w:p>
      <w:r>
        <w:t>[Please]</w:t>
      </w:r>
    </w:p>
    <w:p>
      <w:r>
        <w:t>No, this, this, this, this, this is not..</w:t>
      </w:r>
    </w:p>
    <w:p>
      <w:r>
        <w:t>[Please, please, Rebbe Yisroel, please]</w:t>
      </w:r>
    </w:p>
    <w:p>
      <w:r>
        <w:t>The main thing is faith in Hashem and in Moshe His servant</w:t>
      </w:r>
    </w:p>
    <w:p>
      <w:r>
        <w:t>[Yes, Rebbe Yisroel]</w:t>
      </w:r>
    </w:p>
    <w:p>
      <w:r>
        <w:t>This is the main thing, truly, faith</w:t>
      </w:r>
    </w:p>
    <w:p>
      <w:r>
        <w:t>[…]</w:t>
      </w:r>
    </w:p>
    <w:p>
      <w:r>
        <w:t>There is no, "there is no faith without truth and there is no truth without faith”</w:t>
      </w:r>
    </w:p>
    <w:p>
      <w:r>
        <w:t>So what is this? How much is it?</w:t>
      </w:r>
    </w:p>
    <w:p>
      <w:r>
        <w:t>[Ten..]...</w:t>
      </w:r>
    </w:p>
    <w:p>
      <w:r>
        <w:t>...{…, why are you not answering}, covered, the water is covered</w:t>
      </w:r>
    </w:p>
    <w:p>
      <w:r>
        <w:t>[Rebbe Yisroel, we already prepared two eggs and they fell on the floor, they broke]</w:t>
      </w:r>
    </w:p>
    <w:p>
      <w:r>
        <w:t>{..}</w:t>
      </w:r>
    </w:p>
    <w:p>
      <w:r>
        <w:t>[Now, now they are preparing a third egg]</w:t>
      </w:r>
    </w:p>
    <w:p>
      <w:r>
        <w:t>Nu</w:t>
      </w:r>
    </w:p>
    <w:p>
      <w:r>
        <w:t>[In the kitchen, and they are preparing it, another ten minutes, a quarter of an hour, it will be ready, wait a little</w:t>
      </w:r>
    </w:p>
    <w:p>
      <w:r>
        <w:t>Because they fell here, the table is not stable, it is not stable here]</w:t>
      </w:r>
    </w:p>
    <w:p>
      <w:r>
        <w:t>Oy vey, oy vey</w:t>
      </w:r>
    </w:p>
    <w:p>
      <w:r>
        <w:t>[Saba, they have a big fire in America, in America]</w:t>
      </w:r>
    </w:p>
    <w:p>
      <w:r>
        <w:t>Nu</w:t>
      </w:r>
    </w:p>
    <w:p>
      <w:r>
        <w:t>[They have a big fire]</w:t>
      </w:r>
    </w:p>
    <w:p>
      <w:r>
        <w:t>A fire?</w:t>
      </w:r>
    </w:p>
    <w:p>
      <w:r>
        <w:t>[Yes, already more than a thousand houses have burned]</w:t>
      </w:r>
    </w:p>
    <w:p>
      <w:r>
        <w:t>[Where, which city?]</w:t>
      </w:r>
    </w:p>
    <w:p>
      <w:r>
        <w:t>[Los Angeles]</w:t>
      </w:r>
    </w:p>
    <w:p>
      <w:r>
        <w:t>[Baruch Hashem]</w:t>
      </w:r>
    </w:p>
    <w:p>
      <w:r>
        <w:t>[They are not succeeding in bringing it under control, someone keeps setting fires for them, apparently..]...</w:t>
      </w:r>
    </w:p>
    <w:p>
      <w:r>
        <w:t>...fires, then fear, great fear</w:t>
      </w:r>
    </w:p>
    <w:p>
      <w:r>
        <w:t>[…...]</w:t>
      </w:r>
    </w:p>
    <w:p>
      <w:r>
        <w:t>Eh? Here in Eretz Yisroel there are no fires</w:t>
      </w:r>
    </w:p>
    <w:p>
      <w:r>
        <w:t>But money is nothing</w:t>
      </w:r>
    </w:p>
    <w:p>
      <w:r>
        <w:t>Mon.. they will pay for it, no, no.. {..}</w:t>
      </w:r>
    </w:p>
    <w:p>
      <w:r>
        <w:t>"I am afraid to sleep, lest a fire come</w:t>
      </w:r>
    </w:p>
    <w:p>
      <w:r>
        <w:t>Nu, let us go, let us go to Eretz Yisroel, there are no fires there</w:t>
      </w:r>
    </w:p>
    <w:p>
      <w:r>
        <w:t>There is no other counsel, only to go to Eretz Yisroel"</w:t>
      </w:r>
    </w:p>
    <w:p>
      <w:r>
        <w:t>"I want to sleep at your place"</w:t>
      </w:r>
    </w:p>
    <w:p>
      <w:r>
        <w:t>"I have no room"</w:t>
      </w:r>
    </w:p>
    <w:p>
      <w:r>
        <w:t>"I will give you as much as you want"</w:t>
      </w:r>
    </w:p>
    <w:p>
      <w:r>
        <w:t>[……..]</w:t>
      </w:r>
    </w:p>
    <w:p>
      <w:r>
        <w:t>[….….]</w:t>
      </w:r>
    </w:p>
    <w:p>
      <w:r>
        <w:t>"In Eretz Yisroel there are no fires"</w:t>
      </w:r>
    </w:p>
    <w:p>
      <w:r>
        <w:t>Oy vey, oy vey, perhaps we should go outside?…</w:t>
      </w:r>
    </w:p>
    <w:p>
      <w:r>
        <w:t>..."Outside, and in the house there is a danger of fires"</w:t>
      </w:r>
    </w:p>
    <w:p>
      <w:r>
        <w:t>Oy vey…</w:t>
      </w:r>
    </w:p>
    <w:p>
      <w:r>
        <w:t>...{..}…</w:t>
      </w:r>
    </w:p>
    <w:p>
      <w:r>
        <w:t>...there were also fires</w:t>
      </w:r>
    </w:p>
    <w:p>
      <w:r>
        <w:t>[….]…</w:t>
      </w:r>
    </w:p>
    <w:p>
      <w:r>
        <w:t>..."How are things? Outside there are also fires?"…</w:t>
      </w:r>
    </w:p>
    <w:p>
      <w:r>
        <w:t>..."If there are fires here too, here too, we need to flee"</w:t>
      </w:r>
    </w:p>
    <w:p>
      <w:r>
        <w:t>"Where to flee?”</w:t>
      </w:r>
    </w:p>
    <w:p>
      <w:r>
        <w:t>"To Eretz Yisroel"</w:t>
      </w:r>
    </w:p>
    <w:p>
      <w:r>
        <w:t>"In Eretz Yisroel they do not allow, only with a permit"</w:t>
      </w:r>
    </w:p>
    <w:p>
      <w:r>
        <w:t>[Only with a permit..]…</w:t>
      </w:r>
    </w:p>
    <w:p>
      <w:r>
        <w:t>..."Perhaps a fire will come?”</w:t>
      </w:r>
    </w:p>
    <w:p>
      <w:r>
        <w:t>"Go outside, you are afraid of a fire, go outside”…</w:t>
      </w:r>
    </w:p>
    <w:p>
      <w:r>
        <w:t>…{…}...</w:t>
      </w:r>
    </w:p>
    <w:p>
      <w:r>
        <w:t>...we are in the generation in which Rabbainu was revealed</w:t>
      </w:r>
    </w:p>
    <w:p>
      <w:r>
        <w:t>[..]</w:t>
      </w:r>
    </w:p>
    <w:p>
      <w:r>
        <w:t>If not, God forbid, there is no place to be, to sleep, a fire can, fire, fire, fire, can come…</w:t>
      </w:r>
    </w:p>
    <w:p>
      <w:r>
        <w:t>...they will ask you:</w:t>
      </w:r>
    </w:p>
    <w:p>
      <w:r>
        <w:t>"Is it possible to sleep?"</w:t>
      </w:r>
    </w:p>
    <w:p>
      <w:r>
        <w:t>"Yes, {only if you will be with me, if.. if you w.., if you have Torah and mitzvos}, eh, yes, you can sleep, if not, there is danger, {why should I be in danger?}, there is danger”...</w:t>
      </w:r>
    </w:p>
    <w:p>
      <w:r>
        <w:t>...{…}...</w:t>
      </w:r>
    </w:p>
    <w:p>
      <w:r>
        <w:t>...the coming of Mashiach will be</w:t>
      </w:r>
    </w:p>
    <w:p>
      <w:r>
        <w:t>Then they will be afraid to sleep, then they will ask Mashiach:</w:t>
      </w:r>
    </w:p>
    <w:p>
      <w:r>
        <w:t>"What should be done?"…</w:t>
      </w:r>
    </w:p>
    <w:p>
      <w:r>
        <w:t>...[…]...</w:t>
      </w:r>
    </w:p>
    <w:p>
      <w:r>
        <w:t>...[My wife asks, where do we need to be..]...</w:t>
      </w:r>
    </w:p>
    <w:p>
      <w:r>
        <w:t>...{everyone} needs to be in Eretz Yisroel</w:t>
      </w:r>
    </w:p>
    <w:p>
      <w:r>
        <w:t>Says.., this is what Rabbainu says</w:t>
      </w:r>
    </w:p>
    <w:p>
      <w:r>
        <w:t>[Yes]…</w:t>
      </w:r>
    </w:p>
    <w:p>
      <w:r>
        <w:t>...every place, only in Eretz Yisroel</w:t>
      </w:r>
    </w:p>
    <w:p>
      <w:r>
        <w:t>[And Yerushalayim is better]...</w:t>
      </w:r>
    </w:p>
    <w:p>
      <w:r>
        <w:t>...[……]...</w:t>
      </w:r>
    </w:p>
    <w:p>
      <w:r>
        <w:t>...the guests? Then tell them</w:t>
      </w:r>
    </w:p>
    <w:p>
      <w:r>
        <w:t>[Yes]</w:t>
      </w:r>
    </w:p>
    <w:p>
      <w:r>
        <w:t>"There is a danger of fire"</w:t>
      </w:r>
    </w:p>
    <w:p>
      <w:r>
        <w:t>[Yes]</w:t>
      </w:r>
    </w:p>
    <w:p>
      <w:r>
        <w:t>"If you observe, recite 'Krias Shema,' if you observe the Torah and the mitzvos, there is already no danger"</w:t>
      </w:r>
    </w:p>
    <w:p>
      <w:r>
        <w:t>[Yes, yes, yes]…</w:t>
      </w:r>
    </w:p>
    <w:p>
      <w:r>
        <w:t>..."A danger of fire? I will pay you as much as you want"</w:t>
      </w:r>
    </w:p>
    <w:p>
      <w:r>
        <w:t>"No, it is not, anything, it is not anything, only to observe the Torah and the mitzvos and to believe in the Torah and in the mitzvos, yes, then there is no danger; if not, there is danger</w:t>
      </w:r>
    </w:p>
    <w:p>
      <w:r>
        <w:t>They can {it can be, God forbid}</w:t>
      </w:r>
    </w:p>
    <w:p>
      <w:r>
        <w:t>Then to ascend to Eretz Yisroel; if, if, if, if they pay with the Torah and mitzvos, then there is no danger</w:t>
      </w:r>
    </w:p>
    <w:p>
      <w:r>
        <w:t>And if not? There is a danger of fire</w:t>
      </w:r>
    </w:p>
    <w:p>
      <w:r>
        <w:t>"Yes? A danger of fire?, nu, a sign that we need to observe”</w:t>
      </w:r>
    </w:p>
    <w:p>
      <w:r>
        <w:t>[Uri, is it possible that there is a connection between the girl who was burned and today's talk..]…</w:t>
      </w:r>
    </w:p>
    <w:p>
      <w:r>
        <w:t>…{…}...</w:t>
      </w:r>
    </w:p>
    <w:p>
      <w:r>
        <w:t>...{…} without fear</w:t>
      </w:r>
    </w:p>
    <w:p>
      <w:r>
        <w:t>[Amen]…</w:t>
      </w:r>
    </w:p>
    <w:p>
      <w:r>
        <w:t>...without fear</w:t>
      </w:r>
    </w:p>
    <w:p>
      <w:r>
        <w:t>[Amen]</w:t>
      </w:r>
    </w:p>
    <w:p>
      <w:r>
        <w:t>And if not? Give money, as much, as much as I want, no, no, it will not help him</w:t>
      </w:r>
    </w:p>
    <w:p>
      <w:r>
        <w:t>There is a danger of fire...</w:t>
      </w:r>
    </w:p>
    <w:p>
      <w:r>
        <w:t>...[….]…</w:t>
      </w:r>
    </w:p>
    <w:p>
      <w:r>
        <w:t>...the children, the boys with, with, with, with the hats…</w:t>
      </w:r>
    </w:p>
    <w:p>
      <w:r>
        <w:t>...they need learning, if boys like these who.. but to teach them so they will understand that.. yes</w:t>
      </w:r>
    </w:p>
    <w:p>
      <w:r>
        <w:t>But..</w:t>
      </w:r>
    </w:p>
    <w:p>
      <w:r>
        <w:t>[…]</w:t>
      </w:r>
    </w:p>
    <w:p>
      <w:r>
        <w:t>Yes, when a child grows up, is grown up, his mind grows, and all, and all, and all the powers of the person, yes</w:t>
      </w:r>
    </w:p>
    <w:p>
      <w:r>
        <w:t>And he, he grows bigger from month to month and from year to year, more, bigger, bigger, yes</w:t>
      </w:r>
    </w:p>
    <w:p>
      <w:r>
        <w:t>And they can be taught, they can be taught..</w:t>
      </w:r>
    </w:p>
    <w:p>
      <w:r>
        <w:t>Yes, there needs to be supervision, guarding, and.. from us</w:t>
      </w:r>
    </w:p>
    <w:p>
      <w:r>
        <w:t>To illuminate in the boys the ways, the ways, the ways of teshuvah, the ways of modesty, and the ways of the.. yes</w:t>
      </w:r>
    </w:p>
    <w:p>
      <w:r>
        <w:t>We need to teach with them, then, then they will be precious children, and such generations will come forth from them</w:t>
      </w:r>
    </w:p>
    <w:p>
      <w:r>
        <w:t>Holy generations of Torah and emunah</w:t>
      </w:r>
    </w:p>
    <w:p>
      <w:r>
        <w:t>Oy..</w:t>
      </w:r>
    </w:p>
    <w:p>
      <w:r>
        <w:t>A child of seven, eight, of ten years, they can speak with him and explain {..} to them</w:t>
      </w:r>
    </w:p>
    <w:p>
      <w:r>
        <w:t>{And explain\and clarify} that the essence of life is the Torah, and the essential thing is to return and fulfill the Torah and the mitzvos, yes</w:t>
      </w:r>
    </w:p>
    <w:p>
      <w:r>
        <w:t>If not? Then the non-Jews, the non-Jews are like donkeys, with whom they do not study</w:t>
      </w:r>
    </w:p>
    <w:p>
      <w:r>
        <w:t>He does not know, he eats straw and knows nothing, like a donkey</w:t>
      </w:r>
    </w:p>
    <w:p>
      <w:r>
        <w:t>But we are human beings, human, human beings, holy sons of Torah</w:t>
      </w:r>
    </w:p>
    <w:p>
      <w:r>
        <w:t>They can illuminate in them the ways of the Torah and modesty and the..</w:t>
      </w:r>
    </w:p>
    <w:p>
      <w:r>
        <w:t>So that they will have powers to study Torah and fulfill, yes, it is necessary</w:t>
      </w:r>
    </w:p>
    <w:p>
      <w:r>
        <w:t>This is needed, not like, like they will study together with the non-Jews, no</w:t>
      </w:r>
    </w:p>
    <w:p>
      <w:r>
        <w:t>We need to teach the child, the small child, that one needs to observe washing and netilah, yes</w:t>
      </w:r>
    </w:p>
    <w:p>
      <w:r>
        <w:t>And the more he grows, he, he, he, he will convert, he..</w:t>
      </w:r>
    </w:p>
    <w:p>
      <w:r>
        <w:t>He will merit to understand {….}, how, how to study, how, how to live</w:t>
      </w:r>
    </w:p>
    <w:p>
      <w:r>
        <w:t>We need to educate the children in their smallness according to his mind, according to his vessels</w:t>
      </w:r>
    </w:p>
    <w:p>
      <w:r>
        <w:t>And to study with them the ways of the Torah, the ways of modesty, yes</w:t>
      </w:r>
    </w:p>
    <w:p>
      <w:r>
        <w:t>And that he should know the Torah, and that he should know the Tanach, the Tanach and the Torah, that he should know and believe in the Tanach, in the Torah</w:t>
      </w:r>
    </w:p>
    <w:p>
      <w:r>
        <w:t>If not? Then they are donkeys, a sort, a sort of donkeys, not human beings</w:t>
      </w:r>
    </w:p>
    <w:p>
      <w:r>
        <w:t>If not this?</w:t>
      </w:r>
    </w:p>
    <w:p>
      <w:r>
        <w:t>Then we need to pay attention to illuminate, to educate the boys and the girls in the ways of modesty and the Torah, yes</w:t>
      </w:r>
    </w:p>
    <w:p>
      <w:r>
        <w:t>Not like the non-Jews; they study in school only to speak nicely</w:t>
      </w:r>
    </w:p>
    <w:p>
      <w:r>
        <w:t>No, no, no, without Torah, without Torah {it is nothing}</w:t>
      </w:r>
    </w:p>
    <w:p>
      <w:r>
        <w:t>We are the Children of Israel, a holy nation; we need to teach the children the ways of {…}</w:t>
      </w:r>
    </w:p>
    <w:p>
      <w:r>
        <w:t>The ways of truth, the ways of modesty, the ways of holiness, yes</w:t>
      </w:r>
    </w:p>
    <w:p>
      <w:r>
        <w:t>And they should know the Torah, the Tanach and the Torah and the Gemara and the Midrash, and that they should study and know</w:t>
      </w:r>
    </w:p>
    <w:p>
      <w:r>
        <w:t>They should become accustomed, and become accustomed to study and understand, he will be secure, yes</w:t>
      </w:r>
    </w:p>
    <w:p>
      <w:r>
        <w:t>His mind, he has a mind and he does not have, does not have, and no attention is paid to them so that they will be educated in Torah and fear of Heaven, oy vey iz mir</w:t>
      </w:r>
    </w:p>
    <w:p>
      <w:r>
        <w:t>This will be the redemption, and the children will be good, holy sons</w:t>
      </w:r>
    </w:p>
    <w:p>
      <w:r>
        <w:t>Oy, oy, oy</w:t>
      </w:r>
    </w:p>
    <w:p>
      <w:r>
        <w:t>We need to accustom the children to say {{him to me}}, Tehillim and "Likutay Tefilos"</w:t>
      </w:r>
    </w:p>
    <w:p>
      <w:r>
        <w:t>And they should understand and know what it is, what a Jew is, what..</w:t>
      </w:r>
    </w:p>
    <w:p>
      <w:r>
        <w:t>That he should study Torah and fulfill the Torah and believe in the Torah</w:t>
      </w:r>
    </w:p>
    <w:p>
      <w:r>
        <w:t>Oy, oy, oy, oy, oy, oy, oy, oy...</w:t>
      </w:r>
    </w:p>
    <w:p>
      <w:r>
        <w:t>...on the bed</w:t>
      </w:r>
    </w:p>
    <w:p>
      <w:r>
        <w:t>Yes, the father and the mother...</w:t>
      </w:r>
    </w:p>
    <w:p>
      <w:r>
        <w:t>...{..}...</w:t>
      </w:r>
    </w:p>
    <w:p>
      <w:r>
        <w:t>...oy, this was, was, we were, all the non-Jews were, were, were jealous of us and of our children, yes</w:t>
      </w:r>
    </w:p>
    <w:p>
      <w:r>
        <w:t>And there was a world, a world, a world holy in Torah and fear of Heaven, yes</w:t>
      </w:r>
    </w:p>
    <w:p>
      <w:r>
        <w:t>But they, like this they do not, do not, do not know of the Torah, do not, do not, do not know at all what.. yes</w:t>
      </w:r>
    </w:p>
    <w:p>
      <w:r>
        <w:t>Like the non-Jews</w:t>
      </w:r>
    </w:p>
    <w:p>
      <w:r>
        <w:t>Only to learn to speak {without any sense}, nothing, without, without a soul, without vitality, without anything; a time will come, will come, when all of us will know the Torah and believe in the Torah and fulfill the Torah…</w:t>
      </w:r>
    </w:p>
    <w:p>
      <w:r>
        <w:t>...education, to educate the children in the ways of the Torah, that they should know and study and be secure</w:t>
      </w:r>
    </w:p>
    <w:p>
      <w:r>
        <w:t>And the non-Jews will be like donkeys, yes</w:t>
      </w:r>
    </w:p>
    <w:p>
      <w:r>
        <w:t>Everyone will see that they are donkeys, and we are human beings</w:t>
      </w:r>
    </w:p>
    <w:p>
      <w:r>
        <w:t>We have such a Torah, what..</w:t>
      </w:r>
    </w:p>
    <w:p>
      <w:r>
        <w:t>Such wondrous things that Hashem, blessed be He, does with us in every generation and generation, and He gave us the Torah</w:t>
      </w:r>
    </w:p>
    <w:p>
      <w:r>
        <w:t>“Who chose us from all the peoples and gave us His Torah; blessed are You, Hashem, Giver of the Torah”</w:t>
      </w:r>
    </w:p>
    <w:p>
      <w:r>
        <w:t>The children—we need to speak with them when one knows how to speak, and we need to educate them in the ways of the Torah</w:t>
      </w:r>
    </w:p>
    <w:p>
      <w:r>
        <w:t>In the ways of guarding the Torah, and they should believe in the Torah, yes</w:t>
      </w:r>
    </w:p>
    <w:p>
      <w:r>
        <w:t>Not like the gentiles, who study only in order to write and speak, without any soul, without any life-force</w:t>
      </w:r>
    </w:p>
    <w:p>
      <w:r>
        <w:t>We are a holy people, a holy people; we need to educate the children in the ways of the Torah, yes</w:t>
      </w:r>
    </w:p>
    <w:p>
      <w:r>
        <w:t>With emunah and the truth, not like the gentiles, like donkeys</w:t>
      </w:r>
    </w:p>
    <w:p>
      <w:r>
        <w:t>We need our children to be separated from the ways of the gentiles, yes</w:t>
      </w:r>
    </w:p>
    <w:p>
      <w:r>
        <w:t>And they should know that we are a people th.., one people in the world, that we believe in the Torah, in the mitzvos, yes</w:t>
      </w:r>
    </w:p>
    <w:p>
      <w:r>
        <w:t>Oy, oy, oy, oy, oy, oy, oy, oy.. yes</w:t>
      </w:r>
    </w:p>
    <w:p>
      <w:r>
        <w:t>Yes…</w:t>
      </w:r>
    </w:p>
    <w:p>
      <w:r>
        <w:t>...We are Jews; we and the Torah are one. We need to bring the Torah into ourselves and into our offspring</w:t>
      </w:r>
    </w:p>
    <w:p>
      <w:r>
        <w:t>Every deed and every story of the Torah is all our life-force and.. yes</w:t>
      </w:r>
    </w:p>
    <w:p>
      <w:r>
        <w:t>Not like the gentiles; they study not, not for Heaven’s sake and not.. only so that they will know how to speak and will know.. yes, foolishness, the desires of the body {that pleads\that heats up} and grows stronger, yes</w:t>
      </w:r>
    </w:p>
    <w:p>
      <w:r>
        <w:t>Nu, we need to teach them the ways of the Torah, holiness, and the truth, and emunah</w:t>
      </w:r>
    </w:p>
    <w:p>
      <w:r>
        <w:t>Not like donkeys</w:t>
      </w:r>
    </w:p>
    <w:p>
      <w:r>
        <w:t>We also need to study, not to waste even one moment</w:t>
      </w:r>
    </w:p>
    <w:p>
      <w:r>
        <w:t>To study and only to study and.. always, and to educate oneself so that he will know, will know the Torah, emunah and the truth and emunah—not like the gentiles; they are not human beings, they are donkeys</w:t>
      </w:r>
    </w:p>
    <w:p>
      <w:r>
        <w:t>Only we.. human beings, only we, the people of Israel, with the Torah, oy vey, oy vey, Tateh…</w:t>
      </w:r>
    </w:p>
    <w:p>
      <w:r>
        <w:t>...Education—to educate the children so that they sleep on time, rise on time, and go to the synagogue to hear</w:t>
      </w:r>
    </w:p>
    <w:p>
      <w:r>
        <w:t>Even when he does not understand, then to hear the prayer of, of..</w:t>
      </w:r>
    </w:p>
    <w:p>
      <w:r>
        <w:t>Of Jews who pray to Hashem, blessed be He, yes</w:t>
      </w:r>
    </w:p>
    <w:p>
      <w:r>
        <w:t>So that they will know and become accustomed, and will know Hashem and the Torah</w:t>
      </w:r>
    </w:p>
    <w:p>
      <w:r>
        <w:t>If not? Then he is nothing, the children are nothing, th..</w:t>
      </w:r>
    </w:p>
    <w:p>
      <w:r>
        <w:t>If not this—the life-force and the truth and emunah and the knowledge and..</w:t>
      </w:r>
    </w:p>
    <w:p>
      <w:r>
        <w:t>Then we are, G-d forbid, nothing, only like the gentiles</w:t>
      </w:r>
    </w:p>
    <w:p>
      <w:r>
        <w:t>He gets up, he eats without a blessing, he does not, he does not, he does not know anything, he does not—a gentile is he; he does not know the ways of emunah and the blessing and..</w:t>
      </w:r>
    </w:p>
    <w:p>
      <w:r>
        <w:t>He is a donkey, like donkeys, enough {the language spoke}; they teach them to speak</w:t>
      </w:r>
    </w:p>
    <w:p>
      <w:r>
        <w:t>But the speech is worth nothing</w:t>
      </w:r>
    </w:p>
    <w:p>
      <w:r>
        <w:t>Our words are words of Torah, and we study; this, this, this is our sustenance, this is all our life. If not? Then like gentiles: they have no emunah, they have no understanding, they have no wisdom</w:t>
      </w:r>
    </w:p>
    <w:p>
      <w:r>
        <w:t>They are nothing, only like animals, like donkeys…</w:t>
      </w:r>
    </w:p>
    <w:p>
      <w:r>
        <w:t>...We need to educate {with me}; we and our offspring—to educate in the ways of the Torah, not casually</w:t>
      </w:r>
    </w:p>
    <w:p>
      <w:r>
        <w:t>This is all our life-force, our life, our heart, yes</w:t>
      </w:r>
    </w:p>
    <w:p>
      <w:r>
        <w:t>We need to educate ourselves and our offspring in the ways of the Torah and emunah and the truth</w:t>
      </w:r>
    </w:p>
    <w:p>
      <w:r>
        <w:t>Not like the gentiles—falsehood! They are falsehood, and they know nothing; they are like donkeys</w:t>
      </w:r>
    </w:p>
    <w:p>
      <w:r>
        <w:t>A kind of donkeys that walk on two legs</w:t>
      </w:r>
    </w:p>
    <w:p>
      <w:r>
        <w:t>Ah, ah</w:t>
      </w:r>
    </w:p>
    <w:p>
      <w:r>
        <w:t>[….]…</w:t>
      </w:r>
    </w:p>
    <w:p>
      <w:r>
        <w:t>...Oy vey, our children study with, with, with, with, with..</w:t>
      </w:r>
    </w:p>
    <w:p>
      <w:r>
        <w:t>With such children who know nothing of the Torah, of emunah, of {….}</w:t>
      </w:r>
    </w:p>
    <w:p>
      <w:r>
        <w:t>Then they, they are like donkeys, a kind of donkeys</w:t>
      </w:r>
    </w:p>
    <w:p>
      <w:r>
        <w:t>Our children—but they are donkeys; they have none of the ways of the Torah and emunah and the truth, yes, so that they will study and know what we have: the holy Torah and emunah and the truth</w:t>
      </w:r>
    </w:p>
    <w:p>
      <w:r>
        <w:t>Oy…</w:t>
      </w:r>
    </w:p>
    <w:p>
      <w:r>
        <w:t>...They, too, are like, like the gentiles; they know nothing of emunah, they know nothing of the Torah</w:t>
      </w:r>
    </w:p>
    <w:p>
      <w:r>
        <w:t>They know nothing, not, not, and they see nothing</w:t>
      </w:r>
    </w:p>
    <w:p>
      <w:r>
        <w:t>But we are one people in the land, a people, the holy people, and the {…} holy Land of Israel</w:t>
      </w:r>
    </w:p>
    <w:p>
      <w:r>
        <w:t>We need to study and fulfill the ways of the Torah, to give our souls for this</w:t>
      </w:r>
    </w:p>
    <w:p>
      <w:r>
        <w:t>And also, also our offspring should know the ways of the Torah and emunah and the truth</w:t>
      </w:r>
    </w:p>
    <w:p>
      <w:r>
        <w:t>If not, we are like, like what, like them, like the donkeys, like, like, like the whole world</w:t>
      </w:r>
    </w:p>
    <w:p>
      <w:r>
        <w:t>They have no life-force at all, they have no emunah at all, they have nothing</w:t>
      </w:r>
    </w:p>
    <w:p>
      <w:r>
        <w:t>It is a pity about their lives, but they are gentiles; they did not receive the Torah, they are gentiles</w:t>
      </w:r>
    </w:p>
    <w:p>
      <w:r>
        <w:t>But we need to be separated from them</w:t>
      </w:r>
    </w:p>
    <w:p>
      <w:r>
        <w:t>They are not our friends</w:t>
      </w:r>
    </w:p>
    <w:p>
      <w:r>
        <w:t>Yes...</w:t>
      </w:r>
    </w:p>
    <w:p>
      <w:r>
        <w:t>...All the gentiles, as it were, have no, no intellect, no wisdom, no emunah—like donkeys, no more</w:t>
      </w:r>
    </w:p>
    <w:p>
      <w:r>
        <w:t>“But we are Your people, the children of Your covenant, the children of Avraham, Yitzchak, and Yaakov”</w:t>
      </w:r>
    </w:p>
    <w:p>
      <w:r>
        <w:t>From whom we inherited the way of truth, the Torah and the mitzvos, yes</w:t>
      </w:r>
    </w:p>
    <w:p>
      <w:r>
        <w:t>But the wise men who departed from the ways of the Torah, they, they are destroying our children</w:t>
      </w:r>
    </w:p>
    <w:p>
      <w:r>
        <w:t>But the time will come and there will be a matter, this matter, not, not, and not like it is now</w:t>
      </w:r>
    </w:p>
    <w:p>
      <w:r>
        <w:t>When we will know of the holiness of our life, of the holiness of our Torah. Without this we are nothing, like the gentiles who do not, who do not, who do not study the Torah, and who do not believe in the Torah and who do not.. there is no, they have no emunah, they have nothing, they have no life-force at all…</w:t>
      </w:r>
    </w:p>
    <w:p>
      <w:r>
        <w:t>...{We} are the people of Hashem, the people of the Torah</w:t>
      </w:r>
    </w:p>
    <w:p>
      <w:r>
        <w:t>We need to become accustomed and study Torah, fulfill the Torah and the mitzvos…</w:t>
      </w:r>
    </w:p>
    <w:p>
      <w:r>
        <w:br w:type="page"/>
      </w:r>
    </w:p>
    <w:p>
      <w:pPr>
        <w:pStyle w:val="Heading1"/>
      </w:pPr>
      <w:r>
        <w:t>Tape 27</w:t>
      </w:r>
    </w:p>
    <w:p>
      <w:pPr>
        <w:pStyle w:val="Heading2"/>
      </w:pPr>
      <w:r>
        <w:t>Side A (Aleph)</w:t>
      </w:r>
    </w:p>
    <w:p>
      <w:r>
        <w:t>...He illuminates within us the mitzvos of tzitzis and of tefillin and of Shabbos</w:t>
      </w:r>
    </w:p>
    <w:p>
      <w:r>
        <w:t>All our life-force, all, all our life; without this there is no life, there is no, no, no nothing</w:t>
      </w:r>
    </w:p>
    <w:p>
      <w:r>
        <w:t>[Yes]</w:t>
      </w:r>
    </w:p>
    <w:p>
      <w:r>
        <w:t>Only like animals, like beasts, yes…</w:t>
      </w:r>
    </w:p>
    <w:p>
      <w:r>
        <w:t>...We need to educate the children from when he is still small, he begins to speak</w:t>
      </w:r>
    </w:p>
    <w:p>
      <w:r>
        <w:t>We need to speak with him; we need to make him understand that this world is only, is only for the World to Come</w:t>
      </w:r>
    </w:p>
    <w:p>
      <w:r>
        <w:t>In order to study Torah—we have such a Torah—to study Torah and fulfill the Torah and the mitzvos</w:t>
      </w:r>
    </w:p>
    <w:p>
      <w:r>
        <w:t>[Amen]</w:t>
      </w:r>
    </w:p>
    <w:p>
      <w:r>
        <w:t>Without this there is no life, there is no, no nothing</w:t>
      </w:r>
    </w:p>
    <w:p>
      <w:r>
        <w:t>Like beasts, like, like the gentiles</w:t>
      </w:r>
    </w:p>
    <w:p>
      <w:r>
        <w:t>What emunah do the gentiles have, what, what wisdom? {..}, nothing, nothing</w:t>
      </w:r>
    </w:p>
    <w:p>
      <w:r>
        <w:t>And generations of robbers, destroyers, destroyers of the world are produced, yes</w:t>
      </w:r>
    </w:p>
    <w:p>
      <w:r>
        <w:t>Even {to study} Jews, but without emunah, without, without life-force, it is worth nothing</w:t>
      </w:r>
    </w:p>
    <w:p>
      <w:r>
        <w:t>Oy, oy vey…</w:t>
      </w:r>
    </w:p>
    <w:p>
      <w:r>
        <w:t>...Yes…</w:t>
      </w:r>
    </w:p>
    <w:p>
      <w:r>
        <w:t>...To think, not to forget what we are speaking</w:t>
      </w:r>
    </w:p>
    <w:p>
      <w:r>
        <w:t>[Yes, Rebbe Yisroel]</w:t>
      </w:r>
    </w:p>
    <w:p>
      <w:r>
        <w:t>This is all our life-force, all our heart, {oy vey}</w:t>
      </w:r>
    </w:p>
    <w:p>
      <w:r>
        <w:t>The gentiles have nothing</w:t>
      </w:r>
    </w:p>
    <w:p>
      <w:r>
        <w:t>They have no emunah, they have no tzaddikim, they have no holiness, they have nothing</w:t>
      </w:r>
    </w:p>
    <w:p>
      <w:r>
        <w:t>Only we are a holy people…</w:t>
      </w:r>
    </w:p>
    <w:p>
      <w:r>
        <w:t>...Oy, oy vey, {give the bucket}, vey…</w:t>
      </w:r>
    </w:p>
    <w:p>
      <w:r>
        <w:t>...We need to make strong hats and they will not, not, not fall, yes</w:t>
      </w:r>
    </w:p>
    <w:p>
      <w:r>
        <w:t>Beautiful and strong, yes</w:t>
      </w:r>
    </w:p>
    <w:p>
      <w:r>
        <w:t>Oy vey, {...}, oy vey…</w:t>
      </w:r>
    </w:p>
    <w:p>
      <w:r>
        <w:t>...We need to understand and bring into our hearts the truth and emunah, not like gentiles</w:t>
      </w:r>
    </w:p>
    <w:p>
      <w:r>
        <w:t>Our Torah—every word is all our life-force</w:t>
      </w:r>
    </w:p>
    <w:p>
      <w:r>
        <w:t>And it teaches us the ways of emunah and the ways of Hashem and the Torah</w:t>
      </w:r>
    </w:p>
    <w:p>
      <w:r>
        <w:t>The gentiles have nothing</w:t>
      </w:r>
    </w:p>
    <w:p>
      <w:r>
        <w:t>Without the Torah, no.. they, they are like a kind of animals, a kind of such donkeys that speak; they teach them to speak I {also}, I am already an old man and I have no strength {within me}</w:t>
      </w:r>
    </w:p>
    <w:p>
      <w:r>
        <w:t>But nevertheless, if I had kept the ways of Torah and faith</w:t>
      </w:r>
    </w:p>
    <w:p>
      <w:r>
        <w:t>Then even, even today we would have had great vitality from the Torah, from, from, from the.. about every story of the Torah</w:t>
      </w:r>
    </w:p>
    <w:p>
      <w:r>
        <w:t>And in the Torah, our Tanach and our Shas</w:t>
      </w:r>
    </w:p>
    <w:p>
      <w:r>
        <w:t>[What? What? The Shas? What are they?]</w:t>
      </w:r>
    </w:p>
    <w:p>
      <w:r>
        <w:t>And all the books of, of the holy Tzadikim</w:t>
      </w:r>
    </w:p>
    <w:p>
      <w:r>
        <w:t>We need to have mercy on me.., on ourselves and on our offspring</w:t>
      </w:r>
    </w:p>
    <w:p>
      <w:r>
        <w:t>And to bring in the great light of the holy Torah, for that is all our vitality</w:t>
      </w:r>
    </w:p>
    <w:p>
      <w:r>
        <w:t>But the goyim are like donkeys; if one gives the donkey food, it eats all day</w:t>
      </w:r>
    </w:p>
    <w:p>
      <w:r>
        <w:t>No, no, no, without a blessing, without any, any.. {...}</w:t>
      </w:r>
    </w:p>
    <w:p>
      <w:r>
        <w:t>But we are the people of the Torah, for we know such faith, such holiness, such a Torah</w:t>
      </w:r>
    </w:p>
    <w:p>
      <w:r>
        <w:t>There will be a different world; now it is {destruction}, there is no, no light, no truth, there is no..</w:t>
      </w:r>
    </w:p>
    <w:p>
      <w:r>
        <w:t>The whole world is in darkness and they know nothing, what</w:t>
      </w:r>
    </w:p>
    <w:p>
      <w:r>
        <w:t>But we, we are the children of Avraham, Yitzchak, and Yaakov; we are a holy people</w:t>
      </w:r>
    </w:p>
    <w:p>
      <w:r>
        <w:t>We can receive holiness from every utterance of the holy Torah</w:t>
      </w:r>
    </w:p>
    <w:p>
      <w:r>
        <w:t>Yes, we need to give our lives to bring the great light of the holy Torah into our hearts</w:t>
      </w:r>
    </w:p>
    <w:p>
      <w:r>
        <w:t>And of all the true Tzadikim, our holy Rabbis, oy vay…</w:t>
      </w:r>
    </w:p>
    <w:p>
      <w:r>
        <w:t>...Ah, every utterance of the holy Torah is all our vitality; without it we have nothing</w:t>
      </w:r>
    </w:p>
    <w:p>
      <w:r>
        <w:t>We have no, no, no wisdom and no understanding and no strength and nothing</w:t>
      </w:r>
    </w:p>
    <w:p>
      <w:r>
        <w:t>Like, like a rooster, like {}, yes, {they have none}</w:t>
      </w:r>
    </w:p>
    <w:p>
      <w:r>
        <w:t>They know that they are hungry, they need to eat, that is it, no more</w:t>
      </w:r>
    </w:p>
    <w:p>
      <w:r>
        <w:t>Even, even, even..</w:t>
      </w:r>
    </w:p>
    <w:p>
      <w:r>
        <w:t>If, Heaven forbid, one follows the ways of the goyim, the ways of {the Gra, his studies}</w:t>
      </w:r>
    </w:p>
    <w:p>
      <w:r>
        <w:t>This, we have nothing, this {..} kills us, and the faith and the light…</w:t>
      </w:r>
    </w:p>
    <w:p>
      <w:r>
        <w:t>...Yes, certainly, certainly, this {gave} the strength and might of Judaism, of the Torah, certainly</w:t>
      </w:r>
    </w:p>
    <w:p>
      <w:r>
        <w:t>What is {prayer}</w:t>
      </w:r>
    </w:p>
    <w:p>
      <w:r>
        <w:t>[Does it matter whether it is in Yiddish, or also in the holy tongue?]</w:t>
      </w:r>
    </w:p>
    <w:p>
      <w:r>
        <w:t>Ah? No, no, in Yiddish, in Yiddish</w:t>
      </w:r>
    </w:p>
    <w:p>
      <w:r>
        <w:t>This, this is new from the wicked, the heretics, who.. like goyim, {yes}</w:t>
      </w:r>
    </w:p>
    <w:p>
      <w:r>
        <w:t>Who do not believe in the Torah, yes</w:t>
      </w:r>
    </w:p>
    <w:p>
      <w:r>
        <w:t>We need the Torah and the Yiddish language, yes</w:t>
      </w:r>
    </w:p>
    <w:p>
      <w:r>
        <w:t>[…..]...</w:t>
      </w:r>
    </w:p>
    <w:p>
      <w:r>
        <w:t>...[….]</w:t>
      </w:r>
    </w:p>
    <w:p>
      <w:r>
        <w:t>They do not know and did not.., we merited to be educated in the ways of the Torah</w:t>
      </w:r>
    </w:p>
    <w:p>
      <w:r>
        <w:t>The parents did not, the parents, {…..}.. yes, like in..</w:t>
      </w:r>
    </w:p>
    <w:p>
      <w:r>
        <w:t>In the ways of the goyim, in the ways of.. it, it, it, it, it is {vanity}</w:t>
      </w:r>
    </w:p>
    <w:p>
      <w:r>
        <w:t>Only we, the people of Israel, one people in the world, one people, a holy people</w:t>
      </w:r>
    </w:p>
    <w:p>
      <w:r>
        <w:t>That.. that gives us life and light and strength and faith and truth</w:t>
      </w:r>
    </w:p>
    <w:p>
      <w:r>
        <w:t>But without this, we too are like, like, like, like living creatures</w:t>
      </w:r>
    </w:p>
    <w:p>
      <w:r>
        <w:t>Like birds, like, like roosters</w:t>
      </w:r>
    </w:p>
    <w:p>
      <w:r>
        <w:t>Without the Torah; the Torah teaches us what to eat and how to eat and everything, everything</w:t>
      </w:r>
    </w:p>
    <w:p>
      <w:r>
        <w:t>Everything is {{within}} the Torah; there are, there are unfit birds, birds and they do not..</w:t>
      </w:r>
    </w:p>
    <w:p>
      <w:r>
        <w:t>But they, they, we are forbidden to eat {and digest}, yes</w:t>
      </w:r>
    </w:p>
    <w:p>
      <w:r>
        <w:t>And everything is also in the Torah, the true way, how {to attain}, how, how to live and.. yes</w:t>
      </w:r>
    </w:p>
    <w:p>
      <w:r>
        <w:t>The main thing is to live with faith, with faith and with the Torah, yes</w:t>
      </w:r>
    </w:p>
    <w:p>
      <w:r>
        <w:t>And also we, also our offspring and also the home; the woman needs to learn and know and believe in Hashem and in the Torah; without this there is nothing...</w:t>
      </w:r>
    </w:p>
    <w:p>
      <w:r>
        <w:t>...To let {one, …...} know what he knows of this</w:t>
      </w:r>
    </w:p>
    <w:p>
      <w:r>
        <w:t>[Rebbe Yisroel, what does the woman need to learn? You said the woman needs to learn</w:t>
      </w:r>
    </w:p>
    <w:p>
      <w:r>
        <w:t>What does she need to l..?]</w:t>
      </w:r>
    </w:p>
    <w:p>
      <w:r>
        <w:t>I have no strength, I have no strength to speak</w:t>
      </w:r>
    </w:p>
    <w:p>
      <w:r>
        <w:t>For the woman too there is what to learn and how to live</w:t>
      </w:r>
    </w:p>
    <w:p>
      <w:r>
        <w:t>All our life rests upon the woman, {yes}</w:t>
      </w:r>
    </w:p>
    <w:p>
      <w:r>
        <w:t>She needs to believe how, and how to live with the husband and how</w:t>
      </w:r>
    </w:p>
    <w:p>
      <w:r>
        <w:t>And how they will educate the sons and how they will make children and.. yes</w:t>
      </w:r>
    </w:p>
    <w:p>
      <w:r>
        <w:t>He commanded everything; all of it, all of it is holy, yes</w:t>
      </w:r>
    </w:p>
    <w:p>
      <w:r>
        <w:t>We need to, in every generation they gave their lives for the Torah and for the commandments</w:t>
      </w:r>
    </w:p>
    <w:p>
      <w:r>
        <w:t>For the commandment of Shabbos, for the commandment of the.. for all the commandments, yes, that is it</w:t>
      </w:r>
    </w:p>
    <w:p>
      <w:r>
        <w:t>That is all the vitality, all our life</w:t>
      </w:r>
    </w:p>
    <w:p>
      <w:r>
        <w:t>Without this there is no vitality at all; without faith, without the Torah there is nothing</w:t>
      </w:r>
    </w:p>
    <w:p>
      <w:r>
        <w:t>We have no.. for this we are here, {and we} were cast away, distanced from the truth and the faith</w:t>
      </w:r>
    </w:p>
    <w:p>
      <w:r>
        <w:t>Hashem, blessed be He, should have mercy on us, and each person should ask for mercy every day</w:t>
      </w:r>
    </w:p>
    <w:p>
      <w:r>
        <w:t>That he and the wife and the children merit to study Torah and fulfill the Torah</w:t>
      </w:r>
    </w:p>
    <w:p>
      <w:r>
        <w:t>[Amen]</w:t>
      </w:r>
    </w:p>
    <w:p>
      <w:r>
        <w:t>That is the main thing</w:t>
      </w:r>
    </w:p>
    <w:p>
      <w:r>
        <w:t>Ah, oy, oy vay, ah.. the.. yes,oy, oy</w:t>
      </w:r>
    </w:p>
    <w:p>
      <w:r>
        <w:t>[… ]...</w:t>
      </w:r>
    </w:p>
    <w:p>
      <w:r>
        <w:t>...{….} There are such lights, which illuminate the Torah and Judaism and the Torah for us, and..{...}</w:t>
      </w:r>
    </w:p>
    <w:p>
      <w:r>
        <w:t>Without this we are like, like animals; they have no intellect at all, only, without vi.., only to eat…</w:t>
      </w:r>
    </w:p>
    <w:p>
      <w:r>
        <w:t>...{…}…</w:t>
      </w:r>
    </w:p>
    <w:p>
      <w:r>
        <w:t>...Hashem, blessed be He, gave, He gave us the Torah and the commandments, and the whole Torah</w:t>
      </w:r>
    </w:p>
    <w:p>
      <w:r>
        <w:t>[Ay, Father]</w:t>
      </w:r>
    </w:p>
    <w:p>
      <w:r>
        <w:t>Which is the essence of our life</w:t>
      </w:r>
    </w:p>
    <w:p>
      <w:r>
        <w:t>But the goyim have no strength and no might of wisdom, nothing</w:t>
      </w:r>
    </w:p>
    <w:p>
      <w:r>
        <w:t>Only like, like living creatures, a living creature, like a mouse, like</w:t>
      </w:r>
    </w:p>
    <w:p>
      <w:r>
        <w:t>[…..]…</w:t>
      </w:r>
    </w:p>
    <w:p>
      <w:r>
        <w:t>...Only when it is hungry, it, it snatches some..</w:t>
      </w:r>
    </w:p>
    <w:p>
      <w:r>
        <w:t>It snatches some living thing and eats it</w:t>
      </w:r>
    </w:p>
    <w:p>
      <w:r>
        <w:t>They do not, they are {… cruelty} like that, and they have no, no {light}</w:t>
      </w:r>
    </w:p>
    <w:p>
      <w:r>
        <w:t>Only we, we need always to rejoice in our holy Torah and study Torah with self-sacrifice</w:t>
      </w:r>
    </w:p>
    <w:p>
      <w:r>
        <w:t>And to illuminate among the women, and the offspring in the offspring, in our sons, in our offspring, and only holiness</w:t>
      </w:r>
    </w:p>
    <w:p>
      <w:r>
        <w:t>When he comes to some understanding, to some wisdom, one can speak with him</w:t>
      </w:r>
    </w:p>
    <w:p>
      <w:r>
        <w:t>One needs to speak with him about our life, about our Torah</w:t>
      </w:r>
    </w:p>
    <w:p>
      <w:r>
        <w:t>Oy</w:t>
      </w:r>
    </w:p>
    <w:p>
      <w:r>
        <w:t>[………]</w:t>
      </w:r>
    </w:p>
    <w:p>
      <w:r>
        <w:t>[……...]</w:t>
      </w:r>
    </w:p>
    <w:p>
      <w:r>
        <w:t>This is not, like the goyim; the education of, of these Jews is like the goyim</w:t>
      </w:r>
    </w:p>
    <w:p>
      <w:r>
        <w:t>Because of this, because of this they suffer, because..</w:t>
      </w:r>
    </w:p>
    <w:p>
      <w:r>
        <w:t>But it will come, it will come, the truth will be revealed, yes</w:t>
      </w:r>
    </w:p>
    <w:p>
      <w:r>
        <w:t>And everyone will know that the essence of life is faith and truth and the holy Torah, every utterance…</w:t>
      </w:r>
    </w:p>
    <w:p>
      <w:r>
        <w:t>...[Among friends, should we not, is it better not to speak a foreign language?]</w:t>
      </w:r>
    </w:p>
    <w:p>
      <w:r>
        <w:t>Ah?</w:t>
      </w:r>
    </w:p>
    <w:p>
      <w:r>
        <w:t>[We grew up with the French language; perhaps it is better not to speak French, it is better that we speak..]</w:t>
      </w:r>
    </w:p>
    <w:p>
      <w:r>
        <w:t>Yes, certainly, certainly</w:t>
      </w:r>
    </w:p>
    <w:p>
      <w:r>
        <w:t>This, this defiles a person</w:t>
      </w:r>
    </w:p>
    <w:p>
      <w:r>
        <w:t>It defiles, defiles a person, their language, may the Merciful One save us, and all, all that is in them</w:t>
      </w:r>
    </w:p>
    <w:p>
      <w:r>
        <w:t>[…….]</w:t>
      </w:r>
    </w:p>
    <w:p>
      <w:r>
        <w:t>Oy vay, Master of the World</w:t>
      </w:r>
    </w:p>
    <w:p>
      <w:r>
        <w:t>[Is it possible to speak in Yiddish, or in the holy tongue?]</w:t>
      </w:r>
    </w:p>
    <w:p>
      <w:r>
        <w:t>Ah?</w:t>
      </w:r>
    </w:p>
    <w:p>
      <w:r>
        <w:t>[One of the two, it is possible to speak]</w:t>
      </w:r>
    </w:p>
    <w:p>
      <w:r>
        <w:t>In Yiddish</w:t>
      </w:r>
    </w:p>
    <w:p>
      <w:r>
        <w:t>[In Yiddish?]</w:t>
      </w:r>
    </w:p>
    <w:p>
      <w:r>
        <w:t>Yes</w:t>
      </w:r>
    </w:p>
    <w:p>
      <w:r>
        <w:t>[And the holy tongue is not good?]</w:t>
      </w:r>
    </w:p>
    <w:p>
      <w:r>
        <w:t>The holy tongue..</w:t>
      </w:r>
    </w:p>
    <w:p>
      <w:r>
        <w:t>There is, no, not for a moment, there is much to speak about, and I have no strength to speak...</w:t>
      </w:r>
    </w:p>
    <w:p>
      <w:r>
        <w:t>...To sanctify speech; even everything that is spoken should be in holiness</w:t>
      </w:r>
    </w:p>
    <w:p>
      <w:r>
        <w:t>In the holiness of the Torah and Hashem, blessed be He, and truth and faith, not like the goyim</w:t>
      </w:r>
    </w:p>
    <w:p>
      <w:r>
        <w:t>Oy, oy, oy, oy, oy, oy...</w:t>
      </w:r>
    </w:p>
    <w:p>
      <w:r>
        <w:t>...{Perhaps} give me something…</w:t>
      </w:r>
    </w:p>
    <w:p>
      <w:r>
        <w:t>...To drink, perhaps there is milk?…</w:t>
      </w:r>
    </w:p>
    <w:p>
      <w:r>
        <w:t>...[There is meat here, Rebbe Yisroel]</w:t>
      </w:r>
    </w:p>
    <w:p>
      <w:r>
        <w:t>Ah?</w:t>
      </w:r>
    </w:p>
    <w:p>
      <w:r>
        <w:t>[There is meat here]...</w:t>
      </w:r>
    </w:p>
    <w:p>
      <w:r>
        <w:t>...[……….]</w:t>
      </w:r>
    </w:p>
    <w:p>
      <w:r>
        <w:t>[……….]…</w:t>
      </w:r>
    </w:p>
    <w:p>
      <w:r>
        <w:t>...May you have blessing and success</w:t>
      </w:r>
    </w:p>
    <w:p>
      <w:r>
        <w:t>[Amen]</w:t>
      </w:r>
    </w:p>
    <w:p>
      <w:r>
        <w:t>[All the best to you]</w:t>
      </w:r>
    </w:p>
    <w:p>
      <w:r>
        <w:t>[Come to us in Yerushalayim]</w:t>
      </w:r>
    </w:p>
    <w:p>
      <w:r>
        <w:t>Good</w:t>
      </w:r>
    </w:p>
    <w:p>
      <w:r>
        <w:t>[They are waiting for you there]</w:t>
      </w:r>
    </w:p>
    <w:p>
      <w:r>
        <w:t>Oy, oy, oy, oy, oy, oy, oy.. Hashem, blessed be He, should have mercy on us</w:t>
      </w:r>
    </w:p>
    <w:p>
      <w:r>
        <w:t>Oy, oy, oy, oy, oy…</w:t>
      </w:r>
    </w:p>
    <w:p>
      <w:r>
        <w:t>...Fires?</w:t>
      </w:r>
    </w:p>
    <w:p>
      <w:r>
        <w:t>[I do not know..]</w:t>
      </w:r>
    </w:p>
    <w:p>
      <w:r>
        <w:t>Ah?</w:t>
      </w:r>
    </w:p>
    <w:p>
      <w:r>
        <w:t>[I do not know]</w:t>
      </w:r>
    </w:p>
    <w:p>
      <w:r>
        <w:t>[They burned houses of goyim there..]</w:t>
      </w:r>
    </w:p>
    <w:p>
      <w:r>
        <w:t>[Yes, there are many houses that were burned]</w:t>
      </w:r>
    </w:p>
    <w:p>
      <w:r>
        <w:t>[It is someone..]</w:t>
      </w:r>
    </w:p>
    <w:p>
      <w:r>
        <w:t>Ah?</w:t>
      </w:r>
    </w:p>
    <w:p>
      <w:r>
        <w:t>[There are people who...]</w:t>
      </w:r>
    </w:p>
    <w:p>
      <w:r>
        <w:t>Burned</w:t>
      </w:r>
    </w:p>
    <w:p>
      <w:r>
        <w:t>[Who burn]</w:t>
      </w:r>
    </w:p>
    <w:p>
      <w:r>
        <w:t>[…….]</w:t>
      </w:r>
    </w:p>
    <w:p>
      <w:r>
        <w:t>[They set fire to the houses of, of rich people; the rich have someone who sets fire to their houses, there are fires]</w:t>
      </w:r>
    </w:p>
    <w:p>
      <w:r>
        <w:t>They, did they make "Ibei HaNahal"? Are they printing "Ibei HaNahal"?</w:t>
      </w:r>
    </w:p>
    <w:p>
      <w:r>
        <w:t>[They are now reprinting the first part]</w:t>
      </w:r>
    </w:p>
    <w:p>
      <w:r>
        <w:t>The first part</w:t>
      </w:r>
    </w:p>
    <w:p>
      <w:r>
        <w:t>[Because all the books of the first part were sold, because of this]…</w:t>
      </w:r>
    </w:p>
    <w:p>
      <w:r>
        <w:t>...[Shalom aleichem]</w:t>
      </w:r>
    </w:p>
    <w:p>
      <w:r>
        <w:t>Aleichem shalom</w:t>
      </w:r>
    </w:p>
    <w:p>
      <w:r>
        <w:t>[Shalom aleichem]</w:t>
      </w:r>
    </w:p>
    <w:p>
      <w:r>
        <w:t>{A good year} and all the best, how are things at home?</w:t>
      </w:r>
    </w:p>
    <w:p>
      <w:r>
        <w:t>[Thank God ………….]…</w:t>
      </w:r>
    </w:p>
    <w:p>
      <w:r>
        <w:t>...{To print} Rabbainu's books and it will be in the world, there will be a new world...</w:t>
      </w:r>
    </w:p>
    <w:p>
      <w:r>
        <w:t>...The Arabs are not, not, not, not, not quiet?</w:t>
      </w:r>
    </w:p>
    <w:p>
      <w:r>
        <w:t>[Hashem will help that they should be quiet]</w:t>
      </w:r>
    </w:p>
    <w:p>
      <w:r>
        <w:t>Eh?</w:t>
      </w:r>
    </w:p>
    <w:p>
      <w:r>
        <w:t>[Hashem will help that they should be quiet, Hashem will help that they should be quiet]</w:t>
      </w:r>
    </w:p>
    <w:p>
      <w:r>
        <w:t>Eh</w:t>
      </w:r>
    </w:p>
    <w:p>
      <w:r>
        <w:t>[One moment it is quiet, one moment worse, Hashem have mercy]…</w:t>
      </w:r>
    </w:p>
    <w:p>
      <w:r>
        <w:t>…{...}</w:t>
      </w:r>
    </w:p>
    <w:p>
      <w:r>
        <w:t>[The day before yesterday I was in Uman]</w:t>
      </w:r>
    </w:p>
    <w:p>
      <w:r>
        <w:t>Eh?</w:t>
      </w:r>
    </w:p>
    <w:p>
      <w:r>
        <w:t>[I was in Uman the day before yesterday, Saba]</w:t>
      </w:r>
    </w:p>
    <w:p>
      <w:r>
        <w:t>When?</w:t>
      </w:r>
    </w:p>
    <w:p>
      <w:r>
        <w:t>[I was now in Uman, the day before yesterday, the day before yesterday, Monday, Monday..]</w:t>
      </w:r>
    </w:p>
    <w:p>
      <w:r>
        <w:t>Eh</w:t>
      </w:r>
    </w:p>
    <w:p>
      <w:r>
        <w:t>[I was also there on Sunday]…</w:t>
      </w:r>
    </w:p>
    <w:p>
      <w:r>
        <w:t>...{Blows, severe illnesses}, and now not?...</w:t>
      </w:r>
    </w:p>
    <w:p>
      <w:r>
        <w:t>[What?]</w:t>
      </w:r>
    </w:p>
    <w:p>
      <w:r>
        <w:t>Eh?</w:t>
      </w:r>
    </w:p>
    <w:p>
      <w:r>
        <w:t>[Illnesses]</w:t>
      </w:r>
    </w:p>
    <w:p>
      <w:r>
        <w:t>[No, there were no illnesses, nothing]</w:t>
      </w:r>
    </w:p>
    <w:p>
      <w:r>
        <w:t>[………. or just talk]…</w:t>
      </w:r>
    </w:p>
    <w:p>
      <w:r>
        <w:t>...[Thank Go..]…</w:t>
      </w:r>
    </w:p>
    <w:p>
      <w:r>
        <w:t>...[…, you will rot him]</w:t>
      </w:r>
    </w:p>
    <w:p>
      <w:r>
        <w:t>Eh?</w:t>
      </w:r>
    </w:p>
    <w:p>
      <w:r>
        <w:t>[One needs to bring him close]</w:t>
      </w:r>
    </w:p>
    <w:p>
      <w:r>
        <w:t>Yes?</w:t>
      </w:r>
    </w:p>
    <w:p>
      <w:r>
        <w:t>[Yes, bring him close, bring him close]</w:t>
      </w:r>
    </w:p>
    <w:p>
      <w:r>
        <w:t>Yes</w:t>
      </w:r>
    </w:p>
    <w:p>
      <w:r>
        <w:t>[Bring him very close, strongly, strongly, bring him close]</w:t>
      </w:r>
    </w:p>
    <w:p>
      <w:r>
        <w:t>Yes?</w:t>
      </w:r>
    </w:p>
    <w:p>
      <w:r>
        <w:t>[Certainly, bring him close]</w:t>
      </w:r>
    </w:p>
    <w:p>
      <w:r>
        <w:t>{………….} to distance him</w:t>
      </w:r>
    </w:p>
    <w:p>
      <w:r>
        <w:t>[No, God forbid, bring him close, he is a Jew, perhaps he will draw close]</w:t>
      </w:r>
    </w:p>
    <w:p>
      <w:r>
        <w:t>No</w:t>
      </w:r>
    </w:p>
    <w:p>
      <w:r>
        <w:t>[No, no, only bring him close]</w:t>
      </w:r>
    </w:p>
    <w:p>
      <w:r>
        <w:t>Eh?</w:t>
      </w:r>
    </w:p>
    <w:p>
      <w:r>
        <w:t>[Bring him close, with every kind of closeness]</w:t>
      </w:r>
    </w:p>
    <w:p>
      <w:r>
        <w:t>Yes</w:t>
      </w:r>
    </w:p>
    <w:p>
      <w:r>
        <w:t>[Certainly, certainly]</w:t>
      </w:r>
    </w:p>
    <w:p>
      <w:r>
        <w:t>{Thank you very much, …….} that I saw you, to ask you about this</w:t>
      </w:r>
    </w:p>
    <w:p>
      <w:r>
        <w:t>[I understand]</w:t>
      </w:r>
    </w:p>
    <w:p>
      <w:r>
        <w:t>Were it not for you, I would have distanced him.. {...}</w:t>
      </w:r>
    </w:p>
    <w:p>
      <w:r>
        <w:t>[God forbid, no, no, only bring him close, bring him close, bring him close, one needs to bring close]</w:t>
      </w:r>
    </w:p>
    <w:p>
      <w:r>
        <w:t>{All the best}</w:t>
      </w:r>
    </w:p>
    <w:p>
      <w:r>
        <w:t>[Good night, good night]…</w:t>
      </w:r>
    </w:p>
    <w:p>
      <w:r>
        <w:t>...[……..]</w:t>
      </w:r>
    </w:p>
    <w:p>
      <w:r>
        <w:t>[Good night]…</w:t>
      </w:r>
    </w:p>
    <w:p>
      <w:r>
        <w:t>...Is he here?</w:t>
      </w:r>
    </w:p>
    <w:p>
      <w:r>
        <w:t>[He already arrived this morning]</w:t>
      </w:r>
    </w:p>
    <w:p>
      <w:r>
        <w:t>{Where is the..?}…</w:t>
      </w:r>
    </w:p>
    <w:p>
      <w:r>
        <w:t>...{To eat..}…</w:t>
      </w:r>
    </w:p>
    <w:p>
      <w:r>
        <w:t>...[He will probably come tomorrow]</w:t>
      </w:r>
    </w:p>
    <w:p>
      <w:r>
        <w:t>Eh? He feels well</w:t>
      </w:r>
    </w:p>
    <w:p>
      <w:r>
        <w:t>[I do not know]</w:t>
      </w:r>
    </w:p>
    <w:p>
      <w:r>
        <w:t>{He knows}, he feels well</w:t>
      </w:r>
    </w:p>
    <w:p>
      <w:r>
        <w:t>[Probably, perhaps he will probably come tomorrow morning, or at noon]</w:t>
      </w:r>
    </w:p>
    <w:p>
      <w:r>
        <w:t>Eh, eh…</w:t>
      </w:r>
    </w:p>
    <w:p>
      <w:r>
        <w:t>...He should do, he should do, eh..</w:t>
      </w:r>
    </w:p>
    <w:p>
      <w:r>
        <w:t>[Compresses?]</w:t>
      </w:r>
    </w:p>
    <w:p>
      <w:r>
        <w:t>Eh?</w:t>
      </w:r>
    </w:p>
    <w:p>
      <w:r>
        <w:t>[What? Compresses?]</w:t>
      </w:r>
    </w:p>
    <w:p>
      <w:r>
        <w:t>He should do, eh..</w:t>
      </w:r>
    </w:p>
    <w:p>
      <w:r>
        <w:t>[A bath]</w:t>
      </w:r>
    </w:p>
    <w:p>
      <w:r>
        <w:t>Eh..</w:t>
      </w:r>
    </w:p>
    <w:p>
      <w:r>
        <w:t>[A bath?]</w:t>
      </w:r>
    </w:p>
    <w:p>
      <w:r>
        <w:t>He should make compresses</w:t>
      </w:r>
    </w:p>
    <w:p>
      <w:r>
        <w:t>[Compresses]</w:t>
      </w:r>
    </w:p>
    <w:p>
      <w:r>
        <w:t>[…..]</w:t>
      </w:r>
    </w:p>
    <w:p>
      <w:r>
        <w:t>Compresses of, of..</w:t>
      </w:r>
    </w:p>
    <w:p>
      <w:r>
        <w:t>[Of tea?]</w:t>
      </w:r>
    </w:p>
    <w:p>
      <w:r>
        <w:t>Of..</w:t>
      </w:r>
    </w:p>
    <w:p>
      <w:r>
        <w:t>[Tea?]</w:t>
      </w:r>
    </w:p>
    <w:p>
      <w:r>
        <w:t>Of..</w:t>
      </w:r>
    </w:p>
    <w:p>
      <w:r>
        <w:t>[Tea?]</w:t>
      </w:r>
    </w:p>
    <w:p>
      <w:r>
        <w:t>Extract</w:t>
      </w:r>
    </w:p>
    <w:p>
      <w:r>
        <w:t>[Extract]</w:t>
      </w:r>
    </w:p>
    <w:p>
      <w:r>
        <w:t>Tea</w:t>
      </w:r>
    </w:p>
    <w:p>
      <w:r>
        <w:t>[Yes]</w:t>
      </w:r>
    </w:p>
    <w:p>
      <w:r>
        <w:t>Tea extract of..</w:t>
      </w:r>
    </w:p>
    <w:p>
      <w:r>
        <w:t>['Wissotzky']</w:t>
      </w:r>
    </w:p>
    <w:p>
      <w:r>
        <w:t>['Wissotzky']</w:t>
      </w:r>
    </w:p>
    <w:p>
      <w:r>
        <w:t>Tea extract..</w:t>
      </w:r>
    </w:p>
    <w:p>
      <w:r>
        <w:t>['Wissotzky']</w:t>
      </w:r>
    </w:p>
    <w:p>
      <w:r>
        <w:t>Th.. tea of..</w:t>
      </w:r>
    </w:p>
    <w:p>
      <w:r>
        <w:t>['Wissotzky']</w:t>
      </w:r>
    </w:p>
    <w:p>
      <w:r>
        <w:t>Eh? Wi..</w:t>
      </w:r>
    </w:p>
    <w:p>
      <w:r>
        <w:t>['Wissotzky']</w:t>
      </w:r>
    </w:p>
    <w:p>
      <w:r>
        <w:t>'Wissotzky', then, then she will be completely healthy without any operation</w:t>
      </w:r>
    </w:p>
    <w:p>
      <w:r>
        <w:t>[To speak with the doctors]</w:t>
      </w:r>
    </w:p>
    <w:p>
      <w:r>
        <w:t>Yes</w:t>
      </w:r>
    </w:p>
    <w:p>
      <w:r>
        <w:t>[Good]</w:t>
      </w:r>
    </w:p>
    <w:p>
      <w:r>
        <w:t>He should begin to do, he should begin to do</w:t>
      </w:r>
    </w:p>
    <w:p>
      <w:r>
        <w:t>[Compresses?]</w:t>
      </w:r>
    </w:p>
    <w:p>
      <w:r>
        <w:t>Eh?</w:t>
      </w:r>
    </w:p>
    <w:p>
      <w:r>
        <w:t>[What, compresses?]</w:t>
      </w:r>
    </w:p>
    <w:p>
      <w:r>
        <w:t>He should begin, the doctor should make compresses of, like..</w:t>
      </w:r>
    </w:p>
    <w:p>
      <w:r>
        <w:t>[Of extract, of tea extract]</w:t>
      </w:r>
    </w:p>
    <w:p>
      <w:r>
        <w:t>Of tea extract</w:t>
      </w:r>
    </w:p>
    <w:p>
      <w:r>
        <w:t>['Wissotzky' tea, yes]</w:t>
      </w:r>
    </w:p>
    <w:p>
      <w:r>
        <w:t>Then she will be healthy with no, without any operation</w:t>
      </w:r>
    </w:p>
    <w:p>
      <w:r>
        <w:t>[Good, good, we are going..]</w:t>
      </w:r>
    </w:p>
    <w:p>
      <w:r>
        <w:t>She will be healthy</w:t>
      </w:r>
    </w:p>
    <w:p>
      <w:r>
        <w:t>[..]</w:t>
      </w:r>
    </w:p>
    <w:p>
      <w:r>
        <w:t>Tell the doctor, I wanted to come.. to speak with him about this</w:t>
      </w:r>
    </w:p>
    <w:p>
      <w:r>
        <w:t>Eh, eh, tell him a story: there was a burn patient, and they came to a doctor and he said: "That she mu.., must die, there is no healing for this, there is no healing" and my brother, my brother was the nurse of, of Doctor David</w:t>
      </w:r>
    </w:p>
    <w:p>
      <w:r>
        <w:t>He went and made compresses and did not ask the doctors, yes</w:t>
      </w:r>
    </w:p>
    <w:p>
      <w:r>
        <w:t>In the morning the doctor came to see the patient, he was greatly alarmed, he, he became healthy [Was this in Teveria?]</w:t>
      </w:r>
    </w:p>
    <w:p>
      <w:r>
        <w:t>Eh?</w:t>
      </w:r>
    </w:p>
    <w:p>
      <w:r>
        <w:t>[Was this in Teveria?]</w:t>
      </w:r>
    </w:p>
    <w:p>
      <w:r>
        <w:t>This was in Teveria, Doctor David</w:t>
      </w:r>
    </w:p>
    <w:p>
      <w:r>
        <w:t>My brother..</w:t>
      </w:r>
    </w:p>
    <w:p>
      <w:r>
        <w:t>[…]</w:t>
      </w:r>
    </w:p>
    <w:p>
      <w:r>
        <w:t>Was the nurse of Doctor David</w:t>
      </w:r>
    </w:p>
    <w:p>
      <w:r>
        <w:t>[Yes]</w:t>
      </w:r>
    </w:p>
    <w:p>
      <w:r>
        <w:t>And he made compresses</w:t>
      </w:r>
    </w:p>
    <w:p>
      <w:r>
        <w:t>And in the morning Doctor David came, came and saw the patient, that he had become much better</w:t>
      </w:r>
    </w:p>
    <w:p>
      <w:r>
        <w:t>He was almost healthy, he said:</w:t>
      </w:r>
    </w:p>
    <w:p>
      <w:r>
        <w:t>"Nu, what did you do? What doctor is this?"</w:t>
      </w:r>
    </w:p>
    <w:p>
      <w:r>
        <w:t>Then he told him that he had made compresses of, of 'Wissotzky', of 'Wissotzky' tea, yes</w:t>
      </w:r>
    </w:p>
    <w:p>
      <w:r>
        <w:t>He, he made compresses of, of 'Wissotzky' extract, 'Wissotzky' tea</w:t>
      </w:r>
    </w:p>
    <w:p>
      <w:r>
        <w:t>[Was that Baruch, Baruch?]</w:t>
      </w:r>
    </w:p>
    <w:p>
      <w:r>
        <w:t>That was my brother</w:t>
      </w:r>
    </w:p>
    <w:p>
      <w:r>
        <w:t>[Baruch?]</w:t>
      </w:r>
    </w:p>
    <w:p>
      <w:r>
        <w:t>Eh?</w:t>
      </w:r>
    </w:p>
    <w:p>
      <w:r>
        <w:t>[He is called Baruch]</w:t>
      </w:r>
    </w:p>
    <w:p>
      <w:r>
        <w:t>Not Baruch</w:t>
      </w:r>
    </w:p>
    <w:p>
      <w:r>
        <w:t>[No?]</w:t>
      </w:r>
    </w:p>
    <w:p>
      <w:r>
        <w:t>Brother, my older brother, Zalman</w:t>
      </w:r>
    </w:p>
    <w:p>
      <w:r>
        <w:t>[Ah, Zalman]</w:t>
      </w:r>
    </w:p>
    <w:p>
      <w:r>
        <w:t>Zalman, he was the nurse of Doctor David and he did..</w:t>
      </w:r>
    </w:p>
    <w:p>
      <w:r>
        <w:t>In the morning he saw the patient, that he had become healthy</w:t>
      </w:r>
    </w:p>
    <w:p>
      <w:r>
        <w:t>"What is this? What happened? What was it?", he asked my brother:</w:t>
      </w:r>
    </w:p>
    <w:p>
      <w:r>
        <w:t>"What did you do? What patient, what doctor was here?"</w:t>
      </w:r>
    </w:p>
    <w:p>
      <w:r>
        <w:t>Then he told me, when he, he had already accepted that he was beyond hope</w:t>
      </w:r>
    </w:p>
    <w:p>
      <w:r>
        <w:t>Then he made him, then he made him compresses of 'Wissotzky'extract, yes</w:t>
      </w:r>
    </w:p>
    <w:p>
      <w:r>
        <w:t>[Rebbe Yisroel..]</w:t>
      </w:r>
    </w:p>
    <w:p>
      <w:r>
        <w:t>She, she, she became completely healthy</w:t>
      </w:r>
    </w:p>
    <w:p>
      <w:r>
        <w:t>[Yes, good, Rebbe Yisroel, how did you know that this is a healing for a burn?]</w:t>
      </w:r>
    </w:p>
    <w:p>
      <w:r>
        <w:t>Eh?</w:t>
      </w:r>
    </w:p>
    <w:p>
      <w:r>
        <w:t>[How did you know that this, that this is a healing for the burn?]</w:t>
      </w:r>
    </w:p>
    <w:p>
      <w:r>
        <w:t>For the burn?</w:t>
      </w:r>
    </w:p>
    <w:p>
      <w:r>
        <w:t>[Yes, how did you know this is a healing?]</w:t>
      </w:r>
    </w:p>
    <w:p>
      <w:r>
        <w:t>My brother has already passed away</w:t>
      </w:r>
    </w:p>
    <w:p>
      <w:r>
        <w:t>[Yes..]</w:t>
      </w:r>
    </w:p>
    <w:p>
      <w:r>
        <w:t>There is, there is no one for me to ask</w:t>
      </w:r>
    </w:p>
    <w:p>
      <w:r>
        <w:t>[Ah, ah]</w:t>
      </w:r>
    </w:p>
    <w:p>
      <w:r>
        <w:t>{..}</w:t>
      </w:r>
    </w:p>
    <w:p>
      <w:r>
        <w:t>[Ah]</w:t>
      </w:r>
    </w:p>
    <w:p>
      <w:r>
        <w:t>He already, this is how the story was</w:t>
      </w:r>
    </w:p>
    <w:p>
      <w:r>
        <w:t>[I understood]</w:t>
      </w:r>
    </w:p>
    <w:p>
      <w:r>
        <w:t>He did, at night he made compresses of 'Wissotzky', of 'Wissotzky' tea of..</w:t>
      </w:r>
    </w:p>
    <w:p>
      <w:r>
        <w:t>Compresses of 'Wissotzky' tea extract, and he became healthy</w:t>
      </w:r>
    </w:p>
    <w:p>
      <w:r>
        <w:t>[And..]</w:t>
      </w:r>
    </w:p>
    <w:p>
      <w:r>
        <w:t>Then he, he was greatly alarmed, he thought he would already find him, the patient after, after the passing; he came and saw that he had become healthy, so he was greatly alarmed and asked him:</w:t>
      </w:r>
    </w:p>
    <w:p>
      <w:r>
        <w:t>"What doctor was here?"</w:t>
      </w:r>
    </w:p>
    <w:p>
      <w:r>
        <w:t>Then he told him, told him, he heard from him that she was already, already beyond hope and she would not live</w:t>
      </w:r>
    </w:p>
    <w:p>
      <w:r>
        <w:t>Then he went and made compresses {….}, of, of 'Wisso...' tea, of 'Wissotzky' tea extract [And Zalman knew this on his own?]</w:t>
      </w:r>
    </w:p>
    <w:p>
      <w:r>
        <w:t>., no, no</w:t>
      </w:r>
    </w:p>
    <w:p>
      <w:r>
        <w:t>[Where did he get the..?]</w:t>
      </w:r>
    </w:p>
    <w:p>
      <w:r>
        <w:t>There was some doctor at Hadassah, and he also saw the patient, then..</w:t>
      </w:r>
    </w:p>
    <w:p>
      <w:r>
        <w:t>Then this doctor told my brother, Zalman, the, the story of what had happened, {yes}</w:t>
      </w:r>
    </w:p>
    <w:p>
      <w:r>
        <w:t>What had happened, he himself, he, he thought that he was already, already beyond hope</w:t>
      </w:r>
    </w:p>
    <w:p>
      <w:r>
        <w:t>What did he have to ask, {..}, he, he went and made the 'Wissotzky' compresses</w:t>
      </w:r>
    </w:p>
    <w:p>
      <w:r>
        <w:t>And he became, and he became healthy</w:t>
      </w:r>
    </w:p>
    <w:p>
      <w:r>
        <w:t>So I already know that 'Wissotzky' tea, it heals anew</w:t>
      </w:r>
    </w:p>
    <w:p>
      <w:r>
        <w:t>It heals things beyond nature, it is impossible, and this renews and heals</w:t>
      </w:r>
    </w:p>
    <w:p>
      <w:r>
        <w:t>'Wissotzky' tea</w:t>
      </w:r>
    </w:p>
    <w:p>
      <w:r>
        <w:t>[Good, then it is worthwhile to speak with the doctors, to tell them this]</w:t>
      </w:r>
    </w:p>
    <w:p>
      <w:r>
        <w:t>Eh? He told the doctors what he had done, he told the doctors</w:t>
      </w:r>
    </w:p>
    <w:p>
      <w:r>
        <w:t>[..]</w:t>
      </w:r>
    </w:p>
    <w:p>
      <w:r>
        <w:t>Then there was one doctor who said that he had seen in some medical book</w:t>
      </w:r>
    </w:p>
    <w:p>
      <w:r>
        <w:t>And he saw that this is a proven healing, this is a healing for a burn</w:t>
      </w:r>
    </w:p>
    <w:p>
      <w:r>
        <w:t>[Then it is worthwhile to tell the doctors]</w:t>
      </w:r>
    </w:p>
    <w:p>
      <w:r>
        <w:t>Eh?</w:t>
      </w:r>
    </w:p>
    <w:p>
      <w:r>
        <w:t>[For the girl]</w:t>
      </w:r>
    </w:p>
    <w:p>
      <w:r>
        <w:t>Yes, he told them</w:t>
      </w:r>
    </w:p>
    <w:p>
      <w:r>
        <w:t>[.., but we nee..]</w:t>
      </w:r>
    </w:p>
    <w:p>
      <w:r>
        <w:t>But they did not want to use this healing, only their healing</w:t>
      </w:r>
    </w:p>
    <w:p>
      <w:r>
        <w:t>[And why, and why did they not want to, if this, if this is a good healing?]</w:t>
      </w:r>
    </w:p>
    <w:p>
      <w:r>
        <w:t>Yes, but he, this, through these compresses he became healthy</w:t>
      </w:r>
    </w:p>
    <w:p>
      <w:r>
        <w:t>[But why did the doctors not want to use this?]</w:t>
      </w:r>
    </w:p>
    <w:p>
      <w:r>
        <w:t>Eh?</w:t>
      </w:r>
    </w:p>
    <w:p>
      <w:r>
        <w:t>[Why did the doctors..]</w:t>
      </w:r>
    </w:p>
    <w:p>
      <w:r>
        <w:t>The doctors laugh at the healings of ancient years</w:t>
      </w:r>
    </w:p>
    <w:p>
      <w:r>
        <w:t>Today there are such healings, so they did not, did not want to hear</w:t>
      </w:r>
    </w:p>
    <w:p>
      <w:r>
        <w:t>But he was already, already in a condition, they, they, he, he, Doctor David came and saw the patient</w:t>
      </w:r>
    </w:p>
    <w:p>
      <w:r>
        <w:t>He was very startled, he became well and he came, then he asked my brother Zalman:</w:t>
      </w:r>
    </w:p>
    <w:p>
      <w:r>
        <w:t>"What, what did you do? Who, who, who, who was here?"</w:t>
      </w:r>
    </w:p>
    <w:p>
      <w:r>
        <w:t>Then he told him that he had made him compresses of tea extract, and he became well</w:t>
      </w:r>
    </w:p>
    <w:p>
      <w:r>
        <w:t>It healed him completely from all, from all the burn, completely, as though there had been no burn</w:t>
      </w:r>
    </w:p>
    <w:p>
      <w:r>
        <w:t>Maybe you will tell it, write and give them this story in writing</w:t>
      </w:r>
    </w:p>
    <w:p>
      <w:r>
        <w:t>[Good]</w:t>
      </w:r>
    </w:p>
    <w:p>
      <w:r>
        <w:t>[…]</w:t>
      </w:r>
    </w:p>
    <w:p>
      <w:r>
        <w:t>I am ready to come and tell him the story</w:t>
      </w:r>
    </w:p>
    <w:p>
      <w:r>
        <w:t>He was already beyond hope, and my brother, he heard {already} that the sick man was already beyond hope</w:t>
      </w:r>
    </w:p>
    <w:p>
      <w:r>
        <w:t>Then he made him compresses of, of, of extract, of extract</w:t>
      </w:r>
    </w:p>
    <w:p>
      <w:r>
        <w:t>What extract?</w:t>
      </w:r>
    </w:p>
    <w:p>
      <w:r>
        <w:t>['Wissotzky' tea extract]</w:t>
      </w:r>
    </w:p>
    <w:p>
      <w:r>
        <w:t>'Wissotzky' tea, 'Wissotzky' tea, yes</w:t>
      </w:r>
    </w:p>
    <w:p>
      <w:r>
        <w:t>And he became completely well, without any operation, without any, any medicine, only the extract of'Wissotzky'</w:t>
      </w:r>
    </w:p>
    <w:p>
      <w:r>
        <w:t>The doctor continued and also made him, also, compresses of 'Wissotzky'</w:t>
      </w:r>
    </w:p>
    <w:p>
      <w:r>
        <w:t>Nu, at any rate, this man became completely well</w:t>
      </w:r>
    </w:p>
    <w:p>
      <w:r>
        <w:t>It was unrecognizable, without any sign that.. he became well a..new, yes</w:t>
      </w:r>
    </w:p>
    <w:p>
      <w:r>
        <w:t>I {...} know about this, so I want to tell them the story</w:t>
      </w:r>
    </w:p>
    <w:p>
      <w:r>
        <w:t>And they will begin to make him, to make him compresses of'Wissotzky' and he will be well, she will be well, yes maybe you will write this on paper and.. and..</w:t>
      </w:r>
    </w:p>
    <w:p>
      <w:r>
        <w:t>And tell the story to the great doctor of 'Hadassah'</w:t>
      </w:r>
    </w:p>
    <w:p>
      <w:r>
        <w:t>Then she will be, she will be completely well without any operation</w:t>
      </w:r>
    </w:p>
    <w:p>
      <w:r>
        <w:t>Tell the story to the doctor, what, what does he have to lose?</w:t>
      </w:r>
    </w:p>
    <w:p>
      <w:r>
        <w:t>Let him make compresses of 'Wissotzky' tea and she will be completely well</w:t>
      </w:r>
    </w:p>
    <w:p>
      <w:r>
        <w:t>I, I want, I would now like to travel to speak with the doctor</w:t>
      </w:r>
    </w:p>
    <w:p>
      <w:r>
        <w:t>[Rebbe Yisroel, but yesterday we were in Yerushalayim]</w:t>
      </w:r>
    </w:p>
    <w:p>
      <w:r>
        <w:t>Eh?</w:t>
      </w:r>
    </w:p>
    <w:p>
      <w:r>
        <w:t>[Yesterday we traveled to Yerushalayim together with Amnon and Uri, and we went..]</w:t>
      </w:r>
    </w:p>
    <w:p>
      <w:r>
        <w:t>It is not important</w:t>
      </w:r>
    </w:p>
    <w:p>
      <w:r>
        <w:t>[Good, okay, good, so is it worthwhile to send them a letter with this story?]</w:t>
      </w:r>
    </w:p>
    <w:p>
      <w:r>
        <w:t>Yes</w:t>
      </w:r>
    </w:p>
    <w:p>
      <w:r>
        <w:t>[To the doctor, I am asking, is it worthwhile?]</w:t>
      </w:r>
    </w:p>
    <w:p>
      <w:r>
        <w:t>Maybe at 'Hadassah' he will make you such a letter, so that they will know that it is an immediate remedy</w:t>
      </w:r>
    </w:p>
    <w:p>
      <w:r>
        <w:t>It heals and renews the flesh, it, it.. everything</w:t>
      </w:r>
    </w:p>
    <w:p>
      <w:r>
        <w:t>I heard this from my brother Zalman, he worked for many years with Doctor David, yes</w:t>
      </w:r>
    </w:p>
    <w:p>
      <w:r>
        <w:t>And he told me the story, and I know from my brother, I know that it is a remedy</w:t>
      </w:r>
    </w:p>
    <w:p>
      <w:r>
        <w:t>It is such a remedy that has still not.. beyond nature</w:t>
      </w:r>
    </w:p>
    <w:p>
      <w:r>
        <w:t>Maybe you will do it, speak and tell the doctor if he wants, I, I want to see him and tell him the story and I myself already had k…</w:t>
      </w:r>
    </w:p>
    <w:p>
      <w:r>
        <w:t>...Eretz Yisroel is the Holy of Holies</w:t>
      </w:r>
    </w:p>
    <w:p>
      <w:r>
        <w:t>We {{he saved Israel}}, the holy Rabbainu says:</w:t>
      </w:r>
    </w:p>
    <w:p>
      <w:r>
        <w:t>"That all Israel must live in Eretz Yisroel"...</w:t>
      </w:r>
    </w:p>
    <w:p>
      <w:r>
        <w:t>...a prayer to Hashem Yisborach, that you merit to finish quickly and come to Eretz Yisroel quickly</w:t>
      </w:r>
    </w:p>
    <w:p>
      <w:r>
        <w:t>[Amen]</w:t>
      </w:r>
    </w:p>
    <w:p>
      <w:r>
        <w:t>It is a pity for every moment...</w:t>
      </w:r>
    </w:p>
    <w:p>
      <w:r>
        <w:t>...that, that one does not merit to be in Eretz Yisroel is a great loss</w:t>
      </w:r>
    </w:p>
    <w:p>
      <w:r>
        <w:t>That he should do everything to return quickly and to Eretz Yisroel, he has a wife here...</w:t>
      </w:r>
    </w:p>
    <w:p>
      <w:r>
        <w:t>...{…} everything to return quickly, because every breath is a great loss</w:t>
      </w:r>
    </w:p>
    <w:p>
      <w:r>
        <w:t>Oy, oy vey, oy vey…</w:t>
      </w:r>
    </w:p>
    <w:p>
      <w:r>
        <w:t>...{…}, Eretz Yisroel</w:t>
      </w:r>
    </w:p>
    <w:p>
      <w:r>
        <w:t>This is not, this, these are signs of, of the redemption, that Hashem Yisborach gives us that the whole world.. we merited to come, to conquer Eretz Yisroel, and every Jew who wants can come here, can come this, there is nothing to say, there is, there is no way, there is no way to fathom the greatness of Eretz Yisroel's virtue, of which we know nothing at all</w:t>
      </w:r>
    </w:p>
    <w:p>
      <w:r>
        <w:t>He should pray and do everything so that he will return quickly</w:t>
      </w:r>
    </w:p>
    <w:p>
      <w:r>
        <w:t>[Amen]</w:t>
      </w:r>
    </w:p>
    <w:p>
      <w:r>
        <w:t>Ah...</w:t>
      </w:r>
    </w:p>
    <w:p>
      <w:r>
        <w:t>...what a great loss, that every, in every moment that one does not merit to be {in Me}, to be in Eretz Yisroel...</w:t>
      </w:r>
    </w:p>
    <w:p>
      <w:r>
        <w:t>...{…} Eretz Yisroel, to live in Eretz Yisroel</w:t>
      </w:r>
    </w:p>
    <w:p>
      <w:r>
        <w:t>Every moment there is no, there is no way to fathom, there is no way to fathom one who merits to come, to be in Eretz Yisroel</w:t>
      </w:r>
    </w:p>
    <w:p>
      <w:r>
        <w:t>Every single breath…</w:t>
      </w:r>
    </w:p>
    <w:p>
      <w:r>
        <w:t>...that an awakening was made, that we merited to come to Eretz Yisroel</w:t>
      </w:r>
    </w:p>
    <w:p>
      <w:r>
        <w:t>There is no way to fathom the greatness of the kindness and the mercy, it is the light of Moshiach, Eretz Yisroel</w:t>
      </w:r>
    </w:p>
    <w:p>
      <w:r>
        <w:t>Boruch Hashem that he merited to buy an apartment in Eretz Yisroel</w:t>
      </w:r>
    </w:p>
    <w:p>
      <w:r>
        <w:t>Hashem Yisborach will grant him success and help him return quickly to Eretz Yisroel it is a pity for every moment, for every single breath...</w:t>
      </w:r>
    </w:p>
    <w:p>
      <w:r>
        <w:t>...this is all our vitality...</w:t>
      </w:r>
    </w:p>
    <w:p>
      <w:r>
        <w:t>...we need to honor and guard our clothes, yes</w:t>
      </w:r>
    </w:p>
    <w:p>
      <w:r>
        <w:t>This is not, this is an important matter</w:t>
      </w:r>
    </w:p>
    <w:p>
      <w:r>
        <w:t>[Yes, right, yes, right, right,I will do.., I learned something new, lear..]...</w:t>
      </w:r>
    </w:p>
    <w:p>
      <w:r>
        <w:t>...all the vitality of.. today, this is {your} vitality</w:t>
      </w:r>
    </w:p>
    <w:p>
      <w:r>
        <w:t>[Yes, yes, I know, I still needed to..]...</w:t>
      </w:r>
    </w:p>
    <w:p>
      <w:r>
        <w:t>…{.…}...</w:t>
      </w:r>
    </w:p>
    <w:p>
      <w:r>
        <w:t>{.…}... …[...]</w:t>
      </w:r>
    </w:p>
    <w:p>
      <w:r>
        <w:t>...Rabbainu</w:t>
      </w:r>
    </w:p>
    <w:p>
      <w:r>
        <w:t>[Rabbainu, yes]</w:t>
      </w:r>
    </w:p>
    <w:p>
      <w:r>
        <w:t>Yes</w:t>
      </w:r>
    </w:p>
    <w:p>
      <w:r>
        <w:t>["I am Rebbe Nachman", I chose Rabbainu from long ago] he, he, he…</w:t>
      </w:r>
    </w:p>
    <w:p>
      <w:pPr>
        <w:pStyle w:val="Heading2"/>
      </w:pPr>
      <w:r>
        <w:t>Side B (Bais)</w:t>
      </w:r>
    </w:p>
    <w:p>
      <w:r>
        <w:t>...[I chose Rabbainu from long ago]</w:t>
      </w:r>
    </w:p>
    <w:p>
      <w:r>
        <w:t>He, he..</w:t>
      </w:r>
    </w:p>
    <w:p>
      <w:r>
        <w:t>[Renews us]</w:t>
      </w:r>
    </w:p>
    <w:p>
      <w:r>
        <w:t>He is all the Torah and all the tzaddikim</w:t>
      </w:r>
    </w:p>
    <w:p>
      <w:r>
        <w:t>[I know, this is the root of everything, the root of everything</w:t>
      </w:r>
    </w:p>
    <w:p>
      <w:r>
        <w:t>You taught me, Rebbe Yisroel, you taught me</w:t>
      </w:r>
    </w:p>
    <w:p>
      <w:r>
        <w:t>What you taught me, it, it remains, Rebbe Yisroel, it is not lost]</w:t>
      </w:r>
    </w:p>
    <w:p>
      <w:r>
        <w:t>Yes</w:t>
      </w:r>
    </w:p>
    <w:p>
      <w:r>
        <w:t>[It effects actions, among many souls, among many souls]</w:t>
      </w:r>
    </w:p>
    <w:p>
      <w:r>
        <w:t>{But that there is}, and there is, and there is</w:t>
      </w:r>
    </w:p>
    <w:p>
      <w:r>
        <w:t>[Right, right, right, without end, right]</w:t>
      </w:r>
    </w:p>
    <w:p>
      <w:r>
        <w:t>Such lights</w:t>
      </w:r>
    </w:p>
    <w:p>
      <w:r>
        <w:t>[Actual Gan Eden, I know, one who thinks that he is inside, he is outside]</w:t>
      </w:r>
    </w:p>
    <w:p>
      <w:r>
        <w:t>{…..}</w:t>
      </w:r>
    </w:p>
    <w:p>
      <w:r>
        <w:t>[Yes, I know, I once tasted, Rebbe Yisroel..]…</w:t>
      </w:r>
    </w:p>
    <w:p>
      <w:r>
        <w:t>…[The heart, the heart, right]</w:t>
      </w:r>
    </w:p>
    <w:p>
      <w:r>
        <w:t>He brings down to us, he heals and strengthens and renews, everything</w:t>
      </w:r>
    </w:p>
    <w:p>
      <w:r>
        <w:t>[Everything, right, it is a wonder, it is a wonder, Rebbe Yisroel, it is a wonder, it is a wonder, Rabbainu said, it is a wonder] ah..</w:t>
      </w:r>
    </w:p>
    <w:p>
      <w:r>
        <w:t>[There has still never been such a wonder in the world, such a rav and such a student have never been in the world]</w:t>
      </w:r>
    </w:p>
    <w:p>
      <w:r>
        <w:t>{Now}, he now he is the time of the redemption</w:t>
      </w:r>
    </w:p>
    <w:p>
      <w:r>
        <w:t>[……]</w:t>
      </w:r>
    </w:p>
    <w:p>
      <w:r>
        <w:t>I see and feel that this is the time of now..</w:t>
      </w:r>
    </w:p>
    <w:p>
      <w:r>
        <w:t>[The time of the redemption]</w:t>
      </w:r>
    </w:p>
    <w:p>
      <w:r>
        <w:t>This is the time..</w:t>
      </w:r>
    </w:p>
    <w:p>
      <w:r>
        <w:t>[The redemption]</w:t>
      </w:r>
    </w:p>
    <w:p>
      <w:r>
        <w:t>The right one</w:t>
      </w:r>
    </w:p>
    <w:p>
      <w:r>
        <w:t>[For the redemption]</w:t>
      </w:r>
    </w:p>
    <w:p>
      <w:r>
        <w:t>Yes</w:t>
      </w:r>
    </w:p>
    <w:p>
      <w:r>
        <w:t>[Humility descended from Heaven, Rebbe Yisroel, humility descended from Heaven, humility descended among people]</w:t>
      </w:r>
    </w:p>
    <w:p>
      <w:r>
        <w:t>He lowers himself to us</w:t>
      </w:r>
    </w:p>
    <w:p>
      <w:r>
        <w:t>[Yes]</w:t>
      </w:r>
    </w:p>
    <w:p>
      <w:r>
        <w:t>From the loftiest heights, he, he teaches us and renews us</w:t>
      </w:r>
    </w:p>
    <w:p>
      <w:r>
        <w:t>["It was very hard for me”..</w:t>
      </w:r>
    </w:p>
    <w:p>
      <w:r>
        <w:t>'It was very hard for me', ah, what can be done? Rebbe Yisroel, I.. you know, it will be good]</w:t>
      </w:r>
    </w:p>
    <w:p>
      <w:r>
        <w:t>What? I am nothing, but I feel that this is the matter of the resurrection of the dead</w:t>
      </w:r>
    </w:p>
    <w:p>
      <w:r>
        <w:t>[Yes]</w:t>
      </w:r>
    </w:p>
    <w:p>
      <w:r>
        <w:t>It is still not, still not, still not</w:t>
      </w:r>
    </w:p>
    <w:p>
      <w:r>
        <w:t>[..]</w:t>
      </w:r>
    </w:p>
    <w:p>
      <w:r>
        <w:t>To revive us, so that we hold on, to be always close and connected and attached to Hashem Yisborach sick like..</w:t>
      </w:r>
    </w:p>
    <w:p>
      <w:r>
        <w:t>[Sick in souls, very severe, yes, sick, severe sicknesses of souls</w:t>
      </w:r>
    </w:p>
    <w:p>
      <w:r>
        <w:t>"For I am lovesick,” yes, "I am lovesick,” that is in "Song of Songs"</w:t>
      </w:r>
    </w:p>
    <w:p>
      <w:r>
        <w:t>Severe illnesses of souls]</w:t>
      </w:r>
    </w:p>
    <w:p>
      <w:r>
        <w:t>He is all our vitality and the vitality of all the wor.., all..</w:t>
      </w:r>
    </w:p>
    <w:p>
      <w:r>
        <w:t>[worlds, all the worlds]</w:t>
      </w:r>
    </w:p>
    <w:p>
      <w:r>
        <w:t>the worlds</w:t>
      </w:r>
    </w:p>
    <w:p>
      <w:r>
        <w:t>And our main thing is to be bound and attached to our holy Rabbainu</w:t>
      </w:r>
    </w:p>
    <w:p>
      <w:r>
        <w:t>{This}, this is all the Torah and all the wisdom and all..</w:t>
      </w:r>
    </w:p>
    <w:p>
      <w:r>
        <w:t>[peace be upon him..]</w:t>
      </w:r>
    </w:p>
    <w:p>
      <w:r>
        <w:t>And all..</w:t>
      </w:r>
    </w:p>
    <w:p>
      <w:r>
        <w:t>[peace be upon him..]</w:t>
      </w:r>
    </w:p>
    <w:p>
      <w:r>
        <w:t>our vitality</w:t>
      </w:r>
    </w:p>
    <w:p>
      <w:r>
        <w:t>[peace be upon him, Rebbe Yisroel (Kardonner), peace be upon him, your rabbi]</w:t>
      </w:r>
    </w:p>
    <w:p>
      <w:r>
        <w:t>{..}</w:t>
      </w:r>
    </w:p>
    <w:p>
      <w:r>
        <w:t>[He merited to nullify himself completely to Rabbainu, it is a wonder, one does not speak about this]</w:t>
      </w:r>
    </w:p>
    <w:p>
      <w:r>
        <w:t>Suddenly he came from Chevron to Teveria, {…}, to Teveria</w:t>
      </w:r>
    </w:p>
    <w:p>
      <w:r>
        <w:t>[What happened? "Rebbe Yisroel Ber in Teveria”]</w:t>
      </w:r>
    </w:p>
    <w:p>
      <w:r>
        <w:t>He found Yisroel Ber Odesser in Teveria, and from this there came</w:t>
      </w:r>
    </w:p>
    <w:p>
      <w:r>
        <w:t>[wonders, wonders, right]</w:t>
      </w:r>
    </w:p>
    <w:p>
      <w:r>
        <w:t>such wonders, they were, the falsehood were</w:t>
      </w:r>
    </w:p>
    <w:p>
      <w:r>
        <w:t>[strong, yes, right]</w:t>
      </w:r>
    </w:p>
    <w:p>
      <w:r>
        <w:t>The pride up to, up to the heavens, but..</w:t>
      </w:r>
    </w:p>
    <w:p>
      <w:r>
        <w:t>[Fell, right,fortunate are we, fortunate are we, Rebbe Yisroel, fortunate are we, I did not merit]</w:t>
      </w:r>
    </w:p>
    <w:p>
      <w:r>
        <w:t>What, what Father did to me, Father..</w:t>
      </w:r>
    </w:p>
    <w:p>
      <w:r>
        <w:t>[I told Mother on the way]</w:t>
      </w:r>
    </w:p>
    <w:p>
      <w:r>
        <w:t>And Mother..</w:t>
      </w:r>
    </w:p>
    <w:p>
      <w:r>
        <w:t>[I told Mother on the way everything you suffered in order to draw close to Rabbainu</w:t>
      </w:r>
    </w:p>
    <w:p>
      <w:r>
        <w:t>I told her that then, to be Breslov was difficult</w:t>
      </w:r>
    </w:p>
    <w:p>
      <w:r>
        <w:t>It was better to be Chabad, it was better to be..]</w:t>
      </w:r>
    </w:p>
    <w:p>
      <w:r>
        <w:t>And all the children and everyone, the whole city and all the little children, the grown ones</w:t>
      </w:r>
    </w:p>
    <w:p>
      <w:r>
        <w:t>They pointed with a finger: "This is Breslov"</w:t>
      </w:r>
    </w:p>
    <w:p>
      <w:r>
        <w:t>["He is Breslov", “Breslov”]</w:t>
      </w:r>
    </w:p>
    <w:p>
      <w:r>
        <w:t>And I accepted everything</w:t>
      </w:r>
    </w:p>
    <w:p>
      <w:r>
        <w:t>[Thank God, fortunate are you, Rebbe Yisroel, fortunate are you]</w:t>
      </w:r>
    </w:p>
    <w:p>
      <w:r>
        <w:t>But now not one of them remains</w:t>
      </w:r>
    </w:p>
    <w:p>
      <w:r>
        <w:t>[Yes, nothing remains..]</w:t>
      </w:r>
    </w:p>
    <w:p>
      <w:r>
        <w:t>"Not one of them remained"</w:t>
      </w:r>
    </w:p>
    <w:p>
      <w:r>
        <w:t>["Not one of them remained"]</w:t>
      </w:r>
    </w:p>
    <w:p>
      <w:r>
        <w:t>The synagogue, the people, look at, at ,at their synagogue</w:t>
      </w:r>
    </w:p>
    <w:p>
      <w:r>
        <w:t>[Yes, right, "and the earth opened its mouth", "and the earth opened its mouth", what can you do</w:t>
      </w:r>
    </w:p>
    <w:p>
      <w:r>
        <w:t>But thank God Rabbainu renews us]</w:t>
      </w:r>
    </w:p>
    <w:p>
      <w:r>
        <w:t>{Only I}, thank God, I accepted everything with love, and with joy</w:t>
      </w:r>
    </w:p>
    <w:p>
      <w:r>
        <w:t>And this is all my vitality, they were all falsehood</w:t>
      </w:r>
    </w:p>
    <w:p>
      <w:r>
        <w:t>[Rebbes, "Be strong and courageous,” "Be strong and courageous in your service"]</w:t>
      </w:r>
    </w:p>
    <w:p>
      <w:r>
        <w:t>If you had continued and done what you did and more, and more, and more every day and every week</w:t>
      </w:r>
    </w:p>
    <w:p>
      <w:r>
        <w:t>Oh, what, nu, but nevertheless</w:t>
      </w:r>
    </w:p>
    <w:p>
      <w:r>
        <w:t>[It is possible]</w:t>
      </w:r>
    </w:p>
    <w:p>
      <w:r>
        <w:t>A little is good</w:t>
      </w:r>
    </w:p>
    <w:p>
      <w:r>
        <w:t>[It is written "shua, shua]</w:t>
      </w:r>
    </w:p>
    <w:p>
      <w:r>
        <w:t>What is "shua"?</w:t>
      </w:r>
    </w:p>
    <w:p>
      <w:r>
        <w:t>[Kapid shua, kapid.. it is written "like one gathering, like a rooster, wha..”</w:t>
      </w:r>
    </w:p>
    <w:p>
      <w:r>
        <w:t>Even as much as a hairsbreadth is not lost before Him blessed be He even a movement as much as a hairsbreadth</w:t>
      </w:r>
    </w:p>
    <w:p>
      <w:r>
        <w:t>Rebbe Nassan speaks about this a great deal]</w:t>
      </w:r>
    </w:p>
    <w:p>
      <w:r>
        <w:t>To search for some point</w:t>
      </w:r>
    </w:p>
    <w:p>
      <w:r>
        <w:t>[Yes]</w:t>
      </w:r>
    </w:p>
    <w:p>
      <w:r>
        <w:t>{in himself}</w:t>
      </w:r>
    </w:p>
    <w:p>
      <w:r>
        <w:t>[It is not lost, it is not lost</w:t>
      </w:r>
    </w:p>
    <w:p>
      <w:r>
        <w:t>Rebbe Nassan says he runs with it thousands of parsaos in the upper worlds</w:t>
      </w:r>
    </w:p>
    <w:p>
      <w:r>
        <w:t>It is written, it is written "Be strong, and He will strengthen your hearts, all who hope"</w:t>
      </w:r>
    </w:p>
    <w:p>
      <w:r>
        <w:t>As long as you hope, be strong, and He will strengthen your hearts]</w:t>
      </w:r>
    </w:p>
    <w:p>
      <w:r>
        <w:t>You</w:t>
      </w:r>
    </w:p>
    <w:p>
      <w:r>
        <w:t>[do hisbodedus]</w:t>
      </w:r>
    </w:p>
    <w:p>
      <w:r>
        <w:t>Do you have a wife?</w:t>
      </w:r>
    </w:p>
    <w:p>
      <w:r>
        <w:t>[Not yet, I did not merit]</w:t>
      </w:r>
    </w:p>
    <w:p>
      <w:r>
        <w:t>Not yet</w:t>
      </w:r>
    </w:p>
    <w:p>
      <w:r>
        <w:t>[No, bless me, Rebbe Yisroel, perhaps I will merit a shidduch, it depends on.. yes]</w:t>
      </w:r>
    </w:p>
    <w:p>
      <w:r>
        <w:t>If you had prayed and strengthened yourself, you would have, you would already have had children and children's children, yes</w:t>
      </w:r>
    </w:p>
    <w:p>
      <w:r>
        <w:t>And all of them would have served Hashem</w:t>
      </w:r>
    </w:p>
    <w:p>
      <w:r>
        <w:t>[Right]</w:t>
      </w:r>
    </w:p>
    <w:p>
      <w:r>
        <w:t>With Torah and mitzvos</w:t>
      </w:r>
    </w:p>
    <w:p>
      <w:r>
        <w:t>What? Our Torah and mitzvos are in the wor.. are, are there any more in the world?</w:t>
      </w:r>
    </w:p>
    <w:p>
      <w:r>
        <w:t>[There is nothing like Breslov in the world, Reb.., apart from Breslov there is nothing at all</w:t>
      </w:r>
    </w:p>
    <w:p>
      <w:r>
        <w:t>Apart from Breslov there is nothing at all, only Breslov, only Breslov]</w:t>
      </w:r>
    </w:p>
    <w:p>
      <w:r>
        <w:t>Yes</w:t>
      </w:r>
    </w:p>
    <w:p>
      <w:r>
        <w:t>[Rabbainu's true men, I mean, the true ones]</w:t>
      </w:r>
    </w:p>
    <w:p>
      <w:r>
        <w:t>What I suffered, everyone laughed at me, everyone</w:t>
      </w:r>
    </w:p>
    <w:p>
      <w:r>
        <w:t>And I accepted: "Good, good, give more"</w:t>
      </w:r>
    </w:p>
    <w:p>
      <w:r>
        <w:t>A gift, such gifts, such gifts, ah</w:t>
      </w:r>
    </w:p>
    <w:p>
      <w:r>
        <w:t>[Rabbainu said: "I brought you a gift from the Land of Israel, from the Land of Israel"]</w:t>
      </w:r>
    </w:p>
    <w:p>
      <w:r>
        <w:t>The Land of Israel, do we have any conception of what the Land of Israel is?</w:t>
      </w:r>
    </w:p>
    <w:p>
      <w:r>
        <w:t>[No]</w:t>
      </w:r>
    </w:p>
    <w:p>
      <w:r>
        <w:t>Our holy Rabbainu reveals to us a drop from the sea</w:t>
      </w:r>
    </w:p>
    <w:p>
      <w:r>
        <w:t>[Right]</w:t>
      </w:r>
    </w:p>
    <w:p>
      <w:r>
        <w:t>The Land of Israel, our holy Rabbainu says:</w:t>
      </w:r>
    </w:p>
    <w:p>
      <w:r>
        <w:t>"All Israel, every one of Israel must come to the Land of Israel and live in the Land of Israel"</w:t>
      </w:r>
    </w:p>
    <w:p>
      <w:r>
        <w:t>Livelihood and everything is the Land of Israel</w:t>
      </w:r>
    </w:p>
    <w:p>
      <w:r>
        <w:t>[Right, right]</w:t>
      </w:r>
    </w:p>
    <w:p>
      <w:r>
        <w:t>Nu, how? It was in the hands of gentiles, now {. .} in our hands</w:t>
      </w:r>
    </w:p>
    <w:p>
      <w:r>
        <w:t>["The power of His deeds He declared to His people"]</w:t>
      </w:r>
    </w:p>
    <w:p>
      <w:r>
        <w:t>In our hands, the Land of Israel is in our hands, the Holy Temple is in our hands, Yerushalayim is in our hands</w:t>
      </w:r>
    </w:p>
    <w:p>
      <w:r>
        <w:t>[The redemption will come, Rebbe Yisroel, the redemption will come]</w:t>
      </w:r>
    </w:p>
    <w:p>
      <w:r>
        <w:t>Yes, but..</w:t>
      </w:r>
    </w:p>
    <w:p>
      <w:r>
        <w:t>[It must arrive, it must]</w:t>
      </w:r>
    </w:p>
    <w:p>
      <w:r>
        <w:t>But we need</w:t>
      </w:r>
    </w:p>
    <w:p>
      <w:r>
        <w:t>[to prepare the heart, yes, it is not, without preparation it is not]</w:t>
      </w:r>
    </w:p>
    <w:p>
      <w:r>
        <w:t>{No, it is not}..</w:t>
      </w:r>
    </w:p>
    <w:p>
      <w:r>
        <w:t>[He knows all the.. exactly what to say]</w:t>
      </w:r>
    </w:p>
    <w:p>
      <w:r>
        <w:t>[No, I am saying..]</w:t>
      </w:r>
    </w:p>
    <w:p>
      <w:r>
        <w:t>[………]</w:t>
      </w:r>
    </w:p>
    <w:p>
      <w:r>
        <w:t>[That is what they think.., in the "Rebbe Yisroel Fund", Rebbe Yisroel hides himself, he is a hidden tzaddik] it is such a light</w:t>
      </w:r>
    </w:p>
    <w:p>
      <w:r>
        <w:t>We have no words to feel, to speak, there are no, no words</w:t>
      </w:r>
    </w:p>
    <w:p>
      <w:r>
        <w:t>[There are no letters with which to constrict it, yes]</w:t>
      </w:r>
    </w:p>
    <w:p>
      <w:r>
        <w:t>This is he..</w:t>
      </w:r>
    </w:p>
    <w:p>
      <w:r>
        <w:t>[Above wisdom, yes..]</w:t>
      </w:r>
    </w:p>
    <w:p>
      <w:r>
        <w:t>[……..]</w:t>
      </w:r>
    </w:p>
    <w:p>
      <w:r>
        <w:t>[But he is not, he is not hidden enough, today one who..]</w:t>
      </w:r>
    </w:p>
    <w:p>
      <w:r>
        <w:t>But..</w:t>
      </w:r>
    </w:p>
    <w:p>
      <w:r>
        <w:t>[No, he is hidden, the Arizal, peace be upon him, was..]</w:t>
      </w:r>
    </w:p>
    <w:p>
      <w:r>
        <w:t>But we need to receive</w:t>
      </w:r>
    </w:p>
    <w:p>
      <w:r>
        <w:t>To live only with, with the Torah and faith and truth</w:t>
      </w:r>
    </w:p>
    <w:p>
      <w:r>
        <w:t>[Wholehearted simplicity]</w:t>
      </w:r>
    </w:p>
    <w:p>
      <w:r>
        <w:t>Yes</w:t>
      </w:r>
    </w:p>
    <w:p>
      <w:r>
        <w:t>[…...]</w:t>
      </w:r>
    </w:p>
    <w:p>
      <w:r>
        <w:t>[Humility, yes, humility, it is difficult, it is difficult work, Rebbe Yisroel]</w:t>
      </w:r>
    </w:p>
    <w:p>
      <w:r>
        <w:t>Nu, nu</w:t>
      </w:r>
    </w:p>
    <w:p>
      <w:r>
        <w:t>[But this is the essence of life, this is the essence of life, this, there is no other vitality, this is the essence of true life] [….….]</w:t>
      </w:r>
    </w:p>
    <w:p>
      <w:r>
        <w:t>[……..]</w:t>
      </w:r>
    </w:p>
    <w:p>
      <w:r>
        <w:t>You prayed for me a lot, Rebbe Yisroel, I am reaping the fruits, I am reaping the fruits, fortunate are you, Rebbe Yisroel, I.., you prayed for me a lot, I feel it] our matter, but..</w:t>
      </w:r>
    </w:p>
    <w:p>
      <w:r>
        <w:t>[We need.., yes]</w:t>
      </w:r>
    </w:p>
    <w:p>
      <w:r>
        <w:t>I am very sorry, no...</w:t>
      </w:r>
    </w:p>
    <w:p>
      <w:r>
        <w:t>...[Saba, do you remember Rav Mottel of Slonim?]</w:t>
      </w:r>
    </w:p>
    <w:p>
      <w:r>
        <w:t>Eh?</w:t>
      </w:r>
    </w:p>
    <w:p>
      <w:r>
        <w:t>[Rav Mottel of Slonim, do you remember when you received the note?]</w:t>
      </w:r>
    </w:p>
    <w:p>
      <w:r>
        <w:t>He is no longer here</w:t>
      </w:r>
    </w:p>
    <w:p>
      <w:r>
        <w:t>[Yes, yes]</w:t>
      </w:r>
    </w:p>
    <w:p>
      <w:r>
        <w:t>{Yes}</w:t>
      </w:r>
    </w:p>
    <w:p>
      <w:r>
        <w:t>[…. He is no longer here…]</w:t>
      </w:r>
    </w:p>
    <w:p>
      <w:r>
        <w:t>[……..]</w:t>
      </w:r>
    </w:p>
    <w:p>
      <w:r>
        <w:t>[Saba, you..]</w:t>
      </w:r>
    </w:p>
    <w:p>
      <w:r>
        <w:t>They are all gone</w:t>
      </w:r>
    </w:p>
    <w:p>
      <w:r>
        <w:t>[Finished]</w:t>
      </w:r>
    </w:p>
    <w:p>
      <w:r>
        <w:t>[All the liars]</w:t>
      </w:r>
    </w:p>
    <w:p>
      <w:r>
        <w:t>All the opponents went to the grave</w:t>
      </w:r>
    </w:p>
    <w:p>
      <w:r>
        <w:t>[And only Yisroel Ber remained]</w:t>
      </w:r>
    </w:p>
    <w:p>
      <w:r>
        <w:t>They have no synagogue, they have nothing</w:t>
      </w:r>
    </w:p>
    <w:p>
      <w:r>
        <w:t>[Yes, Saba, do you remember when you received the note, the note</w:t>
      </w:r>
    </w:p>
    <w:p>
      <w:r>
        <w:t>When you received it, then Rav Mottel of Slonim thought you had gone crazy</w:t>
      </w:r>
    </w:p>
    <w:p>
      <w:r>
        <w:t>Afterward he saw you, he began to laugh</w:t>
      </w:r>
    </w:p>
    <w:p>
      <w:r>
        <w:t>Do you remember? Saba, that Rav Mottel of Slonim began to laugh when you showed him the note?] [……]</w:t>
      </w:r>
    </w:p>
    <w:p>
      <w:r>
        <w:t>[He began to laugh, his stomach hurt from so much laughter, do you remember that? Saba]</w:t>
      </w:r>
    </w:p>
    <w:p>
      <w:r>
        <w:t>He was in danger</w:t>
      </w:r>
    </w:p>
    <w:p>
      <w:r>
        <w:t>[Yes]</w:t>
      </w:r>
    </w:p>
    <w:p>
      <w:r>
        <w:t>His whole stomach could have come out</w:t>
      </w:r>
    </w:p>
    <w:p>
      <w:r>
        <w:t>[from so much laughter]</w:t>
      </w:r>
    </w:p>
    <w:p>
      <w:r>
        <w:t>[After that he said: "I nullify the opposition"]</w:t>
      </w:r>
    </w:p>
    <w:p>
      <w:r>
        <w:t>{..}</w:t>
      </w:r>
    </w:p>
    <w:p>
      <w:r>
        <w:t>[Do you remember that? Saba</w:t>
      </w:r>
    </w:p>
    <w:p>
      <w:r>
        <w:t>Saba, the most novel story was that of Rav Tzvi]</w:t>
      </w:r>
    </w:p>
    <w:p>
      <w:r>
        <w:t>His daughter, Sarah, came</w:t>
      </w:r>
    </w:p>
    <w:p>
      <w:r>
        <w:t>[Yes]</w:t>
      </w:r>
    </w:p>
    <w:p>
      <w:r>
        <w:t>She said to him: "Father, stop, you can die"</w:t>
      </w:r>
    </w:p>
    <w:p>
      <w:r>
        <w:t>Then he, he motioned to her that she should go, if you stand here and talk more, I can laugh..</w:t>
      </w:r>
    </w:p>
    <w:p>
      <w:r>
        <w:t>[more]</w:t>
      </w:r>
    </w:p>
    <w:p>
      <w:r>
        <w:t>more, "Go, go"</w:t>
      </w:r>
    </w:p>
    <w:p>
      <w:r>
        <w:t>[…………..]</w:t>
      </w:r>
    </w:p>
    <w:p>
      <w:r>
        <w:t>[Saba, the story that gives the most vitality, the story of Rav Tzvi Rosenthal, Saba, Rav Tzvi Rosenthal]</w:t>
      </w:r>
    </w:p>
    <w:p>
      <w:r>
        <w:t>[…...]</w:t>
      </w:r>
    </w:p>
    <w:p>
      <w:r>
        <w:t>[Do you remember? He wen.., he went to pray on Friday, he did not return]</w:t>
      </w:r>
    </w:p>
    <w:p>
      <w:r>
        <w:t>He went to pray with the tallis and tefillin and did not, and did not return the entire Shabbos</w:t>
      </w:r>
    </w:p>
    <w:p>
      <w:r>
        <w:t>[To this day]</w:t>
      </w:r>
    </w:p>
    <w:p>
      <w:r>
        <w:t>Friday all, and Shabbos</w:t>
      </w:r>
    </w:p>
    <w:p>
      <w:r>
        <w:t>[To this day]</w:t>
      </w:r>
    </w:p>
    <w:p>
      <w:r>
        <w:t>He did not return</w:t>
      </w:r>
    </w:p>
    <w:p>
      <w:r>
        <w:t>[To this day, to this day]</w:t>
      </w:r>
    </w:p>
    <w:p>
      <w:r>
        <w:t>He said: "They do not let me be Breslov, I am compelled to go to Yerushalayim</w:t>
      </w:r>
    </w:p>
    <w:p>
      <w:r>
        <w:t>[Yes]</w:t>
      </w:r>
    </w:p>
    <w:p>
      <w:r>
        <w:t>I don't have money, I will go on foot</w:t>
      </w:r>
    </w:p>
    <w:p>
      <w:r>
        <w:t>[Yes, with the feet]</w:t>
      </w:r>
    </w:p>
    <w:p>
      <w:r>
        <w:t>[…...]</w:t>
      </w:r>
    </w:p>
    <w:p>
      <w:r>
        <w:t>I have strong legs"</w:t>
      </w:r>
    </w:p>
    <w:p>
      <w:r>
        <w:t>[Yes]</w:t>
      </w:r>
    </w:p>
    <w:p>
      <w:r>
        <w:t>[……….]</w:t>
      </w:r>
    </w:p>
    <w:p>
      <w:r>
        <w:t>[……….]</w:t>
      </w:r>
    </w:p>
    <w:p>
      <w:r>
        <w:t>[Saba, do you remember, that.. they threw at the house of Rebbe Yisroel (Kardonner), they threw stones</w:t>
      </w:r>
    </w:p>
    <w:p>
      <w:r>
        <w:t>"Where is Rav Tzvi? Where is Rav Tzvi?” Do you remember that? Saba]</w:t>
      </w:r>
    </w:p>
    <w:p>
      <w:r>
        <w:t>Eh?</w:t>
      </w:r>
    </w:p>
    <w:p>
      <w:r>
        <w:t>[That they threw stones, they threw stones]</w:t>
      </w:r>
    </w:p>
    <w:p>
      <w:r>
        <w:t>Yes</w:t>
      </w:r>
    </w:p>
    <w:p>
      <w:r>
        <w:t>[At, at the house of Rebbe Yisroel (Kardonner)]</w:t>
      </w:r>
    </w:p>
    <w:p>
      <w:r>
        <w:t>Yes, yes, they broke all his utensils</w:t>
      </w:r>
    </w:p>
    <w:p>
      <w:r>
        <w:t>[On Shabbos, on Shabbos, right? It was on Shabbos, it was on Shabbos, it was on Shabbos]</w:t>
      </w:r>
    </w:p>
    <w:p>
      <w:r>
        <w:t>Yes</w:t>
      </w:r>
    </w:p>
    <w:p>
      <w:r>
        <w:t>[They went to sleep, and they got up in the morning, again]</w:t>
      </w:r>
    </w:p>
    <w:p>
      <w:r>
        <w:t>[…...….]</w:t>
      </w:r>
    </w:p>
    <w:p>
      <w:r>
        <w:t>[“We will beat you …. tell the truth”….]</w:t>
      </w:r>
    </w:p>
    <w:p>
      <w:r>
        <w:t>[……...]</w:t>
      </w:r>
    </w:p>
    <w:p>
      <w:r>
        <w:t>[Saba, do you remember that the non-Jews, the Turks took you to prison?]</w:t>
      </w:r>
    </w:p>
    <w:p>
      <w:r>
        <w:t>The non-Jews</w:t>
      </w:r>
    </w:p>
    <w:p>
      <w:r>
        <w:t>[The Turks, the Turks]</w:t>
      </w:r>
    </w:p>
    <w:p>
      <w:r>
        <w:t>The Turks</w:t>
      </w:r>
    </w:p>
    <w:p>
      <w:r>
        <w:t>[Took you to prison, "Where is Rav Tzvi?”]</w:t>
      </w:r>
    </w:p>
    <w:p>
      <w:r>
        <w:t>Yes, the police</w:t>
      </w:r>
    </w:p>
    <w:p>
      <w:r>
        <w:t>[Yes, yes]</w:t>
      </w:r>
    </w:p>
    <w:p>
      <w:r>
        <w:t>"Tell the truth, where is Rav Tzvi?..</w:t>
      </w:r>
    </w:p>
    <w:p>
      <w:r>
        <w:t>[“Tell the truth"]</w:t>
      </w:r>
    </w:p>
    <w:p>
      <w:r>
        <w:t>If not, then we will kill you</w:t>
      </w:r>
    </w:p>
    <w:p>
      <w:r>
        <w:t>[Yo]</w:t>
      </w:r>
    </w:p>
    <w:p>
      <w:r>
        <w:t>Tell the truth, where is Rav Tzvi?</w:t>
      </w:r>
    </w:p>
    <w:p>
      <w:r>
        <w:t>[…]</w:t>
      </w:r>
    </w:p>
    <w:p>
      <w:r>
        <w:t>What is this? A man goes to pray and does not return</w:t>
      </w:r>
    </w:p>
    <w:p>
      <w:r>
        <w:t>[Yes]</w:t>
      </w:r>
    </w:p>
    <w:p>
      <w:r>
        <w:t>The whole Shabbos, this is not, there had not yet been such a thing, only in Breslov"</w:t>
      </w:r>
    </w:p>
    <w:p>
      <w:r>
        <w:t>[Yes, “{the fool}, the Breslovers”]</w:t>
      </w:r>
    </w:p>
    <w:p>
      <w:r>
        <w:t>[Saba..]</w:t>
      </w:r>
    </w:p>
    <w:p>
      <w:r>
        <w:t>It is a wondrous episode, how does one go to pray and not return the whole Shabbos?</w:t>
      </w:r>
    </w:p>
    <w:p>
      <w:r>
        <w:t>Such a thing has not been heard, only in Breslov</w:t>
      </w:r>
    </w:p>
    <w:p>
      <w:r>
        <w:t>[Yes]</w:t>
      </w:r>
    </w:p>
    <w:p>
      <w:r>
        <w:t>In Breslov, in Breslov there can be {that there should be a thing} like this</w:t>
      </w:r>
    </w:p>
    <w:p>
      <w:r>
        <w:t>[Only in Breslov]</w:t>
      </w:r>
    </w:p>
    <w:p>
      <w:r>
        <w:t>That they go to pray and he will not return</w:t>
      </w:r>
    </w:p>
    <w:p>
      <w:r>
        <w:t>[Like yesterday..]</w:t>
      </w:r>
    </w:p>
    <w:p>
      <w:r>
        <w:t>[Yes]</w:t>
      </w:r>
    </w:p>
    <w:p>
      <w:r>
        <w:t>In the whole world there is no such thing, only in Breslov..</w:t>
      </w:r>
    </w:p>
    <w:p>
      <w:r>
        <w:t>[There is such a thing</w:t>
      </w:r>
    </w:p>
    <w:p>
      <w:r>
        <w:t>Saba, they said, they said, that you sent him to Uman]</w:t>
      </w:r>
    </w:p>
    <w:p>
      <w:r>
        <w:t>Yes, we were in danger, spies</w:t>
      </w:r>
    </w:p>
    <w:p>
      <w:r>
        <w:t>[Yes]</w:t>
      </w:r>
    </w:p>
    <w:p>
      <w:r>
        <w:t>Russia was at war</w:t>
      </w:r>
    </w:p>
    <w:p>
      <w:r>
        <w:t>[Turks]</w:t>
      </w:r>
    </w:p>
    <w:p>
      <w:r>
        <w:t>With the Turks</w:t>
      </w:r>
    </w:p>
    <w:p>
      <w:r>
        <w:t>[Yes]</w:t>
      </w:r>
    </w:p>
    <w:p>
      <w:r>
        <w:t>Nu, and we sent people to Russia, so we were..</w:t>
      </w:r>
    </w:p>
    <w:p>
      <w:r>
        <w:t>[Spies]</w:t>
      </w:r>
    </w:p>
    <w:p>
      <w:r>
        <w:t>In danger of spies</w:t>
      </w:r>
    </w:p>
    <w:p>
      <w:r>
        <w:t>[Yes]</w:t>
      </w:r>
    </w:p>
    <w:p>
      <w:r>
        <w:t>It was miracles from Heaven</w:t>
      </w:r>
    </w:p>
    <w:p>
      <w:r>
        <w:t>[Baruch Hashem..]</w:t>
      </w:r>
    </w:p>
    <w:p>
      <w:r>
        <w:t>[The mukhtar, the mukhtar]</w:t>
      </w:r>
    </w:p>
    <w:p>
      <w:r>
        <w:t>The mukhtar, the mukhtar said to me: "Tell the truth, where is Rav Tzvi?"</w:t>
      </w:r>
    </w:p>
    <w:p>
      <w:r>
        <w:t>Then after a few hours the police came and took him to prison</w:t>
      </w:r>
    </w:p>
    <w:p>
      <w:r>
        <w:t>And to this day he did not return, {this} "to this day”</w:t>
      </w:r>
    </w:p>
    <w:p>
      <w:r>
        <w:t>They do not know where he is</w:t>
      </w:r>
    </w:p>
    <w:p>
      <w:r>
        <w:t>[To this day]</w:t>
      </w:r>
    </w:p>
    <w:p>
      <w:r>
        <w:t>To this day</w:t>
      </w:r>
    </w:p>
    <w:p>
      <w:r>
        <w:t>[Baruch Hashem]</w:t>
      </w:r>
    </w:p>
    <w:p>
      <w:r>
        <w:t>He left a wife and sons, and they do not know where he is, they do not know</w:t>
      </w:r>
    </w:p>
    <w:p>
      <w:r>
        <w:t>So they ask at the police:</w:t>
      </w:r>
    </w:p>
    <w:p>
      <w:r>
        <w:t>"Where is Rav Tzvi?”</w:t>
      </w:r>
    </w:p>
    <w:p>
      <w:r>
        <w:t>"We do not know, "Am I Rav Tzvi's keeper"</w:t>
      </w:r>
    </w:p>
    <w:p>
      <w:r>
        <w:t>I do not know, we do not know"</w:t>
      </w:r>
    </w:p>
    <w:p>
      <w:r>
        <w:t>But they said that this is a thing that is impossible, only in Breslov is there such a thing</w:t>
      </w:r>
    </w:p>
    <w:p>
      <w:r>
        <w:t>That they go to pray and do not return the whole Shabbos, this, this is only Breslov</w:t>
      </w:r>
    </w:p>
    <w:p>
      <w:r>
        <w:t>[Saba, there are guests here, guests, there are guests here, Saba]</w:t>
      </w:r>
    </w:p>
    <w:p>
      <w:r>
        <w:t>Guests?</w:t>
      </w:r>
    </w:p>
    <w:p>
      <w:r>
        <w:t>[Yes, yes, here]</w:t>
      </w:r>
    </w:p>
    <w:p>
      <w:r>
        <w:t>{….}, tell them the episode of Rav Tzvi Rosenthal</w:t>
      </w:r>
    </w:p>
    <w:p>
      <w:r>
        <w:t>He went to pray with the tallis and tefillin and did not return, does not return</w:t>
      </w:r>
    </w:p>
    <w:p>
      <w:r>
        <w:t>She searched in all the synagogues, he is not there, Shabbos came, he is not there</w:t>
      </w:r>
    </w:p>
    <w:p>
      <w:r>
        <w:t>Then the whole family came to me: 'Tell us, where is Rav Tzvi?'</w:t>
      </w:r>
    </w:p>
    <w:p>
      <w:r>
        <w:t>There were those who said: "What, he is already in Uman, they sent him to Uman, he is Breslov"</w:t>
      </w:r>
    </w:p>
    <w:p>
      <w:r>
        <w:t>This episode needs, needs to be printed and pasted throughout the city</w:t>
      </w:r>
    </w:p>
    <w:p>
      <w:r>
        <w:t>To make known that there was Rav, Rav, Rav Tzvi Rosenthal</w:t>
      </w:r>
    </w:p>
    <w:p>
      <w:r>
        <w:t>[…….]</w:t>
      </w:r>
    </w:p>
    <w:p>
      <w:r>
        <w:t>[Tell him shalom..]</w:t>
      </w:r>
    </w:p>
    <w:p>
      <w:r>
        <w:t>[Shalom aleichem]</w:t>
      </w:r>
    </w:p>
    <w:p>
      <w:r>
        <w:t>Shalom aleichem</w:t>
      </w:r>
    </w:p>
    <w:p>
      <w:r>
        <w:t>[Nassan Bornstein]</w:t>
      </w:r>
    </w:p>
    <w:p>
      <w:r>
        <w:t>Eh</w:t>
      </w:r>
    </w:p>
    <w:p>
      <w:r>
        <w:t>[Nassan Bornstein]</w:t>
      </w:r>
    </w:p>
    <w:p>
      <w:r>
        <w:t>Oy vey, what is this with you? I am not, I do not understand this</w:t>
      </w:r>
    </w:p>
    <w:p>
      <w:r>
        <w:t>[Who was Rav Tzvi?]</w:t>
      </w:r>
    </w:p>
    <w:p>
      <w:r>
        <w:t>Eh?</w:t>
      </w:r>
    </w:p>
    <w:p>
      <w:r>
        <w:t>[Rav Tzvi Rosenthal]</w:t>
      </w:r>
    </w:p>
    <w:p>
      <w:r>
        <w:t>Nu</w:t>
      </w:r>
    </w:p>
    <w:p>
      <w:r>
        <w:t>[Was he related to Moshe?]</w:t>
      </w:r>
    </w:p>
    <w:p>
      <w:r>
        <w:t>He was an outstanding student of the "Chafetz Chaim," he came to Teveria, and I said to him:</w:t>
      </w:r>
    </w:p>
    <w:p>
      <w:r>
        <w:t>"Rav Tzvi, there is a book, "Likutay Moharan," today</w:t>
      </w:r>
    </w:p>
    <w:p>
      <w:r>
        <w:t>That no, no, {…}, no, the whole world does not know what it is"</w:t>
      </w:r>
    </w:p>
    <w:p>
      <w:r>
        <w:t>So he began to study, so he became Breslov, a Breslov Chassid</w:t>
      </w:r>
    </w:p>
    <w:p>
      <w:r>
        <w:t>"Ah.. a Breslov Chassid?” The wife and the father-in-law and the family, they were all oppo..</w:t>
      </w:r>
    </w:p>
    <w:p>
      <w:r>
        <w:t>“What is this? Breslov? I want a divorce"</w:t>
      </w:r>
    </w:p>
    <w:p>
      <w:r>
        <w:t>Shoyn, he accepted all this and he saw that he was in danger</w:t>
      </w:r>
    </w:p>
    <w:p>
      <w:r>
        <w:t>He sa.., he, he took the tallis and tefillin here, and went to pray</w:t>
      </w:r>
    </w:p>
    <w:p>
      <w:r>
        <w:t>After the prayer he, he, he used to come after the prayer to eat and drink; he did not come</w:t>
      </w:r>
    </w:p>
    <w:p>
      <w:r>
        <w:t>Nu, so they came to me, "Where is Rav Tzvi?"</w:t>
      </w:r>
    </w:p>
    <w:p>
      <w:r>
        <w:t>And I, am I going to tell that he went to Yerushalayim?</w:t>
      </w:r>
    </w:p>
    <w:p>
      <w:r>
        <w:t>In short, the whole city came to say, to tell them, "Where is Rav Tzvi?”</w:t>
      </w:r>
    </w:p>
    <w:p>
      <w:r>
        <w:t>A person goes to pray and does not return on Friday—what is this?</w:t>
      </w:r>
    </w:p>
    <w:p>
      <w:r>
        <w:t>There is no such thing in the whole world; only in Breslov is there such a thing</w:t>
      </w:r>
    </w:p>
    <w:p>
      <w:r>
        <w:t>They go to pray and do not return</w:t>
      </w:r>
    </w:p>
    <w:p>
      <w:r>
        <w:t>No, no such thing has been heard in the world, only in Breslov</w:t>
      </w:r>
    </w:p>
    <w:p>
      <w:r>
        <w:t>[Was he a relative of Moshe Rosenthal from Yerushalayim?]</w:t>
      </w:r>
    </w:p>
    <w:p>
      <w:r>
        <w:t>Ah?</w:t>
      </w:r>
    </w:p>
    <w:p>
      <w:r>
        <w:t>[Was he a relative of Moshe Rosenthal? Was he a relative of Moshe Rosenthal from Yerushalayim?]</w:t>
      </w:r>
    </w:p>
    <w:p>
      <w:r>
        <w:t>{Re.. re.. relative?}</w:t>
      </w:r>
    </w:p>
    <w:p>
      <w:r>
        <w:t>[No?, Rav Tzvi]</w:t>
      </w:r>
    </w:p>
    <w:p>
      <w:r>
        <w:t>Nu</w:t>
      </w:r>
    </w:p>
    <w:p>
      <w:r>
        <w:t>[Was he a relative of Moshe Rosenthal from Yerushalayim?]</w:t>
      </w:r>
    </w:p>
    <w:p>
      <w:r>
        <w:t>I do not know, but his name was Rosenthal</w:t>
      </w:r>
    </w:p>
    <w:p>
      <w:r>
        <w:t>[Yes, yes]</w:t>
      </w:r>
    </w:p>
    <w:p>
      <w:r>
        <w:t>Rav Tzvi Rosenthal, "Where is Rav Tzvi?”</w:t>
      </w:r>
    </w:p>
    <w:p>
      <w:r>
        <w:t>I said: "I do not know"</w:t>
      </w:r>
    </w:p>
    <w:p>
      <w:r>
        <w:t>[And he remained in Yerushalayim]</w:t>
      </w:r>
    </w:p>
    <w:p>
      <w:r>
        <w:t>He, they sent to Tzfas to look for him; he is not there, nu, "Where is Rav Tzvi?”</w:t>
      </w:r>
    </w:p>
    <w:p>
      <w:r>
        <w:t>[…….]</w:t>
      </w:r>
    </w:p>
    <w:p>
      <w:r>
        <w:t>[…….]</w:t>
      </w:r>
    </w:p>
    <w:p>
      <w:r>
        <w:t>There were those who said that they had sent him to Russia, to Uman</w:t>
      </w:r>
    </w:p>
    <w:p>
      <w:r>
        <w:t>"He is Breslov, he, surely they sent him to Uman"</w:t>
      </w:r>
    </w:p>
    <w:p>
      <w:r>
        <w:t>[Did he return home in the end?]</w:t>
      </w:r>
    </w:p>
    <w:p>
      <w:r>
        <w:t>Ah?</w:t>
      </w:r>
    </w:p>
    <w:p>
      <w:r>
        <w:t>[Did Rav Tzvi return home?]</w:t>
      </w:r>
    </w:p>
    <w:p>
      <w:r>
        <w:t>Rav Tzvi, yes</w:t>
      </w:r>
    </w:p>
    <w:p>
      <w:r>
        <w:t>[Yes, did he return home to Teveria?]</w:t>
      </w:r>
    </w:p>
    <w:p>
      <w:r>
        <w:t>Yes, but he, he, he died, he died</w:t>
      </w:r>
    </w:p>
    <w:p>
      <w:r>
        <w:t>[Where? In Teveria?]</w:t>
      </w:r>
    </w:p>
    <w:p>
      <w:r>
        <w:t>He lived a few days and took ill and he died</w:t>
      </w:r>
    </w:p>
    <w:p>
      <w:r>
        <w:t>[Who is this?]</w:t>
      </w:r>
    </w:p>
    <w:p>
      <w:r>
        <w:t>[Rav Tzvi]</w:t>
      </w:r>
    </w:p>
    <w:p>
      <w:r>
        <w:t>[….]</w:t>
      </w:r>
    </w:p>
    <w:p>
      <w:r>
        <w:t>[…. returned, what did he return….]</w:t>
      </w:r>
    </w:p>
    <w:p>
      <w:r>
        <w:t>They received a handshake-oath that he would not speak with me, that he would not be Breslov</w:t>
      </w:r>
    </w:p>
    <w:p>
      <w:r>
        <w:t>He gave a handshake-oath, and I.. he told me, I said to him:</w:t>
      </w:r>
    </w:p>
    <w:p>
      <w:r>
        <w:t>"What did you do? What? Why did you do this?"</w:t>
      </w:r>
    </w:p>
    <w:p>
      <w:r>
        <w:t>He said to me: "The oath and the vow do not take effect</w:t>
      </w:r>
    </w:p>
    <w:p>
      <w:r>
        <w:t>He, someone will make a vow that he should not, should not.., that he should desecrate Shabbos</w:t>
      </w:r>
    </w:p>
    <w:p>
      <w:r>
        <w:t>The oath and the vow do not take effect at all"</w:t>
      </w:r>
    </w:p>
    <w:p>
      <w:r>
        <w:t>So he said, because of this no, no, so I had no, {before everyone}</w:t>
      </w:r>
    </w:p>
    <w:p>
      <w:r>
        <w:t>{They were} to kill me, so I said, perhaps to Yerushalayim</w:t>
      </w:r>
    </w:p>
    <w:p>
      <w:r>
        <w:t>Nu, they sent to Afula, to Haifa, they found him, they brought him to Teveria</w:t>
      </w:r>
    </w:p>
    <w:p>
      <w:r>
        <w:t>[…….]</w:t>
      </w:r>
    </w:p>
    <w:p>
      <w:r>
        <w:t>[…….]</w:t>
      </w:r>
    </w:p>
    <w:p>
      <w:r>
        <w:t>"Where is Rav Tzvi? What is this? He went to pray, did not return, where is he?”</w:t>
      </w:r>
    </w:p>
    <w:p>
      <w:r>
        <w:t>[Tzv"i, that is an acronym for "Tz'addik B'emunaso Y'ichyeh"]</w:t>
      </w:r>
    </w:p>
    <w:p>
      <w:r>
        <w:t>[….…]</w:t>
      </w:r>
    </w:p>
    <w:p>
      <w:r>
        <w:t>[…]</w:t>
      </w:r>
    </w:p>
    <w:p>
      <w:r>
        <w:t>[Shalom aleichem, Saba, shalom aleichem]</w:t>
      </w:r>
    </w:p>
    <w:p>
      <w:r>
        <w:t>[…….]</w:t>
      </w:r>
    </w:p>
    <w:p>
      <w:r>
        <w:t>[Shalom, Rebbe Yisroel]</w:t>
      </w:r>
    </w:p>
    <w:p>
      <w:r>
        <w:t>{. .}</w:t>
      </w:r>
    </w:p>
    <w:p>
      <w:r>
        <w:t>[This is Shimon from Mevaseret, how are you?]</w:t>
      </w:r>
    </w:p>
    <w:p>
      <w:r>
        <w:t>[.……]</w:t>
      </w:r>
    </w:p>
    <w:p>
      <w:r>
        <w:t>[…]...</w:t>
      </w:r>
    </w:p>
    <w:p>
      <w:r>
        <w:t>...{a man}</w:t>
      </w:r>
    </w:p>
    <w:p>
      <w:r>
        <w:t>[New</w:t>
      </w:r>
    </w:p>
    <w:p>
      <w:r>
        <w:t>From a man, an angel</w:t>
      </w:r>
    </w:p>
    <w:p>
      <w:r>
        <w:t>[From an animal to a man]</w:t>
      </w:r>
    </w:p>
    <w:p>
      <w:r>
        <w:t>[Because of a man, before.., because of people before an angel, yes</w:t>
      </w:r>
    </w:p>
    <w:p>
      <w:r>
        <w:t>Who merits before a man, before an angel]</w:t>
      </w:r>
    </w:p>
    <w:p>
      <w:r>
        <w:t>But we, we ruin everything, Hashem Yisbarach gives us, and we..</w:t>
      </w:r>
    </w:p>
    <w:p>
      <w:r>
        <w:t>[Throw away, throw away, yes, do not want]</w:t>
      </w:r>
    </w:p>
    <w:p>
      <w:r>
        <w:t>"I have time"</w:t>
      </w:r>
    </w:p>
    <w:p>
      <w:r>
        <w:t>[I have, I have]</w:t>
      </w:r>
    </w:p>
    <w:p>
      <w:r>
        <w:t>”There is time..”</w:t>
      </w:r>
    </w:p>
    <w:p>
      <w:r>
        <w:t>[And this world passes, Rebbe Yisroel]</w:t>
      </w:r>
    </w:p>
    <w:p>
      <w:r>
        <w:t>With all the money</w:t>
      </w:r>
    </w:p>
    <w:p>
      <w:r>
        <w:t>[A bundle of money in his hand.. "And behold, each man's bundle of money was in his hand"]</w:t>
      </w:r>
    </w:p>
    <w:p>
      <w:r>
        <w:t>Oy, what you gained from the money from what you gave me, what, what did I do with it</w:t>
      </w:r>
    </w:p>
    <w:p>
      <w:r>
        <w:t>[This went to charity, to books]</w:t>
      </w:r>
    </w:p>
    <w:p>
      <w:r>
        <w:t>{..}</w:t>
      </w:r>
    </w:p>
    <w:p>
      <w:r>
        <w:t>[Rebbe Yisroel, you did not take one agora for yourself, Rebbe Yisroel, do not think] Huh?</w:t>
      </w:r>
    </w:p>
    <w:p>
      <w:r>
        <w:t>[Not one agora did you take for yourself, all the money went to Rabbainu]</w:t>
      </w:r>
    </w:p>
    <w:p>
      <w:r>
        <w:t>Yes</w:t>
      </w:r>
    </w:p>
    <w:p>
      <w:r>
        <w:t>[This is Rabbainu's, for books, for printing]</w:t>
      </w:r>
    </w:p>
    <w:p>
      <w:r>
        <w:t>But one needs.. one must not suffice with that</w:t>
      </w:r>
    </w:p>
    <w:p>
      <w:r>
        <w:t>[Right]</w:t>
      </w:r>
    </w:p>
    <w:p>
      <w:r>
        <w:t>And one needs to go a great deal, to travel and travel, and to travel</w:t>
      </w:r>
    </w:p>
    <w:p>
      <w:r>
        <w:t>As far as, as far as Yerushalayim and the Beis Hamikdash and the Holy of Holies</w:t>
      </w:r>
    </w:p>
    <w:p>
      <w:r>
        <w:t>[Right, with Hashem's help, it will be built]</w:t>
      </w:r>
    </w:p>
    <w:p>
      <w:r>
        <w:t>Oy vey, baruch Hashem</w:t>
      </w:r>
    </w:p>
    <w:p>
      <w:r>
        <w:t>I, during what passed, what passed, did not have bread for the children, for myself</w:t>
      </w:r>
    </w:p>
    <w:p>
      <w:r>
        <w:t>I also need bread, for myself, I did not have for myself and not for the children</w:t>
      </w:r>
    </w:p>
    <w:p>
      <w:r>
        <w:t>Not clothing and not bread and not money</w:t>
      </w:r>
    </w:p>
    <w:p>
      <w:r>
        <w:t>[You told me, Rebbe Yisroel, once you were during the time of the Turks, during the time of the Turks you had..]</w:t>
      </w:r>
    </w:p>
    <w:p>
      <w:r>
        <w:t>[So what happened?]</w:t>
      </w:r>
    </w:p>
    <w:p>
      <w:r>
        <w:t>Oy</w:t>
      </w:r>
    </w:p>
    <w:p>
      <w:r>
        <w:t>[He told me a story that during the time of the Turks, this, fell to him.., he was lost in the forest</w:t>
      </w:r>
    </w:p>
    <w:p>
      <w:r>
        <w:t>He vowed a vow, and leben fell to him, because there is water in it and there is food in it</w:t>
      </w:r>
    </w:p>
    <w:p>
      <w:r>
        <w:t>If they give water alone it can.. cause harm, he was weak, if they give food it is also not received so well</w:t>
      </w:r>
    </w:p>
    <w:p>
      <w:r>
        <w:t>Leben has water in it and.. both liquids and solid]</w:t>
      </w:r>
    </w:p>
    <w:p>
      <w:r>
        <w:t>[……..]</w:t>
      </w:r>
    </w:p>
    <w:p>
      <w:r>
        <w:t>[]</w:t>
      </w:r>
    </w:p>
    <w:p>
      <w:r>
        <w:t>You came from the windows</w:t>
      </w:r>
    </w:p>
    <w:p>
      <w:r>
        <w:t>[In Ra'anana, in Ra'anana]</w:t>
      </w:r>
    </w:p>
    <w:p>
      <w:r>
        <w:t>To me, and Avrum</w:t>
      </w:r>
    </w:p>
    <w:p>
      <w:r>
        <w:t>[Yes, he said, "No..”]</w:t>
      </w:r>
    </w:p>
    <w:p>
      <w:r>
        <w:t>"No, no, what is this? You come to Yisroel Ber? No, I do not want"</w:t>
      </w:r>
    </w:p>
    <w:p>
      <w:r>
        <w:t>["I do not agree," he says to me, what?.. he says to me:</w:t>
      </w:r>
    </w:p>
    <w:p>
      <w:r>
        <w:t>"What, are you old, you are going to an old-age home? Are you old?"]</w:t>
      </w:r>
    </w:p>
    <w:p>
      <w:r>
        <w:t>[Who said that?]</w:t>
      </w:r>
    </w:p>
    <w:p>
      <w:r>
        <w:t>[It was Avraham, Avraham, from the old-age home, Avrum, he says:</w:t>
      </w:r>
    </w:p>
    <w:p>
      <w:r>
        <w:t>“What are you? What do you want here? What are you looking for here?”]</w:t>
      </w:r>
    </w:p>
    <w:p>
      <w:r>
        <w:t>[…..]</w:t>
      </w:r>
    </w:p>
    <w:p>
      <w:r>
        <w:t>[I came to.., no, I will tell you, a few people came to Rebbe Yisroel</w:t>
      </w:r>
    </w:p>
    <w:p>
      <w:r>
        <w:t>Their hearts ached that this person, honor chases after him]</w:t>
      </w:r>
    </w:p>
    <w:p>
      <w:r>
        <w:t>{Did I finish?}</w:t>
      </w:r>
    </w:p>
    <w:p>
      <w:r>
        <w:t>[Because he runs away from honor, because of this honor chased after him</w:t>
      </w:r>
    </w:p>
    <w:p>
      <w:r>
        <w:t>He does not need the honor of human beings, he merited Rabbainu's light inside, the fire]</w:t>
      </w:r>
    </w:p>
    <w:p>
      <w:r>
        <w:t>[Yes, yes]</w:t>
      </w:r>
    </w:p>
    <w:p>
      <w:r>
        <w:t>[The fire is burning]</w:t>
      </w:r>
    </w:p>
    <w:p>
      <w:r>
        <w:t>[So who told him not to be there?]</w:t>
      </w:r>
    </w:p>
    <w:p>
      <w:r>
        <w:t>[No, they said to me: What do you want by the..?”</w:t>
      </w:r>
    </w:p>
    <w:p>
      <w:r>
        <w:t>I said: “I want this person"</w:t>
      </w:r>
    </w:p>
    <w:p>
      <w:r>
        <w:t>[About Rebbe Yisroel?]</w:t>
      </w:r>
    </w:p>
    <w:p>
      <w:r>
        <w:t>[About Rebbe Yisroel, I say: “Only him, it is only him that I want..”]</w:t>
      </w:r>
    </w:p>
    <w:p>
      <w:r>
        <w:t>Everyone laughed and pointed a finger:</w:t>
      </w:r>
    </w:p>
    <w:p>
      <w:r>
        <w:t>"Here is a Breslover"</w:t>
      </w:r>
    </w:p>
    <w:p>
      <w:r>
        <w:t>[……..]</w:t>
      </w:r>
    </w:p>
    <w:p>
      <w:r>
        <w:t>"What do you care, one Breslover, what is there?"</w:t>
      </w:r>
    </w:p>
    <w:p>
      <w:r>
        <w:t>{…}, he, he can take everyone"</w:t>
      </w:r>
    </w:p>
    <w:p>
      <w:r>
        <w:t>[Right, take everyone out of the mud]</w:t>
      </w:r>
    </w:p>
    <w:p>
      <w:r>
        <w:t>He came, he, he had lived in Chevron, he left the wife and the children and he came to Yisroel Ber, to Teveria, and in Teveria there was a great uproar: "Yisroel Ber became a Breslover"</w:t>
      </w:r>
    </w:p>
    <w:p>
      <w:r>
        <w:t>[Even now, at every hour]</w:t>
      </w:r>
    </w:p>
    <w:p>
      <w:r>
        <w:t>And baruch Hashem, every time I, I caught Yaakov Fahima</w:t>
      </w:r>
    </w:p>
    <w:p>
      <w:r>
        <w:t>[Right]</w:t>
      </w:r>
    </w:p>
    <w:p>
      <w:r>
        <w:t>And another, another.. {...}</w:t>
      </w:r>
    </w:p>
    <w:p>
      <w:r>
        <w:t>[In my repentance, Rebbe Yisroel, in my repentance you have a share, you have a share in this</w:t>
      </w:r>
    </w:p>
    <w:p>
      <w:r>
        <w:t>Rebbe Yisroel, you have a share in my repentance, my mother..]</w:t>
      </w:r>
    </w:p>
    <w:p>
      <w:r>
        <w:t>Ah, ah</w:t>
      </w:r>
    </w:p>
    <w:p>
      <w:r>
        <w:t>[Dreamed yesterday, a big person, eight meters, what is a person of eight meters?]</w:t>
      </w:r>
    </w:p>
    <w:p>
      <w:r>
        <w:t>["The Forest Man”]</w:t>
      </w:r>
    </w:p>
    <w:p>
      <w:r>
        <w:t>[What is that?]</w:t>
      </w:r>
    </w:p>
    <w:p>
      <w:r>
        <w:t>["From The Lost Princess," there was a big person]</w:t>
      </w:r>
    </w:p>
    <w:p>
      <w:r>
        <w:t>[There was a person i.., a person … eight meters]</w:t>
      </w:r>
    </w:p>
    <w:p>
      <w:r>
        <w:t>[….]</w:t>
      </w:r>
    </w:p>
    <w:p>
      <w:r>
        <w:t>[My mother dreamed of a big person eight meters tall]</w:t>
      </w:r>
    </w:p>
    <w:p>
      <w:r>
        <w:t>[The giants]</w:t>
      </w:r>
    </w:p>
    <w:p>
      <w:r>
        <w:t>[My mother, dreamed of a big person, like this, at eight meters, perhaps this is..]</w:t>
      </w:r>
    </w:p>
    <w:p>
      <w:r>
        <w:t>[….]</w:t>
      </w:r>
    </w:p>
    <w:p>
      <w:r>
        <w:t>[Really?]</w:t>
      </w:r>
    </w:p>
    <w:p>
      <w:r>
        <w:t>"Breslov"</w:t>
      </w:r>
    </w:p>
    <w:p>
      <w:r>
        <w:t>[Yes]</w:t>
      </w:r>
    </w:p>
    <w:p>
      <w:r>
        <w:t>Nu, nu</w:t>
      </w:r>
    </w:p>
    <w:p>
      <w:r>
        <w:t>[All right]</w:t>
      </w:r>
    </w:p>
    <w:p>
      <w:r>
        <w:t>And Yisroel Ber?</w:t>
      </w:r>
    </w:p>
    <w:p>
      <w:r>
        <w:t>[All right]</w:t>
      </w:r>
    </w:p>
    <w:p>
      <w:r>
        <w:t>"No, no, I do not want, what is this? They come by way of the windows?”</w:t>
      </w:r>
    </w:p>
    <w:p>
      <w:r>
        <w:t>["One can enter through the door, what is a door for?”]</w:t>
      </w:r>
    </w:p>
    <w:p>
      <w:r>
        <w:t>[……]</w:t>
      </w:r>
    </w:p>
    <w:p>
      <w:r>
        <w:t>[“Fortunate is he who considers the poor"]</w:t>
      </w:r>
    </w:p>
    <w:p>
      <w:r>
        <w:t>[How old are you?]</w:t>
      </w:r>
    </w:p>
    <w:p>
      <w:r>
        <w:t>[I am thirty-six, the third of Kislev, I am thirty-six]</w:t>
      </w:r>
    </w:p>
    <w:p>
      <w:r>
        <w:t>[On what day?]</w:t>
      </w:r>
    </w:p>
    <w:p>
      <w:r>
        <w:t>[The third of Kislev, when is that? On what day does it come out? Wednesday]</w:t>
      </w:r>
    </w:p>
    <w:p>
      <w:r>
        <w:t>[The third of Kislev?]</w:t>
      </w:r>
    </w:p>
    <w:p>
      <w:r>
        <w:t>[Yes, yes]</w:t>
      </w:r>
    </w:p>
    <w:p>
      <w:r>
        <w:t>[Thirty-six?]</w:t>
      </w:r>
    </w:p>
    <w:p>
      <w:r>
        <w:t>[Thirty-six, six years]</w:t>
      </w:r>
    </w:p>
    <w:p>
      <w:r>
        <w:t>Ah..</w:t>
      </w:r>
    </w:p>
    <w:p>
      <w:r>
        <w:t>["Lamed-vavnik"]</w:t>
      </w:r>
    </w:p>
    <w:p>
      <w:r>
        <w:t>One needs to print Rabbainu's words, so it will be full..</w:t>
      </w:r>
    </w:p>
    <w:p>
      <w:r>
        <w:t>[The whole world, yes]</w:t>
      </w:r>
    </w:p>
    <w:p>
      <w:r>
        <w:t>The whole world, all Israel, the gentiles are not in the reckoning, they are not human beings</w:t>
      </w:r>
    </w:p>
    <w:p>
      <w:r>
        <w:t>[Yes, like {}, yes]</w:t>
      </w:r>
    </w:p>
    <w:p>
      <w:r>
        <w:t>There is no reckoning at all, with..</w:t>
      </w:r>
    </w:p>
    <w:p>
      <w:r>
        <w:t>[“You are man"]</w:t>
      </w:r>
    </w:p>
    <w:p>
      <w:r>
        <w:t>Is there a reckoning with, with a rooster?</w:t>
      </w:r>
    </w:p>
    <w:p>
      <w:r>
        <w:t>[From the market no, there is not]</w:t>
      </w:r>
    </w:p>
    <w:p>
      <w:r>
        <w:t>{…}</w:t>
      </w:r>
    </w:p>
    <w:p>
      <w:r>
        <w:t>[….]</w:t>
      </w:r>
    </w:p>
    <w:p>
      <w:r>
        <w:t>[It is not, it is not important, the face of man, it is not the face of man]</w:t>
      </w:r>
    </w:p>
    <w:p>
      <w:r>
        <w:t>{Nothing, nothing}</w:t>
      </w:r>
    </w:p>
    <w:p>
      <w:r>
        <w:t>[Yes, the face of man, this is the face of man, this is the stature of the Shechinah, yes, fortunate are you, Rebbe Yisroel, fortunate are you]</w:t>
      </w:r>
    </w:p>
    <w:p>
      <w:r>
        <w:t>Baruch Hashem, the reward comes afterward</w:t>
      </w:r>
    </w:p>
    <w:p>
      <w:r>
        <w:t>[In the future, yes, 'lefum tza'ara agra']</w:t>
      </w:r>
    </w:p>
    <w:p>
      <w:r>
        <w:t>Today I, baruch Hashem, this is all my vitality</w:t>
      </w:r>
    </w:p>
    <w:p>
      <w:r>
        <w:t>[Yes, baruch Hashem, fortunate are you, Rebbe Yisroel, shalom aleichem, I am going home]</w:t>
      </w:r>
    </w:p>
    <w:p>
      <w:r>
        <w:t>Good</w:t>
      </w:r>
    </w:p>
    <w:p>
      <w:r>
        <w:t>[You should know that there is someone in Ra'anana, he thinks about you sometimes, all the time]</w:t>
      </w:r>
    </w:p>
    <w:p>
      <w:r>
        <w:t>Ra'anana?</w:t>
      </w:r>
    </w:p>
    <w:p>
      <w:r>
        <w:t>[Yaakov Fahima]</w:t>
      </w:r>
    </w:p>
    <w:p>
      <w:r>
        <w:t>Nu</w:t>
      </w:r>
    </w:p>
    <w:p>
      <w:r>
        <w:t>[He thinks about you]</w:t>
      </w:r>
    </w:p>
    <w:p>
      <w:r>
        <w:t>[Who is Yaakov Fahima?]</w:t>
      </w:r>
    </w:p>
    <w:p>
      <w:r>
        <w:t>[Yaakov Fahima, me, I am Yaakov Fahima]</w:t>
      </w:r>
    </w:p>
    <w:p>
      <w:r>
        <w:t>Nu</w:t>
      </w:r>
    </w:p>
    <w:p>
      <w:r>
        <w:t>[I think about you, from Ra'anana, I think about you, think about you</w:t>
      </w:r>
    </w:p>
    <w:p>
      <w:r>
        <w:t>You have a place in.. Yaakov Fahima]</w:t>
      </w:r>
    </w:p>
    <w:p>
      <w:r>
        <w:t>[Where is your sister, does she live here?]</w:t>
      </w:r>
    </w:p>
    <w:p>
      <w:r>
        <w:t>[She lives here]</w:t>
      </w:r>
    </w:p>
    <w:p>
      <w:r>
        <w:t>[She comes..]</w:t>
      </w:r>
    </w:p>
    <w:p>
      <w:r>
        <w:t>[You know, Rebbe Yisroel, all the words that you spoke with me, it is not lost, it is not lost]</w:t>
      </w:r>
    </w:p>
    <w:p>
      <w:r>
        <w:t>I know</w:t>
      </w:r>
    </w:p>
    <w:p>
      <w:r>
        <w:t>[It remains, it will bring about effects, you..]</w:t>
      </w:r>
    </w:p>
    <w:p>
      <w:r>
        <w:t>{……}</w:t>
      </w:r>
    </w:p>
    <w:p>
      <w:r>
        <w:t>[…..]</w:t>
      </w:r>
    </w:p>
    <w:p>
      <w:r>
        <w:t>[Rabbainu said, Rabbainu said, I did not say anything, Rabbainu said, yalla, shalom aleichem]</w:t>
      </w:r>
    </w:p>
    <w:p>
      <w:r>
        <w:t>[Tell, tell her to bring the baby here]</w:t>
      </w:r>
    </w:p>
    <w:p>
      <w:r>
        <w:t>[All right, this is what he wants, this is the baby's father, he does what he wants with his baby..]</w:t>
      </w:r>
    </w:p>
    <w:p>
      <w:r>
        <w:t>[]…</w:t>
      </w:r>
    </w:p>
    <w:p>
      <w:r>
        <w:br w:type="page"/>
      </w:r>
    </w:p>
    <w:p>
      <w:pPr>
        <w:pStyle w:val="Heading1"/>
      </w:pPr>
      <w:r>
        <w:t>Tape 28</w:t>
      </w:r>
    </w:p>
    <w:p>
      <w:pPr>
        <w:pStyle w:val="Heading2"/>
      </w:pPr>
      <w:r>
        <w:t>Side A (Aleph)</w:t>
      </w:r>
    </w:p>
    <w:p>
      <w:r>
        <w:t>...Gaza</w:t>
      </w:r>
    </w:p>
    <w:p>
      <w:r>
        <w:t>[Yes, yes]</w:t>
      </w:r>
    </w:p>
    <w:p>
      <w:r>
        <w:t>Did you hear about this?</w:t>
      </w:r>
    </w:p>
    <w:p>
      <w:r>
        <w:t>[They, they, they want to carry out the decree on the sixth candle of Chanukah]</w:t>
      </w:r>
    </w:p>
    <w:p>
      <w:r>
        <w:t>Nu?</w:t>
      </w:r>
    </w:p>
    <w:p>
      <w:r>
        <w:t>[They, they need to, the decree is for the sixth day of Chanukah</w:t>
      </w:r>
    </w:p>
    <w:p>
      <w:r>
        <w:t>To carry out this decree, that the Arabs receive Gaza</w:t>
      </w:r>
    </w:p>
    <w:p>
      <w:r>
        <w:t>They want this on the sixth candle of Chanukah]</w:t>
      </w:r>
    </w:p>
    <w:p>
      <w:r>
        <w:t>Ah…</w:t>
      </w:r>
    </w:p>
    <w:p>
      <w:r>
        <w:t>…[…..]…</w:t>
      </w:r>
    </w:p>
    <w:p>
      <w:r>
        <w:t>...Ah, ah, ah, ah</w:t>
      </w:r>
    </w:p>
    <w:p>
      <w:r>
        <w:t>[But, Rebbe Yisroel..]</w:t>
      </w:r>
    </w:p>
    <w:p>
      <w:r>
        <w:t>There is great danger from the gentiles, Gaza, {...}…</w:t>
      </w:r>
    </w:p>
    <w:p>
      <w:r>
        <w:t>…[And Yericho]</w:t>
      </w:r>
    </w:p>
    <w:p>
      <w:r>
        <w:t>[And Yericho as well]</w:t>
      </w:r>
    </w:p>
    <w:p>
      <w:r>
        <w:t>Yes?</w:t>
      </w:r>
    </w:p>
    <w:p>
      <w:r>
        <w:t>[Yes, Yericho, and Yericho was the first city of the conquest of Yisroel, of Yehoshua, it is a sign …….]</w:t>
      </w:r>
    </w:p>
    <w:p>
      <w:r>
        <w:t>[…..]</w:t>
      </w:r>
    </w:p>
    <w:p>
      <w:r>
        <w:t>[…. It is a sign]</w:t>
      </w:r>
    </w:p>
    <w:p>
      <w:r>
        <w:t>{..}…</w:t>
      </w:r>
    </w:p>
    <w:p>
      <w:r>
        <w:t>...[What must be done? Teshuvah?]…</w:t>
      </w:r>
    </w:p>
    <w:p>
      <w:r>
        <w:t>...[Speak about the matter?]</w:t>
      </w:r>
    </w:p>
    <w:p>
      <w:r>
        <w:t>What matter?</w:t>
      </w:r>
    </w:p>
    <w:p>
      <w:r>
        <w:t>[About the matter of the.., I don't know, perhaps speak with the president, I don't know]...</w:t>
      </w:r>
    </w:p>
    <w:p>
      <w:r>
        <w:t>...[……]</w:t>
      </w:r>
    </w:p>
    <w:p>
      <w:r>
        <w:t>{…}</w:t>
      </w:r>
    </w:p>
    <w:p>
      <w:r>
        <w:t>[…….]…</w:t>
      </w:r>
    </w:p>
    <w:p>
      <w:r>
        <w:t>...Both of them every Shabbos, Kiddush, and also and also.. and also to eat</w:t>
      </w:r>
    </w:p>
    <w:p>
      <w:r>
        <w:t>[Yes]</w:t>
      </w:r>
    </w:p>
    <w:p>
      <w:r>
        <w:t>Kiddush and to eat</w:t>
      </w:r>
    </w:p>
    <w:p>
      <w:r>
        <w:t>[…...]</w:t>
      </w:r>
    </w:p>
    <w:p>
      <w:r>
        <w:t>In the fortieth year, in the year, she was forty years old, she gave birth to twins, a son and a daughter, a daughter</w:t>
      </w:r>
    </w:p>
    <w:p>
      <w:r>
        <w:t>[…… Forty, there were twins]</w:t>
      </w:r>
    </w:p>
    <w:p>
      <w:r>
        <w:t>[…..]</w:t>
      </w:r>
    </w:p>
    <w:p>
      <w:r>
        <w:t>[A son and a daughter]</w:t>
      </w:r>
    </w:p>
    <w:p>
      <w:r>
        <w:t>[A son and a daughter]</w:t>
      </w:r>
    </w:p>
    <w:p>
      <w:r>
        <w:t>[……...]</w:t>
      </w:r>
    </w:p>
    <w:p>
      <w:r>
        <w:t>At forty it is difficult, difficult to give birth, at forty</w:t>
      </w:r>
    </w:p>
    <w:p>
      <w:r>
        <w:t>[……., yes]</w:t>
      </w:r>
    </w:p>
    <w:p>
      <w:r>
        <w:t>She, she gave birth to twins, a son and a daughter</w:t>
      </w:r>
    </w:p>
    <w:p>
      <w:r>
        <w:t>[Who is it?]</w:t>
      </w:r>
    </w:p>
    <w:p>
      <w:r>
        <w:t>[Ah...] {…}</w:t>
      </w:r>
    </w:p>
    <w:p>
      <w:r>
        <w:t>When she became forty she gave birth to a son and a daughter, twins</w:t>
      </w:r>
    </w:p>
    <w:p>
      <w:r>
        <w:t>[…..]</w:t>
      </w:r>
    </w:p>
    <w:p>
      <w:r>
        <w:t>[Who, who is this?.. Kula?]</w:t>
      </w:r>
    </w:p>
    <w:p>
      <w:r>
        <w:t>{...}, they..</w:t>
      </w:r>
    </w:p>
    <w:p>
      <w:r>
        <w:t>[……]</w:t>
      </w:r>
    </w:p>
    <w:p>
      <w:r>
        <w:t>[…...…..]</w:t>
      </w:r>
    </w:p>
    <w:p>
      <w:r>
        <w:t>She gave birth to a son and a daughter</w:t>
      </w:r>
    </w:p>
    <w:p>
      <w:r>
        <w:t>The son—I</w:t>
      </w:r>
    </w:p>
    <w:p>
      <w:r>
        <w:t>[…..]</w:t>
      </w:r>
    </w:p>
    <w:p>
      <w:r>
        <w:t>And the daughter—my sister</w:t>
      </w:r>
    </w:p>
    <w:p>
      <w:r>
        <w:t>The story is handsome, beautiful:</w:t>
      </w:r>
    </w:p>
    <w:p>
      <w:r>
        <w:t>At forty she gave birth to twins, a son and a daughter</w:t>
      </w:r>
    </w:p>
    <w:p>
      <w:r>
        <w:t>The son—I</w:t>
      </w:r>
    </w:p>
    <w:p>
      <w:r>
        <w:t>And the daughter is my sister</w:t>
      </w:r>
    </w:p>
    <w:p>
      <w:r>
        <w:t>[..…]</w:t>
      </w:r>
    </w:p>
    <w:p>
      <w:r>
        <w:t>[…..]</w:t>
      </w:r>
    </w:p>
    <w:p>
      <w:r>
        <w:t>Nu, do you need to eat? There is, boruch Hashem, there is, boruch Hashem</w:t>
      </w:r>
    </w:p>
    <w:p>
      <w:r>
        <w:t>There is, there is food to eat, what is there to eat?</w:t>
      </w:r>
    </w:p>
    <w:p>
      <w:r>
        <w:t>Kiddush and cholent</w:t>
      </w:r>
    </w:p>
    <w:p>
      <w:r>
        <w:t>[..…]</w:t>
      </w:r>
    </w:p>
    <w:p>
      <w:r>
        <w:t>[…..]</w:t>
      </w:r>
    </w:p>
    <w:p>
      <w:r>
        <w:t>The son and daughter also gave birth to twins, a son and a daughter</w:t>
      </w:r>
    </w:p>
    <w:p>
      <w:r>
        <w:t>And there is, boruch Hashem, there is what, what to eat</w:t>
      </w:r>
    </w:p>
    <w:p>
      <w:r>
        <w:t>[…..]</w:t>
      </w:r>
    </w:p>
    <w:p>
      <w:r>
        <w:t>[…..]</w:t>
      </w:r>
    </w:p>
    <w:p>
      <w:r>
        <w:t>{…}, my mother became forty years old, gave birth, gave birth to a son and a daughter</w:t>
      </w:r>
    </w:p>
    <w:p>
      <w:r>
        <w:t>The son—I</w:t>
      </w:r>
    </w:p>
    <w:p>
      <w:r>
        <w:t>And the daughter is my sister</w:t>
      </w:r>
    </w:p>
    <w:p>
      <w:r>
        <w:t>And there is, boruch Hashem, food to eat, all week there is cholent and kugel</w:t>
      </w:r>
    </w:p>
    <w:p>
      <w:r>
        <w:t>[.….]</w:t>
      </w:r>
    </w:p>
    <w:p>
      <w:r>
        <w:t>[…..]</w:t>
      </w:r>
    </w:p>
    <w:p>
      <w:r>
        <w:t>{A beautiful story}</w:t>
      </w:r>
    </w:p>
    <w:p>
      <w:r>
        <w:t>At forty she gave birth to twins, a son and a daughter</w:t>
      </w:r>
    </w:p>
    <w:p>
      <w:r>
        <w:t>The son—I</w:t>
      </w:r>
    </w:p>
    <w:p>
      <w:r>
        <w:t>And the daughter is my sister</w:t>
      </w:r>
    </w:p>
    <w:p>
      <w:r>
        <w:t>[…..]</w:t>
      </w:r>
    </w:p>
    <w:p>
      <w:r>
        <w:t>[…..]</w:t>
      </w:r>
    </w:p>
    <w:p>
      <w:r>
        <w:t>All of “Meah Shearim” and the “Hungarian buildings” know about these twins</w:t>
      </w:r>
    </w:p>
    <w:p>
      <w:r>
        <w:t>[..…]</w:t>
      </w:r>
    </w:p>
    <w:p>
      <w:r>
        <w:t>[..…]</w:t>
      </w:r>
    </w:p>
    <w:p>
      <w:r>
        <w:t>Boruch Hashem, all week there is food to eat</w:t>
      </w:r>
    </w:p>
    <w:p>
      <w:r>
        <w:t>[.….]</w:t>
      </w:r>
    </w:p>
    <w:p>
      <w:r>
        <w:t>[…..]</w:t>
      </w:r>
    </w:p>
    <w:p>
      <w:r>
        <w:t>When Shabbos arrives, then once again, once again there is, there is..</w:t>
      </w:r>
    </w:p>
    <w:p>
      <w:r>
        <w:t>[Kiddush]</w:t>
      </w:r>
    </w:p>
    <w:p>
      <w:r>
        <w:t>Kugel and cholent</w:t>
      </w:r>
    </w:p>
    <w:p>
      <w:r>
        <w:t>Anyone who wants kugel and cholent should go to the twin son and daughter</w:t>
      </w:r>
    </w:p>
    <w:p>
      <w:r>
        <w:t>[What is the daughter's name?]</w:t>
      </w:r>
    </w:p>
    <w:p>
      <w:r>
        <w:t>Ah?</w:t>
      </w:r>
    </w:p>
    <w:p>
      <w:r>
        <w:t>[What is the daughter's name?]</w:t>
      </w:r>
    </w:p>
    <w:p>
      <w:r>
        <w:t>I do not remember</w:t>
      </w:r>
    </w:p>
    <w:p>
      <w:r>
        <w:t>[……]</w:t>
      </w:r>
    </w:p>
    <w:p>
      <w:r>
        <w:t>[……]</w:t>
      </w:r>
    </w:p>
    <w:p>
      <w:r>
        <w:t>The daughter is cholent, and the son is.. what is the son?</w:t>
      </w:r>
    </w:p>
    <w:p>
      <w:r>
        <w:t>[Kugel]</w:t>
      </w:r>
    </w:p>
    <w:p>
      <w:r>
        <w:t>Kugel</w:t>
      </w:r>
    </w:p>
    <w:p>
      <w:r>
        <w:t>[…..]</w:t>
      </w:r>
    </w:p>
    <w:p>
      <w:r>
        <w:t>Nu, nu, nu, nu, there is, boruch Hashem, food to eat</w:t>
      </w:r>
    </w:p>
    <w:p>
      <w:r>
        <w:t>My sister, when she became forty years old, gave birth to a son and a daughter</w:t>
      </w:r>
    </w:p>
    <w:p>
      <w:r>
        <w:t>[…..]</w:t>
      </w:r>
    </w:p>
    <w:p>
      <w:r>
        <w:t>The son—I</w:t>
      </w:r>
    </w:p>
    <w:p>
      <w:r>
        <w:t>And the daughter is my sister</w:t>
      </w:r>
    </w:p>
    <w:p>
      <w:r>
        <w:t>And boruch Hashem, there is all week there is food to eat</w:t>
      </w:r>
    </w:p>
    <w:p>
      <w:r>
        <w:t>[……]</w:t>
      </w:r>
    </w:p>
    <w:p>
      <w:r>
        <w:t>[…...]</w:t>
      </w:r>
    </w:p>
    <w:p>
      <w:r>
        <w:t>Oy, oy…</w:t>
      </w:r>
    </w:p>
    <w:p>
      <w:r>
        <w:t>...Beautiful, yes…</w:t>
      </w:r>
    </w:p>
    <w:p>
      <w:r>
        <w:t>...Nu</w:t>
      </w:r>
    </w:p>
    <w:p>
      <w:r>
        <w:t>My sister gave birth to a son and a daughter</w:t>
      </w:r>
    </w:p>
    <w:p>
      <w:r>
        <w:t>The son is me</w:t>
      </w:r>
    </w:p>
    <w:p>
      <w:r>
        <w:t>And the daughter is my sister</w:t>
      </w:r>
    </w:p>
    <w:p>
      <w:r>
        <w:t>[…….]</w:t>
      </w:r>
    </w:p>
    <w:p>
      <w:r>
        <w:t>[…]</w:t>
      </w:r>
    </w:p>
    <w:p>
      <w:r>
        <w:t>The son is me</w:t>
      </w:r>
    </w:p>
    <w:p>
      <w:r>
        <w:t>And the daughter is my sister</w:t>
      </w:r>
    </w:p>
    <w:p>
      <w:r>
        <w:t>[…….]</w:t>
      </w:r>
    </w:p>
    <w:p>
      <w:r>
        <w:t>This, this is the story</w:t>
      </w:r>
    </w:p>
    <w:p>
      <w:r>
        <w:t>[.……]</w:t>
      </w:r>
    </w:p>
    <w:p>
      <w:r>
        <w:t>[..…..]</w:t>
      </w:r>
    </w:p>
    <w:p>
      <w:r>
        <w:t>And boruch Hashem, there is kugel and cholent, it is possible to eat all week, all week there is food to eat</w:t>
      </w:r>
    </w:p>
    <w:p>
      <w:r>
        <w:t>[……]</w:t>
      </w:r>
    </w:p>
    <w:p>
      <w:r>
        <w:t>[…...]</w:t>
      </w:r>
    </w:p>
    <w:p>
      <w:r>
        <w:t>The son is me</w:t>
      </w:r>
    </w:p>
    <w:p>
      <w:r>
        <w:t>[And the daughter is my sister]</w:t>
      </w:r>
    </w:p>
    <w:p>
      <w:r>
        <w:t>And the daughter is my sister</w:t>
      </w:r>
    </w:p>
    <w:p>
      <w:r>
        <w:t>Nu, all week there is something to eat from the cholent, from the cholent</w:t>
      </w:r>
    </w:p>
    <w:p>
      <w:r>
        <w:t>[…...]</w:t>
      </w:r>
    </w:p>
    <w:p>
      <w:r>
        <w:t>From the kugel and the cholent</w:t>
      </w:r>
    </w:p>
    <w:p>
      <w:r>
        <w:t>[Yes]</w:t>
      </w:r>
    </w:p>
    <w:p>
      <w:r>
        <w:t>There is food to eat all week</w:t>
      </w:r>
    </w:p>
    <w:p>
      <w:r>
        <w:t>[…….]</w:t>
      </w:r>
    </w:p>
    <w:p>
      <w:r>
        <w:t>[…]</w:t>
      </w:r>
    </w:p>
    <w:p>
      <w:r>
        <w:t>She wants cholent, and I wanted kugel, I {buy} kugel</w:t>
      </w:r>
    </w:p>
    <w:p>
      <w:r>
        <w:t>[…..]</w:t>
      </w:r>
    </w:p>
    <w:p>
      <w:r>
        <w:t>{…..}</w:t>
      </w:r>
    </w:p>
    <w:p>
      <w:r>
        <w:t>[…….]</w:t>
      </w:r>
    </w:p>
    <w:p>
      <w:r>
        <w:t>[…….]</w:t>
      </w:r>
    </w:p>
    <w:p>
      <w:r>
        <w:t>There is, {boruch Hashem}, food to eat, all week there is food to eat</w:t>
      </w:r>
    </w:p>
    <w:p>
      <w:r>
        <w:t>From the kugel and the cholent that are eaten all week</w:t>
      </w:r>
    </w:p>
    <w:p>
      <w:r>
        <w:t>[…….]</w:t>
      </w:r>
    </w:p>
    <w:p>
      <w:r>
        <w:t>[…….]</w:t>
      </w:r>
    </w:p>
    <w:p>
      <w:r>
        <w:t>My sister {…} if she gives birth once again to a son and a daughter, then there will be a lot of cholent and kugel, there will be food to eat</w:t>
      </w:r>
    </w:p>
    <w:p>
      <w:r>
        <w:t>A brother and sister have a lot of kugel and a lot of cholent</w:t>
      </w:r>
    </w:p>
    <w:p>
      <w:r>
        <w:t>There is, boruch Hashem, food to eat all week</w:t>
      </w:r>
    </w:p>
    <w:p>
      <w:r>
        <w:t>My sister, when she became forty years old, gave birth to twins, a son and a daughter</w:t>
      </w:r>
    </w:p>
    <w:p>
      <w:r>
        <w:t>The son—I</w:t>
      </w:r>
    </w:p>
    <w:p>
      <w:r>
        <w:t>And the daughter, the daughter wants kugel, kugel, yes</w:t>
      </w:r>
    </w:p>
    <w:p>
      <w:r>
        <w:t>And there is food to eat all week, kugel and cholent</w:t>
      </w:r>
    </w:p>
    <w:p>
      <w:r>
        <w:t>[……]</w:t>
      </w:r>
    </w:p>
    <w:p>
      <w:r>
        <w:t>[…...]</w:t>
      </w:r>
    </w:p>
    <w:p>
      <w:r>
        <w:t>The son is me</w:t>
      </w:r>
    </w:p>
    <w:p>
      <w:r>
        <w:t>And the daughter is my sister</w:t>
      </w:r>
    </w:p>
    <w:p>
      <w:r>
        <w:t>Anyone who wants to eat cholent, kugel, kugel and cholent, should come to me</w:t>
      </w:r>
    </w:p>
    <w:p>
      <w:r>
        <w:t>There will be all, all week kugel and cholent</w:t>
      </w:r>
    </w:p>
    <w:p>
      <w:r>
        <w:t>The son is me</w:t>
      </w:r>
    </w:p>
    <w:p>
      <w:r>
        <w:t>And the daughter is my sister</w:t>
      </w:r>
    </w:p>
    <w:p>
      <w:r>
        <w:t>{Nu}</w:t>
      </w:r>
    </w:p>
    <w:p>
      <w:r>
        <w:t>There is, boruch Hashem, kugel and cholent, all week there is food to eat</w:t>
      </w:r>
    </w:p>
    <w:p>
      <w:r>
        <w:t>The son—I</w:t>
      </w:r>
    </w:p>
    <w:p>
      <w:r>
        <w:t>And the daughter is my sister</w:t>
      </w:r>
    </w:p>
    <w:p>
      <w:r>
        <w:t>There is, boruch Hashem, kugel and cholent, all week there is kugel and cholent</w:t>
      </w:r>
    </w:p>
    <w:p>
      <w:r>
        <w:t>[Where is the daughter?]</w:t>
      </w:r>
    </w:p>
    <w:p>
      <w:r>
        <w:t>The kugel and the cholent are so beautiful, yes</w:t>
      </w:r>
    </w:p>
    <w:p>
      <w:r>
        <w:t>Every Shabbos they make kugel and cholent</w:t>
      </w:r>
    </w:p>
    <w:p>
      <w:r>
        <w:t>The son is me</w:t>
      </w:r>
    </w:p>
    <w:p>
      <w:r>
        <w:t>And the daughter is my sister</w:t>
      </w:r>
    </w:p>
    <w:p>
      <w:r>
        <w:t>[Where is the daughter? Rebbe Yisroel, where is the daughter?]</w:t>
      </w:r>
    </w:p>
    <w:p>
      <w:r>
        <w:t>She went to bring cholent and kugel</w:t>
      </w:r>
    </w:p>
    <w:p>
      <w:r>
        <w:t>There is, boruch Hashem, kugel and cholent, a great blessing</w:t>
      </w:r>
    </w:p>
    <w:p>
      <w:r>
        <w:t>[…..]</w:t>
      </w:r>
    </w:p>
    <w:p>
      <w:r>
        <w:t>My sister, when she became forty years old, gave birth to a son and a daughter</w:t>
      </w:r>
    </w:p>
    <w:p>
      <w:r>
        <w:t>The son is me</w:t>
      </w:r>
    </w:p>
    <w:p>
      <w:r>
        <w:t>And the daughter is my sister</w:t>
      </w:r>
    </w:p>
    <w:p>
      <w:r>
        <w:t>Anyone who wants to eat all week should come to us, he will have kugel and cholent</w:t>
      </w:r>
    </w:p>
    <w:p>
      <w:r>
        <w:t>The son is me</w:t>
      </w:r>
    </w:p>
    <w:p>
      <w:r>
        <w:t>And the daughter—my sister</w:t>
      </w:r>
    </w:p>
    <w:p>
      <w:r>
        <w:t>[Oy]</w:t>
      </w:r>
    </w:p>
    <w:p>
      <w:r>
        <w:t>[..….]</w:t>
      </w:r>
    </w:p>
    <w:p>
      <w:r>
        <w:t>[…...]</w:t>
      </w:r>
    </w:p>
    <w:p>
      <w:r>
        <w:t>The son is me</w:t>
      </w:r>
    </w:p>
    <w:p>
      <w:r>
        <w:t>And the daughter is my sister</w:t>
      </w:r>
    </w:p>
    <w:p>
      <w:r>
        <w:t>There is, boruch Hashem, all {the seven}, all week there is food to eat</w:t>
      </w:r>
    </w:p>
    <w:p>
      <w:r>
        <w:t>Cholent and kugel are there all week</w:t>
      </w:r>
    </w:p>
    <w:p>
      <w:r>
        <w:t>[…...]</w:t>
      </w:r>
    </w:p>
    <w:p>
      <w:r>
        <w:t>Only when they hear, there is, there is, boruch Hashem, kugel and cholent, all Yerushalayim comes [……]</w:t>
      </w:r>
    </w:p>
    <w:p>
      <w:r>
        <w:t>[…...]</w:t>
      </w:r>
    </w:p>
    <w:p>
      <w:r>
        <w:t>Nu..</w:t>
      </w:r>
    </w:p>
    <w:p>
      <w:r>
        <w:t>[……]</w:t>
      </w:r>
    </w:p>
    <w:p>
      <w:r>
        <w:t>[…...]</w:t>
      </w:r>
    </w:p>
    <w:p>
      <w:r>
        <w:t>My sister, when she became forty years old, gave birth to a son and a daughter</w:t>
      </w:r>
    </w:p>
    <w:p>
      <w:r>
        <w:t>The son—I</w:t>
      </w:r>
    </w:p>
    <w:p>
      <w:r>
        <w:t>And the daughter is my sister</w:t>
      </w:r>
    </w:p>
    <w:p>
      <w:r>
        <w:t>There is, boruch Hashem, food to eat all week, kugel and cholent</w:t>
      </w:r>
    </w:p>
    <w:p>
      <w:r>
        <w:t>[..….]</w:t>
      </w:r>
    </w:p>
    <w:p>
      <w:r>
        <w:t>[…...]</w:t>
      </w:r>
    </w:p>
    <w:p>
      <w:r>
        <w:t>All Yerushalayim, after the prayer, comes to the American synagogue, the American one, there there is cholent and kugel {...}</w:t>
      </w:r>
    </w:p>
    <w:p>
      <w:r>
        <w:t>[……]</w:t>
      </w:r>
    </w:p>
    <w:p>
      <w:r>
        <w:t>[……]</w:t>
      </w:r>
    </w:p>
    <w:p>
      <w:r>
        <w:t>Nu..</w:t>
      </w:r>
    </w:p>
    <w:p>
      <w:r>
        <w:t>[……]</w:t>
      </w:r>
    </w:p>
    <w:p>
      <w:r>
        <w:t>{Nu}, did you bring something to eat?</w:t>
      </w:r>
    </w:p>
    <w:p>
      <w:r>
        <w:t>[Do you want kugel?]</w:t>
      </w:r>
    </w:p>
    <w:p>
      <w:r>
        <w:t>[Kkhong?l]?</w:t>
      </w:r>
    </w:p>
    <w:p>
      <w:r>
        <w:t>Where?</w:t>
      </w:r>
    </w:p>
    <w:p>
      <w:r>
        <w:t>[There is kugel, there is kugel]</w:t>
      </w:r>
    </w:p>
    <w:p>
      <w:r>
        <w:t>No, no, no, no, no</w:t>
      </w:r>
    </w:p>
    <w:p>
      <w:r>
        <w:t>[No?]</w:t>
      </w:r>
    </w:p>
    <w:p>
      <w:r>
        <w:t>No, this..</w:t>
      </w:r>
    </w:p>
    <w:p>
      <w:r>
        <w:t>[My sister went to look for kugel]</w:t>
      </w:r>
    </w:p>
    <w:p>
      <w:r>
        <w:t>All week there is kugel and cholent</w:t>
      </w:r>
    </w:p>
    <w:p>
      <w:r>
        <w:t>Anyone who wants to eat, he will come to the house {….}, the American synagogue, yes, and eat cholent and kugel</w:t>
      </w:r>
    </w:p>
    <w:p>
      <w:r>
        <w:t>[……]</w:t>
      </w:r>
    </w:p>
    <w:p>
      <w:r>
        <w:t>[…...]</w:t>
      </w:r>
    </w:p>
    <w:p>
      <w:r>
        <w:t>My sister gave birth to twins, the son.., a son and a daughter</w:t>
      </w:r>
    </w:p>
    <w:p>
      <w:r>
        <w:t>The son—I</w:t>
      </w:r>
    </w:p>
    <w:p>
      <w:r>
        <w:t>And the daughter—my sister</w:t>
      </w:r>
    </w:p>
    <w:p>
      <w:r>
        <w:t>Nu, nu, nu, nu, there is, all week there is food to eat</w:t>
      </w:r>
    </w:p>
    <w:p>
      <w:r>
        <w:t>[……]</w:t>
      </w:r>
    </w:p>
    <w:p>
      <w:r>
        <w:t>[…...]</w:t>
      </w:r>
    </w:p>
    <w:p>
      <w:r>
        <w:t>I am very happy, I have food to eat all week, cholent and kugel</w:t>
      </w:r>
    </w:p>
    <w:p>
      <w:r>
        <w:t>[Rebbe Yisroel..]</w:t>
      </w:r>
    </w:p>
    <w:p>
      <w:r>
        <w:t>{..}</w:t>
      </w:r>
    </w:p>
    <w:p>
      <w:r>
        <w:t>[Is this a story of Rabbainu?]</w:t>
      </w:r>
    </w:p>
    <w:p>
      <w:r>
        <w:t>[……]</w:t>
      </w:r>
    </w:p>
    <w:p>
      <w:r>
        <w:t>{...}</w:t>
      </w:r>
    </w:p>
    <w:p>
      <w:r>
        <w:t>They will travel to Um.., to Uman</w:t>
      </w:r>
    </w:p>
    <w:p>
      <w:r>
        <w:t>[….]</w:t>
      </w:r>
    </w:p>
    <w:p>
      <w:r>
        <w:t>All Eretz Yisroel will travel to Uman</w:t>
      </w:r>
    </w:p>
    <w:p>
      <w:r>
        <w:t>[…...]</w:t>
      </w:r>
    </w:p>
    <w:p>
      <w:r>
        <w:t>[But..]</w:t>
      </w:r>
    </w:p>
    <w:p>
      <w:r>
        <w:t>Nu, I want to sleep</w:t>
      </w:r>
    </w:p>
    <w:p>
      <w:r>
        <w:t>[Good, good]</w:t>
      </w:r>
    </w:p>
    <w:p>
      <w:r>
        <w:t>[Rebbe Yisroel, Rebbe Yisroel, can you bless?]</w:t>
      </w:r>
    </w:p>
    <w:p>
      <w:r>
        <w:t>This..</w:t>
      </w:r>
    </w:p>
    <w:p>
      <w:r>
        <w:t>[Yes]</w:t>
      </w:r>
    </w:p>
    <w:p>
      <w:r>
        <w:t>A complete story, a story</w:t>
      </w:r>
    </w:p>
    <w:p>
      <w:r>
        <w:t>[Yes]</w:t>
      </w:r>
    </w:p>
    <w:p>
      <w:r>
        <w:t>[…...]</w:t>
      </w:r>
    </w:p>
    <w:p>
      <w:r>
        <w:t>My sister, when she became forty years old, gave birth to twins, a son and a daughter</w:t>
      </w:r>
    </w:p>
    <w:p>
      <w:r>
        <w:t>The son is me</w:t>
      </w:r>
    </w:p>
    <w:p>
      <w:r>
        <w:t>And the daughter is my sister</w:t>
      </w:r>
    </w:p>
    <w:p>
      <w:r>
        <w:t>There is, boruch Hashem, food to eat all week, kugel and cholent</w:t>
      </w:r>
    </w:p>
    <w:p>
      <w:r>
        <w:t>[….…]</w:t>
      </w:r>
    </w:p>
    <w:p>
      <w:r>
        <w:t>[…]</w:t>
      </w:r>
    </w:p>
    <w:p>
      <w:r>
        <w:t>[And the kugel is the son]</w:t>
      </w:r>
    </w:p>
    <w:p>
      <w:r>
        <w:t>The kugel is the son</w:t>
      </w:r>
    </w:p>
    <w:p>
      <w:r>
        <w:t>[And the cholent is the daughter]</w:t>
      </w:r>
    </w:p>
    <w:p>
      <w:r>
        <w:t>And the cholent is the daughter?</w:t>
      </w:r>
    </w:p>
    <w:p>
      <w:r>
        <w:t>[Yes?]</w:t>
      </w:r>
    </w:p>
    <w:p>
      <w:r>
        <w:t>My sister gave birth to twins; when she became forty years old she gave birth to twins, a son and a daughter; the son is me, {.…}</w:t>
      </w:r>
    </w:p>
    <w:p>
      <w:r>
        <w:t>[…...]</w:t>
      </w:r>
    </w:p>
    <w:p>
      <w:r>
        <w:t>And the daughter—my sister</w:t>
      </w:r>
    </w:p>
    <w:p>
      <w:r>
        <w:t>[How is that possible?]</w:t>
      </w:r>
    </w:p>
    <w:p>
      <w:r>
        <w:t>[Oy]</w:t>
      </w:r>
    </w:p>
    <w:p>
      <w:r>
        <w:t>[…...]</w:t>
      </w:r>
    </w:p>
    <w:p>
      <w:r>
        <w:t>[What does Rabbainu say about this?]</w:t>
      </w:r>
    </w:p>
    <w:p>
      <w:r>
        <w:t>[Rebbe Yisroel, Rebbe Yisroel]</w:t>
      </w:r>
    </w:p>
    <w:p>
      <w:r>
        <w:t>My sister and I make cholent and kugel</w:t>
      </w:r>
    </w:p>
    <w:p>
      <w:r>
        <w:t>{This is novel}, they come from all over Yerushalayim on Sunday to eat cholent and kugel</w:t>
      </w:r>
    </w:p>
    <w:p>
      <w:r>
        <w:t>There is something to eat all week</w:t>
      </w:r>
    </w:p>
    <w:p>
      <w:r>
        <w:t>[Did the daughter go? Did the daughter go?]</w:t>
      </w:r>
    </w:p>
    <w:p>
      <w:r>
        <w:t>The daughter?</w:t>
      </w:r>
    </w:p>
    <w:p>
      <w:r>
        <w:t>[Did she go? Where did she go? To bring kugel?]</w:t>
      </w:r>
    </w:p>
    <w:p>
      <w:r>
        <w:t>Yes</w:t>
      </w:r>
    </w:p>
    <w:p>
      <w:r>
        <w:t>[So when is she coming back? We are waiting]</w:t>
      </w:r>
    </w:p>
    <w:p>
      <w:r>
        <w:t>After eating, one becomes hungry again, so..</w:t>
      </w:r>
    </w:p>
    <w:p>
      <w:r>
        <w:t>[Rebbe Yisroel, there is, there is a sick Jew, Rebbe Yisroel]</w:t>
      </w:r>
    </w:p>
    <w:p>
      <w:r>
        <w:t>Eh?</w:t>
      </w:r>
    </w:p>
    <w:p>
      <w:r>
        <w:t>[One, Chaim Levi, his name is Chaim Levi]</w:t>
      </w:r>
    </w:p>
    <w:p>
      <w:r>
        <w:t>Who?</w:t>
      </w:r>
    </w:p>
    <w:p>
      <w:r>
        <w:t>[Chaim Levi]</w:t>
      </w:r>
    </w:p>
    <w:p>
      <w:r>
        <w:t>Chaim Levi?</w:t>
      </w:r>
    </w:p>
    <w:p>
      <w:r>
        <w:t>[Yes]</w:t>
      </w:r>
    </w:p>
    <w:p>
      <w:r>
        <w:t>Nu</w:t>
      </w:r>
    </w:p>
    <w:p>
      <w:r>
        <w:t>[He, he..]</w:t>
      </w:r>
    </w:p>
    <w:p>
      <w:r>
        <w:t>Does he have cholent? What does he have? Kugel? Cholent? {I don't, I know}</w:t>
      </w:r>
    </w:p>
    <w:p>
      <w:r>
        <w:t>[He is very sick, …………</w:t>
      </w:r>
    </w:p>
    <w:p>
      <w:r>
        <w:t>Rebbe Yisroel, he is like dead]…</w:t>
      </w:r>
    </w:p>
    <w:p>
      <w:pPr>
        <w:pStyle w:val="Heading2"/>
      </w:pPr>
      <w:r>
        <w:t>Side B (Bais)</w:t>
      </w:r>
    </w:p>
    <w:p>
      <w:r>
        <w:t>...[Rebbe Yisroel, he is like dead, Rebbe Yisroel, he is like dead, he has a problem f.. at night]</w:t>
      </w:r>
    </w:p>
    <w:p>
      <w:r>
        <w:t>[….]</w:t>
      </w:r>
    </w:p>
    <w:p>
      <w:r>
        <w:t>Like what?</w:t>
      </w:r>
    </w:p>
    <w:p>
      <w:r>
        <w:t>[He..]</w:t>
      </w:r>
    </w:p>
    <w:p>
      <w:r>
        <w:t>[Rebbe Yisroel]</w:t>
      </w:r>
    </w:p>
    <w:p>
      <w:r>
        <w:t>Yo</w:t>
      </w:r>
    </w:p>
    <w:p>
      <w:r>
        <w:t>[There is a certain sick person, there is a certain sick person, they call him Chaim Levi, and he has problems in his head and he is like..]…</w:t>
      </w:r>
    </w:p>
    <w:p>
      <w:r>
        <w:t>...Oy…</w:t>
      </w:r>
    </w:p>
    <w:p>
      <w:r>
        <w:t>...{….}, we are Jews, enough, everything, everything, what do we have to worry about?</w:t>
      </w:r>
    </w:p>
    <w:p>
      <w:r>
        <w:t>The gentiles have something to worry about; they have nothing, not, not Eretz Yisroel and not, and not any mitzvah</w:t>
      </w:r>
    </w:p>
    <w:p>
      <w:r>
        <w:t>They have no, they have nothing; they will worry, but we have nothing to worry about</w:t>
      </w:r>
    </w:p>
    <w:p>
      <w:r>
        <w:t>[…..]</w:t>
      </w:r>
    </w:p>
    <w:p>
      <w:r>
        <w:t>[Zamira daughter of..]...</w:t>
      </w:r>
    </w:p>
    <w:p>
      <w:r>
        <w:t>...{….}</w:t>
      </w:r>
    </w:p>
    <w:p>
      <w:r>
        <w:t>[…. there is, she has..]…</w:t>
      </w:r>
    </w:p>
    <w:p>
      <w:r>
        <w:t>...Nu, with such a Rebbe, what is there to worry about…</w:t>
      </w:r>
    </w:p>
    <w:p>
      <w:r>
        <w:t>...He, he, he is a doctor; he, he, he makes..</w:t>
      </w:r>
    </w:p>
    <w:p>
      <w:r>
        <w:t>A person is sick, he makes him new, yes, a new heart and everything new</w:t>
      </w:r>
    </w:p>
    <w:p>
      <w:r>
        <w:t>[….]</w:t>
      </w:r>
    </w:p>
    <w:p>
      <w:r>
        <w:t>{Nu, do we have anything to worry about?}</w:t>
      </w:r>
    </w:p>
    <w:p>
      <w:r>
        <w:t>[Honored Rabbi, until now she was..]...</w:t>
      </w:r>
    </w:p>
    <w:p>
      <w:r>
        <w:t>...Only…</w:t>
      </w:r>
    </w:p>
    <w:p>
      <w:r>
        <w:t>...To mention the name of Rabbainu, "Na Nach Nachma Nachman MeUman"</w:t>
      </w:r>
    </w:p>
    <w:p>
      <w:r>
        <w:t>[["Na Nach Nachma Nachman MeUman"]]</w:t>
      </w:r>
    </w:p>
    <w:p>
      <w:r>
        <w:t>That is enough, all the healings are here, that is everything</w:t>
      </w:r>
    </w:p>
    <w:p>
      <w:r>
        <w:t>[["Na Nach Nachma Nachman MeUman"]]</w:t>
      </w:r>
    </w:p>
    <w:p>
      <w:r>
        <w:t>[Oy]</w:t>
      </w:r>
    </w:p>
    <w:p>
      <w:r>
        <w:t>[…...]</w:t>
      </w:r>
    </w:p>
    <w:p>
      <w:r>
        <w:t>The gentiles will worry, they have something to worry about, but we have nothing to worry about</w:t>
      </w:r>
    </w:p>
    <w:p>
      <w:r>
        <w:t>What? It broke? I can fix it immediately, make it new</w:t>
      </w:r>
    </w:p>
    <w:p>
      <w:r>
        <w:t>[…….]</w:t>
      </w:r>
    </w:p>
    <w:p>
      <w:r>
        <w:t>[…]...</w:t>
      </w:r>
    </w:p>
    <w:p>
      <w:r>
        <w:t>...Oy vey, hot, hot</w:t>
      </w:r>
    </w:p>
    <w:p>
      <w:r>
        <w:t>[He is hot, he is hot, hot..]…</w:t>
      </w:r>
    </w:p>
    <w:p>
      <w:r>
        <w:t>...{…}, He creates every stone, every thing, every thing; He created it and makes new things</w:t>
      </w:r>
    </w:p>
    <w:p>
      <w:r>
        <w:t>[…..]</w:t>
      </w:r>
    </w:p>
    <w:p>
      <w:r>
        <w:t>Faith, faith, I transgressed the Torah, but faith</w:t>
      </w:r>
    </w:p>
    <w:p>
      <w:r>
        <w:t>In one moment I return, I regret it, and I return, {….}, it is finished</w:t>
      </w:r>
    </w:p>
    <w:p>
      <w:r>
        <w:t>[…….]</w:t>
      </w:r>
    </w:p>
    <w:p>
      <w:r>
        <w:t>[…….]...</w:t>
      </w:r>
    </w:p>
    <w:p>
      <w:r>
        <w:t>...Immediately Rabbainu the holy one, he, he is merciful and he heals immediately</w:t>
      </w:r>
    </w:p>
    <w:p>
      <w:r>
        <w:t>[…...]</w:t>
      </w:r>
    </w:p>
    <w:p>
      <w:r>
        <w:t>Even a sick person who cannot be healed, if he is sick {like this}, like this, who has no cure, but he can also, also heal this</w:t>
      </w:r>
    </w:p>
    <w:p>
      <w:r>
        <w:t>[…….]</w:t>
      </w:r>
    </w:p>
    <w:p>
      <w:r>
        <w:t>[….…]</w:t>
      </w:r>
    </w:p>
    <w:p>
      <w:r>
        <w:t>Moshiach will come and we will know what we are, who we are, {captives} and donkeys</w:t>
      </w:r>
    </w:p>
    <w:p>
      <w:r>
        <w:t>Not yet? Still a donkey</w:t>
      </w:r>
    </w:p>
    <w:p>
      <w:r>
        <w:t>But we are human beings</w:t>
      </w:r>
    </w:p>
    <w:p>
      <w:r>
        <w:t>[…]</w:t>
      </w:r>
    </w:p>
    <w:p>
      <w:r>
        <w:t>[…]...</w:t>
      </w:r>
    </w:p>
    <w:p>
      <w:r>
        <w:t>...Give me livelihood, give me every thing, Father, Father, have mercy on me, give me this, give me this; yes, He hears and helps, and can help and helps</w:t>
      </w:r>
    </w:p>
    <w:p>
      <w:r>
        <w:t>[……]</w:t>
      </w:r>
    </w:p>
    <w:p>
      <w:r>
        <w:t>[…...]...</w:t>
      </w:r>
    </w:p>
    <w:p>
      <w:r>
        <w:t>...All the salvations quickly</w:t>
      </w:r>
    </w:p>
    <w:p>
      <w:r>
        <w:t>[Livelihood, livelihood]</w:t>
      </w:r>
    </w:p>
    <w:p>
      <w:r>
        <w:t>Livelihood, repentance, and healing—everything, He has everything, He can help</w:t>
      </w:r>
    </w:p>
    <w:p>
      <w:r>
        <w:t>[……]</w:t>
      </w:r>
    </w:p>
    <w:p>
      <w:r>
        <w:t>[..….]...</w:t>
      </w:r>
    </w:p>
    <w:p>
      <w:r>
        <w:t>...Not yet? Still a donkey, but we are Jews, human beings…</w:t>
      </w:r>
    </w:p>
    <w:p>
      <w:r>
        <w:t>...{All the salvations}</w:t>
      </w:r>
    </w:p>
    <w:p>
      <w:r>
        <w:t>[Amen, with Hashem's help, with Hashem's help]</w:t>
      </w:r>
    </w:p>
    <w:p>
      <w:r>
        <w:t>He has, He has everything</w:t>
      </w:r>
    </w:p>
    <w:p>
      <w:r>
        <w:t>[Hashem has everything]</w:t>
      </w:r>
    </w:p>
    <w:p>
      <w:r>
        <w:t>The gentiles have, have nothing; we have everything</w:t>
      </w:r>
    </w:p>
    <w:p>
      <w:r>
        <w:t>[Right, with Hashem's help, with Hashem's help..]...</w:t>
      </w:r>
    </w:p>
    <w:p>
      <w:r>
        <w:t>...{All good}, and all the salvations...</w:t>
      </w:r>
    </w:p>
    <w:p>
      <w:r>
        <w:t>...[Good, good, very good]…</w:t>
      </w:r>
    </w:p>
    <w:p>
      <w:r>
        <w:t>...Everything is the heart.. to pray with faith to Hashem: {...}</w:t>
      </w:r>
    </w:p>
    <w:p>
      <w:r>
        <w:t>"Father, have mercy on me, give me this, I, I need this, I need children, give me children," yes [A wedding, a wedding, amen, with Hashem's help]</w:t>
      </w:r>
    </w:p>
    <w:p>
      <w:r>
        <w:t>Yes, and.. yes, every single day to pray to Hashem with faith, then everything will be all right</w:t>
      </w:r>
    </w:p>
    <w:p>
      <w:r>
        <w:t>[…..…]</w:t>
      </w:r>
    </w:p>
    <w:p>
      <w:r>
        <w:t>[……..]</w:t>
      </w:r>
    </w:p>
    <w:p>
      <w:r>
        <w:t>{….}…</w:t>
      </w:r>
    </w:p>
    <w:p>
      <w:r>
        <w:t>...They have nothing, no Torah and no mitzvah and no.. they have nothing</w:t>
      </w:r>
    </w:p>
    <w:p>
      <w:r>
        <w:t>But we {…} have all good, we have all the healings and all the salvations</w:t>
      </w:r>
    </w:p>
    <w:p>
      <w:r>
        <w:t>[………]</w:t>
      </w:r>
    </w:p>
    <w:p>
      <w:r>
        <w:t>[………]…</w:t>
      </w:r>
    </w:p>
    <w:p>
      <w:r>
        <w:t>...He occupies himself with it immediately, he, he speaks with Hashem, he prays</w:t>
      </w:r>
    </w:p>
    <w:p>
      <w:r>
        <w:t>He will have healing, healing immediately</w:t>
      </w:r>
    </w:p>
    <w:p>
      <w:r>
        <w:t>[………]…</w:t>
      </w:r>
    </w:p>
    <w:p>
      <w:r>
        <w:t>...Only we should repent</w:t>
      </w:r>
    </w:p>
    <w:p>
      <w:r>
        <w:t>"Master of the World, I did this and this, have mercy on me, I.. finished, I will not do it anymore," shoyn [……….]</w:t>
      </w:r>
    </w:p>
    <w:p>
      <w:r>
        <w:t>[…...]…</w:t>
      </w:r>
    </w:p>
    <w:p>
      <w:r>
        <w:t>...We have all good, we have, but {afterward} only the gentiles have nothing</w:t>
      </w:r>
    </w:p>
    <w:p>
      <w:r>
        <w:t>But we have all good</w:t>
      </w:r>
    </w:p>
    <w:p>
      <w:r>
        <w:t>Healing and salvation and livelihood and healing—what, everything that is needed, He has</w:t>
      </w:r>
    </w:p>
    <w:p>
      <w:r>
        <w:t>And He gives immediately</w:t>
      </w:r>
    </w:p>
    <w:p>
      <w:r>
        <w:t>[…..…….]</w:t>
      </w:r>
    </w:p>
    <w:p>
      <w:r>
        <w:t>[………...]</w:t>
      </w:r>
    </w:p>
    <w:p>
      <w:r>
        <w:t>[Chaim ben Basya, Chaim ben Basya]</w:t>
      </w:r>
    </w:p>
    <w:p>
      <w:r>
        <w:t>Chaim…</w:t>
      </w:r>
    </w:p>
    <w:p>
      <w:r>
        <w:t>...{Each one}, we have all good, all the healings, all the salvations, yes</w:t>
      </w:r>
    </w:p>
    <w:p>
      <w:r>
        <w:t>And He, and He is compassionate and gracious; He wants to have mercy and help</w:t>
      </w:r>
    </w:p>
    <w:p>
      <w:r>
        <w:t>[….…..]</w:t>
      </w:r>
    </w:p>
    <w:p>
      <w:r>
        <w:t>[……...]</w:t>
      </w:r>
    </w:p>
    <w:p>
      <w:r>
        <w:t>[A wedding, complete healing, livelihood, amen]</w:t>
      </w:r>
    </w:p>
    <w:p>
      <w:r>
        <w:t>The gentiles have nothing, but we have all good</w:t>
      </w:r>
    </w:p>
    <w:p>
      <w:r>
        <w:t>[……...]</w:t>
      </w:r>
    </w:p>
    <w:p>
      <w:r>
        <w:t>[Amen, thank you very much]</w:t>
      </w:r>
    </w:p>
    <w:p>
      <w:r>
        <w:t>[……….]</w:t>
      </w:r>
    </w:p>
    <w:p>
      <w:r>
        <w:t>[……….]…</w:t>
      </w:r>
    </w:p>
    <w:p>
      <w:r>
        <w:t>...[Saba, Chaim ben Basya]</w:t>
      </w:r>
    </w:p>
    <w:p>
      <w:r>
        <w:t>Chaim ben Basya</w:t>
      </w:r>
    </w:p>
    <w:p>
      <w:r>
        <w:t>[He is the policeman of the city, the policeman of the city]</w:t>
      </w:r>
    </w:p>
    <w:p>
      <w:r>
        <w:t>Eh?</w:t>
      </w:r>
    </w:p>
    <w:p>
      <w:r>
        <w:t>[The policeman of the city, he is the policeman of the city]</w:t>
      </w:r>
    </w:p>
    <w:p>
      <w:r>
        <w:t>The policeman?</w:t>
      </w:r>
    </w:p>
    <w:p>
      <w:r>
        <w:t>[Yes]</w:t>
      </w:r>
    </w:p>
    <w:p>
      <w:r>
        <w:t>[Of the city, yes]</w:t>
      </w:r>
    </w:p>
    <w:p>
      <w:r>
        <w:t>Yes?</w:t>
      </w:r>
    </w:p>
    <w:p>
      <w:r>
        <w:t>[Yes]</w:t>
      </w:r>
    </w:p>
    <w:p>
      <w:r>
        <w:t>The mayor? No?</w:t>
      </w:r>
    </w:p>
    <w:p>
      <w:r>
        <w:t>[No, the policeman, soon he will be the mayor..]</w:t>
      </w:r>
    </w:p>
    <w:p>
      <w:r>
        <w:t>[Soon, soon..]</w:t>
      </w:r>
    </w:p>
    <w:p>
      <w:r>
        <w:t>[The policeman, the policeman of the city]</w:t>
      </w:r>
    </w:p>
    <w:p>
      <w:r>
        <w:t>The policeman</w:t>
      </w:r>
    </w:p>
    <w:p>
      <w:r>
        <w:t>[Yes, may he have all the salvations]</w:t>
      </w:r>
    </w:p>
    <w:p>
      <w:r>
        <w:t>[…….]</w:t>
      </w:r>
    </w:p>
    <w:p>
      <w:r>
        <w:t>Yes</w:t>
      </w:r>
    </w:p>
    <w:p>
      <w:r>
        <w:t>[May he have all the salvations in the city, in everything]</w:t>
      </w:r>
    </w:p>
    <w:p>
      <w:r>
        <w:t>{…}</w:t>
      </w:r>
    </w:p>
    <w:p>
      <w:r>
        <w:t>[And success]</w:t>
      </w:r>
    </w:p>
    <w:p>
      <w:r>
        <w:t>[Give a blessing, honored Rabbi]</w:t>
      </w:r>
    </w:p>
    <w:p>
      <w:r>
        <w:t>[Just a second, just a second]</w:t>
      </w:r>
    </w:p>
    <w:p>
      <w:r>
        <w:t>[A second, a second, a second, let him finish]</w:t>
      </w:r>
    </w:p>
    <w:p>
      <w:r>
        <w:t>[That Saba should bless him that he should have, that he should have all the salvations]</w:t>
      </w:r>
    </w:p>
    <w:p>
      <w:r>
        <w:t>All the salvations</w:t>
      </w:r>
    </w:p>
    <w:p>
      <w:r>
        <w:t>[All the salvations]</w:t>
      </w:r>
    </w:p>
    <w:p>
      <w:r>
        <w:t>All good</w:t>
      </w:r>
    </w:p>
    <w:p>
      <w:r>
        <w:t>[[Amen]]</w:t>
      </w:r>
    </w:p>
    <w:p>
      <w:r>
        <w:t>All the healings, all the salvations</w:t>
      </w:r>
    </w:p>
    <w:p>
      <w:r>
        <w:t>[Amen]</w:t>
      </w:r>
    </w:p>
    <w:p>
      <w:r>
        <w:t>[Thank you very much]</w:t>
      </w:r>
    </w:p>
    <w:p>
      <w:r>
        <w:t>[Amen]</w:t>
      </w:r>
    </w:p>
    <w:p>
      <w:r>
        <w:t>In one moment He heals, yes, He gives every, everything that we need</w:t>
      </w:r>
    </w:p>
    <w:p>
      <w:r>
        <w:t>[Saba..]</w:t>
      </w:r>
    </w:p>
    <w:p>
      <w:r>
        <w:t>[May you have all good, be healthy]</w:t>
      </w:r>
    </w:p>
    <w:p>
      <w:r>
        <w:t>We.. the gentiles are donkeys, they have no, no {…..}</w:t>
      </w:r>
    </w:p>
    <w:p>
      <w:r>
        <w:t>But we..</w:t>
      </w:r>
    </w:p>
    <w:p>
      <w:r>
        <w:t>There is nothing that will not.. that we will lack</w:t>
      </w:r>
    </w:p>
    <w:p>
      <w:r>
        <w:t>[……..]</w:t>
      </w:r>
    </w:p>
    <w:p>
      <w:r>
        <w:t>You need this and this, immediately He gives</w:t>
      </w:r>
    </w:p>
    <w:p>
      <w:r>
        <w:t>[……]</w:t>
      </w:r>
    </w:p>
    <w:p>
      <w:r>
        <w:t>[… immediately He gives]</w:t>
      </w:r>
    </w:p>
    <w:p>
      <w:r>
        <w:t>[When one asks]</w:t>
      </w:r>
    </w:p>
    <w:p>
      <w:r>
        <w:t>[Thank you very much, may you merit mitzvos]</w:t>
      </w:r>
    </w:p>
    <w:p>
      <w:r>
        <w:t>[All good]</w:t>
      </w:r>
    </w:p>
    <w:p>
      <w:r>
        <w:t>[May you have all good, wallah, we merited]</w:t>
      </w:r>
    </w:p>
    <w:p>
      <w:r>
        <w:t>[…...]...</w:t>
      </w:r>
    </w:p>
    <w:p>
      <w:r>
        <w:t>...[They said, at two years old, he needs to undergo surgery]</w:t>
      </w:r>
    </w:p>
    <w:p>
      <w:r>
        <w:t>Nu</w:t>
      </w:r>
    </w:p>
    <w:p>
      <w:r>
        <w:t>[Bless, bless him that he should not need surgery]</w:t>
      </w:r>
    </w:p>
    <w:p>
      <w:r>
        <w:t>[Bless him that he should not.., that he should have a complete healing, Daniel ben Yitzchak]</w:t>
      </w:r>
    </w:p>
    <w:p>
      <w:r>
        <w:t>[Daniel ben Yitzchak]</w:t>
      </w:r>
    </w:p>
    <w:p>
      <w:r>
        <w:t>He is alive</w:t>
      </w:r>
    </w:p>
    <w:p>
      <w:r>
        <w:t>[He is alive, yes]</w:t>
      </w:r>
    </w:p>
    <w:p>
      <w:r>
        <w:t>[Yes, yes]</w:t>
      </w:r>
    </w:p>
    <w:p>
      <w:r>
        <w:t>Daniel ben Yitzchak</w:t>
      </w:r>
    </w:p>
    <w:p>
      <w:r>
        <w:t>[Yes]</w:t>
      </w:r>
    </w:p>
    <w:p>
      <w:r>
        <w:t>A complete healing and all good</w:t>
      </w:r>
    </w:p>
    <w:p>
      <w:r>
        <w:t>[[Amen, amen]]</w:t>
      </w:r>
    </w:p>
    <w:p>
      <w:r>
        <w:t>All the salvations</w:t>
      </w:r>
    </w:p>
    <w:p>
      <w:r>
        <w:t>[[Amen]]</w:t>
      </w:r>
    </w:p>
    <w:p>
      <w:r>
        <w:t>[Kiss his hand..]</w:t>
      </w:r>
    </w:p>
    <w:p>
      <w:r>
        <w:t>[…….]</w:t>
      </w:r>
    </w:p>
    <w:p>
      <w:r>
        <w:t>[Thank you]…</w:t>
      </w:r>
    </w:p>
    <w:p>
      <w:r>
        <w:t>...To pray and remember the name of Rabbainu and the name of the sick person, this immediately becomes a healing</w:t>
      </w:r>
    </w:p>
    <w:p>
      <w:r>
        <w:t>[…..….]</w:t>
      </w:r>
    </w:p>
    <w:p>
      <w:r>
        <w:t>[……...]</w:t>
      </w:r>
    </w:p>
    <w:p>
      <w:r>
        <w:t>And if not? Then pray again</w:t>
      </w:r>
    </w:p>
    <w:p>
      <w:r>
        <w:t>[………]</w:t>
      </w:r>
    </w:p>
    <w:p>
      <w:r>
        <w:t>In Yerushalayim, is there another Yerushalayim? One in the world</w:t>
      </w:r>
    </w:p>
    <w:p>
      <w:r>
        <w:t>Only we Jews have Yerushalayim and the Beis Hamikdash and all good</w:t>
      </w:r>
    </w:p>
    <w:p>
      <w:r>
        <w:t>[……...]</w:t>
      </w:r>
    </w:p>
    <w:p>
      <w:r>
        <w:t>[Rebbe Yisroel, the name of the sick person is Raphael, the sick person, the sick person is called..]…</w:t>
      </w:r>
    </w:p>
    <w:p>
      <w:r>
        <w:t>…[Raphael]</w:t>
      </w:r>
    </w:p>
    <w:p>
      <w:r>
        <w:t>Raphael</w:t>
      </w:r>
    </w:p>
    <w:p>
      <w:r>
        <w:t>[Chaim]</w:t>
      </w:r>
    </w:p>
    <w:p>
      <w:r>
        <w:t>Chaim</w:t>
      </w:r>
    </w:p>
    <w:p>
      <w:r>
        <w:t>[[Ben Sarah]]</w:t>
      </w:r>
    </w:p>
    <w:p>
      <w:r>
        <w:t>Ben</w:t>
      </w:r>
    </w:p>
    <w:p>
      <w:r>
        <w:t>[Ben Sarah]</w:t>
      </w:r>
    </w:p>
    <w:p>
      <w:r>
        <w:t>[Sarina]</w:t>
      </w:r>
    </w:p>
    <w:p>
      <w:r>
        <w:t>Ben Sarah</w:t>
      </w:r>
    </w:p>
    <w:p>
      <w:r>
        <w:t>[Yes]</w:t>
      </w:r>
    </w:p>
    <w:p>
      <w:r>
        <w:t>Eh?</w:t>
      </w:r>
    </w:p>
    <w:p>
      <w:r>
        <w:t>[Yes, ben Sarah]</w:t>
      </w:r>
    </w:p>
    <w:p>
      <w:r>
        <w:t>[And Mordechai]</w:t>
      </w:r>
    </w:p>
    <w:p>
      <w:r>
        <w:t>Ben Sarah, may Hashem, blessed is He, have mercy and help him—a complete healing immediately</w:t>
      </w:r>
    </w:p>
    <w:p>
      <w:r>
        <w:t>[[Amen]]</w:t>
      </w:r>
    </w:p>
    <w:p>
      <w:r>
        <w:t>[…….]</w:t>
      </w:r>
    </w:p>
    <w:p>
      <w:r>
        <w:t>And all the salvations that he needs, immediately</w:t>
      </w:r>
    </w:p>
    <w:p>
      <w:r>
        <w:t>[[Amen]]</w:t>
      </w:r>
    </w:p>
    <w:p>
      <w:r>
        <w:t>A donkey has nothing, does not know, only to eat straw</w:t>
      </w:r>
    </w:p>
    <w:p>
      <w:r>
        <w:t>[…….]</w:t>
      </w:r>
    </w:p>
    <w:p>
      <w:r>
        <w:t>[…]</w:t>
      </w:r>
    </w:p>
    <w:p>
      <w:r>
        <w:t>Faith</w:t>
      </w:r>
    </w:p>
    <w:p>
      <w:r>
        <w:t>This, faith is healing and all good</w:t>
      </w:r>
    </w:p>
    <w:p>
      <w:r>
        <w:t>[Amen]</w:t>
      </w:r>
    </w:p>
    <w:p>
      <w:r>
        <w:t>Livelihood and all good</w:t>
      </w:r>
    </w:p>
    <w:p>
      <w:r>
        <w:t>[Amen]</w:t>
      </w:r>
    </w:p>
    <w:p>
      <w:r>
        <w:t>[……..]</w:t>
      </w:r>
    </w:p>
    <w:p>
      <w:r>
        <w:t>[….….]</w:t>
      </w:r>
    </w:p>
    <w:p>
      <w:r>
        <w:t>Yes, sing, sing</w:t>
      </w:r>
    </w:p>
    <w:p>
      <w:r>
        <w:t>[Saba and the friends sing “Na Nach Nachma Nachman MeUman..”]</w:t>
      </w:r>
    </w:p>
    <w:p>
      <w:r>
        <w:t>[……..]</w:t>
      </w:r>
    </w:p>
    <w:p>
      <w:r>
        <w:t>With him are all our healings and all the salvations that we need, immediately, only..</w:t>
      </w:r>
    </w:p>
    <w:p>
      <w:r>
        <w:t>[……..]</w:t>
      </w:r>
    </w:p>
    <w:p>
      <w:r>
        <w:t>[……..]</w:t>
      </w:r>
    </w:p>
    <w:p>
      <w:r>
        <w:t>Only faith</w:t>
      </w:r>
    </w:p>
    <w:p>
      <w:r>
        <w:t>[…..…]</w:t>
      </w:r>
    </w:p>
    <w:p>
      <w:r>
        <w:t>[……..]</w:t>
      </w:r>
    </w:p>
    <w:p>
      <w:r>
        <w:t>“Na Nach Nachma Nachman MeUman” encompasses the entire Torah and all the healings and all the salvations</w:t>
      </w:r>
    </w:p>
    <w:p>
      <w:r>
        <w:t>[….….]</w:t>
      </w:r>
    </w:p>
    <w:p>
      <w:r>
        <w:t>[……..]</w:t>
      </w:r>
    </w:p>
    <w:p>
      <w:r>
        <w:t>[Rebbe Yisroel, Rebbe Yisroel, this sick person, he is in a condition..]</w:t>
      </w:r>
    </w:p>
    <w:p>
      <w:r>
        <w:t>Which sick person?</w:t>
      </w:r>
    </w:p>
    <w:p>
      <w:r>
        <w:t>[Who is in France, his brother is in a serious condition, he is lying down, he cannot move, he can almost not move..]</w:t>
      </w:r>
    </w:p>
    <w:p>
      <w:r>
        <w:t>May Hashem have mercy</w:t>
      </w:r>
    </w:p>
    <w:p>
      <w:r>
        <w:t>[He is in a serious condition]</w:t>
      </w:r>
    </w:p>
    <w:p>
      <w:r>
        <w:t>Only prayer</w:t>
      </w:r>
    </w:p>
    <w:p>
      <w:r>
        <w:t>[…..]</w:t>
      </w:r>
    </w:p>
    <w:p>
      <w:r>
        <w:t>Prayer, he should make an effort and repent</w:t>
      </w:r>
    </w:p>
    <w:p>
      <w:r>
        <w:t>[Amen]</w:t>
      </w:r>
    </w:p>
    <w:p>
      <w:r>
        <w:t>Shoyn, finished, repentance, there is nothing</w:t>
      </w:r>
    </w:p>
    <w:p>
      <w:r>
        <w:t>[……..]</w:t>
      </w:r>
    </w:p>
    <w:p>
      <w:r>
        <w:t>[……..]…</w:t>
      </w:r>
    </w:p>
    <w:p>
      <w:r>
        <w:t>...Joy that we are a people of Jews, we are Jews, we have Torah and mitzvos</w:t>
      </w:r>
    </w:p>
    <w:p>
      <w:r>
        <w:t>Is there greater joy than this?...</w:t>
      </w:r>
    </w:p>
    <w:p>
      <w:r>
        <w:t>...{Prayer}, repentance immediately</w:t>
      </w:r>
    </w:p>
    <w:p>
      <w:r>
        <w:t>[A blessing from the Rabbi..]</w:t>
      </w:r>
    </w:p>
    <w:p>
      <w:r>
        <w:t>[…...]</w:t>
      </w:r>
    </w:p>
    <w:p>
      <w:r>
        <w:t>If not immediately, again, again to pray, only to pray</w:t>
      </w:r>
    </w:p>
    <w:p>
      <w:r>
        <w:t>[……..]</w:t>
      </w:r>
    </w:p>
    <w:p>
      <w:r>
        <w:t>[Rebbe Yisroel, the son is called Nesanel, the son is called Nesanel]</w:t>
      </w:r>
    </w:p>
    <w:p>
      <w:r>
        <w:t>The son</w:t>
      </w:r>
    </w:p>
    <w:p>
      <w:r>
        <w:t>[Nesanel]</w:t>
      </w:r>
    </w:p>
    <w:p>
      <w:r>
        <w:t>Nesanel</w:t>
      </w:r>
    </w:p>
    <w:p>
      <w:r>
        <w:t>[Ben Fortuna]</w:t>
      </w:r>
    </w:p>
    <w:p>
      <w:r>
        <w:t>Ben</w:t>
      </w:r>
    </w:p>
    <w:p>
      <w:r>
        <w:t>[Fortuna]</w:t>
      </w:r>
    </w:p>
    <w:p>
      <w:r>
        <w:t>[Fortuna]</w:t>
      </w:r>
    </w:p>
    <w:p>
      <w:r>
        <w:t>[Ben Pratona]</w:t>
      </w:r>
    </w:p>
    <w:p>
      <w:r>
        <w:t>Pratona</w:t>
      </w:r>
    </w:p>
    <w:p>
      <w:r>
        <w:t>[Yes]</w:t>
      </w:r>
    </w:p>
    <w:p>
      <w:r>
        <w:t>May Hashem {blessed is He} heal him and give all the healings, all the salvations</w:t>
      </w:r>
    </w:p>
    <w:p>
      <w:r>
        <w:t>[He will speak]</w:t>
      </w:r>
    </w:p>
    <w:p>
      <w:r>
        <w:t>With Him are all the salvations</w:t>
      </w:r>
    </w:p>
    <w:p>
      <w:r>
        <w:t>[He will speak]</w:t>
      </w:r>
    </w:p>
    <w:p>
      <w:r>
        <w:t>[…… that he should be able to speak, that he should be able to speak like..]</w:t>
      </w:r>
    </w:p>
    <w:p>
      <w:r>
        <w:t>[That he should be able to speak]</w:t>
      </w:r>
    </w:p>
    <w:p>
      <w:r>
        <w:t>They need to tell him to say “Na Nach Nachma Nachman MeUman”</w:t>
      </w:r>
    </w:p>
    <w:p>
      <w:r>
        <w:t>[“Na Nach Nachma Nachman MeUman”]</w:t>
      </w:r>
    </w:p>
    <w:p>
      <w:r>
        <w:t>That is it, in it are all the salvations, and all the healings</w:t>
      </w:r>
    </w:p>
    <w:p>
      <w:r>
        <w:t>[……...]</w:t>
      </w:r>
    </w:p>
    <w:p>
      <w:r>
        <w:t>[[Amen]]</w:t>
      </w:r>
    </w:p>
    <w:p>
      <w:r>
        <w:t>[………]</w:t>
      </w:r>
    </w:p>
    <w:p>
      <w:r>
        <w:t>[………]…</w:t>
      </w:r>
    </w:p>
    <w:p>
      <w:r>
        <w:t>...[Rebbe Yisroel, he is asking for a blessing for his whole family, that he should have health] [Livelihood]</w:t>
      </w:r>
    </w:p>
    <w:p>
      <w:r>
        <w:t>[Livelihood and all good]</w:t>
      </w:r>
    </w:p>
    <w:p>
      <w:r>
        <w:t>Hashem will give; He, He has all the healings and all the salvations, livelihood and..</w:t>
      </w:r>
    </w:p>
    <w:p>
      <w:r>
        <w:t>And He has every thing, and He wants to give, and He has mercy and gives us</w:t>
      </w:r>
    </w:p>
    <w:p>
      <w:r>
        <w:t>He only gave us the Torah, we already have everything</w:t>
      </w:r>
    </w:p>
    <w:p>
      <w:r>
        <w:t>[……….]</w:t>
      </w:r>
    </w:p>
    <w:p>
      <w:r>
        <w:t>[……….]</w:t>
      </w:r>
    </w:p>
    <w:p>
      <w:r>
        <w:t>“Na Nach Nachma Nachman MeUman”</w:t>
      </w:r>
    </w:p>
    <w:p>
      <w:r>
        <w:t>[“Na Nach Nachma Nachman MeUman”]</w:t>
      </w:r>
    </w:p>
    <w:p>
      <w:r>
        <w:t>That is the entire Torah and all the salvations and all..</w:t>
      </w:r>
    </w:p>
    <w:p>
      <w:r>
        <w:t>There are children at home, they should sing “Na Nach Nachma Nachman MeUman”</w:t>
      </w:r>
    </w:p>
    <w:p>
      <w:r>
        <w:t>[“Na Nach Nachma Nachman MeUman”]</w:t>
      </w:r>
    </w:p>
    <w:p>
      <w:r>
        <w:t>[……….]</w:t>
      </w:r>
    </w:p>
    <w:p>
      <w:r>
        <w:t>[….…...]</w:t>
      </w:r>
    </w:p>
    <w:p>
      <w:r>
        <w:t>He has all the salvations and all the healings and all, and everything that is needed</w:t>
      </w:r>
    </w:p>
    <w:p>
      <w:r>
        <w:t>[Rebbe Yisroel, he is asking..]</w:t>
      </w:r>
    </w:p>
    <w:p>
      <w:r>
        <w:t>Immediately and at once</w:t>
      </w:r>
    </w:p>
    <w:p>
      <w:r>
        <w:t>[He is asking for a blessing for..]</w:t>
      </w:r>
    </w:p>
    <w:p>
      <w:r>
        <w:t>[………..]</w:t>
      </w:r>
    </w:p>
    <w:p>
      <w:r>
        <w:t>[He is asking for a blessing for the daughter, her name is Julie]</w:t>
      </w:r>
    </w:p>
    <w:p>
      <w:r>
        <w:t>[Sarah]</w:t>
      </w:r>
    </w:p>
    <w:p>
      <w:r>
        <w:t>[Julie Sarah Simcha]</w:t>
      </w:r>
    </w:p>
    <w:p>
      <w:r>
        <w:t>[Daughter of..]</w:t>
      </w:r>
    </w:p>
    <w:p>
      <w:r>
        <w:t>What, what, what?</w:t>
      </w:r>
    </w:p>
    <w:p>
      <w:r>
        <w:t>[The daughter, the girl]</w:t>
      </w:r>
    </w:p>
    <w:p>
      <w:r>
        <w:t>Nu</w:t>
      </w:r>
    </w:p>
    <w:p>
      <w:r>
        <w:t>[Her name is, her name is Julie]</w:t>
      </w:r>
    </w:p>
    <w:p>
      <w:r>
        <w:t>Julie</w:t>
      </w:r>
    </w:p>
    <w:p>
      <w:r>
        <w:t>[Sarah]</w:t>
      </w:r>
    </w:p>
    <w:p>
      <w:r>
        <w:t>Sarah</w:t>
      </w:r>
    </w:p>
    <w:p>
      <w:r>
        <w:t>[Simcha]</w:t>
      </w:r>
    </w:p>
    <w:p>
      <w:r>
        <w:t>[Daughter of Fortuna]</w:t>
      </w:r>
    </w:p>
    <w:p>
      <w:r>
        <w:t>Simcha</w:t>
      </w:r>
    </w:p>
    <w:p>
      <w:r>
        <w:t>[Daughter of Fortuna]</w:t>
      </w:r>
    </w:p>
    <w:p>
      <w:r>
        <w:t>Daughter of</w:t>
      </w:r>
    </w:p>
    <w:p>
      <w:r>
        <w:t>[Fortuna]</w:t>
      </w:r>
    </w:p>
    <w:p>
      <w:r>
        <w:t>Fortuna, “May Hashem give her length of days and years and all the salvations and all good”</w:t>
      </w:r>
    </w:p>
    <w:p>
      <w:r>
        <w:t>[[Amen]]</w:t>
      </w:r>
    </w:p>
    <w:p>
      <w:r>
        <w:t>[“Na Nach Nachma Nachman MeUman”]</w:t>
      </w:r>
    </w:p>
    <w:p>
      <w:r>
        <w:t>We have all good, “Na Nach Nachma Nachman MeUman”</w:t>
      </w:r>
    </w:p>
    <w:p>
      <w:r>
        <w:t>[“Na Nach Nachma Nachman MeUman”]</w:t>
      </w:r>
    </w:p>
    <w:p>
      <w:r>
        <w:t>That is all good</w:t>
      </w:r>
    </w:p>
    <w:p>
      <w:r>
        <w:t>[……]</w:t>
      </w:r>
    </w:p>
    <w:p>
      <w:r>
        <w:t>In this are all the healings and all the salvations</w:t>
      </w:r>
    </w:p>
    <w:p>
      <w:r>
        <w:t>[Amen]</w:t>
      </w:r>
    </w:p>
    <w:p>
      <w:r>
        <w:t>“Na Nach Nachma Nachman MeUman”</w:t>
      </w:r>
    </w:p>
    <w:p>
      <w:r>
        <w:t>[Amen]</w:t>
      </w:r>
    </w:p>
    <w:p>
      <w:r>
        <w:t>To write, to write down</w:t>
      </w:r>
    </w:p>
    <w:p>
      <w:r>
        <w:t>[To write down, to write down]</w:t>
      </w:r>
    </w:p>
    <w:p>
      <w:r>
        <w:t>“Na Nach Nachma Nachman”…</w:t>
      </w:r>
    </w:p>
    <w:p>
      <w:r>
        <w:t>...All good, money and healings and salvations</w:t>
      </w:r>
    </w:p>
    <w:p>
      <w:r>
        <w:t>[Amen, amen]</w:t>
      </w:r>
    </w:p>
    <w:p>
      <w:r>
        <w:t>Everything that we need, He has</w:t>
      </w:r>
    </w:p>
    <w:p>
      <w:r>
        <w:t>[[Amen]]</w:t>
      </w:r>
    </w:p>
    <w:p>
      <w:r>
        <w:t>And He wants to help and helps and will help</w:t>
      </w:r>
    </w:p>
    <w:p>
      <w:r>
        <w:t>[Amen, amen]</w:t>
      </w:r>
    </w:p>
    <w:p>
      <w:r>
        <w:t>Only to say “Na Nach Nachma Nachman MeUman”</w:t>
      </w:r>
    </w:p>
    <w:p>
      <w:r>
        <w:t>[Amen]</w:t>
      </w:r>
    </w:p>
    <w:p>
      <w:r>
        <w:t>That is it, write it down, write it down, and sing at home every time, “Na Nach Nachma Nachman MeUman”</w:t>
      </w:r>
    </w:p>
    <w:p>
      <w:r>
        <w:t>[“Na Nach Nachma Nachman MeUman”]</w:t>
      </w:r>
    </w:p>
    <w:p>
      <w:r>
        <w:t>He is {the whole}, He, He, He has all, all the healings and all the salvations and everything that we need, He has, and He wants to help and helps</w:t>
      </w:r>
    </w:p>
    <w:p>
      <w:r>
        <w:t>[…….]</w:t>
      </w:r>
    </w:p>
    <w:p>
      <w:r>
        <w:t>Only to say “Na Nach Nachma Nachman MeUman”</w:t>
      </w:r>
    </w:p>
    <w:p>
      <w:r>
        <w:t>[“Na Nach Nachma Nachman MeUman”]</w:t>
      </w:r>
    </w:p>
    <w:p>
      <w:r>
        <w:t>[……….]</w:t>
      </w:r>
    </w:p>
    <w:p>
      <w:r>
        <w:t>[“Na Nach Nachma Nachman MeUman”]</w:t>
      </w:r>
    </w:p>
    <w:p>
      <w:r>
        <w:t>To sing, to sing all day</w:t>
      </w:r>
    </w:p>
    <w:p>
      <w:r>
        <w:t>[……….]</w:t>
      </w:r>
    </w:p>
    <w:p>
      <w:r>
        <w:t>[Rebbe Yisroel, the woman is asking for a blessing for an easy birth]</w:t>
      </w:r>
    </w:p>
    <w:p>
      <w:r>
        <w:t>What?</w:t>
      </w:r>
    </w:p>
    <w:p>
      <w:r>
        <w:t>[This woman, she is asking for a blessing for an easy birth]</w:t>
      </w:r>
    </w:p>
    <w:p>
      <w:r>
        <w:t>An easy birth?</w:t>
      </w:r>
    </w:p>
    <w:p>
      <w:r>
        <w:t>[For Ilana]</w:t>
      </w:r>
    </w:p>
    <w:p>
      <w:r>
        <w:t>[Her name is Ilana..]</w:t>
      </w:r>
    </w:p>
    <w:p>
      <w:r>
        <w:t>[Daughter of, daughter of Sarina]</w:t>
      </w:r>
    </w:p>
    <w:p>
      <w:r>
        <w:t>[Ilana daughter of Sarina]</w:t>
      </w:r>
    </w:p>
    <w:p>
      <w:r>
        <w:t>[This is for my mother, first of all..]</w:t>
      </w:r>
    </w:p>
    <w:p>
      <w:r>
        <w:t>[Ah..]...</w:t>
      </w:r>
    </w:p>
    <w:p>
      <w:r>
        <w:t>...[…..]</w:t>
      </w:r>
    </w:p>
    <w:p>
      <w:r>
        <w:t>[An easy birth for Devorah]</w:t>
      </w:r>
    </w:p>
    <w:p>
      <w:r>
        <w:t>An easy birth</w:t>
      </w:r>
    </w:p>
    <w:p>
      <w:r>
        <w:t>[Devorah]</w:t>
      </w:r>
    </w:p>
    <w:p>
      <w:r>
        <w:t>[Devorah]</w:t>
      </w:r>
    </w:p>
    <w:p>
      <w:r>
        <w:t>[Daughter of]</w:t>
      </w:r>
    </w:p>
    <w:p>
      <w:r>
        <w:t>Devorah</w:t>
      </w:r>
    </w:p>
    <w:p>
      <w:r>
        <w:t>[Daughter of Ilana]</w:t>
      </w:r>
    </w:p>
    <w:p>
      <w:r>
        <w:t>[Daughter of Ilana]</w:t>
      </w:r>
    </w:p>
    <w:p>
      <w:r>
        <w:t>Daughter of Ilana, “the birth should be easy and all the salvations”</w:t>
      </w:r>
    </w:p>
    <w:p>
      <w:r>
        <w:t>[And a complete healing in the legs]</w:t>
      </w:r>
    </w:p>
    <w:p>
      <w:r>
        <w:t>[And a complete healing in the legs]</w:t>
      </w:r>
    </w:p>
    <w:p>
      <w:r>
        <w:t>“A complete healing in the legs and in the whole body”</w:t>
      </w:r>
    </w:p>
    <w:p>
      <w:r>
        <w:t>[Amen, amen]</w:t>
      </w:r>
    </w:p>
    <w:p>
      <w:r>
        <w:t>[An easy birth for Ilana..]</w:t>
      </w:r>
    </w:p>
    <w:p>
      <w:r>
        <w:t>Only to say, to sing: “Na Nach Nachma Nachman MeUman” “Na Nach Nachma Nachman MeUman”</w:t>
      </w:r>
    </w:p>
    <w:p>
      <w:r>
        <w:t>[“Na Nach Nachma Nachman MeUman” “Na Nach Nachma Nachman MeUman”]</w:t>
      </w:r>
    </w:p>
    <w:p>
      <w:r>
        <w:t>[……..]…</w:t>
      </w:r>
    </w:p>
    <w:p>
      <w:r>
        <w:t>…[Ilana daughter of Sarina]</w:t>
      </w:r>
    </w:p>
    <w:p>
      <w:r>
        <w:t>[Rebbe Yisroel, she is also asking for a blessing for an easy birth, she is asking for a blessing for an easy birth]</w:t>
      </w:r>
    </w:p>
    <w:p>
      <w:r>
        <w:t>An easy birth</w:t>
      </w:r>
    </w:p>
    <w:p>
      <w:r>
        <w:t>[And for a complete healing]</w:t>
      </w:r>
    </w:p>
    <w:p>
      <w:r>
        <w:t>And a complete healing</w:t>
      </w:r>
    </w:p>
    <w:p>
      <w:r>
        <w:t>[For Ilana]</w:t>
      </w:r>
    </w:p>
    <w:p>
      <w:r>
        <w:t>What else?</w:t>
      </w:r>
    </w:p>
    <w:p>
      <w:r>
        <w:t>[And all good, and all good]</w:t>
      </w:r>
    </w:p>
    <w:p>
      <w:r>
        <w:t>He already has all good</w:t>
      </w:r>
    </w:p>
    <w:p>
      <w:r>
        <w:t>[Right, He has all good, amen]</w:t>
      </w:r>
    </w:p>
    <w:p>
      <w:r>
        <w:t>He has all the healings and all the salvations, and He is merciful, He has mercy and He helps us</w:t>
      </w:r>
    </w:p>
    <w:p>
      <w:r>
        <w:t>[…..]</w:t>
      </w:r>
    </w:p>
    <w:p>
      <w:r>
        <w:t>Yes</w:t>
      </w:r>
    </w:p>
    <w:p>
      <w:r>
        <w:t>[Amen, amen]</w:t>
      </w:r>
    </w:p>
    <w:p>
      <w:r>
        <w:t>[For Ilana daughter of Sharina]</w:t>
      </w:r>
    </w:p>
    <w:p>
      <w:r>
        <w:t>The gentiles have nothing; a donkey, a donkey eats straw, that is it, he knows no more</w:t>
      </w:r>
    </w:p>
    <w:p>
      <w:r>
        <w:t>But we, the people of Israel, received the Torah and mitzvos; what are we lacking?</w:t>
      </w:r>
    </w:p>
    <w:p>
      <w:r>
        <w:t>We have all good; only the gentiles have nothing</w:t>
      </w:r>
    </w:p>
    <w:p>
      <w:r>
        <w:t>[…….…]</w:t>
      </w:r>
    </w:p>
    <w:p>
      <w:r>
        <w:t>[An easy birth]</w:t>
      </w:r>
    </w:p>
    <w:p>
      <w:r>
        <w:t>Always sing "Na Nach Nachma Nachman MeUman"</w:t>
      </w:r>
    </w:p>
    <w:p>
      <w:r>
        <w:t>[Yes, always]</w:t>
      </w:r>
    </w:p>
    <w:p>
      <w:r>
        <w:t>[………]</w:t>
      </w:r>
    </w:p>
    <w:p>
      <w:r>
        <w:t>[Rebbe Yisroel]…</w:t>
      </w:r>
    </w:p>
    <w:p>
      <w:r>
        <w:t>...The main thing is not to despair, only to begin anew at every moment</w:t>
      </w:r>
    </w:p>
    <w:p>
      <w:r>
        <w:t>I, I, from now on I am a Jew</w:t>
      </w:r>
    </w:p>
    <w:p>
      <w:r>
        <w:t>[……..]</w:t>
      </w:r>
    </w:p>
    <w:p>
      <w:r>
        <w:t>I already, we received the Torah, I, I will do everything to keep the Torah and the mitzvos, yes [Rebbe Yisroel]...</w:t>
      </w:r>
    </w:p>
    <w:p>
      <w:r>
        <w:t>...{…}...</w:t>
      </w:r>
    </w:p>
    <w:p>
      <w:r>
        <w:t>...{Come to the house}…</w:t>
      </w:r>
    </w:p>
    <w:p>
      <w:r>
        <w:t>...All the healings and all the salvations for each and every one</w:t>
      </w:r>
    </w:p>
    <w:p>
      <w:r>
        <w:t>[………….]</w:t>
      </w:r>
    </w:p>
    <w:p>
      <w:r>
        <w:t>[Amen]</w:t>
      </w:r>
    </w:p>
    <w:p>
      <w:r>
        <w:t>[Rebbe Yisroel]…</w:t>
      </w:r>
    </w:p>
    <w:p>
      <w:r>
        <w:t>...In Hashem and in the Torah</w:t>
      </w:r>
    </w:p>
    <w:p>
      <w:r>
        <w:t>[………]</w:t>
      </w:r>
    </w:p>
    <w:p>
      <w:r>
        <w:t>[………]</w:t>
      </w:r>
    </w:p>
    <w:p>
      <w:r>
        <w:t>We are a people of Jews, we have all the salvations, all good</w:t>
      </w:r>
    </w:p>
    <w:p>
      <w:r>
        <w:t>Only the gentiles are donkeys, they have {already} nothing; he has only straw to eat</w:t>
      </w:r>
    </w:p>
    <w:p>
      <w:r>
        <w:t>[……]</w:t>
      </w:r>
    </w:p>
    <w:p>
      <w:r>
        <w:t>But we</w:t>
      </w:r>
    </w:p>
    <w:p>
      <w:r>
        <w:t>[Excuse me, R..]...</w:t>
      </w:r>
    </w:p>
    <w:p>
      <w:r>
        <w:t>...He will give you a good, kosher match</w:t>
      </w:r>
    </w:p>
    <w:p>
      <w:r>
        <w:t>[[Amen, amen]]</w:t>
      </w:r>
    </w:p>
    <w:p>
      <w:r>
        <w:t>Quickly</w:t>
      </w:r>
    </w:p>
    <w:p>
      <w:r>
        <w:t>[…..]…</w:t>
      </w:r>
    </w:p>
    <w:p>
      <w:r>
        <w:t>... ["Na Nach Nachma Nachman MeUman"]</w:t>
      </w:r>
    </w:p>
    <w:p>
      <w:r>
        <w:t>"Na Nach Nachma Nachman MeUman"</w:t>
      </w:r>
    </w:p>
    <w:p>
      <w:r>
        <w:t>"Na Nach Nachma Nachman MeUman"</w:t>
      </w:r>
    </w:p>
    <w:p>
      <w:r>
        <w:t>[Mazel tov]</w:t>
      </w:r>
    </w:p>
    <w:p>
      <w:r>
        <w:t>To sing all, all day, "Na Nach Nachma Nachman MeUman"</w:t>
      </w:r>
    </w:p>
    <w:p>
      <w:r>
        <w:t>["Na Nach Nachma Nachman MeUman"]</w:t>
      </w:r>
    </w:p>
    <w:p>
      <w:r>
        <w:t>{Yes, yes, yes, that is it..}…</w:t>
      </w:r>
    </w:p>
    <w:p>
      <w:r>
        <w:t>...And all the salvations</w:t>
      </w:r>
    </w:p>
    <w:p>
      <w:r>
        <w:t>[…...]</w:t>
      </w:r>
    </w:p>
    <w:p>
      <w:r>
        <w:t>He can give immediately</w:t>
      </w:r>
    </w:p>
    <w:p>
      <w:r>
        <w:t>[………]</w:t>
      </w:r>
    </w:p>
    <w:p>
      <w:r>
        <w:t>[Amen, amen, Luna daughter of Clara]</w:t>
      </w:r>
    </w:p>
    <w:p>
      <w:r>
        <w:t>[Rebbe Yisroel, she is also asking for a blessing for complete healing for her mother</w:t>
      </w:r>
    </w:p>
    <w:p>
      <w:r>
        <w:t>Luna daughter of Clara, Luna, Luna]</w:t>
      </w:r>
    </w:p>
    <w:p>
      <w:r>
        <w:t>Luna</w:t>
      </w:r>
    </w:p>
    <w:p>
      <w:r>
        <w:t>[Daughter of Clara]</w:t>
      </w:r>
    </w:p>
    <w:p>
      <w:r>
        <w:t>Daughter of</w:t>
      </w:r>
    </w:p>
    <w:p>
      <w:r>
        <w:t>[Clara]</w:t>
      </w:r>
    </w:p>
    <w:p>
      <w:r>
        <w:t>Clara</w:t>
      </w:r>
    </w:p>
    <w:p>
      <w:r>
        <w:t>[Yes, for complete healing]</w:t>
      </w:r>
    </w:p>
    <w:p>
      <w:r>
        <w:t>"Hashem will give her complete healing and all good, and all the salvations"</w:t>
      </w:r>
    </w:p>
    <w:p>
      <w:r>
        <w:t>[Amen]</w:t>
      </w:r>
    </w:p>
    <w:p>
      <w:r>
        <w:t>[Amen, and Yaakov son of Luna, Yaakov]</w:t>
      </w:r>
    </w:p>
    <w:p>
      <w:r>
        <w:t>Yaakov</w:t>
      </w:r>
    </w:p>
    <w:p>
      <w:r>
        <w:t>[Son of Luna]</w:t>
      </w:r>
    </w:p>
    <w:p>
      <w:r>
        <w:t>Son of Luna</w:t>
      </w:r>
    </w:p>
    <w:p>
      <w:r>
        <w:t>[A good match]</w:t>
      </w:r>
    </w:p>
    <w:p>
      <w:r>
        <w:t>[A good match, Mordechai, a good match]</w:t>
      </w:r>
    </w:p>
    <w:p>
      <w:r>
        <w:t>All the salvations</w:t>
      </w:r>
    </w:p>
    <w:p>
      <w:r>
        <w:t>[………]</w:t>
      </w:r>
    </w:p>
    <w:p>
      <w:r>
        <w:t>[……...]</w:t>
      </w:r>
    </w:p>
    <w:p>
      <w:r>
        <w:t>[And also for the entire family and all the people of Israel]</w:t>
      </w:r>
    </w:p>
    <w:p>
      <w:r>
        <w:t>[………]</w:t>
      </w:r>
    </w:p>
    <w:p>
      <w:r>
        <w:t>[Every family and all the Children of Israel]</w:t>
      </w:r>
    </w:p>
    <w:p>
      <w:r>
        <w:t>[Thank you very much]</w:t>
      </w:r>
    </w:p>
    <w:p>
      <w:r>
        <w:t>[………]</w:t>
      </w:r>
    </w:p>
    <w:p>
      <w:r>
        <w:t>What we have, Eretz Yisroel is ours</w:t>
      </w:r>
    </w:p>
    <w:p>
      <w:r>
        <w:t>[………..]</w:t>
      </w:r>
    </w:p>
    <w:p>
      <w:r>
        <w:t>Is there another land like this? There is none in the world!</w:t>
      </w:r>
    </w:p>
    <w:p>
      <w:r>
        <w:t>[……...]</w:t>
      </w:r>
    </w:p>
    <w:p>
      <w:r>
        <w:t>There are only gentile donkeys, but we are not donkeys, we are human beings, we are Jews [………...]</w:t>
      </w:r>
    </w:p>
    <w:p>
      <w:r>
        <w:t>[Rebbe Yisroel, she blesses you with long life and health]</w:t>
      </w:r>
    </w:p>
    <w:p>
      <w:r>
        <w:t>Hashem will give you..</w:t>
      </w:r>
    </w:p>
    <w:p>
      <w:r>
        <w:t>[For you, for you, for you]</w:t>
      </w:r>
    </w:p>
    <w:p>
      <w:r>
        <w:t>[Amen]</w:t>
      </w:r>
    </w:p>
    <w:p>
      <w:r>
        <w:t>Blessing and success and length of days and years</w:t>
      </w:r>
    </w:p>
    <w:p>
      <w:r>
        <w:t>[Amen, amen]</w:t>
      </w:r>
    </w:p>
    <w:p>
      <w:r>
        <w:t>And all good</w:t>
      </w:r>
    </w:p>
    <w:p>
      <w:r>
        <w:t>[Amen, thank you very much]</w:t>
      </w:r>
    </w:p>
    <w:p>
      <w:r>
        <w:t>Yes, yes, yes, yes, yes</w:t>
      </w:r>
    </w:p>
    <w:p>
      <w:r>
        <w:t>This is the key to all the salvations, and to all the healings, "Na Nach"</w:t>
      </w:r>
    </w:p>
    <w:p>
      <w:r>
        <w:t>"Na Nach Nachma Nachman MeUman"</w:t>
      </w:r>
    </w:p>
    <w:p>
      <w:r>
        <w:t>["Na Nach Nachma Nachman MeUman"]</w:t>
      </w:r>
    </w:p>
    <w:p>
      <w:r>
        <w:t>And that is everything</w:t>
      </w:r>
    </w:p>
    <w:p>
      <w:r>
        <w:t>["Na Nach Nachma Nachman MeUman"]</w:t>
      </w:r>
    </w:p>
    <w:p>
      <w:r>
        <w:t>To sing all day, always</w:t>
      </w:r>
    </w:p>
    <w:p>
      <w:r>
        <w:t>[MeUman]</w:t>
      </w:r>
    </w:p>
    <w:p>
      <w:r>
        <w:t>[………...]</w:t>
      </w:r>
    </w:p>
    <w:p>
      <w:r>
        <w:t>Give to all the friends, to all the..</w:t>
      </w:r>
    </w:p>
    <w:p>
      <w:r>
        <w:t>[………]</w:t>
      </w:r>
    </w:p>
    <w:p>
      <w:r>
        <w:t>[…..….]</w:t>
      </w:r>
    </w:p>
    <w:p>
      <w:r>
        <w:t>To teach them to sing "Na Nach Nachma Nachman MeUman"</w:t>
      </w:r>
    </w:p>
    <w:p>
      <w:r>
        <w:t>[……..]</w:t>
      </w:r>
    </w:p>
    <w:p>
      <w:r>
        <w:t>[……..]</w:t>
      </w:r>
    </w:p>
    <w:p>
      <w:r>
        <w:t>[Amen ………..]</w:t>
      </w:r>
    </w:p>
    <w:p>
      <w:r>
        <w:t>[…….]…</w:t>
      </w:r>
    </w:p>
    <w:p>
      <w:r>
        <w:t>...[…….]</w:t>
      </w:r>
    </w:p>
    <w:p>
      <w:r>
        <w:t>This is a key to all the healings, to all the salvations, a key</w:t>
      </w:r>
    </w:p>
    <w:p>
      <w:r>
        <w:t>I, I am a key, I open immediately</w:t>
      </w:r>
    </w:p>
    <w:p>
      <w:r>
        <w:t>[………]</w:t>
      </w:r>
    </w:p>
    <w:p>
      <w:r>
        <w:t>[………]...</w:t>
      </w:r>
    </w:p>
    <w:p>
      <w:r>
        <w:t>...Quickly…</w:t>
      </w:r>
    </w:p>
    <w:p>
      <w:r>
        <w:t>...He will help them, success, and he will pay all the debts, and they will live in Eretz Yisroel</w:t>
      </w:r>
    </w:p>
    <w:p>
      <w:r>
        <w:t>[Amen]</w:t>
      </w:r>
    </w:p>
    <w:p>
      <w:r>
        <w:t>With success and livelihood and all good</w:t>
      </w:r>
    </w:p>
    <w:p>
      <w:r>
        <w:t>[[Amen]]</w:t>
      </w:r>
    </w:p>
    <w:p>
      <w:r>
        <w:t>Eretz Yisroel, the place of the key to all good</w:t>
      </w:r>
    </w:p>
    <w:p>
      <w:r>
        <w:t>[……]…</w:t>
      </w:r>
    </w:p>
    <w:p>
      <w:r>
        <w:t>...The gentiles…</w:t>
      </w:r>
    </w:p>
    <w:p>
      <w:r>
        <w:t>...[Daughter of Cloda..]</w:t>
      </w:r>
    </w:p>
    <w:p>
      <w:r>
        <w:t>They have no revival, they have no hope at all</w:t>
      </w:r>
    </w:p>
    <w:p>
      <w:r>
        <w:t>[But they have.., we have hope]</w:t>
      </w:r>
    </w:p>
    <w:p>
      <w:r>
        <w:t>But we are Jews..</w:t>
      </w:r>
    </w:p>
    <w:p>
      <w:r>
        <w:t>[Eric son of Claudine]</w:t>
      </w:r>
    </w:p>
    <w:p>
      <w:r>
        <w:t>Nu, nu</w:t>
      </w:r>
    </w:p>
    <w:p>
      <w:r>
        <w:t>[And Dalia]</w:t>
      </w:r>
    </w:p>
    <w:p>
      <w:r>
        <w:t>[And Dalia]</w:t>
      </w:r>
    </w:p>
    <w:p>
      <w:r>
        <w:t>[Thank you very much]</w:t>
      </w:r>
    </w:p>
    <w:p>
      <w:r>
        <w:t>[Rebbe Yisroel..]…</w:t>
      </w:r>
    </w:p>
    <w:p>
      <w:r>
        <w:t>...[And Dalia daughter of Claudine, Dalia] Dalia</w:t>
      </w:r>
    </w:p>
    <w:p>
      <w:r>
        <w:t>[Daughter of Claudine]</w:t>
      </w:r>
    </w:p>
    <w:p>
      <w:r>
        <w:t>Daughter of Ruti</w:t>
      </w:r>
    </w:p>
    <w:p>
      <w:r>
        <w:t>[Claudine]</w:t>
      </w:r>
    </w:p>
    <w:p>
      <w:r>
        <w:t>[Claudine]…</w:t>
      </w:r>
    </w:p>
    <w:p>
      <w:r>
        <w:t>...{….}</w:t>
      </w:r>
    </w:p>
    <w:p>
      <w:r>
        <w:t>Only "Na Nach Nachma Nachman MeUman"</w:t>
      </w:r>
    </w:p>
    <w:p>
      <w:r>
        <w:t>["Na Nach Nachma Nachman MeUman"]</w:t>
      </w:r>
    </w:p>
    <w:p>
      <w:r>
        <w:t>[……..….]</w:t>
      </w:r>
    </w:p>
    <w:p>
      <w:r>
        <w:t>[………...]</w:t>
      </w:r>
    </w:p>
    <w:p>
      <w:r>
        <w:t>I was born in Teveria</w:t>
      </w:r>
    </w:p>
    <w:p>
      <w:r>
        <w:t>[……..]</w:t>
      </w:r>
    </w:p>
    <w:p>
      <w:r>
        <w:t>[……..]</w:t>
      </w:r>
    </w:p>
    <w:p>
      <w:r>
        <w:t>I had neither bread nor a garment nor.. and blessed is Hashem, I am alive</w:t>
      </w:r>
    </w:p>
    <w:p>
      <w:r>
        <w:t>I am a Jew, I am alive...</w:t>
      </w:r>
    </w:p>
    <w:p>
      <w:r>
        <w:t>...And not any thing, I am alive</w:t>
      </w:r>
    </w:p>
    <w:p>
      <w:r>
        <w:t>What is this?</w:t>
      </w:r>
    </w:p>
    <w:p>
      <w:r>
        <w:t>[………..]</w:t>
      </w:r>
    </w:p>
    <w:p>
      <w:r>
        <w:t>[…….….]…</w:t>
      </w:r>
    </w:p>
    <w:p>
      <w:r>
        <w:t>…To worry, explain to them</w:t>
      </w:r>
    </w:p>
    <w:p>
      <w:r>
        <w:t>[…..]</w:t>
      </w:r>
    </w:p>
    <w:p>
      <w:r>
        <w:t>We have no, what, what to worry about; we have such a Rebbe who is..</w:t>
      </w:r>
    </w:p>
    <w:p>
      <w:r>
        <w:t>He gives us all, all the healings and all the money and all, and all the salvations […….]…</w:t>
      </w:r>
    </w:p>
    <w:p>
      <w:r>
        <w:t>...With him are all the blessings and all the salvations</w:t>
      </w:r>
    </w:p>
    <w:p>
      <w:r>
        <w:t>This is Eretz Yisroel, this is in this place the Beis Hamikdash, this belongs to all Israel; the gentiles have nothing, they have no mitzvah at all, no, no wisdom, like a donkey that stands and eats straw</w:t>
      </w:r>
    </w:p>
    <w:p>
      <w:r>
        <w:t>But we are Hashem's people, the Torah's people; what do we have to worry about?...</w:t>
      </w:r>
    </w:p>
    <w:p>
      <w:r>
        <w:t>..."Na Nach Nachma Nachman MeUman" here, there is everything there…</w:t>
      </w:r>
    </w:p>
    <w:p>
      <w:r>
        <w:t>...All the salvations and all kinds of joys and all kinds of good things</w:t>
      </w:r>
    </w:p>
    <w:p>
      <w:r>
        <w:t>[Amen]</w:t>
      </w:r>
    </w:p>
    <w:p>
      <w:r>
        <w:t>What is there, only to sing and say all day, "Na Nach Nachma Nachman MeUman"</w:t>
      </w:r>
    </w:p>
    <w:p>
      <w:r>
        <w:t>["Na Nach Nachma Nachman MeUman"]</w:t>
      </w:r>
    </w:p>
    <w:p>
      <w:r>
        <w:t>{Said}</w:t>
      </w:r>
    </w:p>
    <w:p>
      <w:r>
        <w:t>[Shabbos shalom]</w:t>
      </w:r>
    </w:p>
    <w:p>
      <w:r>
        <w:t>[……..]...</w:t>
      </w:r>
    </w:p>
    <w:p>
      <w:r>
        <w:t>...{Healing}</w:t>
      </w:r>
    </w:p>
    <w:p>
      <w:r>
        <w:t>[…….]…</w:t>
      </w:r>
    </w:p>
    <w:p>
      <w:r>
        <w:t>...To say "Na Nach Nachma Nachman MeUman"</w:t>
      </w:r>
    </w:p>
    <w:p>
      <w:r>
        <w:t>That is everything, and in it are all the salvations, all the healings</w:t>
      </w:r>
    </w:p>
    <w:p>
      <w:r>
        <w:t>[…..…]</w:t>
      </w:r>
    </w:p>
    <w:p>
      <w:r>
        <w:t>[……..]…</w:t>
      </w:r>
    </w:p>
    <w:p>
      <w:r>
        <w:t>...To say all day, "Na Nach Nachma Nachman MeUman"</w:t>
      </w:r>
    </w:p>
    <w:p>
      <w:r>
        <w:t>This is the rule, this is the key to all the healings, to all the salvations</w:t>
      </w:r>
    </w:p>
    <w:p>
      <w:r>
        <w:t>[………]</w:t>
      </w:r>
    </w:p>
    <w:p>
      <w:r>
        <w:t>[……...]...</w:t>
      </w:r>
    </w:p>
    <w:p>
      <w:r>
        <w:t>...And to say with the mouth, "Na Nach Nachma Nachman MeUman"</w:t>
      </w:r>
    </w:p>
    <w:p>
      <w:r>
        <w:t>This is the key to all the salvations, yes</w:t>
      </w:r>
    </w:p>
    <w:p>
      <w:r>
        <w:t>[…….]</w:t>
      </w:r>
    </w:p>
    <w:p>
      <w:r>
        <w:t>[…….]</w:t>
      </w:r>
    </w:p>
    <w:p>
      <w:r>
        <w:t>Do you know how to speak?</w:t>
      </w:r>
    </w:p>
    <w:p>
      <w:r>
        <w:t>[Yes]</w:t>
      </w:r>
    </w:p>
    <w:p>
      <w:r>
        <w:t>Speak with him, tell him that he should always say, "Na Nach Nachma Nachman MeUman"</w:t>
      </w:r>
    </w:p>
    <w:p>
      <w:r>
        <w:t>"Na Nach Nachma Nachman MeUman"</w:t>
      </w:r>
    </w:p>
    <w:p>
      <w:r>
        <w:t>[Saba and the friend sing "Na Nach Nachma Nachman MeUman.."]…</w:t>
      </w:r>
    </w:p>
    <w:p>
      <w:r>
        <w:t>...[Saba and the friend sing "Na Nach Nachma Nachman MeUman.."]</w:t>
      </w:r>
    </w:p>
    <w:p>
      <w:r>
        <w:t>[Blessed is Hashem]…</w:t>
      </w:r>
    </w:p>
    <w:p>
      <w:r>
        <w:t>...Not I; Rabbainu the holy one revealed this</w:t>
      </w:r>
    </w:p>
    <w:p>
      <w:r>
        <w:t>Only his name is "Na Nach Nachma Nachman MeUman"</w:t>
      </w:r>
    </w:p>
    <w:p>
      <w:r>
        <w:t>And his name includes all the healings and all the salvations of each and every one</w:t>
      </w:r>
    </w:p>
    <w:p>
      <w:r>
        <w:t>[….…..]</w:t>
      </w:r>
    </w:p>
    <w:p>
      <w:r>
        <w:t>[……...]...</w:t>
      </w:r>
    </w:p>
    <w:p>
      <w:r>
        <w:t>...And He will help him with complete healing quickly, and all the salvations...</w:t>
      </w:r>
    </w:p>
    <w:p>
      <w:r>
        <w:t>...[……..]</w:t>
      </w:r>
    </w:p>
    <w:p>
      <w:r>
        <w:t>I had no bread, I had no garment, yes, but I am alive</w:t>
      </w:r>
    </w:p>
    <w:p>
      <w:r>
        <w:t>[…...…]</w:t>
      </w:r>
    </w:p>
    <w:p>
      <w:r>
        <w:t>[……...]...</w:t>
      </w:r>
    </w:p>
    <w:p>
      <w:r>
        <w:t>...[……….]</w:t>
      </w:r>
    </w:p>
    <w:p>
      <w:r>
        <w:t>[The note]</w:t>
      </w:r>
    </w:p>
    <w:p>
      <w:r>
        <w:t>There is healing for everything, all the healings and all the salvations, everything [……….]...</w:t>
      </w:r>
    </w:p>
    <w:p>
      <w:r>
        <w:t>…{It may be that he said this}</w:t>
      </w:r>
    </w:p>
    <w:p>
      <w:r>
        <w:t>[..Tourists, we are tourists from France]</w:t>
      </w:r>
    </w:p>
    <w:p>
      <w:r>
        <w:t>From France</w:t>
      </w:r>
    </w:p>
    <w:p>
      <w:r>
        <w:t>[Yes]</w:t>
      </w:r>
    </w:p>
    <w:p>
      <w:r>
        <w:t>[……………..]</w:t>
      </w:r>
    </w:p>
    <w:p>
      <w:r>
        <w:t>[Rebbe Yisroel, they are returning to France on Sunday, in a few days they are returning to France]</w:t>
      </w:r>
    </w:p>
    <w:p>
      <w:r>
        <w:t>They should remember, they should remember, they should tell friends, acquaintances, {they should give them}</w:t>
      </w:r>
    </w:p>
    <w:p>
      <w:r>
        <w:t>[……….]</w:t>
      </w:r>
    </w:p>
    <w:p>
      <w:r>
        <w:t>[Rebbe Yisroel..]…</w:t>
      </w:r>
    </w:p>
    <w:p>
      <w:r>
        <w:t>…[……Avraham Zagdon]</w:t>
      </w:r>
    </w:p>
    <w:p>
      <w:r>
        <w:t>[And also Avraham's, a friend of Avraham Zagdon]</w:t>
      </w:r>
    </w:p>
    <w:p>
      <w:r>
        <w:t>[………]</w:t>
      </w:r>
    </w:p>
    <w:p>
      <w:r>
        <w:t>[………]…</w:t>
      </w:r>
    </w:p>
    <w:p>
      <w:r>
        <w:t>...[Rabbi Yisroel, Shabbos shalom, Shabbos shalom]</w:t>
      </w:r>
    </w:p>
    <w:p>
      <w:r>
        <w:t>Do they know how old I am? Do they know?</w:t>
      </w:r>
    </w:p>
    <w:p>
      <w:r>
        <w:t>[………]</w:t>
      </w:r>
    </w:p>
    <w:p>
      <w:r>
        <w:t>[……...]</w:t>
      </w:r>
    </w:p>
    <w:p>
      <w:r>
        <w:t>[They said that you are one hundred years old]</w:t>
      </w:r>
    </w:p>
    <w:p>
      <w:r>
        <w:t>Eh?</w:t>
      </w:r>
    </w:p>
    <w:p>
      <w:r>
        <w:t>[They said that you are one hundred years old, they know that you are one hundred] One hundred?</w:t>
      </w:r>
    </w:p>
    <w:p>
      <w:r>
        <w:t>[……...]</w:t>
      </w:r>
    </w:p>
    <w:p>
      <w:r>
        <w:t>No, more</w:t>
      </w:r>
    </w:p>
    <w:p>
      <w:r>
        <w:t>[Blessed is Hashem]</w:t>
      </w:r>
    </w:p>
    <w:p>
      <w:r>
        <w:t>[….….]</w:t>
      </w:r>
    </w:p>
    <w:p>
      <w:r>
        <w:t>[……..]</w:t>
      </w:r>
    </w:p>
    <w:p>
      <w:r>
        <w:t>[Blessed is Hashem]</w:t>
      </w:r>
    </w:p>
    <w:p>
      <w:r>
        <w:t>Eh?</w:t>
      </w:r>
    </w:p>
    <w:p>
      <w:r>
        <w:t>[Blessed is Hashem]…</w:t>
      </w:r>
    </w:p>
    <w:p>
      <w:r>
        <w:t>...[…..]</w:t>
      </w:r>
    </w:p>
    <w:p>
      <w:r>
        <w:t>I opened a book and this was there</w:t>
      </w:r>
    </w:p>
    <w:p>
      <w:r>
        <w:t>[……...]</w:t>
      </w:r>
    </w:p>
    <w:p>
      <w:r>
        <w:t>[……...]</w:t>
      </w:r>
    </w:p>
    <w:p>
      <w:r>
        <w:t>[Shabbat shalom]</w:t>
      </w:r>
    </w:p>
    <w:p>
      <w:r>
        <w:t>{What …..}</w:t>
      </w:r>
    </w:p>
    <w:p>
      <w:r>
        <w:t>[A blessed Shabbat shalom]</w:t>
      </w:r>
    </w:p>
    <w:p>
      <w:r>
        <w:t>[………..]</w:t>
      </w:r>
    </w:p>
    <w:p>
      <w:r>
        <w:t>[….…….]…</w:t>
      </w:r>
    </w:p>
    <w:p>
      <w:r>
        <w:t>..."Na Nach Nachma Nachman MeUman"</w:t>
      </w:r>
    </w:p>
    <w:p>
      <w:r>
        <w:t>["Na Nach Nachma Nachman MeUman"]</w:t>
      </w:r>
    </w:p>
    <w:p>
      <w:r>
        <w:t>This is the key to all, to all the healings and all the salvations</w:t>
      </w:r>
    </w:p>
    <w:p>
      <w:r>
        <w:t>[……….]</w:t>
      </w:r>
    </w:p>
    <w:p>
      <w:r>
        <w:t>Matches, matches, yes, everything, everything...</w:t>
      </w:r>
    </w:p>
    <w:p>
      <w:r>
        <w:t>...Fortunate is she</w:t>
      </w:r>
    </w:p>
    <w:p>
      <w:r>
        <w:t>[……]</w:t>
      </w:r>
    </w:p>
    <w:p>
      <w:r>
        <w:t>All…</w:t>
      </w:r>
    </w:p>
    <w:p>
      <w:r>
        <w:t>...We live here</w:t>
      </w:r>
    </w:p>
    <w:p>
      <w:r>
        <w:t>[.…..…] [.….…]</w:t>
      </w:r>
    </w:p>
    <w:p>
      <w:r>
        <w:t>Every moment that we live here, it is all the healings and all the salvations</w:t>
      </w:r>
    </w:p>
    <w:p>
      <w:r>
        <w:t>The gentiles have nothing; we have all good</w:t>
      </w:r>
    </w:p>
    <w:p>
      <w:r>
        <w:t>[……..]…</w:t>
      </w:r>
    </w:p>
    <w:p>
      <w:r>
        <w:t>...[Amen, amen …...]</w:t>
      </w:r>
    </w:p>
    <w:p>
      <w:r>
        <w:t>"Na Nach Nachma Nachman MeUman"</w:t>
      </w:r>
    </w:p>
    <w:p>
      <w:r>
        <w:t>["Na Nach Nachma Nachman MeUman"]…</w:t>
      </w:r>
    </w:p>
    <w:p>
      <w:r>
        <w:t>...["Na Nach Nachma Nachman MeUman"]</w:t>
      </w:r>
    </w:p>
    <w:p>
      <w:r>
        <w:t>Yes, this is the key to everything, to all..</w:t>
      </w:r>
    </w:p>
    <w:p>
      <w:r>
        <w:t>[Amen]</w:t>
      </w:r>
    </w:p>
    <w:p>
      <w:r>
        <w:t>To all the healings and salvations</w:t>
      </w:r>
    </w:p>
    <w:p>
      <w:r>
        <w:t>[Amen, amen, amen, and amen …..]</w:t>
      </w:r>
    </w:p>
    <w:p>
      <w:r>
        <w:t>[Enjoy the donations]</w:t>
      </w:r>
    </w:p>
    <w:p>
      <w:r>
        <w:t>[…..]...</w:t>
      </w:r>
    </w:p>
    <w:p>
      <w:r>
        <w:t>…[Thank you very much]</w:t>
      </w:r>
    </w:p>
    <w:p>
      <w:r>
        <w:t>[Shabbat shalom]</w:t>
      </w:r>
    </w:p>
    <w:p>
      <w:r>
        <w:t>[Shabbat shalom]</w:t>
      </w:r>
    </w:p>
    <w:p>
      <w:r>
        <w:t>[………]…</w:t>
      </w:r>
    </w:p>
    <w:p>
      <w:r>
        <w:t>...Hashem will help him with all the healings and all the salvations</w:t>
      </w:r>
    </w:p>
    <w:p>
      <w:r>
        <w:t>[…….]…</w:t>
      </w:r>
    </w:p>
    <w:p>
      <w:r>
        <w:t>...[Yes, he is a Jew, but far from the Torah]</w:t>
      </w:r>
    </w:p>
    <w:p>
      <w:r>
        <w:t>Then he has everything, he has; Rabbainu the holy one is the key to all, to all the healings and all the salvations [………..]</w:t>
      </w:r>
    </w:p>
    <w:p>
      <w:r>
        <w:t>Just sing all day, "Na Nach Nachma Nachman MeUman"</w:t>
      </w:r>
    </w:p>
    <w:p>
      <w:r>
        <w:t>[……..]</w:t>
      </w:r>
    </w:p>
    <w:p>
      <w:r>
        <w:t>[Rebbe Yisroel]…</w:t>
      </w:r>
    </w:p>
    <w:p>
      <w:r>
        <w:t>..."Hashem will help him merit complete repentance</w:t>
      </w:r>
    </w:p>
    <w:p>
      <w:r>
        <w:t>[And to marry a Jewish woman]</w:t>
      </w:r>
    </w:p>
    <w:p>
      <w:r>
        <w:t>To marry a Jewish woman"</w:t>
      </w:r>
    </w:p>
    <w:p>
      <w:r>
        <w:t>[Amen, amen, thank you very much]</w:t>
      </w:r>
    </w:p>
    <w:p>
      <w:r>
        <w:t>[Complete healing, complete healing for Selivia Clara daughter of Luna]…</w:t>
      </w:r>
    </w:p>
    <w:p>
      <w:r>
        <w:t>...[They also request a blessing..]...</w:t>
      </w:r>
    </w:p>
    <w:p>
      <w:r>
        <w:t>...And all the salvations</w:t>
      </w:r>
    </w:p>
    <w:p>
      <w:r>
        <w:t>[Amen]</w:t>
      </w:r>
    </w:p>
    <w:p>
      <w:r>
        <w:t>[Thank you very much]</w:t>
      </w:r>
    </w:p>
    <w:p>
      <w:r>
        <w:t>[["Na Nach Nachma Nachman MeUman"]]</w:t>
      </w:r>
    </w:p>
    <w:p>
      <w:r>
        <w:t>This is the key to all the salvations, the key</w:t>
      </w:r>
    </w:p>
    <w:p>
      <w:r>
        <w:t>Yes, take, take, take</w:t>
      </w:r>
    </w:p>
    <w:p>
      <w:r>
        <w:t>"Na Nach Nachma Nachman MeUman"</w:t>
      </w:r>
    </w:p>
    <w:p>
      <w:r>
        <w:t>[["Na Nach Nachma Nachman MeUman"]]</w:t>
      </w:r>
    </w:p>
    <w:p>
      <w:r>
        <w:t>[Amen, amen]</w:t>
      </w:r>
    </w:p>
    <w:p>
      <w:r>
        <w:t>[……...]…</w:t>
      </w:r>
    </w:p>
    <w:p>
      <w:r>
        <w:t>…"..Nachma Nachman MeUman"…</w:t>
      </w:r>
    </w:p>
    <w:p>
      <w:r>
        <w:br w:type="page"/>
      </w:r>
    </w:p>
    <w:p>
      <w:pPr>
        <w:pStyle w:val="Heading1"/>
      </w:pPr>
      <w:r>
        <w:t>Tape 29</w:t>
      </w:r>
    </w:p>
    <w:p>
      <w:pPr>
        <w:pStyle w:val="Heading2"/>
      </w:pPr>
      <w:r>
        <w:t>Side A (Aleph)</w:t>
      </w:r>
    </w:p>
    <w:p>
      <w:r>
        <w:t>...[………]…</w:t>
      </w:r>
    </w:p>
    <w:p>
      <w:r>
        <w:t>...[He said that now he received curses, they put curses and sorceries upon him</w:t>
      </w:r>
    </w:p>
    <w:p>
      <w:r>
        <w:t>And every time it is very hard to work, to do the service of Hashem, and he..]</w:t>
      </w:r>
    </w:p>
    <w:p>
      <w:r>
        <w:t>It is hard for me to hear and to speak, I told you</w:t>
      </w:r>
    </w:p>
    <w:p>
      <w:r>
        <w:t>[Yes]…</w:t>
      </w:r>
    </w:p>
    <w:p>
      <w:r>
        <w:t>...And I am sick</w:t>
      </w:r>
    </w:p>
    <w:p>
      <w:r>
        <w:t>[Yes]</w:t>
      </w:r>
    </w:p>
    <w:p>
      <w:r>
        <w:t>I cannot hear and not, and not speak…</w:t>
      </w:r>
    </w:p>
    <w:p>
      <w:r>
        <w:t>...{…}</w:t>
      </w:r>
    </w:p>
    <w:p>
      <w:r>
        <w:t>[Ah, good, good, good..]</w:t>
      </w:r>
    </w:p>
    <w:p>
      <w:r>
        <w:t>No, do not speak with me</w:t>
      </w:r>
    </w:p>
    <w:p>
      <w:r>
        <w:t>[Good, I only said that I..]</w:t>
      </w:r>
    </w:p>
    <w:p>
      <w:r>
        <w:t>Do not speak with me at all…</w:t>
      </w:r>
    </w:p>
    <w:p>
      <w:r>
        <w:t>…[His condition, good]</w:t>
      </w:r>
    </w:p>
    <w:p>
      <w:r>
        <w:t>I myself am suffering, that is already enough for me</w:t>
      </w:r>
    </w:p>
    <w:p>
      <w:r>
        <w:t>[Good]…</w:t>
      </w:r>
    </w:p>
    <w:p>
      <w:r>
        <w:t>...{…..}</w:t>
      </w:r>
    </w:p>
    <w:p>
      <w:r>
        <w:t>[………]</w:t>
      </w:r>
    </w:p>
    <w:p>
      <w:r>
        <w:t>[And he needs from the money..]…</w:t>
      </w:r>
    </w:p>
    <w:p>
      <w:r>
        <w:t>...{..…}…</w:t>
      </w:r>
    </w:p>
    <w:p>
      <w:r>
        <w:t>...And to cry out, but he already does what he does…</w:t>
      </w:r>
    </w:p>
    <w:p>
      <w:r>
        <w:t>...There was another matter</w:t>
      </w:r>
    </w:p>
    <w:p>
      <w:r>
        <w:t>I would cast away, and I would {throw} everything in order to serve Hashem, blessed be He</w:t>
      </w:r>
    </w:p>
    <w:p>
      <w:r>
        <w:t>[…...]</w:t>
      </w:r>
    </w:p>
    <w:p>
      <w:r>
        <w:t>But to tell others, I do not know, I do not know what, what, what to say</w:t>
      </w:r>
    </w:p>
    <w:p>
      <w:r>
        <w:t>[…...]</w:t>
      </w:r>
    </w:p>
    <w:p>
      <w:r>
        <w:t>It depends on the person's heart, if he, how much he, he {cries out}</w:t>
      </w:r>
    </w:p>
    <w:p>
      <w:r>
        <w:t>It is hard to say, but I see after the deed, I {know} that I did not do well; you should have cast it away and occupied yourself with Torah, and with prayer</w:t>
      </w:r>
    </w:p>
    <w:p>
      <w:r>
        <w:t>[……….]</w:t>
      </w:r>
    </w:p>
    <w:p>
      <w:r>
        <w:t>[……….]</w:t>
      </w:r>
    </w:p>
    <w:p>
      <w:r>
        <w:t>[Excuse me, Saba, if you had merited in prayer, would you have been Moshiach?</w:t>
      </w:r>
    </w:p>
    <w:p>
      <w:r>
        <w:t>That is what we heard, Saba..]</w:t>
      </w:r>
    </w:p>
    <w:p>
      <w:r>
        <w:t>I suffered, I and the children suffered great hunger</w:t>
      </w:r>
    </w:p>
    <w:p>
      <w:r>
        <w:t>[Yes]</w:t>
      </w:r>
    </w:p>
    <w:p>
      <w:r>
        <w:t>And there was.. but nevertheless, if I had cast it away, it would, I would have had more gain</w:t>
      </w:r>
    </w:p>
    <w:p>
      <w:r>
        <w:t>[……..]</w:t>
      </w:r>
    </w:p>
    <w:p>
      <w:r>
        <w:t>[….….]</w:t>
      </w:r>
    </w:p>
    <w:p>
      <w:r>
        <w:t>What is this?</w:t>
      </w:r>
    </w:p>
    <w:p>
      <w:r>
        <w:t>[……..]</w:t>
      </w:r>
    </w:p>
    <w:p>
      <w:r>
        <w:t>[……..]</w:t>
      </w:r>
    </w:p>
    <w:p>
      <w:r>
        <w:t>What is this?</w:t>
      </w:r>
    </w:p>
    <w:p>
      <w:r>
        <w:t>[These are fish from the Kinneret]</w:t>
      </w:r>
    </w:p>
    <w:p>
      <w:r>
        <w:t>Eh?</w:t>
      </w:r>
    </w:p>
    <w:p>
      <w:r>
        <w:t>[This is a fish from the Kinneret]</w:t>
      </w:r>
    </w:p>
    <w:p>
      <w:r>
        <w:t>[……]</w:t>
      </w:r>
    </w:p>
    <w:p>
      <w:r>
        <w:t>{I do not want}</w:t>
      </w:r>
    </w:p>
    <w:p>
      <w:r>
        <w:t>[.…….]</w:t>
      </w:r>
    </w:p>
    <w:p>
      <w:r>
        <w:t>[…..…]</w:t>
      </w:r>
    </w:p>
    <w:p>
      <w:r>
        <w:t>No, no</w:t>
      </w:r>
    </w:p>
    <w:p>
      <w:r>
        <w:t>[……..]</w:t>
      </w:r>
    </w:p>
    <w:p>
      <w:r>
        <w:t>[……..]…</w:t>
      </w:r>
    </w:p>
    <w:p>
      <w:r>
        <w:t>...{..}</w:t>
      </w:r>
    </w:p>
    <w:p>
      <w:r>
        <w:t>And I saw that the main thing depends on the heart, according to the desire, according to..</w:t>
      </w:r>
    </w:p>
    <w:p>
      <w:r>
        <w:t>Then he, he does not look at all matters and su.., casts himself upon Hashem, blessed be He, upon faith, yes, but he does not.., it is impossible to say, it depends on him, on the person himself</w:t>
      </w:r>
    </w:p>
    <w:p>
      <w:r>
        <w:t>If he is ready to sacrifice himself for the service of Hashem, then it is certainly better</w:t>
      </w:r>
    </w:p>
    <w:p>
      <w:r>
        <w:t>[….…]</w:t>
      </w:r>
    </w:p>
    <w:p>
      <w:r>
        <w:t>[…]</w:t>
      </w:r>
    </w:p>
    <w:p>
      <w:r>
        <w:t>Oy, human beings, great compassion, for one who does not merit to sacrifice himself for Hashem, blessed be He</w:t>
      </w:r>
    </w:p>
    <w:p>
      <w:r>
        <w:t>For the service of Hashem, blessed be He, and to cast away this entire world completely</w:t>
      </w:r>
    </w:p>
    <w:p>
      <w:r>
        <w:t>For what? And only to occupy oneself with hitboded.., awakening, with Torah and prayer</w:t>
      </w:r>
    </w:p>
    <w:p>
      <w:r>
        <w:t>{Certainly, and then it is very good}</w:t>
      </w:r>
    </w:p>
    <w:p>
      <w:r>
        <w:t>But to tell others {this} is hard, I do not know how much..</w:t>
      </w:r>
    </w:p>
    <w:p>
      <w:r>
        <w:t>{Certainly}, everything one does more of the service of Hashem in truth, that is good, that is the great main thing</w:t>
      </w:r>
    </w:p>
    <w:p>
      <w:r>
        <w:t>But according to the law, he has a livelihood; this way he has no livelihood, he has confusions</w:t>
      </w:r>
    </w:p>
    <w:p>
      <w:r>
        <w:t>At any rate, I do not know what, what to say</w:t>
      </w:r>
    </w:p>
    <w:p>
      <w:r>
        <w:t>But I, for myself, learned in my life that it is better to revive oneself and cast away everything for the service of Hashem, whatever will be..</w:t>
      </w:r>
    </w:p>
    <w:p>
      <w:r>
        <w:t>[……….]</w:t>
      </w:r>
    </w:p>
    <w:p>
      <w:r>
        <w:t>[…..…..]</w:t>
      </w:r>
    </w:p>
    <w:p>
      <w:r>
        <w:t>To this day I regret it, but after the deed</w:t>
      </w:r>
    </w:p>
    <w:p>
      <w:r>
        <w:t>[….……]</w:t>
      </w:r>
    </w:p>
    <w:p>
      <w:r>
        <w:t>[……]…</w:t>
      </w:r>
    </w:p>
    <w:p>
      <w:r>
        <w:t>...Great compassion upon us, one who has no need {to.., true}</w:t>
      </w:r>
    </w:p>
    <w:p>
      <w:r>
        <w:t>He himself needs to know and to pray that he merit, that he merit to abandon himself for the service of Hashem</w:t>
      </w:r>
    </w:p>
    <w:p>
      <w:r>
        <w:t>For every moment of Torah and prayer</w:t>
      </w:r>
    </w:p>
    <w:p>
      <w:r>
        <w:t>I, {yes}, also wanted like everyone, I wanted, but</w:t>
      </w:r>
    </w:p>
    <w:p>
      <w:r>
        <w:t>But I did not have, I did not have {true} intellect</w:t>
      </w:r>
    </w:p>
    <w:p>
      <w:r>
        <w:t>[Did not have..?]</w:t>
      </w:r>
    </w:p>
    <w:p>
      <w:r>
        <w:t>[True intellect]</w:t>
      </w:r>
    </w:p>
    <w:p>
      <w:r>
        <w:t>[……….]</w:t>
      </w:r>
    </w:p>
    <w:p>
      <w:r>
        <w:t>[……]</w:t>
      </w:r>
    </w:p>
    <w:p>
      <w:r>
        <w:t>Ah, oy</w:t>
      </w:r>
    </w:p>
    <w:p>
      <w:r>
        <w:t>[…….…]</w:t>
      </w:r>
    </w:p>
    <w:p>
      <w:r>
        <w:t>[….……]</w:t>
      </w:r>
    </w:p>
    <w:p>
      <w:r>
        <w:t>[He wants to show us that the choicest thing is the service of Hashem]</w:t>
      </w:r>
    </w:p>
    <w:p>
      <w:r>
        <w:t>Certainly</w:t>
      </w:r>
    </w:p>
    <w:p>
      <w:r>
        <w:t>[……….]</w:t>
      </w:r>
    </w:p>
    <w:p>
      <w:r>
        <w:t>[……….]…</w:t>
      </w:r>
    </w:p>
    <w:p>
      <w:r>
        <w:t>...{Doubts} from this side, from this side, what to do? I had trials, and I did not withstand the trial {I served, I served, and much more, and I studied}, but I did not merit this</w:t>
      </w:r>
    </w:p>
    <w:p>
      <w:r>
        <w:t>If I had merited to withstand the trial, it would now be..</w:t>
      </w:r>
    </w:p>
    <w:p>
      <w:r>
        <w:t>"Fortunate.."</w:t>
      </w:r>
    </w:p>
    <w:p>
      <w:r>
        <w:t>[Saba sings: "Fortunate is the man who trusts in You.."]</w:t>
      </w:r>
    </w:p>
    <w:p>
      <w:r>
        <w:t>[……...]</w:t>
      </w:r>
    </w:p>
    <w:p>
      <w:r>
        <w:t>Oy..</w:t>
      </w:r>
    </w:p>
    <w:p>
      <w:r>
        <w:t>[………]</w:t>
      </w:r>
    </w:p>
    <w:p>
      <w:r>
        <w:t>[….…..]</w:t>
      </w:r>
    </w:p>
    <w:p>
      <w:r>
        <w:t>We Jews, we merited to kill all the {faces\enemies}, from Torah {and from this and from this}, yes, but the Jews—we, we made prayer and fasting and repentance</w:t>
      </w:r>
    </w:p>
    <w:p>
      <w:r>
        <w:t>But lately and in the end one sees that I did not do well, I did not do well that I did not, that I did not merit to fulfill "Fortunate is the man who trusts in You"</w:t>
      </w:r>
    </w:p>
    <w:p>
      <w:r>
        <w:t>[…….]</w:t>
      </w:r>
    </w:p>
    <w:p>
      <w:r>
        <w:t>[…….]</w:t>
      </w:r>
    </w:p>
    <w:p>
      <w:r>
        <w:t>I had {the.., many things}, livelihood, livelihood</w:t>
      </w:r>
    </w:p>
    <w:p>
      <w:r>
        <w:t>The meaning of the whole world is livelihood, livelihood, to cast aside all the service of Hashem, livelihood</w:t>
      </w:r>
    </w:p>
    <w:p>
      <w:r>
        <w:t>But the truth is "Fortunate is the man who trusts in You, fortunate is the man who trusts in You, fortunate is..”</w:t>
      </w:r>
    </w:p>
    <w:p>
      <w:r>
        <w:t>Now I, I feel it, but after the fact</w:t>
      </w:r>
    </w:p>
    <w:p>
      <w:r>
        <w:t>I did not merit to fulfill it, and now I have regret over it, but after the fact</w:t>
      </w:r>
    </w:p>
    <w:p>
      <w:r>
        <w:t>Oy vey</w:t>
      </w:r>
    </w:p>
    <w:p>
      <w:r>
        <w:t>When there are children who need bread and there is none to give, I have no bread to give them, this is a great trial</w:t>
      </w:r>
    </w:p>
    <w:p>
      <w:r>
        <w:t>[……..]</w:t>
      </w:r>
    </w:p>
    <w:p>
      <w:r>
        <w:t>[……..]</w:t>
      </w:r>
    </w:p>
    <w:p>
      <w:r>
        <w:t>It is better when a person is not clever and does not think much, no, no</w:t>
      </w:r>
    </w:p>
    <w:p>
      <w:r>
        <w:t>Only strong, mighty</w:t>
      </w:r>
    </w:p>
    <w:p>
      <w:r>
        <w:t>Nu, according to the might, according to the heart one merits, merits the truth</w:t>
      </w:r>
    </w:p>
    <w:p>
      <w:r>
        <w:t>Nu</w:t>
      </w:r>
    </w:p>
    <w:p>
      <w:r>
        <w:t>[……..]</w:t>
      </w:r>
    </w:p>
    <w:p>
      <w:r>
        <w:t>[……..]</w:t>
      </w:r>
    </w:p>
    <w:p>
      <w:r>
        <w:t>{Oy . .}..</w:t>
      </w:r>
    </w:p>
    <w:p>
      <w:r>
        <w:t>I regret and regret, and regret, but I did not merit</w:t>
      </w:r>
    </w:p>
    <w:p>
      <w:r>
        <w:t>My wife did not want anything, not clothes and not.. bread, I had no bread to give, and if only I had not had pity on the wife and on the children, {yes}</w:t>
      </w:r>
    </w:p>
    <w:p>
      <w:r>
        <w:t>And to cast it upon Hashem, may He be blessed, to believe and strengthen oneself in trust in Hashem, may He be blessed</w:t>
      </w:r>
    </w:p>
    <w:p>
      <w:r>
        <w:t>Better, certainly</w:t>
      </w:r>
    </w:p>
    <w:p>
      <w:r>
        <w:t>[….]…</w:t>
      </w:r>
    </w:p>
    <w:p>
      <w:r>
        <w:t>...[.. to tell him, Rebbe Yisroel]</w:t>
      </w:r>
    </w:p>
    <w:p>
      <w:r>
        <w:t>Eh?…</w:t>
      </w:r>
    </w:p>
    <w:p>
      <w:r>
        <w:t>...[…….…]</w:t>
      </w:r>
    </w:p>
    <w:p>
      <w:r>
        <w:t>"Fortunate is the man who trusts in You, fortunate is the man.."</w:t>
      </w:r>
    </w:p>
    <w:p>
      <w:r>
        <w:t>To fulfill, to fulfill it, not only to say it</w:t>
      </w:r>
    </w:p>
    <w:p>
      <w:r>
        <w:t>I regret, I want, I want, I want, but where are you?</w:t>
      </w:r>
    </w:p>
    <w:p>
      <w:r>
        <w:t>[.. he tells how he used to work, he said that he did not merit to believe in Hashem, may He be blessed, and to be.., to fulfill "Fortunate is the man who trusts in You," yes</w:t>
      </w:r>
    </w:p>
    <w:p>
      <w:r>
        <w:t>He said that it is hard, that he had no bread.. yes, yes, yes, yes, yes..</w:t>
      </w:r>
    </w:p>
    <w:p>
      <w:r>
        <w:t>No, no, no, no, he was with her yesterday………</w:t>
      </w:r>
    </w:p>
    <w:p>
      <w:r>
        <w:t>Yes, yes, he.. yes, and he returned today.. apparently th.. this, this ……..]</w:t>
      </w:r>
    </w:p>
    <w:p>
      <w:r>
        <w:t>We say on every Rosh Chodesh:</w:t>
      </w:r>
    </w:p>
    <w:p>
      <w:r>
        <w:t>"And because of our sins we were exiled from our land and distanced from our soil</w:t>
      </w:r>
    </w:p>
    <w:p>
      <w:r>
        <w:t>And we are unable to ascend and appear and bow before You"</w:t>
      </w:r>
    </w:p>
    <w:p>
      <w:r>
        <w:t>[.. Shlomo, good, good, good, thank you very much.. yes, yes, yes….. yes, ye.. yes, yes, yes…..]</w:t>
      </w:r>
    </w:p>
    <w:p>
      <w:r>
        <w:t>I did not want to, now is the time {what I di.., no.. but after..}</w:t>
      </w:r>
    </w:p>
    <w:p>
      <w:r>
        <w:t>[With Hashem's help, but.. no, the address is needed..</w:t>
      </w:r>
    </w:p>
    <w:p>
      <w:r>
        <w:t>Yes, perhaps Tzipporah knows your address..]</w:t>
      </w:r>
    </w:p>
    <w:p>
      <w:r>
        <w:t>I did not merit, I did not merit to withstand the trial</w:t>
      </w:r>
    </w:p>
    <w:p>
      <w:r>
        <w:t>[………….]</w:t>
      </w:r>
    </w:p>
    <w:p>
      <w:r>
        <w:t>What, the whole world will say crazy, crazy, he is crazy</w:t>
      </w:r>
    </w:p>
    <w:p>
      <w:r>
        <w:t>The wife too will say crazy, and the father too, and the family too, and the whole world will say that he is crazy; he had a livelihood, but he casts it aside in order, in order to serve Hashem</w:t>
      </w:r>
    </w:p>
    <w:p>
      <w:r>
        <w:t>[What?]</w:t>
      </w:r>
    </w:p>
    <w:p>
      <w:r>
        <w:t>Yes, nu</w:t>
      </w:r>
    </w:p>
    <w:p>
      <w:r>
        <w:t>[…..]</w:t>
      </w:r>
    </w:p>
    <w:p>
      <w:r>
        <w:t>Oy vey</w:t>
      </w:r>
    </w:p>
    <w:p>
      <w:r>
        <w:t>[.. and what is the bus……...]</w:t>
      </w:r>
    </w:p>
    <w:p>
      <w:r>
        <w:t>Oy gevald, oh.. I want, want, now is the time, {what}, it is gone</w:t>
      </w:r>
    </w:p>
    <w:p>
      <w:r>
        <w:t>It is impossible, because of this it is impossible to do anything</w:t>
      </w:r>
    </w:p>
    <w:p>
      <w:r>
        <w:t>Who owes you? The heart owes</w:t>
      </w:r>
    </w:p>
    <w:p>
      <w:r>
        <w:t>No, if you had a {whole} heart as, as one needs, perhaps you would, would have profited</w:t>
      </w:r>
    </w:p>
    <w:p>
      <w:r>
        <w:t>[Yes, yes, that tells me something, yes.. yes, yes, eh…….]</w:t>
      </w:r>
    </w:p>
    <w:p>
      <w:r>
        <w:t>[Do you want to drink?]</w:t>
      </w:r>
    </w:p>
    <w:p>
      <w:r>
        <w:t>Is there?</w:t>
      </w:r>
    </w:p>
    <w:p>
      <w:r>
        <w:t>[A little]</w:t>
      </w:r>
    </w:p>
    <w:p>
      <w:r>
        <w:t>[……………………………………………………...]</w:t>
      </w:r>
    </w:p>
    <w:p>
      <w:r>
        <w:t>The holy Rabbainu said:</w:t>
      </w:r>
    </w:p>
    <w:p>
      <w:r>
        <w:t>"At the time when a person is lying with his feet toward the door</w:t>
      </w:r>
    </w:p>
    <w:p>
      <w:r>
        <w:t>[……..]</w:t>
      </w:r>
    </w:p>
    <w:p>
      <w:r>
        <w:t>He regrets very much that he did not listen to me"</w:t>
      </w:r>
    </w:p>
    <w:p>
      <w:r>
        <w:t>[……...]</w:t>
      </w:r>
    </w:p>
    <w:p>
      <w:r>
        <w:t>Nu, fortunate is one who listens to Rabbainu and strengthens himself to stand against the whole world</w:t>
      </w:r>
    </w:p>
    <w:p>
      <w:r>
        <w:t>But, but afterward..</w:t>
      </w:r>
    </w:p>
    <w:p>
      <w:r>
        <w:t>{…, but there is what to do, oy, no, no, no, it does not help, yes}</w:t>
      </w:r>
    </w:p>
    <w:p>
      <w:r>
        <w:t>Eh, all my days I was.., I had doubts, and now I have no doubts at all that I did not do well</w:t>
      </w:r>
    </w:p>
    <w:p>
      <w:r>
        <w:t>{But afterward}</w:t>
      </w:r>
    </w:p>
    <w:p>
      <w:r>
        <w:t>[…………..]</w:t>
      </w:r>
    </w:p>
    <w:p>
      <w:r>
        <w:t>The whole world: "Livelihood, livelihood, livelihood, livelihood"</w:t>
      </w:r>
    </w:p>
    <w:p>
      <w:r>
        <w:t>[………]</w:t>
      </w:r>
    </w:p>
    <w:p>
      <w:r>
        <w:t>This, livelihood, this, this is a great trial, and I did not withstand it</w:t>
      </w:r>
    </w:p>
    <w:p>
      <w:r>
        <w:t>I am ashamed to tell, I did not, did not withstand it, yes, and I did not merit to overcome like.. to overcome</w:t>
      </w:r>
    </w:p>
    <w:p>
      <w:r>
        <w:t>Oy..</w:t>
      </w:r>
    </w:p>
    <w:p>
      <w:r>
        <w:t>I saw Hashem, may He be blessed, showing that He is the Master of the house</w:t>
      </w:r>
    </w:p>
    <w:p>
      <w:r>
        <w:t>He is my Master and the Master of the whole world, yes</w:t>
      </w:r>
    </w:p>
    <w:p>
      <w:r>
        <w:t>{.….}</w:t>
      </w:r>
    </w:p>
    <w:p>
      <w:r>
        <w:t>I had such a gain for myself, and I left it for, for, for money</w:t>
      </w:r>
    </w:p>
    <w:p>
      <w:r>
        <w:t>[…...]</w:t>
      </w:r>
    </w:p>
    <w:p>
      <w:r>
        <w:t>For livelihood</w:t>
      </w:r>
    </w:p>
    <w:p>
      <w:r>
        <w:t>[……]</w:t>
      </w:r>
    </w:p>
    <w:p>
      <w:r>
        <w:t>But the world speaks only about livelihood, "Does he have a livelihood?”</w:t>
      </w:r>
    </w:p>
    <w:p>
      <w:r>
        <w:t>I heard from someone who said, who told some, some story:</w:t>
      </w:r>
    </w:p>
    <w:p>
      <w:r>
        <w:t>There was someone wh.. among those who serve Hashem, there was..</w:t>
      </w:r>
    </w:p>
    <w:p>
      <w:r>
        <w:t>A woman came so that he would perform a mitzvah, and she did not, did not know how to read, since she had received a letter from her son</w:t>
      </w:r>
    </w:p>
    <w:p>
      <w:r>
        <w:t>She received a letter and did not know, and did not know the meaning</w:t>
      </w:r>
    </w:p>
    <w:p>
      <w:r>
        <w:t>He.. she asks him, that he, that he should read the letter so that she would understand what.. what was written in it</w:t>
      </w:r>
    </w:p>
    <w:p>
      <w:r>
        <w:t>Nu, he read the letter, and saw that he had been ill and passed away</w:t>
      </w:r>
    </w:p>
    <w:p>
      <w:r>
        <w:t>She, she, she did not understand what 'passed away' was, so she said to him:</w:t>
      </w:r>
    </w:p>
    <w:p>
      <w:r>
        <w:t>"Mifter, pifter, the main thing is whether he has a livelihood?"</w:t>
      </w:r>
    </w:p>
    <w:p>
      <w:r>
        <w:t>The 'mifter, pifter,' this, this does not bother me, the main thing is whether he has a livelihood?"</w:t>
      </w:r>
    </w:p>
    <w:p>
      <w:r>
        <w:t>He did not want to tell her what was written, and explained 'mifter'; he said:</w:t>
      </w:r>
    </w:p>
    <w:p>
      <w:r>
        <w:t>"It is written there that he passed away"</w:t>
      </w:r>
    </w:p>
    <w:p>
      <w:r>
        <w:t>She did not understand what 'passed away' was, so again and again, "Mifter, pifter..”</w:t>
      </w:r>
    </w:p>
    <w:p>
      <w:r>
        <w:t>Then she, then she said to him: "That does not concern me, 'mifter, pifter,' the main thing is livelihood"</w:t>
      </w:r>
    </w:p>
    <w:p>
      <w:r>
        <w:t>Livelihood</w:t>
      </w:r>
    </w:p>
    <w:p>
      <w:r>
        <w:t>That is how the whole world is: "Livelihood, livelihood"</w:t>
      </w:r>
    </w:p>
    <w:p>
      <w:r>
        <w:t>And livelihood means always working for money</w:t>
      </w:r>
    </w:p>
    <w:p>
      <w:r>
        <w:t>He has no k.., he has no time, {only livelihood}</w:t>
      </w:r>
    </w:p>
    <w:p>
      <w:r>
        <w:t>But at times when a person lies with his feet toward the door, he regrets very much</w:t>
      </w:r>
    </w:p>
    <w:p>
      <w:r>
        <w:t>He regrets very much that he left, that, that he took {the station} "livelihood, livelihood"</w:t>
      </w:r>
    </w:p>
    <w:p>
      <w:r>
        <w:t>[Hello, shalom]</w:t>
      </w:r>
    </w:p>
    <w:p>
      <w:r>
        <w:t>Yes</w:t>
      </w:r>
    </w:p>
    <w:p>
      <w:r>
        <w:t>Everything must be given to Hashem, may He be blessed</w:t>
      </w:r>
    </w:p>
    <w:p>
      <w:r>
        <w:t>The livelihood and the sleep and the eating and sleep and everything to Hashem, may He be blessed</w:t>
      </w:r>
    </w:p>
    <w:p>
      <w:r>
        <w:t>[…………..]</w:t>
      </w:r>
    </w:p>
    <w:p>
      <w:r>
        <w:t>Yes, when a person will lie, will lie on the ground with, with his feet toward the door</w:t>
      </w:r>
    </w:p>
    <w:p>
      <w:r>
        <w:t>Then he will have, he will have regret.. over the livelihood</w:t>
      </w:r>
    </w:p>
    <w:p>
      <w:r>
        <w:t>[…………...]</w:t>
      </w:r>
    </w:p>
    <w:p>
      <w:r>
        <w:t>The whole world: "Livelihood, livelihood, livelihood, livelihood"</w:t>
      </w:r>
    </w:p>
    <w:p>
      <w:r>
        <w:t>[………..….]</w:t>
      </w:r>
    </w:p>
    <w:p>
      <w:r>
        <w:t>Oy, the woman said to the one who read the letter, he said:</w:t>
      </w:r>
    </w:p>
    <w:p>
      <w:r>
        <w:t>"Mifter, pifter"</w:t>
      </w:r>
    </w:p>
    <w:p>
      <w:r>
        <w:t>Then she did not, did not know what.. then she said to him, she shouted and said to him:</w:t>
      </w:r>
    </w:p>
    <w:p>
      <w:r>
        <w:t>"What is this, this does not concern me, 'mifter, pifter,' this does not, this does not..” yes</w:t>
      </w:r>
    </w:p>
    <w:p>
      <w:r>
        <w:t>"I only want to know whether he has a livelihood"</w:t>
      </w:r>
    </w:p>
    <w:p>
      <w:r>
        <w:t>What livelihood? There is 'mifter, pifter,' what is this, {what if} he has a livelihood</w:t>
      </w:r>
    </w:p>
    <w:p>
      <w:r>
        <w:t>[………...]</w:t>
      </w:r>
    </w:p>
    <w:p>
      <w:r>
        <w:t>The woman, the woman shouted:</w:t>
      </w:r>
    </w:p>
    <w:p>
      <w:r>
        <w:t>"What is this? Why? 'Mifter, pifter,' this I do not want to know</w:t>
      </w:r>
    </w:p>
    <w:p>
      <w:r>
        <w:t>I want to know only whether he has a livelihood"</w:t>
      </w:r>
    </w:p>
    <w:p>
      <w:r>
        <w:t>[……., Saba, Rebbe Yisroel]</w:t>
      </w:r>
    </w:p>
    <w:p>
      <w:r>
        <w:t>Nu</w:t>
      </w:r>
    </w:p>
    <w:p>
      <w:r>
        <w:t>[Rebbe.. Rebbe Yisroel]</w:t>
      </w:r>
    </w:p>
    <w:p>
      <w:r>
        <w:t>“'Mifter, pifter,' this is not, not important, the main thing is whether he has a livelihood"</w:t>
      </w:r>
    </w:p>
    <w:p>
      <w:r>
        <w:t>[Rebbe Yisroel]</w:t>
      </w:r>
    </w:p>
    <w:p>
      <w:r>
        <w:t>What is the money for? For vanity, what does he have? What, what is there in it?</w:t>
      </w:r>
    </w:p>
    <w:p>
      <w:r>
        <w:t>Then when he lies with his feet toward, toward the door, then he already knows</w:t>
      </w:r>
    </w:p>
    <w:p>
      <w:r>
        <w:t>He, he already knows that he left, left everything for the money, for vanity</w:t>
      </w:r>
    </w:p>
    <w:p>
      <w:r>
        <w:t>[Saba, Saba, your grandson, the son of Nassan]</w:t>
      </w:r>
    </w:p>
    <w:p>
      <w:r>
        <w:t>Eh?</w:t>
      </w:r>
    </w:p>
    <w:p>
      <w:r>
        <w:t>[He, he wants to know whether he can visit you today?]</w:t>
      </w:r>
    </w:p>
    <w:p>
      <w:r>
        <w:t>Who?</w:t>
      </w:r>
    </w:p>
    <w:p>
      <w:r>
        <w:t>[Ronen, Nassan's son]</w:t>
      </w:r>
    </w:p>
    <w:p>
      <w:r>
        <w:t>The son</w:t>
      </w:r>
    </w:p>
    <w:p>
      <w:r>
        <w:t>[Ronen, your grandson, Nassan's son]</w:t>
      </w:r>
    </w:p>
    <w:p>
      <w:r>
        <w:t>Nassan's son?</w:t>
      </w:r>
    </w:p>
    <w:p>
      <w:r>
        <w:t>[Yes, he wants to know when he can come visit you?]</w:t>
      </w:r>
    </w:p>
    <w:p>
      <w:r>
        <w:t>I do not understand, did he write to you? Did he speak with you?</w:t>
      </w:r>
    </w:p>
    <w:p>
      <w:r>
        <w:t>[On the telephone]</w:t>
      </w:r>
    </w:p>
    <w:p>
      <w:r>
        <w:t>[On the telephone, on the telephone]</w:t>
      </w:r>
    </w:p>
    <w:p>
      <w:r>
        <w:t>On the telephone?</w:t>
      </w:r>
    </w:p>
    <w:p>
      <w:r>
        <w:t>[Yes]</w:t>
      </w:r>
    </w:p>
    <w:p>
      <w:r>
        <w:t>What is his name?</w:t>
      </w:r>
    </w:p>
    <w:p>
      <w:r>
        <w:t>[Ronen, Ronen, Ronen, Nassan's son]</w:t>
      </w:r>
    </w:p>
    <w:p>
      <w:r>
        <w:t>[The grandson, your grandson]</w:t>
      </w:r>
    </w:p>
    <w:p>
      <w:r>
        <w:t>Nassan's son?</w:t>
      </w:r>
    </w:p>
    <w:p>
      <w:r>
        <w:t>[Yes]</w:t>
      </w:r>
    </w:p>
    <w:p>
      <w:r>
        <w:t>[Your grandson]</w:t>
      </w:r>
    </w:p>
    <w:p>
      <w:r>
        <w:t>Yes?</w:t>
      </w:r>
    </w:p>
    <w:p>
      <w:r>
        <w:t>[Yes]</w:t>
      </w:r>
    </w:p>
    <w:p>
      <w:r>
        <w:t>[Yes]</w:t>
      </w:r>
    </w:p>
    <w:p>
      <w:r>
        <w:t>He asked</w:t>
      </w:r>
    </w:p>
    <w:p>
      <w:r>
        <w:t>[If he can come visit you today]</w:t>
      </w:r>
    </w:p>
    <w:p>
      <w:r>
        <w:t>Eh?</w:t>
      </w:r>
    </w:p>
    <w:p>
      <w:r>
        <w:t>[When, when]</w:t>
      </w:r>
    </w:p>
    <w:p>
      <w:r>
        <w:t>[If he ca.., when can he visit you?]</w:t>
      </w:r>
    </w:p>
    <w:p>
      <w:r>
        <w:t>{…}, tell him to visit, all day and all night, let him visit</w:t>
      </w:r>
    </w:p>
    <w:p>
      <w:r>
        <w:t>[……yes, yes, yes… good]</w:t>
      </w:r>
    </w:p>
    <w:p>
      <w:r>
        <w:t>If only, if only</w:t>
      </w:r>
    </w:p>
    <w:p>
      <w:r>
        <w:t>[... if only, certainly]</w:t>
      </w:r>
    </w:p>
    <w:p>
      <w:r>
        <w:t>He, he wants to visit, that is also good</w:t>
      </w:r>
    </w:p>
    <w:p>
      <w:r>
        <w:t>I also want {a promise}, but after, after the time</w:t>
      </w:r>
    </w:p>
    <w:p>
      <w:r>
        <w:t>Oy, oy, oy..</w:t>
      </w:r>
    </w:p>
    <w:p>
      <w:r>
        <w:t>I have a story to tell:</w:t>
      </w:r>
    </w:p>
    <w:p>
      <w:r>
        <w:t>I sat in the yeshiva, I wrote letters for the yeshiva so that they would send money, money, livelihood, money..</w:t>
      </w:r>
    </w:p>
    <w:p>
      <w:r>
        <w:t>And I wrote falsehoods, lies:</w:t>
      </w:r>
    </w:p>
    <w:p>
      <w:r>
        <w:t>"There are people who sit and occupy themselves with Torah, and they need to be given livelihood”</w:t>
      </w:r>
    </w:p>
    <w:p>
      <w:r>
        <w:t>[……...]</w:t>
      </w:r>
    </w:p>
    <w:p>
      <w:r>
        <w:t>[……...]</w:t>
      </w:r>
    </w:p>
    <w:p>
      <w:r>
        <w:t>So I said: "Why do I need the money, it is a waste of time, I will not, not write"</w:t>
      </w:r>
    </w:p>
    <w:p>
      <w:r>
        <w:t>But I wrote, I wrote letters so that they would send money, {livelihood}, send livelihood, send money</w:t>
      </w:r>
    </w:p>
    <w:p>
      <w:r>
        <w:t>[…..]</w:t>
      </w:r>
    </w:p>
    <w:p>
      <w:r>
        <w:t>Nu, I did not listen, and I sat at the table and wrote the letter, so I would have livelihood</w:t>
      </w:r>
    </w:p>
    <w:p>
      <w:r>
        <w:t>A mad dog came into the synagogue and stood beside me, and it wanted to bite me, and it went and came back and..</w:t>
      </w:r>
    </w:p>
    <w:p>
      <w:r>
        <w:t>So I said: "Shoyn, {oys} (outside), no livelihood, because of a mad dog.."</w:t>
      </w:r>
    </w:p>
    <w:p>
      <w:r>
        <w:t>[………]</w:t>
      </w:r>
    </w:p>
    <w:p>
      <w:r>
        <w:t>[…..….]</w:t>
      </w:r>
    </w:p>
    <w:p>
      <w:r>
        <w:t>Hashem Yisbarach, I saw that in a moment.. the dog is standing and wants to bite</w:t>
      </w:r>
    </w:p>
    <w:p>
      <w:r>
        <w:t>If, and if it bites, then there is already nothing to do</w:t>
      </w:r>
    </w:p>
    <w:p>
      <w:r>
        <w:t>[……..]</w:t>
      </w:r>
    </w:p>
    <w:p>
      <w:r>
        <w:t>[..……]</w:t>
      </w:r>
    </w:p>
    <w:p>
      <w:r>
        <w:t>{..}, it wanted to bite, and baruch Hashem it did not bite, but I fell asleep and…</w:t>
      </w:r>
    </w:p>
    <w:p>
      <w:pPr>
        <w:pStyle w:val="Heading2"/>
      </w:pPr>
      <w:r>
        <w:t>Side B (Bais)</w:t>
      </w:r>
    </w:p>
    <w:p>
      <w:r>
        <w:t>...[…..]</w:t>
      </w:r>
    </w:p>
    <w:p>
      <w:r>
        <w:t>Yes</w:t>
      </w:r>
    </w:p>
    <w:p>
      <w:r>
        <w:t>[…...]</w:t>
      </w:r>
    </w:p>
    <w:p>
      <w:r>
        <w:t>[Yes]</w:t>
      </w:r>
    </w:p>
    <w:p>
      <w:r>
        <w:t>[…..]</w:t>
      </w:r>
    </w:p>
    <w:p>
      <w:r>
        <w:t>In the world there is no madman like this, he casts away livelihood</w:t>
      </w:r>
    </w:p>
    <w:p>
      <w:r>
        <w:t>But according to the truth, one needs to cast everything upon, upon Hashem Yisbarach, upon serving Hashem, but now I regret and regret, but not... but I cannot do [………]</w:t>
      </w:r>
    </w:p>
    <w:p>
      <w:r>
        <w:t>Yo, yo..</w:t>
      </w:r>
    </w:p>
    <w:p>
      <w:r>
        <w:t>[…..….]</w:t>
      </w:r>
    </w:p>
    <w:p>
      <w:r>
        <w:t>The feet on the bed, and I..</w:t>
      </w:r>
    </w:p>
    <w:p>
      <w:r>
        <w:t>Ho, ho, ho, good, good…</w:t>
      </w:r>
    </w:p>
    <w:p>
      <w:r>
        <w:t>...{…}...</w:t>
      </w:r>
    </w:p>
    <w:p>
      <w:r>
        <w:t>...[…….]</w:t>
      </w:r>
    </w:p>
    <w:p>
      <w:r>
        <w:t>{What ...}</w:t>
      </w:r>
    </w:p>
    <w:p>
      <w:r>
        <w:t>It is like pieces of iron, it is..</w:t>
      </w:r>
    </w:p>
    <w:p>
      <w:r>
        <w:t>{You sold..}, such grace, such wealth, Torah and prayer</w:t>
      </w:r>
    </w:p>
    <w:p>
      <w:r>
        <w:t>[…..….]</w:t>
      </w:r>
    </w:p>
    <w:p>
      <w:r>
        <w:t>[…..….]…</w:t>
      </w:r>
    </w:p>
    <w:p>
      <w:r>
        <w:t>...{no}</w:t>
      </w:r>
    </w:p>
    <w:p>
      <w:r>
        <w:t>[……..]…</w:t>
      </w:r>
    </w:p>
    <w:p>
      <w:r>
        <w:t>...[…….]…</w:t>
      </w:r>
    </w:p>
    <w:p>
      <w:r>
        <w:t>...[……..]</w:t>
      </w:r>
    </w:p>
    <w:p>
      <w:r>
        <w:t>[…….]…</w:t>
      </w:r>
    </w:p>
    <w:p>
      <w:r>
        <w:t>...[………]</w:t>
      </w:r>
    </w:p>
    <w:p>
      <w:r>
        <w:t>[….….]…</w:t>
      </w:r>
    </w:p>
    <w:p>
      <w:r>
        <w:t>...[…..….]</w:t>
      </w:r>
    </w:p>
    <w:p>
      <w:r>
        <w:t>[…….…]…</w:t>
      </w:r>
    </w:p>
    <w:p>
      <w:r>
        <w:t>...[……...]</w:t>
      </w:r>
    </w:p>
    <w:p>
      <w:r>
        <w:t>[……]</w:t>
      </w:r>
    </w:p>
    <w:p>
      <w:r>
        <w:t>I ask, tell my grandson, he asked, "When can he come to me?”</w:t>
      </w:r>
    </w:p>
    <w:p>
      <w:r>
        <w:t>Tell him, he can come all day and all night, come, come to me</w:t>
      </w:r>
    </w:p>
    <w:p>
      <w:r>
        <w:t>[………]</w:t>
      </w:r>
    </w:p>
    <w:p>
      <w:r>
        <w:t>[……..]…</w:t>
      </w:r>
    </w:p>
    <w:p>
      <w:r>
        <w:t>[.………] [...….…]</w:t>
      </w:r>
    </w:p>
    <w:p>
      <w:r>
        <w:t>What is this? {Acid?}…</w:t>
      </w:r>
    </w:p>
    <w:p>
      <w:r>
        <w:t>...[………]</w:t>
      </w:r>
    </w:p>
    <w:p>
      <w:r>
        <w:t>[……]</w:t>
      </w:r>
    </w:p>
    <w:p>
      <w:r>
        <w:t>I want to see my grandson, he, he wants to meet with me and ask me:</w:t>
      </w:r>
    </w:p>
    <w:p>
      <w:r>
        <w:t>"How will I take a livelihood?"</w:t>
      </w:r>
    </w:p>
    <w:p>
      <w:r>
        <w:t>[Then you will tell him this story]</w:t>
      </w:r>
    </w:p>
    <w:p>
      <w:r>
        <w:t>Eh?</w:t>
      </w:r>
    </w:p>
    <w:p>
      <w:r>
        <w:t>[You will tell him this story about the letter]</w:t>
      </w:r>
    </w:p>
    <w:p>
      <w:r>
        <w:t>Ah, it is 'mifter, pifter'</w:t>
      </w:r>
    </w:p>
    <w:p>
      <w:r>
        <w:t>[It is a good story, very good]</w:t>
      </w:r>
    </w:p>
    <w:p>
      <w:r>
        <w:t>For the whole world</w:t>
      </w:r>
    </w:p>
    <w:p>
      <w:r>
        <w:t>[Yes, yes]</w:t>
      </w:r>
    </w:p>
    <w:p>
      <w:r>
        <w:t>A beautiful story</w:t>
      </w:r>
    </w:p>
    <w:p>
      <w:r>
        <w:t>[Yes]</w:t>
      </w:r>
    </w:p>
    <w:p>
      <w:r>
        <w:t>"What? 'Mifter, pifter' is not, not important to me, the main thing is whether he has a livelihood”</w:t>
      </w:r>
    </w:p>
    <w:p>
      <w:r>
        <w:t>“'Mifter, pifter' is not important, the main thing is the livelihood, whether he has a livelihood"</w:t>
      </w:r>
    </w:p>
    <w:p>
      <w:r>
        <w:t>[……..]</w:t>
      </w:r>
    </w:p>
    <w:p>
      <w:r>
        <w:t>[……..]</w:t>
      </w:r>
    </w:p>
    <w:p>
      <w:r>
        <w:t>“'Mifter, pifter' is not important, the main thing is whether he has a livelihood"</w:t>
      </w:r>
    </w:p>
    <w:p>
      <w:r>
        <w:t>[.…….]</w:t>
      </w:r>
    </w:p>
    <w:p>
      <w:r>
        <w:t>[……..]</w:t>
      </w:r>
    </w:p>
    <w:p>
      <w:r>
        <w:t>["Fortunate is the man who trusts in You"]</w:t>
      </w:r>
    </w:p>
    <w:p>
      <w:r>
        <w:t>[……..]</w:t>
      </w:r>
    </w:p>
    <w:p>
      <w:r>
        <w:t>[……..]</w:t>
      </w:r>
    </w:p>
    <w:p>
      <w:r>
        <w:t>[Rebbe Yisroel, is it possible to perform a pidyon?]</w:t>
      </w:r>
    </w:p>
    <w:p>
      <w:r>
        <w:t>When?</w:t>
      </w:r>
    </w:p>
    <w:p>
      <w:r>
        <w:t>[Now, is it possible?]</w:t>
      </w:r>
    </w:p>
    <w:p>
      <w:r>
        <w:t>Now, nu, it is possible</w:t>
      </w:r>
    </w:p>
    <w:p>
      <w:r>
        <w:t>[Yes, it is for my daughter, Chaya bas Rina]</w:t>
      </w:r>
    </w:p>
    <w:p>
      <w:r>
        <w:t>Chaya bas Rina</w:t>
      </w:r>
    </w:p>
    <w:p>
      <w:r>
        <w:t>[Yes, baruch Hashem she feels well, baruch Hashem]</w:t>
      </w:r>
    </w:p>
    <w:p>
      <w:r>
        <w:t>Yes?</w:t>
      </w:r>
    </w:p>
    <w:p>
      <w:r>
        <w:t>[And the doctors decided th.. a good decision]</w:t>
      </w:r>
    </w:p>
    <w:p>
      <w:r>
        <w:t>{…..}</w:t>
      </w:r>
    </w:p>
    <w:p>
      <w:r>
        <w:t>[The doctors, the doctors]</w:t>
      </w:r>
    </w:p>
    <w:p>
      <w:r>
        <w:t>The doctors</w:t>
      </w:r>
    </w:p>
    <w:p>
      <w:r>
        <w:t>[Decided a good decision, that she, she can remove some tube that she had in her body</w:t>
      </w:r>
    </w:p>
    <w:p>
      <w:r>
        <w:t>She always had a tube inside the blood, in order to put all kinds of things into her and draw blood</w:t>
      </w:r>
    </w:p>
    <w:p>
      <w:r>
        <w:t>Without pricking her each time]</w:t>
      </w:r>
    </w:p>
    <w:p>
      <w:r>
        <w:t>Ah, ah</w:t>
      </w:r>
    </w:p>
    <w:p>
      <w:r>
        <w:t>[So now that, baruch Hashem, she feels well, they decided that she no longer needs it, she can live like anyone else]</w:t>
      </w:r>
    </w:p>
    <w:p>
      <w:r>
        <w:t>Yes</w:t>
      </w:r>
    </w:p>
    <w:p>
      <w:r>
        <w:t>[Yes, with Hashem's help]</w:t>
      </w:r>
    </w:p>
    <w:p>
      <w:r>
        <w:t>Nu</w:t>
      </w:r>
    </w:p>
    <w:p>
      <w:r>
        <w:t>[So she needs to undergo a minor operation]</w:t>
      </w:r>
    </w:p>
    <w:p>
      <w:r>
        <w:t>An operation, I do not want</w:t>
      </w:r>
    </w:p>
    <w:p>
      <w:r>
        <w:t>[But in order to remove it now, in order to remove it, since she no longer needs it</w:t>
      </w:r>
    </w:p>
    <w:p>
      <w:r>
        <w:t>So she needs to have a minor operation with general anesthesia for a few minutes, a quarter of an hour, only to remove it and.., so I very much want to perform a pidyon</w:t>
      </w:r>
    </w:p>
    <w:p>
      <w:r>
        <w:t>So that in Rabbainu's merit it will pass, pass safely]</w:t>
      </w:r>
    </w:p>
    <w:p>
      <w:r>
        <w:t>The operation?</w:t>
      </w:r>
    </w:p>
    <w:p>
      <w:r>
        <w:t>[Yes]</w:t>
      </w:r>
    </w:p>
    <w:p>
      <w:r>
        <w:t>Nu, Hashem Yisbarach.. (Saba performs the pidyon) above..?</w:t>
      </w:r>
    </w:p>
    <w:p>
      <w:r>
        <w:t>[The girl Chaya bas Rina]</w:t>
      </w:r>
    </w:p>
    <w:p>
      <w:r>
        <w:t>The girl Chaya bas Rina</w:t>
      </w:r>
    </w:p>
    <w:p>
      <w:r>
        <w:t>Through the supernal wonder, which is great kindnesses and complete and simple mercies</w:t>
      </w:r>
    </w:p>
    <w:p>
      <w:r>
        <w:t>In which there is no admixture of judgment at all, amen</w:t>
      </w:r>
    </w:p>
    <w:p>
      <w:r>
        <w:t>[Amen, thank you very much]…</w:t>
      </w:r>
    </w:p>
    <w:p>
      <w:r>
        <w:t>...[Ninety shekels]</w:t>
      </w:r>
    </w:p>
    <w:p>
      <w:r>
        <w:t>Ho</w:t>
      </w:r>
    </w:p>
    <w:p>
      <w:r>
        <w:t>[Ninety shekels]</w:t>
      </w:r>
    </w:p>
    <w:p>
      <w:r>
        <w:t>I am already rich</w:t>
      </w:r>
    </w:p>
    <w:p>
      <w:r>
        <w:t>[And here are twenty shekels of yours]…</w:t>
      </w:r>
    </w:p>
    <w:p>
      <w:r>
        <w:t>...[He will be very happy that you came to visit]</w:t>
      </w:r>
    </w:p>
    <w:p>
      <w:r>
        <w:t>Eh?</w:t>
      </w:r>
    </w:p>
    <w:p>
      <w:r>
        <w:t>[He will be very happy that you came here today]</w:t>
      </w:r>
    </w:p>
    <w:p>
      <w:r>
        <w:t>[………………………………….……………………….]</w:t>
      </w:r>
    </w:p>
    <w:p>
      <w:r>
        <w:t>[…………………………………….…………………….]…</w:t>
      </w:r>
    </w:p>
    <w:p>
      <w:r>
        <w:t>...Where is he?</w:t>
      </w:r>
    </w:p>
    <w:p>
      <w:r>
        <w:t>[Here]</w:t>
      </w:r>
    </w:p>
    <w:p>
      <w:r>
        <w:t>[I am here, Rebbe Yisroel]</w:t>
      </w:r>
    </w:p>
    <w:p>
      <w:r>
        <w:t>Is he here?</w:t>
      </w:r>
    </w:p>
    <w:p>
      <w:r>
        <w:t>[Yes, I am here, good, so..]</w:t>
      </w:r>
    </w:p>
    <w:p>
      <w:r>
        <w:t>{...}</w:t>
      </w:r>
    </w:p>
    <w:p>
      <w:r>
        <w:t>[I am guarding it]</w:t>
      </w:r>
    </w:p>
    <w:p>
      <w:r>
        <w:t>Good</w:t>
      </w:r>
    </w:p>
    <w:p>
      <w:r>
        <w:t>[Yes, yes, with Hashem's help]</w:t>
      </w:r>
    </w:p>
    <w:p>
      <w:r>
        <w:t>But I have no money to pay</w:t>
      </w:r>
    </w:p>
    <w:p>
      <w:r>
        <w:t>[No, I guard for free]</w:t>
      </w:r>
    </w:p>
    <w:p>
      <w:r>
        <w:t>Guard for free, good</w:t>
      </w:r>
    </w:p>
    <w:p>
      <w:r>
        <w:t>[………]</w:t>
      </w:r>
    </w:p>
    <w:p>
      <w:r>
        <w:t>[…..….]</w:t>
      </w:r>
    </w:p>
    <w:p>
      <w:r>
        <w:t>I heard from the group that I have a grandson in Tel Aviv, I do not know where</w:t>
      </w:r>
    </w:p>
    <w:p>
      <w:r>
        <w:t>A grandson who wants to ask me: "What to do for a livelihood?”</w:t>
      </w:r>
    </w:p>
    <w:p>
      <w:r>
        <w:t>He wants to serve Hashem, but livelihood</w:t>
      </w:r>
    </w:p>
    <w:p>
      <w:r>
        <w:t>So I want to go to him to tell him:</w:t>
      </w:r>
    </w:p>
    <w:p>
      <w:r>
        <w:t>"Livelihood, it is only with Hashem, blessed be He"</w:t>
      </w:r>
    </w:p>
    <w:p>
      <w:r>
        <w:t>[…..….]</w:t>
      </w:r>
    </w:p>
    <w:p>
      <w:r>
        <w:t>[……...]</w:t>
      </w:r>
    </w:p>
    <w:p>
      <w:r>
        <w:t>[He said that he will come, he will come to you]</w:t>
      </w:r>
    </w:p>
    <w:p>
      <w:r>
        <w:t>Yes?</w:t>
      </w:r>
    </w:p>
    <w:p>
      <w:r>
        <w:t>[Yes, yes, that is what he said]</w:t>
      </w:r>
    </w:p>
    <w:p>
      <w:r>
        <w:t>When?</w:t>
      </w:r>
    </w:p>
    <w:p>
      <w:r>
        <w:t>[He spoke on the telephone]</w:t>
      </w:r>
    </w:p>
    <w:p>
      <w:r>
        <w:t>When?</w:t>
      </w:r>
    </w:p>
    <w:p>
      <w:r>
        <w:t>[Yes, about an hour ago]</w:t>
      </w:r>
    </w:p>
    <w:p>
      <w:r>
        <w:t>Yes?</w:t>
      </w:r>
    </w:p>
    <w:p>
      <w:r>
        <w:t>[Yes, and he said that he will come to you]</w:t>
      </w:r>
    </w:p>
    <w:p>
      <w:r>
        <w:t>[…………………..…..]</w:t>
      </w:r>
    </w:p>
    <w:p>
      <w:r>
        <w:t>[……………………]</w:t>
      </w:r>
    </w:p>
    <w:p>
      <w:r>
        <w:t>Daniel</w:t>
      </w:r>
    </w:p>
    <w:p>
      <w:r>
        <w:t>[Yes, yes]</w:t>
      </w:r>
    </w:p>
    <w:p>
      <w:r>
        <w:t>Take me to the telephone, do you have a number?</w:t>
      </w:r>
    </w:p>
    <w:p>
      <w:r>
        <w:t>[No, I do not have his number]</w:t>
      </w:r>
    </w:p>
    <w:p>
      <w:r>
        <w:t>Ask the group for his number, and tell him:</w:t>
      </w:r>
    </w:p>
    <w:p>
      <w:r>
        <w:t>"He can come to me all day and all night"</w:t>
      </w:r>
    </w:p>
    <w:p>
      <w:r>
        <w:t>[Yes, yes]</w:t>
      </w:r>
    </w:p>
    <w:p>
      <w:r>
        <w:t>[……….]</w:t>
      </w:r>
    </w:p>
    <w:p>
      <w:r>
        <w:t>[They told, they told him on the telephone, it was his mother who spoke on the telephone, his mother called]</w:t>
      </w:r>
    </w:p>
    <w:p>
      <w:r>
        <w:t>Ah</w:t>
      </w:r>
    </w:p>
    <w:p>
      <w:r>
        <w:t>[Natan's wife]</w:t>
      </w:r>
    </w:p>
    <w:p>
      <w:r>
        <w:t>Yo</w:t>
      </w:r>
    </w:p>
    <w:p>
      <w:r>
        <w:t>[Yes]</w:t>
      </w:r>
    </w:p>
    <w:p>
      <w:r>
        <w:t>His mother {spoke..}</w:t>
      </w:r>
    </w:p>
    <w:p>
      <w:r>
        <w:t>[Yes, she spoke on the telephone and asked on his behalf, when he can come visit you</w:t>
      </w:r>
    </w:p>
    <w:p>
      <w:r>
        <w:t>So they already answered him, they already answered him, that he can come all day and all night</w:t>
      </w:r>
    </w:p>
    <w:p>
      <w:r>
        <w:t>So she said: "Good, he will come when he can"</w:t>
      </w:r>
    </w:p>
    <w:p>
      <w:r>
        <w:t>He now, the grandson, the grandson, Ronen]</w:t>
      </w:r>
    </w:p>
    <w:p>
      <w:r>
        <w:t>{..}</w:t>
      </w:r>
    </w:p>
    <w:p>
      <w:r>
        <w:t>[Is now returning from the United States, he was in America]</w:t>
      </w:r>
    </w:p>
    <w:p>
      <w:r>
        <w:t>Yes</w:t>
      </w:r>
    </w:p>
    <w:p>
      <w:r>
        <w:t>[Yes]</w:t>
      </w:r>
    </w:p>
    <w:p>
      <w:r>
        <w:t>He was..?</w:t>
      </w:r>
    </w:p>
    <w:p>
      <w:r>
        <w:t>[In America]</w:t>
      </w:r>
    </w:p>
    <w:p>
      <w:r>
        <w:t>In America</w:t>
      </w:r>
    </w:p>
    <w:p>
      <w:r>
        <w:t>[He returned to here]</w:t>
      </w:r>
    </w:p>
    <w:p>
      <w:r>
        <w:t>To here</w:t>
      </w:r>
    </w:p>
    <w:p>
      <w:r>
        <w:t>[And he wants to visit you]</w:t>
      </w:r>
    </w:p>
    <w:p>
      <w:r>
        <w:t>[……...]</w:t>
      </w:r>
    </w:p>
    <w:p>
      <w:r>
        <w:t>Did you hear the story of the deceased</w:t>
      </w:r>
    </w:p>
    <w:p>
      <w:r>
        <w:t>[Yes, yes]</w:t>
      </w:r>
    </w:p>
    <w:p>
      <w:r>
        <w:t>'Mifter, pifter'</w:t>
      </w:r>
    </w:p>
    <w:p>
      <w:r>
        <w:t>[Yes]</w:t>
      </w:r>
    </w:p>
    <w:p>
      <w:r>
        <w:t>Did you hear that?</w:t>
      </w:r>
    </w:p>
    <w:p>
      <w:r>
        <w:t>[Yes, yes, I was here..]</w:t>
      </w:r>
    </w:p>
    <w:p>
      <w:r>
        <w:t>Yes?</w:t>
      </w:r>
    </w:p>
    <w:p>
      <w:r>
        <w:t>[I was here when you told it, yes]</w:t>
      </w:r>
    </w:p>
    <w:p>
      <w:r>
        <w:t>Yes?</w:t>
      </w:r>
    </w:p>
    <w:p>
      <w:r>
        <w:t>[Yes, thank God I merited to hear]</w:t>
      </w:r>
    </w:p>
    <w:p>
      <w:r>
        <w:t>He read the letter to her, he said: "That he does not know how it is, no, he does not know how to read</w:t>
      </w:r>
    </w:p>
    <w:p>
      <w:r>
        <w:t>"If deceased, if not pifter"</w:t>
      </w:r>
    </w:p>
    <w:p>
      <w:r>
        <w:t>She said to him:</w:t>
      </w:r>
    </w:p>
    <w:p>
      <w:r>
        <w:t>"Mifter no.. 'mifter, pifter' no, it is not important to me, the main thing is whether he has a livelihood?"</w:t>
      </w:r>
    </w:p>
    <w:p>
      <w:r>
        <w:t>Oy, oy, oy, “'Mifter, pifter,' what, what do you want from me?”</w:t>
      </w:r>
    </w:p>
    <w:p>
      <w:r>
        <w:t>[……….]</w:t>
      </w:r>
    </w:p>
    <w:p>
      <w:r>
        <w:t>[……….]</w:t>
      </w:r>
    </w:p>
    <w:p>
      <w:r>
        <w:t>[It is very hard to..]</w:t>
      </w:r>
    </w:p>
    <w:p>
      <w:r>
        <w:t>I want to let him know that thank God I have a car, a good car</w:t>
      </w:r>
    </w:p>
    <w:p>
      <w:r>
        <w:t>He, he can come here whenever he wants and return home</w:t>
      </w:r>
    </w:p>
    <w:p>
      <w:r>
        <w:t>[….…..]</w:t>
      </w:r>
    </w:p>
    <w:p>
      <w:r>
        <w:t>[……...]</w:t>
      </w:r>
    </w:p>
    <w:p>
      <w:r>
        <w:t>[It is very hard to escape the preoccupation with livelihood]</w:t>
      </w:r>
    </w:p>
    <w:p>
      <w:r>
        <w:t>[………]</w:t>
      </w:r>
    </w:p>
    <w:p>
      <w:r>
        <w:t>[……...]</w:t>
      </w:r>
    </w:p>
    <w:p>
      <w:r>
        <w:t>Yesterday someone came and said:</w:t>
      </w:r>
    </w:p>
    <w:p>
      <w:r>
        <w:t>"I do not know what to do, I have a livelihood, thank God I have a livelihood</w:t>
      </w:r>
    </w:p>
    <w:p>
      <w:r>
        <w:t>But the livelihood is women come and buy</w:t>
      </w:r>
    </w:p>
    <w:p>
      <w:r>
        <w:t>What to do, whether, whether to throw away the livelihood, or not?"</w:t>
      </w:r>
    </w:p>
    <w:p>
      <w:r>
        <w:t>The whole world raises difficulties:</w:t>
      </w:r>
    </w:p>
    <w:p>
      <w:r>
        <w:t>"What? Livelihood, livelihood, livelihood, what {…...}?"</w:t>
      </w:r>
    </w:p>
    <w:p>
      <w:r>
        <w:t>But Breslov Chassidim did not have a livelihood, it was hard for them to make a match</w:t>
      </w:r>
    </w:p>
    <w:p>
      <w:r>
        <w:t>Because "And how will you have a livelihood?”</w:t>
      </w:r>
    </w:p>
    <w:p>
      <w:r>
        <w:t>Nu, who, who will go with him, with me, to my grandson, I want to see him</w:t>
      </w:r>
    </w:p>
    <w:p>
      <w:r>
        <w:t>I will be very happy to see him</w:t>
      </w:r>
    </w:p>
    <w:p>
      <w:r>
        <w:t>[………]</w:t>
      </w:r>
    </w:p>
    <w:p>
      <w:r>
        <w:t>[….…..]</w:t>
      </w:r>
    </w:p>
    <w:p>
      <w:r>
        <w:t>[We do not know where he is located]</w:t>
      </w:r>
    </w:p>
    <w:p>
      <w:r>
        <w:t>No</w:t>
      </w:r>
    </w:p>
    <w:p>
      <w:r>
        <w:t>[No, not yet]</w:t>
      </w:r>
    </w:p>
    <w:p>
      <w:r>
        <w:t>Ah, so {m.. my grandson\we will go because}, I do not know where his address is</w:t>
      </w:r>
    </w:p>
    <w:p>
      <w:r>
        <w:t>[So they are already looking]</w:t>
      </w:r>
    </w:p>
    <w:p>
      <w:r>
        <w:t>{..}</w:t>
      </w:r>
    </w:p>
    <w:p>
      <w:r>
        <w:t>[Yes]</w:t>
      </w:r>
    </w:p>
    <w:p>
      <w:r>
        <w:t>{Yes}</w:t>
      </w:r>
    </w:p>
    <w:p>
      <w:r>
        <w:t>[Now David is calling Tzipporah, she apparently knows, Tzipporah]</w:t>
      </w:r>
    </w:p>
    <w:p>
      <w:r>
        <w:t>Ah, Tzipporah knows..</w:t>
      </w:r>
    </w:p>
    <w:p>
      <w:r>
        <w:t>[She has, she has..]</w:t>
      </w:r>
    </w:p>
    <w:p>
      <w:r>
        <w:t>Devorah also, he was in America</w:t>
      </w:r>
    </w:p>
    <w:p>
      <w:r>
        <w:t>[Yes]</w:t>
      </w:r>
    </w:p>
    <w:p>
      <w:r>
        <w:t>[……….]</w:t>
      </w:r>
    </w:p>
    <w:p>
      <w:r>
        <w:t>[…..…..]</w:t>
      </w:r>
    </w:p>
    <w:p>
      <w:r>
        <w:t>Nu, do you have a car?</w:t>
      </w:r>
    </w:p>
    <w:p>
      <w:r>
        <w:t>[Yes]</w:t>
      </w:r>
    </w:p>
    <w:p>
      <w:r>
        <w:t>Ah?</w:t>
      </w:r>
    </w:p>
    <w:p>
      <w:r>
        <w:t>[Yes, yes, I have a car]</w:t>
      </w:r>
    </w:p>
    <w:p>
      <w:r>
        <w:t>I also have a car, maybe, maybe we will travel to my grandson, to hear what he wants</w:t>
      </w:r>
    </w:p>
    <w:p>
      <w:r>
        <w:t>[.…..….]</w:t>
      </w:r>
    </w:p>
    <w:p>
      <w:r>
        <w:t>[…...….]</w:t>
      </w:r>
    </w:p>
    <w:p>
      <w:r>
        <w:t>What? He needs a match, a match, she has a daughter</w:t>
      </w:r>
    </w:p>
    <w:p>
      <w:r>
        <w:t>"But Breslov one cannot take, he, he is not looking for a livelihood"</w:t>
      </w:r>
    </w:p>
    <w:p>
      <w:r>
        <w:t>[……….]</w:t>
      </w:r>
    </w:p>
    <w:p>
      <w:r>
        <w:t>[…..…..]</w:t>
      </w:r>
    </w:p>
    <w:p>
      <w:r>
        <w:t>[Rebbe Yisroel, I am going, Rebbe Yisroel]</w:t>
      </w:r>
    </w:p>
    <w:p>
      <w:r>
        <w:t>Ah?</w:t>
      </w:r>
    </w:p>
    <w:p>
      <w:r>
        <w:t>[I am going]</w:t>
      </w:r>
    </w:p>
    <w:p>
      <w:r>
        <w:t>Did you hear?</w:t>
      </w:r>
    </w:p>
    <w:p>
      <w:r>
        <w:t>[Yes?]</w:t>
      </w:r>
    </w:p>
    <w:p>
      <w:r>
        <w:t>My grandson asks..</w:t>
      </w:r>
    </w:p>
    <w:p>
      <w:r>
        <w:t>He wants to return in repentance, but livelihood—where will there be, will there be?</w:t>
      </w:r>
    </w:p>
    <w:p>
      <w:r>
        <w:t>[…….]</w:t>
      </w:r>
    </w:p>
    <w:p>
      <w:r>
        <w:t>[…….]</w:t>
      </w:r>
    </w:p>
    <w:p>
      <w:r>
        <w:t>His mother said:</w:t>
      </w:r>
    </w:p>
    <w:p>
      <w:r>
        <w:t>"I tell him that no, he should not make a match until he has a livelihood"</w:t>
      </w:r>
    </w:p>
    <w:p>
      <w:r>
        <w:t>Livelihood is when he will lie with his feet toward the door, then he will have, he will have.. "livelihood"</w:t>
      </w:r>
    </w:p>
    <w:p>
      <w:r>
        <w:t>They do not want to lie with their feet toward the door, because then he will have regret over all the vanities of this world</w:t>
      </w:r>
    </w:p>
    <w:p>
      <w:r>
        <w:t>"What are all the desires for?”</w:t>
      </w:r>
    </w:p>
    <w:p>
      <w:r>
        <w:t>[………]</w:t>
      </w:r>
    </w:p>
    <w:p>
      <w:r>
        <w:t>[….…..]</w:t>
      </w:r>
    </w:p>
    <w:p>
      <w:r>
        <w:t>That is how it will be</w:t>
      </w:r>
    </w:p>
    <w:p>
      <w:r>
        <w:t>[…..….]</w:t>
      </w:r>
    </w:p>
    <w:p>
      <w:r>
        <w:t>[.……..]</w:t>
      </w:r>
    </w:p>
    <w:p>
      <w:r>
        <w:t>What?</w:t>
      </w:r>
    </w:p>
    <w:p>
      <w:r>
        <w:t>[Rebbe Yisroel, I, I am going]</w:t>
      </w:r>
    </w:p>
    <w:p>
      <w:r>
        <w:t>{Maybe we will go} all of us to my grandson</w:t>
      </w:r>
    </w:p>
    <w:p>
      <w:r>
        <w:t>[……...]</w:t>
      </w:r>
    </w:p>
    <w:p>
      <w:r>
        <w:t>[……...]</w:t>
      </w:r>
    </w:p>
    <w:p>
      <w:r>
        <w:t>[Saba, do you know where your son Natan lives?]</w:t>
      </w:r>
    </w:p>
    <w:p>
      <w:r>
        <w:t>Ah?</w:t>
      </w:r>
    </w:p>
    <w:p>
      <w:r>
        <w:t>[Do you know where your son Natan lives?]</w:t>
      </w:r>
    </w:p>
    <w:p>
      <w:r>
        <w:t>Yes</w:t>
      </w:r>
    </w:p>
    <w:p>
      <w:r>
        <w:t>[Where?]</w:t>
      </w:r>
    </w:p>
    <w:p>
      <w:r>
        <w:t>Ah?</w:t>
      </w:r>
    </w:p>
    <w:p>
      <w:r>
        <w:t>[Where does he live?]</w:t>
      </w:r>
    </w:p>
    <w:p>
      <w:r>
        <w:t>No, there is not, I do not, do not know..</w:t>
      </w:r>
    </w:p>
    <w:p>
      <w:r>
        <w:t>[…….]</w:t>
      </w:r>
    </w:p>
    <w:p>
      <w:r>
        <w:t>But you have the telephone number</w:t>
      </w:r>
    </w:p>
    <w:p>
      <w:r>
        <w:t>[No, I do not have it]</w:t>
      </w:r>
    </w:p>
    <w:p>
      <w:r>
        <w:t>"I do not have it”? You do not have it?</w:t>
      </w:r>
    </w:p>
    <w:p>
      <w:r>
        <w:t>[{No}]</w:t>
      </w:r>
    </w:p>
    <w:p>
      <w:r>
        <w:t>[………..]</w:t>
      </w:r>
    </w:p>
    <w:p>
      <w:r>
        <w:t>[….…….]</w:t>
      </w:r>
    </w:p>
    <w:p>
      <w:r>
        <w:t>[Does he live in Yerushalayim? Natan]</w:t>
      </w:r>
    </w:p>
    <w:p>
      <w:r>
        <w:t>Ah?</w:t>
      </w:r>
    </w:p>
    <w:p>
      <w:r>
        <w:t>[Does Natan live in Yerushalayim?]</w:t>
      </w:r>
    </w:p>
    <w:p>
      <w:r>
        <w:t>No, in Tel Aviv</w:t>
      </w:r>
    </w:p>
    <w:p>
      <w:r>
        <w:t>[Ah, in Tel Aviv]</w:t>
      </w:r>
    </w:p>
    <w:p>
      <w:r>
        <w:t>He lives, he lives..</w:t>
      </w:r>
    </w:p>
    <w:p>
      <w:r>
        <w:t>[Near Gideon?]</w:t>
      </w:r>
    </w:p>
    <w:p>
      <w:r>
        <w:t>I forgot</w:t>
      </w:r>
    </w:p>
    <w:p>
      <w:r>
        <w:t>[Good]</w:t>
      </w:r>
    </w:p>
    <w:p>
      <w:r>
        <w:t>{…..}, the name of the place</w:t>
      </w:r>
    </w:p>
    <w:p>
      <w:r>
        <w:t>[…..….]</w:t>
      </w:r>
    </w:p>
    <w:p>
      <w:r>
        <w:t>[…..….]</w:t>
      </w:r>
    </w:p>
    <w:p>
      <w:r>
        <w:t>[Givatayim maybe?]</w:t>
      </w:r>
    </w:p>
    <w:p>
      <w:r>
        <w:t>Natan, he, he, he will be afraid that my grandson will come to me</w:t>
      </w:r>
    </w:p>
    <w:p>
      <w:r>
        <w:t>[…..….]</w:t>
      </w:r>
    </w:p>
    <w:p>
      <w:r>
        <w:t>[……...]</w:t>
      </w:r>
    </w:p>
    <w:p>
      <w:r>
        <w:t>He will be afraid lest I put him into a Breslov school</w:t>
      </w:r>
    </w:p>
    <w:p>
      <w:r>
        <w:t>"Breslov? He.. and how will you have a livelihood? Get away from me!"</w:t>
      </w:r>
    </w:p>
    <w:p>
      <w:r>
        <w:t>[………]</w:t>
      </w:r>
    </w:p>
    <w:p>
      <w:r>
        <w:t>[……...]</w:t>
      </w:r>
    </w:p>
    <w:p>
      <w:r>
        <w:t>Yo, yo</w:t>
      </w:r>
    </w:p>
    <w:p>
      <w:r>
        <w:t>[…….]</w:t>
      </w:r>
    </w:p>
    <w:p>
      <w:r>
        <w:t>[…]</w:t>
      </w:r>
    </w:p>
    <w:p>
      <w:r>
        <w:t>We need to speak with Tzipporah, maybe she knows the address</w:t>
      </w:r>
    </w:p>
    <w:p>
      <w:r>
        <w:t>I think he has an address, so I will go to him</w:t>
      </w:r>
    </w:p>
    <w:p>
      <w:r>
        <w:t>[……...…..]</w:t>
      </w:r>
    </w:p>
    <w:p>
      <w:r>
        <w:t>[……...…..]</w:t>
      </w:r>
    </w:p>
    <w:p>
      <w:r>
        <w:t>Through Breslov he will find a good match</w:t>
      </w:r>
    </w:p>
    <w:p>
      <w:r>
        <w:t>[…...….]</w:t>
      </w:r>
    </w:p>
    <w:p>
      <w:r>
        <w:t>[……]</w:t>
      </w:r>
    </w:p>
    <w:p>
      <w:r>
        <w:t>[Rebbe Yisroel, I am going, I am going home]</w:t>
      </w:r>
    </w:p>
    <w:p>
      <w:r>
        <w:t>Yes?</w:t>
      </w:r>
    </w:p>
    <w:p>
      <w:r>
        <w:t>[Yes]</w:t>
      </w:r>
    </w:p>
    <w:p>
      <w:r>
        <w:t>Nu..</w:t>
      </w:r>
    </w:p>
    <w:p>
      <w:r>
        <w:t>[…….]</w:t>
      </w:r>
    </w:p>
    <w:p>
      <w:r>
        <w:t>You, you do not know, my son asks me what to do, I want to come to you [Shalom, Rebbe Yisroel, goodbye]</w:t>
      </w:r>
    </w:p>
    <w:p>
      <w:r>
        <w:t>{Shoyn}</w:t>
      </w:r>
    </w:p>
    <w:p>
      <w:r>
        <w:t>[Goodbye]</w:t>
      </w:r>
    </w:p>
    <w:p>
      <w:r>
        <w:t>Ah?</w:t>
      </w:r>
    </w:p>
    <w:p>
      <w:r>
        <w:t>[Goodbye, Rebbe Yisroel]</w:t>
      </w:r>
    </w:p>
    <w:p>
      <w:r>
        <w:t>{..}..</w:t>
      </w:r>
    </w:p>
    <w:p>
      <w:r>
        <w:t>Oy, oy, I remember when I had ten small children and they asked for bread, {a little} bread and I had none to give them, only bread, I did not have</w:t>
      </w:r>
    </w:p>
    <w:p>
      <w:r>
        <w:t>Nu</w:t>
      </w:r>
    </w:p>
    <w:p>
      <w:r>
        <w:t>Oy, oy vey, I want to get up, ah, yes, good, yes, good</w:t>
      </w:r>
    </w:p>
    <w:p>
      <w:r>
        <w:t>Who, who will go with me to my grandson?</w:t>
      </w:r>
    </w:p>
    <w:p>
      <w:r>
        <w:t>Maybe Daniel Zafran?</w:t>
      </w:r>
    </w:p>
    <w:p>
      <w:r>
        <w:t>[..……]</w:t>
      </w:r>
    </w:p>
    <w:p>
      <w:r>
        <w:t>[……..]</w:t>
      </w:r>
    </w:p>
    <w:p>
      <w:r>
        <w:t>Maybe someone will call my daughter Tzipporah, do you have the number of my daughter Tzipporah?</w:t>
      </w:r>
    </w:p>
    <w:p>
      <w:r>
        <w:t>[Of whom?]</w:t>
      </w:r>
    </w:p>
    <w:p>
      <w:r>
        <w:t>Here in Yerushalayim</w:t>
      </w:r>
    </w:p>
    <w:p>
      <w:r>
        <w:t>[Of Tzipporah?]</w:t>
      </w:r>
    </w:p>
    <w:p>
      <w:r>
        <w:t>[Yes, yes, we have it]</w:t>
      </w:r>
    </w:p>
    <w:p>
      <w:r>
        <w:t>And ask her, my grandson wants to see me, how {will they take him?}</w:t>
      </w:r>
    </w:p>
    <w:p>
      <w:r>
        <w:t>So I want to go to him</w:t>
      </w:r>
    </w:p>
    <w:p>
      <w:r>
        <w:t>[….…..]</w:t>
      </w:r>
    </w:p>
    <w:p>
      <w:r>
        <w:t>[……...]</w:t>
      </w:r>
    </w:p>
    <w:p>
      <w:r>
        <w:t>[There is, there is no answer at Tzipporah's]</w:t>
      </w:r>
    </w:p>
    <w:p>
      <w:r>
        <w:t>No?</w:t>
      </w:r>
    </w:p>
    <w:p>
      <w:r>
        <w:t>[No, she is not at home, apparently]</w:t>
      </w:r>
    </w:p>
    <w:p>
      <w:r>
        <w:t>Ah</w:t>
      </w:r>
    </w:p>
    <w:p>
      <w:r>
        <w:t>[And.. good, so I..]</w:t>
      </w:r>
    </w:p>
    <w:p>
      <w:r>
        <w:t>Ah, it was an hour, another hour, two hours</w:t>
      </w:r>
    </w:p>
    <w:p>
      <w:r>
        <w:t>[Yes, maybe]</w:t>
      </w:r>
    </w:p>
    <w:p>
      <w:r>
        <w:t>Maybe she will be at home</w:t>
      </w:r>
    </w:p>
    <w:p>
      <w:r>
        <w:t>[With Hashem's help, so I am going in the meantime, all right?]</w:t>
      </w:r>
    </w:p>
    <w:p>
      <w:r>
        <w:t>Yes, good</w:t>
      </w:r>
    </w:p>
    <w:p>
      <w:r>
        <w:t>[If you need me, then ask to call me, all right?]</w:t>
      </w:r>
    </w:p>
    <w:p>
      <w:r>
        <w:t>What?</w:t>
      </w:r>
    </w:p>
    <w:p>
      <w:r>
        <w:t>[If you need me]</w:t>
      </w:r>
    </w:p>
    <w:p>
      <w:r>
        <w:t>Uh</w:t>
      </w:r>
    </w:p>
    <w:p>
      <w:r>
        <w:t>[I am Daniel, Daniel Zafran, so they can, ask them to call me on the telephone]</w:t>
      </w:r>
    </w:p>
    <w:p>
      <w:r>
        <w:t>Good</w:t>
      </w:r>
    </w:p>
    <w:p>
      <w:r>
        <w:t>[Good, okay, so, goodbye, all the best to you]</w:t>
      </w:r>
    </w:p>
    <w:p>
      <w:r>
        <w:t>All the best</w:t>
      </w:r>
    </w:p>
    <w:p>
      <w:r>
        <w:t>[….….]</w:t>
      </w:r>
    </w:p>
    <w:p>
      <w:r>
        <w:t>[…]</w:t>
      </w:r>
    </w:p>
    <w:p>
      <w:r>
        <w:t>Nu, {..}..</w:t>
      </w:r>
    </w:p>
    <w:p>
      <w:r>
        <w:t>[Shalom aleichem, this is Shimon]</w:t>
      </w:r>
    </w:p>
    <w:p>
      <w:r>
        <w:t>“'Mifter, pifter,' but does he have a livelihood?”</w:t>
      </w:r>
    </w:p>
    <w:p>
      <w:r>
        <w:t>[………]</w:t>
      </w:r>
    </w:p>
    <w:p>
      <w:r>
        <w:t>[…..….]…</w:t>
      </w:r>
    </w:p>
    <w:p>
      <w:r>
        <w:t>...[Rabin, he approached the Deputy Minister of Religious Affairs]</w:t>
      </w:r>
    </w:p>
    <w:p>
      <w:r>
        <w:t>Rabin?</w:t>
      </w:r>
    </w:p>
    <w:p>
      <w:r>
        <w:t>[Rabin approached the Deputy Minister of Religious Affairs]</w:t>
      </w:r>
    </w:p>
    <w:p>
      <w:r>
        <w:t>Yes</w:t>
      </w:r>
    </w:p>
    <w:p>
      <w:r>
        <w:t>[So that he will deal with it, Rabin approached his deputy, a religious one, to deal with it</w:t>
      </w:r>
    </w:p>
    <w:p>
      <w:r>
        <w:t>His name is Rafael Pinchasi, Rafael Pinchasi]</w:t>
      </w:r>
    </w:p>
    <w:p>
      <w:r>
        <w:t>Huh?</w:t>
      </w:r>
    </w:p>
    <w:p>
      <w:r>
        <w:t>[His name is Rafael Pinchasi]…</w:t>
      </w:r>
    </w:p>
    <w:p>
      <w:r>
        <w:br w:type="page"/>
      </w:r>
    </w:p>
    <w:p>
      <w:pPr>
        <w:pStyle w:val="Heading1"/>
      </w:pPr>
      <w:r>
        <w:t>Tape 30</w:t>
      </w:r>
    </w:p>
    <w:p>
      <w:pPr>
        <w:pStyle w:val="Heading2"/>
      </w:pPr>
      <w:r>
        <w:t>Side A (Aleph)</w:t>
      </w:r>
    </w:p>
    <w:p>
      <w:r>
        <w:t>...{…..} in Hashem, blessed be He, and the Torah</w:t>
      </w:r>
    </w:p>
    <w:p>
      <w:r>
        <w:t>But free choice still, still, still, uh.. Mashiach has not come yet?</w:t>
      </w:r>
    </w:p>
    <w:p>
      <w:r>
        <w:t>{So that.. if there were no distances, Mashiach comes, . . .}</w:t>
      </w:r>
    </w:p>
    <w:p>
      <w:r>
        <w:t>{When they see he will come}, then there will be another world, a new world, a world of Rabbainu</w:t>
      </w:r>
    </w:p>
    <w:p>
      <w:r>
        <w:t>Such a world, a new world</w:t>
      </w:r>
    </w:p>
    <w:p>
      <w:r>
        <w:t>There are signs about, about the future, a sign</w:t>
      </w:r>
    </w:p>
    <w:p>
      <w:r>
        <w:t>But there will be another world, all the heretics and all the wicked will return to Hashem and to the Torah</w:t>
      </w:r>
    </w:p>
    <w:p>
      <w:r>
        <w:t>And they will accept the yoke of the Torah, and will merit such faith as there has not been since the days of the world</w:t>
      </w:r>
    </w:p>
    <w:p>
      <w:r>
        <w:t>The holy Rabbainu reveals and draws down {one light}…</w:t>
      </w:r>
    </w:p>
    <w:p>
      <w:r>
        <w:t>...that has never been, this is all, all the delights, all..</w:t>
      </w:r>
    </w:p>
    <w:p>
      <w:r>
        <w:t>Perhaps, {perhaps} I will merit?</w:t>
      </w:r>
    </w:p>
    <w:p>
      <w:r>
        <w:t>'Fortunate are we,' 'fortunate are we' is without, without measure</w:t>
      </w:r>
    </w:p>
    <w:p>
      <w:r>
        <w:t>Such a 'fortunate are we,' I remember the 'fortunate are we' from, from eighty years ago</w:t>
      </w:r>
    </w:p>
    <w:p>
      <w:r>
        <w:t>Rav Shlomo Wexler.. he, he, he had such words about Rabbainu</w:t>
      </w:r>
    </w:p>
    <w:p>
      <w:r>
        <w:t>But it was not revealed until after, after..</w:t>
      </w:r>
    </w:p>
    <w:p>
      <w:r>
        <w:t>I did not know, I did not, did not know what this was</w:t>
      </w:r>
    </w:p>
    <w:p>
      <w:r>
        <w:t>This is a matter, Rebbe Yisroel (Kardonner) and I—it was such a wondrous matter, which was the beginning of the Redemption</w:t>
      </w:r>
    </w:p>
    <w:p>
      <w:r>
        <w:t>Nu, what…</w:t>
      </w:r>
    </w:p>
    <w:p>
      <w:r>
        <w:t>...nu, uh</w:t>
      </w:r>
    </w:p>
    <w:p>
      <w:r>
        <w:t>[Did Rebbe Shlomo Wexler know Rebbe Yisroel (Kardonner)?]</w:t>
      </w:r>
    </w:p>
    <w:p>
      <w:r>
        <w:t>Huh?</w:t>
      </w:r>
    </w:p>
    <w:p>
      <w:r>
        <w:t>[Did Rebbe Shlomo Wexler know Rebbe Yisroel (Kardonner)?]</w:t>
      </w:r>
    </w:p>
    <w:p>
      <w:r>
        <w:t>Rebbe Yisroel (Kardonner)? Yo, Rebbe Yisroel (Kardonner)</w:t>
      </w:r>
    </w:p>
    <w:p>
      <w:r>
        <w:t>He came to me, he came to me, to Teveria, and all, all of Teveria was, was weeping, they would say:</w:t>
      </w:r>
    </w:p>
    <w:p>
      <w:r>
        <w:t>"Yisroel Ber became Breslov, and Rebbe Yisroel (Kardonner) is a danger"</w:t>
      </w:r>
    </w:p>
    <w:p>
      <w:r>
        <w:t>But, but they had fear of Heaven, they had {awe}</w:t>
      </w:r>
    </w:p>
    <w:p>
      <w:r>
        <w:t>They said, they all said, that he was a wondrous man</w:t>
      </w:r>
    </w:p>
    <w:p>
      <w:r>
        <w:t>And he too was attached to Rabbainu with such faith, with such a light as had not yet been in the world</w:t>
      </w:r>
    </w:p>
    <w:p>
      <w:r>
        <w:t>And now we are close and near to the Redemption</w:t>
      </w:r>
    </w:p>
    <w:p>
      <w:r>
        <w:t>[…..…]</w:t>
      </w:r>
    </w:p>
    <w:p>
      <w:r>
        <w:t>[……..]</w:t>
      </w:r>
    </w:p>
    <w:p>
      <w:r>
        <w:t>Until today it was.. the Redemption was in "Mashiach, Mashiach"</w:t>
      </w:r>
    </w:p>
    <w:p>
      <w:r>
        <w:t>Today it has changed, today it is "Na Na Ch"</w:t>
      </w:r>
    </w:p>
    <w:p>
      <w:r>
        <w:t>And until today it was, the talk was "Mashiach, Mashiach, Mashiach," and today it is "Na Na Ch"</w:t>
      </w:r>
    </w:p>
    <w:p>
      <w:r>
        <w:t>[…]</w:t>
      </w:r>
    </w:p>
    <w:p>
      <w:r>
        <w:t>The holy Ari, the holy Ari, he, he, he too did not know, did not know of Rabbainu</w:t>
      </w:r>
    </w:p>
    <w:p>
      <w:r>
        <w:t>This is such a wondrous matter, the likes of which has never been, entirely new</w:t>
      </w:r>
    </w:p>
    <w:p>
      <w:r>
        <w:t>{What..}, and the more time passes, I see more, I see that this is our matter</w:t>
      </w:r>
    </w:p>
    <w:p>
      <w:r>
        <w:t>Mine and Rebbe Yisroel (Kardonner)'s, the bond that we had, was, this was the beginning of the Redemption</w:t>
      </w:r>
    </w:p>
    <w:p>
      <w:r>
        <w:t>What happened, every day there was an uproar, there was trembling, "He.. Yisroel Ber became Breslov!"</w:t>
      </w:r>
    </w:p>
    <w:p>
      <w:r>
        <w:t>We were two, in Teveria and Tzfas, and we were able, we would travel to Meron</w:t>
      </w:r>
    </w:p>
    <w:p>
      <w:r>
        <w:t>The two of us, only the two of us</w:t>
      </w:r>
    </w:p>
    <w:p>
      <w:r>
        <w:t>And the whole world {the whole world} were opponents, the whole world against Breslov</w:t>
      </w:r>
    </w:p>
    <w:p>
      <w:r>
        <w:t>And we were only two against the whole world</w:t>
      </w:r>
    </w:p>
    <w:p>
      <w:r>
        <w:t>But I did not know what this was, I only knew that Rebbe Yisroel (Kardonner) came to Teveria and a great uproar arose</w:t>
      </w:r>
    </w:p>
    <w:p>
      <w:r>
        <w:t>But Rebbe Yisroel (Kardonner) was such a mighty man, that he stood against great men and against the whole world</w:t>
      </w:r>
    </w:p>
    <w:p>
      <w:r>
        <w:t>He had, he had such wisdom, of Rabbainu of blessed memory, one spark and.. he is against the whole world</w:t>
      </w:r>
    </w:p>
    <w:p>
      <w:r>
        <w:t>Can conquer the whole world, one spark</w:t>
      </w:r>
    </w:p>
    <w:p>
      <w:r>
        <w:t>But we see a change, such changes, that.. the matter of Rabbainu that is now revealed in the world</w:t>
      </w:r>
    </w:p>
    <w:p>
      <w:r>
        <w:t>More than all, than all, more tha.., than now, than all, than all the time</w:t>
      </w:r>
    </w:p>
    <w:p>
      <w:r>
        <w:t>The holy Rabbainu is revealed in the world and he, he rises rises, and..</w:t>
      </w:r>
    </w:p>
    <w:p>
      <w:r>
        <w:t>Rises and rises, and rises, and rises, and rises, yes</w:t>
      </w:r>
    </w:p>
    <w:p>
      <w:r>
        <w:t>These are signs that he will come, that he will come in the world, the holy Rabbainu will be revealed in the world, there will be an entirely new world, oy, what.. who can describe, estimate what was in the world?</w:t>
      </w:r>
    </w:p>
    <w:p>
      <w:r>
        <w:t>The whole world were, were talking of Breslov, and Breslov, and Breslov</w:t>
      </w:r>
    </w:p>
    <w:p>
      <w:r>
        <w:t>{This..}</w:t>
      </w:r>
    </w:p>
    <w:p>
      <w:r>
        <w:t>I did not know what this was, why they..</w:t>
      </w:r>
    </w:p>
    <w:p>
      <w:r>
        <w:t>But the beginning was from this, that Hashem, blessed be He, brought it about that a bond was formed between Rebbe Yisroel (Kardonner) and me</w:t>
      </w:r>
    </w:p>
    <w:p>
      <w:r>
        <w:t>He came from Chevron, from Yerushalayim, he came to me, to Meron</w:t>
      </w:r>
    </w:p>
    <w:p>
      <w:r>
        <w:t>I did not have to travel to him, so he, he came to me</w:t>
      </w:r>
    </w:p>
    <w:p>
      <w:r>
        <w:t>The time of the Redemption arrived, I received a note:</w:t>
      </w:r>
    </w:p>
    <w:p>
      <w:r>
        <w:t>"The time of the Redemption is very near"</w:t>
      </w:r>
    </w:p>
    <w:p>
      <w:r>
        <w:t>In these words:</w:t>
      </w:r>
    </w:p>
    <w:p>
      <w:r>
        <w:t>"The time of the Redemption is very near"</w:t>
      </w:r>
    </w:p>
    <w:p>
      <w:r>
        <w:t>The essence of the Redemption is that Rabbainu will be revealed in the world, this is the essence of the tidings of the Redemption</w:t>
      </w:r>
    </w:p>
    <w:p>
      <w:r>
        <w:t>Without Rabbainu, there is nothing to talk about</w:t>
      </w:r>
    </w:p>
    <w:p>
      <w:r>
        <w:t>And now Hashem, blessed be He, has performed miracles and wonders, that the whole world is talking of Rabbainu</w:t>
      </w:r>
    </w:p>
    <w:p>
      <w:r>
        <w:t>Only Rabbainu, Rabbainu, Rabbainu, Rabbainu</w:t>
      </w:r>
    </w:p>
    <w:p>
      <w:r>
        <w:t>The opponents are ashamed before us, they are very ashamed:</w:t>
      </w:r>
    </w:p>
    <w:p>
      <w:r>
        <w:t>"What is this? Breslov?"</w:t>
      </w:r>
    </w:p>
    <w:p>
      <w:r>
        <w:t>{…}, I did not know what this was, there was a great uproar throughout the whole world from this, from our bond</w:t>
      </w:r>
    </w:p>
    <w:p>
      <w:r>
        <w:t>The opposition was very strong, and we did not know what this was</w:t>
      </w:r>
    </w:p>
    <w:p>
      <w:r>
        <w:t>This.. blessed is Hashem</w:t>
      </w:r>
    </w:p>
    <w:p>
      <w:r>
        <w:t>I opened a book, and there was a piece of paper there, and on it was written thus:</w:t>
      </w:r>
    </w:p>
    <w:p>
      <w:r>
        <w:t>"The time of the Redemption is very near"</w:t>
      </w:r>
    </w:p>
    <w:p>
      <w:r>
        <w:t>The Redemption, it does not, "the coming of Mashiach” is not mentioned, "the Redemption”</w:t>
      </w:r>
    </w:p>
    <w:p>
      <w:r>
        <w:t>Thus it was written {on this} piece of paper: "The time of the Redemption..",</w:t>
      </w:r>
    </w:p>
    <w:p>
      <w:r>
        <w:t>Four words: "The time of the Redemption is very near"</w:t>
      </w:r>
    </w:p>
    <w:p>
      <w:r>
        <w:t>What is this? A noise of, of, of, of airplanes?</w:t>
      </w:r>
    </w:p>
    <w:p>
      <w:r>
        <w:t>[Yes]</w:t>
      </w:r>
    </w:p>
    <w:p>
      <w:r>
        <w:t>No, you do not hear?</w:t>
      </w:r>
    </w:p>
    <w:p>
      <w:r>
        <w:t>[Yes, yes, a noise of airplanes]</w:t>
      </w:r>
    </w:p>
    <w:p>
      <w:r>
        <w:t>[………]</w:t>
      </w:r>
    </w:p>
    <w:p>
      <w:r>
        <w:t>[……...]</w:t>
      </w:r>
    </w:p>
    <w:p>
      <w:r>
        <w:t>The secular, the wicked, the heretics became, became.. fell, their power fell</w:t>
      </w:r>
    </w:p>
    <w:p>
      <w:r>
        <w:t>And they see that they are nothing.. against {the….}</w:t>
      </w:r>
    </w:p>
    <w:p>
      <w:r>
        <w:t>[Saba..]</w:t>
      </w:r>
    </w:p>
    <w:p>
      <w:r>
        <w:t>Suddenly, suddenly wonders were wrought, thus and thus, and thus, {…}..</w:t>
      </w:r>
    </w:p>
    <w:p>
      <w:r>
        <w:t>[Saba, and did Rebbe Shimon bar Yochai know of Rabbainu?]</w:t>
      </w:r>
    </w:p>
    <w:p>
      <w:r>
        <w:t>Ah?</w:t>
      </w:r>
    </w:p>
    <w:p>
      <w:r>
        <w:t>[Did Rebbe Shimon bar Yochai know of Rabbainu?]</w:t>
      </w:r>
    </w:p>
    <w:p>
      <w:r>
        <w:t>You ask such things that do not need to be asked</w:t>
      </w:r>
    </w:p>
    <w:p>
      <w:r>
        <w:t>And he is above, above all the tzaddikim, above every.. such a light had not yet been in the world</w:t>
      </w:r>
    </w:p>
    <w:p>
      <w:r>
        <w:t>And that had not been, Rebbe Shimon and no tzaddik and all the Torah did not have it, {no, then it was}, it was closed and was opened, it was closed, and..</w:t>
      </w:r>
    </w:p>
    <w:p>
      <w:r>
        <w:t>It is impossible for him, "In Breslov? No," the whole world: "Breslov? No"...</w:t>
      </w:r>
    </w:p>
    <w:p>
      <w:r>
        <w:t>...I was in Teveria, and it did not enter my mind to travel to Yerushalayim, for what?</w:t>
      </w:r>
    </w:p>
    <w:p>
      <w:r>
        <w:t>{It was}.. and it did not enter my mind to travel to Yerushalayim</w:t>
      </w:r>
    </w:p>
    <w:p>
      <w:r>
        <w:t>Then Rebbe Yisroel (Kardonner) came, he came to Teveria, and what happened happened</w:t>
      </w:r>
    </w:p>
    <w:p>
      <w:r>
        <w:t>And there became, and there became a great fire up to the heavens</w:t>
      </w:r>
    </w:p>
    <w:p>
      <w:r>
        <w:t>"There are already two? Rebbe Yisroel (Kardonner) and Yisroel Ber, this is a great danger"</w:t>
      </w:r>
    </w:p>
    <w:p>
      <w:r>
        <w:t>Fear fell upon them, all the great and famous opponents</w:t>
      </w:r>
    </w:p>
    <w:p>
      <w:r>
        <w:t>Perhaps we will go to.. call.. go to Tzipora</w:t>
      </w:r>
    </w:p>
    <w:p>
      <w:r>
        <w:t>But we need someone who knows how, how to get to Tzipora</w:t>
      </w:r>
    </w:p>
    <w:p>
      <w:r>
        <w:t>I think that Uri, Uri, Uri from Meron knows, he, he knows how to get to Tzipora, {..}</w:t>
      </w:r>
    </w:p>
    <w:p>
      <w:r>
        <w:t>[Rebbe Yisroel, Tzipora called]</w:t>
      </w:r>
    </w:p>
    <w:p>
      <w:r>
        <w:t>Ah?</w:t>
      </w:r>
    </w:p>
    <w:p>
      <w:r>
        <w:t>[Tzipora called, and she sends you her regards]</w:t>
      </w:r>
    </w:p>
    <w:p>
      <w:r>
        <w:t>Who?</w:t>
      </w:r>
    </w:p>
    <w:p>
      <w:r>
        <w:t>[Tzipora]</w:t>
      </w:r>
    </w:p>
    <w:p>
      <w:r>
        <w:t>Tzipora?</w:t>
      </w:r>
    </w:p>
    <w:p>
      <w:r>
        <w:t>[Yes, she called on the telephone]</w:t>
      </w:r>
    </w:p>
    <w:p>
      <w:r>
        <w:t>On the telephone</w:t>
      </w:r>
    </w:p>
    <w:p>
      <w:r>
        <w:t>[Yes]</w:t>
      </w:r>
    </w:p>
    <w:p>
      <w:r>
        <w:t>We need, we need to call her to come here, or I will come to her</w:t>
      </w:r>
    </w:p>
    <w:p>
      <w:r>
        <w:t>That she should come here is better</w:t>
      </w:r>
    </w:p>
    <w:p>
      <w:r>
        <w:t>[……..]</w:t>
      </w:r>
    </w:p>
    <w:p>
      <w:r>
        <w:t>Yes, tell her that I ask her to come here</w:t>
      </w:r>
    </w:p>
    <w:p>
      <w:r>
        <w:t>And bring honey, good honey</w:t>
      </w:r>
    </w:p>
    <w:p>
      <w:r>
        <w:t>Perhaps get their permission for Tzipora to come here</w:t>
      </w:r>
    </w:p>
    <w:p>
      <w:r>
        <w:t>Oy, what came of this, Rebbe Yisroel came to Teveria, Rebbe Yisroel (Kardonner) came to Teveria</w:t>
      </w:r>
    </w:p>
    <w:p>
      <w:r>
        <w:t>You think that.. that he came to Teveria, is this a small matter?</w:t>
      </w:r>
    </w:p>
    <w:p>
      <w:r>
        <w:t>Then it was like traveling farther than America</w:t>
      </w:r>
    </w:p>
    <w:p>
      <w:r>
        <w:t>What? {..}..</w:t>
      </w:r>
    </w:p>
    <w:p>
      <w:r>
        <w:t>[He also had great pains in his body]</w:t>
      </w:r>
    </w:p>
    <w:p>
      <w:r>
        <w:t>[……..]</w:t>
      </w:r>
    </w:p>
    <w:p>
      <w:r>
        <w:t>Nu, call Tzipora, and tell her to come here</w:t>
      </w:r>
    </w:p>
    <w:p>
      <w:r>
        <w:t>And she should tell you.. clearly, when, at what hour she will come, when she will come</w:t>
      </w:r>
    </w:p>
    <w:p>
      <w:r>
        <w:t>[…… yes, yes, baruch Hashem he.. baruch Hashem, yes, yes, yes, yes, and..]</w:t>
      </w:r>
    </w:p>
    <w:p>
      <w:r>
        <w:t>[Rebbe Yisroel, Menachem told me yesterday that all the papers for the.. for Uman, the passport and everything, are with Tzipora] With Tzipora?</w:t>
      </w:r>
    </w:p>
    <w:p>
      <w:r>
        <w:t>[Yes]</w:t>
      </w:r>
    </w:p>
    <w:p>
      <w:r>
        <w:t>[..So perhaps you want me to come with his car, perhaps]</w:t>
      </w:r>
    </w:p>
    <w:p>
      <w:r>
        <w:t>Why are they with Tzipora? They should be with the gabbai</w:t>
      </w:r>
    </w:p>
    <w:p>
      <w:r>
        <w:t>[Yes]</w:t>
      </w:r>
    </w:p>
    <w:p>
      <w:r>
        <w:t>[Ah, yes, yes, yes, yes, so, so in the afternoon? So he wanted to know at what hour, ah, good, good, good] When is Rosh Hashanah?</w:t>
      </w:r>
    </w:p>
    <w:p>
      <w:r>
        <w:t>[Then they travel to Uman…..]</w:t>
      </w:r>
    </w:p>
    <w:p>
      <w:r>
        <w:t>[..Yes, yes, yes, yes, I..]</w:t>
      </w:r>
    </w:p>
    <w:p>
      <w:r>
        <w:t>Ah?</w:t>
      </w:r>
    </w:p>
    <w:p>
      <w:r>
        <w:t>[….…..]</w:t>
      </w:r>
    </w:p>
    <w:p>
      <w:r>
        <w:t>[……...]</w:t>
      </w:r>
    </w:p>
    <w:p>
      <w:r>
        <w:t>[Thursday and Friday, more than a month away]</w:t>
      </w:r>
    </w:p>
    <w:p>
      <w:r>
        <w:t>More than a month away?</w:t>
      </w:r>
    </w:p>
    <w:p>
      <w:r>
        <w:t>[Yes]</w:t>
      </w:r>
    </w:p>
    <w:p>
      <w:r>
        <w:t>[..If you want I will come with the car, yes, so I am waiting for.. for the telephone call, good</w:t>
      </w:r>
    </w:p>
    <w:p>
      <w:r>
        <w:t>Ah.. good, good, good, good, good, good, good.. yes, yes, I know, he has a bus……..</w:t>
      </w:r>
    </w:p>
    <w:p>
      <w:r>
        <w:t>And.. and one moment, yesterday there was someone here who brings the……]</w:t>
      </w:r>
    </w:p>
    <w:p>
      <w:r>
        <w:t>[…..…]</w:t>
      </w:r>
    </w:p>
    <w:p>
      <w:r>
        <w:t>[It was Mordechai, he brought… yes, yes, yes..]</w:t>
      </w:r>
    </w:p>
    <w:p>
      <w:r>
        <w:t>[…..…]</w:t>
      </w:r>
    </w:p>
    <w:p>
      <w:r>
        <w:t>[Good, good, thank you very much.. what? He ate, yes, yes.. good..</w:t>
      </w:r>
    </w:p>
    <w:p>
      <w:r>
        <w:t>She needs to return b.. today or tomorrow, yes, with Hashem's help, with Hashem's help</w:t>
      </w:r>
    </w:p>
    <w:p>
      <w:r>
        <w:t>Good, all the best, thank you very much]</w:t>
      </w:r>
    </w:p>
    <w:p>
      <w:r>
        <w:t>Did you speak with Tzipora?</w:t>
      </w:r>
    </w:p>
    <w:p>
      <w:r>
        <w:t>[Yes, Saba, I spoke with her, and she told me that in the morning she is busy</w:t>
      </w:r>
    </w:p>
    <w:p>
      <w:r>
        <w:t>But in the afternoon, with Hashem's help, she will come]</w:t>
      </w:r>
    </w:p>
    <w:p>
      <w:r>
        <w:t>Yes?</w:t>
      </w:r>
    </w:p>
    <w:p>
      <w:r>
        <w:t>[Yes, yes, with Hashem's help]</w:t>
      </w:r>
    </w:p>
    <w:p>
      <w:r>
        <w:t>Good, she will come here, did you give her the address?</w:t>
      </w:r>
    </w:p>
    <w:p>
      <w:r>
        <w:t>[Yes, yes, but I told her, if you want, I will go bring her here</w:t>
      </w:r>
    </w:p>
    <w:p>
      <w:r>
        <w:t>with the car, because it is hard for her, two buses is hard, Saba]</w:t>
      </w:r>
    </w:p>
    <w:p>
      <w:r>
        <w:t>It is hard for her</w:t>
      </w:r>
    </w:p>
    <w:p>
      <w:r>
        <w:t>[Yes, it is two buses, so if you want I can go bring her with the car]</w:t>
      </w:r>
    </w:p>
    <w:p>
      <w:r>
        <w:t>Do you have a license?</w:t>
      </w:r>
    </w:p>
    <w:p>
      <w:r>
        <w:t>[Yes, Saba, yes]</w:t>
      </w:r>
    </w:p>
    <w:p>
      <w:r>
        <w:t>Ah?</w:t>
      </w:r>
    </w:p>
    <w:p>
      <w:r>
        <w:t>[Yes, Saba..]</w:t>
      </w:r>
    </w:p>
    <w:p>
      <w:r>
        <w:t>[Baruch Hashem]</w:t>
      </w:r>
    </w:p>
    <w:p>
      <w:r>
        <w:t>Since you have a license, perhaps we will go to her?</w:t>
      </w:r>
    </w:p>
    <w:p>
      <w:r>
        <w:t>[Good, good, however you want, Saba, but in the morning I think she is not at home]</w:t>
      </w:r>
    </w:p>
    <w:p>
      <w:r>
        <w:t>Ah? She is not at home</w:t>
      </w:r>
    </w:p>
    <w:p>
      <w:r>
        <w:t>[Yes, yes]</w:t>
      </w:r>
    </w:p>
    <w:p>
      <w:r>
        <w:t>So good, we will wait</w:t>
      </w:r>
    </w:p>
    <w:p>
      <w:r>
        <w:t>[Good, good]</w:t>
      </w:r>
    </w:p>
    <w:p>
      <w:r>
        <w:t>You told her, {….} {when she will be} at home she should notify us</w:t>
      </w:r>
    </w:p>
    <w:p>
      <w:r>
        <w:t>[Yes, yes, Saba, I told her]</w:t>
      </w:r>
    </w:p>
    <w:p>
      <w:r>
        <w:t>[……..]</w:t>
      </w:r>
    </w:p>
    <w:p>
      <w:r>
        <w:t>[Ah]…</w:t>
      </w:r>
    </w:p>
    <w:p>
      <w:r>
        <w:t>...Is this mine? No</w:t>
      </w:r>
    </w:p>
    <w:p>
      <w:r>
        <w:t>The Rabbainu Tam tefillin</w:t>
      </w:r>
    </w:p>
    <w:p>
      <w:r>
        <w:t>[….…]</w:t>
      </w:r>
    </w:p>
    <w:p>
      <w:r>
        <w:t>[…….]…</w:t>
      </w:r>
    </w:p>
    <w:p>
      <w:r>
        <w:t>...[…...…]</w:t>
      </w:r>
    </w:p>
    <w:p>
      <w:r>
        <w:t>[……..….]</w:t>
      </w:r>
    </w:p>
    <w:p>
      <w:r>
        <w:t>Ah</w:t>
      </w:r>
    </w:p>
    <w:p>
      <w:r>
        <w:t>Ah, the belt…</w:t>
      </w:r>
    </w:p>
    <w:p>
      <w:r>
        <w:t>...[…….]</w:t>
      </w:r>
    </w:p>
    <w:p>
      <w:r>
        <w:t>[………]</w:t>
      </w:r>
    </w:p>
    <w:p>
      <w:r>
        <w:t>Rebbe Yisroel passed away, and I remained alone</w:t>
      </w:r>
    </w:p>
    <w:p>
      <w:r>
        <w:t>I received from Rebbe Yisroel what Breslov is and what Rabbainu is</w:t>
      </w:r>
    </w:p>
    <w:p>
      <w:r>
        <w:t>[………]</w:t>
      </w:r>
    </w:p>
    <w:p>
      <w:r>
        <w:t>[…..….]</w:t>
      </w:r>
    </w:p>
    <w:p>
      <w:r>
        <w:t>Nu</w:t>
      </w:r>
    </w:p>
    <w:p>
      <w:r>
        <w:t>[Saba]</w:t>
      </w:r>
    </w:p>
    <w:p>
      <w:r>
        <w:t>[………]</w:t>
      </w:r>
    </w:p>
    <w:p>
      <w:r>
        <w:t>{Azoy}</w:t>
      </w:r>
    </w:p>
    <w:p>
      <w:r>
        <w:t>[………]</w:t>
      </w:r>
    </w:p>
    <w:p>
      <w:r>
        <w:t>[….…..]</w:t>
      </w:r>
    </w:p>
    <w:p>
      <w:r>
        <w:t>I did not know what it was, he came from Meron to Teveria, but I did not know what it was</w:t>
      </w:r>
    </w:p>
    <w:p>
      <w:r>
        <w:t>From this there became.. I {..} became connected to Rebbe Yisroel and from this there was an uproar throughout the whole world: […….]</w:t>
      </w:r>
    </w:p>
    <w:p>
      <w:r>
        <w:t>{}, "Yisroel Ber became Breslov, he, he became connected with Rebbe Yisroel (Kardonner)" nu, nu, nu</w:t>
      </w:r>
    </w:p>
    <w:p>
      <w:r>
        <w:t>[…]</w:t>
      </w:r>
    </w:p>
    <w:p>
      <w:r>
        <w:t>Nu, and I wanted..</w:t>
      </w:r>
    </w:p>
    <w:p>
      <w:r>
        <w:t>[……..…]</w:t>
      </w:r>
    </w:p>
    <w:p>
      <w:r>
        <w:t>[…]</w:t>
      </w:r>
    </w:p>
    <w:p>
      <w:r>
        <w:t>Oy, there was a great uproar throughout the whole world:</w:t>
      </w:r>
    </w:p>
    <w:p>
      <w:r>
        <w:t>"Yisroel Ber became Breslov"</w:t>
      </w:r>
    </w:p>
    <w:p>
      <w:r>
        <w:t>There was an uproar throughout the whole world</w:t>
      </w:r>
    </w:p>
    <w:p>
      <w:r>
        <w:t>Here in Eretz Yisroel, in Teveria there was a resurrection of the dead</w:t>
      </w:r>
    </w:p>
    <w:p>
      <w:r>
        <w:t>My mother passed away from the magnitude of her anguish that I became Breslov</w:t>
      </w:r>
    </w:p>
    <w:p>
      <w:r>
        <w:t>[……….]</w:t>
      </w:r>
    </w:p>
    <w:p>
      <w:r>
        <w:t>[……….]...</w:t>
      </w:r>
    </w:p>
    <w:p>
      <w:r>
        <w:t>...Ah?</w:t>
      </w:r>
    </w:p>
    <w:p>
      <w:r>
        <w:t>[David heard that Mashiach is coming]</w:t>
      </w:r>
    </w:p>
    <w:p>
      <w:r>
        <w:t>Who, who heard?</w:t>
      </w:r>
    </w:p>
    <w:p>
      <w:r>
        <w:t>[David]</w:t>
      </w:r>
    </w:p>
    <w:p>
      <w:r>
        <w:t>[You told us that Mashiach..]</w:t>
      </w:r>
    </w:p>
    <w:p>
      <w:r>
        <w:t>David?</w:t>
      </w:r>
    </w:p>
    <w:p>
      <w:r>
        <w:t>[Saba..]</w:t>
      </w:r>
    </w:p>
    <w:p>
      <w:r>
        <w:t>David, which David?</w:t>
      </w:r>
    </w:p>
    <w:p>
      <w:r>
        <w:t>[Aviva's son]</w:t>
      </w:r>
    </w:p>
    <w:p>
      <w:r>
        <w:t>Aviva's son, he heard that Mashiach is coming, from whom did he hear?</w:t>
      </w:r>
    </w:p>
    <w:p>
      <w:r>
        <w:t>[From you.. I heard that he is with Rebbe Yisroel Ber Odesser]</w:t>
      </w:r>
    </w:p>
    <w:p>
      <w:r>
        <w:t>The president gave my name, Y'isroel B'er O'desser, this is "Ibei HaNahal"</w:t>
      </w:r>
    </w:p>
    <w:p>
      <w:r>
        <w:t>The whole world {knows}, it, it is printed this way in the book, that Shazar said:</w:t>
      </w:r>
    </w:p>
    <w:p>
      <w:r>
        <w:t>"The name of the book will be "Ibei HaNahal," because "Ibei" is Y'isroel B'er O'desser"</w:t>
      </w:r>
    </w:p>
    <w:p>
      <w:r>
        <w:t>Yes, so it is written in the introduction to the book</w:t>
      </w:r>
    </w:p>
    <w:p>
      <w:r>
        <w:t>[………]</w:t>
      </w:r>
    </w:p>
    <w:p>
      <w:r>
        <w:t>[……...]</w:t>
      </w:r>
    </w:p>
    <w:p>
      <w:r>
        <w:t>[Rebbe Yisroel, they, they want the story of the 'seventh beggar']</w:t>
      </w:r>
    </w:p>
    <w:p>
      <w:r>
        <w:t>You..? {..}..</w:t>
      </w:r>
    </w:p>
    <w:p>
      <w:r>
        <w:t>[The world wants, he wants the story of the 'seventh beggar']</w:t>
      </w:r>
    </w:p>
    <w:p>
      <w:r>
        <w:t>The 'seventh beggar' will be told by Mashiach</w:t>
      </w:r>
    </w:p>
    <w:p>
      <w:r>
        <w:t>Such "Stories of Ancient Times" had not yet been in the world, this is only of Mashiach</w:t>
      </w:r>
    </w:p>
    <w:p>
      <w:r>
        <w:t>Such "Stories of Ancient Times"</w:t>
      </w:r>
    </w:p>
    <w:p>
      <w:r>
        <w:t>How the couple had their wedding from the king's feast, from, from the king's birthday</w:t>
      </w:r>
    </w:p>
    <w:p>
      <w:r>
        <w:t>They took everything that remained from the feast, and with this they made the chuppah and the wedding</w:t>
      </w:r>
    </w:p>
    <w:p>
      <w:r>
        <w:t>[And they did it in a pit, in some pit]</w:t>
      </w:r>
    </w:p>
    <w:p>
      <w:r>
        <w:t>Oy vey, the legs, ah...</w:t>
      </w:r>
    </w:p>
    <w:p>
      <w:r>
        <w:t>...{….} very much to study poskim every day, "Shulchan Aruch" every, every day</w:t>
      </w:r>
    </w:p>
    <w:p>
      <w:r>
        <w:t>And if he has no time, at least he should study some, some section</w:t>
      </w:r>
    </w:p>
    <w:p>
      <w:r>
        <w:t>[Yes]</w:t>
      </w:r>
    </w:p>
    <w:p>
      <w:r>
        <w:t>Even if he does not, does not hold there, only some, some thing</w:t>
      </w:r>
    </w:p>
    <w:p>
      <w:r>
        <w:t>Because the "Shulchan Aruch" is the soul's benefit, the foundation of Judaism</w:t>
      </w:r>
    </w:p>
    <w:p>
      <w:r>
        <w:t>And there is also genius in it, he was very proficient in all, all the holy books and the poskim, the tzaddikim, yes, one sees in his commentary that he was very proficient in all the books</w:t>
      </w:r>
    </w:p>
    <w:p>
      <w:r>
        <w:t>In all the books of, of the holy tzaddikim, the geonim</w:t>
      </w:r>
    </w:p>
    <w:p>
      <w:r>
        <w:t>But he did not merit, there was some deficiency in him, that he was not Ashkenazi</w:t>
      </w:r>
    </w:p>
    <w:p>
      <w:r>
        <w:t>Ashkenazim have more intellect and heart, and a warmer heart, yes</w:t>
      </w:r>
    </w:p>
    <w:p>
      <w:r>
        <w:t>For Torah, for..</w:t>
      </w:r>
    </w:p>
    <w:p>
      <w:r>
        <w:t>[But he was Ashkenazi]</w:t>
      </w:r>
    </w:p>
    <w:p>
      <w:r>
        <w:t>Huh?</w:t>
      </w:r>
    </w:p>
    <w:p>
      <w:r>
        <w:t>[He was from Ashkenaz, no? He was..]</w:t>
      </w:r>
    </w:p>
    <w:p>
      <w:r>
        <w:t>Ashkenazi? No</w:t>
      </w:r>
    </w:p>
    <w:p>
      <w:r>
        <w:t>[From Hungary]</w:t>
      </w:r>
    </w:p>
    <w:p>
      <w:r>
        <w:t>The 'Beis Yosef'?</w:t>
      </w:r>
    </w:p>
    <w:p>
      <w:r>
        <w:t>[No, the 'Beis Yosef,' I am talking about Rabbi Shlomo Ganzfried?]</w:t>
      </w:r>
    </w:p>
    <w:p>
      <w:r>
        <w:t>Huh?</w:t>
      </w:r>
    </w:p>
    <w:p>
      <w:r>
        <w:t>[Rabbi Shlomo Ganzfried, the author of the "Kitzur Shulchan Aruch"]</w:t>
      </w:r>
    </w:p>
    <w:p>
      <w:r>
        <w:t>Ah</w:t>
      </w:r>
    </w:p>
    <w:p>
      <w:r>
        <w:t>[He was Ashkenazi]</w:t>
      </w:r>
    </w:p>
    <w:p>
      <w:r>
        <w:t>The author of the "Shulchan Aruch"—we see, we see that all, all the Jewish people</w:t>
      </w:r>
    </w:p>
    <w:p>
      <w:r>
        <w:t>[Yes]</w:t>
      </w:r>
    </w:p>
    <w:p>
      <w:r>
        <w:t>accepted him</w:t>
      </w:r>
    </w:p>
    <w:p>
      <w:r>
        <w:t>[The Sephardim as well?]</w:t>
      </w:r>
    </w:p>
    <w:p>
      <w:r>
        <w:t>The Sephardim as well</w:t>
      </w:r>
    </w:p>
    <w:p>
      <w:r>
        <w:t>[Yes, I understood; was he Ashkenazi?]</w:t>
      </w:r>
    </w:p>
    <w:p>
      <w:r>
        <w:t>Huh? He was Sephardi</w:t>
      </w:r>
    </w:p>
    <w:p>
      <w:r>
        <w:t>[No, the author of the "Kitzur," the "Kitzur Shulchan Aruch"?] Ah, the "Kitzur Shulchan Aruch" was Ashkenazi..</w:t>
      </w:r>
    </w:p>
    <w:p>
      <w:r>
        <w:t>[Yes]</w:t>
      </w:r>
    </w:p>
    <w:p>
      <w:r>
        <w:t>Ganzfried, Ganzfried</w:t>
      </w:r>
    </w:p>
    <w:p>
      <w:r>
        <w:t>[Ganzfried, but everyone also accepted the..]</w:t>
      </w:r>
    </w:p>
    <w:p>
      <w:r>
        <w:t>Huh?</w:t>
      </w:r>
    </w:p>
    <w:p>
      <w:r>
        <w:t>[Everyone accepted the "Kitzur"]</w:t>
      </w:r>
    </w:p>
    <w:p>
      <w:r>
        <w:t>Yes, everyone accepted his "Kitzur"</w:t>
      </w:r>
    </w:p>
    <w:p>
      <w:r>
        <w:t>[The Sephardim too?]</w:t>
      </w:r>
    </w:p>
    <w:p>
      <w:r>
        <w:t>[..]Everyone, all Israel[And is it worthwhile to conduct oneself according to the "Kitzur"?] Huh?[Is it worthwhile to conduct oneself according to the "Kitzur"?] Yes, if only we would be proficient in it [Yes, yes][..]Everyone, all Israel[And is it worthwhile to conduct oneself according to the "Kitzur"?] Huh?[Is it worthwhile to conduct oneself according to the "Kitzur"?] Yes, if only we would be proficient in it [Yes, yes]everyone</w:t>
      </w:r>
    </w:p>
    <w:p>
      <w:r>
        <w:t>[..]</w:t>
      </w:r>
    </w:p>
    <w:p>
      <w:r>
        <w:t>Everyone, all Israel</w:t>
      </w:r>
    </w:p>
    <w:p>
      <w:r>
        <w:t>[And is it worthwhile to conduct oneself according to the "Kitzur"?] Huh?</w:t>
      </w:r>
    </w:p>
    <w:p>
      <w:r>
        <w:t>[Is it worthwhile to conduct oneself according to the "Kitzur"?] Yes, if only we would be proficient in it [Yes, yes]</w:t>
      </w:r>
    </w:p>
    <w:p>
      <w:r>
        <w:t>[..]</w:t>
      </w:r>
    </w:p>
    <w:p>
      <w:r>
        <w:t>Everyone, all Israel</w:t>
      </w:r>
    </w:p>
    <w:p>
      <w:r>
        <w:t>[And is it worthwhile to conduct oneself according to the "Kitzur"?] Huh?</w:t>
      </w:r>
    </w:p>
    <w:p>
      <w:r>
        <w:t>[Is it worthwhile to conduct oneself according to the "Kitzur"?] Yes, if only we would be proficient in it [Yes, yes]</w:t>
      </w:r>
    </w:p>
    <w:p>
      <w:r>
        <w:t>Certainly, it is the foundation of the entire Torah, of the Gemara and of the.. laws, to fulfill [Yes, no, I mean the "Kitzur"]</w:t>
      </w:r>
    </w:p>
    <w:p>
      <w:r>
        <w:t>Huh?</w:t>
      </w:r>
    </w:p>
    <w:p>
      <w:r>
        <w:t>[I mean the "Kitzur"]</w:t>
      </w:r>
    </w:p>
    <w:p>
      <w:r>
        <w:t>Ah, the "Kitzur,"</w:t>
      </w:r>
    </w:p>
    <w:p>
      <w:r>
        <w:t>The "Kitzur" is, he is…</w:t>
      </w:r>
    </w:p>
    <w:p>
      <w:pPr>
        <w:pStyle w:val="Heading2"/>
      </w:pPr>
      <w:r>
        <w:t>Side B (Bais)</w:t>
      </w:r>
    </w:p>
    <w:p>
      <w:r>
        <w:t>...The "Kitzur," he was, he was a genius and a tzaddik</w:t>
      </w:r>
    </w:p>
    <w:p>
      <w:r>
        <w:t>[Yes]</w:t>
      </w:r>
    </w:p>
    <w:p>
      <w:r>
        <w:t>a great one, {….}, the author of the "Kitzur,"</w:t>
      </w:r>
    </w:p>
    <w:p>
      <w:r>
        <w:t>because every Is…</w:t>
      </w:r>
    </w:p>
    <w:p>
      <w:r>
        <w:t>...And if he has no time, he should at least learn some, some section</w:t>
      </w:r>
    </w:p>
    <w:p>
      <w:r>
        <w:t>[Yes]</w:t>
      </w:r>
    </w:p>
    <w:p>
      <w:r>
        <w:t>Even if he is not, is not up to it, just some, some thing</w:t>
      </w:r>
    </w:p>
    <w:p>
      <w:r>
        <w:t>because the "Shulchan Aruch" is the soul's good, the foundation of Judaism</w:t>
      </w:r>
    </w:p>
    <w:p>
      <w:r>
        <w:t>And there is genius in it as well; he was very proficient in all, all the sacred books and the halachic authorities, the tzaddikim, yes</w:t>
      </w:r>
    </w:p>
    <w:p>
      <w:r>
        <w:t>We see in his commentary that he was very proficient in all the books</w:t>
      </w:r>
    </w:p>
    <w:p>
      <w:r>
        <w:t>in all the books of, of the holy tzaddikim, the geniuses</w:t>
      </w:r>
    </w:p>
    <w:p>
      <w:r>
        <w:t>But he did not merit; there was some deficiency in him, that he was not Ashkenazi</w:t>
      </w:r>
    </w:p>
    <w:p>
      <w:r>
        <w:t>Ashkenazim have more intellect and heart, and a warmer heart, yes</w:t>
      </w:r>
    </w:p>
    <w:p>
      <w:r>
        <w:t>for Torah, for..</w:t>
      </w:r>
    </w:p>
    <w:p>
      <w:r>
        <w:t>[But he was Ashkenazi]</w:t>
      </w:r>
    </w:p>
    <w:p>
      <w:r>
        <w:t>Huh?</w:t>
      </w:r>
    </w:p>
    <w:p>
      <w:r>
        <w:t>[He was from Ashkenaz, no? He was..]</w:t>
      </w:r>
    </w:p>
    <w:p>
      <w:r>
        <w:t>Ashkenazi? No</w:t>
      </w:r>
    </w:p>
    <w:p>
      <w:r>
        <w:t>[From Hungary]</w:t>
      </w:r>
    </w:p>
    <w:p>
      <w:r>
        <w:t>The 'Beis Yosef'?</w:t>
      </w:r>
    </w:p>
    <w:p>
      <w:r>
        <w:t>[No, the 'Beis Yosef,' I am talking about Rabbi Shlomo Ganzfried?]</w:t>
      </w:r>
    </w:p>
    <w:p>
      <w:r>
        <w:t>Huh?</w:t>
      </w:r>
    </w:p>
    <w:p>
      <w:r>
        <w:t>[Rabbi Shlomo Ganzfried, the author of the "Kitzur Shulchan Aruch"]</w:t>
      </w:r>
    </w:p>
    <w:p>
      <w:r>
        <w:t>Ah</w:t>
      </w:r>
    </w:p>
    <w:p>
      <w:r>
        <w:t>[He was Ashkenazi]</w:t>
      </w:r>
    </w:p>
    <w:p>
      <w:r>
        <w:t>The author of the "Shulchan Aruch"—we see, we see that all, all the Jewish people</w:t>
      </w:r>
    </w:p>
    <w:p>
      <w:r>
        <w:t>[Yes]</w:t>
      </w:r>
    </w:p>
    <w:p>
      <w:r>
        <w:t>accepted him</w:t>
      </w:r>
    </w:p>
    <w:p>
      <w:r>
        <w:t>[The Sephardim as well?]</w:t>
      </w:r>
    </w:p>
    <w:p>
      <w:r>
        <w:t>The Sephardim as well</w:t>
      </w:r>
    </w:p>
    <w:p>
      <w:r>
        <w:t>[Yes, I understood; was he Ashkenazi?]</w:t>
      </w:r>
    </w:p>
    <w:p>
      <w:r>
        <w:t>Huh? He was Sephardi</w:t>
      </w:r>
    </w:p>
    <w:p>
      <w:r>
        <w:t>[No, the author of the "Kitzur," the "Kitzur Shulchan Aruch"?]</w:t>
      </w:r>
    </w:p>
    <w:p>
      <w:r>
        <w:t>Ah, the "Kitzur Shulchan Aruch" was Ashkenazi..</w:t>
      </w:r>
    </w:p>
    <w:p>
      <w:r>
        <w:t>[Yes]</w:t>
      </w:r>
    </w:p>
    <w:p>
      <w:r>
        <w:t>Ganzfried, Ganzfried</w:t>
      </w:r>
    </w:p>
    <w:p>
      <w:r>
        <w:t>[Ganzfried, but everyone also accepted the..]</w:t>
      </w:r>
    </w:p>
    <w:p>
      <w:r>
        <w:t>Huh?</w:t>
      </w:r>
    </w:p>
    <w:p>
      <w:r>
        <w:t>[Everyone accepted the "Kitzur"]</w:t>
      </w:r>
    </w:p>
    <w:p>
      <w:r>
        <w:t>Yes, everyone accepted his "Kitzur"</w:t>
      </w:r>
    </w:p>
    <w:p>
      <w:r>
        <w:t>[The Sephardim too?]</w:t>
      </w:r>
    </w:p>
    <w:p>
      <w:r>
        <w:t>Everyone</w:t>
      </w:r>
    </w:p>
    <w:p>
      <w:r>
        <w:t>[..]</w:t>
      </w:r>
    </w:p>
    <w:p>
      <w:r>
        <w:t>Everyone, all Israel</w:t>
      </w:r>
    </w:p>
    <w:p>
      <w:r>
        <w:t>[And is it worthwhile to conduct oneself according to the "Kitzur"?]</w:t>
      </w:r>
    </w:p>
    <w:p>
      <w:r>
        <w:t>Huh?</w:t>
      </w:r>
    </w:p>
    <w:p>
      <w:r>
        <w:t>[Is it worthwhile to conduct oneself according to the "Kitzur"?]</w:t>
      </w:r>
    </w:p>
    <w:p>
      <w:r>
        <w:t>Yes, if only we would be proficient in it</w:t>
      </w:r>
    </w:p>
    <w:p>
      <w:r>
        <w:t>[Yes, yes]</w:t>
      </w:r>
    </w:p>
    <w:p>
      <w:r>
        <w:t>Certainly, it is the foundation of the entire Torah, of the Gemara and of the.. laws, to fulfill</w:t>
      </w:r>
    </w:p>
    <w:p>
      <w:r>
        <w:t>[Yes, no, I mean the "Kitzur"]</w:t>
      </w:r>
    </w:p>
    <w:p>
      <w:r>
        <w:t>Huh?</w:t>
      </w:r>
    </w:p>
    <w:p>
      <w:r>
        <w:t>[I mean the "Kitzur"]</w:t>
      </w:r>
    </w:p>
    <w:p>
      <w:r>
        <w:t>Ah, the "Kitzur," the "Kitzur"—he was, he was a genius and a tzaddik</w:t>
      </w:r>
    </w:p>
    <w:p>
      <w:r>
        <w:t>[Yes]</w:t>
      </w:r>
    </w:p>
    <w:p>
      <w:r>
        <w:t>a great one, {….}, the author of the "Kitzur," because all Israel accepted him</w:t>
      </w:r>
    </w:p>
    <w:p>
      <w:r>
        <w:t>[Ah]</w:t>
      </w:r>
    </w:p>
    <w:p>
      <w:r>
        <w:t>All the geniuses, all the great ones, and all.. accepted him</w:t>
      </w:r>
    </w:p>
    <w:p>
      <w:r>
        <w:t>[So we see from this, he was not connected to Rabbainu, but he was also a tzaddik, even so] He was a tzaddik</w:t>
      </w:r>
    </w:p>
    <w:p>
      <w:r>
        <w:t>[..]</w:t>
      </w:r>
    </w:p>
    <w:p>
      <w:r>
        <w:t>Certainly, he lacked, he lacked</w:t>
      </w:r>
    </w:p>
    <w:p>
      <w:r>
        <w:t>[Yes]</w:t>
      </w:r>
    </w:p>
    <w:p>
      <w:r>
        <w:t>some essential thing</w:t>
      </w:r>
    </w:p>
    <w:p>
      <w:r>
        <w:t>[I understand]</w:t>
      </w:r>
    </w:p>
    <w:p>
      <w:r>
        <w:t>in Judaism</w:t>
      </w:r>
    </w:p>
    <w:p>
      <w:r>
        <w:t>[But, but he..]</w:t>
      </w:r>
    </w:p>
    <w:p>
      <w:r>
        <w:t>If he h.., if he had drawn close, the world would have been closer to Hashem, blessed be He</w:t>
      </w:r>
    </w:p>
    <w:p>
      <w:r>
        <w:t>[..]</w:t>
      </w:r>
    </w:p>
    <w:p>
      <w:r>
        <w:t>and more, and more wisdom and more heart and more warmth, yes</w:t>
      </w:r>
    </w:p>
    <w:p>
      <w:r>
        <w:t>The Seph.. this is the holy Baal Shem, the holy Baal Shem is..</w:t>
      </w:r>
    </w:p>
    <w:p>
      <w:r>
        <w:t>All.. we merited the holy Baal Shem, that he should be, uh..</w:t>
      </w:r>
    </w:p>
    <w:p>
      <w:r>
        <w:t>He had a genius and a tzaddik</w:t>
      </w:r>
    </w:p>
    <w:p>
      <w:r>
        <w:t>[The Baal Shem?]</w:t>
      </w:r>
    </w:p>
    <w:p>
      <w:r>
        <w:t>The Baal Shem and..{…} his disciples</w:t>
      </w:r>
    </w:p>
    <w:p>
      <w:r>
        <w:t>[Who? The Baal Shem Tov?]</w:t>
      </w:r>
    </w:p>
    <w:p>
      <w:r>
        <w:t>Yes, yes</w:t>
      </w:r>
    </w:p>
    <w:p>
      <w:r>
        <w:t>[Yes]</w:t>
      </w:r>
    </w:p>
    <w:p>
      <w:r>
        <w:t>All his disciples had ruach hakodesh; they were, they were very holy tzaddikim</w:t>
      </w:r>
    </w:p>
    <w:p>
      <w:r>
        <w:t>The Baal Shem Tov and his disciples</w:t>
      </w:r>
    </w:p>
    <w:p>
      <w:r>
        <w:t>Rabbainu spoke of this; when Rabbainu came from Eretz Yisroel, Rabbainu said:</w:t>
      </w:r>
    </w:p>
    <w:p>
      <w:r>
        <w:t>"That he needs sixty mighty men, like the holy Baal Shem"</w:t>
      </w:r>
    </w:p>
    <w:p>
      <w:r>
        <w:t>The holy Baal Shem had sixty mighty disciples who were.. yes</w:t>
      </w:r>
    </w:p>
    <w:p>
      <w:r>
        <w:t>But the matter of Rabbainu, of blessed memory, it rises above everything</w:t>
      </w:r>
    </w:p>
    <w:p>
      <w:r>
        <w:t>above all the geniuses, above all, above the whole Torah, above, above, above everything</w:t>
      </w:r>
    </w:p>
    <w:p>
      <w:r>
        <w:t>because this was already.. the light of Mashiach, the holy Baal Shem</w:t>
      </w:r>
    </w:p>
    <w:p>
      <w:r>
        <w:t>[...]</w:t>
      </w:r>
    </w:p>
    <w:p>
      <w:r>
        <w:t>Only in comparison with Rabbainu, of blessed memory, everything, everything..</w:t>
      </w:r>
    </w:p>
    <w:p>
      <w:r>
        <w:t>[Nullified]</w:t>
      </w:r>
    </w:p>
    <w:p>
      <w:r>
        <w:t>Nullified, yes</w:t>
      </w:r>
    </w:p>
    <w:p>
      <w:r>
        <w:t>This was the final, complete Redemption, after which there is no exile</w:t>
      </w:r>
    </w:p>
    <w:p>
      <w:r>
        <w:t>Now we feel a little how necessary the Baal Shem Tov was</w:t>
      </w:r>
    </w:p>
    <w:p>
      <w:r>
        <w:t>And his holy disciples—his disciples too were not, were not all the same; there were differences, this.. [Was the Maggid of Mezritch one of the disciples of the Baal Shem Tov?]</w:t>
      </w:r>
    </w:p>
    <w:p>
      <w:r>
        <w:t>Huh?</w:t>
      </w:r>
    </w:p>
    <w:p>
      <w:r>
        <w:t>[The Maggid, the Maggid of Mezritch, the Maggid of Mezritch]</w:t>
      </w:r>
    </w:p>
    <w:p>
      <w:r>
        <w:t>The Maggid of Mezritch</w:t>
      </w:r>
    </w:p>
    <w:p>
      <w:r>
        <w:t>[He was one of the Baal Shem Tov's disciples]</w:t>
      </w:r>
    </w:p>
    <w:p>
      <w:r>
        <w:t>Yes, certainly, certainly</w:t>
      </w:r>
    </w:p>
    <w:p>
      <w:r>
        <w:t>The Maggid of Mezritch was very great, a great tzaddik</w:t>
      </w:r>
    </w:p>
    <w:p>
      <w:r>
        <w:t>He was a disciple of, of.. his principal disciple, of the Baal Shem Tov</w:t>
      </w:r>
    </w:p>
    <w:p>
      <w:r>
        <w:t>[And did he write books?]</w:t>
      </w:r>
    </w:p>
    <w:p>
      <w:r>
        <w:t>Huh?</w:t>
      </w:r>
    </w:p>
    <w:p>
      <w:r>
        <w:t>[Did he author books?]</w:t>
      </w:r>
    </w:p>
    <w:p>
      <w:r>
        <w:t>I do not know; apparently, certainly</w:t>
      </w:r>
    </w:p>
    <w:p>
      <w:r>
        <w:t>Apparently</w:t>
      </w:r>
    </w:p>
    <w:p>
      <w:r>
        <w:t>[Rebbe Yisroel, but, excuse me, regarding the matter of the "Shulchan Aruch," you said that the 'Beis Yosef' was not Ashkenazi, the 'Beis Yosef'] The Baal Shem Tov?</w:t>
      </w:r>
    </w:p>
    <w:p>
      <w:r>
        <w:t>[No, the 'Beis Yosef,' Rabbi Yosef Karo]</w:t>
      </w:r>
    </w:p>
    <w:p>
      <w:r>
        <w:t>Rabbi Yosef Karo, nu</w:t>
      </w:r>
    </w:p>
    <w:p>
      <w:r>
        <w:t>[Yes, he was not Ashkenazi]</w:t>
      </w:r>
    </w:p>
    <w:p>
      <w:r>
        <w:t>He was Sephardi</w:t>
      </w:r>
    </w:p>
    <w:p>
      <w:r>
        <w:t>[Yes, so is that a deficiency?]</w:t>
      </w:r>
    </w:p>
    <w:p>
      <w:r>
        <w:t>Certainly</w:t>
      </w:r>
    </w:p>
    <w:p>
      <w:r>
        <w:t>[Yes? So Rebbe Yisroel, we Sephardim of this generation</w:t>
      </w:r>
    </w:p>
    <w:p>
      <w:r>
        <w:t>need to conduct ourselves according to the "Shulchan Aruch" of the Ashkenazim as well?</w:t>
      </w:r>
    </w:p>
    <w:p>
      <w:r>
        <w:t>According to, according to the 'Beis Yosef' or according to the Rema?]</w:t>
      </w:r>
    </w:p>
    <w:p>
      <w:r>
        <w:t>Yes, yes, so that he should have a connection with the light of the Baal Shem Tov</w:t>
      </w:r>
    </w:p>
    <w:p>
      <w:r>
        <w:t>That, that is a great essential</w:t>
      </w:r>
    </w:p>
    <w:p>
      <w:r>
        <w:t>[But the Baal Shem Tov did not write, he did not write a "Shulchan Aruch"?]…</w:t>
      </w:r>
    </w:p>
    <w:p>
      <w:r>
        <w:t>...He, also his holy disciples, yes</w:t>
      </w:r>
    </w:p>
    <w:p>
      <w:r>
        <w:t>That, that, that is the "Shulchan Aruch"—the disciples of the Baal Shem Tov</w:t>
      </w:r>
    </w:p>
    <w:p>
      <w:r>
        <w:t>[Yes?]</w:t>
      </w:r>
    </w:p>
    <w:p>
      <w:r>
        <w:t>Certainly, they were geniuses, great {very, and.. yes}</w:t>
      </w:r>
    </w:p>
    <w:p>
      <w:r>
        <w:t>[But the disciples of the Baal Shem Tov, they, they made books, books of..]</w:t>
      </w:r>
    </w:p>
    <w:p>
      <w:r>
        <w:t>Huh?</w:t>
      </w:r>
    </w:p>
    <w:p>
      <w:r>
        <w:t>[Halachah? The Rema?]</w:t>
      </w:r>
    </w:p>
    <w:p>
      <w:r>
        <w:t>{. .}, There is between the Rema and.. and.. {...} the 'Beis Yosef' a dispute</w:t>
      </w:r>
    </w:p>
    <w:p>
      <w:r>
        <w:t>[Yes]</w:t>
      </w:r>
    </w:p>
    <w:p>
      <w:r>
        <w:t>There are things..</w:t>
      </w:r>
    </w:p>
    <w:p>
      <w:r>
        <w:t>[Yes]</w:t>
      </w:r>
    </w:p>
    <w:p>
      <w:r>
        <w:t>That are not according to either of them</w:t>
      </w:r>
    </w:p>
    <w:p>
      <w:r>
        <w:t>[Yes, yes, I know, so how do we..]</w:t>
      </w:r>
    </w:p>
    <w:p>
      <w:r>
        <w:t>But we merited</w:t>
      </w:r>
    </w:p>
    <w:p>
      <w:r>
        <w:t>[Yes]</w:t>
      </w:r>
    </w:p>
    <w:p>
      <w:r>
        <w:t>We Ashkenazim merited more than the Sephardim</w:t>
      </w:r>
    </w:p>
    <w:p>
      <w:r>
        <w:t>[Good, I understand, yes]</w:t>
      </w:r>
    </w:p>
    <w:p>
      <w:r>
        <w:t>Because they did not have.. the lights of the Torah, this is..</w:t>
      </w:r>
    </w:p>
    <w:p>
      <w:r>
        <w:t>[..]</w:t>
      </w:r>
    </w:p>
    <w:p>
      <w:r>
        <w:t>This is in several aspects; there are several aspects</w:t>
      </w:r>
    </w:p>
    <w:p>
      <w:r>
        <w:t>[Good, good, and among the Ashkenazim there was a higher aspect?]</w:t>
      </w:r>
    </w:p>
    <w:p>
      <w:r>
        <w:t>Yes</w:t>
      </w:r>
    </w:p>
    <w:p>
      <w:r>
        <w:t>[Good]</w:t>
      </w:r>
    </w:p>
    <w:p>
      <w:r>
        <w:t>Yes, higher, certainly</w:t>
      </w:r>
    </w:p>
    <w:p>
      <w:r>
        <w:t>[Yes, so, Rebbe Yisroel..]</w:t>
      </w:r>
    </w:p>
    <w:p>
      <w:r>
        <w:t>There were tzaddikim, the “Ohr HaChaim”</w:t>
      </w:r>
    </w:p>
    <w:p>
      <w:r>
        <w:t>[Yes]</w:t>
      </w:r>
    </w:p>
    <w:p>
      <w:r>
        <w:t>The “Ohr HaChaim” was... nu, but he was Sephardic</w:t>
      </w:r>
    </w:p>
    <w:p>
      <w:r>
        <w:t>[Yes, yes]</w:t>
      </w:r>
    </w:p>
    <w:p>
      <w:r>
        <w:t>The Sephardim, this is a matter of.. two things</w:t>
      </w:r>
    </w:p>
    <w:p>
      <w:r>
        <w:t>[Yes]</w:t>
      </w:r>
    </w:p>
    <w:p>
      <w:r>
        <w:t>We are one people</w:t>
      </w:r>
    </w:p>
    <w:p>
      <w:r>
        <w:t>[Yes]</w:t>
      </w:r>
    </w:p>
    <w:p>
      <w:r>
        <w:t>{But we fulfilled it\but nevertheless}, there are matters {..} that we do not know</w:t>
      </w:r>
    </w:p>
    <w:p>
      <w:r>
        <w:t>[But, Rebbe Yisroel]</w:t>
      </w:r>
    </w:p>
    <w:p>
      <w:r>
        <w:t>Yo</w:t>
      </w:r>
    </w:p>
    <w:p>
      <w:r>
        <w:t>[What I want to know, I, I was born Sephardic in.. in..]</w:t>
      </w:r>
    </w:p>
    <w:p>
      <w:r>
        <w:t>No, no, no, no</w:t>
      </w:r>
    </w:p>
    <w:p>
      <w:r>
        <w:t>[But I need to conduct myself..]</w:t>
      </w:r>
    </w:p>
    <w:p>
      <w:r>
        <w:t>Ashkenazic</w:t>
      </w:r>
    </w:p>
    <w:p>
      <w:r>
        <w:t>[Yes, good]</w:t>
      </w:r>
    </w:p>
    <w:p>
      <w:r>
        <w:t>Yes</w:t>
      </w:r>
    </w:p>
    <w:p>
      <w:r>
        <w:t>[According to the Rema?]</w:t>
      </w:r>
    </w:p>
    <w:p>
      <w:r>
        <w:t>Yes, yes</w:t>
      </w:r>
    </w:p>
    <w:p>
      <w:r>
        <w:t>[Good, thank you]</w:t>
      </w:r>
    </w:p>
    <w:p>
      <w:r>
        <w:t>Like Rebbe Yisroel, like..</w:t>
      </w:r>
    </w:p>
    <w:p>
      <w:r>
        <w:t>[Good, good]</w:t>
      </w:r>
    </w:p>
    <w:p>
      <w:r>
        <w:t>Our holy Rabbainu</w:t>
      </w:r>
    </w:p>
    <w:p>
      <w:r>
        <w:t>[Good, good, thank you]</w:t>
      </w:r>
    </w:p>
    <w:p>
      <w:r>
        <w:t>Yes, yes, yes..</w:t>
      </w:r>
    </w:p>
    <w:p>
      <w:r>
        <w:t>[Thank you]</w:t>
      </w:r>
    </w:p>
    <w:p>
      <w:r>
        <w:t>Yes, {certainly}, no, no, the time had not yet come for it to be revealed..</w:t>
      </w:r>
    </w:p>
    <w:p>
      <w:r>
        <w:t>[Good, I understand]</w:t>
      </w:r>
    </w:p>
    <w:p>
      <w:r>
        <w:t>Only through.. {. .}</w:t>
      </w:r>
    </w:p>
    <w:p>
      <w:r>
        <w:t>But the light of the Baal Shem Tov already, already..</w:t>
      </w:r>
    </w:p>
    <w:p>
      <w:r>
        <w:t>Before the light of our holy Rabbainu, it is a matter of Mashiach</w:t>
      </w:r>
    </w:p>
    <w:p>
      <w:r>
        <w:t>[Ah]</w:t>
      </w:r>
    </w:p>
    <w:p>
      <w:r>
        <w:t>A matter</w:t>
      </w:r>
    </w:p>
    <w:p>
      <w:r>
        <w:t>[Yes]</w:t>
      </w:r>
    </w:p>
    <w:p>
      <w:r>
        <w:t>Already..</w:t>
      </w:r>
    </w:p>
    <w:p>
      <w:r>
        <w:t>[I understand]</w:t>
      </w:r>
    </w:p>
    <w:p>
      <w:r>
        <w:t>Yes, that all the Sephardim and the Ashkenazim, all of them will nullify themselves, all of them..</w:t>
      </w:r>
    </w:p>
    <w:p>
      <w:r>
        <w:t>[Yes, yes]</w:t>
      </w:r>
    </w:p>
    <w:p>
      <w:r>
        <w:t>Need to receive</w:t>
      </w:r>
    </w:p>
    <w:p>
      <w:r>
        <w:t>[Yes, certainly]</w:t>
      </w:r>
    </w:p>
    <w:p>
      <w:r>
        <w:t>The light</w:t>
      </w:r>
    </w:p>
    <w:p>
      <w:r>
        <w:t>[Rebbe Yisroel, according to the prayer rite, the siddur]</w:t>
      </w:r>
    </w:p>
    <w:p>
      <w:r>
        <w:t>Eh?</w:t>
      </w:r>
    </w:p>
    <w:p>
      <w:r>
        <w:t>[According to the prayer rite]</w:t>
      </w:r>
    </w:p>
    <w:p>
      <w:r>
        <w:t>Ah</w:t>
      </w:r>
    </w:p>
    <w:p>
      <w:r>
        <w:t>[Do the Sephardim also need to pray..]</w:t>
      </w:r>
    </w:p>
    <w:p>
      <w:r>
        <w:t>No, there is the “Shulchan Aruch” for how to conduct oneself</w:t>
      </w:r>
    </w:p>
    <w:p>
      <w:r>
        <w:t>[No, I am ask..]</w:t>
      </w:r>
    </w:p>
    <w:p>
      <w:r>
        <w:t>With, with, with the versions</w:t>
      </w:r>
    </w:p>
    <w:p>
      <w:r>
        <w:t>[Yes]</w:t>
      </w:r>
    </w:p>
    <w:p>
      <w:r>
        <w:t>Yes, but the main thing is that we know that the main thing is the Baal Shem Tov and his students and our holy Rabbainu</w:t>
      </w:r>
    </w:p>
    <w:p>
      <w:r>
        <w:t>[Because the Baal Shem Tov and his students and our holy Rabbainu prayed according to Nusach Sefard?]</w:t>
      </w:r>
    </w:p>
    <w:p>
      <w:r>
        <w:t>Eh?</w:t>
      </w:r>
    </w:p>
    <w:p>
      <w:r>
        <w:t>[There is the prayer rite of the Chassidim]</w:t>
      </w:r>
    </w:p>
    <w:p>
      <w:r>
        <w:t>Ah..</w:t>
      </w:r>
    </w:p>
    <w:p>
      <w:r>
        <w:t>[It is not, not so important?]</w:t>
      </w:r>
    </w:p>
    <w:p>
      <w:r>
        <w:t>The main thing was Rabbainu, our holy Rabbainu</w:t>
      </w:r>
    </w:p>
    <w:p>
      <w:r>
        <w:t>He was the soul, {{…}} all the vitality of the Torah, of all the tzaddikim</w:t>
      </w:r>
    </w:p>
    <w:p>
      <w:r>
        <w:t>But our holy Rabbainu, he, he rose above him</w:t>
      </w:r>
    </w:p>
    <w:p>
      <w:r>
        <w:t>[Above everything]</w:t>
      </w:r>
    </w:p>
    <w:p>
      <w:r>
        <w:t>The holy Baal Shem had the merit that he brought Rabbainu into the world</w:t>
      </w:r>
    </w:p>
    <w:p>
      <w:r>
        <w:t>[Ah, the Baal Shem Tov?]</w:t>
      </w:r>
    </w:p>
    <w:p>
      <w:r>
        <w:t>Yes</w:t>
      </w:r>
    </w:p>
    <w:p>
      <w:r>
        <w:t>[He was among his descendants]</w:t>
      </w:r>
    </w:p>
    <w:p>
      <w:r>
        <w:t>He, he was, he was of his seed</w:t>
      </w:r>
    </w:p>
    <w:p>
      <w:r>
        <w:t>[Yes, yes, yes, the daughter of..]</w:t>
      </w:r>
    </w:p>
    <w:p>
      <w:r>
        <w:t>Feiga, Feiga, Feiga was a granddaughter of the Baal Shem Tov</w:t>
      </w:r>
    </w:p>
    <w:p>
      <w:r>
        <w:t>[.…]</w:t>
      </w:r>
    </w:p>
    <w:p>
      <w:r>
        <w:t>Yes</w:t>
      </w:r>
    </w:p>
    <w:p>
      <w:r>
        <w:t>[And Feiga’s mother was, Adel]</w:t>
      </w:r>
    </w:p>
    <w:p>
      <w:r>
        <w:t>The mother of?</w:t>
      </w:r>
    </w:p>
    <w:p>
      <w:r>
        <w:t>[Of Feiga]</w:t>
      </w:r>
    </w:p>
    <w:p>
      <w:r>
        <w:t>The mother of, of our holy Rabbainu</w:t>
      </w:r>
    </w:p>
    <w:p>
      <w:r>
        <w:t>[Yes]</w:t>
      </w:r>
    </w:p>
    <w:p>
      <w:r>
        <w:t>Was Feiga, eh?</w:t>
      </w:r>
    </w:p>
    <w:p>
      <w:r>
        <w:t>[Yes, and Feiga’s mother, that was Adel]</w:t>
      </w:r>
    </w:p>
    <w:p>
      <w:r>
        <w:t>Adel, yes</w:t>
      </w:r>
    </w:p>
    <w:p>
      <w:r>
        <w:t>[The daughter of the Baal Shem Tov]</w:t>
      </w:r>
    </w:p>
    <w:p>
      <w:r>
        <w:t>Yes, yes</w:t>
      </w:r>
    </w:p>
    <w:p>
      <w:r>
        <w:t>[Rebbe Yisroel, but I want to know, the earlier generations of the Ashkenazim, like the Rema—the Rema was before the Baal Shem Tov, the Rema?]</w:t>
      </w:r>
    </w:p>
    <w:p>
      <w:r>
        <w:t>The Rema</w:t>
      </w:r>
    </w:p>
    <w:p>
      <w:r>
        <w:t>[He was, he was before the Baal Shem Tov]</w:t>
      </w:r>
    </w:p>
    <w:p>
      <w:r>
        <w:t>Apparently, yes</w:t>
      </w:r>
    </w:p>
    <w:p>
      <w:r>
        <w:t>[But he also received from his light, ….., because the..]</w:t>
      </w:r>
    </w:p>
    <w:p>
      <w:r>
        <w:t>Only when something greater is revealed, then certainly..</w:t>
      </w:r>
    </w:p>
    <w:p>
      <w:r>
        <w:t>There are matters in this that we..</w:t>
      </w:r>
    </w:p>
    <w:p>
      <w:r>
        <w:t>[Yes]</w:t>
      </w:r>
    </w:p>
    <w:p>
      <w:r>
        <w:t>Do not, do not know</w:t>
      </w:r>
    </w:p>
    <w:p>
      <w:r>
        <w:t>[No, because among the tzaddikim, among the tzaddikim]</w:t>
      </w:r>
    </w:p>
    <w:p>
      <w:r>
        <w:t>Yo, the tzaddikim..</w:t>
      </w:r>
    </w:p>
    <w:p>
      <w:r>
        <w:t>[No..]</w:t>
      </w:r>
    </w:p>
    <w:p>
      <w:r>
        <w:t>The tzaddikim</w:t>
      </w:r>
    </w:p>
    <w:p>
      <w:r>
        <w:t>[No, what I want to know, among the tzaddikim there is no time]</w:t>
      </w:r>
    </w:p>
    <w:p>
      <w:r>
        <w:t>But the main thing today is Rabbainu, it is the Baal Shem Tov and our holy Rabbainu</w:t>
      </w:r>
    </w:p>
    <w:p>
      <w:r>
        <w:t>If this were revealed in the world, it would have been, the whole world would have been tzaddikim</w:t>
      </w:r>
    </w:p>
    <w:p>
      <w:r>
        <w:t>[No, what I wanted to know, among the tzaddikim..]</w:t>
      </w:r>
    </w:p>
    <w:p>
      <w:r>
        <w:t>They, the Sephardim had a deficiency: they did not have the light of the Baal Shem Tov</w:t>
      </w:r>
    </w:p>
    <w:p>
      <w:r>
        <w:t>[Yes]</w:t>
      </w:r>
    </w:p>
    <w:p>
      <w:r>
        <w:t>Nu, this is a matter..</w:t>
      </w:r>
    </w:p>
    <w:p>
      <w:r>
        <w:t>[Yes]</w:t>
      </w:r>
    </w:p>
    <w:p>
      <w:r>
        <w:t>This..</w:t>
      </w:r>
    </w:p>
    <w:p>
      <w:r>
        <w:t>[But now do they need to receive this light?]</w:t>
      </w:r>
    </w:p>
    <w:p>
      <w:r>
        <w:t>Eh?</w:t>
      </w:r>
    </w:p>
    <w:p>
      <w:r>
        <w:t>[The Sephardim of today, they need to receive this light, it is worthwhile]</w:t>
      </w:r>
    </w:p>
    <w:p>
      <w:r>
        <w:t>The Sephardim certainly need, need {….} to fulfill the “Shulchan Aruch” according to the ‘Beis Yosef’</w:t>
      </w:r>
    </w:p>
    <w:p>
      <w:r>
        <w:t>[And not according to the Rema?]</w:t>
      </w:r>
    </w:p>
    <w:p>
      <w:r>
        <w:t>Eh? They, the Sephardim accepted the ‘Beis..’, the ‘Beis Yosef’</w:t>
      </w:r>
    </w:p>
    <w:p>
      <w:r>
        <w:t>[Yes]</w:t>
      </w:r>
    </w:p>
    <w:p>
      <w:r>
        <w:t>The ‘Beis Yosef’ had a little dispute with the.. in several matters</w:t>
      </w:r>
    </w:p>
    <w:p>
      <w:r>
        <w:t>[But today, today when there is Rabbainu?]</w:t>
      </w:r>
    </w:p>
    <w:p>
      <w:r>
        <w:t>Eh?</w:t>
      </w:r>
    </w:p>
    <w:p>
      <w:r>
        <w:t>[..]</w:t>
      </w:r>
    </w:p>
    <w:p>
      <w:r>
        <w:t>Today already, Rabbainu is already, he is already..</w:t>
      </w:r>
    </w:p>
    <w:p>
      <w:r>
        <w:t>[Yes]</w:t>
      </w:r>
    </w:p>
    <w:p>
      <w:r>
        <w:t>Yes</w:t>
      </w:r>
    </w:p>
    <w:p>
      <w:r>
        <w:t>[He is the root of everything]</w:t>
      </w:r>
    </w:p>
    <w:p>
      <w:r>
        <w:t>He encompasses everything</w:t>
      </w:r>
    </w:p>
    <w:p>
      <w:r>
        <w:t>[Yes, but regarding halachah?]</w:t>
      </w:r>
    </w:p>
    <w:p>
      <w:r>
        <w:t>This is {…..}</w:t>
      </w:r>
    </w:p>
    <w:p>
      <w:r>
        <w:t>[What?]</w:t>
      </w:r>
    </w:p>
    <w:p>
      <w:r>
        <w:t>This is the main thing and the foundation and the rule and the main thing, and the main thing of the Torah and Judaism and the.. this is our holy Rabbainu</w:t>
      </w:r>
    </w:p>
    <w:p>
      <w:r>
        <w:t>[Yes, there is no.., yes]</w:t>
      </w:r>
    </w:p>
    <w:p>
      <w:r>
        <w:t>Our holy Rabbainu and his students and his seed, his seed</w:t>
      </w:r>
    </w:p>
    <w:p>
      <w:r>
        <w:t>{...}, it is only our holy Rabbainu who is, he is the seed of the Baal Shem Tov</w:t>
      </w:r>
    </w:p>
    <w:p>
      <w:r>
        <w:t>And he encompasses all.. everything</w:t>
      </w:r>
    </w:p>
    <w:p>
      <w:r>
        <w:t>[But, Rebbe Yisroel, our holy Rabbainu, he did not write a “Shulchan Aruch”</w:t>
      </w:r>
    </w:p>
    <w:p>
      <w:r>
        <w:t>He wanted to, but in the end he did not write a “Shulchan Aruch”?]</w:t>
      </w:r>
    </w:p>
    <w:p>
      <w:r>
        <w:t>He warned..</w:t>
      </w:r>
    </w:p>
    <w:p>
      <w:r>
        <w:t>[Yes]</w:t>
      </w:r>
    </w:p>
    <w:p>
      <w:r>
        <w:t>To study “Shulchan Aruch” every day and to fulfill, what is written in it to fulfill, yes</w:t>
      </w:r>
    </w:p>
    <w:p>
      <w:r>
        <w:t>[Yes]</w:t>
      </w:r>
    </w:p>
    <w:p>
      <w:r>
        <w:t>Our holy Rabbainu revealed the matter of hisbodedus</w:t>
      </w:r>
    </w:p>
    <w:p>
      <w:r>
        <w:t>To speak with Hashem Yisbarach just as we are speaking</w:t>
      </w:r>
    </w:p>
    <w:p>
      <w:r>
        <w:t>To speak, to cry, and to speak with Hashem Yisbarach as He is alive</w:t>
      </w:r>
    </w:p>
    <w:p>
      <w:r>
        <w:t>That is what our holy Rabbainu said</w:t>
      </w:r>
    </w:p>
    <w:p>
      <w:r>
        <w:t>[Correct]</w:t>
      </w:r>
    </w:p>
    <w:p>
      <w:r>
        <w:t>{…} ‘Hisbodedus,’ one word, ‘hisbodedus,’ it encompasses everything</w:t>
      </w:r>
    </w:p>
    <w:p>
      <w:r>
        <w:t>Every person who… ...needs to pra… ...y to Hashem Yisbarach about every matter of the Torah</w:t>
      </w:r>
    </w:p>
    <w:p>
      <w:r>
        <w:t>That we should merit to fulfill and to know and to know and.. yes</w:t>
      </w:r>
    </w:p>
    <w:p>
      <w:r>
        <w:t>[Excuse me, but, Rebbe Yisroel, when there is a dispute between the ‘Beis Yosef’ and the Rema]</w:t>
      </w:r>
    </w:p>
    <w:p>
      <w:r>
        <w:t>Eh?</w:t>
      </w:r>
    </w:p>
    <w:p>
      <w:r>
        <w:t>[How today, should the Sephardim of today conduct themselves according to the Rema or according to the ‘Beis Yosef’?</w:t>
      </w:r>
    </w:p>
    <w:p>
      <w:r>
        <w:t>According to the opinion of our holy Rabbainu, I am asking, according to our holy Rabbainu?]</w:t>
      </w:r>
    </w:p>
    <w:p>
      <w:r>
        <w:t>We follow the Rema</w:t>
      </w:r>
    </w:p>
    <w:p>
      <w:r>
        <w:t>[Good]</w:t>
      </w:r>
    </w:p>
    <w:p>
      <w:r>
        <w:t>According to the Rema</w:t>
      </w:r>
    </w:p>
    <w:p>
      <w:r>
        <w:t>[Yes, even someone who was born Sephardic, is it worthwhile for him to conduct himself according to the Rema?]</w:t>
      </w:r>
    </w:p>
    <w:p>
      <w:r>
        <w:t>Eh?</w:t>
      </w:r>
    </w:p>
    <w:p>
      <w:r>
        <w:t>[Even someone who was born Sephardic, is it worthwhile for him to conduct himself according to the Rema, today?]</w:t>
      </w:r>
    </w:p>
    <w:p>
      <w:r>
        <w:t>Yes</w:t>
      </w:r>
    </w:p>
    <w:p>
      <w:r>
        <w:t>[Good, thank you</w:t>
      </w:r>
    </w:p>
    <w:p>
      <w:r>
        <w:t>Rebbe Yisroel, at first Rabbainu wanted, he said that he wanted to make a book of, of a posek] Yes</w:t>
      </w:r>
    </w:p>
    <w:p>
      <w:r>
        <w:t>[Of a posek]</w:t>
      </w:r>
    </w:p>
    <w:p>
      <w:r>
        <w:t>Yes, a posek</w:t>
      </w:r>
    </w:p>
    <w:p>
      <w:r>
        <w:t>[And he said: “Now that the book ‘Likutey Moharan’ is in the world, it is not needed”]</w:t>
      </w:r>
    </w:p>
    <w:p>
      <w:r>
        <w:t>{…}, because he, he teaches us everything</w:t>
      </w:r>
    </w:p>
    <w:p>
      <w:r>
        <w:t>[But this encompasses..]</w:t>
      </w:r>
    </w:p>
    <w:p>
      <w:r>
        <w:t>He encompasses everything</w:t>
      </w:r>
    </w:p>
    <w:p>
      <w:r>
        <w:t>[Halachah too?]</w:t>
      </w:r>
    </w:p>
    <w:p>
      <w:r>
        <w:t>Halachah too, every matter too, yes</w:t>
      </w:r>
    </w:p>
    <w:p>
      <w:r>
        <w:t>The matter of our holy Rabbainu is a matter that rises above everything</w:t>
      </w:r>
    </w:p>
    <w:p>
      <w:r>
        <w:t>And our holy Rabbainu, more and more, and more</w:t>
      </w:r>
    </w:p>
    <w:p>
      <w:r>
        <w:t>That the entire Torah, it is only like a small point compared to the Torah</w:t>
      </w:r>
    </w:p>
    <w:p>
      <w:r>
        <w:t>The main thing of the Torah is the Baal Shem Tov and his students and our holy Rabbainu</w:t>
      </w:r>
    </w:p>
    <w:p>
      <w:r>
        <w:t>This is the main thing of Judaism, the main thing, the main thing of everything</w:t>
      </w:r>
    </w:p>
    <w:p>
      <w:r>
        <w:t>We need to strengthen ourselves in emunah and study their books and fulfill</w:t>
      </w:r>
    </w:p>
    <w:p>
      <w:r>
        <w:t>Oy, ah..</w:t>
      </w:r>
    </w:p>
    <w:p>
      <w:r>
        <w:t>[Rebbe Yisroel, among the tzaddikim, even one who was earlier can receive from one who came after him</w:t>
      </w:r>
    </w:p>
    <w:p>
      <w:r>
        <w:t>As Rabbainu said: “Even Rebbe Shimon bar Yochai receives from me”]</w:t>
      </w:r>
    </w:p>
    <w:p>
      <w:r>
        <w:t>Yes, {certainly}</w:t>
      </w:r>
    </w:p>
    <w:p>
      <w:r>
        <w:t>[He said: “He was ‘I’r V’Kaddish M’in Sh’maya N’achis’</w:t>
      </w:r>
    </w:p>
    <w:p>
      <w:r>
        <w:t>And now there is ‘N’achal N’ovea M’akor Ch’ochmah,’ from whom even Rebbe Shimon receives”]</w:t>
      </w:r>
    </w:p>
    <w:p>
      <w:r>
        <w:t>Eh?</w:t>
      </w:r>
    </w:p>
    <w:p>
      <w:r>
        <w:t>[He said: “And now there is ‘N’achal N’ovea M’akor Ch’ochmah’]</w:t>
      </w:r>
    </w:p>
    <w:p>
      <w:r>
        <w:t>Yo</w:t>
      </w:r>
    </w:p>
    <w:p>
      <w:r>
        <w:t>[That even Rebbe Shimon receives from him"]</w:t>
      </w:r>
    </w:p>
    <w:p>
      <w:r>
        <w:t>Yo, yo, yo, yo</w:t>
      </w:r>
    </w:p>
    <w:p>
      <w:r>
        <w:t>[That means that there is no time among the tzaddikim]</w:t>
      </w:r>
    </w:p>
    <w:p>
      <w:r>
        <w:t>Ah, ah</w:t>
      </w:r>
    </w:p>
    <w:p>
      <w:r>
        <w:t>[Time—there is no later and earlier]</w:t>
      </w:r>
    </w:p>
    <w:p>
      <w:r>
        <w:t>Everything that he says..</w:t>
      </w:r>
    </w:p>
    <w:p>
      <w:r>
        <w:t>[Yes]</w:t>
      </w:r>
    </w:p>
    <w:p>
      <w:r>
        <w:t>It is true and established and correct</w:t>
      </w:r>
    </w:p>
    <w:p>
      <w:r>
        <w:t>And we need to give our lives to fulfill every utterance that they revealed</w:t>
      </w:r>
    </w:p>
    <w:p>
      <w:r>
        <w:t>They derived from the Torah, from the Torah, from the tzaddikim</w:t>
      </w:r>
    </w:p>
    <w:p>
      <w:r>
        <w:t>"The Shulchan Aruch," to fulfill every matter, every law with money {..}, and in all matters</w:t>
      </w:r>
    </w:p>
    <w:p>
      <w:r>
        <w:t>The Torah teaches us how..</w:t>
      </w:r>
    </w:p>
    <w:p>
      <w:r>
        <w:t>[How to conduct ourselves]</w:t>
      </w:r>
    </w:p>
    <w:p>
      <w:r>
        <w:t>How to conduct ourselves in every matter, yes, the Torah..</w:t>
      </w:r>
    </w:p>
    <w:p>
      <w:r>
        <w:t>[Yes, but Rabbainu says in "Sichos HaRan," that one needs to study "the large Shulchan Aruch," with all the commentaries?] Yes, yo, yo, with all..</w:t>
      </w:r>
    </w:p>
    <w:p>
      <w:r>
        <w:t>[But are we able to do that, to study "the large Shulchan Aruch"?]</w:t>
      </w:r>
    </w:p>
    <w:p>
      <w:r>
        <w:t>Ah..</w:t>
      </w:r>
    </w:p>
    <w:p>
      <w:r>
        <w:t>[Because we..]</w:t>
      </w:r>
    </w:p>
    <w:p>
      <w:r>
        <w:t>But today..</w:t>
      </w:r>
    </w:p>
    <w:p>
      <w:r>
        <w:t>[I am not a lamdan]</w:t>
      </w:r>
    </w:p>
    <w:p>
      <w:r>
        <w:t>Already, already there is..</w:t>
      </w:r>
    </w:p>
    <w:p>
      <w:r>
        <w:t>["The Kitzur"]</w:t>
      </w:r>
    </w:p>
    <w:p>
      <w:r>
        <w:t>There is already "the Kitzur" and there is {{…..}}, and there is already..</w:t>
      </w:r>
    </w:p>
    <w:p>
      <w:r>
        <w:t>All the tzaddikim, the light of all the tzaddikim, the entire Gemara, the Gemara, the tzaddikim who were geonim</w:t>
      </w:r>
    </w:p>
    <w:p>
      <w:r>
        <w:t>But afterward more and more, and more, was revealed, until Rabbainu Hakadosh came and..</w:t>
      </w:r>
    </w:p>
    <w:p>
      <w:r>
        <w:t>And he already encompasses the entire Torah and ev.. everything, everything, everything</w:t>
      </w:r>
    </w:p>
    <w:p>
      <w:r>
        <w:t>"The halakha follows Rav Nachman in monetary laws,” the Gemara says that</w:t>
      </w:r>
    </w:p>
    <w:p>
      <w:r>
        <w:t>[Ah, yes]</w:t>
      </w:r>
    </w:p>
    <w:p>
      <w:r>
        <w:t>"Hilchesa k’Rav Nachman, and hilchesa k’Rav Nachman.."</w:t>
      </w:r>
    </w:p>
    <w:p>
      <w:r>
        <w:t>['Hilchesa k’Nachmani,' yes]</w:t>
      </w:r>
    </w:p>
    <w:p>
      <w:r>
        <w:t>And Rabbainu Hakadosh is in laws and disputes—this is "Hilchesa k’Rav Nachman"</w:t>
      </w:r>
    </w:p>
    <w:p>
      <w:r>
        <w:t>[Yes, correct, "Hilchesa k’Nachmani,” everything is written]</w:t>
      </w:r>
    </w:p>
    <w:p>
      <w:r>
        <w:t>"Hilchesa k’Rav Nachman”</w:t>
      </w:r>
    </w:p>
    <w:p>
      <w:r>
        <w:t>[Yes]</w:t>
      </w:r>
    </w:p>
    <w:p>
      <w:r>
        <w:t>Such utterances and expressions—there is a place where it is written three times:</w:t>
      </w:r>
    </w:p>
    <w:p>
      <w:r>
        <w:t>[...]</w:t>
      </w:r>
    </w:p>
    <w:p>
      <w:r>
        <w:t>"Hilchesa k’Rav Nachman and hilchesa k’Rav Nachman..”</w:t>
      </w:r>
    </w:p>
    <w:p>
      <w:r>
        <w:t>That is how it is written in the Gemara</w:t>
      </w:r>
    </w:p>
    <w:p>
      <w:r>
        <w:t>[Yes]…</w:t>
      </w:r>
    </w:p>
    <w:p>
      <w:r>
        <w:t>.."And hilchesa..”</w:t>
      </w:r>
    </w:p>
    <w:p>
      <w:r>
        <w:t>["K’Nachmani”]</w:t>
      </w:r>
    </w:p>
    <w:p>
      <w:r>
        <w:t>"K’Nachmani,” yes</w:t>
      </w:r>
    </w:p>
    <w:p>
      <w:r>
        <w:t>[So this is a sign that they had ruach hakodesh, the Tannaim..]</w:t>
      </w:r>
    </w:p>
    <w:p>
      <w:r>
        <w:t>{..}</w:t>
      </w:r>
    </w:p>
    <w:p>
      <w:r>
        <w:t>[Yes, they had ruach hakodesh about Rabbainu, beforehand]</w:t>
      </w:r>
    </w:p>
    <w:p>
      <w:r>
        <w:t>Certainly, it was in the world, already, it already was..</w:t>
      </w:r>
    </w:p>
    <w:p>
      <w:r>
        <w:t>[In concealment]</w:t>
      </w:r>
    </w:p>
    <w:p>
      <w:r>
        <w:t>Rebbe Shimon, Rebbe Shimon, "the Zohar and "the Tikkunim"—this is the light of the entire Torah</w:t>
      </w:r>
    </w:p>
    <w:p>
      <w:r>
        <w:t>Of {...}, of all the tzaddikim, and of all the geonim, the holy "Zohar"</w:t>
      </w:r>
    </w:p>
    <w:p>
      <w:r>
        <w:t>The author of the "Reishis Chochma"—he is entirely "Zohar”; from "the Zohar" he brought it out for us</w:t>
      </w:r>
    </w:p>
    <w:p>
      <w:r>
        <w:t>[Correct]</w:t>
      </w:r>
    </w:p>
    <w:p>
      <w:r>
        <w:t>We, the generation today, need Rabbainu Hakadosh and the Baal Shem</w:t>
      </w:r>
    </w:p>
    <w:p>
      <w:r>
        <w:t>The Baal Shem Tov and Rabbainu Hakadosh, this is…</w:t>
      </w:r>
    </w:p>
    <w:p>
      <w:r>
        <w:t>...Nu, this is the principle and the main thing and the abridgment</w:t>
      </w:r>
    </w:p>
    <w:p>
      <w:r>
        <w:t>Rabbainu Hakadosh is the essence of the Torah, the essence of everything</w:t>
      </w:r>
    </w:p>
    <w:p>
      <w:r>
        <w:t>Rebbe Shimon—this is included in every utterance of Rabbainu Hakadosh, such lofty matters that.. yes</w:t>
      </w:r>
    </w:p>
    <w:p>
      <w:r>
        <w:t>Until it was revealed that he is Rabbainu Hakadosh, and he already, already, already.. {…}</w:t>
      </w:r>
    </w:p>
    <w:p>
      <w:r>
        <w:t>There is much to speak about this, what we know</w:t>
      </w:r>
    </w:p>
    <w:p>
      <w:r>
        <w:t>Rabbainu Hakadosh is the all-inclusiveness of all, all the Torah and all the tzaddikim and all.. everything</w:t>
      </w:r>
    </w:p>
    <w:p>
      <w:r>
        <w:t>Even Rebbe Shimon is included in him, in him {and in his utterance}, and the revelation of Rabbainu</w:t>
      </w:r>
    </w:p>
    <w:p>
      <w:r>
        <w:t>And Rabbainu Hakadosh {encompasses the entire book, and.. and.. and the "holy Zohar"}</w:t>
      </w:r>
    </w:p>
    <w:p>
      <w:r>
        <w:t>[And the "Tikkunim,” and the "Tikkunei Zohar”]</w:t>
      </w:r>
    </w:p>
    <w:p>
      <w:r>
        <w:t>Ah?</w:t>
      </w:r>
    </w:p>
    <w:p>
      <w:r>
        <w:t>[And the "Tikkunim”]</w:t>
      </w:r>
    </w:p>
    <w:p>
      <w:r>
        <w:t>The "Tikkunei Zohar" and.. yes</w:t>
      </w:r>
    </w:p>
    <w:p>
      <w:r>
        <w:t>Oy</w:t>
      </w:r>
    </w:p>
    <w:p>
      <w:r>
        <w:t>[They say that Rabbainu studied the "Reishis Chochma" four hundred times]</w:t>
      </w:r>
    </w:p>
    <w:p>
      <w:r>
        <w:t>Yes</w:t>
      </w:r>
    </w:p>
    <w:p>
      <w:r>
        <w:t>[That is correct, yes]</w:t>
      </w:r>
    </w:p>
    <w:p>
      <w:r>
        <w:t>Yes, yo, yo, yo, yo</w:t>
      </w:r>
    </w:p>
    <w:p>
      <w:r>
        <w:t>[That was..]</w:t>
      </w:r>
    </w:p>
    <w:p>
      <w:r>
        <w:t>The "Reishis Chochma" was.. the "Reishis Chochma" is "Zohar”</w:t>
      </w:r>
    </w:p>
    <w:p>
      <w:r>
        <w:t>[The "Reishis Chochma" was a student of the Ramak?]</w:t>
      </w:r>
    </w:p>
    <w:p>
      <w:r>
        <w:t>It was the Ramak</w:t>
      </w:r>
    </w:p>
    <w:p>
      <w:r>
        <w:t>[Yes]...</w:t>
      </w:r>
    </w:p>
    <w:p>
      <w:r>
        <w:t>...There are many sefarim {…..}, but the foundation and the essence is Rabbainu and the holy Arizal, Rabbainu Haka.., the.. the.. the.. the..</w:t>
      </w:r>
    </w:p>
    <w:p>
      <w:r>
        <w:t>But Rebbe Shimon bar Yochai, the "holy Zohar" and the "Tikkunim," ho, ho, what there is there, but the essence in whom everything is included is Rabbainu Hakadosh...</w:t>
      </w:r>
    </w:p>
    <w:p>
      <w:r>
        <w:t>...The holy Arizal and Rebbe Shimon bar Yochai, and the holy Arizal warned him very much to be bound to and believe in Rebbe Shimon bar Yochai, he is..</w:t>
      </w:r>
    </w:p>
    <w:p>
      <w:r>
        <w:t>And the "Tikkunim,” what, what this is, {many thanks} for what we merited, yes, and with Rabbainu Hakadosh there was still, still more than the "Tikkunim" and than all, all.. and Rabbainu Hakadosh is the all-inclusiveness and the root of everything...</w:t>
      </w:r>
    </w:p>
    <w:p>
      <w:r>
        <w:t>...Today, when we have the "Likutay Moharan" and all, and the entire matter of, of Rabbainu Hakadosh, we need to give our lives, to educate our sons and our generations with the sefarim of Rabbainu, with the words of Rabbainu, yes, nu, we see that the world is drawing near</w:t>
      </w:r>
    </w:p>
    <w:p>
      <w:r>
        <w:t>Even Ashkena.. the Sephardim accepted, accept Rabbainu Hakadosh as Rebbe, yes</w:t>
      </w:r>
    </w:p>
    <w:p>
      <w:r>
        <w:t>Those who are close and the great ones</w:t>
      </w:r>
    </w:p>
    <w:p>
      <w:r>
        <w:t>Nu, thank God, fortunate are we that we merited, that already now the matter of the redemption, and the redemption will be revealed, there will be revealed in the world a light, a light, a light, a light such that there is no speaking here…</w:t>
      </w:r>
    </w:p>
    <w:p>
      <w:r>
        <w:t>...[…..….]</w:t>
      </w:r>
    </w:p>
    <w:p>
      <w:r>
        <w:t>[……...]</w:t>
      </w:r>
    </w:p>
    <w:p>
      <w:r>
        <w:t>He will be afraid lest I put him into a Breslov school</w:t>
      </w:r>
    </w:p>
    <w:p>
      <w:r>
        <w:t>"Breslov? He.. and how will you have a livelihood? Get away from me!"</w:t>
      </w:r>
    </w:p>
    <w:p>
      <w:r>
        <w:t>[………]</w:t>
      </w:r>
    </w:p>
    <w:p>
      <w:r>
        <w:t>[……...]</w:t>
      </w:r>
    </w:p>
    <w:p>
      <w:r>
        <w:t>Yo, yo</w:t>
      </w:r>
    </w:p>
    <w:p>
      <w:r>
        <w:t>[…….]</w:t>
      </w:r>
    </w:p>
    <w:p>
      <w:r>
        <w:t>[…]</w:t>
      </w:r>
    </w:p>
    <w:p>
      <w:r>
        <w:t>We need to speak with Tzipporah, maybe she knows the address</w:t>
      </w:r>
    </w:p>
    <w:p>
      <w:r>
        <w:t>I think he has an address, so I will go to him</w:t>
      </w:r>
    </w:p>
    <w:p>
      <w:r>
        <w:t>[……...…..]</w:t>
      </w:r>
    </w:p>
    <w:p>
      <w:r>
        <w:t>[……...…..]</w:t>
      </w:r>
    </w:p>
    <w:p>
      <w:r>
        <w:t>Through Breslov he will find a good match</w:t>
      </w:r>
    </w:p>
    <w:p>
      <w:r>
        <w:t>[…...….]</w:t>
      </w:r>
    </w:p>
    <w:p>
      <w:r>
        <w:t>[……]</w:t>
      </w:r>
    </w:p>
    <w:p>
      <w:r>
        <w:t>[Rebbe Yisroel, I am going, I am going home]</w:t>
      </w:r>
    </w:p>
    <w:p>
      <w:r>
        <w:t>Yes?</w:t>
      </w:r>
    </w:p>
    <w:p>
      <w:r>
        <w:t>[Yes]</w:t>
      </w:r>
    </w:p>
    <w:p>
      <w:r>
        <w:t>Nu..</w:t>
      </w:r>
    </w:p>
    <w:p>
      <w:r>
        <w:t>[…….]</w:t>
      </w:r>
    </w:p>
    <w:p>
      <w:r>
        <w:t>You, you do not know, my son asks me what to do, I want to come to you</w:t>
      </w:r>
    </w:p>
    <w:p>
      <w:r>
        <w:t>[Shalom, Rebbe Yisroel, goodbye]</w:t>
      </w:r>
    </w:p>
    <w:p>
      <w:r>
        <w:t>{Shoyn}</w:t>
      </w:r>
    </w:p>
    <w:p>
      <w:r>
        <w:t>[Goodbye]</w:t>
      </w:r>
    </w:p>
    <w:p>
      <w:r>
        <w:t>Ah?</w:t>
      </w:r>
    </w:p>
    <w:p>
      <w:r>
        <w:t>[Goodbye, Rebbe Yisroel]</w:t>
      </w:r>
    </w:p>
    <w:p>
      <w:r>
        <w:t>{..}..</w:t>
      </w:r>
    </w:p>
    <w:p>
      <w:r>
        <w:t>Oy, oy, I remember when I had ten small children and they asked for bread, {a little} bread and I had none to give them, only bread, I did not have</w:t>
      </w:r>
    </w:p>
    <w:p>
      <w:r>
        <w:t>Nu</w:t>
      </w:r>
    </w:p>
    <w:p>
      <w:r>
        <w:t>Oy, oy vey, I want to get up, ah, yes, good, yes, good</w:t>
      </w:r>
    </w:p>
    <w:p>
      <w:r>
        <w:t>Who, who will go with me to my grandson?</w:t>
      </w:r>
    </w:p>
    <w:p>
      <w:r>
        <w:t>Maybe Daniel Zafran?</w:t>
      </w:r>
    </w:p>
    <w:p>
      <w:r>
        <w:t>[……..]</w:t>
      </w:r>
    </w:p>
    <w:p>
      <w:r>
        <w:t>[..……]</w:t>
      </w:r>
    </w:p>
    <w:p>
      <w:r>
        <w:t>Maybe someone will call my daughter Tzipporah, do you have the number of my daughter Tzipporah?</w:t>
      </w:r>
    </w:p>
    <w:p>
      <w:r>
        <w:t>[Of whom?]</w:t>
      </w:r>
    </w:p>
    <w:p>
      <w:r>
        <w:t>Here in Yerushalayim</w:t>
      </w:r>
    </w:p>
    <w:p>
      <w:r>
        <w:t>[Of Tzipporah?]</w:t>
      </w:r>
    </w:p>
    <w:p>
      <w:r>
        <w:t>[Yes, yes, we have it]</w:t>
      </w:r>
    </w:p>
    <w:p>
      <w:r>
        <w:t>And ask her, my grandson wants to see me, how {will they take him?}</w:t>
      </w:r>
    </w:p>
    <w:p>
      <w:r>
        <w:t>So I want to go to him</w:t>
      </w:r>
    </w:p>
    <w:p>
      <w:r>
        <w:t>[….…..]</w:t>
      </w:r>
    </w:p>
    <w:p>
      <w:r>
        <w:t>[……...]</w:t>
      </w:r>
    </w:p>
    <w:p>
      <w:r>
        <w:t>[There is, there is no answer at Tzipporah’s]</w:t>
      </w:r>
    </w:p>
    <w:p>
      <w:r>
        <w:t>No?</w:t>
      </w:r>
    </w:p>
    <w:p>
      <w:r>
        <w:t>[No, she is not at home, apparently]</w:t>
      </w:r>
    </w:p>
    <w:p>
      <w:r>
        <w:t>Ah</w:t>
      </w:r>
    </w:p>
    <w:p>
      <w:r>
        <w:t>[And.. good, so I..]</w:t>
      </w:r>
    </w:p>
    <w:p>
      <w:r>
        <w:t>Ah, it was an hour, another hour, two hours</w:t>
      </w:r>
    </w:p>
    <w:p>
      <w:r>
        <w:t>[Yes, maybe]</w:t>
      </w:r>
    </w:p>
    <w:p>
      <w:r>
        <w:t>Maybe she will be at home</w:t>
      </w:r>
    </w:p>
    <w:p>
      <w:r>
        <w:t>[With Hashem’s help, so I am going in the meantime, all right?]</w:t>
      </w:r>
    </w:p>
    <w:p>
      <w:r>
        <w:t>Yes, good</w:t>
      </w:r>
    </w:p>
    <w:p>
      <w:r>
        <w:t>[If you need me, then ask them to call me, all right?]</w:t>
      </w:r>
    </w:p>
    <w:p>
      <w:r>
        <w:t>What?</w:t>
      </w:r>
    </w:p>
    <w:p>
      <w:r>
        <w:t>[If you need me]</w:t>
      </w:r>
    </w:p>
    <w:p>
      <w:r>
        <w:t>Ah</w:t>
      </w:r>
    </w:p>
    <w:p>
      <w:r>
        <w:t>[I am Daniel, Daniel Zafran, so they can, ask them to call me on the telephone]</w:t>
      </w:r>
    </w:p>
    <w:p>
      <w:r>
        <w:t>Good</w:t>
      </w:r>
    </w:p>
    <w:p>
      <w:r>
        <w:t>[Good, okay, so, goodbye, all the best to you]</w:t>
      </w:r>
    </w:p>
    <w:p>
      <w:r>
        <w:t>All the best</w:t>
      </w:r>
    </w:p>
    <w:p>
      <w:r>
        <w:t>[….….]</w:t>
      </w:r>
    </w:p>
    <w:p>
      <w:r>
        <w:t>[…]</w:t>
      </w:r>
    </w:p>
    <w:p>
      <w:r>
        <w:t>Nu, {..}..</w:t>
      </w:r>
    </w:p>
    <w:p>
      <w:r>
        <w:t>[Shalom aleichem, this is Shimon]</w:t>
      </w:r>
    </w:p>
    <w:p>
      <w:r>
        <w:t>“'Mifter, pifter,' but does he have a livelihood?”</w:t>
      </w:r>
    </w:p>
    <w:p>
      <w:r>
        <w:t>[………]</w:t>
      </w:r>
    </w:p>
    <w:p>
      <w:r>
        <w:t>[…..….]…</w:t>
      </w:r>
    </w:p>
    <w:p>
      <w:r>
        <w:t>...[Rabin, he approached the Deputy Minister of Religious Affairs]</w:t>
      </w:r>
    </w:p>
    <w:p>
      <w:r>
        <w:t>Rabin?</w:t>
      </w:r>
    </w:p>
    <w:p>
      <w:r>
        <w:t>[Rabin approached the Deputy Minister of Religious Affairs]</w:t>
      </w:r>
    </w:p>
    <w:p>
      <w:r>
        <w:t>Yes</w:t>
      </w:r>
    </w:p>
    <w:p>
      <w:r>
        <w:t>[So that he will deal with it, Rabin approached his deputy, a religious one, to deal with it</w:t>
      </w:r>
    </w:p>
    <w:p>
      <w:r>
        <w:t>His name is Rafael Pinchasi, Rafael Pinchasi]</w:t>
      </w:r>
    </w:p>
    <w:p>
      <w:r>
        <w:t>Ah?</w:t>
      </w:r>
    </w:p>
    <w:p>
      <w:r>
        <w:t>[His name is Rafael Pinchasi, he is the Deputy Minister of Religious Affairs]</w:t>
      </w:r>
    </w:p>
    <w:p>
      <w:r>
        <w:t>What is his name?</w:t>
      </w:r>
    </w:p>
    <w:p>
      <w:r>
        <w:t>[Rafael Pinchasi]</w:t>
      </w:r>
    </w:p>
    <w:p>
      <w:r>
        <w:t>Rafael</w:t>
      </w:r>
    </w:p>
    <w:p>
      <w:r>
        <w:t>[Pinchasi]</w:t>
      </w:r>
    </w:p>
    <w:p>
      <w:r>
        <w:t>Pinchasi?</w:t>
      </w:r>
    </w:p>
    <w:p>
      <w:r>
        <w:t>[Yes, he is the Deputy Minister of Religious Affairs, and he is making efforts, he.. Rabin asked him to deal with Rabbainu’s matter] Yes?</w:t>
      </w:r>
    </w:p>
    <w:p>
      <w:r>
        <w:t>[Yes, they wrote me a letter, and Rabin informed me in a letter from his office, I received a letter from his office that he approached the deputy, his deputy, the Deputy Minister of Religious Affairs, Rafael Pinchasi, to do something on the subject, to make efforts regarding the matter, that is it, and th..]</w:t>
      </w:r>
    </w:p>
    <w:p>
      <w:r>
        <w:t>Why not {ask him}, all the time, to arrange and speak about this</w:t>
      </w:r>
    </w:p>
    <w:p>
      <w:r>
        <w:t>[I don't know..]</w:t>
      </w:r>
    </w:p>
    <w:p>
      <w:r>
        <w:t>[………]</w:t>
      </w:r>
    </w:p>
    <w:p>
      <w:r>
        <w:t>[Yes]</w:t>
      </w:r>
    </w:p>
    <w:p>
      <w:r>
        <w:t>[Avigdor]</w:t>
      </w:r>
    </w:p>
    <w:p>
      <w:r>
        <w:t>[Yes, yes, Avigdor]</w:t>
      </w:r>
    </w:p>
    <w:p>
      <w:r>
        <w:t>[They told me that he..]</w:t>
      </w:r>
    </w:p>
    <w:p>
      <w:r>
        <w:t>We.., what is his name, {uh, uh, you, …}.. uh, uh, Sharon</w:t>
      </w:r>
    </w:p>
    <w:p>
      <w:r>
        <w:t>[…..]</w:t>
      </w:r>
    </w:p>
    <w:p>
      <w:r>
        <w:t>Do you know if I {{..}}.., if we are traveling to Uman?</w:t>
      </w:r>
    </w:p>
    <w:p>
      <w:r>
        <w:t>[I don't know anything, anything, because it is impossible to know, it could be Rabbainu will perform a miracle, a miracle</w:t>
      </w:r>
    </w:p>
    <w:p>
      <w:r>
        <w:t>I believe Rabbainu will perform a miracle and come here by way of a miracle..</w:t>
      </w:r>
    </w:p>
    <w:p>
      <w:r>
        <w:t>There will be some miracle, I feel a miracle, what.. there could be a miracle, no?</w:t>
      </w:r>
    </w:p>
    <w:p>
      <w:r>
        <w:t>That the government, or Weizman, or someone will suddenly awaken and take an airplane and..]</w:t>
      </w:r>
    </w:p>
    <w:p>
      <w:r>
        <w:t>[…….,he will bring the note]</w:t>
      </w:r>
    </w:p>
    <w:p>
      <w:r>
        <w:t>[No, the greatness of Rabbainu is that he will take completely secular people, like the heretics in Uman</w:t>
      </w:r>
    </w:p>
    <w:p>
      <w:r>
        <w:t>And they will bring him, and they will bring him, as he did in Uman, before he passed away]</w:t>
      </w:r>
    </w:p>
    <w:p>
      <w:r>
        <w:t>[……..]</w:t>
      </w:r>
    </w:p>
    <w:p>
      <w:r>
        <w:t>Uh, if we travel to Uman, one needs to {{..}}, uh, to.. to.. take care of a shofar, to blow the shofar</w:t>
      </w:r>
    </w:p>
    <w:p>
      <w:r>
        <w:t>[…...]</w:t>
      </w:r>
    </w:p>
    <w:p>
      <w:r>
        <w:t>And also a Torah reader who will read from the Torah</w:t>
      </w:r>
    </w:p>
    <w:p>
      <w:r>
        <w:t>[There are many, many Jews traveling to Uman this year..]...</w:t>
      </w:r>
    </w:p>
    <w:p>
      <w:r>
        <w:t>...[..many Breslov Chassidim traveling to Uman this year]</w:t>
      </w:r>
    </w:p>
    <w:p>
      <w:r>
        <w:t>Yes?</w:t>
      </w:r>
    </w:p>
    <w:p>
      <w:r>
        <w:t>[Certainly]</w:t>
      </w:r>
    </w:p>
    <w:p>
      <w:r>
        <w:t>[They kiss the Rebbe on the way and return]</w:t>
      </w:r>
    </w:p>
    <w:p>
      <w:r>
        <w:t>[There are those, I..]</w:t>
      </w:r>
    </w:p>
    <w:p>
      <w:r>
        <w:t>[Sharon]</w:t>
      </w:r>
    </w:p>
    <w:p>
      <w:r>
        <w:t>[I still don't, I still don't know how I will travel</w:t>
      </w:r>
    </w:p>
    <w:p>
      <w:r>
        <w:t>I still need to make an effort, I haven't done so yet, I am praying]</w:t>
      </w:r>
    </w:p>
    <w:p>
      <w:r>
        <w:t>{..}.. You still haven't..</w:t>
      </w:r>
    </w:p>
    <w:p>
      <w:r>
        <w:t>[Not yet, not yet, I haven't bought a ticket, not anything yet]</w:t>
      </w:r>
    </w:p>
    <w:p>
      <w:r>
        <w:t>Why?</w:t>
      </w:r>
    </w:p>
    <w:p>
      <w:r>
        <w:t>[My heart.. is not all right, I need to pray that.. I will merit to..</w:t>
      </w:r>
    </w:p>
    <w:p>
      <w:r>
        <w:t>I feel great anguish, great anguish from Uman, I want it terribly very much, very much..]…</w:t>
      </w:r>
    </w:p>
    <w:p>
      <w:r>
        <w:t>...[..to believe that Rabbainu will perform a miracle for his precious student]</w:t>
      </w:r>
    </w:p>
    <w:p>
      <w:r>
        <w:t>[“My precious student"]</w:t>
      </w:r>
    </w:p>
    <w:p>
      <w:r>
        <w:t>[In the merit, in the merit of his precious student, he needs to perform a miracle for us, the holy Rabbainu, a man of w.., he is a wonder, a wonder] What wonder?</w:t>
      </w:r>
    </w:p>
    <w:p>
      <w:r>
        <w:t>[He.. Rabbainu is a wonder.. I want, want, in one moment he can be here, finished]</w:t>
      </w:r>
    </w:p>
    <w:p>
      <w:r>
        <w:t>[...]</w:t>
      </w:r>
    </w:p>
    <w:p>
      <w:r>
        <w:t>[Saba]</w:t>
      </w:r>
    </w:p>
    <w:p>
      <w:r>
        <w:t>Nu</w:t>
      </w:r>
    </w:p>
    <w:p>
      <w:r>
        <w:t>[Can you give a blessing to this soldier before he goes back to the base, to the army</w:t>
      </w:r>
    </w:p>
    <w:p>
      <w:r>
        <w:t>He, he came especially by bus here, in order to receive a blessing from you]</w:t>
      </w:r>
    </w:p>
    <w:p>
      <w:r>
        <w:t>Hashem…</w:t>
      </w:r>
    </w:p>
    <w:p>
      <w:r>
        <w:br w:type="page"/>
      </w:r>
    </w:p>
    <w:p>
      <w:pPr>
        <w:pStyle w:val="Heading1"/>
      </w:pPr>
      <w:r>
        <w:t>Tape 31</w:t>
      </w:r>
    </w:p>
    <w:p>
      <w:pPr>
        <w:pStyle w:val="Heading2"/>
      </w:pPr>
      <w:r>
        <w:t>Side A (Aleph)</w:t>
      </w:r>
    </w:p>
    <w:p>
      <w:r>
        <w:t>..."What is this? Breslov? Oh, oh.."</w:t>
      </w:r>
    </w:p>
    <w:p>
      <w:r>
        <w:t>[All right..]</w:t>
      </w:r>
    </w:p>
    <w:p>
      <w:r>
        <w:t>My father was blind in both eyes, he wept before:</w:t>
      </w:r>
    </w:p>
    <w:p>
      <w:r>
        <w:t>"Have mercy on me and have mercy on yourself, do not be Breslov, who will take you? Who will speak with you? Who?"</w:t>
      </w:r>
    </w:p>
    <w:p>
      <w:r>
        <w:t>[Right, and you sacrificed yourself, sacrificed yourself]</w:t>
      </w:r>
    </w:p>
    <w:p>
      <w:r>
        <w:t>{..}</w:t>
      </w:r>
    </w:p>
    <w:p>
      <w:r>
        <w:t>[Because of this you merited, Rebbe Yisroel, because of this you merited, because of this you merited</w:t>
      </w:r>
    </w:p>
    <w:p>
      <w:r>
        <w:t>Yalla, shalom aleichem, Rebbe Yisroel, I am hurrying to Ra'anana</w:t>
      </w:r>
    </w:p>
    <w:p>
      <w:r>
        <w:t>And forgive me that I did not bring tzedakah, so there is next time, so forgive me, forgive me, truly forgive me]</w:t>
      </w:r>
    </w:p>
    <w:p>
      <w:r>
        <w:t>{..}</w:t>
      </w:r>
    </w:p>
    <w:p>
      <w:r>
        <w:t>[It is all right, Rebbe Yisroel, it is all right]</w:t>
      </w:r>
    </w:p>
    <w:p>
      <w:r>
        <w:t>Yo, yo</w:t>
      </w:r>
    </w:p>
    <w:p>
      <w:r>
        <w:t>[Forgive me..]...</w:t>
      </w:r>
    </w:p>
    <w:p>
      <w:r>
        <w:t>...{..to you?}</w:t>
      </w:r>
    </w:p>
    <w:p>
      <w:r>
        <w:t>[Yes, all right]…</w:t>
      </w:r>
    </w:p>
    <w:p>
      <w:r>
        <w:t>...["Likutay Tefilos", yes]</w:t>
      </w:r>
    </w:p>
    <w:p>
      <w:r>
        <w:t>Every utterance of the holy Rabbainu</w:t>
      </w:r>
    </w:p>
    <w:p>
      <w:r>
        <w:t>[I feel, I feel]</w:t>
      </w:r>
    </w:p>
    <w:p>
      <w:r>
        <w:t>It is the vitality of the whole world, of all Yisroel</w:t>
      </w:r>
    </w:p>
    <w:p>
      <w:r>
        <w:t>[Yes]</w:t>
      </w:r>
    </w:p>
    <w:p>
      <w:r>
        <w:t>For all eternity and forever and ever</w:t>
      </w:r>
    </w:p>
    <w:p>
      <w:r>
        <w:t>[……]</w:t>
      </w:r>
    </w:p>
    <w:p>
      <w:r>
        <w:t>[What will I do?]</w:t>
      </w:r>
    </w:p>
    <w:p>
      <w:r>
        <w:t>[………]</w:t>
      </w:r>
    </w:p>
    <w:p>
      <w:r>
        <w:t>[What did I have, I said, this is what is written]</w:t>
      </w:r>
    </w:p>
    <w:p>
      <w:r>
        <w:t>[What? What?]</w:t>
      </w:r>
    </w:p>
    <w:p>
      <w:r>
        <w:t>[What did I have to say, I said..]</w:t>
      </w:r>
    </w:p>
    <w:p>
      <w:r>
        <w:t>[……]</w:t>
      </w:r>
    </w:p>
    <w:p>
      <w:r>
        <w:t>[The main thing is him, I am nothing, I can be the dust of his feet, yalla, shalom] (Saba laughs)</w:t>
      </w:r>
    </w:p>
    <w:p>
      <w:r>
        <w:t>[Rebbe Yisroel, there are people here who want to see you, to receive a blessing..]</w:t>
      </w:r>
    </w:p>
    <w:p>
      <w:r>
        <w:t>[Yes, yes, to speak with him]</w:t>
      </w:r>
    </w:p>
    <w:p>
      <w:r>
        <w:t>[They want to speak with you, two people] Uh.. uh..</w:t>
      </w:r>
    </w:p>
    <w:p>
      <w:r>
        <w:t>[Where are you from?]</w:t>
      </w:r>
    </w:p>
    <w:p>
      <w:r>
        <w:t>[From Ramat Hasharon]</w:t>
      </w:r>
    </w:p>
    <w:p>
      <w:r>
        <w:t>[From Ramat Hasharon]</w:t>
      </w:r>
    </w:p>
    <w:p>
      <w:r>
        <w:t>I have no strength, I have no words, I have no..</w:t>
      </w:r>
    </w:p>
    <w:p>
      <w:r>
        <w:t>[……]</w:t>
      </w:r>
    </w:p>
    <w:p>
      <w:r>
        <w:t>[Just a second, to say shalom to him]</w:t>
      </w:r>
    </w:p>
    <w:p>
      <w:r>
        <w:t>That I am sitting here is also a miracle, a miracle from Heaven</w:t>
      </w:r>
    </w:p>
    <w:p>
      <w:r>
        <w:t>[..……]</w:t>
      </w:r>
    </w:p>
    <w:p>
      <w:r>
        <w:t>[.….…]</w:t>
      </w:r>
    </w:p>
    <w:p>
      <w:r>
        <w:t>Uh.. uh.. uh.. uh..</w:t>
      </w:r>
    </w:p>
    <w:p>
      <w:r>
        <w:t>[That the rabbi should pray for us for a fitting match]</w:t>
      </w:r>
    </w:p>
    <w:p>
      <w:r>
        <w:t>"May all the judgments and harsh severities be sweetened, from upon..</w:t>
      </w:r>
    </w:p>
    <w:p>
      <w:r>
        <w:t>[David son of Sarah]</w:t>
      </w:r>
    </w:p>
    <w:p>
      <w:r>
        <w:t>{..}…</w:t>
      </w:r>
    </w:p>
    <w:p>
      <w:r>
        <w:t>...{..}</w:t>
      </w:r>
    </w:p>
    <w:p>
      <w:r>
        <w:t>[…]…</w:t>
      </w:r>
    </w:p>
    <w:p>
      <w:r>
        <w:t>...{….}</w:t>
      </w:r>
    </w:p>
    <w:p>
      <w:r>
        <w:t>[………..]</w:t>
      </w:r>
    </w:p>
    <w:p>
      <w:r>
        <w:t>{……..}</w:t>
      </w:r>
    </w:p>
    <w:p>
      <w:r>
        <w:t>[….]</w:t>
      </w:r>
    </w:p>
    <w:p>
      <w:r>
        <w:t>Uh..</w:t>
      </w:r>
    </w:p>
    <w:p>
      <w:r>
        <w:t>...[Yes, they have, I think they have, but uh..]</w:t>
      </w:r>
    </w:p>
    <w:p>
      <w:r>
        <w:t>{…}</w:t>
      </w:r>
    </w:p>
    <w:p>
      <w:r>
        <w:t>[They want to embarrass us]</w:t>
      </w:r>
    </w:p>
    <w:p>
      <w:r>
        <w:t>{What?}</w:t>
      </w:r>
    </w:p>
    <w:p>
      <w:r>
        <w:t>[They w..]...</w:t>
      </w:r>
    </w:p>
    <w:p>
      <w:r>
        <w:t>...[The friends sing:</w:t>
      </w:r>
    </w:p>
    <w:p>
      <w:r>
        <w:t>"And purify our hearts to serve You in truth.."]</w:t>
      </w:r>
    </w:p>
    <w:p>
      <w:r>
        <w:t>[If you put, if you noticed, we opened the book..] - (Someone delivers a discourse in the background) Where do you live?</w:t>
      </w:r>
    </w:p>
    <w:p>
      <w:r>
        <w:t>[I, in Be'er Sheva]</w:t>
      </w:r>
    </w:p>
    <w:p>
      <w:r>
        <w:t>[When we opened Rabbainu's book of prayers, we arrived precisely at the prayer that is, precisely..]</w:t>
      </w:r>
    </w:p>
    <w:p>
      <w:r>
        <w:t>[He studies in Ponevezh]</w:t>
      </w:r>
    </w:p>
    <w:p>
      <w:r>
        <w:t>{…..}</w:t>
      </w:r>
    </w:p>
    <w:p>
      <w:r>
        <w:t>[Precisely about the..]</w:t>
      </w:r>
    </w:p>
    <w:p>
      <w:r>
        <w:t>[He studies in Ponevezh]</w:t>
      </w:r>
    </w:p>
    <w:p>
      <w:r>
        <w:t>[About this time and about the essence]</w:t>
      </w:r>
    </w:p>
    <w:p>
      <w:r>
        <w:t>Ponevezh?</w:t>
      </w:r>
    </w:p>
    <w:p>
      <w:r>
        <w:t>[About the.., the daily, therefore ….. every person, if he merits to reach a certain place, or..] [A blessing for a match]</w:t>
      </w:r>
    </w:p>
    <w:p>
      <w:r>
        <w:t>[To a certain Jew]</w:t>
      </w:r>
    </w:p>
    <w:p>
      <w:r>
        <w:t>[A match]</w:t>
      </w:r>
    </w:p>
    <w:p>
      <w:r>
        <w:t>[It is presumably that the Holy One, blessed is He, wants..]</w:t>
      </w:r>
    </w:p>
    <w:p>
      <w:r>
        <w:t>{The Holy One, blessed is He, wants him to be what?}</w:t>
      </w:r>
    </w:p>
    <w:p>
      <w:r>
        <w:t>[If the rabbi parg..]</w:t>
      </w:r>
    </w:p>
    <w:p>
      <w:r>
        <w:t>{……. and a match ……}</w:t>
      </w:r>
    </w:p>
    <w:p>
      <w:r>
        <w:t>[[Amen]]</w:t>
      </w:r>
    </w:p>
    <w:p>
      <w:r>
        <w:t>[..not by virtue of the desire that took effect, but from..]</w:t>
      </w:r>
    </w:p>
    <w:p>
      <w:r>
        <w:t>And great sons, great, great in Torah</w:t>
      </w:r>
    </w:p>
    <w:p>
      <w:r>
        <w:t>[[Amen]]</w:t>
      </w:r>
    </w:p>
    <w:p>
      <w:r>
        <w:t>{…}</w:t>
      </w:r>
    </w:p>
    <w:p>
      <w:r>
        <w:t>[Saba, may we merit always to be happy]</w:t>
      </w:r>
    </w:p>
    <w:p>
      <w:r>
        <w:t>Huh?</w:t>
      </w:r>
    </w:p>
    <w:p>
      <w:r>
        <w:t>[May we merit always to be only happy]</w:t>
      </w:r>
    </w:p>
    <w:p>
      <w:r>
        <w:t>May we merit always to be..</w:t>
      </w:r>
    </w:p>
    <w:p>
      <w:r>
        <w:t>[Always, may we merit always to be in joy]</w:t>
      </w:r>
    </w:p>
    <w:p>
      <w:r>
        <w:t>Oh, amen</w:t>
      </w:r>
    </w:p>
    <w:p>
      <w:r>
        <w:t>[Amen, only in joy]</w:t>
      </w:r>
    </w:p>
    <w:p>
      <w:r>
        <w:t>[………]</w:t>
      </w:r>
    </w:p>
    <w:p>
      <w:r>
        <w:t>{…….}</w:t>
      </w:r>
    </w:p>
    <w:p>
      <w:r>
        <w:t>[Boaz]</w:t>
      </w:r>
    </w:p>
    <w:p>
      <w:r>
        <w:t>Boaz</w:t>
      </w:r>
    </w:p>
    <w:p>
      <w:r>
        <w:t>[….Saba will see …..]</w:t>
      </w:r>
    </w:p>
    <w:p>
      <w:r>
        <w:t>{…..}</w:t>
      </w:r>
    </w:p>
    <w:p>
      <w:r>
        <w:t>[…….]</w:t>
      </w:r>
    </w:p>
    <w:p>
      <w:r>
        <w:t>[Uh, perhaps, so that it will be a little understandable to you, excuse me]</w:t>
      </w:r>
    </w:p>
    <w:p>
      <w:r>
        <w:t>[Already since Shabbos..]</w:t>
      </w:r>
    </w:p>
    <w:p>
      <w:r>
        <w:t>"You are children of Hashem your God"</w:t>
      </w:r>
    </w:p>
    <w:p>
      <w:r>
        <w:t>[Yes]</w:t>
      </w:r>
    </w:p>
    <w:p>
      <w:r>
        <w:t>[Only l'chaim, only l'chaim, when one comes to tzaddikim..]</w:t>
      </w:r>
    </w:p>
    <w:p>
      <w:r>
        <w:t>{….} And all of us need the holy Rabbainu</w:t>
      </w:r>
    </w:p>
    <w:p>
      <w:r>
        <w:t>[In any case..]</w:t>
      </w:r>
    </w:p>
    <w:p>
      <w:r>
        <w:t>All the students and all the geniuses and all the great ones, they all need the holy Rabbainu</w:t>
      </w:r>
    </w:p>
    <w:p>
      <w:r>
        <w:t>[…]</w:t>
      </w:r>
    </w:p>
    <w:p>
      <w:r>
        <w:t>{He, he is above them all}, so that they should understand what he brings.., revealed to.. us</w:t>
      </w:r>
    </w:p>
    <w:p>
      <w:r>
        <w:t>[Correct]</w:t>
      </w:r>
    </w:p>
    <w:p>
      <w:r>
        <w:t>What he does with us</w:t>
      </w:r>
    </w:p>
    <w:p>
      <w:r>
        <w:t>[Correct]</w:t>
      </w:r>
    </w:p>
    <w:p>
      <w:r>
        <w:t>[In practice..]</w:t>
      </w:r>
    </w:p>
    <w:p>
      <w:r>
        <w:t>He gives his life for us and on our behalf</w:t>
      </w:r>
    </w:p>
    <w:p>
      <w:r>
        <w:t>[To save our souls]</w:t>
      </w:r>
    </w:p>
    <w:p>
      <w:r>
        <w:t>He.., what?, a thing like this has never yet been in the world</w:t>
      </w:r>
    </w:p>
    <w:p>
      <w:r>
        <w:t>A holy tzaddik {. .} like this, who gives his entire life, his entire..</w:t>
      </w:r>
    </w:p>
    <w:p>
      <w:r>
        <w:t>[For us]</w:t>
      </w:r>
    </w:p>
    <w:p>
      <w:r>
        <w:t>Everything to Hashem, blessed is He</w:t>
      </w:r>
    </w:p>
    <w:p>
      <w:r>
        <w:t>[Brings our heart close to Hashem, blessed is He]</w:t>
      </w:r>
    </w:p>
    <w:p>
      <w:r>
        <w:t>[Come on, peace to you, all the best, be well, blessing and success and good tidings, salvations and consolations]</w:t>
      </w:r>
    </w:p>
    <w:p>
      <w:r>
        <w:t>{Uh..}</w:t>
      </w:r>
    </w:p>
    <w:p>
      <w:r>
        <w:t>[….. or what?]</w:t>
      </w:r>
    </w:p>
    <w:p>
      <w:r>
        <w:t>[….]</w:t>
      </w:r>
    </w:p>
    <w:p>
      <w:r>
        <w:t>[Huh?]</w:t>
      </w:r>
    </w:p>
    <w:p>
      <w:r>
        <w:t>Who, who invited me for Shabbos? Who? {..} There is one who asked</w:t>
      </w:r>
    </w:p>
    <w:p>
      <w:r>
        <w:t>[Yes, yes]</w:t>
      </w:r>
    </w:p>
    <w:p>
      <w:r>
        <w:t>And invited me..</w:t>
      </w:r>
    </w:p>
    <w:p>
      <w:r>
        <w:t>[Yes, yes]</w:t>
      </w:r>
    </w:p>
    <w:p>
      <w:r>
        <w:t>For Shabbos</w:t>
      </w:r>
    </w:p>
    <w:p>
      <w:r>
        <w:t>[Yes]</w:t>
      </w:r>
    </w:p>
    <w:p>
      <w:r>
        <w:t>Who is it?</w:t>
      </w:r>
    </w:p>
    <w:p>
      <w:r>
        <w:t>[Here he is, here, here]</w:t>
      </w:r>
    </w:p>
    <w:p>
      <w:r>
        <w:t>[Here I am]</w:t>
      </w:r>
    </w:p>
    <w:p>
      <w:r>
        <w:t>[Oh]</w:t>
      </w:r>
    </w:p>
    <w:p>
      <w:r>
        <w:t>[Here]</w:t>
      </w:r>
    </w:p>
    <w:p>
      <w:r>
        <w:t>[Oh, here the Shabbos has arrived, praised be His name forever]</w:t>
      </w:r>
    </w:p>
    <w:p>
      <w:r>
        <w:t>[Slowly, slowly, everything arrives in its proper time and season]</w:t>
      </w:r>
    </w:p>
    <w:p>
      <w:r>
        <w:t>[Everything is f.. from Hashem, blessed is He]</w:t>
      </w:r>
    </w:p>
    <w:p>
      <w:r>
        <w:t>Where does he live?</w:t>
      </w:r>
    </w:p>
    <w:p>
      <w:r>
        <w:t>[Ramat Gan]</w:t>
      </w:r>
    </w:p>
    <w:p>
      <w:r>
        <w:t>[I live in Ramat Gan, your honor]</w:t>
      </w:r>
    </w:p>
    <w:p>
      <w:r>
        <w:t>Ramat Gan</w:t>
      </w:r>
    </w:p>
    <w:p>
      <w:r>
        <w:t>[Yes, Saba, will you come to us?]</w:t>
      </w:r>
    </w:p>
    <w:p>
      <w:r>
        <w:t>Do you have a room for me?</w:t>
      </w:r>
    </w:p>
    <w:p>
      <w:r>
        <w:t>[A special room, special]</w:t>
      </w:r>
    </w:p>
    <w:p>
      <w:r>
        <w:t>[There is a room, there is]</w:t>
      </w:r>
    </w:p>
    <w:p>
      <w:r>
        <w:t>[There is a room]</w:t>
      </w:r>
    </w:p>
    <w:p>
      <w:r>
        <w:t>Yes</w:t>
      </w:r>
    </w:p>
    <w:p>
      <w:r>
        <w:t>[Here, he knows the house, every Sunday he comes to us for the lesson]</w:t>
      </w:r>
    </w:p>
    <w:p>
      <w:r>
        <w:t>[Saba, in..]</w:t>
      </w:r>
    </w:p>
    <w:p>
      <w:r>
        <w:t>[You will also come to us..]</w:t>
      </w:r>
    </w:p>
    <w:p>
      <w:r>
        <w:t>[Wait, wait, I will tell him]</w:t>
      </w:r>
    </w:p>
    <w:p>
      <w:r>
        <w:t>[With Hashem's help we will attend to him together]</w:t>
      </w:r>
    </w:p>
    <w:p>
      <w:r>
        <w:t>[Saba, in his house, there is.. there is every Sunday a lesson in Rabbainu's book "Likutay Moharan"] Yes?</w:t>
      </w:r>
    </w:p>
    <w:p>
      <w:r>
        <w:t>[Yes, I come]</w:t>
      </w:r>
    </w:p>
    <w:p>
      <w:r>
        <w:t>[Yes, yes]</w:t>
      </w:r>
    </w:p>
    <w:p>
      <w:r>
        <w:t>Oh..</w:t>
      </w:r>
    </w:p>
    <w:p>
      <w:r>
        <w:t>[He has a great merit, great]</w:t>
      </w:r>
    </w:p>
    <w:p>
      <w:r>
        <w:t>Yes</w:t>
      </w:r>
    </w:p>
    <w:p>
      <w:r>
        <w:t>[How great?]</w:t>
      </w:r>
    </w:p>
    <w:p>
      <w:r>
        <w:t>By this merit we have life</w:t>
      </w:r>
    </w:p>
    <w:p>
      <w:r>
        <w:t>[Correct]</w:t>
      </w:r>
    </w:p>
    <w:p>
      <w:r>
        <w:t>And we have Torah</w:t>
      </w:r>
    </w:p>
    <w:p>
      <w:r>
        <w:t>[Correct]</w:t>
      </w:r>
    </w:p>
    <w:p>
      <w:r>
        <w:t>And we have Hashem, blessed is He {...}</w:t>
      </w:r>
    </w:p>
    <w:p>
      <w:r>
        <w:t>[Correct]</w:t>
      </w:r>
    </w:p>
    <w:p>
      <w:r>
        <w:t>This is the honor of Hashem, blessed is He, what? A thing like this has never yet been, and this is completely new</w:t>
      </w:r>
    </w:p>
    <w:p>
      <w:r>
        <w:t>[Well, for us]</w:t>
      </w:r>
    </w:p>
    <w:p>
      <w:r>
        <w:t>For us</w:t>
      </w:r>
    </w:p>
    <w:p>
      <w:r>
        <w:t>[Saba, if Saba comes for Shabbos, on Saturday night there is a lesson at the house]</w:t>
      </w:r>
    </w:p>
    <w:p>
      <w:r>
        <w:t>Yes..</w:t>
      </w:r>
    </w:p>
    <w:p>
      <w:r>
        <w:t>[In "Likutay Moharan"]</w:t>
      </w:r>
    </w:p>
    <w:p>
      <w:r>
        <w:t>Good, thank God</w:t>
      </w:r>
    </w:p>
    <w:p>
      <w:r>
        <w:t>[Saba, do you remember Yaakov Holtzberg?]</w:t>
      </w:r>
    </w:p>
    <w:p>
      <w:r>
        <w:t>{..}</w:t>
      </w:r>
    </w:p>
    <w:p>
      <w:r>
        <w:t>[Yaakov, Saba, do you remember?]</w:t>
      </w:r>
    </w:p>
    <w:p>
      <w:r>
        <w:t>[Holtzberg also comes to us]</w:t>
      </w:r>
    </w:p>
    <w:p>
      <w:r>
        <w:t>[Yaakov Holtzberg, he also comes to the lesson]</w:t>
      </w:r>
    </w:p>
    <w:p>
      <w:r>
        <w:t>Yes?</w:t>
      </w:r>
    </w:p>
    <w:p>
      <w:r>
        <w:t>[Yes]</w:t>
      </w:r>
    </w:p>
    <w:p>
      <w:r>
        <w:t>Good</w:t>
      </w:r>
    </w:p>
    <w:p>
      <w:r>
        <w:t>[If only]</w:t>
      </w:r>
    </w:p>
    <w:p>
      <w:r>
        <w:t>[Every Saturday night]</w:t>
      </w:r>
    </w:p>
    <w:p>
      <w:r>
        <w:t>[That he should give us the car]</w:t>
      </w:r>
    </w:p>
    <w:p>
      <w:r>
        <w:t>Yes?</w:t>
      </w:r>
    </w:p>
    <w:p>
      <w:r>
        <w:t>[Yes]</w:t>
      </w:r>
    </w:p>
    <w:p>
      <w:r>
        <w:t>Thank God</w:t>
      </w:r>
    </w:p>
    <w:p>
      <w:r>
        <w:t>[So Saba is coming for Shabbos]</w:t>
      </w:r>
    </w:p>
    <w:p>
      <w:r>
        <w:t>When I merit to hear this, just to hear this</w:t>
      </w:r>
    </w:p>
    <w:p>
      <w:r>
        <w:t>[Good things]</w:t>
      </w:r>
    </w:p>
    <w:p>
      <w:r>
        <w:t>What is this? This is the redemption and this is all our vitality and all the salvations</w:t>
      </w:r>
    </w:p>
    <w:p>
      <w:r>
        <w:t>[Correct, that by this merit we will receive our righteous Mashiach]</w:t>
      </w:r>
    </w:p>
    <w:p>
      <w:r>
        <w:t>[[[Amen]]]</w:t>
      </w:r>
    </w:p>
    <w:p>
      <w:r>
        <w:t>[Come on]</w:t>
      </w:r>
    </w:p>
    <w:p>
      <w:r>
        <w:t>[So Saba is coming to us for Shabbos?]</w:t>
      </w:r>
    </w:p>
    <w:p>
      <w:r>
        <w:t>Huh?</w:t>
      </w:r>
    </w:p>
    <w:p>
      <w:r>
        <w:t>[Saba is coming to us for Shabbos?]</w:t>
      </w:r>
    </w:p>
    <w:p>
      <w:r>
        <w:t>{….}, I need..</w:t>
      </w:r>
    </w:p>
    <w:p>
      <w:r>
        <w:t>[Address]</w:t>
      </w:r>
    </w:p>
    <w:p>
      <w:r>
        <w:t>[Address]</w:t>
      </w:r>
    </w:p>
    <w:p>
      <w:r>
        <w:t>[Place]</w:t>
      </w:r>
    </w:p>
    <w:p>
      <w:r>
        <w:t>What.. what.. to receive it, to receive me</w:t>
      </w:r>
    </w:p>
    <w:p>
      <w:r>
        <w:t>[Yes]</w:t>
      </w:r>
    </w:p>
    <w:p>
      <w:r>
        <w:t>I cannot walk</w:t>
      </w:r>
    </w:p>
    <w:p>
      <w:r>
        <w:t>[Yes]</w:t>
      </w:r>
    </w:p>
    <w:p>
      <w:r>
        <w:t>I cannot f.. from here to here, even one step I cannot</w:t>
      </w:r>
    </w:p>
    <w:p>
      <w:r>
        <w:t>[We will help Saba, with everything that is needed]</w:t>
      </w:r>
    </w:p>
    <w:p>
      <w:r>
        <w:t>If you want me to.., to invite me for Shabbos</w:t>
      </w:r>
    </w:p>
    <w:p>
      <w:r>
        <w:t>[Yes]</w:t>
      </w:r>
    </w:p>
    <w:p>
      <w:r>
        <w:t>They need to come and receive me</w:t>
      </w:r>
    </w:p>
    <w:p>
      <w:r>
        <w:t>[All right, yes, yes]</w:t>
      </w:r>
    </w:p>
    <w:p>
      <w:r>
        <w:t>And we will go</w:t>
      </w:r>
    </w:p>
    <w:p>
      <w:r>
        <w:t>[Yes, yes.. Uri..]</w:t>
      </w:r>
    </w:p>
    <w:p>
      <w:r>
        <w:t>[He needs diapers, how is it..?]</w:t>
      </w:r>
    </w:p>
    <w:p>
      <w:r>
        <w:t>[….]...</w:t>
      </w:r>
    </w:p>
    <w:p>
      <w:r>
        <w:t>...[..car]</w:t>
      </w:r>
    </w:p>
    <w:p>
      <w:r>
        <w:t>[Yes]</w:t>
      </w:r>
    </w:p>
    <w:p>
      <w:r>
        <w:t>Uh, someone gave me a new car as a gift</w:t>
      </w:r>
    </w:p>
    <w:p>
      <w:r>
        <w:t>[Yes, the yellow one]</w:t>
      </w:r>
    </w:p>
    <w:p>
      <w:r>
        <w:t>[So wait, uh, who, who will drive him?]</w:t>
      </w:r>
    </w:p>
    <w:p>
      <w:r>
        <w:t>[Give him ….]</w:t>
      </w:r>
    </w:p>
    <w:p>
      <w:r>
        <w:t>I can.. uh.. uh..</w:t>
      </w:r>
    </w:p>
    <w:p>
      <w:r>
        <w:t>[… can give me instructions…]</w:t>
      </w:r>
    </w:p>
    <w:p>
      <w:r>
        <w:t>[He does not want]</w:t>
      </w:r>
    </w:p>
    <w:p>
      <w:r>
        <w:t>[No, this is not going to be, uh..]</w:t>
      </w:r>
    </w:p>
    <w:p>
      <w:r>
        <w:t>It is my car</w:t>
      </w:r>
    </w:p>
    <w:p>
      <w:r>
        <w:t>[{Attached to him?}]</w:t>
      </w:r>
    </w:p>
    <w:p>
      <w:r>
        <w:t>[…..]</w:t>
      </w:r>
    </w:p>
    <w:p>
      <w:r>
        <w:t>It is my car and my fuel, so I will go {to them}</w:t>
      </w:r>
    </w:p>
    <w:p>
      <w:r>
        <w:t>But I cannot, cannot from here to here</w:t>
      </w:r>
    </w:p>
    <w:p>
      <w:r>
        <w:t>[Ask him when he wants]</w:t>
      </w:r>
    </w:p>
    <w:p>
      <w:r>
        <w:t>[When do you want? Do you want this Shabbos?]</w:t>
      </w:r>
    </w:p>
    <w:p>
      <w:r>
        <w:t>{..}</w:t>
      </w:r>
    </w:p>
    <w:p>
      <w:r>
        <w:t>[The coming one?]</w:t>
      </w:r>
    </w:p>
    <w:p>
      <w:r>
        <w:t>The Sha.., huh?</w:t>
      </w:r>
    </w:p>
    <w:p>
      <w:r>
        <w:t>[Shabbos..?]</w:t>
      </w:r>
    </w:p>
    <w:p>
      <w:r>
        <w:t>Whenever you want</w:t>
      </w:r>
    </w:p>
    <w:p>
      <w:r>
        <w:t>[So now we want]</w:t>
      </w:r>
    </w:p>
    <w:p>
      <w:r>
        <w:t>Whenever you want, I know nothing</w:t>
      </w:r>
    </w:p>
    <w:p>
      <w:r>
        <w:t>If, if, if you come to receive me, I will go</w:t>
      </w:r>
    </w:p>
    <w:p>
      <w:r>
        <w:t>[Yes]</w:t>
      </w:r>
    </w:p>
    <w:p>
      <w:r>
        <w:t>{We ...}</w:t>
      </w:r>
    </w:p>
    <w:p>
      <w:r>
        <w:t>[Will we take Saba now today?]</w:t>
      </w:r>
    </w:p>
    <w:p>
      <w:r>
        <w:t>To merit, to hear "Likutay Moharan," what this is, what a salvation this is, what a healing and what..</w:t>
      </w:r>
    </w:p>
    <w:p>
      <w:r>
        <w:t>This is all our rectification and our Judaism, this is everything, this is all fear of Heaven and faith and repentance</w:t>
      </w:r>
    </w:p>
    <w:p>
      <w:r>
        <w:t>And everything {that we merit} is for good in every utterance and utterance</w:t>
      </w:r>
    </w:p>
    <w:p>
      <w:r>
        <w:t>[So Saba is coming to us now?]</w:t>
      </w:r>
    </w:p>
    <w:p>
      <w:r>
        <w:t>A thing like this has never yet been in the world, now it has been revealed to us, {..} uh..</w:t>
      </w:r>
    </w:p>
    <w:p>
      <w:r>
        <w:t>[He is speaking about the redemption]</w:t>
      </w:r>
    </w:p>
    <w:p>
      <w:r>
        <w:t>A wonder, such an awesome wonder, which is all our vitality and our salvation, {…}</w:t>
      </w:r>
    </w:p>
    <w:p>
      <w:r>
        <w:t>[Everything…..]</w:t>
      </w:r>
    </w:p>
    <w:p>
      <w:r>
        <w:t>Everything, everything, everything that is needed, everything {…}…</w:t>
      </w:r>
    </w:p>
    <w:p>
      <w:r>
        <w:t>[..everything is ready]</w:t>
      </w:r>
    </w:p>
    <w:p>
      <w:r>
        <w:t>[Do you want to travel, I will stay, shall I bring him?]</w:t>
      </w:r>
    </w:p>
    <w:p>
      <w:r>
        <w:t>[….…]</w:t>
      </w:r>
    </w:p>
    <w:p>
      <w:r>
        <w:t>[…….]</w:t>
      </w:r>
    </w:p>
    <w:p>
      <w:r>
        <w:t>[Yes, what is this ……..]</w:t>
      </w:r>
    </w:p>
    <w:p>
      <w:r>
        <w:t>[….…]…</w:t>
      </w:r>
    </w:p>
    <w:p>
      <w:r>
        <w:t>...[……]…</w:t>
      </w:r>
    </w:p>
    <w:p>
      <w:r>
        <w:t>...I have a car</w:t>
      </w:r>
    </w:p>
    <w:p>
      <w:r>
        <w:t>[Oh, thank God, so here, so he understands us well]</w:t>
      </w:r>
    </w:p>
    <w:p>
      <w:r>
        <w:t>[What did you think?]</w:t>
      </w:r>
    </w:p>
    <w:p>
      <w:r>
        <w:t>A car, a new car, a new car</w:t>
      </w:r>
    </w:p>
    <w:p>
      <w:r>
        <w:t>[A new car]</w:t>
      </w:r>
    </w:p>
    <w:p>
      <w:r>
        <w:t>Whenever you want, I am ready..</w:t>
      </w:r>
    </w:p>
    <w:p>
      <w:r>
        <w:t>[Oh]</w:t>
      </w:r>
    </w:p>
    <w:p>
      <w:r>
        <w:t>{...}, to come</w:t>
      </w:r>
    </w:p>
    <w:p>
      <w:r>
        <w:t>[All right, so who, who drives to Yerushalayim?]…</w:t>
      </w:r>
    </w:p>
    <w:p>
      <w:r>
        <w:t>…{to prepare everything}, and..</w:t>
      </w:r>
    </w:p>
    <w:p>
      <w:r>
        <w:t>[We travel]</w:t>
      </w:r>
    </w:p>
    <w:p>
      <w:r>
        <w:t>And we will travel</w:t>
      </w:r>
    </w:p>
    <w:p>
      <w:r>
        <w:t>[…….]</w:t>
      </w:r>
    </w:p>
    <w:p>
      <w:r>
        <w:t>[Does he have a license?]</w:t>
      </w:r>
    </w:p>
    <w:p>
      <w:r>
        <w:t>Even..</w:t>
      </w:r>
    </w:p>
    <w:p>
      <w:r>
        <w:t>[A license?]</w:t>
      </w:r>
    </w:p>
    <w:p>
      <w:r>
        <w:t>[A license]</w:t>
      </w:r>
    </w:p>
    <w:p>
      <w:r>
        <w:t>[He has one, what is the problem?]</w:t>
      </w:r>
    </w:p>
    <w:p>
      <w:r>
        <w:t>[Who?]</w:t>
      </w:r>
    </w:p>
    <w:p>
      <w:r>
        <w:t>[…]</w:t>
      </w:r>
    </w:p>
    <w:p>
      <w:r>
        <w:t>[So home]</w:t>
      </w:r>
    </w:p>
    <w:p>
      <w:r>
        <w:t>[What, I will not take Saba's?]</w:t>
      </w:r>
    </w:p>
    <w:p>
      <w:r>
        <w:t>[Yes, what …….]</w:t>
      </w:r>
    </w:p>
    <w:p>
      <w:r>
        <w:t>[What is the problem? What, what..?]</w:t>
      </w:r>
    </w:p>
    <w:p>
      <w:r>
        <w:t>[All right]</w:t>
      </w:r>
    </w:p>
    <w:p>
      <w:r>
        <w:t>[What, I cannot drive? Brother, whoever has a license d.. d.. drives the car, what is the problem?]</w:t>
      </w:r>
    </w:p>
    <w:p>
      <w:r>
        <w:t>A driver—they need to know</w:t>
      </w:r>
    </w:p>
    <w:p>
      <w:r>
        <w:t>[One does not go touring with it..]</w:t>
      </w:r>
    </w:p>
    <w:p>
      <w:r>
        <w:t>A driver</w:t>
      </w:r>
    </w:p>
    <w:p>
      <w:r>
        <w:t>[They take him wherever he needs]</w:t>
      </w:r>
    </w:p>
    <w:p>
      <w:r>
        <w:t>That there should be..</w:t>
      </w:r>
    </w:p>
    <w:p>
      <w:r>
        <w:t>[Tell him that you are up for it]</w:t>
      </w:r>
    </w:p>
    <w:p>
      <w:r>
        <w:t>That he should take us</w:t>
      </w:r>
    </w:p>
    <w:p>
      <w:r>
        <w:t>[How?]</w:t>
      </w:r>
    </w:p>
    <w:p>
      <w:r>
        <w:t>[Tell him that you are..]</w:t>
      </w:r>
    </w:p>
    <w:p>
      <w:r>
        <w:t>A driver</w:t>
      </w:r>
    </w:p>
    <w:p>
      <w:r>
        <w:t>[I am a driver, I am a driver]</w:t>
      </w:r>
    </w:p>
    <w:p>
      <w:r>
        <w:t>But there is a new car</w:t>
      </w:r>
    </w:p>
    <w:p>
      <w:r>
        <w:t>[Yes]</w:t>
      </w:r>
    </w:p>
    <w:p>
      <w:r>
        <w:t>[All right]</w:t>
      </w:r>
    </w:p>
    <w:p>
      <w:r>
        <w:t>[Tell him, he fell asleep, tell him]</w:t>
      </w:r>
    </w:p>
    <w:p>
      <w:r>
        <w:t>[Well, what..]</w:t>
      </w:r>
    </w:p>
    <w:p>
      <w:r>
        <w:t>[Saba, but who will drive? Who will drive the car?]</w:t>
      </w:r>
    </w:p>
    <w:p>
      <w:r>
        <w:t>Huh?</w:t>
      </w:r>
    </w:p>
    <w:p>
      <w:r>
        <w:t>[Who will drive the car]</w:t>
      </w:r>
    </w:p>
    <w:p>
      <w:r>
        <w:t>[Tell him that you drive slowly, perhaps….]</w:t>
      </w:r>
    </w:p>
    <w:p>
      <w:r>
        <w:t>I do not know</w:t>
      </w:r>
    </w:p>
    <w:p>
      <w:r>
        <w:t>[Uh, uh]</w:t>
      </w:r>
    </w:p>
    <w:p>
      <w:r>
        <w:t>I do not know</w:t>
      </w:r>
    </w:p>
    <w:p>
      <w:r>
        <w:t>[Tell him that there is..]</w:t>
      </w:r>
    </w:p>
    <w:p>
      <w:r>
        <w:t>[Wait, but drivers take him to Yerushalayim..]</w:t>
      </w:r>
    </w:p>
    <w:p>
      <w:r>
        <w:t>I, I had {someone else}</w:t>
      </w:r>
    </w:p>
    <w:p>
      <w:r>
        <w:t>[You are traveling to Yerushalayim, today..]</w:t>
      </w:r>
    </w:p>
    <w:p>
      <w:r>
        <w:t>[Uh, you will take]</w:t>
      </w:r>
    </w:p>
    <w:p>
      <w:r>
        <w:t>That I have..</w:t>
      </w:r>
    </w:p>
    <w:p>
      <w:r>
        <w:t>[Th.. here, here is Menachem]</w:t>
      </w:r>
    </w:p>
    <w:p>
      <w:r>
        <w:t>[Yes]</w:t>
      </w:r>
    </w:p>
    <w:p>
      <w:r>
        <w:t>[..to Yerushalayim, and from Yerushalayim to Ramat Gan, that is all]</w:t>
      </w:r>
    </w:p>
    <w:p>
      <w:r>
        <w:t>[Yes, yes]</w:t>
      </w:r>
    </w:p>
    <w:p>
      <w:r>
        <w:t>I have a car, I have a car</w:t>
      </w:r>
    </w:p>
    <w:p>
      <w:r>
        <w:t>[No, Saba, I am asking, who will drive?]</w:t>
      </w:r>
    </w:p>
    <w:p>
      <w:r>
        <w:t>Whenever you want</w:t>
      </w:r>
    </w:p>
    <w:p>
      <w:r>
        <w:t>[Here is the driver, here is the driver……..]</w:t>
      </w:r>
    </w:p>
    <w:p>
      <w:r>
        <w:t>I am ready to come</w:t>
      </w:r>
    </w:p>
    <w:p>
      <w:r>
        <w:t>[Here, oh]</w:t>
      </w:r>
    </w:p>
    <w:p>
      <w:r>
        <w:t>[No, Saba, I asked who will drive?]</w:t>
      </w:r>
    </w:p>
    <w:p>
      <w:r>
        <w:t>[Menachem..]</w:t>
      </w:r>
    </w:p>
    <w:p>
      <w:r>
        <w:t>[Who will drive, who will travel, who will drive the car?]</w:t>
      </w:r>
    </w:p>
    <w:p>
      <w:r>
        <w:t>I know.., do not know</w:t>
      </w:r>
    </w:p>
    <w:p>
      <w:r>
        <w:t>[Menachem?]</w:t>
      </w:r>
    </w:p>
    <w:p>
      <w:r>
        <w:t>Uh, huh? Menachem w..</w:t>
      </w:r>
    </w:p>
    <w:p>
      <w:r>
        <w:t>[Oh, Menachem, here, oh, Menachem has arrived]</w:t>
      </w:r>
    </w:p>
    <w:p>
      <w:r>
        <w:t>Good, yes</w:t>
      </w:r>
    </w:p>
    <w:p>
      <w:r>
        <w:t>[Menachem..]</w:t>
      </w:r>
    </w:p>
    <w:p>
      <w:r>
        <w:t>Menachem knows</w:t>
      </w:r>
    </w:p>
    <w:p>
      <w:r>
        <w:t>[I arrived now, good morning, I am Menachem]</w:t>
      </w:r>
    </w:p>
    <w:p>
      <w:r>
        <w:t>You will come take them whenever they want</w:t>
      </w:r>
    </w:p>
    <w:p>
      <w:r>
        <w:t>[Yes]</w:t>
      </w:r>
    </w:p>
    <w:p>
      <w:r>
        <w:t>The car, his car, {…} it is new</w:t>
      </w:r>
    </w:p>
    <w:p>
      <w:r>
        <w:t>[What a "Shabbos" awaits us]</w:t>
      </w:r>
    </w:p>
    <w:p>
      <w:r>
        <w:t>He..</w:t>
      </w:r>
    </w:p>
    <w:p>
      <w:r>
        <w:t>[[…...……]]</w:t>
      </w:r>
    </w:p>
    <w:p>
      <w:r>
        <w:t>He is the driver</w:t>
      </w:r>
    </w:p>
    <w:p>
      <w:r>
        <w:t>[Whoa, what a "Shabbos"]</w:t>
      </w:r>
    </w:p>
    <w:p>
      <w:r>
        <w:t>[This one, an ace, this one]</w:t>
      </w:r>
    </w:p>
    <w:p>
      <w:r>
        <w:t>[What? He.. he did not feel well? In Uman he did not feel well, correct?</w:t>
      </w:r>
    </w:p>
    <w:p>
      <w:r>
        <w:t>In Uman he did not feel so well, correct?]</w:t>
      </w:r>
    </w:p>
    <w:p>
      <w:r>
        <w:t>[Do you know the "Saba"?]</w:t>
      </w:r>
    </w:p>
    <w:p>
      <w:r>
        <w:t>[I do not know]</w:t>
      </w:r>
    </w:p>
    <w:p>
      <w:r>
        <w:t>[No, meaning this, in Uman..]</w:t>
      </w:r>
    </w:p>
    <w:p>
      <w:r>
        <w:t>[Probably, probably]</w:t>
      </w:r>
    </w:p>
    <w:p>
      <w:r>
        <w:t>[Saba is coming to them for Shabbos]</w:t>
      </w:r>
    </w:p>
    <w:p>
      <w:r>
        <w:t>[Eh?]...</w:t>
      </w:r>
    </w:p>
    <w:p>
      <w:r>
        <w:t>{…}...</w:t>
      </w:r>
    </w:p>
    <w:p>
      <w:r>
        <w:t>[..…]</w:t>
      </w:r>
    </w:p>
    <w:p>
      <w:r>
        <w:t>And I am ready {..} to travel wherever you want</w:t>
      </w:r>
    </w:p>
    <w:p>
      <w:r>
        <w:t>I have nothing, I have nothing, but the holy Rabbainu illuminates for each person what he needs</w:t>
      </w:r>
    </w:p>
    <w:p>
      <w:r>
        <w:t>All the rectifications and all the deliverances and all the salvations, the holy Rabbainu</w:t>
      </w:r>
    </w:p>
    <w:p>
      <w:r>
        <w:t>[…...]</w:t>
      </w:r>
    </w:p>
    <w:p>
      <w:r>
        <w:t>He..</w:t>
      </w:r>
    </w:p>
    <w:p>
      <w:r>
        <w:t>[Say shalom to him]</w:t>
      </w:r>
    </w:p>
    <w:p>
      <w:r>
        <w:t>Conquered the whole world</w:t>
      </w:r>
    </w:p>
    <w:p>
      <w:r>
        <w:t>[Gadi]</w:t>
      </w:r>
    </w:p>
    <w:p>
      <w:r>
        <w:t>[All the best]</w:t>
      </w:r>
    </w:p>
    <w:p>
      <w:r>
        <w:t>And he..</w:t>
      </w:r>
    </w:p>
    <w:p>
      <w:r>
        <w:t>[Gut Shabbos, all the best]</w:t>
      </w:r>
    </w:p>
    <w:p>
      <w:r>
        <w:t>[Saba is coming?]</w:t>
      </w:r>
    </w:p>
    <w:p>
      <w:r>
        <w:t>[Eh?]</w:t>
      </w:r>
    </w:p>
    <w:p>
      <w:r>
        <w:t>[Coming]</w:t>
      </w:r>
    </w:p>
    <w:p>
      <w:r>
        <w:t>[…]</w:t>
      </w:r>
    </w:p>
    <w:p>
      <w:r>
        <w:t>And he studies with you and with him and with, and with..</w:t>
      </w:r>
    </w:p>
    <w:p>
      <w:r>
        <w:t>[All of us]</w:t>
      </w:r>
    </w:p>
    <w:p>
      <w:r>
        <w:t>Each one, he teaches him in his Torah, for each one what he needs</w:t>
      </w:r>
    </w:p>
    <w:p>
      <w:r>
        <w:t>[What he needs]</w:t>
      </w:r>
    </w:p>
    <w:p>
      <w:r>
        <w:t>Yes</w:t>
      </w:r>
    </w:p>
    <w:p>
      <w:r>
        <w:t>[What he needs]</w:t>
      </w:r>
    </w:p>
    <w:p>
      <w:r>
        <w:t>Yes, all the salvations</w:t>
      </w:r>
    </w:p>
    <w:p>
      <w:r>
        <w:t>[Each one receives according to what he needs]</w:t>
      </w:r>
    </w:p>
    <w:p>
      <w:r>
        <w:t>Yes, in every utterance..</w:t>
      </w:r>
    </w:p>
    <w:p>
      <w:r>
        <w:t>[In every..]</w:t>
      </w:r>
    </w:p>
    <w:p>
      <w:r>
        <w:t>Of his</w:t>
      </w:r>
    </w:p>
    <w:p>
      <w:r>
        <w:t>[[[Every utterance]]]</w:t>
      </w:r>
    </w:p>
    <w:p>
      <w:r>
        <w:t>This is such a new thing, which has never yet been in the world, such a wonder</w:t>
      </w:r>
    </w:p>
    <w:p>
      <w:r>
        <w:t>That he can {..} help us</w:t>
      </w:r>
    </w:p>
    <w:p>
      <w:r>
        <w:t>[...]</w:t>
      </w:r>
    </w:p>
    <w:p>
      <w:r>
        <w:t>And he sacrifices his life for us, he {gives, gives} to Hashem, blessed be He</w:t>
      </w:r>
    </w:p>
    <w:p>
      <w:r>
        <w:t>Take the sons and take the.., everything, if only I merit to speak some utterance from Rabbainu</w:t>
      </w:r>
    </w:p>
    <w:p>
      <w:r>
        <w:t>This is our salvation</w:t>
      </w:r>
    </w:p>
    <w:p>
      <w:r>
        <w:t>The gentiles will fall, will fall completely</w:t>
      </w:r>
    </w:p>
    <w:p>
      <w:r>
        <w:t>[With Hashem's help]</w:t>
      </w:r>
    </w:p>
    <w:p>
      <w:r>
        <w:t>Yes</w:t>
      </w:r>
    </w:p>
    <w:p>
      <w:r>
        <w:t>Only {...} we need {..} to make an effort and yearn for every utterance of, of Rabbainu, because every utterance is all our vitality</w:t>
      </w:r>
    </w:p>
    <w:p>
      <w:r>
        <w:t>[For us]</w:t>
      </w:r>
    </w:p>
    <w:p>
      <w:r>
        <w:t>And all our salvation and all our Judaism, ours and that of all Yisroel</w:t>
      </w:r>
    </w:p>
    <w:p>
      <w:r>
        <w:t>[Everyone, everyone]</w:t>
      </w:r>
    </w:p>
    <w:p>
      <w:r>
        <w:t>[[Amen]]</w:t>
      </w:r>
    </w:p>
    <w:p>
      <w:r>
        <w:t>[All the best, Gut Shabbos]</w:t>
      </w:r>
    </w:p>
    <w:p>
      <w:r>
        <w:t>Gut Shabbos</w:t>
      </w:r>
    </w:p>
    <w:p>
      <w:r>
        <w:t>Shoyn, whenever you want, you have a car, a car with a driver</w:t>
      </w:r>
    </w:p>
    <w:p>
      <w:r>
        <w:t>{..} Where is Menachem?</w:t>
      </w:r>
    </w:p>
    <w:p>
      <w:r>
        <w:t>[Here, here is Menachem]</w:t>
      </w:r>
    </w:p>
    <w:p>
      <w:r>
        <w:t>[Menachem is here]</w:t>
      </w:r>
    </w:p>
    <w:p>
      <w:r>
        <w:t>Menachem?</w:t>
      </w:r>
    </w:p>
    <w:p>
      <w:r>
        <w:t>[I am here]</w:t>
      </w:r>
    </w:p>
    <w:p>
      <w:r>
        <w:t>[There is a car with a driver]</w:t>
      </w:r>
    </w:p>
    <w:p>
      <w:r>
        <w:t>[I am here]</w:t>
      </w:r>
    </w:p>
    <w:p>
      <w:r>
        <w:t>The..</w:t>
      </w:r>
    </w:p>
    <w:p>
      <w:r>
        <w:t>[I am here]</w:t>
      </w:r>
    </w:p>
    <w:p>
      <w:r>
        <w:t>The car is yours and you are yours</w:t>
      </w:r>
    </w:p>
    <w:p>
      <w:r>
        <w:t>[What is mine?]</w:t>
      </w:r>
    </w:p>
    <w:p>
      <w:r>
        <w:t>[[The car is yours and you are yours]]</w:t>
      </w:r>
    </w:p>
    <w:p>
      <w:r>
        <w:t>[Saba, Gut Shabbos]</w:t>
      </w:r>
    </w:p>
    <w:p>
      <w:r>
        <w:t>Gut Shabbos</w:t>
      </w:r>
    </w:p>
    <w:p>
      <w:r>
        <w:t>[May we merit true joy]</w:t>
      </w:r>
    </w:p>
    <w:p>
      <w:r>
        <w:t>Amen</w:t>
      </w:r>
    </w:p>
    <w:p>
      <w:r>
        <w:t>[And understanding in Rabbainu's Torah]</w:t>
      </w:r>
    </w:p>
    <w:p>
      <w:r>
        <w:t>The holy Rabbainu is a "son of joy"</w:t>
      </w:r>
    </w:p>
    <w:p>
      <w:r>
        <w:t>[A son of joy, yo]</w:t>
      </w:r>
    </w:p>
    <w:p>
      <w:r>
        <w:t>Rav Shlomo Veksler, he was f.. from Germany</w:t>
      </w:r>
    </w:p>
    <w:p>
      <w:r>
        <w:t>[Yes]</w:t>
      </w:r>
    </w:p>
    <w:p>
      <w:r>
        <w:t>His father was a rav in Germany</w:t>
      </w:r>
    </w:p>
    <w:p>
      <w:r>
        <w:t>[In Germany]</w:t>
      </w:r>
    </w:p>
    <w:p>
      <w:r>
        <w:t>He was great in Torah and a holy man</w:t>
      </w:r>
    </w:p>
    <w:p>
      <w:r>
        <w:t>[..]</w:t>
      </w:r>
    </w:p>
    <w:p>
      <w:r>
        <w:t>Not like the rabbis of today</w:t>
      </w:r>
    </w:p>
    <w:p>
      <w:r>
        <w:t>[Yes]</w:t>
      </w:r>
    </w:p>
    <w:p>
      <w:r>
        <w:t>[The Bilu'im, Bilu'im]</w:t>
      </w:r>
    </w:p>
    <w:p>
      <w:r>
        <w:t>He went {..} in the market and saw "Likutay Eitzos" in the shops, he went in</w:t>
      </w:r>
    </w:p>
    <w:p>
      <w:r>
        <w:t>"Oh..”, he saw Rabbainu's "Likutay Eitzos"</w:t>
      </w:r>
    </w:p>
    <w:p>
      <w:r>
        <w:t>[..]</w:t>
      </w:r>
    </w:p>
    <w:p>
      <w:r>
        <w:t>He saw and said: "The redemption is that all Yisroel will come to Eretz Yisroel" so he came home..</w:t>
      </w:r>
    </w:p>
    <w:p>
      <w:r>
        <w:t>[Avraham, quiet, Avraham]</w:t>
      </w:r>
    </w:p>
    <w:p>
      <w:r>
        <w:t>And said to his father:</w:t>
      </w:r>
    </w:p>
    <w:p>
      <w:r>
        <w:t>"Father, I want to travel to Eretz Yisroel"</w:t>
      </w:r>
    </w:p>
    <w:p>
      <w:r>
        <w:t>"Good.."</w:t>
      </w:r>
    </w:p>
    <w:p>
      <w:r>
        <w:t>[He asked him, where to]</w:t>
      </w:r>
    </w:p>
    <w:p>
      <w:r>
        <w:t>"You want to travel to Eretz Yisroel, take money and travel"</w:t>
      </w:r>
    </w:p>
    <w:p>
      <w:r>
        <w:t>[And travel, yes]</w:t>
      </w:r>
    </w:p>
    <w:p>
      <w:r>
        <w:t>He came to Eretz Yisroel, and there was a holy gaon here</w:t>
      </w:r>
    </w:p>
    <w:p>
      <w:r>
        <w:t>[Renowned]</w:t>
      </w:r>
    </w:p>
    <w:p>
      <w:r>
        <w:t>{..}, he took him as a son-in-law, he was a man, a man..</w:t>
      </w:r>
    </w:p>
    <w:p>
      <w:r>
        <w:t>[Distinguished]</w:t>
      </w:r>
    </w:p>
    <w:p>
      <w:r>
        <w:t>{Rav Shlomo}, Rav Shlomo was {..} a holy man</w:t>
      </w:r>
    </w:p>
    <w:p>
      <w:r>
        <w:t>[Rav Shlomo Zevil?]</w:t>
      </w:r>
    </w:p>
    <w:p>
      <w:r>
        <w:t>Rav Shlomo Veksler</w:t>
      </w:r>
    </w:p>
    <w:p>
      <w:r>
        <w:t>[Ah, Veksler]</w:t>
      </w:r>
    </w:p>
    <w:p>
      <w:r>
        <w:t>From Germany</w:t>
      </w:r>
    </w:p>
    <w:p>
      <w:r>
        <w:t>[Yes]</w:t>
      </w:r>
    </w:p>
    <w:p>
      <w:r>
        <w:t>[[………]]</w:t>
      </w:r>
    </w:p>
    <w:p>
      <w:r>
        <w:t>He drew his family {..} in Germany close, and also other people</w:t>
      </w:r>
    </w:p>
    <w:p>
      <w:r>
        <w:t>[To Rabbainu]</w:t>
      </w:r>
    </w:p>
    <w:p>
      <w:r>
        <w:t>{..} To Rabbainu, certainly to Rabbainu</w:t>
      </w:r>
    </w:p>
    <w:p>
      <w:r>
        <w:t>[With Hashem's help..]</w:t>
      </w:r>
    </w:p>
    <w:p>
      <w:r>
        <w:t>He came..</w:t>
      </w:r>
    </w:p>
    <w:p>
      <w:r>
        <w:t>[Saba]</w:t>
      </w:r>
    </w:p>
    <w:p>
      <w:r>
        <w:t>Home, he, he showed his father:</w:t>
      </w:r>
    </w:p>
    <w:p>
      <w:r>
        <w:t>"That every one of Yisroel has to live in Eretz Yisroel"</w:t>
      </w:r>
    </w:p>
    <w:p>
      <w:r>
        <w:t>[Yisroel, a portion]</w:t>
      </w:r>
    </w:p>
    <w:p>
      <w:r>
        <w:t>"I want Eretz Yisroel"</w:t>
      </w:r>
    </w:p>
    <w:p>
      <w:r>
        <w:t>[Yes]</w:t>
      </w:r>
    </w:p>
    <w:p>
      <w:r>
        <w:t>"You want Eretz Yisroel?..”</w:t>
      </w:r>
    </w:p>
    <w:p>
      <w:r>
        <w:t>[Take money]</w:t>
      </w:r>
    </w:p>
    <w:p>
      <w:r>
        <w:t>{…}, "Go and travel"</w:t>
      </w:r>
    </w:p>
    <w:p>
      <w:r>
        <w:t>["Along the way a person wishes to go, they lead him"</w:t>
      </w:r>
    </w:p>
    <w:p>
      <w:r>
        <w:t>Saba, "Along the way a person wishes to go, they lead him"]</w:t>
      </w:r>
    </w:p>
    <w:p>
      <w:r>
        <w:t>{…}</w:t>
      </w:r>
    </w:p>
    <w:p>
      <w:r>
        <w:t>[He merited]</w:t>
      </w:r>
    </w:p>
    <w:p>
      <w:r>
        <w:t>[If there is a problem..]</w:t>
      </w:r>
    </w:p>
    <w:p>
      <w:r>
        <w:t>{….}</w:t>
      </w:r>
    </w:p>
    <w:p>
      <w:r>
        <w:t>[…..]</w:t>
      </w:r>
    </w:p>
    <w:p>
      <w:r>
        <w:t>{….}</w:t>
      </w:r>
    </w:p>
    <w:p>
      <w:r>
        <w:t>[There will be someone at home]</w:t>
      </w:r>
    </w:p>
    <w:p>
      <w:r>
        <w:t>He was great in Torah, and I am a completely simple man, and he loved me and studied with me and spoke with me</w:t>
      </w:r>
    </w:p>
    <w:p>
      <w:r>
        <w:t>He gave his entire soul for me</w:t>
      </w:r>
    </w:p>
    <w:p>
      <w:r>
        <w:t>[The merit of Rabbainu]</w:t>
      </w:r>
    </w:p>
    <w:p>
      <w:r>
        <w:t>To draw me close to Rabbainu</w:t>
      </w:r>
    </w:p>
    <w:p>
      <w:r>
        <w:t>[……..…..]</w:t>
      </w:r>
    </w:p>
    <w:p>
      <w:r>
        <w:t>[………….]</w:t>
      </w:r>
    </w:p>
    <w:p>
      <w:r>
        <w:t>Eh..</w:t>
      </w:r>
    </w:p>
    <w:p>
      <w:r>
        <w:t>[……]</w:t>
      </w:r>
    </w:p>
    <w:p>
      <w:r>
        <w:t>[……]</w:t>
      </w:r>
    </w:p>
    <w:p>
      <w:r>
        <w:t>He did not have a livelihood</w:t>
      </w:r>
    </w:p>
    <w:p>
      <w:r>
        <w:t>[After Shabbos we..]</w:t>
      </w:r>
    </w:p>
    <w:p>
      <w:r>
        <w:t>[He did not have]</w:t>
      </w:r>
    </w:p>
    <w:p>
      <w:r>
        <w:t>[He came..]</w:t>
      </w:r>
    </w:p>
    <w:p>
      <w:r>
        <w:t>{…}</w:t>
      </w:r>
    </w:p>
    <w:p>
      <w:r>
        <w:t>[To Melaveh Malkah..]</w:t>
      </w:r>
    </w:p>
    <w:p>
      <w:r>
        <w:t>{But…..} the family sent him, but it was not all the time</w:t>
      </w:r>
    </w:p>
    <w:p>
      <w:r>
        <w:t>[It was not enough]</w:t>
      </w:r>
    </w:p>
    <w:p>
      <w:r>
        <w:t>{..} Yes</w:t>
      </w:r>
    </w:p>
    <w:p>
      <w:r>
        <w:t>[Shimon will be able to come with him..]</w:t>
      </w:r>
    </w:p>
    <w:p>
      <w:r>
        <w:t>[….]</w:t>
      </w:r>
    </w:p>
    <w:p>
      <w:r>
        <w:t>[….]</w:t>
      </w:r>
    </w:p>
    <w:p>
      <w:r>
        <w:t>I and.. I came..</w:t>
      </w:r>
    </w:p>
    <w:p>
      <w:r>
        <w:t>[A vacant room, two beds..]</w:t>
      </w:r>
    </w:p>
    <w:p>
      <w:r>
        <w:t>And he..</w:t>
      </w:r>
    </w:p>
    <w:p>
      <w:r>
        <w:t>[Can sleep..]</w:t>
      </w:r>
    </w:p>
    <w:p>
      <w:r>
        <w:t>Gave me..</w:t>
      </w:r>
    </w:p>
    <w:p>
      <w:r>
        <w:t>[Everything is fine]</w:t>
      </w:r>
    </w:p>
    <w:p>
      <w:r>
        <w:t>The whole house</w:t>
      </w:r>
    </w:p>
    <w:p>
      <w:r>
        <w:t>[Pshh..]</w:t>
      </w:r>
    </w:p>
    <w:p>
      <w:r>
        <w:t>Everything there is in the house, {…}, fruit and.. {and so} soup, and..</w:t>
      </w:r>
    </w:p>
    <w:p>
      <w:r>
        <w:t>[… to say shalom to him, and that he should come to us]</w:t>
      </w:r>
    </w:p>
    <w:p>
      <w:r>
        <w:t>And we studied together and danced together, and we were in joy {…….}</w:t>
      </w:r>
    </w:p>
    <w:p>
      <w:r>
        <w:t>[…….]</w:t>
      </w:r>
    </w:p>
    <w:p>
      <w:r>
        <w:t>[What did he say?]</w:t>
      </w:r>
    </w:p>
    <w:p>
      <w:r>
        <w:t>[That they were in very elevated joy]</w:t>
      </w:r>
    </w:p>
    <w:p>
      <w:r>
        <w:t>[In Yerushalayim? Saba]</w:t>
      </w:r>
    </w:p>
    <w:p>
      <w:r>
        <w:t>In Yerushalayim</w:t>
      </w:r>
    </w:p>
    <w:p>
      <w:r>
        <w:t>[In Yerushalayim or in Teveria?]</w:t>
      </w:r>
    </w:p>
    <w:p>
      <w:r>
        <w:t>I came from Teveria to Yerushalayim</w:t>
      </w:r>
    </w:p>
    <w:p>
      <w:r>
        <w:t>[Ah, to Yerushalayim]</w:t>
      </w:r>
    </w:p>
    <w:p>
      <w:r>
        <w:t>And I was a guest of Rebbe Shlomo Veksler</w:t>
      </w:r>
    </w:p>
    <w:p>
      <w:r>
        <w:t>[Ah]</w:t>
      </w:r>
    </w:p>
    <w:p>
      <w:r>
        <w:t>His joy, his dancing</w:t>
      </w:r>
    </w:p>
    <w:p>
      <w:r>
        <w:t>[…]</w:t>
      </w:r>
    </w:p>
    <w:p>
      <w:r>
        <w:t>[..I will stop in Yerushalayim..]</w:t>
      </w:r>
    </w:p>
    <w:p>
      <w:r>
        <w:t>{..} He felt {..} that the holy Rabbainu is present in Eretz Yisroel</w:t>
      </w:r>
    </w:p>
    <w:p>
      <w:r>
        <w:t>[In Eretz Yisroel]</w:t>
      </w:r>
    </w:p>
    <w:p>
      <w:r>
        <w:t>This is salvation, redemption for every {..}, for every one of Yisroel as he is</w:t>
      </w:r>
    </w:p>
    <w:p>
      <w:r>
        <w:t>[As he is]</w:t>
      </w:r>
    </w:p>
    <w:p>
      <w:r>
        <w:t>{Yes}</w:t>
      </w:r>
    </w:p>
    <w:p>
      <w:r>
        <w:t>[In whatever state he is]</w:t>
      </w:r>
    </w:p>
    <w:p>
      <w:r>
        <w:t>He opens, he gives him a new heart, he gives new legs, everything new […….]</w:t>
      </w:r>
    </w:p>
    <w:p>
      <w:r>
        <w:t>[…….]</w:t>
      </w:r>
    </w:p>
    <w:p>
      <w:r>
        <w:t>Ee..</w:t>
      </w:r>
    </w:p>
    <w:p>
      <w:r>
        <w:t>The "Likutay Tefillos", it is fitting that we engage in it a great deal</w:t>
      </w:r>
    </w:p>
    <w:p>
      <w:r>
        <w:t>[..]</w:t>
      </w:r>
    </w:p>
    <w:p>
      <w:r>
        <w:t>And we merit all.. such lights that have not, that have not yet been revealed in the world</w:t>
      </w:r>
    </w:p>
    <w:p>
      <w:r>
        <w:t>[Good, come, gentlemen]</w:t>
      </w:r>
    </w:p>
    <w:p>
      <w:r>
        <w:t>[So all the best, Saba, Gut Shabbos]</w:t>
      </w:r>
    </w:p>
    <w:p>
      <w:r>
        <w:t>All the best, whenever {th..}you want</w:t>
      </w:r>
    </w:p>
    <w:p>
      <w:r>
        <w:t>[Yes]</w:t>
      </w:r>
    </w:p>
    <w:p>
      <w:r>
        <w:t>There is a car</w:t>
      </w:r>
    </w:p>
    <w:p>
      <w:r>
        <w:t>[It is possible to come]</w:t>
      </w:r>
    </w:p>
    <w:p>
      <w:r>
        <w:t>And I will travel</w:t>
      </w:r>
    </w:p>
    <w:p>
      <w:r>
        <w:t>[Good, we're going, there is no time to waste, just let us say goodbye to Saba]</w:t>
      </w:r>
    </w:p>
    <w:p>
      <w:r>
        <w:t>[….]</w:t>
      </w:r>
    </w:p>
    <w:p>
      <w:r>
        <w:t>Who is this?</w:t>
      </w:r>
    </w:p>
    <w:p>
      <w:r>
        <w:t>[Moshe, Moshe]</w:t>
      </w:r>
    </w:p>
    <w:p>
      <w:r>
        <w:t>Eh?</w:t>
      </w:r>
    </w:p>
    <w:p>
      <w:r>
        <w:t>[Moshe]</w:t>
      </w:r>
    </w:p>
    <w:p>
      <w:r>
        <w:t>[Moshe]</w:t>
      </w:r>
    </w:p>
    <w:p>
      <w:r>
        <w:t>Who is this?</w:t>
      </w:r>
    </w:p>
    <w:p>
      <w:r>
        <w:t>[Moshe, Moshe]</w:t>
      </w:r>
    </w:p>
    <w:p>
      <w:r>
        <w:t>Eh?</w:t>
      </w:r>
    </w:p>
    <w:p>
      <w:r>
        <w:t>[Moshe]</w:t>
      </w:r>
    </w:p>
    <w:p>
      <w:r>
        <w:t>[Moshe, the man of God]</w:t>
      </w:r>
    </w:p>
    <w:p>
      <w:r>
        <w:t>What?</w:t>
      </w:r>
    </w:p>
    <w:p>
      <w:r>
        <w:t>[Moishele, Moishele, Moishele]</w:t>
      </w:r>
    </w:p>
    <w:p>
      <w:r>
        <w:t>[Moshe]</w:t>
      </w:r>
    </w:p>
    <w:p>
      <w:r>
        <w:t>Moishele? {Nu, what}</w:t>
      </w:r>
    </w:p>
    <w:p>
      <w:r>
        <w:t>[Moishele]</w:t>
      </w:r>
    </w:p>
    <w:p>
      <w:r>
        <w:t>[The honored Rav Moishele]</w:t>
      </w:r>
    </w:p>
    <w:p>
      <w:r>
        <w:t>{..}</w:t>
      </w:r>
    </w:p>
    <w:p>
      <w:r>
        <w:t>[This is Rav Moshe]</w:t>
      </w:r>
    </w:p>
    <w:p>
      <w:r>
        <w:t>Eh?</w:t>
      </w:r>
    </w:p>
    <w:p>
      <w:r>
        <w:t>[Moshe Ben Dor from Moshav Bareket]</w:t>
      </w:r>
    </w:p>
    <w:p>
      <w:r>
        <w:t>[From Moshav Bareket, Moshav Bareket]</w:t>
      </w:r>
    </w:p>
    <w:p>
      <w:r>
        <w:t>What are you eating?</w:t>
      </w:r>
    </w:p>
    <w:p>
      <w:r>
        <w:t>[From Moshav Bareket, moshav, moshav, from Moshav Bareket, Moshe, Moshe]</w:t>
      </w:r>
    </w:p>
    <w:p>
      <w:r>
        <w:t>Moshe</w:t>
      </w:r>
    </w:p>
    <w:p>
      <w:r>
        <w:t>[Moishele, Moishele, Moishele, Moishele]</w:t>
      </w:r>
    </w:p>
    <w:p>
      <w:r>
        <w:t>[Good]</w:t>
      </w:r>
    </w:p>
    <w:p>
      <w:r>
        <w:t>Does he know about Rabbainu?</w:t>
      </w:r>
    </w:p>
    <w:p>
      <w:r>
        <w:t>[He knows, what..]</w:t>
      </w:r>
    </w:p>
    <w:p>
      <w:r>
        <w:t>He thinks that he is Rabbainu {…}</w:t>
      </w:r>
    </w:p>
    <w:p>
      <w:r>
        <w:t>[We study, we study..]</w:t>
      </w:r>
    </w:p>
    <w:p>
      <w:r>
        <w:t>With "Likutay Tefillos"</w:t>
      </w:r>
    </w:p>
    <w:p>
      <w:r>
        <w:t>[Ah.. the "Likutay Tefillos"]</w:t>
      </w:r>
    </w:p>
    <w:p>
      <w:r>
        <w:t>[Goodbye, all the best, shalom]</w:t>
      </w:r>
    </w:p>
    <w:p>
      <w:r>
        <w:t>[Rav, we will see you for Shabbos]</w:t>
      </w:r>
    </w:p>
    <w:p>
      <w:r>
        <w:t>Ah, enough, I am not a rav..</w:t>
      </w:r>
    </w:p>
    <w:p>
      <w:r>
        <w:t>[Here]</w:t>
      </w:r>
    </w:p>
    <w:p>
      <w:r>
        <w:t>The..</w:t>
      </w:r>
    </w:p>
    <w:p>
      <w:r>
        <w:t>[Dear Saba, you are coming to me for Shabbos]</w:t>
      </w:r>
    </w:p>
    <w:p>
      <w:r>
        <w:t>I am {..}, I am ready</w:t>
      </w:r>
    </w:p>
    <w:p>
      <w:r>
        <w:t>[Ready]</w:t>
      </w:r>
    </w:p>
    <w:p>
      <w:r>
        <w:t>I have a car..</w:t>
      </w:r>
    </w:p>
    <w:p>
      <w:r>
        <w:t>[Here, there is a car, there is..]</w:t>
      </w:r>
    </w:p>
    <w:p>
      <w:r>
        <w:t>And I have a driver, and I also have a driver</w:t>
      </w:r>
    </w:p>
    <w:p>
      <w:r>
        <w:t>[Who is the driver?]</w:t>
      </w:r>
    </w:p>
    <w:p>
      <w:r>
        <w:t>Menachem, Menachem</w:t>
      </w:r>
    </w:p>
    <w:p>
      <w:r>
        <w:t>[Menachem]</w:t>
      </w:r>
    </w:p>
    <w:p>
      <w:r>
        <w:t>[Good, so after the dental treatment, you are coming..]</w:t>
      </w:r>
    </w:p>
    <w:p>
      <w:r>
        <w:t>The car is his and he is its driver</w:t>
      </w:r>
    </w:p>
    <w:p>
      <w:r>
        <w:t>[Fine, I gave him an address, after the dental treatment in Yerushalayim, you are coming to us, Ramat Gan for Shabbos] Whenever you want</w:t>
      </w:r>
    </w:p>
    <w:p>
      <w:r>
        <w:t>[All the best, give us a blessing, give me the blessing]</w:t>
      </w:r>
    </w:p>
    <w:p>
      <w:r>
        <w:t>The.. Master of the World, may we merit {..} to see the light..</w:t>
      </w:r>
    </w:p>
    <w:p>
      <w:r>
        <w:t>[Amen]</w:t>
      </w:r>
    </w:p>
    <w:p>
      <w:r>
        <w:t>Of Rabbainu..</w:t>
      </w:r>
    </w:p>
    <w:p>
      <w:r>
        <w:t>[Amen]</w:t>
      </w:r>
    </w:p>
    <w:p>
      <w:r>
        <w:t>Which is the light of all the Torah</w:t>
      </w:r>
    </w:p>
    <w:p>
      <w:r>
        <w:t>Of all repentance</w:t>
      </w:r>
    </w:p>
    <w:p>
      <w:r>
        <w:t>{..} of every one of Yisroel</w:t>
      </w:r>
    </w:p>
    <w:p>
      <w:r>
        <w:t>Of the entire redemption, of every one of Yisroel</w:t>
      </w:r>
    </w:p>
    <w:p>
      <w:r>
        <w:t>And he gives him..</w:t>
      </w:r>
    </w:p>
    <w:p>
      <w:r>
        <w:t>The holy Rabbainu has mercy on him and gives him rectifications and repentance—for every one of Yisroel, as he is</w:t>
      </w:r>
    </w:p>
    <w:p>
      <w:r>
        <w:t>[Amen]</w:t>
      </w:r>
    </w:p>
    <w:p>
      <w:r>
        <w:t>[So all the best, we’ll see you for Shabbos, all the best, shalom]</w:t>
      </w:r>
    </w:p>
    <w:p>
      <w:r>
        <w:t>Shalom, you have a car and a driver</w:t>
      </w:r>
    </w:p>
    <w:p>
      <w:r>
        <w:t>[So you’ll be with us, with God’s help..]</w:t>
      </w:r>
    </w:p>
    <w:p>
      <w:r>
        <w:t>[It depends on him]</w:t>
      </w:r>
    </w:p>
    <w:p>
      <w:r>
        <w:t>[It depends on him]</w:t>
      </w:r>
    </w:p>
    <w:p>
      <w:r>
        <w:t>[You saw? Enough people heard here..]</w:t>
      </w:r>
    </w:p>
    <w:p>
      <w:r>
        <w:t>[But no, don’t stop praying until he arrives at the house]</w:t>
      </w:r>
    </w:p>
    <w:p>
      <w:r>
        <w:t>[“Na Na ch”]</w:t>
      </w:r>
    </w:p>
    <w:p>
      <w:r>
        <w:t>[We’re praying now, it’s a great merit]</w:t>
      </w:r>
    </w:p>
    <w:p>
      <w:r>
        <w:t>[….. all the time, but for this..]</w:t>
      </w:r>
    </w:p>
    <w:p>
      <w:r>
        <w:t>[With God’s help]</w:t>
      </w:r>
    </w:p>
    <w:p>
      <w:r>
        <w:t>[Until he arrives, it’s not..]</w:t>
      </w:r>
    </w:p>
    <w:p>
      <w:r>
        <w:t>[All the best, goodbye]</w:t>
      </w:r>
    </w:p>
    <w:p>
      <w:r>
        <w:t>Amen</w:t>
      </w:r>
    </w:p>
    <w:p>
      <w:r>
        <w:t>[Shabbat shalom]</w:t>
      </w:r>
    </w:p>
    <w:p>
      <w:r>
        <w:t>[Shabbat shalom]</w:t>
      </w:r>
    </w:p>
    <w:p>
      <w:r>
        <w:t>[A good month]</w:t>
      </w:r>
    </w:p>
    <w:p>
      <w:r>
        <w:t>Shabbat shalom, Shabbat shalom…</w:t>
      </w:r>
    </w:p>
    <w:p>
      <w:r>
        <w:t>…[…...]</w:t>
      </w:r>
    </w:p>
    <w:p>
      <w:r>
        <w:t>[Saba and the friends sing the melody of: “In you, Rabbainu, we will rejoice..”]</w:t>
      </w:r>
    </w:p>
    <w:p>
      <w:r>
        <w:t>All Yisroel will come here!</w:t>
      </w:r>
    </w:p>
    <w:p>
      <w:r>
        <w:t>[Saba and the friends continue singing the melody of: “In you, Rabbainu, we will rejoice..”]</w:t>
      </w:r>
    </w:p>
    <w:p>
      <w:r>
        <w:t>[..you understand]</w:t>
      </w:r>
    </w:p>
    <w:p>
      <w:r>
        <w:t>[The black one?]</w:t>
      </w:r>
    </w:p>
    <w:p>
      <w:r>
        <w:t>[No, the..]</w:t>
      </w:r>
    </w:p>
    <w:p>
      <w:r>
        <w:t>[The black one]</w:t>
      </w:r>
    </w:p>
    <w:p>
      <w:r>
        <w:t>[That it should be …..]</w:t>
      </w:r>
    </w:p>
    <w:p>
      <w:r>
        <w:t>[At the end ….]</w:t>
      </w:r>
    </w:p>
    <w:p>
      <w:r>
        <w:t>[Where is it?, f.. until..]...</w:t>
      </w:r>
    </w:p>
    <w:p>
      <w:r>
        <w:t>…Ah.. ah.. ah.. ah..</w:t>
      </w:r>
    </w:p>
    <w:p>
      <w:r>
        <w:t>[…….]</w:t>
      </w:r>
    </w:p>
    <w:p>
      <w:r>
        <w:t>[Saba and the friends shout: Ah.. ah.. ah.. ah..]</w:t>
      </w:r>
    </w:p>
    <w:p>
      <w:r>
        <w:t>[…..….]</w:t>
      </w:r>
    </w:p>
    <w:p>
      <w:r>
        <w:t>[……...]</w:t>
      </w:r>
    </w:p>
    <w:p>
      <w:r>
        <w:t>“It is a great mitzvah to always be joyful”</w:t>
      </w:r>
    </w:p>
    <w:p>
      <w:r>
        <w:t>Nu, let’s see, who doesn’t want a mitzvah?</w:t>
      </w:r>
    </w:p>
    <w:p>
      <w:r>
        <w:t>[……..]</w:t>
      </w:r>
    </w:p>
    <w:p>
      <w:r>
        <w:t>[……..]</w:t>
      </w:r>
    </w:p>
    <w:p>
      <w:r>
        <w:t>“It is a great mitzvah.. to always be joyful”</w:t>
      </w:r>
    </w:p>
    <w:p>
      <w:r>
        <w:t>Nu.. we have the mitzvah here, and here, and here</w:t>
      </w:r>
    </w:p>
    <w:p>
      <w:r>
        <w:t>“It is a great mitzvah to always be joyful”</w:t>
      </w:r>
    </w:p>
    <w:p>
      <w:r>
        <w:t>“It is a great mitzvah to always be joyful”</w:t>
      </w:r>
    </w:p>
    <w:p>
      <w:r>
        <w:t>[….…]</w:t>
      </w:r>
    </w:p>
    <w:p>
      <w:r>
        <w:t>{..}</w:t>
      </w:r>
    </w:p>
    <w:p>
      <w:r>
        <w:t>[…]</w:t>
      </w:r>
    </w:p>
    <w:p>
      <w:r>
        <w:t>He is the only one who said it, he said:</w:t>
      </w:r>
    </w:p>
    <w:p>
      <w:r>
        <w:t>“It is a great mitzvah to always be joyful”</w:t>
      </w:r>
    </w:p>
    <w:p>
      <w:r>
        <w:t>Nu, who doesn’t want a great mitzvah?</w:t>
      </w:r>
    </w:p>
    <w:p>
      <w:r>
        <w:t>[……]</w:t>
      </w:r>
    </w:p>
    <w:p>
      <w:r>
        <w:t>[…]...</w:t>
      </w:r>
    </w:p>
    <w:p>
      <w:r>
        <w:t>...speaks with Hashem Yisborach, Rebbe Yisroel</w:t>
      </w:r>
    </w:p>
    <w:p>
      <w:r>
        <w:t>Always, he would speak to Him as we speak, sit and speak</w:t>
      </w:r>
    </w:p>
    <w:p>
      <w:r>
        <w:t>That is how he sat with Rabbainu, and immediately told him, {that he should give} him advice what, what to do, and.. {..}</w:t>
      </w:r>
    </w:p>
    <w:p>
      <w:r>
        <w:t>And the holy Rabbainu illuminated for him; with every utterance he illuminated for him every place where he needed {..} help</w:t>
      </w:r>
    </w:p>
    <w:p>
      <w:r>
        <w:t>And he became new</w:t>
      </w:r>
    </w:p>
    <w:p>
      <w:r>
        <w:t>An utterly wicked man who had been sunk in {..} all the lusts, and became such a tzaddik and became {..} such a holy man—one doesn’t see such a thing, yes</w:t>
      </w:r>
    </w:p>
    <w:p>
      <w:r>
        <w:t>I saw it; I’m not telling {{..}} a lie or exaggerations</w:t>
      </w:r>
    </w:p>
    <w:p>
      <w:r>
        <w:t>I saw how Rebbe Yisroel spoke with Hashem Yisborach with {..} hot tears like fire</w:t>
      </w:r>
    </w:p>
    <w:p>
      <w:r>
        <w:t>And the entire room, the entire place, was holy</w:t>
      </w:r>
    </w:p>
    <w:p>
      <w:r>
        <w:t>{…} And he was {..}, the entire room was, {..} from his tears, was {..} all..</w:t>
      </w:r>
    </w:p>
    <w:p>
      <w:r>
        <w:t>[..]</w:t>
      </w:r>
    </w:p>
    <w:p>
      <w:r>
        <w:t>Ah.. {..} what?</w:t>
      </w:r>
    </w:p>
    <w:p>
      <w:r>
        <w:t>[Wet]</w:t>
      </w:r>
    </w:p>
    <w:p>
      <w:r>
        <w:t>Eh?</w:t>
      </w:r>
    </w:p>
    <w:p>
      <w:r>
        <w:t>[Wet]</w:t>
      </w:r>
    </w:p>
    <w:p>
      <w:r>
        <w:t>Wet, wet, yes, yes</w:t>
      </w:r>
    </w:p>
    <w:p>
      <w:r>
        <w:t>Everything was wet from his tears, {..} the ground and everything, yes</w:t>
      </w:r>
    </w:p>
    <w:p>
      <w:r>
        <w:t>He would speak with Hashem Yisborach with such tears; it is miracles that he remained alive</w:t>
      </w:r>
    </w:p>
    <w:p>
      <w:r>
        <w:t>One doesn’t see such a thing in the whole world; the whole world does not, does not know {{. .}}</w:t>
      </w:r>
    </w:p>
    <w:p>
      <w:r>
        <w:t>That they need to speak with Hashem Yisborach, {..}</w:t>
      </w:r>
    </w:p>
    <w:p>
      <w:r>
        <w:t>I saw, I saw such truth, such self-sacrifice</w:t>
      </w:r>
    </w:p>
    <w:p>
      <w:r>
        <w:t>But this is received only from Rabbainu</w:t>
      </w:r>
    </w:p>
    <w:p>
      <w:r>
        <w:t>To speak with Hashem Yisborach? Only when one knows Rabbainu</w:t>
      </w:r>
    </w:p>
    <w:p>
      <w:r>
        <w:t>And there is the “Likutey Tefillos,” {..the “Likutey Tefillos”}—all of it speaks with Hashem Yisborach</w:t>
      </w:r>
    </w:p>
    <w:p>
      <w:r>
        <w:t>Every {...}, every Jew should speak with Hashem Yisborach</w:t>
      </w:r>
    </w:p>
    <w:p>
      <w:r>
        <w:t>He did not have a piece of bread to eat, and he was joyful</w:t>
      </w:r>
    </w:p>
    <w:p>
      <w:r>
        <w:t>“It is a great mitzvah to always be joyful,” {..}</w:t>
      </w:r>
    </w:p>
    <w:p>
      <w:r>
        <w:t>I saw with my own eyes, and what, what I saw is nothing, not even like a drop from the sea</w:t>
      </w:r>
    </w:p>
    <w:p>
      <w:r>
        <w:t>He, he made everyone very joyful</w:t>
      </w:r>
    </w:p>
    <w:p>
      <w:r>
        <w:t>He transformed the.., the whole world</w:t>
      </w:r>
    </w:p>
    <w:p>
      <w:r>
        <w:t>[Saba is laughing]</w:t>
      </w:r>
    </w:p>
    <w:p>
      <w:r>
        <w:t>Nu..</w:t>
      </w:r>
    </w:p>
    <w:p>
      <w:r>
        <w:t>The whole world, all the learners, all the gaonim—they do not know that they need to speak with Hashem Yisborach</w:t>
      </w:r>
    </w:p>
    <w:p>
      <w:r>
        <w:t>Only the holy Rabbainu {revealed this}</w:t>
      </w:r>
    </w:p>
    <w:p>
      <w:r>
        <w:t>{They said}: “If I speak with Hashem Yisborach, will I be a learned man?”</w:t>
      </w:r>
    </w:p>
    <w:p>
      <w:r>
        <w:t>So he did not want to; he wanted to be a learned man renowned in the world, honor and money</w:t>
      </w:r>
    </w:p>
    <w:p>
      <w:r>
        <w:t>[………...]...</w:t>
      </w:r>
    </w:p>
    <w:p>
      <w:r>
        <w:t>...His name was Mordechai, Mordechai, and he had a {..} younger daughter, and her name was Esther</w:t>
      </w:r>
    </w:p>
    <w:p>
      <w:r>
        <w:t>Esther and Mordechai {…} he had in his home</w:t>
      </w:r>
    </w:p>
    <w:p>
      <w:r>
        <w:t>Holy angels</w:t>
      </w:r>
    </w:p>
    <w:p>
      <w:r>
        <w:t>I did not see such a thing, such modesty, such truth, that they were bound to Hashem Yisborach</w:t>
      </w:r>
    </w:p>
    <w:p>
      <w:r>
        <w:t>A child {..}, a little girl</w:t>
      </w:r>
    </w:p>
    <w:p>
      <w:r>
        <w:t>He had.. four daughters and an only son; the only son was Mordechai, and he had a daughter, Esther</w:t>
      </w:r>
    </w:p>
    <w:p>
      <w:r>
        <w:t>And all of them passed away, died, yes, and suffered; they had no {something}, they had nothing to eat, {...}</w:t>
      </w:r>
    </w:p>
    <w:p>
      <w:r>
        <w:t>And he and.. and the children were joyful and dancing.. that there is Rabbainu in the world</w:t>
      </w:r>
    </w:p>
    <w:p>
      <w:r>
        <w:t>Nu.. “Birkat Hamazon”</w:t>
      </w:r>
    </w:p>
    <w:p>
      <w:r>
        <w:t>[What did he say?]</w:t>
      </w:r>
    </w:p>
    <w:p>
      <w:r>
        <w:t>[.….]</w:t>
      </w:r>
    </w:p>
    <w:p>
      <w:r>
        <w:t>No, no, no, I can’t, {..} I am weak, I can’t, I have no voice, I have no</w:t>
      </w:r>
    </w:p>
    <w:p>
      <w:r>
        <w:t>[…. say..]</w:t>
      </w:r>
    </w:p>
    <w:p>
      <w:r>
        <w:t>[Mayim acharonim]</w:t>
      </w:r>
    </w:p>
    <w:p>
      <w:r>
        <w:t>Whoev.. whoever wants</w:t>
      </w:r>
    </w:p>
    <w:p>
      <w:r>
        <w:t>[Mayim acharonim]</w:t>
      </w:r>
    </w:p>
    <w:p>
      <w:r>
        <w:t>You want to bentch</w:t>
      </w:r>
    </w:p>
    <w:p>
      <w:r>
        <w:t>[...]</w:t>
      </w:r>
    </w:p>
    <w:p>
      <w:r>
        <w:t>[Rebbe Yisroel, there is no zimun, there is no zimun]</w:t>
      </w:r>
    </w:p>
    <w:p>
      <w:r>
        <w:t>[……]</w:t>
      </w:r>
    </w:p>
    <w:p>
      <w:r>
        <w:t>[…...]...</w:t>
      </w:r>
    </w:p>
    <w:p>
      <w:r>
        <w:t>...{ }...</w:t>
      </w:r>
    </w:p>
    <w:p>
      <w:r>
        <w:t>...Moshiach will come and rectify the whole world, rectify us and the whole world [in the merit of the “Likutey Tefillos”?]</w:t>
      </w:r>
    </w:p>
    <w:p>
      <w:r>
        <w:t>Yes, he {..} renews, he renews us, he rectifies us</w:t>
      </w:r>
    </w:p>
    <w:p>
      <w:r>
        <w:t>He brings us close to the Torah {and to Hashem, Hashem} Yisborach in truth, {..}</w:t>
      </w:r>
    </w:p>
    <w:p>
      <w:r>
        <w:t>{Who}, such a thing has never yet been heard in the world, a wonder, such a wonder</w:t>
      </w:r>
    </w:p>
    <w:p>
      <w:r>
        <w:t>The whole world {..} are not, ah.. ah.. {..}..</w:t>
      </w:r>
    </w:p>
    <w:p>
      <w:r>
        <w:t>They think, one who speaks with Hashem Yisborach, he is {...} “an am haaretz”</w:t>
      </w:r>
    </w:p>
    <w:p>
      <w:r>
        <w:t>He does not know how to learn; he knows only how to speak with Hashem Yisborach</w:t>
      </w:r>
    </w:p>
    <w:p>
      <w:r>
        <w:t>[I cannot learn if I do not read “Likutey Tefillos”]</w:t>
      </w:r>
    </w:p>
    <w:p>
      <w:r>
        <w:t>Oy vey, we need to renew ourselves every day and say many prayers; then we will be men of Hashem</w:t>
      </w:r>
    </w:p>
    <w:p>
      <w:r>
        <w:t>Oy, what is this…</w:t>
      </w:r>
    </w:p>
    <w:p>
      <w:r>
        <w:t>...What is this, the faith that the holy Rabbainu reveals in the world</w:t>
      </w:r>
    </w:p>
    <w:p>
      <w:r>
        <w:t>Such fear of Heaven, such truth, such self-sacrifice</w:t>
      </w:r>
    </w:p>
    <w:p>
      <w:r>
        <w:t>One does not see and does not know at all {{….}} of the light and the good that we have</w:t>
      </w:r>
    </w:p>
    <w:p>
      <w:r>
        <w:t>[…..…]</w:t>
      </w:r>
    </w:p>
    <w:p>
      <w:r>
        <w:t>[..…...]</w:t>
      </w:r>
    </w:p>
    <w:p>
      <w:r>
        <w:t>What is this?...</w:t>
      </w:r>
    </w:p>
    <w:p>
      <w:r>
        <w:t>...It was not for nothing that our people, Rabbainu’s people, were people of {faith}, holy people</w:t>
      </w:r>
    </w:p>
    <w:p>
      <w:r>
        <w:t>Not for nothing</w:t>
      </w:r>
    </w:p>
    <w:p>
      <w:r>
        <w:t>He gives, he gave us a new heart at every moment</w:t>
      </w:r>
    </w:p>
    <w:p>
      <w:r>
        <w:t>And {such h}.., new holy utterances {and repentance\and a form} anew, {not to fear}—one does not see such a thing in the whole world</w:t>
      </w:r>
    </w:p>
    <w:p>
      <w:r>
        <w:t>{..} The whole world knows only how to learn, to be a learned man and renowned in the world, yes</w:t>
      </w:r>
    </w:p>
    <w:p>
      <w:r>
        <w:t>But to speak with Hashem Yisborach? “{What will be?}”</w:t>
      </w:r>
    </w:p>
    <w:p>
      <w:r>
        <w:t>The holy Rabbainu spoke; he instituted for us to speak every day for an hour</w:t>
      </w:r>
    </w:p>
    <w:p>
      <w:r>
        <w:t>No, no less than an hour with Hashem Yisborach</w:t>
      </w:r>
    </w:p>
    <w:p>
      <w:r>
        <w:t>Nu, nu, does such a thing already exist in the world?</w:t>
      </w:r>
    </w:p>
    <w:p>
      <w:r>
        <w:t>Such holiness, such truth—one does not see, one does not see</w:t>
      </w:r>
    </w:p>
    <w:p>
      <w:r>
        <w:t>Only the holy Rabbainu, he {..} rectifies you and me and the whole world</w:t>
      </w:r>
    </w:p>
    <w:p>
      <w:r>
        <w:t>He gives us, ah, a ‘heart of flesh’</w:t>
      </w:r>
    </w:p>
    <w:p>
      <w:r>
        <w:t>He gives us a new heart, every day a new heart</w:t>
      </w:r>
    </w:p>
    <w:p>
      <w:r>
        <w:t>[…..….]</w:t>
      </w:r>
    </w:p>
    <w:p>
      <w:r>
        <w:t>[……...]</w:t>
      </w:r>
    </w:p>
    <w:p>
      <w:r>
        <w:t>[Saba and the friends sing:</w:t>
      </w:r>
    </w:p>
    <w:p>
      <w:r>
        <w:t>“In you, Rabbainu, we will rejoice, in you, Rabbainu, we will be glad, in you, Rabbainu, we will rejoice and be glad in you..”</w:t>
      </w:r>
    </w:p>
    <w:p>
      <w:r>
        <w:t>“Na Na ch Na Cham Na chman of Uman..”]...</w:t>
      </w:r>
    </w:p>
    <w:p>
      <w:r>
        <w:t>...[..]</w:t>
      </w:r>
    </w:p>
    <w:p>
      <w:r>
        <w:t>[I ask myself, Saba, “Until when will I waste my days in such a murmur”?]</w:t>
      </w:r>
    </w:p>
    <w:p>
      <w:r>
        <w:t>Until when..</w:t>
      </w:r>
    </w:p>
    <w:p>
      <w:r>
        <w:t>[Rabbainu asks, he says, says: “Until when will I waste my days...”,</w:t>
      </w:r>
    </w:p>
    <w:p>
      <w:r>
        <w:t>In hisbodedus he says, in hisbodedus Rabbainu says:</w:t>
      </w:r>
    </w:p>
    <w:p>
      <w:r>
        <w:t>"Until when will I waste my days in such vanity"]</w:t>
      </w:r>
    </w:p>
    <w:p>
      <w:r>
        <w:t>{..}</w:t>
      </w:r>
    </w:p>
    <w:p>
      <w:r>
        <w:t>[And sometimes I get confused and I say:</w:t>
      </w:r>
    </w:p>
    <w:p>
      <w:r>
        <w:t>"Until when will I waste my days at the steering wheel, at such a steering wheel"</w:t>
      </w:r>
    </w:p>
    <w:p>
      <w:r>
        <w:t>At the steering wheel of the car, until when? Saba]</w:t>
      </w:r>
    </w:p>
    <w:p>
      <w:r>
        <w:t>[Tell him …. what advice]</w:t>
      </w:r>
    </w:p>
    <w:p>
      <w:r>
        <w:t>[So I wanted advice, Saba, to be a driver and to publicize the name of Rabb..]…</w:t>
      </w:r>
    </w:p>
    <w:p>
      <w:pPr>
        <w:pStyle w:val="Heading2"/>
      </w:pPr>
      <w:r>
        <w:t>Side B (Bais)</w:t>
      </w:r>
    </w:p>
    <w:p>
      <w:r>
        <w:t>...[So I wanted advice, Saba, to be a driver and to publicize Rabbainu's name, to be a driver or..] [to serve Hashem]</w:t>
      </w:r>
    </w:p>
    <w:p>
      <w:r>
        <w:t>[Or is there another way, Saba]</w:t>
      </w:r>
    </w:p>
    <w:p>
      <w:r>
        <w:t>[Saba, he is a driver, a driver, he is a driver]</w:t>
      </w:r>
    </w:p>
    <w:p>
      <w:r>
        <w:t>[Tell him that there are donations, that he should take it]</w:t>
      </w:r>
    </w:p>
    <w:p>
      <w:r>
        <w:t>[He is a driver, he transports children to school]</w:t>
      </w:r>
    </w:p>
    <w:p>
      <w:r>
        <w:t>[The whole school now..]</w:t>
      </w:r>
    </w:p>
    <w:p>
      <w:r>
        <w:t>Yes</w:t>
      </w:r>
    </w:p>
    <w:p>
      <w:r>
        <w:t>[So he tells them that they should say..]</w:t>
      </w:r>
    </w:p>
    <w:p>
      <w:r>
        <w:t>Here, in the Land of Yisroel</w:t>
      </w:r>
    </w:p>
    <w:p>
      <w:r>
        <w:t>[Yes, yes, yes, so he tells them, that they should say "Na Nach"]</w:t>
      </w:r>
    </w:p>
    <w:p>
      <w:r>
        <w:t>Yoa</w:t>
      </w:r>
    </w:p>
    <w:p>
      <w:r>
        <w:t>[He takes workers to work and he tells them that they should say "Na Nach"] Ah..</w:t>
      </w:r>
    </w:p>
    <w:p>
      <w:r>
        <w:t>[Publicizing Rabbainu's name, Saba, right, that publicizing Rabbainu's name surpasses everything?] Certainly!</w:t>
      </w:r>
    </w:p>
    <w:p>
      <w:r>
        <w:t>We do not know at all what this is</w:t>
      </w:r>
    </w:p>
    <w:p>
      <w:r>
        <w:t>[…….]</w:t>
      </w:r>
    </w:p>
    <w:p>
      <w:r>
        <w:t>[Saba, the whole world is asleep, and Rabbainu illuminates us: "Get up, it is forbidden to sleep"</w:t>
      </w:r>
    </w:p>
    <w:p>
      <w:r>
        <w:t>Rabbainu tells us: "It is forbidden to sleep, one must get up"..</w:t>
      </w:r>
    </w:p>
    <w:p>
      <w:r>
        <w:t>The whole world needs advice, this whole world needs advice</w:t>
      </w:r>
    </w:p>
    <w:p>
      <w:r>
        <w:t>Baruch Hashem there is "Likutei Eitzos"</w:t>
      </w:r>
    </w:p>
    <w:p>
      <w:r>
        <w:t>There is "Likutei Eitzos"</w:t>
      </w:r>
    </w:p>
    <w:p>
      <w:r>
        <w:t>There is "Likutei Moharan"</w:t>
      </w:r>
    </w:p>
    <w:p>
      <w:r>
        <w:t>"Sichos HaRan"</w:t>
      </w:r>
    </w:p>
    <w:p>
      <w:r>
        <w:t>"Shivchei HaRan"</w:t>
      </w:r>
    </w:p>
    <w:p>
      <w:r>
        <w:t>"Likutei Tefillos"]</w:t>
      </w:r>
    </w:p>
    <w:p>
      <w:r>
        <w:t>{..}</w:t>
      </w:r>
    </w:p>
    <w:p>
      <w:r>
        <w:t>[These are remedies, Saba, these are such remedies]</w:t>
      </w:r>
    </w:p>
    <w:p>
      <w:r>
        <w:t>"Sippurei Maasiyos"</w:t>
      </w:r>
    </w:p>
    <w:p>
      <w:r>
        <w:t>[Ho..]</w:t>
      </w:r>
    </w:p>
    <w:p>
      <w:r>
        <w:t>["Avi HaNachal", Saba]</w:t>
      </w:r>
    </w:p>
    <w:p>
      <w:r>
        <w:t>["Avi HaNachal"]</w:t>
      </w:r>
    </w:p>
    <w:p>
      <w:r>
        <w:t>["Avi HaNachal", Saba.. people love "Avi HaNachal"</w:t>
      </w:r>
    </w:p>
    <w:p>
      <w:r>
        <w:t>The "Avi HaNachal", Saba, brings things about, people love to read it]</w:t>
      </w:r>
    </w:p>
    <w:p>
      <w:r>
        <w:t>Yes</w:t>
      </w:r>
    </w:p>
    <w:p>
      <w:r>
        <w:t>[Yes, yes, we have, I have a friend who read the whole book, the two books—he finished them, the two books, quickly; there are words there that strengthen]</w:t>
      </w:r>
    </w:p>
    <w:p>
      <w:r>
        <w:t>[……..]</w:t>
      </w:r>
    </w:p>
    <w:p>
      <w:r>
        <w:t>[….. he said that he would call]</w:t>
      </w:r>
    </w:p>
    <w:p>
      <w:r>
        <w:t>[……]</w:t>
      </w:r>
    </w:p>
    <w:p>
      <w:r>
        <w:t>[…...]</w:t>
      </w:r>
    </w:p>
    <w:p>
      <w:r>
        <w:t>[Saba, Rabbainu does not abandon anyone, Rabbainu revives and strengthens</w:t>
      </w:r>
    </w:p>
    <w:p>
      <w:r>
        <w:t>All those who have fallen, all those who fall..]</w:t>
      </w:r>
    </w:p>
    <w:p>
      <w:r>
        <w:t>Yes</w:t>
      </w:r>
    </w:p>
    <w:p>
      <w:r>
        <w:t>[Strengthens and heals]</w:t>
      </w:r>
    </w:p>
    <w:p>
      <w:r>
        <w:t>He heals</w:t>
      </w:r>
    </w:p>
    <w:p>
      <w:r>
        <w:t>[Revives, vitality, vitality.. he gives us strength to hold on, strength to hold out]</w:t>
      </w:r>
    </w:p>
    <w:p>
      <w:r>
        <w:t>[………]</w:t>
      </w:r>
    </w:p>
    <w:p>
      <w:r>
        <w:t>[………]</w:t>
      </w:r>
    </w:p>
    <w:p>
      <w:r>
        <w:t>[..I photographed his picture, give me the..]</w:t>
      </w:r>
    </w:p>
    <w:p>
      <w:r>
        <w:t>[…….]</w:t>
      </w:r>
    </w:p>
    <w:p>
      <w:r>
        <w:t>[With the picture of Saba?]</w:t>
      </w:r>
    </w:p>
    <w:p>
      <w:r>
        <w:t>[What?]</w:t>
      </w:r>
    </w:p>
    <w:p>
      <w:r>
        <w:t>[No, ah..]</w:t>
      </w:r>
    </w:p>
    <w:p>
      <w:r>
        <w:t>[……..]</w:t>
      </w:r>
    </w:p>
    <w:p>
      <w:r>
        <w:t>[Then he will do it for you]</w:t>
      </w:r>
    </w:p>
    <w:p>
      <w:r>
        <w:t>[No, I.. it will take me time..]</w:t>
      </w:r>
    </w:p>
    <w:p>
      <w:r>
        <w:t>[Good, good..]</w:t>
      </w:r>
    </w:p>
    <w:p>
      <w:r>
        <w:t>[It is possible to send you to Uri]</w:t>
      </w:r>
    </w:p>
    <w:p>
      <w:r>
        <w:t>[……]</w:t>
      </w:r>
    </w:p>
    <w:p>
      <w:r>
        <w:t>[But I did not have time, I was..]</w:t>
      </w:r>
    </w:p>
    <w:p>
      <w:r>
        <w:t>[…….]</w:t>
      </w:r>
    </w:p>
    <w:p>
      <w:r>
        <w:t>[No, to Uri …., or Kinneret, or..]</w:t>
      </w:r>
    </w:p>
    <w:p>
      <w:r>
        <w:t>Ah.. ah, to send him..]</w:t>
      </w:r>
    </w:p>
    <w:p>
      <w:r>
        <w:t>{…}</w:t>
      </w:r>
    </w:p>
    <w:p>
      <w:r>
        <w:t>[……., okay, all right]</w:t>
      </w:r>
    </w:p>
    <w:p>
      <w:r>
        <w:t>[All right]</w:t>
      </w:r>
    </w:p>
    <w:p>
      <w:r>
        <w:t>If there is time to come to Rabbainu for Shabbos</w:t>
      </w:r>
    </w:p>
    <w:p>
      <w:r>
        <w:t>[To come to Rabbainu?]</w:t>
      </w:r>
    </w:p>
    <w:p>
      <w:r>
        <w:t>Yes, I would travel today</w:t>
      </w:r>
    </w:p>
    <w:p>
      <w:r>
        <w:t>[..Yesterday there was a trip, yesterday]</w:t>
      </w:r>
    </w:p>
    <w:p>
      <w:r>
        <w:t>Yes?</w:t>
      </w:r>
    </w:p>
    <w:p>
      <w:r>
        <w:t>"Uman"[Yes][………………………………….…….][………………………………….…….][Saba, we traveled to Rabbainu, the trip is full of vitality, it was truly a trip.. sweet as honey][………………………………….……..][………………………………………...][We were also by Levi Yitzchak of Berditchev, and also by.., we were by Rebbe Gedaliah of Linitz] Were you[Yes, yes][Tell him also ……….]"Uman"[Yes][………………………………….…….][………………………………….…….][Saba, we traveled to Rabbainu, the trip is full of vitality, it was truly a trip.. sweet as honey][………………………………….……..][………………………………………...][We were also by Levi Yitzchak of Berditchev, and also by.., we were by Rebbe Gedaliah of Linitz] Were you[Yes, yes][Tell him also ……….][Yes, yes, yesterday there was a trip, and women and men traveled, women and men, Saba, there is sweetness, at the tziyun there is sweetness, at Rabbainu's tziyun]</w:t>
      </w:r>
    </w:p>
    <w:p>
      <w:r>
        <w:t>"Uman"</w:t>
      </w:r>
    </w:p>
    <w:p>
      <w:r>
        <w:t>[Yes]</w:t>
      </w:r>
    </w:p>
    <w:p>
      <w:r>
        <w:t>[………………………………….…….]</w:t>
      </w:r>
    </w:p>
    <w:p>
      <w:r>
        <w:t>[………………………………….…….]</w:t>
      </w:r>
    </w:p>
    <w:p>
      <w:r>
        <w:t>[Saba, we traveled to Rabbainu, the trip is full of vitality, it was truly a trip.. sweet as honey]</w:t>
      </w:r>
    </w:p>
    <w:p>
      <w:r>
        <w:t>[………………………………….……..]</w:t>
      </w:r>
    </w:p>
    <w:p>
      <w:r>
        <w:t>[………………………………………...]</w:t>
      </w:r>
    </w:p>
    <w:p>
      <w:r>
        <w:t>[We were also by Levi Yitzchak of Berditchev, and also by.., we were by Rebbe Gedaliah of Linitz] Were you</w:t>
      </w:r>
    </w:p>
    <w:p>
      <w:r>
        <w:t>[Yes, yes]</w:t>
      </w:r>
    </w:p>
    <w:p>
      <w:r>
        <w:t>[Tell him also ……….]</w:t>
      </w:r>
    </w:p>
    <w:p>
      <w:r>
        <w:t>"Uman"</w:t>
      </w:r>
    </w:p>
    <w:p>
      <w:r>
        <w:t>[Yes]</w:t>
      </w:r>
    </w:p>
    <w:p>
      <w:r>
        <w:t>[………………………………….…….]</w:t>
      </w:r>
    </w:p>
    <w:p>
      <w:r>
        <w:t>[………………………………….…….]</w:t>
      </w:r>
    </w:p>
    <w:p>
      <w:r>
        <w:t>[Saba, we traveled to Rabbainu, the trip is full of vitality, it was truly a trip.. sweet as honey]</w:t>
      </w:r>
    </w:p>
    <w:p>
      <w:r>
        <w:t>[………………………………….……..]</w:t>
      </w:r>
    </w:p>
    <w:p>
      <w:r>
        <w:t>[………………………………………...]</w:t>
      </w:r>
    </w:p>
    <w:p>
      <w:r>
        <w:t>[We were also by Levi Yitzchak of Berditchev, and also by.., we were by Rebbe Gedaliah of Linitz] Were you</w:t>
      </w:r>
    </w:p>
    <w:p>
      <w:r>
        <w:t>[Yes, yes]</w:t>
      </w:r>
    </w:p>
    <w:p>
      <w:r>
        <w:t>[Tell him also ……….]</w:t>
      </w:r>
    </w:p>
    <w:p>
      <w:r>
        <w:t>[Saba, every year more people travel] Yes</w:t>
      </w:r>
    </w:p>
    <w:p>
      <w:r>
        <w:t>[Yes]</w:t>
      </w:r>
    </w:p>
    <w:p>
      <w:r>
        <w:t>From Russia</w:t>
      </w:r>
    </w:p>
    <w:p>
      <w:r>
        <w:t>[Also from Russia]</w:t>
      </w:r>
    </w:p>
    <w:p>
      <w:r>
        <w:t>From the whole world</w:t>
      </w:r>
    </w:p>
    <w:p>
      <w:r>
        <w:t>[From England, from America]</w:t>
      </w:r>
    </w:p>
    <w:p>
      <w:r>
        <w:t>Yes</w:t>
      </w:r>
    </w:p>
    <w:p>
      <w:r>
        <w:t>[Yes, to Rabbainu.. now it is already a country, it is possible, Russia is not a problem to enter</w:t>
      </w:r>
    </w:p>
    <w:p>
      <w:r>
        <w:t>Rabbainu conquered Uman, Rabbainu conquered]</w:t>
      </w:r>
    </w:p>
    <w:p>
      <w:r>
        <w:t>[…...]</w:t>
      </w:r>
    </w:p>
    <w:p>
      <w:r>
        <w:t>[Rabbainu strengthened us, strengthened us, Saba, we have, we have the good fortune to have such a tzaddik</w:t>
      </w:r>
    </w:p>
    <w:p>
      <w:r>
        <w:t>We have good fortune, good fortune, he watches, watches over us]</w:t>
      </w:r>
    </w:p>
    <w:p>
      <w:r>
        <w:t>Ho..</w:t>
      </w:r>
    </w:p>
    <w:p>
      <w:r>
        <w:t>[He does not abandon us, even if we fall, he does not abandon..</w:t>
      </w:r>
    </w:p>
    <w:p>
      <w:r>
        <w:t>Saba, do you remember that in the Petek, on the seventeenth of Tammuz, you did not fast]</w:t>
      </w:r>
    </w:p>
    <w:p>
      <w:r>
        <w:t>Yes</w:t>
      </w:r>
    </w:p>
    <w:p>
      <w:r>
        <w:t>[Then he said to you: "My precious student," wherever you are, you are "My precious student"</w:t>
      </w:r>
    </w:p>
    <w:p>
      <w:r>
        <w:t>He strengthens, he strengthens]</w:t>
      </w:r>
    </w:p>
    <w:p>
      <w:r>
        <w:t>He strengthens and renews and heals</w:t>
      </w:r>
    </w:p>
    <w:p>
      <w:r>
        <w:t>["It was very difficult for me to descend to you," to you and to you, to every one of Yisroel, Saba</w:t>
      </w:r>
    </w:p>
    <w:p>
      <w:r>
        <w:t>To every one of Yisroel, he descends and he guides him and he teaches with him, and studies with him, Rabbainu] Yes</w:t>
      </w:r>
    </w:p>
    <w:p>
      <w:r>
        <w:t>[Guides him, revives him, each one according to, according to his vessels]</w:t>
      </w:r>
    </w:p>
    <w:p>
      <w:r>
        <w:t>Every word, every word of Rabbainu heals the whole world, already all the Jews</w:t>
      </w:r>
    </w:p>
    <w:p>
      <w:r>
        <w:t>[Rebbe Nassan said, Rebbe Nassan said:</w:t>
      </w:r>
    </w:p>
    <w:p>
      <w:r>
        <w:t>"That even if there were one page from "Likutay Moharan," it would bring about the entire Redemption</w:t>
      </w:r>
    </w:p>
    <w:p>
      <w:r>
        <w:t>Even, even if there were one page from Rabbainu's book, "Likutay Moharan"]</w:t>
      </w:r>
    </w:p>
    <w:p>
      <w:r>
        <w:t>Yes</w:t>
      </w:r>
    </w:p>
    <w:p>
      <w:r>
        <w:t>[Saba, and the likutay.., "Sipuray Ma'asiyos," I read that it is a very great thing</w:t>
      </w:r>
    </w:p>
    <w:p>
      <w:r>
        <w:t>And Rabbainu placed the Torah inside stories, and he comes down to people]</w:t>
      </w:r>
    </w:p>
    <w:p>
      <w:r>
        <w:t>[………]</w:t>
      </w:r>
    </w:p>
    <w:p>
      <w:r>
        <w:t>[……...]</w:t>
      </w:r>
    </w:p>
    <w:p>
      <w:r>
        <w:t>[There is no, no end to his greatness, there is none]</w:t>
      </w:r>
    </w:p>
    <w:p>
      <w:r>
        <w:t>[……………..……]</w:t>
      </w:r>
    </w:p>
    <w:p>
      <w:r>
        <w:t>[………………..…]</w:t>
      </w:r>
    </w:p>
    <w:p>
      <w:r>
        <w:t>[It is special, it is three shekels]</w:t>
      </w:r>
    </w:p>
    <w:p>
      <w:r>
        <w:t>[Yes?]</w:t>
      </w:r>
    </w:p>
    <w:p>
      <w:r>
        <w:t>[…………..]</w:t>
      </w:r>
    </w:p>
    <w:p>
      <w:r>
        <w:t>[…………..]…</w:t>
      </w:r>
    </w:p>
    <w:p>
      <w:r>
        <w:t>...[Completely, completely, completely,so even if they want to dispute, there is no</w:t>
      </w:r>
    </w:p>
    <w:p>
      <w:r>
        <w:t>They make noise, there is no, only, only Rabbainu, they know that Rebbe Nachman is something special..</w:t>
      </w:r>
    </w:p>
    <w:p>
      <w:r>
        <w:t>Even the Litvaks and the Chabadniks know that Rebbe Nachman is something special</w:t>
      </w:r>
    </w:p>
    <w:p>
      <w:r>
        <w:t>But they will yet know, Saba, that there is a note, they will yet know</w:t>
      </w:r>
    </w:p>
    <w:p>
      <w:r>
        <w:t>Rabbainu said: "The whole world will be Breslover Chassidim"]</w:t>
      </w:r>
    </w:p>
    <w:p>
      <w:r>
        <w:t>Yoa</w:t>
      </w:r>
    </w:p>
    <w:p>
      <w:r>
        <w:t>[……..…]</w:t>
      </w:r>
    </w:p>
    <w:p>
      <w:r>
        <w:t>[………..]…</w:t>
      </w:r>
    </w:p>
    <w:p>
      <w:r>
        <w:t>...{…}</w:t>
      </w:r>
    </w:p>
    <w:p>
      <w:r>
        <w:t>[The wife, the wife is now in Uman, my wife is in Uman]</w:t>
      </w:r>
    </w:p>
    <w:p>
      <w:r>
        <w:t>{..}, nu, are you traveling to Uman?</w:t>
      </w:r>
    </w:p>
    <w:p>
      <w:r>
        <w:t>[No, I returned from there, I came from there, my wife said to me:</w:t>
      </w:r>
    </w:p>
    <w:p>
      <w:r>
        <w:t>"Now you will watch the children, and I am traveling," now she is there in Uman by Rabbainu..</w:t>
      </w:r>
    </w:p>
    <w:p>
      <w:r>
        <w:t>And now I need to.., return to the children, to watch the children now]</w:t>
      </w:r>
    </w:p>
    <w:p>
      <w:r>
        <w:t>What is your name?</w:t>
      </w:r>
    </w:p>
    <w:p>
      <w:r>
        <w:t>[Me? Gavriel]</w:t>
      </w:r>
    </w:p>
    <w:p>
      <w:r>
        <w:t>Gavriel</w:t>
      </w:r>
    </w:p>
    <w:p>
      <w:r>
        <w:t>[Saba, this is Gavriel and Yaniv and Gadi together, Gavriel and Gadi and Yaniv]</w:t>
      </w:r>
    </w:p>
    <w:p>
      <w:r>
        <w:t>[From Kfar Saba]</w:t>
      </w:r>
    </w:p>
    <w:p>
      <w:r>
        <w:t>[From Kfar Saba]</w:t>
      </w:r>
    </w:p>
    <w:p>
      <w:r>
        <w:t>Not yet, {.…} not yet, we do not know anything</w:t>
      </w:r>
    </w:p>
    <w:p>
      <w:r>
        <w:t>Who Rabbainu is, what Rabbainu is</w:t>
      </w:r>
    </w:p>
    <w:p>
      <w:r>
        <w:t>We {..} still do not know anything</w:t>
      </w:r>
    </w:p>
    <w:p>
      <w:r>
        <w:t>That it was revealed, that it will be revealed, then there will be a new world</w:t>
      </w:r>
    </w:p>
    <w:p>
      <w:r>
        <w:t>[There already needs to be a new world, Saba, there already needs to be a new world</w:t>
      </w:r>
    </w:p>
    <w:p>
      <w:r>
        <w:t>It is hard, hard, hard for the People of Israel, it is hard for us</w:t>
      </w:r>
    </w:p>
    <w:p>
      <w:r>
        <w:t>Now they want to return territories, but..]</w:t>
      </w:r>
    </w:p>
    <w:p>
      <w:r>
        <w:t>[But Rabbainu is taking care of them]</w:t>
      </w:r>
    </w:p>
    <w:p>
      <w:r>
        <w:t>[But Rabbainu is taking care of this]</w:t>
      </w:r>
    </w:p>
    <w:p>
      <w:r>
        <w:t>How do you know Hebrew? In Russia it was forbidden to learn Hebrew and to learn..</w:t>
      </w:r>
    </w:p>
    <w:p>
      <w:r>
        <w:t>[Tell him, today it is permitted, today Rabbainu has already conquered Russia]</w:t>
      </w:r>
    </w:p>
    <w:p>
      <w:r>
        <w:t>Eh?</w:t>
      </w:r>
    </w:p>
    <w:p>
      <w:r>
        <w:t>[Saba, Rabbainu has conquered Russia, Saba..</w:t>
      </w:r>
    </w:p>
    <w:p>
      <w:r>
        <w:t>Now they want to learn our language]</w:t>
      </w:r>
    </w:p>
    <w:p>
      <w:r>
        <w:t>Eh?</w:t>
      </w:r>
    </w:p>
    <w:p>
      <w:r>
        <w:t>[Now they are doing to learn our language, Saba]</w:t>
      </w:r>
    </w:p>
    <w:p>
      <w:r>
        <w:t>Yes?</w:t>
      </w:r>
    </w:p>
    <w:p>
      <w:r>
        <w:t>[Yes, Saba]</w:t>
      </w:r>
    </w:p>
    <w:p>
      <w:r>
        <w:t>[…….]</w:t>
      </w:r>
    </w:p>
    <w:p>
      <w:r>
        <w:t>[We had joy on Chanukah, Saba, we had great joy]</w:t>
      </w:r>
    </w:p>
    <w:p>
      <w:r>
        <w:t>Yes, yes</w:t>
      </w:r>
    </w:p>
    <w:p>
      <w:r>
        <w:t>[On Chanukah]</w:t>
      </w:r>
    </w:p>
    <w:p>
      <w:r>
        <w:t>Yes</w:t>
      </w:r>
    </w:p>
    <w:p>
      <w:r>
        <w:t>[Yes, Saba]</w:t>
      </w:r>
    </w:p>
    <w:p>
      <w:r>
        <w:t>Yes?</w:t>
      </w:r>
    </w:p>
    <w:p>
      <w:r>
        <w:t>[Yes]</w:t>
      </w:r>
    </w:p>
    <w:p>
      <w:r>
        <w:t>[Shabbos Chanukah, tell him, tell him, Shabbos Chanukah]</w:t>
      </w:r>
    </w:p>
    <w:p>
      <w:r>
        <w:t>[Yes, ...]</w:t>
      </w:r>
    </w:p>
    <w:p>
      <w:r>
        <w:t>[We were by Rebbe Nassan, there was a Jew, there was a Jew by Rebbe Nassan who entered the ice</w:t>
      </w:r>
    </w:p>
    <w:p>
      <w:r>
        <w:t>He wanted to taste what, what Rebbe Nassan did, so he went in there to immerse in the ice]</w:t>
      </w:r>
    </w:p>
    <w:p>
      <w:r>
        <w:t>[Where Rebbe Nassan was]</w:t>
      </w:r>
    </w:p>
    <w:p>
      <w:r>
        <w:t>[Where Rebbe Nassan was, Saba, there is a Jew who traveled with us on the trip, and he went in there into the ice]</w:t>
      </w:r>
    </w:p>
    <w:p>
      <w:r>
        <w:t>{Was there ice\into the ice}?</w:t>
      </w:r>
    </w:p>
    <w:p>
      <w:r>
        <w:t>[Yes]</w:t>
      </w:r>
    </w:p>
    <w:p>
      <w:r>
        <w:t>[To immerse]</w:t>
      </w:r>
    </w:p>
    <w:p>
      <w:r>
        <w:t>[He went in, he thought he was a hero, he wanted to feel what Rebbe Nassan was</w:t>
      </w:r>
    </w:p>
    <w:p>
      <w:r>
        <w:t>What he suffered for the People of Israel, so he went in</w:t>
      </w:r>
    </w:p>
    <w:p>
      <w:r>
        <w:t>It was very, very hard for him to get out of there, he was all ice</w:t>
      </w:r>
    </w:p>
    <w:p>
      <w:r>
        <w:t>Now, blessed is Hashem, he returned healthy and whole</w:t>
      </w:r>
    </w:p>
    <w:p>
      <w:r>
        <w:t>We were by Rebbe Levi Yitzchak of Berditchev, Saba, Rebbe Levi Yitzchak of Berditchev</w:t>
      </w:r>
    </w:p>
    <w:p>
      <w:r>
        <w:t>We were by Rebbe Yisroel the Baal Shem Tov</w:t>
      </w:r>
    </w:p>
    <w:p>
      <w:r>
        <w:t>Now there is great joy, the wife is in Uman, the wife is now in Uman</w:t>
      </w:r>
    </w:p>
    <w:p>
      <w:r>
        <w:t>And that is it, they took Rabbainu away from us]</w:t>
      </w:r>
    </w:p>
    <w:p>
      <w:r>
        <w:t>Eh?</w:t>
      </w:r>
    </w:p>
    <w:p>
      <w:r>
        <w:t>[The women of.., my wife took Rabbainu now, the women took Rabbainu now]</w:t>
      </w:r>
    </w:p>
    <w:p>
      <w:r>
        <w:t>[They took Rabbainu]</w:t>
      </w:r>
    </w:p>
    <w:p>
      <w:r>
        <w:t>[They went to Rabbainu, and we are watching the children]</w:t>
      </w:r>
    </w:p>
    <w:p>
      <w:r>
        <w:t>What is this place?</w:t>
      </w:r>
    </w:p>
    <w:p>
      <w:r>
        <w:t>[This is Ramat Gan]</w:t>
      </w:r>
    </w:p>
    <w:p>
      <w:r>
        <w:t>Eh?</w:t>
      </w:r>
    </w:p>
    <w:p>
      <w:r>
        <w:t>[Ramat Gan, Ramat Gan]</w:t>
      </w:r>
    </w:p>
    <w:p>
      <w:r>
        <w:t>Ramat Gan</w:t>
      </w:r>
    </w:p>
    <w:p>
      <w:r>
        <w:t>[Yes, Saba]</w:t>
      </w:r>
    </w:p>
    <w:p>
      <w:r>
        <w:t>We nee.., we will return to Russia</w:t>
      </w:r>
    </w:p>
    <w:p>
      <w:r>
        <w:t>[Rabbainu is already there, he is conquering everything]</w:t>
      </w:r>
    </w:p>
    <w:p>
      <w:r>
        <w:t>[Saba, there was, there was a story from Rabbainu, there was a story from Rabbainu</w:t>
      </w:r>
    </w:p>
    <w:p>
      <w:r>
        <w:t>That the Baal Shem Tov came, came to Rabbainu in a dream and he said to him:</w:t>
      </w:r>
    </w:p>
    <w:p>
      <w:r>
        <w:t>"You are shaming us, the service..</w:t>
      </w:r>
    </w:p>
    <w:p>
      <w:r>
        <w:t>Your service, in Heaven it brings about effects, we are ashamed"</w:t>
      </w:r>
    </w:p>
    <w:p>
      <w:r>
        <w:t>Saba, Rabbainu is a secret from all the worlds, that even if they say that he is a secret, he is still a secret, Rabbainu is a secret] Eh?</w:t>
      </w:r>
    </w:p>
    <w:p>
      <w:r>
        <w:t>[Rabbainu is a secret, Rabbainu said to someone: "I am a secret from the entire world</w:t>
      </w:r>
    </w:p>
    <w:p>
      <w:r>
        <w:t>And even, and even if I say that I am a secret, I.. it is still a secret</w:t>
      </w:r>
    </w:p>
    <w:p>
      <w:r>
        <w:t>Even if I, if I say, that I am a secret, it is still a secret"</w:t>
      </w:r>
    </w:p>
    <w:p>
      <w:r>
        <w:t>Saba, the People of Israel are all simple, the People of Israel are simple</w:t>
      </w:r>
    </w:p>
    <w:p>
      <w:r>
        <w:t>Whoever is simple accepts Rabbainu]</w:t>
      </w:r>
    </w:p>
    <w:p>
      <w:r>
        <w:t>Who is this?</w:t>
      </w:r>
    </w:p>
    <w:p>
      <w:r>
        <w:t>[This is.. what is his name..]</w:t>
      </w:r>
    </w:p>
    <w:p>
      <w:r>
        <w:t>[…]</w:t>
      </w:r>
    </w:p>
    <w:p>
      <w:r>
        <w:t>[Avi, Avi]</w:t>
      </w:r>
    </w:p>
    <w:p>
      <w:r>
        <w:t>Avi</w:t>
      </w:r>
    </w:p>
    <w:p>
      <w:r>
        <w:t>[He, he is praying Maariv]</w:t>
      </w:r>
    </w:p>
    <w:p>
      <w:r>
        <w:t>[…..……]</w:t>
      </w:r>
    </w:p>
    <w:p>
      <w:r>
        <w:t>[………..]</w:t>
      </w:r>
    </w:p>
    <w:p>
      <w:r>
        <w:t>Perhaps give me a little, eh..</w:t>
      </w:r>
    </w:p>
    <w:p>
      <w:r>
        <w:t>[Water]</w:t>
      </w:r>
    </w:p>
    <w:p>
      <w:r>
        <w:t>Honey and...</w:t>
      </w:r>
    </w:p>
    <w:p>
      <w:r>
        <w:t>[Milk]</w:t>
      </w:r>
    </w:p>
    <w:p>
      <w:r>
        <w:t>And milk</w:t>
      </w:r>
    </w:p>
    <w:p>
      <w:r>
        <w:t>[……..]</w:t>
      </w:r>
    </w:p>
    <w:p>
      <w:r>
        <w:t>[What?]</w:t>
      </w:r>
    </w:p>
    <w:p>
      <w:r>
        <w:t>[He ate meat now]</w:t>
      </w:r>
    </w:p>
    <w:p>
      <w:r>
        <w:t>[Saba, they told me that you ate meat]</w:t>
      </w:r>
    </w:p>
    <w:p>
      <w:r>
        <w:t>Am I fleishig?</w:t>
      </w:r>
    </w:p>
    <w:p>
      <w:r>
        <w:t>[Yes]</w:t>
      </w:r>
    </w:p>
    <w:p>
      <w:r>
        <w:t>Ah, nu, then no</w:t>
      </w:r>
    </w:p>
    <w:p>
      <w:r>
        <w:t>[If he wants juice, should I bring him?]</w:t>
      </w:r>
    </w:p>
    <w:p>
      <w:r>
        <w:t>[……….]</w:t>
      </w:r>
    </w:p>
    <w:p>
      <w:r>
        <w:t>[……….]</w:t>
      </w:r>
    </w:p>
    <w:p>
      <w:r>
        <w:t>[Saba, Rabbainu said to the Alter Rebbe, he said to him:</w:t>
      </w:r>
    </w:p>
    <w:p>
      <w:r>
        <w:t>"Your mercies are many, Hashem," do you remember?]</w:t>
      </w:r>
    </w:p>
    <w:p>
      <w:r>
        <w:t>Eh?</w:t>
      </w:r>
    </w:p>
    <w:p>
      <w:r>
        <w:t>[Rabbainu said to Rebbe Shneur Zalman, he said to him:</w:t>
      </w:r>
    </w:p>
    <w:p>
      <w:r>
        <w:t>"Your mercies are many, Hashem," the Rebbe of Chabad, Rebbe Shneur Zalman, the Alter Rebbe</w:t>
      </w:r>
    </w:p>
    <w:p>
      <w:r>
        <w:t>Rabbainu met him, do you remember? Saba, Rabbainu met the Alter Rebbe</w:t>
      </w:r>
    </w:p>
    <w:p>
      <w:r>
        <w:t>Then he said, he delivered a Torah teaching before him for several hours</w:t>
      </w:r>
    </w:p>
    <w:p>
      <w:r>
        <w:t>Then at the end of the Torah teaching he said: "Your mercies are many, Hashem"]</w:t>
      </w:r>
    </w:p>
    <w:p>
      <w:r>
        <w:t>Yoa</w:t>
      </w:r>
    </w:p>
    <w:p>
      <w:r>
        <w:t>[Then he said: "The compassion upon You, upon Hashem Yisborach, is very great"</w:t>
      </w:r>
    </w:p>
    <w:p>
      <w:r>
        <w:t>Saba, what, what is the meaning? I did not understand]</w:t>
      </w:r>
    </w:p>
    <w:p>
      <w:r>
        <w:t>Where are you from?</w:t>
      </w:r>
    </w:p>
    <w:p>
      <w:r>
        <w:t>[I am Gadi, from Kfar Saba]</w:t>
      </w:r>
    </w:p>
    <w:p>
      <w:r>
        <w:t>From Kfar Saba</w:t>
      </w:r>
    </w:p>
    <w:p>
      <w:r>
        <w:t>[Yes, yes]</w:t>
      </w:r>
    </w:p>
    <w:p>
      <w:r>
        <w:t>(Saba laughs)</w:t>
      </w:r>
    </w:p>
    <w:p>
      <w:r>
        <w:t>[Saba, now there are soldiers there, good soldiers]</w:t>
      </w:r>
    </w:p>
    <w:p>
      <w:r>
        <w:t>Ho..</w:t>
      </w:r>
    </w:p>
    <w:p>
      <w:r>
        <w:t>[Soldiers who are beginning, for Rabbainu]</w:t>
      </w:r>
    </w:p>
    <w:p>
      <w:r>
        <w:t>[……….. of Rebbe Nachman …….]</w:t>
      </w:r>
    </w:p>
    <w:p>
      <w:r>
        <w:t>[The baalei teshuvah whom Rabbainu makes, it gives life]</w:t>
      </w:r>
    </w:p>
    <w:p>
      <w:r>
        <w:t>[……….]</w:t>
      </w:r>
    </w:p>
    <w:p>
      <w:r>
        <w:t>[……….]</w:t>
      </w:r>
    </w:p>
    <w:p>
      <w:r>
        <w:t>[Saba, pray for us, pray for us, Saba</w:t>
      </w:r>
    </w:p>
    <w:p>
      <w:r>
        <w:t>It is hard, hard, serving Hashem is a great war</w:t>
      </w:r>
    </w:p>
    <w:p>
      <w:r>
        <w:t>Serving Hashem is a great war, Saba, help and pray for us, Gad son of Roma]</w:t>
      </w:r>
    </w:p>
    <w:p>
      <w:r>
        <w:t>Eh?</w:t>
      </w:r>
    </w:p>
    <w:p>
      <w:r>
        <w:t>[Gad, Gad son of Roma]</w:t>
      </w:r>
    </w:p>
    <w:p>
      <w:r>
        <w:t>Son of..?</w:t>
      </w:r>
    </w:p>
    <w:p>
      <w:r>
        <w:t>[Roma, Roma]</w:t>
      </w:r>
    </w:p>
    <w:p>
      <w:r>
        <w:t>Roma, Roma</w:t>
      </w:r>
    </w:p>
    <w:p>
      <w:r>
        <w:t>[Yes, pray for me, Saba, for a match, for a match and for teshuvah, complete teshuvah and for a match] Ah</w:t>
      </w:r>
    </w:p>
    <w:p>
      <w:r>
        <w:t>[Saba, we are going, we are going, Saba]</w:t>
      </w:r>
    </w:p>
    <w:p>
      <w:r>
        <w:t>Fortunate are we, fortunate are we, fortunate are we, fortunate are we</w:t>
      </w:r>
    </w:p>
    <w:p>
      <w:r>
        <w:t>[Fortunate are we that we merited to know Rabbainu, Saba, may you be healthy and strong, Saba</w:t>
      </w:r>
    </w:p>
    <w:p>
      <w:r>
        <w:t>In the merit of Rabbainu Nachman son of Feiga, in the merit of "Na Na Nach Nachma Nachman MeUman," goodbye, Saba]</w:t>
      </w:r>
    </w:p>
    <w:p>
      <w:r>
        <w:t>[Saba, goodbye, Saba, be healthy]</w:t>
      </w:r>
    </w:p>
    <w:p>
      <w:r>
        <w:t>[Saba, I need a prayer, that you grant me the merit that I may merit to study these books, that I may merit]</w:t>
      </w:r>
    </w:p>
    <w:p>
      <w:r>
        <w:t>Ho, there is more and more, more, more, he is without end</w:t>
      </w:r>
    </w:p>
    <w:p>
      <w:r>
        <w:t>Every word is, is a wellspring, he is a sea of wisdom, he is a sea</w:t>
      </w:r>
    </w:p>
    <w:p>
      <w:r>
        <w:t>[Yes, Saba]</w:t>
      </w:r>
    </w:p>
    <w:p>
      <w:r>
        <w:t>He will renew the entire world</w:t>
      </w:r>
    </w:p>
    <w:p>
      <w:r>
        <w:t>He will renew and heal and strengthen the entire world, each one</w:t>
      </w:r>
    </w:p>
    <w:p>
      <w:r>
        <w:t>[Amen and amen]...</w:t>
      </w:r>
    </w:p>
    <w:p>
      <w:r>
        <w:t>...No bread and no money, nothing</w:t>
      </w:r>
    </w:p>
    <w:p>
      <w:r>
        <w:t>And blessed is Hashem, Hashem Yisborach {gives me.. life}</w:t>
      </w:r>
    </w:p>
    <w:p>
      <w:r>
        <w:t>All my friends have already gone to the World to Come, and I am in this world</w:t>
      </w:r>
    </w:p>
    <w:p>
      <w:r>
        <w:t>[Thank God, thank God, you still will be]</w:t>
      </w:r>
    </w:p>
    <w:p>
      <w:r>
        <w:t>I was sick unto death, sick, sick</w:t>
      </w:r>
    </w:p>
    <w:p>
      <w:r>
        <w:t>And the blessed Hashem gave me a soul, and I returned to the world</w:t>
      </w:r>
    </w:p>
    <w:p>
      <w:r>
        <w:t>[Thank God]</w:t>
      </w:r>
    </w:p>
    <w:p>
      <w:r>
        <w:t>[…… I told him, yes, I told him …...]</w:t>
      </w:r>
    </w:p>
    <w:p>
      <w:r>
        <w:t>[Nu, what, what, you aren't eating? Take ….. a little, take…..]</w:t>
      </w:r>
    </w:p>
    <w:p>
      <w:r>
        <w:t>[……]</w:t>
      </w:r>
    </w:p>
    <w:p>
      <w:r>
        <w:t>[What?]</w:t>
      </w:r>
    </w:p>
    <w:p>
      <w:r>
        <w:t>[I told them …. liver..]</w:t>
      </w:r>
    </w:p>
    <w:p>
      <w:r>
        <w:t>[What? What? This is meat, you have to taste something, see what this is]</w:t>
      </w:r>
    </w:p>
    <w:p>
      <w:r>
        <w:t>[Yaniv, with honor]</w:t>
      </w:r>
    </w:p>
    <w:p>
      <w:r>
        <w:t>[…]...</w:t>
      </w:r>
    </w:p>
    <w:p>
      <w:r>
        <w:t>...Ahh</w:t>
      </w:r>
    </w:p>
    <w:p>
      <w:r>
        <w:t>[Taste a little cholent]</w:t>
      </w:r>
    </w:p>
    <w:p>
      <w:r>
        <w:t>[No thank you, really]</w:t>
      </w:r>
    </w:p>
    <w:p>
      <w:r>
        <w:t>[Something in the Moroccan style]</w:t>
      </w:r>
    </w:p>
    <w:p>
      <w:r>
        <w:t>[Thank you]</w:t>
      </w:r>
    </w:p>
    <w:p>
      <w:r>
        <w:t>[Come, with bones, with this..]</w:t>
      </w:r>
    </w:p>
    <w:p>
      <w:r>
        <w:t>[This is sakhina, can't..]</w:t>
      </w:r>
    </w:p>
    <w:p>
      <w:r>
        <w:t>[Yes]</w:t>
      </w:r>
    </w:p>
    <w:p>
      <w:r>
        <w:t>[Eat]</w:t>
      </w:r>
    </w:p>
    <w:p>
      <w:r>
        <w:t>[No, but something that..]</w:t>
      </w:r>
    </w:p>
    <w:p>
      <w:r>
        <w:t>[Thank you very much]</w:t>
      </w:r>
    </w:p>
    <w:p>
      <w:r>
        <w:t>More than a hundred years, more than a hundred years since I was born</w:t>
      </w:r>
    </w:p>
    <w:p>
      <w:r>
        <w:t>And I prayed for my life, what cannot be described</w:t>
      </w:r>
    </w:p>
    <w:p>
      <w:r>
        <w:t>[Ay.. ay..]</w:t>
      </w:r>
    </w:p>
    <w:p>
      <w:r>
        <w:t>And I am alive</w:t>
      </w:r>
    </w:p>
    <w:p>
      <w:r>
        <w:t>[Thank God]</w:t>
      </w:r>
    </w:p>
    <w:p>
      <w:r>
        <w:t>I do not understand it, without meat, without fish, without..</w:t>
      </w:r>
    </w:p>
    <w:p>
      <w:r>
        <w:t>[Saba, do you want soup, soup?]</w:t>
      </w:r>
    </w:p>
    <w:p>
      <w:r>
        <w:t>Soup, good</w:t>
      </w:r>
    </w:p>
    <w:p>
      <w:r>
        <w:t>[Start taking charge at home, start taking charge at home, bringing in meat from “Of Yerushalayim”</w:t>
      </w:r>
    </w:p>
    <w:p>
      <w:r>
        <w:t>[We have only “Of Yerushalayim" and glatt meat, thank God]</w:t>
      </w:r>
    </w:p>
    <w:p>
      <w:r>
        <w:t>[You see what “Of Yerushalayim” from “Agudas Yisroel” is, mehadrin min hamehadrin]</w:t>
      </w:r>
    </w:p>
    <w:p>
      <w:r>
        <w:t>[..Only “Of Yerushalayim”..]</w:t>
      </w:r>
    </w:p>
    <w:p>
      <w:r>
        <w:t>[Mehadrin min hamehadrin]</w:t>
      </w:r>
    </w:p>
    <w:p>
      <w:r>
        <w:t>[Yes, yes]</w:t>
      </w:r>
    </w:p>
    <w:p>
      <w:r>
        <w:t>[It is the best]</w:t>
      </w:r>
    </w:p>
    <w:p>
      <w:r>
        <w:t>[Only “Of Yerushalayim”]</w:t>
      </w:r>
    </w:p>
    <w:p>
      <w:r>
        <w:t>[Bring that in, and bring in meat from the same thing too]</w:t>
      </w:r>
    </w:p>
    <w:p>
      <w:r>
        <w:t>[Meat, I buy meat of..]</w:t>
      </w:r>
    </w:p>
    <w:p>
      <w:r>
        <w:t>[Look, you, you, you live in Bnei Brak]</w:t>
      </w:r>
    </w:p>
    <w:p>
      <w:r>
        <w:t>[I don't live in Bnei Brak]</w:t>
      </w:r>
    </w:p>
    <w:p>
      <w:r>
        <w:t>[You work in Bnei Brak, sorry]</w:t>
      </w:r>
    </w:p>
    <w:p>
      <w:r>
        <w:t>[Yes]</w:t>
      </w:r>
    </w:p>
    <w:p>
      <w:r>
        <w:t>[Go in there to any store..]</w:t>
      </w:r>
    </w:p>
    <w:p>
      <w:r>
        <w:t>[I buy, my wife buys in Tel Aviv, at the corner of, ah..]</w:t>
      </w:r>
    </w:p>
    <w:p>
      <w:r>
        <w:t>[Not your wife; since it's by you, you buy]</w:t>
      </w:r>
    </w:p>
    <w:p>
      <w:r>
        <w:t>[No..]</w:t>
      </w:r>
    </w:p>
    <w:p>
      <w:r>
        <w:t>[You didn't understand, no wife and no one, because if you..</w:t>
      </w:r>
    </w:p>
    <w:p>
      <w:r>
        <w:t>Listen, you heard, you served the Baba Sali, I want to tell you: if you perform the merit of not causing the tzaddik to stumble, you buy from Bnei Brak, you brought everything from Bnei Brak, you have no problem] [No, no, there is a place, I buy from.. I buy..]</w:t>
      </w:r>
    </w:p>
    <w:p>
      <w:r>
        <w:t>[…..]</w:t>
      </w:r>
    </w:p>
    <w:p>
      <w:r>
        <w:t>[On.. Nachmani Street]</w:t>
      </w:r>
    </w:p>
    <w:p>
      <w:r>
        <w:t>[Yes]</w:t>
      </w:r>
    </w:p>
    <w:p>
      <w:r>
        <w:t>[Yes..]</w:t>
      </w:r>
    </w:p>
    <w:p>
      <w:r>
        <w:t>[At the corner of Yehuda Halevi]</w:t>
      </w:r>
    </w:p>
    <w:p>
      <w:r>
        <w:t>[Where the religious people are, yes]</w:t>
      </w:r>
    </w:p>
    <w:p>
      <w:r>
        <w:t>[It is..]</w:t>
      </w:r>
    </w:p>
    <w:p>
      <w:r>
        <w:t>[I am from..]…</w:t>
      </w:r>
    </w:p>
    <w:p>
      <w:r>
        <w:t>...{….}</w:t>
      </w:r>
    </w:p>
    <w:p>
      <w:r>
        <w:t>[But its hechsher is not like in Bnei Brak]</w:t>
      </w:r>
    </w:p>
    <w:p>
      <w:r>
        <w:t>[The same thing, it is “Of Yerushalayim,” what is it, it is..]</w:t>
      </w:r>
    </w:p>
    <w:p>
      <w:r>
        <w:t>[Chicken, yes; the meat, no]</w:t>
      </w:r>
    </w:p>
    <w:p>
      <w:r>
        <w:t>[I know the store, my brother]</w:t>
      </w:r>
    </w:p>
    <w:p>
      <w:r>
        <w:t>[No, it is..]</w:t>
      </w:r>
    </w:p>
    <w:p>
      <w:r>
        <w:t>[Listen, I have been in teshuvah seven years, I know]</w:t>
      </w:r>
    </w:p>
    <w:p>
      <w:r>
        <w:t>[Mahfoud, buy from him..]</w:t>
      </w:r>
    </w:p>
    <w:p>
      <w:r>
        <w:t>[At minimum, buy food under Landau, or Landa, or..]…</w:t>
      </w:r>
    </w:p>
    <w:p>
      <w:r>
        <w:t>...[It is a merit that he comes to you, so why not do for him..]</w:t>
      </w:r>
    </w:p>
    <w:p>
      <w:r>
        <w:t>“It is a great mitzvah to always be happy!”</w:t>
      </w:r>
    </w:p>
    <w:p>
      <w:r>
        <w:t>[Always]</w:t>
      </w:r>
    </w:p>
    <w:p>
      <w:r>
        <w:t>[The friends sing:</w:t>
      </w:r>
    </w:p>
    <w:p>
      <w:r>
        <w:t>“It is a great mitzvah to always be happy..”]</w:t>
      </w:r>
    </w:p>
    <w:p>
      <w:r>
        <w:t>[How do I know..]</w:t>
      </w:r>
    </w:p>
    <w:p>
      <w:r>
        <w:t>[I.., I play fiddle]</w:t>
      </w:r>
    </w:p>
    <w:p>
      <w:r>
        <w:t>I play, ah?</w:t>
      </w:r>
    </w:p>
    <w:p>
      <w:r>
        <w:t>[I am the musician]</w:t>
      </w:r>
    </w:p>
    <w:p>
      <w:r>
        <w:t>“It is a great mitzvah to always be happy”</w:t>
      </w:r>
    </w:p>
    <w:p>
      <w:r>
        <w:t>[On the radio, on the radio?]</w:t>
      </w:r>
    </w:p>
    <w:p>
      <w:r>
        <w:t>[He will also be on the radio]</w:t>
      </w:r>
    </w:p>
    <w:p>
      <w:r>
        <w:t>[Maybe say, say on the radio, that there is such a Jew..]</w:t>
      </w:r>
    </w:p>
    <w:p>
      <w:r>
        <w:t>{….}</w:t>
      </w:r>
    </w:p>
    <w:p>
      <w:r>
        <w:t>[There will be a great commotion]</w:t>
      </w:r>
    </w:p>
    <w:p>
      <w:r>
        <w:t>[…..]</w:t>
      </w:r>
    </w:p>
    <w:p>
      <w:r>
        <w:t>[Believe me, you will be pleased, ……..]</w:t>
      </w:r>
    </w:p>
    <w:p>
      <w:r>
        <w:t>[……...]</w:t>
      </w:r>
    </w:p>
    <w:p>
      <w:r>
        <w:t>[………]...</w:t>
      </w:r>
    </w:p>
    <w:p>
      <w:r>
        <w:t>…[That I should not do the same thing..]</w:t>
      </w:r>
    </w:p>
    <w:p>
      <w:r>
        <w:t>{…..}</w:t>
      </w:r>
    </w:p>
    <w:p>
      <w:r>
        <w:t>[Say something from Rabbainu, Rebbe Nassan]</w:t>
      </w:r>
    </w:p>
    <w:p>
      <w:r>
        <w:t>[The head of the Children of Israel..]…</w:t>
      </w:r>
    </w:p>
    <w:p>
      <w:r>
        <w:t>...[….]</w:t>
      </w:r>
    </w:p>
    <w:p>
      <w:r>
        <w:t>His house</w:t>
      </w:r>
    </w:p>
    <w:p>
      <w:r>
        <w:t>[Yes]</w:t>
      </w:r>
    </w:p>
    <w:p>
      <w:r>
        <w:t>Of the homeowner, and to take me to sleep</w:t>
      </w:r>
    </w:p>
    <w:p>
      <w:r>
        <w:t>[Yes]</w:t>
      </w:r>
    </w:p>
    <w:p>
      <w:r>
        <w:t>In the bed</w:t>
      </w:r>
    </w:p>
    <w:p>
      <w:r>
        <w:t>[All right]</w:t>
      </w:r>
    </w:p>
    <w:p>
      <w:r>
        <w:t>[Wait, wait]</w:t>
      </w:r>
    </w:p>
    <w:p>
      <w:r>
        <w:t>[He doesn't want to come]</w:t>
      </w:r>
    </w:p>
    <w:p>
      <w:r>
        <w:t>[Give him just one moment to eat soup, before they put them]…</w:t>
      </w:r>
    </w:p>
    <w:p>
      <w:r>
        <w:t>...{Remember} that it was, I had no living spirit</w:t>
      </w:r>
    </w:p>
    <w:p>
      <w:r>
        <w:t>[Yes]</w:t>
      </w:r>
    </w:p>
    <w:p>
      <w:r>
        <w:t>{…..}</w:t>
      </w:r>
    </w:p>
    <w:p>
      <w:r>
        <w:t>[Let it cool a little, Saba, it is hot, wait, wait, let it cool a little]</w:t>
      </w:r>
    </w:p>
    <w:p>
      <w:r>
        <w:t>For the guests</w:t>
      </w:r>
    </w:p>
    <w:p>
      <w:r>
        <w:t>[For the guests, thank God, they are eating; he isn't eating, tell him to eat</w:t>
      </w:r>
    </w:p>
    <w:p>
      <w:r>
        <w:t>[……..]</w:t>
      </w:r>
    </w:p>
    <w:p>
      <w:r>
        <w:t>[..And a blessing for my mother, my mother, my mother—give a blessing, a blessing, my mother]</w:t>
      </w:r>
    </w:p>
    <w:p>
      <w:r>
        <w:t>…...Length of days and years, and……</w:t>
      </w:r>
    </w:p>
    <w:p>
      <w:r>
        <w:t>[Amen, amen, thank you]</w:t>
      </w:r>
    </w:p>
    <w:p>
      <w:r>
        <w:t>[Her name is, her name is Ruchama]</w:t>
      </w:r>
    </w:p>
    <w:p>
      <w:r>
        <w:t>Ruchama</w:t>
      </w:r>
    </w:p>
    <w:p>
      <w:r>
        <w:t>[Daughter of Chanina]</w:t>
      </w:r>
    </w:p>
    <w:p>
      <w:r>
        <w:t>Daughter of Cha.., Chanina?</w:t>
      </w:r>
    </w:p>
    <w:p>
      <w:r>
        <w:t>[Yes]</w:t>
      </w:r>
    </w:p>
    <w:p>
      <w:r>
        <w:t>[The mother, the mother]</w:t>
      </w:r>
    </w:p>
    <w:p>
      <w:r>
        <w:t>Ruchama daughter of Chanina, the blessed Hashem should give her length of good days and years, and health.. [Health]</w:t>
      </w:r>
    </w:p>
    <w:p>
      <w:r>
        <w:t>And all good</w:t>
      </w:r>
    </w:p>
    <w:p>
      <w:r>
        <w:t>[Amen, amen]</w:t>
      </w:r>
    </w:p>
    <w:p>
      <w:r>
        <w:t>And much nachas</w:t>
      </w:r>
    </w:p>
    <w:p>
      <w:r>
        <w:t>[And a blessing for..]…</w:t>
      </w:r>
    </w:p>
    <w:p>
      <w:r>
        <w:t>…[Hear, a balcony, opened]</w:t>
      </w:r>
    </w:p>
    <w:p>
      <w:r>
        <w:t>[Saba and the friends shout, ah.. ah.. ah.. ah..]</w:t>
      </w:r>
    </w:p>
    <w:p>
      <w:r>
        <w:t>[The blessed one]</w:t>
      </w:r>
    </w:p>
    <w:p>
      <w:r>
        <w:t>The blessed Hashem should give all the blessings in the world</w:t>
      </w:r>
    </w:p>
    <w:p>
      <w:r>
        <w:t>[[Amen, amen]]</w:t>
      </w:r>
    </w:p>
    <w:p>
      <w:r>
        <w:t>All the salvations</w:t>
      </w:r>
    </w:p>
    <w:p>
      <w:r>
        <w:t>[[Amen]]</w:t>
      </w:r>
    </w:p>
    <w:p>
      <w:r>
        <w:t>[Ariella, Ariella]</w:t>
      </w:r>
    </w:p>
    <w:p>
      <w:r>
        <w:t>Ariella</w:t>
      </w:r>
    </w:p>
    <w:p>
      <w:r>
        <w:t>[Daughter of Kolda]</w:t>
      </w:r>
    </w:p>
    <w:p>
      <w:r>
        <w:t>Daughter of?</w:t>
      </w:r>
    </w:p>
    <w:p>
      <w:r>
        <w:t>[Kloda]</w:t>
      </w:r>
    </w:p>
    <w:p>
      <w:r>
        <w:t>Kloda.. all good</w:t>
      </w:r>
    </w:p>
    <w:p>
      <w:r>
        <w:t>[All good, Ben..]…</w:t>
      </w:r>
    </w:p>
    <w:p>
      <w:r>
        <w:t>...[Ben Ariella]</w:t>
      </w:r>
    </w:p>
    <w:p>
      <w:r>
        <w:t>Ben Ariella?</w:t>
      </w:r>
    </w:p>
    <w:p>
      <w:r>
        <w:t>[Ben, Ben]</w:t>
      </w:r>
    </w:p>
    <w:p>
      <w:r>
        <w:t>[Yes…]</w:t>
      </w:r>
    </w:p>
    <w:p>
      <w:r>
        <w:t>[Nachas, nachas]</w:t>
      </w:r>
    </w:p>
    <w:p>
      <w:r>
        <w:t>[Yes, nachas, nachas]</w:t>
      </w:r>
    </w:p>
    <w:p>
      <w:r>
        <w:t>{…..}, and all.. and all kinds of health and all good</w:t>
      </w:r>
    </w:p>
    <w:p>
      <w:r>
        <w:t>[Amen, amen, amen]</w:t>
      </w:r>
    </w:p>
    <w:p>
      <w:r>
        <w:t>Ah, ah…</w:t>
      </w:r>
    </w:p>
    <w:p>
      <w:r>
        <w:t>...[….]</w:t>
      </w:r>
    </w:p>
    <w:p>
      <w:r>
        <w:t>I sit here, I, I am very amazed—how I sit here among the living</w:t>
      </w:r>
    </w:p>
    <w:p>
      <w:r>
        <w:t>{I already …….}</w:t>
      </w:r>
    </w:p>
    <w:p>
      <w:r>
        <w:t>[What p..]</w:t>
      </w:r>
    </w:p>
    <w:p>
      <w:r>
        <w:t>[….]</w:t>
      </w:r>
    </w:p>
    <w:p>
      <w:r>
        <w:t>[More years, many more years, until, until Mashiach comes]</w:t>
      </w:r>
    </w:p>
    <w:p>
      <w:r>
        <w:t>{Can understand …… Rebbe Nachman}</w:t>
      </w:r>
    </w:p>
    <w:p>
      <w:r>
        <w:t>[Yo]</w:t>
      </w:r>
    </w:p>
    <w:p>
      <w:r>
        <w:t>[Oh..]</w:t>
      </w:r>
    </w:p>
    <w:p>
      <w:r>
        <w:t>[What did he say, what did he say?]</w:t>
      </w:r>
    </w:p>
    <w:p>
      <w:r>
        <w:t>[He received a letter from Rebbe Nachman]</w:t>
      </w:r>
    </w:p>
    <w:p>
      <w:r>
        <w:t>[Ah, yes, yes]</w:t>
      </w:r>
    </w:p>
    <w:p>
      <w:r>
        <w:t>[He has a letter]</w:t>
      </w:r>
    </w:p>
    <w:p>
      <w:r>
        <w:t>[It is written that he will live until Mashiach comes]</w:t>
      </w:r>
    </w:p>
    <w:p>
      <w:r>
        <w:t>I opened a book and found a letter from Rebbe Nachman</w:t>
      </w:r>
    </w:p>
    <w:p>
      <w:r>
        <w:t>[Wow]</w:t>
      </w:r>
    </w:p>
    <w:p>
      <w:r>
        <w:t>Yes, he writes to me, “About you..”, {...} “My precious student”</w:t>
      </w:r>
    </w:p>
    <w:p>
      <w:r>
        <w:t>“About you I said, my fire will burn until the coming of Mashiach,” “About you I said”</w:t>
      </w:r>
    </w:p>
    <w:p>
      <w:r>
        <w:t>This, I said this, so I said about you</w:t>
      </w:r>
    </w:p>
    <w:p>
      <w:r>
        <w:t>[His fire]</w:t>
      </w:r>
    </w:p>
    <w:p>
      <w:r>
        <w:t>[He will live until Mashiach..]</w:t>
      </w:r>
    </w:p>
    <w:p>
      <w:r>
        <w:t>What? “My fire will burn until the coming of Mashiach”</w:t>
      </w:r>
    </w:p>
    <w:p>
      <w:r>
        <w:t>[Until the coming of Mashiach]</w:t>
      </w:r>
    </w:p>
    <w:p>
      <w:r>
        <w:t>This I said about you</w:t>
      </w:r>
    </w:p>
    <w:p>
      <w:r>
        <w:t>That is how it is written in..</w:t>
      </w:r>
    </w:p>
    <w:p>
      <w:r>
        <w:t>[The letter]</w:t>
      </w:r>
    </w:p>
    <w:p>
      <w:r>
        <w:t>The note</w:t>
      </w:r>
    </w:p>
    <w:p>
      <w:r>
        <w:t>[……...]</w:t>
      </w:r>
    </w:p>
    <w:p>
      <w:r>
        <w:t>[……...]</w:t>
      </w:r>
    </w:p>
    <w:p>
      <w:r>
        <w:t>[Here is the letter, this is the letter, yes?]</w:t>
      </w:r>
    </w:p>
    <w:p>
      <w:r>
        <w:t>Yes, yes, yes, yes, yes, yes, that's it</w:t>
      </w:r>
    </w:p>
    <w:p>
      <w:r>
        <w:t>[That's it?]</w:t>
      </w:r>
    </w:p>
    <w:p>
      <w:r>
        <w:t>How can it reach up to here</w:t>
      </w:r>
    </w:p>
    <w:p>
      <w:r>
        <w:t>[Yes, yes]</w:t>
      </w:r>
    </w:p>
    <w:p>
      <w:r>
        <w:t>How the letter {…}</w:t>
      </w:r>
    </w:p>
    <w:p>
      <w:r>
        <w:t>[Give me a blessing, you give me a blessing]</w:t>
      </w:r>
    </w:p>
    <w:p>
      <w:r>
        <w:t>[Saba, Saba, look, there are many here]</w:t>
      </w:r>
    </w:p>
    <w:p>
      <w:r>
        <w:t>[Saba]</w:t>
      </w:r>
    </w:p>
    <w:p>
      <w:r>
        <w:t>[Give a blessing, a blessing]</w:t>
      </w:r>
    </w:p>
    <w:p>
      <w:r>
        <w:t>[Oh.. I also want one like that]</w:t>
      </w:r>
    </w:p>
    <w:p>
      <w:r>
        <w:t>[Saba..]</w:t>
      </w:r>
    </w:p>
    <w:p>
      <w:r>
        <w:t>{….}</w:t>
      </w:r>
    </w:p>
    <w:p>
      <w:r>
        <w:t>[Yossi, Yossi..]</w:t>
      </w:r>
    </w:p>
    <w:p>
      <w:r>
        <w:t>{…….All the blessings…..}</w:t>
      </w:r>
    </w:p>
    <w:p>
      <w:r>
        <w:t>[Amen, amen]</w:t>
      </w:r>
    </w:p>
    <w:p>
      <w:r>
        <w:t>[Saba, this is Yossi, Yossi has many notes of “Na Naḥ,” he distributes them to people] Yes?</w:t>
      </w:r>
    </w:p>
    <w:p>
      <w:r>
        <w:t>[Yossi, Yossi]</w:t>
      </w:r>
    </w:p>
    <w:p>
      <w:r>
        <w:t>Let's see</w:t>
      </w:r>
    </w:p>
    <w:p>
      <w:r>
        <w:t>[Let's see]</w:t>
      </w:r>
    </w:p>
    <w:p>
      <w:r>
        <w:t>[Here are Rabbainu's notes, of “Na Naḥ”]</w:t>
      </w:r>
    </w:p>
    <w:p>
      <w:r>
        <w:t>You should also distribute them to your family</w:t>
      </w:r>
    </w:p>
    <w:p>
      <w:r>
        <w:t>[All right]</w:t>
      </w:r>
    </w:p>
    <w:p>
      <w:r>
        <w:t>This is a letter from Rebbe Nachman, which he wrote to me; I found it in a book</w:t>
      </w:r>
    </w:p>
    <w:p>
      <w:r>
        <w:t>[In a book]</w:t>
      </w:r>
    </w:p>
    <w:p>
      <w:r>
        <w:t>Yes</w:t>
      </w:r>
    </w:p>
    <w:p>
      <w:r>
        <w:t>I found it in some book, ah, like this, yes</w:t>
      </w:r>
    </w:p>
    <w:p>
      <w:r>
        <w:t>This is the letter from Rebbe Nachman</w:t>
      </w:r>
    </w:p>
    <w:p>
      <w:r>
        <w:t>[Saba and the friends sing:</w:t>
      </w:r>
    </w:p>
    <w:p>
      <w:r>
        <w:t>“It is a great mitzvah to always be happy..”]</w:t>
      </w:r>
    </w:p>
    <w:p>
      <w:r>
        <w:t>[Saba]</w:t>
      </w:r>
    </w:p>
    <w:p>
      <w:r>
        <w:t>{...}…</w:t>
      </w:r>
    </w:p>
    <w:p>
      <w:r>
        <w:t>...{….} I don't know {And I opened a book}</w:t>
      </w:r>
    </w:p>
    <w:p>
      <w:r>
        <w:t>[You found]</w:t>
      </w:r>
    </w:p>
    <w:p>
      <w:r>
        <w:t>And there was a letter there, the note</w:t>
      </w:r>
    </w:p>
    <w:p>
      <w:r>
        <w:t>[What are you saying]</w:t>
      </w:r>
    </w:p>
    <w:p>
      <w:r>
        <w:t>[Wallak, you, you have a soul, you, you will not insult us—strike, dismantle]</w:t>
      </w:r>
    </w:p>
    <w:p>
      <w:r>
        <w:t>[…..]…</w:t>
      </w:r>
    </w:p>
    <w:p>
      <w:r>
        <w:t>...{…} ten children</w:t>
      </w:r>
    </w:p>
    <w:p>
      <w:r>
        <w:t>[….]</w:t>
      </w:r>
    </w:p>
    <w:p>
      <w:r>
        <w:t>And I did not have a piece of bread to give them; they suffered hunger</w:t>
      </w:r>
    </w:p>
    <w:p>
      <w:r>
        <w:t>And they had no shoes; for years I had none for them, {shoes} to go to school</w:t>
      </w:r>
    </w:p>
    <w:p>
      <w:r>
        <w:t>[My wife began to laugh; she hadn't smiled for about seven years..</w:t>
      </w:r>
    </w:p>
    <w:p>
      <w:r>
        <w:t>It makes the one who does not want to ……. laugh; truly, did not smile for two months..]</w:t>
      </w:r>
    </w:p>
    <w:p>
      <w:r>
        <w:t>[We will bring him here]</w:t>
      </w:r>
    </w:p>
    <w:p>
      <w:r>
        <w:t>[Who..? Take the toughest one, this is the most closed-off one; in one second he breaks apart laughing] When the children grew a little, blessed be the Name, there was strength of the..</w:t>
      </w:r>
    </w:p>
    <w:p>
      <w:r>
        <w:t>It was like this, I had a heavy burden, a very great burden</w:t>
      </w:r>
    </w:p>
    <w:p>
      <w:r>
        <w:t>[Yes]</w:t>
      </w:r>
    </w:p>
    <w:p>
      <w:r>
        <w:t>But when they became a little older, I became:</w:t>
      </w:r>
    </w:p>
    <w:p>
      <w:r>
        <w:t>"Oh, blessed be Hashem, it is easier for me, much easier for me than before"</w:t>
      </w:r>
    </w:p>
    <w:p>
      <w:r>
        <w:t>[……….]</w:t>
      </w:r>
    </w:p>
    <w:p>
      <w:r>
        <w:t>I am not speaking lashon hara, no, I am not telling a lie</w:t>
      </w:r>
    </w:p>
    <w:p>
      <w:r>
        <w:t>[He is speaking with food in his mouth, slowly, slowly, Saba]</w:t>
      </w:r>
    </w:p>
    <w:p>
      <w:r>
        <w:t>[….]…</w:t>
      </w:r>
    </w:p>
    <w:p>
      <w:r>
        <w:t>...{what}, why? - Because I was Breslov</w:t>
      </w:r>
    </w:p>
    <w:p>
      <w:r>
        <w:t>Because of this the yeshiva did not want to give me bread; I had no bread for the children</w:t>
      </w:r>
    </w:p>
    <w:p>
      <w:r>
        <w:t>And I also need bread</w:t>
      </w:r>
    </w:p>
    <w:p>
      <w:r>
        <w:t>[Right]</w:t>
      </w:r>
    </w:p>
    <w:p>
      <w:r>
        <w:t>And no, and I did not have, and I did not have..</w:t>
      </w:r>
    </w:p>
    <w:p>
      <w:r>
        <w:t>And also in winter it is.., it is cold</w:t>
      </w:r>
    </w:p>
    <w:p>
      <w:r>
        <w:t>[Yes]</w:t>
      </w:r>
    </w:p>
    <w:p>
      <w:r>
        <w:t>I did not have, no, I did not have..</w:t>
      </w:r>
    </w:p>
    <w:p>
      <w:r>
        <w:t>[Clothes]</w:t>
      </w:r>
    </w:p>
    <w:p>
      <w:r>
        <w:t>Oh.. blessed be Hashem</w:t>
      </w:r>
    </w:p>
    <w:p>
      <w:r>
        <w:t>When the boys grew up and married, "Oh..”, I said to Hashem, blessed be He:</w:t>
      </w:r>
    </w:p>
    <w:p>
      <w:r>
        <w:t>"Oh, thank You very much, {only the burden was not, was not hea.., already so heavy}"</w:t>
      </w:r>
    </w:p>
    <w:p>
      <w:r>
        <w:t>Until today, no.. they wanted to eat, but they had already grown up and it became easier..</w:t>
      </w:r>
    </w:p>
    <w:p>
      <w:r>
        <w:t>[Very good]</w:t>
      </w:r>
    </w:p>
    <w:p>
      <w:r>
        <w:t>The burden</w:t>
      </w:r>
    </w:p>
    <w:p>
      <w:r>
        <w:t>[The burden ….]</w:t>
      </w:r>
    </w:p>
    <w:p>
      <w:r>
        <w:t>[Saba, how are you? Saba]</w:t>
      </w:r>
    </w:p>
    <w:p>
      <w:r>
        <w:t>Oy, blessed be Hashem</w:t>
      </w:r>
    </w:p>
    <w:p>
      <w:r>
        <w:t>I do not understand how I am alive</w:t>
      </w:r>
    </w:p>
    <w:p>
      <w:r>
        <w:t>[…...]</w:t>
      </w:r>
    </w:p>
    <w:p>
      <w:r>
        <w:t>I had no bread, so how am I alive?</w:t>
      </w:r>
    </w:p>
    <w:p>
      <w:r>
        <w:t>I am not lying</w:t>
      </w:r>
    </w:p>
    <w:p>
      <w:r>
        <w:t>[No, of course not]</w:t>
      </w:r>
    </w:p>
    <w:p>
      <w:r>
        <w:t>[And laughs the most..]</w:t>
      </w:r>
    </w:p>
    <w:p>
      <w:r>
        <w:t>I had no bread to eat and not for the small children</w:t>
      </w:r>
    </w:p>
    <w:p>
      <w:r>
        <w:t>They did with their mouths "B.. b.. b.. b.. b.. b.."</w:t>
      </w:r>
    </w:p>
    <w:p>
      <w:r>
        <w:t>[Ah, yes, what..]</w:t>
      </w:r>
    </w:p>
    <w:p>
      <w:r>
        <w:t>And I had no piece of bread to give them</w:t>
      </w:r>
    </w:p>
    <w:p>
      <w:r>
        <w:t>Because I, because I was becoming, I became Breslov</w:t>
      </w:r>
    </w:p>
    <w:p>
      <w:r>
        <w:t>I was Karlin, Father was Karlin, and I saw Breslov, nu, {where, it disappeared like that}</w:t>
      </w:r>
    </w:p>
    <w:p>
      <w:r>
        <w:t>Everyone, all the adults and the little ones, everyone laughed at me</w:t>
      </w:r>
    </w:p>
    <w:p>
      <w:r>
        <w:t>Everyone is already in the grave, and I am here, sitting {here}</w:t>
      </w:r>
    </w:p>
    <w:p>
      <w:r>
        <w:t>Everyone is in the grave</w:t>
      </w:r>
    </w:p>
    <w:p>
      <w:r>
        <w:t>[Ay]</w:t>
      </w:r>
    </w:p>
    <w:p>
      <w:r>
        <w:t>Only I..</w:t>
      </w:r>
    </w:p>
    <w:p>
      <w:r>
        <w:t>[You remain until King Mashiach, until the coming of Mashiach]</w:t>
      </w:r>
    </w:p>
    <w:p>
      <w:r>
        <w:t>Yes, yes, now is the time of the coming of Mashiach</w:t>
      </w:r>
    </w:p>
    <w:p>
      <w:r>
        <w:t>[When? When will Mashiach come? When?]</w:t>
      </w:r>
    </w:p>
    <w:p>
      <w:r>
        <w:t>And so I had..</w:t>
      </w:r>
    </w:p>
    <w:p>
      <w:r>
        <w:t>[Soon?]</w:t>
      </w:r>
    </w:p>
    <w:p>
      <w:r>
        <w:t>I had a note</w:t>
      </w:r>
    </w:p>
    <w:p>
      <w:r>
        <w:t>[Yes?]</w:t>
      </w:r>
    </w:p>
    <w:p>
      <w:r>
        <w:t>{I am here\wait}</w:t>
      </w:r>
    </w:p>
    <w:p>
      <w:r>
        <w:t>[When will Mashiach come?]</w:t>
      </w:r>
    </w:p>
    <w:p>
      <w:r>
        <w:t>Ah, he, he announced the day and the month and the.. that he will come</w:t>
      </w:r>
    </w:p>
    <w:p>
      <w:r>
        <w:t>[Soon?]</w:t>
      </w:r>
    </w:p>
    <w:p>
      <w:r>
        <w:t>{…}</w:t>
      </w:r>
    </w:p>
    <w:p>
      <w:r>
        <w:t>[Soon?]</w:t>
      </w:r>
    </w:p>
    <w:p>
      <w:r>
        <w:t>Ah?</w:t>
      </w:r>
    </w:p>
    <w:p>
      <w:r>
        <w:t>[Soon?]</w:t>
      </w:r>
    </w:p>
    <w:p>
      <w:r>
        <w:t>I do not know, but {according to me, th.. I saw him, it seems that he is already very near}</w:t>
      </w:r>
    </w:p>
    <w:p>
      <w:r>
        <w:t>[Very]</w:t>
      </w:r>
    </w:p>
    <w:p>
      <w:r>
        <w:t>I had a note:</w:t>
      </w:r>
    </w:p>
    <w:p>
      <w:r>
        <w:t>[Ah, ah]</w:t>
      </w:r>
    </w:p>
    <w:p>
      <w:r>
        <w:t>That "the time..", like this, like this, like this</w:t>
      </w:r>
    </w:p>
    <w:p>
      <w:r>
        <w:t>[That is what is written]</w:t>
      </w:r>
    </w:p>
    <w:p>
      <w:r>
        <w:t>That is how it was written, I can show you</w:t>
      </w:r>
    </w:p>
    <w:p>
      <w:r>
        <w:t>[Yes]</w:t>
      </w:r>
    </w:p>
    <w:p>
      <w:r>
        <w:t>"The time of the Redemption is very near"</w:t>
      </w:r>
    </w:p>
    <w:p>
      <w:r>
        <w:t>[With Hashem’s help]</w:t>
      </w:r>
    </w:p>
    <w:p>
      <w:r>
        <w:t>{. . .}</w:t>
      </w:r>
    </w:p>
    <w:p>
      <w:r>
        <w:t>[With Hashem’s help]</w:t>
      </w:r>
    </w:p>
    <w:p>
      <w:r>
        <w:t>Four words: "The time of the Redemption</w:t>
      </w:r>
    </w:p>
    <w:p>
      <w:r>
        <w:t>[Is near]</w:t>
      </w:r>
    </w:p>
    <w:p>
      <w:r>
        <w:t>Is near</w:t>
      </w:r>
    </w:p>
    <w:p>
      <w:r>
        <w:t>[Very]</w:t>
      </w:r>
    </w:p>
    <w:p>
      <w:r>
        <w:t>Very"</w:t>
      </w:r>
    </w:p>
    <w:p>
      <w:r>
        <w:t>[With Hashem’s help]</w:t>
      </w:r>
    </w:p>
    <w:p>
      <w:r>
        <w:t>[………]</w:t>
      </w:r>
    </w:p>
    <w:p>
      <w:r>
        <w:t>[….…..]</w:t>
      </w:r>
    </w:p>
    <w:p>
      <w:r>
        <w:t>Oy, what suffering this is, a child who does not go to school; he did not have, he did not have shoes</w:t>
      </w:r>
    </w:p>
    <w:p>
      <w:r>
        <w:t>No, and he did not have some garment {and all kinds to eat}, yes</w:t>
      </w:r>
    </w:p>
    <w:p>
      <w:r>
        <w:t>I, neither I nor the children</w:t>
      </w:r>
    </w:p>
    <w:p>
      <w:r>
        <w:t>[………]</w:t>
      </w:r>
    </w:p>
    <w:p>
      <w:r>
        <w:t>[……...]</w:t>
      </w:r>
    </w:p>
    <w:p>
      <w:r>
        <w:t>I was a small child, I went to school, and Mother gave me for school a piece of bread with olive oil</w:t>
      </w:r>
    </w:p>
    <w:p>
      <w:r>
        <w:t>[Yes]</w:t>
      </w:r>
    </w:p>
    <w:p>
      <w:r>
        <w:t>She put the olive oil, drops like these {you could barely see them}</w:t>
      </w:r>
    </w:p>
    <w:p>
      <w:r>
        <w:t>[Nu, nu]</w:t>
      </w:r>
    </w:p>
    <w:p>
      <w:r>
        <w:t>I said to her: "Mother, give me another drop"</w:t>
      </w:r>
    </w:p>
    <w:p>
      <w:r>
        <w:t>["Another drop”]</w:t>
      </w:r>
    </w:p>
    <w:p>
      <w:r>
        <w:t>"Give me another drop"</w:t>
      </w:r>
    </w:p>
    <w:p>
      <w:r>
        <w:t>She, she shouted at me:</w:t>
      </w:r>
    </w:p>
    <w:p>
      <w:r>
        <w:t>"I need the oil for the holy Shabbos, if I give you..</w:t>
      </w:r>
    </w:p>
    <w:p>
      <w:r>
        <w:t>[“Another drop”]</w:t>
      </w:r>
    </w:p>
    <w:p>
      <w:r>
        <w:t>Another drop, I will not have.. {…..}</w:t>
      </w:r>
    </w:p>
    <w:p>
      <w:r>
        <w:t>["I will have none left for the holy Shabbos"]</w:t>
      </w:r>
    </w:p>
    <w:p>
      <w:r>
        <w:t>Ah! Ah! Ah! Ah!</w:t>
      </w:r>
    </w:p>
    <w:p>
      <w:r>
        <w:t>[Saba..]</w:t>
      </w:r>
    </w:p>
    <w:p>
      <w:r>
        <w:t>[When are you coming? When are you coming to me? When?]</w:t>
      </w:r>
    </w:p>
    <w:p>
      <w:r>
        <w:t>{…………..}</w:t>
      </w:r>
    </w:p>
    <w:p>
      <w:r>
        <w:t>[Yo]</w:t>
      </w:r>
    </w:p>
    <w:p>
      <w:r>
        <w:t>{….}, a garment too, shoes too</w:t>
      </w:r>
    </w:p>
    <w:p>
      <w:r>
        <w:t>[Yes?]</w:t>
      </w:r>
    </w:p>
    <w:p>
      <w:r>
        <w:t>Nu, I thought I would die like this</w:t>
      </w:r>
    </w:p>
    <w:p>
      <w:r>
        <w:t>[What are you talking about]</w:t>
      </w:r>
    </w:p>
    <w:p>
      <w:r>
        <w:t>[God forbid]</w:t>
      </w:r>
    </w:p>
    <w:p>
      <w:r>
        <w:t>I see, the boys, blessed be Hashem, grew up, yes, and I am alive</w:t>
      </w:r>
    </w:p>
    <w:p>
      <w:r>
        <w:t>[Blessed be Hashem]</w:t>
      </w:r>
    </w:p>
    <w:p>
      <w:r>
        <w:t>[When is Mashiach coming? Saba]</w:t>
      </w:r>
    </w:p>
    <w:p>
      <w:r>
        <w:t>Our holy Rabbainu writes me a note</w:t>
      </w:r>
    </w:p>
    <w:p>
      <w:r>
        <w:t>[Yes]</w:t>
      </w:r>
    </w:p>
    <w:p>
      <w:r>
        <w:t>Like this: "The time of the Redemption</w:t>
      </w:r>
    </w:p>
    <w:p>
      <w:r>
        <w:t>[The Redemption is near]</w:t>
      </w:r>
    </w:p>
    <w:p>
      <w:r>
        <w:t>Is near</w:t>
      </w:r>
    </w:p>
    <w:p>
      <w:r>
        <w:t>[Very]</w:t>
      </w:r>
    </w:p>
    <w:p>
      <w:r>
        <w:t>Very"</w:t>
      </w:r>
    </w:p>
    <w:p>
      <w:r>
        <w:t>[Four words]</w:t>
      </w:r>
    </w:p>
    <w:p>
      <w:r>
        <w:t>Nu, what,make a calculation</w:t>
      </w:r>
    </w:p>
    <w:p>
      <w:r>
        <w:t>[…….]</w:t>
      </w:r>
    </w:p>
    <w:p>
      <w:r>
        <w:t>[What is its gematria? How much is the gematria..?]</w:t>
      </w:r>
    </w:p>
    <w:p>
      <w:r>
        <w:t>[He said to him, he said to him: “Make a calculation"]</w:t>
      </w:r>
    </w:p>
    <w:p>
      <w:r>
        <w:t>[No, it is possible to work it out by gematria, “The time of the Redemption is very near"]</w:t>
      </w:r>
    </w:p>
    <w:p>
      <w:r>
        <w:t>[………]</w:t>
      </w:r>
    </w:p>
    <w:p>
      <w:r>
        <w:t>[………]</w:t>
      </w:r>
    </w:p>
    <w:p>
      <w:r>
        <w:t>[Wait, by initial letters… Oy Father, Father, Father, Father..]</w:t>
      </w:r>
    </w:p>
    <w:p>
      <w:r>
        <w:t>[Avraham Nassan sings:</w:t>
      </w:r>
    </w:p>
    <w:p>
      <w:r>
        <w:t>“Na Naḥ Naḥma Naḥman MeUman..”</w:t>
      </w:r>
    </w:p>
    <w:p>
      <w:r>
        <w:t>And Saba arouses: “Ah.. ah.. ah.. ah..”]</w:t>
      </w:r>
    </w:p>
    <w:p>
      <w:r>
        <w:t>The burden, blessed be Hashem, became, became light</w:t>
      </w:r>
    </w:p>
    <w:p>
      <w:r>
        <w:t>The burden was {upon me}, it became lighter each time</w:t>
      </w:r>
    </w:p>
    <w:p>
      <w:r>
        <w:t>[Blessed be Hashem]</w:t>
      </w:r>
    </w:p>
    <w:p>
      <w:r>
        <w:t>They grew up</w:t>
      </w:r>
    </w:p>
    <w:p>
      <w:r>
        <w:t>[Ah, the children grew up]</w:t>
      </w:r>
    </w:p>
    <w:p>
      <w:r>
        <w:t>They went out from me, so the burden was not so heavy for me</w:t>
      </w:r>
    </w:p>
    <w:p>
      <w:r>
        <w:t>[Ah, ah]</w:t>
      </w:r>
    </w:p>
    <w:p>
      <w:r>
        <w:t>[The burden, the yoke of earning a livelihood]</w:t>
      </w:r>
    </w:p>
    <w:p>
      <w:r>
        <w:t>[The yoke of the children, yes]</w:t>
      </w:r>
    </w:p>
    <w:p>
      <w:r>
        <w:t>[Saba, your wife’s father threw you to the dogs, do you remember? Your wife’s father]</w:t>
      </w:r>
    </w:p>
    <w:p>
      <w:r>
        <w:t>My wife’s father, he beat me</w:t>
      </w:r>
    </w:p>
    <w:p>
      <w:r>
        <w:t>[Oh]</w:t>
      </w:r>
    </w:p>
    <w:p>
      <w:r>
        <w:t>So that I would not be Breslov</w:t>
      </w:r>
    </w:p>
    <w:p>
      <w:r>
        <w:t>[That he should not be, that he should not be a Breslov Chassid]</w:t>
      </w:r>
    </w:p>
    <w:p>
      <w:r>
        <w:t>"Who will take you as a son-in-law? You will not have a wife, you will not have sons</w:t>
      </w:r>
    </w:p>
    <w:p>
      <w:r>
        <w:t>What, what do you think will be? {Why are you doing}, do you have no compassion for me?</w:t>
      </w:r>
    </w:p>
    <w:p>
      <w:r>
        <w:t>{This little son-in-law ….}"</w:t>
      </w:r>
    </w:p>
    <w:p>
      <w:r>
        <w:t>[………]</w:t>
      </w:r>
    </w:p>
    <w:p>
      <w:r>
        <w:t>[…..….]</w:t>
      </w:r>
    </w:p>
    <w:p>
      <w:r>
        <w:t>I do not understand how I am alive and sitting here</w:t>
      </w:r>
    </w:p>
    <w:p>
      <w:r>
        <w:t>I had no bread; without bread it is impossible to live</w:t>
      </w:r>
    </w:p>
    <w:p>
      <w:r>
        <w:t>[Right]</w:t>
      </w:r>
    </w:p>
    <w:p>
      <w:r>
        <w:t>I had no bread and the boys had none, I had ten boys and all of them, all of them:</w:t>
      </w:r>
    </w:p>
    <w:p>
      <w:r>
        <w:t>"B.. b.. b.. b.. b.. b.."</w:t>
      </w:r>
    </w:p>
    <w:p>
      <w:r>
        <w:t>[There is none]</w:t>
      </w:r>
    </w:p>
    <w:p>
      <w:r>
        <w:t>And there is none, none, none, I have no bread to give them</w:t>
      </w:r>
    </w:p>
    <w:p>
      <w:r>
        <w:t>Because I became Breslov</w:t>
      </w:r>
    </w:p>
    <w:p>
      <w:r>
        <w:t>[…]</w:t>
      </w:r>
    </w:p>
    <w:p>
      <w:r>
        <w:t>Yes, not for nothing</w:t>
      </w:r>
    </w:p>
    <w:p>
      <w:r>
        <w:t>[……...]</w:t>
      </w:r>
    </w:p>
    <w:p>
      <w:r>
        <w:t>[Saba, I need healing, bless me, Saba, Saba, bless me, Saba]</w:t>
      </w:r>
    </w:p>
    <w:p>
      <w:r>
        <w:t>{With Hashem’s help..} you will have heal.., redemption and complete healing</w:t>
      </w:r>
    </w:p>
    <w:p>
      <w:r>
        <w:t>[Amen]</w:t>
      </w:r>
    </w:p>
    <w:p>
      <w:r>
        <w:t>{And yes, and all the blessings in the world}</w:t>
      </w:r>
    </w:p>
    <w:p>
      <w:r>
        <w:t>[Amen, amen, amen]</w:t>
      </w:r>
    </w:p>
    <w:p>
      <w:r>
        <w:t>{….}</w:t>
      </w:r>
    </w:p>
    <w:p>
      <w:r>
        <w:t>[Amen, amen]</w:t>
      </w:r>
    </w:p>
    <w:p>
      <w:r>
        <w:t>{….}</w:t>
      </w:r>
    </w:p>
    <w:p>
      <w:r>
        <w:t>[Amen, amen, amen]</w:t>
      </w:r>
    </w:p>
    <w:p>
      <w:r>
        <w:t>[Saba and Avraham Nassan shout: Ah.. ah.. ah.. ah..]</w:t>
      </w:r>
    </w:p>
    <w:p>
      <w:r>
        <w:t>I do not, I do not speak, God forbid, exaggerations, as it was</w:t>
      </w:r>
    </w:p>
    <w:p>
      <w:r>
        <w:t>There was not.. there has not yet been {a person like me}</w:t>
      </w:r>
    </w:p>
    <w:p>
      <w:r>
        <w:t>I had two daughters, two daughters, I did not have.. they began to work, to do {sponging} and blessed be Hashem..</w:t>
      </w:r>
    </w:p>
    <w:p>
      <w:r>
        <w:t>[…..……..….]</w:t>
      </w:r>
    </w:p>
    <w:p>
      <w:r>
        <w:t>[…………]</w:t>
      </w:r>
    </w:p>
    <w:p>
      <w:r>
        <w:t>I needed bread seventy years ago</w:t>
      </w:r>
    </w:p>
    <w:p>
      <w:r>
        <w:t>There was no one who would give me bread for the children</w:t>
      </w:r>
    </w:p>
    <w:p>
      <w:r>
        <w:t>Yes</w:t>
      </w:r>
    </w:p>
    <w:p>
      <w:r>
        <w:t>[Today, blessed be Hashem, there is]</w:t>
      </w:r>
    </w:p>
    <w:p>
      <w:r>
        <w:t>I, and I am here alive without bread</w:t>
      </w:r>
    </w:p>
    <w:p>
      <w:r>
        <w:t>[……..]</w:t>
      </w:r>
    </w:p>
    <w:p>
      <w:r>
        <w:t>And the children went to work and they had no bread, they did not have, there was no bread at home</w:t>
      </w:r>
    </w:p>
    <w:p>
      <w:r>
        <w:t>Breslov? Breslov? Better that he die</w:t>
      </w:r>
    </w:p>
    <w:p>
      <w:r>
        <w:t>[And not be..]</w:t>
      </w:r>
    </w:p>
    <w:p>
      <w:r>
        <w:t>And not be Breslov</w:t>
      </w:r>
    </w:p>
    <w:p>
      <w:r>
        <w:t>[Saba, there is a soldier of Rabbainu here, he, he publicizes the "Na Naḥ"]</w:t>
      </w:r>
    </w:p>
    <w:p>
      <w:r>
        <w:t>Ah?</w:t>
      </w:r>
    </w:p>
    <w:p>
      <w:r>
        <w:t>[He publicizes the note]</w:t>
      </w:r>
    </w:p>
    <w:p>
      <w:r>
        <w:t>Yes?</w:t>
      </w:r>
    </w:p>
    <w:p>
      <w:r>
        <w:t>[Yossi, Yossi]</w:t>
      </w:r>
    </w:p>
    <w:p>
      <w:r>
        <w:t>Yossi?</w:t>
      </w:r>
    </w:p>
    <w:p>
      <w:r>
        <w:t>[Yes, yes]</w:t>
      </w:r>
    </w:p>
    <w:p>
      <w:r>
        <w:t>[What is your name?]</w:t>
      </w:r>
    </w:p>
    <w:p>
      <w:r>
        <w:t>[Yossi, Yossi]</w:t>
      </w:r>
    </w:p>
    <w:p>
      <w:r>
        <w:t>[Yossi, Yossi daughter of Yaffa, ah, Yossi son of Yaffa]</w:t>
      </w:r>
    </w:p>
    <w:p>
      <w:r>
        <w:t>Yossi son of Yaffa, do it, publicize it from house to house</w:t>
      </w:r>
    </w:p>
    <w:p>
      <w:r>
        <w:t>{Do not do it in one house}</w:t>
      </w:r>
    </w:p>
    <w:p>
      <w:r>
        <w:t>[Do not do it in one house]</w:t>
      </w:r>
    </w:p>
    <w:p>
      <w:r>
        <w:t>{As it is written} in the note from Rabbainu:</w:t>
      </w:r>
    </w:p>
    <w:p>
      <w:r>
        <w:t>"Regarding you I said, mayn fayerl vet tlien biz Mashiach vet kumen"</w:t>
      </w:r>
    </w:p>
    <w:p>
      <w:r>
        <w:t>"Regarding you I said, my fire will burn until the coming of Mashiach"</w:t>
      </w:r>
    </w:p>
    <w:p>
      <w:r>
        <w:t>I said about you, {…. and apparently} that I will be alive at the coming of the.., at the coming of Mashiach</w:t>
      </w:r>
    </w:p>
    <w:p>
      <w:r>
        <w:t>{...}…</w:t>
      </w:r>
    </w:p>
    <w:p>
      <w:r>
        <w:br w:type="page"/>
      </w:r>
    </w:p>
    <w:p>
      <w:pPr>
        <w:pStyle w:val="Heading1"/>
      </w:pPr>
      <w:r>
        <w:t>Tape 32</w:t>
      </w:r>
    </w:p>
    <w:p>
      <w:pPr>
        <w:pStyle w:val="Heading2"/>
      </w:pPr>
      <w:r>
        <w:t>Side A (Aleph)</w:t>
      </w:r>
    </w:p>
    <w:p>
      <w:r>
        <w:t>...They sell an apartment from the Land of Israel, from Jerusalem; they do not sell to gentiles, only to Jews</w:t>
      </w:r>
    </w:p>
    <w:p>
      <w:r>
        <w:t>A gentile will have no recourse; only if he converts can he buy an apartment</w:t>
      </w:r>
    </w:p>
    <w:p>
      <w:r>
        <w:t>But without this, it is impossible for him either to rent or to sell</w:t>
      </w:r>
    </w:p>
    <w:p>
      <w:r>
        <w:t>There are no apartments like these in London, nor, nor in America; there are no apartments like these, only by us…</w:t>
      </w:r>
    </w:p>
    <w:p>
      <w:r>
        <w:t>...{…}...</w:t>
      </w:r>
    </w:p>
    <w:p>
      <w:r>
        <w:t>...Even if he gives however much he gives, it is impossible, it is impossible for him to buy</w:t>
      </w:r>
    </w:p>
    <w:p>
      <w:r>
        <w:t>Only if he converts is it possible for him to buy...</w:t>
      </w:r>
    </w:p>
    <w:p>
      <w:r>
        <w:t>...{Acquisition}, he needs an identity card</w:t>
      </w:r>
    </w:p>
    <w:p>
      <w:r>
        <w:t>[Yes, that he is Jewish]</w:t>
      </w:r>
    </w:p>
    <w:p>
      <w:r>
        <w:t>If he is Jewish; if he is not Jewish, they do not sell</w:t>
      </w:r>
    </w:p>
    <w:p>
      <w:r>
        <w:t>{If he says that he wants to see} and he has a license, good</w:t>
      </w:r>
    </w:p>
    <w:p>
      <w:r>
        <w:t>[…..]…</w:t>
      </w:r>
    </w:p>
    <w:p>
      <w:r>
        <w:t>...First we will ask him; this is only a Jew</w:t>
      </w:r>
    </w:p>
    <w:p>
      <w:r>
        <w:t>[It is possible to rent out, not for a month, for a day, and not only.., and not only this</w:t>
      </w:r>
    </w:p>
    <w:p>
      <w:r>
        <w:t>He said: "Only by day, not at night”</w:t>
      </w:r>
    </w:p>
    <w:p>
      <w:r>
        <w:t>I asked him: "Where will they sleep?"</w:t>
      </w:r>
    </w:p>
    <w:p>
      <w:r>
        <w:t>So he said: "If they come by day for {the good air}, and they will go abroad at night"]</w:t>
      </w:r>
    </w:p>
    <w:p>
      <w:r>
        <w:t>Not to rent out and not to buy</w:t>
      </w:r>
    </w:p>
    <w:p>
      <w:r>
        <w:t>[Ah, now also not to rent out]</w:t>
      </w:r>
    </w:p>
    <w:p>
      <w:r>
        <w:t>For gentiles there is none; only to Jews can they sell</w:t>
      </w:r>
    </w:p>
    <w:p>
      <w:r>
        <w:t>But, not to Jews, no, there is no sale and no renting, rental</w:t>
      </w:r>
    </w:p>
    <w:p>
      <w:r>
        <w:t>He has no recourse, only that he convert</w:t>
      </w:r>
    </w:p>
    <w:p>
      <w:r>
        <w:t>[………………]</w:t>
      </w:r>
    </w:p>
    <w:p>
      <w:r>
        <w:t>If he converts, he is Jewish; they can sell</w:t>
      </w:r>
    </w:p>
    <w:p>
      <w:r>
        <w:t>[But now in the government there are people who love gentiles?]</w:t>
      </w:r>
    </w:p>
    <w:p>
      <w:r>
        <w:t>Eh?</w:t>
      </w:r>
    </w:p>
    <w:p>
      <w:r>
        <w:t>[Now there are people in the government who love gentiles</w:t>
      </w:r>
    </w:p>
    <w:p>
      <w:r>
        <w:t>Now it is impossible to make laws like these; the government loves the gentiles</w:t>
      </w:r>
    </w:p>
    <w:p>
      <w:r>
        <w:t>They need to..]…</w:t>
      </w:r>
    </w:p>
    <w:p>
      <w:r>
        <w:t>...The Land of Israel, {they will flee}</w:t>
      </w:r>
    </w:p>
    <w:p>
      <w:r>
        <w:t>The gentile has no recourse to buy an apartment in the Land of Israel</w:t>
      </w:r>
    </w:p>
    <w:p>
      <w:r>
        <w:t>They sell only to Jews, not to gentiles</w:t>
      </w:r>
    </w:p>
    <w:p>
      <w:r>
        <w:t>Only if, if he wants to convert, then he can buy</w:t>
      </w:r>
    </w:p>
    <w:p>
      <w:r>
        <w:t>In Jerusalem and throughout the Land of Israel, gentiles have no, no apartments and no connection</w:t>
      </w:r>
    </w:p>
    <w:p>
      <w:r>
        <w:t>What is this? The Jews want..</w:t>
      </w:r>
    </w:p>
    <w:p>
      <w:r>
        <w:t>What is this?</w:t>
      </w:r>
    </w:p>
    <w:p>
      <w:r>
        <w:t>This is our state; we can make all the laws that we want</w:t>
      </w:r>
    </w:p>
    <w:p>
      <w:r>
        <w:t>[….]</w:t>
      </w:r>
    </w:p>
    <w:p>
      <w:r>
        <w:t>By us, the law is not to sell to gentiles, only to Jews</w:t>
      </w:r>
    </w:p>
    <w:p>
      <w:r>
        <w:t>A Jew who sells to gentiles—the acquisition is not complete, zero, there is no, there is no such thing</w:t>
      </w:r>
    </w:p>
    <w:p>
      <w:r>
        <w:t>{Does not acquire}, no acquisition</w:t>
      </w:r>
    </w:p>
    <w:p>
      <w:r>
        <w:t>[…….]…</w:t>
      </w:r>
    </w:p>
    <w:p>
      <w:r>
        <w:t>...[Saba sings the melody of "Na Na Nach Nachma Nachman MeUman"]…</w:t>
      </w:r>
    </w:p>
    <w:p>
      <w:r>
        <w:t>[[...[Saba sings the melody of "Na Na Nach Nachma Nachman MeUman"]</w:t>
      </w:r>
    </w:p>
    <w:p>
      <w:r>
        <w:t>[</w:t>
      </w:r>
    </w:p>
    <w:p>
      <w:r>
        <w:t>[</w:t>
      </w:r>
    </w:p>
    <w:p>
      <w:r>
        <w:t>[Ask him, show them, as if such a situation, how much it will cost…. show them {this, this..}...</w:t>
      </w:r>
    </w:p>
    <w:p>
      <w:r>
        <w:t>...{..without} a license, a license, only a license, but this is not a license…</w:t>
      </w:r>
    </w:p>
    <w:p>
      <w:r>
        <w:t>...He cannot buy either a house or an apartment or.. anything</w:t>
      </w:r>
    </w:p>
    <w:p>
      <w:r>
        <w:t>Neither land nor anything; this is only ours...</w:t>
      </w:r>
    </w:p>
    <w:p>
      <w:r>
        <w:t>...{….}, he will come, he will say:</w:t>
      </w:r>
    </w:p>
    <w:p>
      <w:r>
        <w:t>"I.. what is this? I will give you however much money you want, I will give you"</w:t>
      </w:r>
    </w:p>
    <w:p>
      <w:r>
        <w:t>"No, no, you are a gentile; put down all the money there is, of the world—no, no, we do not sell." Only when he converts does he have the right to buy…</w:t>
      </w:r>
    </w:p>
    <w:p>
      <w:r>
        <w:t>...{…..} Also a law not to sell to Jews abroad</w:t>
      </w:r>
    </w:p>
    <w:p>
      <w:r>
        <w:t>They cannot make a law like this; who will buy?...</w:t>
      </w:r>
    </w:p>
    <w:p>
      <w:r>
        <w:t>...We do not need them; we have every good thing in the Land of Israel</w:t>
      </w:r>
    </w:p>
    <w:p>
      <w:r>
        <w:t>There is everything, fish, meat, everything...</w:t>
      </w:r>
    </w:p>
    <w:p>
      <w:r>
        <w:t>...A license</w:t>
      </w:r>
    </w:p>
    <w:p>
      <w:r>
        <w:t>[It depends what the license is?]…</w:t>
      </w:r>
    </w:p>
    <w:p>
      <w:r>
        <w:t>...[Rebbe Yisroel, what license is needed in order to buy a house?</w:t>
      </w:r>
    </w:p>
    <w:p>
      <w:r>
        <w:t>What license is needed in order to buy a house in the Land of Israel?]</w:t>
      </w:r>
    </w:p>
    <w:p>
      <w:r>
        <w:t>No</w:t>
      </w:r>
    </w:p>
    <w:p>
      <w:r>
        <w:t>[What license?]</w:t>
      </w:r>
    </w:p>
    <w:p>
      <w:r>
        <w:t>There is no license</w:t>
      </w:r>
    </w:p>
    <w:p>
      <w:r>
        <w:t>[No license is needed?]</w:t>
      </w:r>
    </w:p>
    <w:p>
      <w:r>
        <w:t>Only that he become a Jew</w:t>
      </w:r>
    </w:p>
    <w:p>
      <w:r>
        <w:t>[Ah.. th.., that is all]</w:t>
      </w:r>
    </w:p>
    <w:p>
      <w:r>
        <w:t>Gentiles do not…</w:t>
      </w:r>
    </w:p>
    <w:p>
      <w:r>
        <w:t>...Brings, only, only Jews, only Jews; they themselves said:</w:t>
      </w:r>
    </w:p>
    <w:p>
      <w:r>
        <w:t>"The State of Israel and.. and.. and only this is a state, a state, the State of Israel"</w:t>
      </w:r>
    </w:p>
    <w:p>
      <w:r>
        <w:t>{…..}, suddenly, in one day, we conquered the Land of Israel</w:t>
      </w:r>
    </w:p>
    <w:p>
      <w:r>
        <w:t>Without a state and without money, without weapons</w:t>
      </w:r>
    </w:p>
    <w:p>
      <w:r>
        <w:t>They do not, they understand this; it is impossible to deny it</w:t>
      </w:r>
    </w:p>
    <w:p>
      <w:r>
        <w:t>Apartments in Jerusalem—they are astonished: "What is this?”</w:t>
      </w:r>
    </w:p>
    <w:p>
      <w:r>
        <w:t>In our state we can make laws, that we do not sell to gentiles</w:t>
      </w:r>
    </w:p>
    <w:p>
      <w:r>
        <w:t>No, neither land nor houses, only Jews</w:t>
      </w:r>
    </w:p>
    <w:p>
      <w:r>
        <w:t>And they cannot say anything, cannot wage war</w:t>
      </w:r>
    </w:p>
    <w:p>
      <w:r>
        <w:t>We conquered; this is our land, "the State of Israel”, "the State of the Jews"</w:t>
      </w:r>
    </w:p>
    <w:p>
      <w:r>
        <w:t>They come to Israel and they see that they are all nothing</w:t>
      </w:r>
    </w:p>
    <w:p>
      <w:r>
        <w:t>Only the main thing is the Land of Israel, the Holy Temple, Jerusalem, the Land of Israel</w:t>
      </w:r>
    </w:p>
    <w:p>
      <w:r>
        <w:t>Jews and the Torah, yes</w:t>
      </w:r>
    </w:p>
    <w:p>
      <w:r>
        <w:t>They see, they feel, that only we are the master of the world—the truth, the Torah</w:t>
      </w:r>
    </w:p>
    <w:p>
      <w:r>
        <w:t>Nu, already, already {did you change two pairs?}</w:t>
      </w:r>
    </w:p>
    <w:p>
      <w:r>
        <w:t>[Yes]</w:t>
      </w:r>
    </w:p>
    <w:p>
      <w:r>
        <w:t>[….]</w:t>
      </w:r>
    </w:p>
    <w:p>
      <w:r>
        <w:t>And also the secular people, also the secular Jews, they see</w:t>
      </w:r>
    </w:p>
    <w:p>
      <w:r>
        <w:t>What is this? {We conquered} the Land of Israel; how did we conquer? Who..?</w:t>
      </w:r>
    </w:p>
    <w:p>
      <w:r>
        <w:t>We also have a state</w:t>
      </w:r>
    </w:p>
    <w:p>
      <w:r>
        <w:t>The whole world opposed Israel entering the Land of Israel</w:t>
      </w:r>
    </w:p>
    <w:p>
      <w:r>
        <w:t>The English guarded the sea so that Jews would not come to Israel</w:t>
      </w:r>
    </w:p>
    <w:p>
      <w:r>
        <w:t>The English, the Americans, and everyone, the whole world:</w:t>
      </w:r>
    </w:p>
    <w:p>
      <w:r>
        <w:t>"Israel, no; Jews, no; Jews, no"</w:t>
      </w:r>
    </w:p>
    <w:p>
      <w:r>
        <w:t>{This is England, now}, Breslov, they all said:</w:t>
      </w:r>
    </w:p>
    <w:p>
      <w:r>
        <w:t>"No, not Breslov; there are Chassidim, there are Rebbes, but not Breslov"</w:t>
      </w:r>
    </w:p>
    <w:p>
      <w:r>
        <w:t>{The rule is that in truth}, only Breslov exists</w:t>
      </w:r>
    </w:p>
    <w:p>
      <w:r>
        <w:t>Only the Torah, Torah-observant Jews, they are the world...</w:t>
      </w:r>
    </w:p>
    <w:p>
      <w:r>
        <w:t>...They see with their eyes; it is impossible to say, to overturn something that everyone sees, something that is clear</w:t>
      </w:r>
    </w:p>
    <w:p>
      <w:r>
        <w:t>A house—it is impossible to see that there is no house; this is a house</w:t>
      </w:r>
    </w:p>
    <w:p>
      <w:r>
        <w:t>All the gentiles see now that the main thing is the Torah and Jews</w:t>
      </w:r>
    </w:p>
    <w:p>
      <w:r>
        <w:t>And we have a state and there is everything, every good thing; the gentiles do not, they do not have everything</w:t>
      </w:r>
    </w:p>
    <w:p>
      <w:r>
        <w:t>There are things and there is everything, more than everything, more than the entire world, a blessing</w:t>
      </w:r>
    </w:p>
    <w:p>
      <w:r>
        <w:t>They marvel at the {air} and at the light of, of Eretz Yisroel; there is nothing like this in the entire world</w:t>
      </w:r>
    </w:p>
    <w:p>
      <w:r>
        <w:t>They cry; the non-Jews are always full of sadness, wars and..</w:t>
      </w:r>
    </w:p>
    <w:p>
      <w:r>
        <w:t>Only Jews, oh, {we} have a state—what, what about the State of Israel, the Jewish state?</w:t>
      </w:r>
    </w:p>
    <w:p>
      <w:r>
        <w:t>What is happening with the Jews?</w:t>
      </w:r>
    </w:p>
    <w:p>
      <w:r>
        <w:t>They see that we conquered Eretz Yisroel, without a state, without a government, without, without money, without weapons</w:t>
      </w:r>
    </w:p>
    <w:p>
      <w:r>
        <w:t>We conquered Eretz Yisroel</w:t>
      </w:r>
    </w:p>
    <w:p>
      <w:r>
        <w:t>And the non-Jews also admit this</w:t>
      </w:r>
    </w:p>
    <w:p>
      <w:r>
        <w:t>We conquered the entire world, {yes}</w:t>
      </w:r>
    </w:p>
    <w:p>
      <w:r>
        <w:t>And also our holy Rabbainu and his holy disciple Rebbe Nassan, they are, they are the masters of the entire world</w:t>
      </w:r>
    </w:p>
    <w:p>
      <w:r>
        <w:t>Two people, they laugh at the entire world</w:t>
      </w:r>
    </w:p>
    <w:p>
      <w:r>
        <w:t>What? Who, who are you? What are you? What? {Yes}</w:t>
      </w:r>
    </w:p>
    <w:p>
      <w:r>
        <w:t>This is only the beginning; Moshiach will come, Moshiach needs to come, oh.. oh.. oh.. what will be</w:t>
      </w:r>
    </w:p>
    <w:p>
      <w:r>
        <w:t>The secular ones see the opposite: how is it possible for a few Jews who study Torah—they have Torah</w:t>
      </w:r>
    </w:p>
    <w:p>
      <w:r>
        <w:t>They, they, they are the master of the entire world; they have weapons and they have money and they have every good thing</w:t>
      </w:r>
    </w:p>
    <w:p>
      <w:r>
        <w:t>They want to throw us into the sea, so that not one will remain</w:t>
      </w:r>
    </w:p>
    <w:p>
      <w:r>
        <w:t>All the years, so many years, and the entire world wants, wants to kill and destroy the Jews with the Torah, and they cannot. He shows them that this is a weapon, that there is a new weapon from Heaven: an earthquake and winds</w:t>
      </w:r>
    </w:p>
    <w:p>
      <w:r>
        <w:t>Without any, without any weapon</w:t>
      </w:r>
    </w:p>
    <w:p>
      <w:r>
        <w:t>"We need to wage war,” {from Heaven, cannot}</w:t>
      </w:r>
    </w:p>
    <w:p>
      <w:r>
        <w:t>They are afraid, they are very afraid of Israel</w:t>
      </w:r>
    </w:p>
    <w:p>
      <w:r>
        <w:t>They see {…..} news like this: Eretz Yisroel—we conquered, we conquered Eretz Yisroel</w:t>
      </w:r>
    </w:p>
    <w:p>
      <w:r>
        <w:t>Without a government, without money, without weapons, we conquered Eretz Yisroel</w:t>
      </w:r>
    </w:p>
    <w:p>
      <w:r>
        <w:t>And there is a Jewish, Jewish state, a state</w:t>
      </w:r>
    </w:p>
    <w:p>
      <w:r>
        <w:t>We laugh at all of them</w:t>
      </w:r>
    </w:p>
    <w:p>
      <w:r>
        <w:t>They are all with the Arabs—the Americans and the English and the entire world are with, with the Arabs, {yes}—and they see that there are a few Jews here, they have a state, and they are the masters of the entire world. Their weapons are the choicest, the choicest in the world</w:t>
      </w:r>
    </w:p>
    <w:p>
      <w:r>
        <w:t>Their money is better than the dollar, yes</w:t>
      </w:r>
    </w:p>
    <w:p>
      <w:r>
        <w:t>We have every good thing</w:t>
      </w:r>
    </w:p>
    <w:p>
      <w:r>
        <w:t>In Eretz Yisroel grow all the fruits of the entire world that they cannot sow in some {countr..}.. only in one place, and we—all the fruits of the entire world, Eretz Yisroel grows</w:t>
      </w:r>
    </w:p>
    <w:p>
      <w:r>
        <w:t>This is the land.. the Jewish state</w:t>
      </w:r>
    </w:p>
    <w:p>
      <w:r>
        <w:t>How, how, how is the state? A Jewish state without, without a king, without a president, without money, without..</w:t>
      </w:r>
    </w:p>
    <w:p>
      <w:r>
        <w:t>It is impossible to deny it; he sees with his own eyes, the heavens here in Eretz Yisroel</w:t>
      </w:r>
    </w:p>
    <w:p>
      <w:r>
        <w:t>If a great rich man comes and offers for some house however much money they want</w:t>
      </w:r>
    </w:p>
    <w:p>
      <w:r>
        <w:t>No, we do not sell, only to Jews, not to non-Jews</w:t>
      </w:r>
    </w:p>
    <w:p>
      <w:r>
        <w:t>I do not want to sell; according to the law, there are laws</w:t>
      </w:r>
    </w:p>
    <w:p>
      <w:r>
        <w:t>They will see afterward, when there will be, when there will be miracles and wonders, they will all fall and be ashamed, yes</w:t>
      </w:r>
    </w:p>
    <w:p>
      <w:r>
        <w:t>All their wise men, all their wisdoms will fall down</w:t>
      </w:r>
    </w:p>
    <w:p>
      <w:r>
        <w:t>And the Torah and the truth will shine throughout the entire world</w:t>
      </w:r>
    </w:p>
    <w:p>
      <w:r>
        <w:t>They see it, and it is impossible to come and deny it</w:t>
      </w:r>
    </w:p>
    <w:p>
      <w:r>
        <w:t>How did they conquer.. a few Jews without weapons, they conquered the state, they conquered Eretz Yisroel</w:t>
      </w:r>
    </w:p>
    <w:p>
      <w:r>
        <w:t>The non-Jews do not.. {…}, they cannot change it; on the page it is written from the UN:</w:t>
      </w:r>
    </w:p>
    <w:p>
      <w:r>
        <w:t>"Eretz Yisroel is the Jewish state”</w:t>
      </w:r>
    </w:p>
    <w:p>
      <w:r>
        <w:t>Written and signed by the entire world, by all the kings</w:t>
      </w:r>
    </w:p>
    <w:p>
      <w:r>
        <w:t>Th.. especially when Moshiach comes, and everyone will see great wonders and lights</w:t>
      </w:r>
    </w:p>
    <w:p>
      <w:r>
        <w:t>Then they will all be ashamed and fall, fall, fall, fall all the way down</w:t>
      </w:r>
    </w:p>
    <w:p>
      <w:r>
        <w:t>And the lie will rise and shine.., and the truth will rise and shine throughout the entire world</w:t>
      </w:r>
    </w:p>
    <w:p>
      <w:r>
        <w:t>The Jews also see it, the secular Jews see it; it is impossible to deny it</w:t>
      </w:r>
    </w:p>
    <w:p>
      <w:r>
        <w:t>Then they will return to Israel, "I am a Jew"</w:t>
      </w:r>
    </w:p>
    <w:p>
      <w:r>
        <w:t>And all the non-Jews, all the non-Jews, if they convert, will be able to be Jews, yes</w:t>
      </w:r>
    </w:p>
    <w:p>
      <w:r>
        <w:t>They will be able to buy houses and land and fruits</w:t>
      </w:r>
    </w:p>
    <w:p>
      <w:r>
        <w:t>And our fruits, if he does not want, if we do not want to sell to some country</w:t>
      </w:r>
    </w:p>
    <w:p>
      <w:r>
        <w:t>"No, we—this, this is ours, we want, do not want to sell to you, {wha..}”</w:t>
      </w:r>
    </w:p>
    <w:p>
      <w:r>
        <w:t>The English, the Americans: "Take money"</w:t>
      </w:r>
    </w:p>
    <w:p>
      <w:r>
        <w:t>"No, no, no, no"</w:t>
      </w:r>
    </w:p>
    <w:p>
      <w:r>
        <w:t>Eretz Yisroel can, and it has fruits and grain, bread more than the entire world</w:t>
      </w:r>
    </w:p>
    <w:p>
      <w:r>
        <w:t>We can sustain the entire world with bread and fruits and everything, the entire world...</w:t>
      </w:r>
    </w:p>
    <w:p>
      <w:r>
        <w:t>...{….}, I already put on both, both?</w:t>
      </w:r>
    </w:p>
    <w:p>
      <w:r>
        <w:t>[Yes]</w:t>
      </w:r>
    </w:p>
    <w:p>
      <w:r>
        <w:t>Yes? Blessed is Hashem...</w:t>
      </w:r>
    </w:p>
    <w:p>
      <w:r>
        <w:t>...storiesRabbainu told</w:t>
      </w:r>
    </w:p>
    <w:p>
      <w:r>
        <w:t>They were clever, they sawan ox and a sheep they, they laugh at them</w:t>
      </w:r>
    </w:p>
    <w:p>
      <w:r>
        <w:t>"What is an ox and a sheep? {What are you saying?}, can they wage war? What? What is this?”</w:t>
      </w:r>
    </w:p>
    <w:p>
      <w:r>
        <w:t>An ox and a sheep</w:t>
      </w:r>
    </w:p>
    <w:p>
      <w:r>
        <w:t>An ox—tefillin</w:t>
      </w:r>
    </w:p>
    <w:p>
      <w:r>
        <w:t>And a sheep—tzitzis</w:t>
      </w:r>
    </w:p>
    <w:p>
      <w:r>
        <w:t>Wool tzitzis, and an ox, the tefillin that we put on is an ox, the hide of an ox</w:t>
      </w:r>
    </w:p>
    <w:p>
      <w:r>
        <w:t>He told a story before everything</w:t>
      </w:r>
    </w:p>
    <w:p>
      <w:r>
        <w:t>An ox and a sheep, they laugh at the entire world</w:t>
      </w:r>
    </w:p>
    <w:p>
      <w:r>
        <w:t>Judaism, the Torah, the mitzvos—an ox and a sheep, this is tzitzis and tefillin, and likewise all the mitzvos—they laugh at them</w:t>
      </w:r>
    </w:p>
    <w:p>
      <w:r>
        <w:t>Oy..</w:t>
      </w:r>
    </w:p>
    <w:p>
      <w:r>
        <w:t>Is there something here to drink, to eat? Yes?</w:t>
      </w:r>
    </w:p>
    <w:p>
      <w:r>
        <w:t>Blessed are You, Hashem our God, King of the universe, through Whose word everything came to be</w:t>
      </w:r>
    </w:p>
    <w:p>
      <w:r>
        <w:t>[Amen]</w:t>
      </w:r>
    </w:p>
    <w:p>
      <w:r>
        <w:t>This is Godliness; one makes a blessing—what?—that He created this</w:t>
      </w:r>
    </w:p>
    <w:p>
      <w:r>
        <w:t>The non-Jews do not, do not know what this is</w:t>
      </w:r>
    </w:p>
    <w:p>
      <w:r>
        <w:t>Ah, ah, wha..</w:t>
      </w:r>
    </w:p>
    <w:p>
      <w:r>
        <w:t>All the non-Jews, the entire world are afraid of Jews, {..}</w:t>
      </w:r>
    </w:p>
    <w:p>
      <w:r>
        <w:t>They, they see that we conquered a state, we have a state, Yerushalayim is ours, the choicest of the entire world</w:t>
      </w:r>
    </w:p>
    <w:p>
      <w:r>
        <w:t>This, this is ou.., this is ours, Eretz Yisroel is ours, Yerushalayim is ours</w:t>
      </w:r>
    </w:p>
    <w:p>
      <w:r>
        <w:t>They all were.. no, did not want, no, did not want to give to..</w:t>
      </w:r>
    </w:p>
    <w:p>
      <w:r>
        <w:t>Nu, {..}, and they themselves gave us a state, the Jewish state</w:t>
      </w:r>
    </w:p>
    <w:p>
      <w:r>
        <w:t>We conquered without weapons and without money, yes</w:t>
      </w:r>
    </w:p>
    <w:p>
      <w:r>
        <w:t>We have a state</w:t>
      </w:r>
    </w:p>
    <w:p>
      <w:r>
        <w:t>Billions</w:t>
      </w:r>
    </w:p>
    <w:p>
      <w:r>
        <w:t>This is seen throughout the entire world; they all, all the non-Jews will want to come to Eretz Yisroel to live here</w:t>
      </w:r>
    </w:p>
    <w:p>
      <w:r>
        <w:t>The air here is good, {yes}, everyone</w:t>
      </w:r>
    </w:p>
    <w:p>
      <w:r>
        <w:t>We will tell them:</w:t>
      </w:r>
    </w:p>
    <w:p>
      <w:r>
        <w:t>"No, no, no, no, no, this is ours, go, go away from here, this is our home, this is our state"</w:t>
      </w:r>
    </w:p>
    <w:p>
      <w:r>
        <w:t>The Dead Sea and seas and rivers, fish and meat and every good thing, there is {here\for us}</w:t>
      </w:r>
    </w:p>
    <w:p>
      <w:r>
        <w:t>And the non-Jews do not have</w:t>
      </w:r>
    </w:p>
    <w:p>
      <w:r>
        <w:t>They need to buy everything, bread, uh.. to buy, yes</w:t>
      </w:r>
    </w:p>
    <w:p>
      <w:r>
        <w:t>And we do not need to buy, do n.., we will be able to exist without them</w:t>
      </w:r>
    </w:p>
    <w:p>
      <w:r>
        <w:t>They will not buy, bread they will not buy, they will die</w:t>
      </w:r>
    </w:p>
    <w:p>
      <w:r>
        <w:t>We, we have bread to sustain the entire world with bread</w:t>
      </w:r>
    </w:p>
    <w:p>
      <w:r>
        <w:t>Our land gives blessing, gives the bread of Eretz Yisroel</w:t>
      </w:r>
    </w:p>
    <w:p>
      <w:r>
        <w:t>And also fish, there are very many fish; Haifa and Jaffa fished for fish, and also the Sea of Kinneret</w:t>
      </w:r>
    </w:p>
    <w:p>
      <w:r>
        <w:t>We have a rich state</w:t>
      </w:r>
    </w:p>
    <w:p>
      <w:r>
        <w:t>This is only the beginning; a time will come</w:t>
      </w:r>
    </w:p>
    <w:p>
      <w:r>
        <w:t>"The time of redemption is very near"</w:t>
      </w:r>
    </w:p>
    <w:p>
      <w:r>
        <w:t>Blessed is Hashem, first of all we conquered Eretz Yisroel, Eretz Yisroel is ours</w:t>
      </w:r>
    </w:p>
    <w:p>
      <w:r>
        <w:t>The hou.. Yerushalayim and the Beis HaMikdash and all Eretz Yisroel, this is ours, this is the Jewish state</w:t>
      </w:r>
    </w:p>
    <w:p>
      <w:r>
        <w:t>None of them wanted; they all wanted to kill us, to destroy us, and they cannot</w:t>
      </w:r>
    </w:p>
    <w:p>
      <w:r>
        <w:t>They themselves gave, gave, gave us the state; we conquered Eretz Yisroel</w:t>
      </w:r>
    </w:p>
    <w:p>
      <w:r>
        <w:t>The Arabs want Yerushalayim and this, and this, and this, and this, all of Eretz Yisroel, the non-Jews</w:t>
      </w:r>
    </w:p>
    <w:p>
      <w:r>
        <w:t>{And we ...}:</w:t>
      </w:r>
    </w:p>
    <w:p>
      <w:r>
        <w:t>"Fine, we will give; you want Yerushalayim? We will give; you want Eretz Yisroel? We will give it to you</w:t>
      </w:r>
    </w:p>
    <w:p>
      <w:r>
        <w:t>But wait, for when we want"</w:t>
      </w:r>
    </w:p>
    <w:p>
      <w:r>
        <w:t>There are springs here, healing springs, that we can live only, only from this</w:t>
      </w:r>
    </w:p>
    <w:p>
      <w:r>
        <w:t>The entire world will come for baths, for bathhouses, yes</w:t>
      </w:r>
    </w:p>
    <w:p>
      <w:r>
        <w:t>We will have money, we are richer than the whole world, more than everyone...</w:t>
      </w:r>
    </w:p>
    <w:p>
      <w:r>
        <w:t>...Everyone sees, the air, Eretz Yisroel is rich, there is every good thing, more than all the countries {“this air"}</w:t>
      </w:r>
    </w:p>
    <w:p>
      <w:r>
        <w:t>If they want, if they buy, they need to buy bread, and we do not need to buy, we, on the contrary, we can sustain the whole world with bread and with fruits and every good thing, even the great kingdoms are afraid of Jews</w:t>
      </w:r>
    </w:p>
    <w:p>
      <w:r>
        <w:t>"What? Their weapons are the best, the choicest, everything is better than in the whole world" Here there are all kinds of fruits, {and all kinds of..}..</w:t>
      </w:r>
    </w:p>
    <w:p>
      <w:r>
        <w:t>Eretz Yisroel has everything, everything is good, honey and milk {..}..</w:t>
      </w:r>
    </w:p>
    <w:p>
      <w:r>
        <w:t>We will tell the non-Jews:</w:t>
      </w:r>
    </w:p>
    <w:p>
      <w:r>
        <w:t>"Go away to your countries, you have nothing to do here, this is ours"</w:t>
      </w:r>
    </w:p>
    <w:p>
      <w:r>
        <w:t>We do not want to sell, only to buy...</w:t>
      </w:r>
    </w:p>
    <w:p>
      <w:r>
        <w:t>...The non-Jews themselves signed that it is ours</w:t>
      </w:r>
    </w:p>
    <w:p>
      <w:r>
        <w:t>Oh, all the householders of the world signed for us, that this is the state of the Jews</w:t>
      </w:r>
    </w:p>
    <w:p>
      <w:r>
        <w:t>We have weapons that the Americans do not have, {yes}</w:t>
      </w:r>
    </w:p>
    <w:p>
      <w:r>
        <w:t>We have weapons that they are afraid of us, America and England are afraid of us</w:t>
      </w:r>
    </w:p>
    <w:p>
      <w:r>
        <w:t>The main thing is not {….}, the main thing is wisdom</w:t>
      </w:r>
    </w:p>
    <w:p>
      <w:r>
        <w:t>Money is nothing – paper…</w:t>
      </w:r>
    </w:p>
    <w:p>
      <w:r>
        <w:t>...This is only the beginning</w:t>
      </w:r>
    </w:p>
    <w:p>
      <w:r>
        <w:t>We {here, that we are sitting..}...</w:t>
      </w:r>
    </w:p>
    <w:p>
      <w:r>
        <w:t>...Eretz Yisroel without soldiers, we had neither soldiers nor weapons nor money nor..</w:t>
      </w:r>
    </w:p>
    <w:p>
      <w:r>
        <w:t>We had nothing, and the whole world wants to kill us</w:t>
      </w:r>
    </w:p>
    <w:p>
      <w:r>
        <w:t>And Hashem Yisborach shows everyone, the whole world, that there is {God here}</w:t>
      </w:r>
    </w:p>
    <w:p>
      <w:r>
        <w:t>They cannot</w:t>
      </w:r>
    </w:p>
    <w:p>
      <w:r>
        <w:t>On the contrary, they gave us Eretz Yisroel, the state of the Jews</w:t>
      </w:r>
    </w:p>
    <w:p>
      <w:r>
        <w:t>We conquered</w:t>
      </w:r>
    </w:p>
    <w:p>
      <w:r>
        <w:t>[……]</w:t>
      </w:r>
    </w:p>
    <w:p>
      <w:r>
        <w:t>The non-Jews could have, could have fought {with}, with us, yes</w:t>
      </w:r>
    </w:p>
    <w:p>
      <w:r>
        <w:t>"What? Eretz Yisroel is not yours, go!"</w:t>
      </w:r>
    </w:p>
    <w:p>
      <w:r>
        <w:t>But now {…} the whole world, all the non-Jews, {Eretz Yisroel} the state of the Jews, yes</w:t>
      </w:r>
    </w:p>
    <w:p>
      <w:r>
        <w:t>A state, a small state, and it has every good thing, what no state has</w:t>
      </w:r>
    </w:p>
    <w:p>
      <w:r>
        <w:t>We have {a king\salt} and we have bread, bread to sustain the whole world with our bread</w:t>
      </w:r>
    </w:p>
    <w:p>
      <w:r>
        <w:t>Here in Eretz Yisroel…</w:t>
      </w:r>
    </w:p>
    <w:p>
      <w:r>
        <w:t>...Bread for all.., for the whole world, and we have olive oil, we can {..} for the whole world, and we have grapes for the whole world, the whole world drinks wine from Eretz Yisroel…</w:t>
      </w:r>
    </w:p>
    <w:p>
      <w:r>
        <w:t>...Much, much land with, with grapes</w:t>
      </w:r>
    </w:p>
    <w:p>
      <w:r>
        <w:t>He paid them money, Baron Rothschild</w:t>
      </w:r>
    </w:p>
    <w:p>
      <w:r>
        <w:t>He came and bought from the Arabs all the grapes and all.. {..} [Saba and Shimon of Todi sing:</w:t>
      </w:r>
    </w:p>
    <w:p>
      <w:r>
        <w:t>"Our greatness and our glory our righteous Mashiach will reveal.."]…</w:t>
      </w:r>
    </w:p>
    <w:p>
      <w:pPr>
        <w:pStyle w:val="Heading2"/>
      </w:pPr>
      <w:r>
        <w:t>Side B (Bais)</w:t>
      </w:r>
    </w:p>
    <w:p>
      <w:r>
        <w:t>...[Saba and Shimon of Todi sing:</w:t>
      </w:r>
    </w:p>
    <w:p>
      <w:r>
        <w:t>"Our greatness and our glory our righteous Mashiach will reveal.."]…</w:t>
      </w:r>
    </w:p>
    <w:p>
      <w:r>
        <w:t>...[Saba and Shimon of Todi chant a melody]</w:t>
      </w:r>
    </w:p>
    <w:p>
      <w:r>
        <w:t>...[Saba sings:</w:t>
      </w:r>
    </w:p>
    <w:p>
      <w:r>
        <w:t>"Our greatness.. and our glory" in Yiddish and afterward in Hebrew]</w:t>
      </w:r>
    </w:p>
    <w:p>
      <w:r>
        <w:t>Mashiach, he can reveal our greatness and our glory, yes</w:t>
      </w:r>
    </w:p>
    <w:p>
      <w:r>
        <w:t>[…….]</w:t>
      </w:r>
    </w:p>
    <w:p>
      <w:r>
        <w:t>For this he will reveal</w:t>
      </w:r>
    </w:p>
    <w:p>
      <w:r>
        <w:t>[…….]…</w:t>
      </w:r>
    </w:p>
    <w:p>
      <w:r>
        <w:t>...[Saba and the friends sing:</w:t>
      </w:r>
    </w:p>
    <w:p>
      <w:r>
        <w:t>"Our greatness and our glory our righteous Mashiach will reveal.."]</w:t>
      </w:r>
    </w:p>
    <w:p>
      <w:r>
        <w:t>[You are close to a blessing]</w:t>
      </w:r>
    </w:p>
    <w:p>
      <w:r>
        <w:t>[Saba and the friends sing:</w:t>
      </w:r>
    </w:p>
    <w:p>
      <w:r>
        <w:t>"Our greatness and our glory our righteous Mashiach will reveal.."]…</w:t>
      </w:r>
    </w:p>
    <w:p>
      <w:r>
        <w:t>...[Saba and the friends sing:</w:t>
      </w:r>
    </w:p>
    <w:p>
      <w:r>
        <w:t>"Our greatness and our glory our righteous Mashiach will reveal.."]…</w:t>
      </w:r>
    </w:p>
    <w:p>
      <w:r>
        <w:t>...[….]</w:t>
      </w:r>
    </w:p>
    <w:p>
      <w:r>
        <w:t>[Saba and the friends sing:</w:t>
      </w:r>
    </w:p>
    <w:p>
      <w:r>
        <w:t>"Our greatness and our glory our righteous Mashiach will reveal.."]</w:t>
      </w:r>
    </w:p>
    <w:p>
      <w:r>
        <w:t>They will come from the whole world to hear Rabbainu's melody</w:t>
      </w:r>
    </w:p>
    <w:p>
      <w:r>
        <w:t>That the holy Rabbainu will reveal what Breslov is</w:t>
      </w:r>
    </w:p>
    <w:p>
      <w:r>
        <w:t>[…….]</w:t>
      </w:r>
    </w:p>
    <w:p>
      <w:r>
        <w:t>[…….]</w:t>
      </w:r>
    </w:p>
    <w:p>
      <w:r>
        <w:t>[Saba and the friends continue singing:</w:t>
      </w:r>
    </w:p>
    <w:p>
      <w:r>
        <w:t>"Our greatness and our glory our righteous Mashiach will reveal.."]</w:t>
      </w:r>
    </w:p>
    <w:p>
      <w:r>
        <w:t>Nu…</w:t>
      </w:r>
    </w:p>
    <w:p>
      <w:r>
        <w:t>...{...} will learn this melody, afterward everyone will sing this melody, yes</w:t>
      </w:r>
    </w:p>
    <w:p>
      <w:r>
        <w:t>[Saba and the friends sing:</w:t>
      </w:r>
    </w:p>
    <w:p>
      <w:r>
        <w:t>"Our greatness and our glory our righteous Mashiach will reveal.."]…</w:t>
      </w:r>
    </w:p>
    <w:p>
      <w:r>
        <w:t>...And our glory…</w:t>
      </w:r>
    </w:p>
    <w:p>
      <w:r>
        <w:t>[Saba and the friends sing:</w:t>
      </w:r>
    </w:p>
    <w:p>
      <w:r>
        <w:t>"Our greatness and our glory our righteous Mashiach will reveal.."]…</w:t>
      </w:r>
    </w:p>
    <w:p>
      <w:r>
        <w:t>...[Saba and the friends sing:</w:t>
      </w:r>
    </w:p>
    <w:p>
      <w:r>
        <w:t>"Our greatness and our glory our righteous Mashiach will reveal.."]</w:t>
      </w:r>
    </w:p>
    <w:p>
      <w:r>
        <w:t>[….. to sing, to sing once again..]</w:t>
      </w:r>
    </w:p>
    <w:p>
      <w:r>
        <w:t>[Saba and the friends continue singing:</w:t>
      </w:r>
    </w:p>
    <w:p>
      <w:r>
        <w:t>"Our greatness and our glory our righteous Mashiach will reveal.."]</w:t>
      </w:r>
    </w:p>
    <w:p>
      <w:r>
        <w:t>[……]…</w:t>
      </w:r>
    </w:p>
    <w:p>
      <w:r>
        <w:t>[Saba and the friends sing:</w:t>
      </w:r>
    </w:p>
    <w:p>
      <w:r>
        <w:t>"Our greatness and our glory our righteous Mashiach will reveal..”]</w:t>
      </w:r>
    </w:p>
    <w:p>
      <w:r>
        <w:t>[Rebbe Yisroel..]...</w:t>
      </w:r>
    </w:p>
    <w:p>
      <w:r>
        <w:t>...["Likutay Tefilos"]...</w:t>
      </w:r>
    </w:p>
    <w:p>
      <w:r>
        <w:t>...Oy, oy, oy, ah.. ah.. ah.. ah.. ah..</w:t>
      </w:r>
    </w:p>
    <w:p>
      <w:r>
        <w:t>[………]</w:t>
      </w:r>
    </w:p>
    <w:p>
      <w:r>
        <w:t>[………]...</w:t>
      </w:r>
    </w:p>
    <w:p>
      <w:r>
        <w:t>...{...}, it is from stones</w:t>
      </w:r>
    </w:p>
    <w:p>
      <w:r>
        <w:t>[Yes]</w:t>
      </w:r>
    </w:p>
    <w:p>
      <w:r>
        <w:t>[….]</w:t>
      </w:r>
    </w:p>
    <w:p>
      <w:r>
        <w:t>[This is a melody that was created in the merit of the stones, a melody of Rebbe Nassan]</w:t>
      </w:r>
    </w:p>
    <w:p>
      <w:r>
        <w:t>[Stones]…</w:t>
      </w:r>
    </w:p>
    <w:p>
      <w:r>
        <w:t>...[Saba and the friends sing:</w:t>
      </w:r>
    </w:p>
    <w:p>
      <w:r>
        <w:t>"Our greatness and our glory our righteous Mashiach will reveal.."]…</w:t>
      </w:r>
    </w:p>
    <w:p>
      <w:r>
        <w:t>...{Friday}, on Friday we merited..</w:t>
      </w:r>
    </w:p>
    <w:p>
      <w:r>
        <w:t>They threw large stones at Rebbe Nassan and at all.. the groom and the bride, and at everyone, at all of them, and they all fled to the forest, afterward, when it became a little quiet, they came</w:t>
      </w:r>
    </w:p>
    <w:p>
      <w:r>
        <w:t>"Oy, Rebbe Nassan is not here"</w:t>
      </w:r>
    </w:p>
    <w:p>
      <w:r>
        <w:t>They went to look for Rebbe Nassan, he, he, he, he danced to this melody</w:t>
      </w:r>
    </w:p>
    <w:p>
      <w:r>
        <w:t>"Our greatness..”, he, he, he said to Hashem Yisborach</w:t>
      </w:r>
    </w:p>
    <w:p>
      <w:r>
        <w:t>[Saba and the friends sing:</w:t>
      </w:r>
    </w:p>
    <w:p>
      <w:r>
        <w:t>"Our greatness and our glory our righteous Mashiach will reveal.."]</w:t>
      </w:r>
    </w:p>
    <w:p>
      <w:r>
        <w:t>[Ah.. ah.. ah..]</w:t>
      </w:r>
    </w:p>
    <w:p>
      <w:r>
        <w:t>[Saba and the friends continue singing:</w:t>
      </w:r>
    </w:p>
    <w:p>
      <w:r>
        <w:t>"Our greatness and our glory our righteous Mashiach will reveal.."]</w:t>
      </w:r>
    </w:p>
    <w:p>
      <w:r>
        <w:t>[Tell him, tell him..]…</w:t>
      </w:r>
    </w:p>
    <w:p>
      <w:r>
        <w:t>...The best</w:t>
      </w:r>
    </w:p>
    <w:p>
      <w:r>
        <w:t>[This is the best place..]</w:t>
      </w:r>
    </w:p>
    <w:p>
      <w:r>
        <w:t>[……]</w:t>
      </w:r>
    </w:p>
    <w:p>
      <w:r>
        <w:t>[Baruch Hashem, Baruch Hashem]</w:t>
      </w:r>
    </w:p>
    <w:p>
      <w:r>
        <w:t>[But perhaps there is... where in Yerushalayim? There are many places in Yerushalayim</w:t>
      </w:r>
    </w:p>
    <w:p>
      <w:r>
        <w:t>Where is better? Where?]</w:t>
      </w:r>
    </w:p>
    <w:p>
      <w:r>
        <w:t>In Yerushalayim, by the Kosel</w:t>
      </w:r>
    </w:p>
    <w:p>
      <w:r>
        <w:t>[By the Kosel]</w:t>
      </w:r>
    </w:p>
    <w:p>
      <w:r>
        <w:t>[Is this the best?]</w:t>
      </w:r>
    </w:p>
    <w:p>
      <w:r>
        <w:t>Yes, ho, ho</w:t>
      </w:r>
    </w:p>
    <w:p>
      <w:r>
        <w:t>[Saba and the friends chant the melody of "Na Naḥ Naḥma Naḥman MeUman"</w:t>
      </w:r>
    </w:p>
    <w:p>
      <w:r>
        <w:t>Afterward they sing: "Our greatness and our glory our righteous Mashiach will reveal.."]</w:t>
      </w:r>
    </w:p>
    <w:p>
      <w:r>
        <w:t>[Ask him, ask him..]…</w:t>
      </w:r>
    </w:p>
    <w:p>
      <w:r>
        <w:t>...[..Is it not preferable to do it in order, or..]</w:t>
      </w:r>
    </w:p>
    <w:p>
      <w:r>
        <w:t>[…….]</w:t>
      </w:r>
    </w:p>
    <w:p>
      <w:r>
        <w:t>[Saba and the friends sing:</w:t>
      </w:r>
    </w:p>
    <w:p>
      <w:r>
        <w:t>"Our greatness and our glory our righteous Mashiach will reveal.."]…</w:t>
      </w:r>
    </w:p>
    <w:p>
      <w:r>
        <w:t>...{In the book} and he will say</w:t>
      </w:r>
    </w:p>
    <w:p>
      <w:r>
        <w:t>[In order?]</w:t>
      </w:r>
    </w:p>
    <w:p>
      <w:r>
        <w:t>In order, yes</w:t>
      </w:r>
    </w:p>
    <w:p>
      <w:r>
        <w:t>[Yes, if I understood the continuation well..]</w:t>
      </w:r>
    </w:p>
    <w:p>
      <w:r>
        <w:t>He should only say a lot</w:t>
      </w:r>
    </w:p>
    <w:p>
      <w:r>
        <w:t>[A lot]</w:t>
      </w:r>
    </w:p>
    <w:p>
      <w:r>
        <w:t>Yes, this, this, this is the main thing</w:t>
      </w:r>
    </w:p>
    <w:p>
      <w:r>
        <w:t>[Yes]</w:t>
      </w:r>
    </w:p>
    <w:p>
      <w:r>
        <w:t>[Ay..]</w:t>
      </w:r>
    </w:p>
    <w:p>
      <w:r>
        <w:t>[……….]</w:t>
      </w:r>
    </w:p>
    <w:p>
      <w:r>
        <w:t>[……….]</w:t>
      </w:r>
    </w:p>
    <w:p>
      <w:r>
        <w:t>[He will say a lot, he will say in order, in order, he will begin at the beginning and go to the end</w:t>
      </w:r>
    </w:p>
    <w:p>
      <w:r>
        <w:t>Or should he open at whatever place he happens to?]</w:t>
      </w:r>
    </w:p>
    <w:p>
      <w:r>
        <w:t>{Like this}</w:t>
      </w:r>
    </w:p>
    <w:p>
      <w:r>
        <w:t>[Like this]</w:t>
      </w:r>
    </w:p>
    <w:p>
      <w:r>
        <w:t>Both are possible, both</w:t>
      </w:r>
    </w:p>
    <w:p>
      <w:r>
        <w:t>[There is no difference]</w:t>
      </w:r>
    </w:p>
    <w:p>
      <w:r>
        <w:t>[What did he say?]</w:t>
      </w:r>
    </w:p>
    <w:p>
      <w:r>
        <w:t>[He says there are two possibilities</w:t>
      </w:r>
    </w:p>
    <w:p>
      <w:r>
        <w:t>What he says is good, good, it is good]</w:t>
      </w:r>
    </w:p>
    <w:p>
      <w:r>
        <w:t>[..one merits repentance, one merits repentance..]</w:t>
      </w:r>
    </w:p>
    <w:p>
      <w:r>
        <w:t>[………]</w:t>
      </w:r>
    </w:p>
    <w:p>
      <w:r>
        <w:t>"Our greatness and its glory”, this is the "Likutay Tefilot"</w:t>
      </w:r>
    </w:p>
    <w:p>
      <w:r>
        <w:t>[Yes, yes]</w:t>
      </w:r>
    </w:p>
    <w:p>
      <w:r>
        <w:t>"Our righteous Mashiach will reveal”</w:t>
      </w:r>
    </w:p>
    <w:p>
      <w:r>
        <w:t>[Soon, soon]</w:t>
      </w:r>
    </w:p>
    <w:p>
      <w:r>
        <w:t>He will reveal what "Likutay Tefilot" is, there is no one touching it</w:t>
      </w:r>
    </w:p>
    <w:p>
      <w:r>
        <w:t>[No one touches it]</w:t>
      </w:r>
    </w:p>
    <w:p>
      <w:r>
        <w:t>Only {Avraham Cohen}</w:t>
      </w:r>
    </w:p>
    <w:p>
      <w:r>
        <w:t>[……  There are people who.. but I also..]</w:t>
      </w:r>
    </w:p>
    <w:p>
      <w:r>
        <w:t>But Mashiach, he, he will bring in the whole world, all Yisroel, all Yisroel, and rectify them</w:t>
      </w:r>
    </w:p>
    <w:p>
      <w:r>
        <w:t>He will say, he will give them "Likutay Tefilot", {they will recite} the "Likutay Tefilot" and not.. that is all […….]</w:t>
      </w:r>
    </w:p>
    <w:p>
      <w:r>
        <w:t>ah.. ah.. ah.. ah.. ah.. ah..</w:t>
      </w:r>
    </w:p>
    <w:p>
      <w:r>
        <w:t>[Tell him that now in Beitar they are putting up..]…</w:t>
      </w:r>
    </w:p>
    <w:p>
      <w:r>
        <w:t>...[large signs, and they are beginning to put up large screens]</w:t>
      </w:r>
    </w:p>
    <w:p>
      <w:r>
        <w:t>[It is very important]</w:t>
      </w:r>
    </w:p>
    <w:p>
      <w:r>
        <w:t>[And screens, they are putting up screens]</w:t>
      </w:r>
    </w:p>
    <w:p>
      <w:r>
        <w:t>[Saba and the friends sing:</w:t>
      </w:r>
    </w:p>
    <w:p>
      <w:r>
        <w:t>"Our greatness and our glory, our righteous Mashiach will reveal.."]</w:t>
      </w:r>
    </w:p>
    <w:p>
      <w:r>
        <w:t>[Rebbe..]...</w:t>
      </w:r>
    </w:p>
    <w:p>
      <w:r>
        <w:t>...[Aharon Cohen is telling now that in Beitar]</w:t>
      </w:r>
    </w:p>
    <w:p>
      <w:r>
        <w:t>His name is Aharon?</w:t>
      </w:r>
    </w:p>
    <w:p>
      <w:r>
        <w:t>[Aharon Cohen, yes, he told me now, that in Beitar]</w:t>
      </w:r>
    </w:p>
    <w:p>
      <w:r>
        <w:t>I.. nu</w:t>
      </w:r>
    </w:p>
    <w:p>
      <w:r>
        <w:t>[In Beitar the friends began, began to hang signs of "Na Nach"</w:t>
      </w:r>
    </w:p>
    <w:p>
      <w:r>
        <w:t>Large, very large]</w:t>
      </w:r>
    </w:p>
    <w:p>
      <w:r>
        <w:t>Yes</w:t>
      </w:r>
    </w:p>
    <w:p>
      <w:r>
        <w:t>[This is new]</w:t>
      </w:r>
    </w:p>
    <w:p>
      <w:r>
        <w:t>[Daniel Eliyahu, and Eliyahu Haviv, they hung signs in their house and they are spreading it now</w:t>
      </w:r>
    </w:p>
    <w:p>
      <w:r>
        <w:t>They give them to people, they are spreading it in Beitar, is this a good thing?]</w:t>
      </w:r>
    </w:p>
    <w:p>
      <w:r>
        <w:t>Yes</w:t>
      </w:r>
    </w:p>
    <w:p>
      <w:r>
        <w:t>[Yes]</w:t>
      </w:r>
    </w:p>
    <w:p>
      <w:r>
        <w:t>Certainly</w:t>
      </w:r>
    </w:p>
    <w:p>
      <w:r>
        <w:t>[Yes, it is protection, it protects them]</w:t>
      </w:r>
    </w:p>
    <w:p>
      <w:r>
        <w:t>It is protection, it is {{…}}</w:t>
      </w:r>
    </w:p>
    <w:p>
      <w:r>
        <w:t>[…]</w:t>
      </w:r>
    </w:p>
    <w:p>
      <w:r>
        <w:t>This name is all the Torah and all wisdom and all fear of Heaven and all.. everything</w:t>
      </w:r>
    </w:p>
    <w:p>
      <w:r>
        <w:t>[All the Torah and the fear of Heaven, that is it, yes]</w:t>
      </w:r>
    </w:p>
    <w:p>
      <w:r>
        <w:t>[….]</w:t>
      </w:r>
    </w:p>
    <w:p>
      <w:r>
        <w:t>[That is ….. extraordinaire (excellent)..</w:t>
      </w:r>
    </w:p>
    <w:p>
      <w:r>
        <w:t>And this, this, this makes a sweetening, this makes a sweetening of judgments, it sweetens]</w:t>
      </w:r>
    </w:p>
    <w:p>
      <w:r>
        <w:t>Certainly, every utterance pierces the heavens</w:t>
      </w:r>
    </w:p>
    <w:p>
      <w:r>
        <w:t>It makes such rectifications as never existed, from the day the world was created</w:t>
      </w:r>
    </w:p>
    <w:p>
      <w:r>
        <w:t>[…..]</w:t>
      </w:r>
    </w:p>
    <w:p>
      <w:r>
        <w:t>There was never such a thing, because holy Rabbainu is new</w:t>
      </w:r>
    </w:p>
    <w:p>
      <w:r>
        <w:t>[Yes]</w:t>
      </w:r>
    </w:p>
    <w:p>
      <w:r>
        <w:t>So holy Rabbainu was in the world, but they did not know at all what it was</w:t>
      </w:r>
    </w:p>
    <w:p>
      <w:r>
        <w:t>Holy Rabbainu, {there was} Rebbe Nassan they made this known, and they wanted to put them to death</w:t>
      </w:r>
    </w:p>
    <w:p>
      <w:r>
        <w:t>"What is this? "Likutay Moharan"?"</w:t>
      </w:r>
    </w:p>
    <w:p>
      <w:r>
        <w:t>They wanted to put them to death, and miraculously they were saved, with great miracles</w:t>
      </w:r>
    </w:p>
    <w:p>
      <w:r>
        <w:t>[There were great miracles for Rebbe Nassan and Rebbe Nachman]</w:t>
      </w:r>
    </w:p>
    <w:p>
      <w:r>
        <w:t>And Rebbe Nassan {says}, he sings to the Master of the World:</w:t>
      </w:r>
    </w:p>
    <w:p>
      <w:r>
        <w:t>"Our greatness..”, so that he should not worry, "Our greatness and our glory, our righteous Mashiach will reveal"</w:t>
      </w:r>
    </w:p>
    <w:p>
      <w:r>
        <w:t>[……………..]</w:t>
      </w:r>
    </w:p>
    <w:p>
      <w:r>
        <w:t>[….]</w:t>
      </w:r>
    </w:p>
    <w:p>
      <w:r>
        <w:t>[……...]</w:t>
      </w:r>
    </w:p>
    <w:p>
      <w:r>
        <w:t>He will reveal that this is new, that this did not exist, no.. from the day the world was created there was no such thing</w:t>
      </w:r>
    </w:p>
    <w:p>
      <w:r>
        <w:t>"Likutay Tefilot"</w:t>
      </w:r>
    </w:p>
    <w:p>
      <w:r>
        <w:t>"Likutay Halakhot"</w:t>
      </w:r>
    </w:p>
    <w:p>
      <w:r>
        <w:t>"Likutay Moharan"</w:t>
      </w:r>
    </w:p>
    <w:p>
      <w:r>
        <w:t>[Shalom aleichem, Rebbe Yisroel, this is Daniel Zafran]</w:t>
      </w:r>
    </w:p>
    <w:p>
      <w:r>
        <w:t>[………]</w:t>
      </w:r>
    </w:p>
    <w:p>
      <w:r>
        <w:t>[………]...</w:t>
      </w:r>
    </w:p>
    <w:p>
      <w:r>
        <w:t>...[Saba and the friends sing:</w:t>
      </w:r>
    </w:p>
    <w:p>
      <w:r>
        <w:t>"Our greatness and our glory, our righteous Mashiach will reveal.."]</w:t>
      </w:r>
    </w:p>
    <w:p>
      <w:r>
        <w:t>"Likutay Tefilot",</w:t>
      </w:r>
    </w:p>
    <w:p>
      <w:r>
        <w:t>"Likutay Halakhot"</w:t>
      </w:r>
    </w:p>
    <w:p>
      <w:r>
        <w:t>"Likutay Moharan"</w:t>
      </w:r>
    </w:p>
    <w:p>
      <w:r>
        <w:t>"Sippurei Maasiyot"</w:t>
      </w:r>
    </w:p>
    <w:p>
      <w:r>
        <w:t>{What this is}, this will rectify the whole world</w:t>
      </w:r>
    </w:p>
    <w:p>
      <w:r>
        <w:t>Every utterance of Rabbainu, of blessed memory, will make, will be a rectification for the whole world</w:t>
      </w:r>
    </w:p>
    <w:p>
      <w:r>
        <w:t>For all the wicked, for all the heretics, yes</w:t>
      </w:r>
    </w:p>
    <w:p>
      <w:r>
        <w:t>They will draw close to Hashem, blessed be He, and they will study "Likutay Moharan" by day, by night</w:t>
      </w:r>
    </w:p>
    <w:p>
      <w:r>
        <w:t>[Tell him, if there is "Likutay Moharan"?]</w:t>
      </w:r>
    </w:p>
    <w:p>
      <w:r>
        <w:t>[But this is throughout the whole world]</w:t>
      </w:r>
    </w:p>
    <w:p>
      <w:r>
        <w:t>[No, what I mean, what is better? “Likutay Tefilot"..]</w:t>
      </w:r>
    </w:p>
    <w:p>
      <w:r>
        <w:t>[It makes no difference..]</w:t>
      </w:r>
    </w:p>
    <w:p>
      <w:r>
        <w:t>[Saba and the friends sing:</w:t>
      </w:r>
    </w:p>
    <w:p>
      <w:r>
        <w:t>Our greatness and our glory, our righteous Mashiach will reveal..”]</w:t>
      </w:r>
    </w:p>
    <w:p>
      <w:r>
        <w:t>(45:38) – {{What th.. …. our righteous Mashiach}}</w:t>
      </w:r>
    </w:p>
    <w:p>
      <w:r>
        <w:t>[Saba and the friends continue singing:</w:t>
      </w:r>
    </w:p>
    <w:p>
      <w:r>
        <w:t>Our greatness and our glory, our righteous Mashiach will reveal..”]</w:t>
      </w:r>
    </w:p>
    <w:p>
      <w:r>
        <w:br w:type="page"/>
      </w:r>
    </w:p>
    <w:p>
      <w:pPr>
        <w:pStyle w:val="Heading1"/>
      </w:pPr>
      <w:r>
        <w:t>Tape 33</w:t>
      </w:r>
    </w:p>
    <w:p>
      <w:pPr>
        <w:pStyle w:val="Heading2"/>
      </w:pPr>
      <w:r>
        <w:t>Side A (Aleph)</w:t>
      </w:r>
    </w:p>
    <w:p>
      <w:r>
        <w:t>...[Saba and the friends sing:</w:t>
      </w:r>
    </w:p>
    <w:p>
      <w:r>
        <w:t>"Our greatness and our glory, our righteous Mashiach will reveal.."]…</w:t>
      </w:r>
    </w:p>
    <w:p>
      <w:r>
        <w:t>...the holy one revealed to the whole world</w:t>
      </w:r>
    </w:p>
    <w:p>
      <w:r>
        <w:t>Who is the leader of Yisroel? "Na Na Nach Nachma Nachman Meuman"</w:t>
      </w:r>
    </w:p>
    <w:p>
      <w:r>
        <w:t>He is the leader of all Yisroel, of all.. from the day the world was created he is the Rebbe</w:t>
      </w:r>
    </w:p>
    <w:p>
      <w:r>
        <w:t>The Rebbe {yours}</w:t>
      </w:r>
    </w:p>
    <w:p>
      <w:r>
        <w:t>But then it was in darkness and they did not touch it, yes</w:t>
      </w:r>
    </w:p>
    <w:p>
      <w:r>
        <w:t>But now already, already, already they can come to me every day, at any time, at any hour, whenever they want</w:t>
      </w:r>
    </w:p>
    <w:p>
      <w:r>
        <w:t>[….…]</w:t>
      </w:r>
    </w:p>
    <w:p>
      <w:r>
        <w:t>[…….]</w:t>
      </w:r>
    </w:p>
    <w:p>
      <w:r>
        <w:t>[Saba and the friends sing:</w:t>
      </w:r>
    </w:p>
    <w:p>
      <w:r>
        <w:t>"Na Na Nach Nachma Nachman Meuman.." to the tune of "Our greatness.."]</w:t>
      </w:r>
    </w:p>
    <w:p>
      <w:r>
        <w:t>Who is the Rebbe? "Na Na Nach Nachma Nachman Meuman"</w:t>
      </w:r>
    </w:p>
    <w:p>
      <w:r>
        <w:t>Holy Rabbainu first says a Torah, first he said a Torah</w:t>
      </w:r>
    </w:p>
    <w:p>
      <w:r>
        <w:t>What did he say?</w:t>
      </w:r>
    </w:p>
    <w:p>
      <w:r>
        <w:t>["Na..”]</w:t>
      </w:r>
    </w:p>
    <w:p>
      <w:r>
        <w:t>[Rebbe]</w:t>
      </w:r>
    </w:p>
    <w:p>
      <w:r>
        <w:t>Who is the Rebbe of, of Yisroel?</w:t>
      </w:r>
    </w:p>
    <w:p>
      <w:r>
        <w:t>[Rabbainu]</w:t>
      </w:r>
    </w:p>
    <w:p>
      <w:r>
        <w:t>[R'osh B'nei Y'isroel]</w:t>
      </w:r>
    </w:p>
    <w:p>
      <w:r>
        <w:t>He said: "My name is Nachman, "Na Na Nach Nachma Nachman Meuman" is the Rebbe of all Yisroel"</w:t>
      </w:r>
    </w:p>
    <w:p>
      <w:r>
        <w:t>[Saba and the friends continue singing:</w:t>
      </w:r>
    </w:p>
    <w:p>
      <w:r>
        <w:t>"Our greatness and our glory, our righteous Mashiach will reveal.."]</w:t>
      </w:r>
    </w:p>
    <w:p>
      <w:r>
        <w:t>He will say the interpretation</w:t>
      </w:r>
    </w:p>
    <w:p>
      <w:r>
        <w:t>What is "Likutay Tefilot"?</w:t>
      </w:r>
    </w:p>
    <w:p>
      <w:r>
        <w:t>What is "Likutay Halakhot"?</w:t>
      </w:r>
    </w:p>
    <w:p>
      <w:r>
        <w:t>What is "Likutay Etzot"?</w:t>
      </w:r>
    </w:p>
    <w:p>
      <w:r>
        <w:t>What is "Sippurei Maasiyot"?</w:t>
      </w:r>
    </w:p>
    <w:p>
      <w:r>
        <w:t>He, Mashiach, each time will take some drop from the sea and say</w:t>
      </w:r>
    </w:p>
    <w:p>
      <w:r>
        <w:t>And all of them will be made tzaddikim, yes, from complete wicked men, holy tzaddikim, all of them</w:t>
      </w:r>
    </w:p>
    <w:p>
      <w:r>
        <w:t>[…..…..]</w:t>
      </w:r>
    </w:p>
    <w:p>
      <w:r>
        <w:t>[….…...]</w:t>
      </w:r>
    </w:p>
    <w:p>
      <w:r>
        <w:t>[Soon, soon, soon, Rebbe Yisroel, soon]</w:t>
      </w:r>
    </w:p>
    <w:p>
      <w:r>
        <w:t>Yes, already the whole world loves, wants holy Rabbainu</w:t>
      </w:r>
    </w:p>
    <w:p>
      <w:r>
        <w:t>[Amen, amen]</w:t>
      </w:r>
    </w:p>
    <w:p>
      <w:r>
        <w:t>[Yes]</w:t>
      </w:r>
    </w:p>
    <w:p>
      <w:r>
        <w:t>Without, without, without effort and without rabbis and without..</w:t>
      </w:r>
    </w:p>
    <w:p>
      <w:r>
        <w:t>The matter happens by itself, from holy Rabbainu; holy Rabbainu revealed only who the Rebbe is</w:t>
      </w:r>
    </w:p>
    <w:p>
      <w:r>
        <w:t>Rebbe, RaBI is an acronym for "R'osh B'nei Y'isroel",</w:t>
      </w:r>
    </w:p>
    <w:p>
      <w:r>
        <w:t>He is the "R'osh B'nei Y'isroel"</w:t>
      </w:r>
    </w:p>
    <w:p>
      <w:r>
        <w:t>Who, who, who is the head?</w:t>
      </w:r>
    </w:p>
    <w:p>
      <w:r>
        <w:t>"Na Nach Nachma Nachman MeUman"—this is the head!</w:t>
      </w:r>
    </w:p>
    <w:p>
      <w:r>
        <w:t>[..……]</w:t>
      </w:r>
    </w:p>
    <w:p>
      <w:r>
        <w:t>[...…..]</w:t>
      </w:r>
    </w:p>
    <w:p>
      <w:r>
        <w:t>Our holy Rabbainu himself revealed this, that he is our Rebbe, of all Yisroel</w:t>
      </w:r>
    </w:p>
    <w:p>
      <w:r>
        <w:t>Everything that exists in the world will have a rectification, only for Yisroel</w:t>
      </w:r>
    </w:p>
    <w:p>
      <w:r>
        <w:t>The gentiles will be like, like mice, like dogs, mice</w:t>
      </w:r>
    </w:p>
    <w:p>
      <w:r>
        <w:t>They are not, not human beings; does he have compassion for the animals? Ah, do they know about Torah? About anything?</w:t>
      </w:r>
    </w:p>
    <w:p>
      <w:r>
        <w:t>A mouse, mice, who are they? Mice, not human beings</w:t>
      </w:r>
    </w:p>
    <w:p>
      <w:r>
        <w:t>Only we are human beings, "the nation of the Torah”, we are human beings; there are no human beings but us</w:t>
      </w:r>
    </w:p>
    <w:p>
      <w:r>
        <w:t>Whoever is truly close to Hashem Yisbarach and truly wants to serve Hashem Yisbarach, that is, that is the people of Mashiach, "Our greatness..” Rebbe Nassan said to Hashem Yisbarach after the stones that they threw to put him to death and destroy</w:t>
      </w:r>
    </w:p>
    <w:p>
      <w:r>
        <w:t>Then Hashem Yisbarach, then Rebbe Nassan made a melody:</w:t>
      </w:r>
    </w:p>
    <w:p>
      <w:r>
        <w:t>"Our greatness and our glory..", he said to Hashem Yisbarach:</w:t>
      </w:r>
    </w:p>
    <w:p>
      <w:r>
        <w:t>"Our greatness and our glory will be, our righteous Mashiach will reveal"</w:t>
      </w:r>
    </w:p>
    <w:p>
      <w:r>
        <w:t>[Saba and the friends continue singing:</w:t>
      </w:r>
    </w:p>
    <w:p>
      <w:r>
        <w:t>"Our greatness and our glory our righteous Mashiach will reveal.."]</w:t>
      </w:r>
    </w:p>
    <w:p>
      <w:r>
        <w:t>It did not exist in the world, it began to be revealed {through}, Rebbe Yisroel came from Uman to Eretz Yisroel</w:t>
      </w:r>
    </w:p>
    <w:p>
      <w:r>
        <w:t>And he was the first who, who brought me and other souls close to our holy Rabbainu</w:t>
      </w:r>
    </w:p>
    <w:p>
      <w:r>
        <w:t>And a great controversy arose, "What is this? Breslov?”, yes</w:t>
      </w:r>
    </w:p>
    <w:p>
      <w:r>
        <w:t>Today I say this to them:</w:t>
      </w:r>
    </w:p>
    <w:p>
      <w:r>
        <w:t>"Yes, yes, Breslov; if you are not Breslov, go, go away from me, from us"</w:t>
      </w:r>
    </w:p>
    <w:p>
      <w:r>
        <w:t>[Saba and the friends continue singing:</w:t>
      </w:r>
    </w:p>
    <w:p>
      <w:r>
        <w:t>"Our greatness and our glory our righteous Mashiach will reveal.."</w:t>
      </w:r>
    </w:p>
    <w:p>
      <w:r>
        <w:t>Saba sings: "Na Nach Nachma Nachman MeUman", this is Rabbainu, the Rebbe of all Yisroel.." to the melody of "Our greatness.."] He has rectifications for every, every fallen one, {for everyone}, for every, every sick person, for every fallen one</w:t>
      </w:r>
    </w:p>
    <w:p>
      <w:r>
        <w:t>He, he said:</w:t>
      </w:r>
    </w:p>
    <w:p>
      <w:r>
        <w:t>"There are illnesses that have no cure, and I can cure even such illnesses"</w:t>
      </w:r>
    </w:p>
    <w:p>
      <w:r>
        <w:t>[……...]</w:t>
      </w:r>
    </w:p>
    <w:p>
      <w:r>
        <w:t>[Saba and the friends continue singing:</w:t>
      </w:r>
    </w:p>
    <w:p>
      <w:r>
        <w:t>"Our greatness and our glory our righteous Mashiach will reveal.."]</w:t>
      </w:r>
    </w:p>
    <w:p>
      <w:r>
        <w:t>A match, Breslov, the whole world did not want it, "Breslov? He is Breslov? - No, let us go"</w:t>
      </w:r>
    </w:p>
    <w:p>
      <w:r>
        <w:t>[………...]</w:t>
      </w:r>
    </w:p>
    <w:p>
      <w:r>
        <w:t>Today everyone loves Breslov, everyone wants Breslov</w:t>
      </w:r>
    </w:p>
    <w:p>
      <w:r>
        <w:t>[Yes, certainly, Rebbe Yisroel, look where we Frenchmen have reached, who is this?]</w:t>
      </w:r>
    </w:p>
    <w:p>
      <w:r>
        <w:t>Our righteous Mashiach, he will reveal Rabbainu</w:t>
      </w:r>
    </w:p>
    <w:p>
      <w:r>
        <w:t>[Our righteous Mashiach …..]</w:t>
      </w:r>
    </w:p>
    <w:p>
      <w:r>
        <w:t>[Soon, amen]</w:t>
      </w:r>
    </w:p>
    <w:p>
      <w:r>
        <w:t>He will reveal and.. who the Rebbe is, who our Rebbe is</w:t>
      </w:r>
    </w:p>
    <w:p>
      <w:r>
        <w:t>[Rabbainu]</w:t>
      </w:r>
    </w:p>
    <w:p>
      <w:r>
        <w:t>"Our greatness and our glory our righteous Mashiach will reveal"</w:t>
      </w:r>
    </w:p>
    <w:p>
      <w:r>
        <w:t>[Saba and the friends continue singing:</w:t>
      </w:r>
    </w:p>
    <w:p>
      <w:r>
        <w:t>"Our greatness and our glory our righteous Mashiach will reveal.."]</w:t>
      </w:r>
    </w:p>
    <w:p>
      <w:r>
        <w:t>I brought close the, the Rav, the gaon, the gaon, the universal gaon, the holy gaon</w:t>
      </w:r>
    </w:p>
    <w:p>
      <w:r>
        <w:t>He, he told me, he had heard about Rebbe Nachman that he was great, very great</w:t>
      </w:r>
    </w:p>
    <w:p>
      <w:r>
        <w:t>But what he knows now, he did not know at all, and he called me Rebbe, he</w:t>
      </w:r>
    </w:p>
    <w:p>
      <w:r>
        <w:t>I am his Rebbe, and he was a universal gaon, and I am an "am haaretz"</w:t>
      </w:r>
    </w:p>
    <w:p>
      <w:r>
        <w:t>He said to me, I asked:</w:t>
      </w:r>
    </w:p>
    <w:p>
      <w:r>
        <w:t>"What does he want? A glass of tea, a cup of coffee?"</w:t>
      </w:r>
    </w:p>
    <w:p>
      <w:r>
        <w:t>"I do not want anything, I want to stand up before you"</w:t>
      </w:r>
    </w:p>
    <w:p>
      <w:r>
        <w:t>[Who is this? Who was this?]</w:t>
      </w:r>
    </w:p>
    <w:p>
      <w:r>
        <w:t>Rabbi Alfandari, he was the gaon of the world</w:t>
      </w:r>
    </w:p>
    <w:p>
      <w:r>
        <w:t>And he was very forceful; he said to great rabbis that they were worth nothing at all</w:t>
      </w:r>
    </w:p>
    <w:p>
      <w:r>
        <w:t>[……….]</w:t>
      </w:r>
    </w:p>
    <w:p>
      <w:r>
        <w:t>[……….]</w:t>
      </w:r>
    </w:p>
    <w:p>
      <w:r>
        <w:t>[Rebbe Yisroel, how is it possible for someone to be great in Torah without Rabbainu?]</w:t>
      </w:r>
    </w:p>
    <w:p>
      <w:r>
        <w:t>Ah?</w:t>
      </w:r>
    </w:p>
    <w:p>
      <w:r>
        <w:t>[Aharon is asking, Rabbi Alfandari was great in Torah before he..]</w:t>
      </w:r>
    </w:p>
    <w:p>
      <w:r>
        <w:t>I have no strength..</w:t>
      </w:r>
    </w:p>
    <w:p>
      <w:r>
        <w:t>[He can, but in an indirect way… there are many ways….]</w:t>
      </w:r>
    </w:p>
    <w:p>
      <w:r>
        <w:t>The whole world will rejoice and play our melodies, {it will be .}</w:t>
      </w:r>
    </w:p>
    <w:p>
      <w:r>
        <w:t>[……..]</w:t>
      </w:r>
    </w:p>
    <w:p>
      <w:r>
        <w:t>[……..]</w:t>
      </w:r>
    </w:p>
    <w:p>
      <w:r>
        <w:t>There will be, it will be joyful, great joy {there will be, yoah}, in Yerushalayim and throughout the world and in Uman, and in.. and in Uman</w:t>
      </w:r>
    </w:p>
    <w:p>
      <w:r>
        <w:t>{Oh.. oh.. oh.. oh..}</w:t>
      </w:r>
    </w:p>
    <w:p>
      <w:r>
        <w:t>The whole world will come, and the gentiles will receive money and give us the bones of our holy Rabbainu</w:t>
      </w:r>
    </w:p>
    <w:p>
      <w:r>
        <w:t>[………..]</w:t>
      </w:r>
    </w:p>
    <w:p>
      <w:r>
        <w:t>[………..]</w:t>
      </w:r>
    </w:p>
    <w:p>
      <w:r>
        <w:t>[When?]</w:t>
      </w:r>
    </w:p>
    <w:p>
      <w:r>
        <w:t>[When? Rebbe Yisroel]</w:t>
      </w:r>
    </w:p>
    <w:p>
      <w:r>
        <w:t>They need money</w:t>
      </w:r>
    </w:p>
    <w:p>
      <w:r>
        <w:t>[Yes]</w:t>
      </w:r>
    </w:p>
    <w:p>
      <w:r>
        <w:t>They want money; if they are given money, then they will give the bones</w:t>
      </w:r>
    </w:p>
    <w:p>
      <w:r>
        <w:t>[When?]</w:t>
      </w:r>
    </w:p>
    <w:p>
      <w:r>
        <w:t>What?</w:t>
      </w:r>
    </w:p>
    <w:p>
      <w:r>
        <w:t>[When?]</w:t>
      </w:r>
    </w:p>
    <w:p>
      <w:r>
        <w:t>The government says soon, soon</w:t>
      </w:r>
    </w:p>
    <w:p>
      <w:r>
        <w:t>[……..]</w:t>
      </w:r>
    </w:p>
    <w:p>
      <w:r>
        <w:t>[……..]</w:t>
      </w:r>
    </w:p>
    <w:p>
      <w:r>
        <w:t>They will give money, {…}, they will give the bones, they want money</w:t>
      </w:r>
    </w:p>
    <w:p>
      <w:r>
        <w:t>They are very poor, they have no bread, they have nothing to eat</w:t>
      </w:r>
    </w:p>
    <w:p>
      <w:r>
        <w:t>So {with\if} money - they will give everything</w:t>
      </w:r>
    </w:p>
    <w:p>
      <w:r>
        <w:t>[….……]</w:t>
      </w:r>
    </w:p>
    <w:p>
      <w:r>
        <w:t>[……….]</w:t>
      </w:r>
    </w:p>
    <w:p>
      <w:r>
        <w:t>[Shimon Matodi sings: “Our greatness and our glory our righteous Mashiach will reveal]</w:t>
      </w:r>
    </w:p>
    <w:p>
      <w:r>
        <w:t>[……...]</w:t>
      </w:r>
    </w:p>
    <w:p>
      <w:r>
        <w:t>We will go at night, we will not let Rechavia sleep, they will shout:</w:t>
      </w:r>
    </w:p>
    <w:p>
      <w:r>
        <w:t>"He does not let us sleep, does not let us sleep, what is this?"</w:t>
      </w:r>
    </w:p>
    <w:p>
      <w:r>
        <w:t>[….…..]</w:t>
      </w:r>
    </w:p>
    <w:p>
      <w:r>
        <w:t>[……...]</w:t>
      </w:r>
    </w:p>
    <w:p>
      <w:r>
        <w:t>They need to sing "Our greatness and our glory our righteous Mashiach will reveal"</w:t>
      </w:r>
    </w:p>
    <w:p>
      <w:r>
        <w:t>[………]</w:t>
      </w:r>
    </w:p>
    <w:p>
      <w:r>
        <w:t>[……...]</w:t>
      </w:r>
    </w:p>
    <w:p>
      <w:r>
        <w:t>Ah.. ah.. ah.. ah..</w:t>
      </w:r>
    </w:p>
    <w:p>
      <w:r>
        <w:t>Nu, let us go eat</w:t>
      </w:r>
    </w:p>
    <w:p>
      <w:r>
        <w:t>After the melody of "Our greatness and our glory," we need to eat {and.. nu, so that} we will have strength to continue and with dances and melodies, yes</w:t>
      </w:r>
    </w:p>
    <w:p>
      <w:r>
        <w:t>They, they say, the whole world, all the sages of music, of music, say:</w:t>
      </w:r>
    </w:p>
    <w:p>
      <w:r>
        <w:t>"Melodies like Breslov? There are none"</w:t>
      </w:r>
    </w:p>
    <w:p>
      <w:r>
        <w:t>The great gaonim say:</w:t>
      </w:r>
    </w:p>
    <w:p>
      <w:r>
        <w:t>"Like Rebbe Nachman, there is none"</w:t>
      </w:r>
    </w:p>
    <w:p>
      <w:r>
        <w:t>[……….]</w:t>
      </w:r>
    </w:p>
    <w:p>
      <w:r>
        <w:t>[…..…..]</w:t>
      </w:r>
    </w:p>
    <w:p>
      <w:r>
        <w:t>He is the entire Torah, he is all Yisrael, he is the rectification of all Yisrael, he rectifies all.. even heretics, even those who are completely distant from Judaism, from Torah, he, he will bring them close and make</w:t>
      </w:r>
    </w:p>
    <w:p>
      <w:r>
        <w:t>And there will be holy tzaddikim from among them</w:t>
      </w:r>
    </w:p>
    <w:p>
      <w:r>
        <w:t>[……….]</w:t>
      </w:r>
    </w:p>
    <w:p>
      <w:r>
        <w:t>[……]</w:t>
      </w:r>
    </w:p>
    <w:p>
      <w:r>
        <w:t>[Rebbe Yisroel, to take a walk? To take a walk?]</w:t>
      </w:r>
    </w:p>
    <w:p>
      <w:r>
        <w:t>Ah, to take a walk?</w:t>
      </w:r>
    </w:p>
    <w:p>
      <w:r>
        <w:t>[Do you want to take a walk, or..]</w:t>
      </w:r>
    </w:p>
    <w:p>
      <w:r>
        <w:t>Yes, good</w:t>
      </w:r>
    </w:p>
    <w:p>
      <w:r>
        <w:t>[Or return home]</w:t>
      </w:r>
    </w:p>
    <w:p>
      <w:r>
        <w:t>Ah?</w:t>
      </w:r>
    </w:p>
    <w:p>
      <w:r>
        <w:t>[Do you want to take a walk?]</w:t>
      </w:r>
    </w:p>
    <w:p>
      <w:r>
        <w:t>{..}</w:t>
      </w:r>
    </w:p>
    <w:p>
      <w:r>
        <w:t>[Or talk some more?]</w:t>
      </w:r>
    </w:p>
    <w:p>
      <w:r>
        <w:t>We will play some more, more, more</w:t>
      </w:r>
    </w:p>
    <w:p>
      <w:r>
        <w:t>[Saba and the friends sing:</w:t>
      </w:r>
    </w:p>
    <w:p>
      <w:r>
        <w:t>"Our greatness and our glory our righteous Mashiach will reveal.."]</w:t>
      </w:r>
    </w:p>
    <w:p>
      <w:r>
        <w:t>We will go already to another place, to a new place</w:t>
      </w:r>
    </w:p>
    <w:p>
      <w:r>
        <w:t>[……...]</w:t>
      </w:r>
    </w:p>
    <w:p>
      <w:r>
        <w:t>[Shall we take a walk?]</w:t>
      </w:r>
    </w:p>
    <w:p>
      <w:r>
        <w:t>Yes</w:t>
      </w:r>
    </w:p>
    <w:p>
      <w:r>
        <w:t>[Saba hums the melody of "Our greatness and our glory..”]...</w:t>
      </w:r>
    </w:p>
    <w:p>
      <w:r>
        <w:t>[Saba and the friends continue singing:</w:t>
      </w:r>
    </w:p>
    <w:p>
      <w:r>
        <w:t>"Our greatness and our glory our righteous Mashiach will reveal.."]</w:t>
      </w:r>
    </w:p>
    <w:p>
      <w:r>
        <w:t>[……….]</w:t>
      </w:r>
    </w:p>
    <w:p>
      <w:r>
        <w:t>[……….]…</w:t>
      </w:r>
    </w:p>
    <w:p>
      <w:r>
        <w:t>...{...}...</w:t>
      </w:r>
    </w:p>
    <w:p>
      <w:r>
        <w:t>...And we also need to give them too just as they do to us</w:t>
      </w:r>
    </w:p>
    <w:p>
      <w:r>
        <w:t>[…]</w:t>
      </w:r>
    </w:p>
    <w:p>
      <w:r>
        <w:t>We will do it among them</w:t>
      </w:r>
    </w:p>
    <w:p>
      <w:r>
        <w:t>[Does it actually need to be done?]</w:t>
      </w:r>
    </w:p>
    <w:p>
      <w:r>
        <w:t>Ah?</w:t>
      </w:r>
    </w:p>
    <w:p>
      <w:r>
        <w:t>[Actually done physically, or in prayer?]</w:t>
      </w:r>
    </w:p>
    <w:p>
      <w:r>
        <w:t>Ah..</w:t>
      </w:r>
    </w:p>
    <w:p>
      <w:r>
        <w:t>[Or actually go and do it?]</w:t>
      </w:r>
    </w:p>
    <w:p>
      <w:r>
        <w:t>{..}, one prayer and this is a diff..</w:t>
      </w:r>
    </w:p>
    <w:p>
      <w:r>
        <w:t>[And this is another matter]</w:t>
      </w:r>
    </w:p>
    <w:p>
      <w:r>
        <w:t>And also</w:t>
      </w:r>
    </w:p>
    <w:p>
      <w:r>
        <w:t>[Pshh..]</w:t>
      </w:r>
    </w:p>
    <w:p>
      <w:r>
        <w:t>We need to..</w:t>
      </w:r>
    </w:p>
    <w:p>
      <w:r>
        <w:t>[Yes, simply by force]</w:t>
      </w:r>
    </w:p>
    <w:p>
      <w:r>
        <w:t>Yes</w:t>
      </w:r>
    </w:p>
    <w:p>
      <w:r>
        <w:t>[Pshh..]</w:t>
      </w:r>
    </w:p>
    <w:p>
      <w:r>
        <w:t>[Tell me, but, each private individual, or……]</w:t>
      </w:r>
    </w:p>
    <w:p>
      <w:r>
        <w:t>[I think a private individual, is it, is it for the entire country to do, the government should do it, or should even a private person have self-sacrifice like in Hebron, is that what needs to be done?]</w:t>
      </w:r>
    </w:p>
    <w:p>
      <w:r>
        <w:t>What, what, what happened in Hebron?</w:t>
      </w:r>
    </w:p>
    <w:p>
      <w:r>
        <w:t>[At the Cave of the Patriarchs, where the Jew killed forty Arabs?]</w:t>
      </w:r>
    </w:p>
    <w:p>
      <w:r>
        <w:t>Ah?</w:t>
      </w:r>
    </w:p>
    <w:p>
      <w:r>
        <w:t>[What the Jew did]</w:t>
      </w:r>
    </w:p>
    <w:p>
      <w:r>
        <w:t>Ah</w:t>
      </w:r>
    </w:p>
    <w:p>
      <w:r>
        <w:t>[To do that? Is that what is needed? Like they do to us?]</w:t>
      </w:r>
    </w:p>
    <w:p>
      <w:r>
        <w:t>No, no</w:t>
      </w:r>
    </w:p>
    <w:p>
      <w:r>
        <w:t>[Ah, no?]</w:t>
      </w:r>
    </w:p>
    <w:p>
      <w:r>
        <w:t>War</w:t>
      </w:r>
    </w:p>
    <w:p>
      <w:r>
        <w:t>[Ah, the entire country]</w:t>
      </w:r>
    </w:p>
    <w:p>
      <w:r>
        <w:t>Yes</w:t>
      </w:r>
    </w:p>
    <w:p>
      <w:r>
        <w:t>[The entire country, the government, yes]</w:t>
      </w:r>
    </w:p>
    <w:p>
      <w:r>
        <w:t>The government</w:t>
      </w:r>
    </w:p>
    <w:p>
      <w:r>
        <w:t>[The army]</w:t>
      </w:r>
    </w:p>
    <w:p>
      <w:r>
        <w:t>The army, yes</w:t>
      </w:r>
    </w:p>
    <w:p>
      <w:r>
        <w:t>[Yes, yes, I understand, there needs to be a war]…</w:t>
      </w:r>
    </w:p>
    <w:p>
      <w:r>
        <w:t>...[The country only wants to make peace with the Arabs, not war</w:t>
      </w:r>
    </w:p>
    <w:p>
      <w:r>
        <w:t>How, how can this be changed? What, what can be done?]</w:t>
      </w:r>
    </w:p>
    <w:p>
      <w:r>
        <w:t>I do not know</w:t>
      </w:r>
    </w:p>
    <w:p>
      <w:r>
        <w:t>[To send letters, what should be done?]...</w:t>
      </w:r>
    </w:p>
    <w:p>
      <w:r>
        <w:t>...to make contact with, with Dagan</w:t>
      </w:r>
    </w:p>
    <w:p>
      <w:r>
        <w:t>[Yes]…</w:t>
      </w:r>
    </w:p>
    <w:p>
      <w:r>
        <w:t>...{…} the holy Rabbainu, but, and he failed with me, I...</w:t>
      </w:r>
    </w:p>
    <w:p>
      <w:r>
        <w:t>...maybe, who lives there?</w:t>
      </w:r>
    </w:p>
    <w:p>
      <w:r>
        <w:t>[Yaakov and Budra, eh..]</w:t>
      </w:r>
    </w:p>
    <w:p>
      <w:r>
        <w:t>[David]</w:t>
      </w:r>
    </w:p>
    <w:p>
      <w:r>
        <w:t>[David..]...</w:t>
      </w:r>
    </w:p>
    <w:p>
      <w:r>
        <w:t>...an entirely different matter, these are people, trustworthy people, and truly, but I saw before…</w:t>
      </w:r>
    </w:p>
    <w:p>
      <w:r>
        <w:t>...they are faithful to Hashem and to the Torah, and they truly have faith</w:t>
      </w:r>
    </w:p>
    <w:p>
      <w:r>
        <w:t>{…}, you, you are the first of, of the association</w:t>
      </w:r>
    </w:p>
    <w:p>
      <w:r>
        <w:t>And we will see, we will consult and sit down together, we will see about establishing a great force th.. {fo.. fo.. for me}</w:t>
      </w:r>
    </w:p>
    <w:p>
      <w:r>
        <w:t>Here in the Land to do things, to publicize and sanctify Rabbainu's light already here in the Land and also throughout the world</w:t>
      </w:r>
    </w:p>
    <w:p>
      <w:r>
        <w:t>This is the matter of redemption for all, for the whole, whole world, for all the Jews, wherever Jews are found</w:t>
      </w:r>
    </w:p>
    <w:p>
      <w:r>
        <w:t>What do you say about this?</w:t>
      </w:r>
    </w:p>
    <w:p>
      <w:r>
        <w:t>[That time is needed]</w:t>
      </w:r>
    </w:p>
    <w:p>
      <w:r>
        <w:t>Eh?</w:t>
      </w:r>
    </w:p>
    <w:p>
      <w:r>
        <w:t>[Time is needed]</w:t>
      </w:r>
    </w:p>
    <w:p>
      <w:r>
        <w:t>We will sit down together, good, good, no..</w:t>
      </w:r>
    </w:p>
    <w:p>
      <w:r>
        <w:t>[Not in an instant]</w:t>
      </w:r>
    </w:p>
    <w:p>
      <w:r>
        <w:t>But I was...</w:t>
      </w:r>
    </w:p>
    <w:p>
      <w:r>
        <w:t>...Shiloach</w:t>
      </w:r>
    </w:p>
    <w:p>
      <w:r>
        <w:t>[Shiloach]</w:t>
      </w:r>
    </w:p>
    <w:p>
      <w:r>
        <w:t>He, he studies in a yeshiva?</w:t>
      </w:r>
    </w:p>
    <w:p>
      <w:r>
        <w:t>[Yes]</w:t>
      </w:r>
    </w:p>
    <w:p>
      <w:r>
        <w:t>Maybe..</w:t>
      </w:r>
    </w:p>
    <w:p>
      <w:r>
        <w:t>[He told me that he only wants to finish the month]</w:t>
      </w:r>
    </w:p>
    <w:p>
      <w:r>
        <w:t>Yes?...</w:t>
      </w:r>
    </w:p>
    <w:p>
      <w:r>
        <w:t>...two, two true people, trustworthy, {..}, good, and also</w:t>
      </w:r>
    </w:p>
    <w:p>
      <w:r>
        <w:t>[Maimoni?]</w:t>
      </w:r>
    </w:p>
    <w:p>
      <w:r>
        <w:t>{..}, Maimoni, if, if you know that there are more…</w:t>
      </w:r>
    </w:p>
    <w:p>
      <w:r>
        <w:t>...trustworthy people, we will merit to bring Rabbainu in here and throughout the world</w:t>
      </w:r>
    </w:p>
    <w:p>
      <w:r>
        <w:t>[Amen]</w:t>
      </w:r>
    </w:p>
    <w:p>
      <w:r>
        <w:t>Maybe you will go to the yeshiva, travel to Yerushalayim?, travel and speak with him, with, with.. {...}</w:t>
      </w:r>
    </w:p>
    <w:p>
      <w:r>
        <w:t>[Yaakov Shiloach?]</w:t>
      </w:r>
    </w:p>
    <w:p>
      <w:r>
        <w:t>Eh? Shiloach</w:t>
      </w:r>
    </w:p>
    <w:p>
      <w:r>
        <w:t>[Yes]</w:t>
      </w:r>
    </w:p>
    <w:p>
      <w:r>
        <w:t>Yes, and if not, then we will see, then we will see</w:t>
      </w:r>
    </w:p>
    <w:p>
      <w:r>
        <w:t>[Something else]</w:t>
      </w:r>
    </w:p>
    <w:p>
      <w:r>
        <w:t>We will pray to Hashem Yisborach that He give us</w:t>
      </w:r>
    </w:p>
    <w:p>
      <w:r>
        <w:t>[That He give us]</w:t>
      </w:r>
    </w:p>
    <w:p>
      <w:r>
        <w:t>People</w:t>
      </w:r>
    </w:p>
    <w:p>
      <w:r>
        <w:t>[Someone, trustworthy people]</w:t>
      </w:r>
    </w:p>
    <w:p>
      <w:r>
        <w:t>Trustworthy...</w:t>
      </w:r>
    </w:p>
    <w:p>
      <w:r>
        <w:t>...{…}...</w:t>
      </w:r>
    </w:p>
    <w:p>
      <w:r>
        <w:t>...I, I need to {find} words, words of truth</w:t>
      </w:r>
    </w:p>
    <w:p>
      <w:r>
        <w:t>That will enter my heart, not a word, words of vanity</w:t>
      </w:r>
    </w:p>
    <w:p>
      <w:r>
        <w:t>I was connected...</w:t>
      </w:r>
    </w:p>
    <w:p>
      <w:r>
        <w:t>...Rabbainu's matter is, he is the light of Mashiach...</w:t>
      </w:r>
    </w:p>
    <w:p>
      <w:r>
        <w:t>...[Yes]</w:t>
      </w:r>
    </w:p>
    <w:p>
      <w:r>
        <w:t>Yes, yes, what this is</w:t>
      </w:r>
    </w:p>
    <w:p>
      <w:r>
        <w:t>[He revealed all the truth, he..]</w:t>
      </w:r>
    </w:p>
    <w:p>
      <w:r>
        <w:t>Ho..</w:t>
      </w:r>
    </w:p>
    <w:p>
      <w:r>
        <w:t>[He subdued falsehood utterly.. what he did to the liars]</w:t>
      </w:r>
    </w:p>
    <w:p>
      <w:r>
        <w:t>{…}, now I cannot see with my eyes, only.. Baruch Hashem, I can see to walk and no more</w:t>
      </w:r>
    </w:p>
    <w:p>
      <w:r>
        <w:t>But to study from a book, I cannot see</w:t>
      </w:r>
    </w:p>
    <w:p>
      <w:r>
        <w:t>Nu, we need to accept everything from Hashem Yisborach, I suffer, suffering is due me, I have great suffering</w:t>
      </w:r>
    </w:p>
    <w:p>
      <w:r>
        <w:t>Without this, nothing at all</w:t>
      </w:r>
    </w:p>
    <w:p>
      <w:r>
        <w:t>[……..]</w:t>
      </w:r>
    </w:p>
    <w:p>
      <w:r>
        <w:t>[……….]…</w:t>
      </w:r>
    </w:p>
    <w:p>
      <w:r>
        <w:t>...{…}...</w:t>
      </w:r>
    </w:p>
    <w:p>
      <w:r>
        <w:t>...[He greatly praised Shabbos]</w:t>
      </w:r>
    </w:p>
    <w:p>
      <w:r>
        <w:t>{…..} eating, to eat a lot on Shabbos</w:t>
      </w:r>
    </w:p>
    <w:p>
      <w:r>
        <w:t>[A lot on Shabbos]</w:t>
      </w:r>
    </w:p>
    <w:p>
      <w:r>
        <w:t>Shoyn</w:t>
      </w:r>
    </w:p>
    <w:p>
      <w:r>
        <w:t>Here this is a good place, he, David told me that he is giving me the room and also th..</w:t>
      </w:r>
    </w:p>
    <w:p>
      <w:r>
        <w:t>[…...]</w:t>
      </w:r>
    </w:p>
    <w:p>
      <w:r>
        <w:t>Half a building</w:t>
      </w:r>
    </w:p>
    <w:p>
      <w:r>
        <w:t>[Yes?]</w:t>
      </w:r>
    </w:p>
    <w:p>
      <w:r>
        <w:t>Maybe you need some place?</w:t>
      </w:r>
    </w:p>
    <w:p>
      <w:r>
        <w:t>[No, no, I have, Baruch Hashem, I have in Tzfas..]</w:t>
      </w:r>
    </w:p>
    <w:p>
      <w:r>
        <w:t>Eh</w:t>
      </w:r>
    </w:p>
    <w:p>
      <w:r>
        <w:t>[I have a house in Tzfas, Hashem..]…</w:t>
      </w:r>
    </w:p>
    <w:p>
      <w:r>
        <w:t>...{.…}</w:t>
      </w:r>
    </w:p>
    <w:p>
      <w:r>
        <w:t>[I want, I can give you my apartment]…</w:t>
      </w:r>
    </w:p>
    <w:p>
      <w:r>
        <w:t>...to speak with th..</w:t>
      </w:r>
    </w:p>
    <w:p>
      <w:r>
        <w:t>[With the municipality]</w:t>
      </w:r>
    </w:p>
    <w:p>
      <w:r>
        <w:t>Yes, yes</w:t>
      </w:r>
    </w:p>
    <w:p>
      <w:r>
        <w:t>I am an old and sick man, I want, need a place, a good house, so that I will have rest</w:t>
      </w:r>
    </w:p>
    <w:p>
      <w:r>
        <w:t>[In Tzfas?]</w:t>
      </w:r>
    </w:p>
    <w:p>
      <w:r>
        <w:t>In Tzfas, it will be in Tzfas or in Yerushalayim</w:t>
      </w:r>
    </w:p>
    <w:p>
      <w:r>
        <w:t>[I think it is possible, no, in Yerushalayim there is no, no Amidar, there are no such apartments]</w:t>
      </w:r>
    </w:p>
    <w:p>
      <w:r>
        <w:t>Eh?</w:t>
      </w:r>
    </w:p>
    <w:p>
      <w:r>
        <w:t>[In Yerushalayim..]…</w:t>
      </w:r>
    </w:p>
    <w:p>
      <w:r>
        <w:t>...[I think it is possible, possible to..] I want to get away from this, fr…</w:t>
      </w:r>
    </w:p>
    <w:p>
      <w:r>
        <w:t>...{We} need to flee to Hashem Yisborach and to flee to Hashem Yisborach</w:t>
      </w:r>
    </w:p>
    <w:p>
      <w:r>
        <w:t>Nu, prayer rises above everything</w:t>
      </w:r>
    </w:p>
    <w:p>
      <w:r>
        <w:t>To say a lot of "Likutay Tefilos" and a lot of "Likutay Halachos"</w:t>
      </w:r>
    </w:p>
    <w:p>
      <w:r>
        <w:t>["Likutay Halachos," vay, vay..]</w:t>
      </w:r>
    </w:p>
    <w:p>
      <w:r>
        <w:t>These are words of {….}</w:t>
      </w:r>
    </w:p>
    <w:p>
      <w:r>
        <w:t>[Words of Mashiach, yes]</w:t>
      </w:r>
    </w:p>
    <w:p>
      <w:r>
        <w:t>The holy Rabbainu revealed..</w:t>
      </w:r>
    </w:p>
    <w:p>
      <w:r>
        <w:t>[A drop from the sea]</w:t>
      </w:r>
    </w:p>
    <w:p>
      <w:r>
        <w:t>A drop from the sea</w:t>
      </w:r>
    </w:p>
    <w:p>
      <w:r>
        <w:t>[Also Rebbe Nassan, he, he did not reveal much]</w:t>
      </w:r>
    </w:p>
    <w:p>
      <w:r>
        <w:t>Yes</w:t>
      </w:r>
    </w:p>
    <w:p>
      <w:r>
        <w:t>Oy vey</w:t>
      </w:r>
    </w:p>
    <w:p>
      <w:r>
        <w:t>[What? Saba, what happened?]</w:t>
      </w:r>
    </w:p>
    <w:p>
      <w:r>
        <w:t>I did not eat the requisite amount to recite Birkat Hamazon, I ate very little</w:t>
      </w:r>
    </w:p>
    <w:p>
      <w:r>
        <w:t>[Eh.. then maybe recite "Nefashos.."]</w:t>
      </w:r>
    </w:p>
    <w:p>
      <w:r>
        <w:t>Eh?</w:t>
      </w:r>
    </w:p>
    <w:p>
      <w:r>
        <w:t>["Borei Nefashos.."]</w:t>
      </w:r>
    </w:p>
    <w:p>
      <w:r>
        <w:t>Borei nefashos rabbos {….}</w:t>
      </w:r>
    </w:p>
    <w:p>
      <w:r>
        <w:t>Blessed are You, Hashem our God, King of the world, Who creates many living beings and their deficiencies</w:t>
      </w:r>
    </w:p>
    <w:p>
      <w:r>
        <w:t>For all that You created with which to sustain the soul of every living thing, blessed is the Life of the worlds</w:t>
      </w:r>
    </w:p>
    <w:p>
      <w:r>
        <w:t>[Amen]</w:t>
      </w:r>
    </w:p>
    <w:p>
      <w:r>
        <w:t>One needs to eat and pray to Hashem Yisborach that He have mercy on us</w:t>
      </w:r>
    </w:p>
    <w:p>
      <w:r>
        <w:t>That we merit and succeed in everything we do, in the printing, in the dissemination and th.. yes</w:t>
      </w:r>
    </w:p>
    <w:p>
      <w:r>
        <w:t>There is money, money will not be lacking, all the time I, nu.., I do not…</w:t>
      </w:r>
    </w:p>
    <w:p>
      <w:r>
        <w:t>...National Insurance is in the bank, and I make do with {..everything} and only, only with difficulty</w:t>
      </w:r>
    </w:p>
    <w:p>
      <w:r>
        <w:t>{There is no need to eat..}…</w:t>
      </w:r>
    </w:p>
    <w:p>
      <w:r>
        <w:t>...with joy, only bread</w:t>
      </w:r>
    </w:p>
    <w:p>
      <w:r>
        <w:t>[…..]...</w:t>
      </w:r>
    </w:p>
    <w:p>
      <w:r>
        <w:t>…[With the melody of Rosh Hashanah, our greatness and our glory..</w:t>
      </w:r>
    </w:p>
    <w:p>
      <w:r>
        <w:t>Eh, was this after the prayer?]</w:t>
      </w:r>
    </w:p>
    <w:p>
      <w:r>
        <w:t>[..]</w:t>
      </w:r>
    </w:p>
    <w:p>
      <w:r>
        <w:t>{..}</w:t>
      </w:r>
    </w:p>
    <w:p>
      <w:r>
        <w:t>[Until in the end I saw..]</w:t>
      </w:r>
    </w:p>
    <w:p>
      <w:r>
        <w:t>{..}</w:t>
      </w:r>
    </w:p>
    <w:p>
      <w:r>
        <w:t>[I saw that he is such a person..]</w:t>
      </w:r>
    </w:p>
    <w:p>
      <w:r>
        <w:t>Ho.. wow.. wow..</w:t>
      </w:r>
    </w:p>
    <w:p>
      <w:r>
        <w:t>[I saw that he is such a person with whom one can open up everything, such a</w:t>
      </w:r>
    </w:p>
    <w:p>
      <w:r>
        <w:t>Open person, knows a little and this.. I told him:</w:t>
      </w:r>
    </w:p>
    <w:p>
      <w:r>
        <w:t>"Listen, I think the person who is leading the world now is sitting here in the room"]</w:t>
      </w:r>
    </w:p>
    <w:p>
      <w:r>
        <w:t>[Eh, yes? Good, yes, yes, I understood you]</w:t>
      </w:r>
    </w:p>
    <w:p>
      <w:r>
        <w:t>[You understood me?..]</w:t>
      </w:r>
    </w:p>
    <w:p>
      <w:r>
        <w:t>[…..]</w:t>
      </w:r>
    </w:p>
    <w:p>
      <w:r>
        <w:t>[So he was like that, he was not enthused, and was not moved, but he told me:</w:t>
      </w:r>
    </w:p>
    <w:p>
      <w:r>
        <w:t>"I do not think one needs to trust in people, to think about people, and this..” as though we are pitiful, Hashem protect us, it is such complete darkness</w:t>
      </w:r>
    </w:p>
    <w:p>
      <w:r>
        <w:t>He dresses himself up for you, the adversary dresses himself up as though in..]</w:t>
      </w:r>
    </w:p>
    <w:p>
      <w:r>
        <w:t>[Yes..]</w:t>
      </w:r>
    </w:p>
    <w:p>
      <w:r>
        <w:t>{Shuliyut} and brotherhood and friendship and all kinds of..]</w:t>
      </w:r>
    </w:p>
    <w:p>
      <w:r>
        <w:t>The opponents threw stones</w:t>
      </w:r>
    </w:p>
    <w:p>
      <w:r>
        <w:t>[In Hebrew, in Hebrew, they do not understand Yiddish]</w:t>
      </w:r>
    </w:p>
    <w:p>
      <w:r>
        <w:t>The opponents fired large stones to kill</w:t>
      </w:r>
    </w:p>
    <w:p>
      <w:r>
        <w:t>And Rebbe Nassan sang</w:t>
      </w:r>
    </w:p>
    <w:p>
      <w:r>
        <w:t>[Saba and the friends sing:</w:t>
      </w:r>
    </w:p>
    <w:p>
      <w:r>
        <w:t>"Our greatness and our glory, our righteous Mashiach will reveal.."]</w:t>
      </w:r>
    </w:p>
    <w:p>
      <w:r>
        <w:t>[………]</w:t>
      </w:r>
    </w:p>
    <w:p>
      <w:r>
        <w:t>[..…….]</w:t>
      </w:r>
    </w:p>
    <w:p>
      <w:r>
        <w:t>From the stones Rebbe Nassan made this melody, "Our greatness…”</w:t>
      </w:r>
    </w:p>
    <w:p>
      <w:r>
        <w:t>[……]</w:t>
      </w:r>
    </w:p>
    <w:p>
      <w:r>
        <w:t>[I learned a little]</w:t>
      </w:r>
    </w:p>
    <w:p>
      <w:r>
        <w:t>And they threw stones, and Rebbe Nassan made this and sang, “Our greatness..”</w:t>
      </w:r>
    </w:p>
    <w:p>
      <w:r>
        <w:t>[Shtayner means stones]</w:t>
      </w:r>
    </w:p>
    <w:p>
      <w:r>
        <w:t>"And our glory, our righteous Mashiach will reveal”</w:t>
      </w:r>
    </w:p>
    <w:p>
      <w:r>
        <w:t>[Rebbe Yisroel, Rebbe Nassan, he sang in Yiddish, not in Hebrew]</w:t>
      </w:r>
    </w:p>
    <w:p>
      <w:r>
        <w:t>[Originally it is Yiddish]</w:t>
      </w:r>
    </w:p>
    <w:p>
      <w:r>
        <w:t>[Yes, I know, he sang it in Tzfas]</w:t>
      </w:r>
    </w:p>
    <w:p>
      <w:r>
        <w:t>They will tell you</w:t>
      </w:r>
    </w:p>
    <w:p>
      <w:r>
        <w:t>[…….]</w:t>
      </w:r>
    </w:p>
    <w:p>
      <w:r>
        <w:t>[..…..]</w:t>
      </w:r>
    </w:p>
    <w:p>
      <w:r>
        <w:t>[I do not, I do not remember how it was..]</w:t>
      </w:r>
    </w:p>
    <w:p>
      <w:r>
        <w:t>[Saba continues to sing:</w:t>
      </w:r>
    </w:p>
    <w:p>
      <w:r>
        <w:t>"Our greatness and our glory, our righteous Mashiach will reveal.."]</w:t>
      </w:r>
    </w:p>
    <w:p>
      <w:r>
        <w:t>[And how is it in Yiddish?]…</w:t>
      </w:r>
    </w:p>
    <w:p>
      <w:r>
        <w:t>...[Saba sings:</w:t>
      </w:r>
    </w:p>
    <w:p>
      <w:r>
        <w:t>"Our greatness and our glory, our righteous Mashiach will reveal.."]</w:t>
      </w:r>
    </w:p>
    <w:p>
      <w:r>
        <w:t>Rebbe Nassan made a beautiful melody from the stones…</w:t>
      </w:r>
    </w:p>
    <w:p>
      <w:r>
        <w:t>...[Saba sings:</w:t>
      </w:r>
    </w:p>
    <w:p>
      <w:r>
        <w:t>"Our greatness and our glory, our righteous Mashiach will reveal.."]</w:t>
      </w:r>
    </w:p>
    <w:p>
      <w:r>
        <w:t>[……….]</w:t>
      </w:r>
    </w:p>
    <w:p>
      <w:r>
        <w:t>[……….]...</w:t>
      </w:r>
    </w:p>
    <w:p>
      <w:r>
        <w:t>...maybe bring me some heater?</w:t>
      </w:r>
    </w:p>
    <w:p>
      <w:r>
        <w:t>[Here, this one is lit]</w:t>
      </w:r>
    </w:p>
    <w:p>
      <w:r>
        <w:t>There is?</w:t>
      </w:r>
    </w:p>
    <w:p>
      <w:r>
        <w:t>[Here]</w:t>
      </w:r>
    </w:p>
    <w:p>
      <w:r>
        <w:t>Yes</w:t>
      </w:r>
    </w:p>
    <w:p>
      <w:r>
        <w:t>[Down here]</w:t>
      </w:r>
    </w:p>
    <w:p>
      <w:r>
        <w:t>Yes, yes, good...</w:t>
      </w:r>
    </w:p>
    <w:p>
      <w:r>
        <w:t>...{Mine}, David, he gave me this room as a gift and also the large apartment, half for him, half for me...</w:t>
      </w:r>
    </w:p>
    <w:p>
      <w:r>
        <w:t>...eh, I want to lie down, yes...</w:t>
      </w:r>
    </w:p>
    <w:p>
      <w:r>
        <w:t>...{… clean, clean..}...</w:t>
      </w:r>
    </w:p>
    <w:p>
      <w:r>
        <w:t>...{…} there is, but desires there are none</w:t>
      </w:r>
    </w:p>
    <w:p>
      <w:r>
        <w:t>[……….]</w:t>
      </w:r>
    </w:p>
    <w:p>
      <w:r>
        <w:t>Yo, yes, desires there are none...</w:t>
      </w:r>
    </w:p>
    <w:p>
      <w:r>
        <w:t>...Yisborach told them that they should be angry with me and not come to me</w:t>
      </w:r>
    </w:p>
    <w:p>
      <w:r>
        <w:t>Nu...</w:t>
      </w:r>
    </w:p>
    <w:p>
      <w:r>
        <w:t>...how much do you want per month {the apartment, apartment}?</w:t>
      </w:r>
    </w:p>
    <w:p>
      <w:r>
        <w:t>[..]</w:t>
      </w:r>
    </w:p>
    <w:p>
      <w:r>
        <w:t>I have no money, if God forbid, if I live another hundred years, who will pay you?</w:t>
      </w:r>
    </w:p>
    <w:p>
      <w:r>
        <w:t>I {I have no agreement}</w:t>
      </w:r>
    </w:p>
    <w:p>
      <w:r>
        <w:t>I do not have, I, I have no money at all, my money is only Rabbainu's, nu, {Shoyn}</w:t>
      </w:r>
    </w:p>
    <w:p>
      <w:r>
        <w:t>[I don't want money and I don't need money]</w:t>
      </w:r>
    </w:p>
    <w:p>
      <w:r>
        <w:t>No?</w:t>
      </w:r>
    </w:p>
    <w:p>
      <w:r>
        <w:t>[No, don't need and don't, don't want]</w:t>
      </w:r>
    </w:p>
    <w:p>
      <w:r>
        <w:t>But another hundred years?</w:t>
      </w:r>
    </w:p>
    <w:p>
      <w:r>
        <w:t>[Even two hundred years]</w:t>
      </w:r>
    </w:p>
    <w:p>
      <w:r>
        <w:t>Yes?</w:t>
      </w:r>
    </w:p>
    <w:p>
      <w:r>
        <w:t>[Yes]</w:t>
      </w:r>
    </w:p>
    <w:p>
      <w:r>
        <w:t>Who will pay you {in another\for} hundred years? Who will pay you?</w:t>
      </w:r>
    </w:p>
    <w:p>
      <w:r>
        <w:t>I don't have an apartment</w:t>
      </w:r>
    </w:p>
    <w:p>
      <w:r>
        <w:t>[Here is an apartment]</w:t>
      </w:r>
    </w:p>
    <w:p>
      <w:r>
        <w:t>Only {Tzfas}, and only this</w:t>
      </w:r>
    </w:p>
    <w:p>
      <w:r>
        <w:t>[This, this is an apartment]</w:t>
      </w:r>
    </w:p>
    <w:p>
      <w:r>
        <w:t>You bought this for me?</w:t>
      </w:r>
    </w:p>
    <w:p>
      <w:r>
        <w:t>[Yes, Rebbe Yisroel]…</w:t>
      </w:r>
    </w:p>
    <w:p>
      <w:pPr>
        <w:pStyle w:val="Heading2"/>
      </w:pPr>
      <w:r>
        <w:t>Side B (Bais)</w:t>
      </w:r>
    </w:p>
    <w:p>
      <w:r>
        <w:t>...Dovid?</w:t>
      </w:r>
    </w:p>
    <w:p>
      <w:r>
        <w:t>[Yes]</w:t>
      </w:r>
    </w:p>
    <w:p>
      <w:r>
        <w:t>Dovid Boudra?</w:t>
      </w:r>
    </w:p>
    <w:p>
      <w:r>
        <w:t>[Yes]</w:t>
      </w:r>
    </w:p>
    <w:p>
      <w:r>
        <w:t>Yes, I..</w:t>
      </w:r>
    </w:p>
    <w:p>
      <w:r>
        <w:t>This apartment, this apartment you made only for me</w:t>
      </w:r>
    </w:p>
    <w:p>
      <w:r>
        <w:t>[Yes]</w:t>
      </w:r>
    </w:p>
    <w:p>
      <w:r>
        <w:t>How did you know that I need an apartment?</w:t>
      </w:r>
    </w:p>
    <w:p>
      <w:r>
        <w:t>What time is it?</w:t>
      </w:r>
    </w:p>
    <w:p>
      <w:r>
        <w:t>[…….]</w:t>
      </w:r>
    </w:p>
    <w:p>
      <w:r>
        <w:t>[Ten and..]…</w:t>
      </w:r>
    </w:p>
    <w:p>
      <w:r>
        <w:t>...{….}…</w:t>
      </w:r>
    </w:p>
    <w:p>
      <w:r>
        <w:t>...Is there such a room in the world</w:t>
      </w:r>
    </w:p>
    <w:p>
      <w:r>
        <w:t>Such windows, and such a roof, a window, windows {{...}}, I didn't know...</w:t>
      </w:r>
    </w:p>
    <w:p>
      <w:r>
        <w:t>...[Saba and Tzion Barzilai sing and chant the melody:</w:t>
      </w:r>
    </w:p>
    <w:p>
      <w:r>
        <w:t>"For it is not fitting, for it is not becoming.."]</w:t>
      </w:r>
    </w:p>
    <w:p>
      <w:r>
        <w:t>[Saba, I dreamed yesterday, tonight I dreamed, that we're on Pesach] We are?</w:t>
      </w:r>
    </w:p>
    <w:p>
      <w:r>
        <w:t>[Making the 'Seder night' together]</w:t>
      </w:r>
    </w:p>
    <w:p>
      <w:r>
        <w:t>Yes?</w:t>
      </w:r>
    </w:p>
    <w:p>
      <w:r>
        <w:t>[And I dreamed that I fell asleep at the 'Seder night'</w:t>
      </w:r>
    </w:p>
    <w:p>
      <w:r>
        <w:t>And I didn't manage to eat and I didn't manage to do anything</w:t>
      </w:r>
    </w:p>
    <w:p>
      <w:r>
        <w:t>So I got up at night, and I said:</w:t>
      </w:r>
    </w:p>
    <w:p>
      <w:r>
        <w:t>"Nu, I can do it now"]</w:t>
      </w:r>
    </w:p>
    <w:p>
      <w:r>
        <w:t>Yes? Nu, did you do it?</w:t>
      </w:r>
    </w:p>
    <w:p>
      <w:r>
        <w:t>[Saba and Tzion Barzilai continue singing:</w:t>
      </w:r>
    </w:p>
    <w:p>
      <w:r>
        <w:t>"For it is not fitting, for it is not becoming.."]</w:t>
      </w:r>
    </w:p>
    <w:p>
      <w:r>
        <w:t>{I will stay here..} A good room, new</w:t>
      </w:r>
    </w:p>
    <w:p>
      <w:r>
        <w:t>[Yes, it's high up..]</w:t>
      </w:r>
    </w:p>
    <w:p>
      <w:r>
        <w:t>{A room}</w:t>
      </w:r>
    </w:p>
    <w:p>
      <w:r>
        <w:t>[It's big, and you have air, it's air, it's good for air]</w:t>
      </w:r>
    </w:p>
    <w:p>
      <w:r>
        <w:t>Yes, {…} good air, Boruch Hashem</w:t>
      </w:r>
    </w:p>
    <w:p>
      <w:r>
        <w:t>[I, now I want to travel home]</w:t>
      </w:r>
    </w:p>
    <w:p>
      <w:r>
        <w:t>Yes</w:t>
      </w:r>
    </w:p>
    <w:p>
      <w:r>
        <w:t>[Friday, I need to be home on Shabbos]</w:t>
      </w:r>
    </w:p>
    <w:p>
      <w:r>
        <w:t>Good, good, go, go, go, I {go}, am not throwing you out</w:t>
      </w:r>
    </w:p>
    <w:p>
      <w:r>
        <w:t>[God forbid]</w:t>
      </w:r>
    </w:p>
    <w:p>
      <w:r>
        <w:t>I want us to be together, one soul, always together</w:t>
      </w:r>
    </w:p>
    <w:p>
      <w:r>
        <w:t>[Amen]</w:t>
      </w:r>
    </w:p>
    <w:p>
      <w:r>
        <w:t>{Shoyn}</w:t>
      </w:r>
    </w:p>
    <w:p>
      <w:r>
        <w:t>[Saba, goodbye]</w:t>
      </w:r>
    </w:p>
    <w:p>
      <w:r>
        <w:t>Goodbye</w:t>
      </w:r>
    </w:p>
    <w:p>
      <w:r>
        <w:t>[And good tidings]...</w:t>
      </w:r>
    </w:p>
    <w:p>
      <w:r>
        <w:t>...{… he learns about Rabbainu}, ah…</w:t>
      </w:r>
    </w:p>
    <w:p>
      <w:r>
        <w:t>...Does he learn in a Talmud Torah?</w:t>
      </w:r>
    </w:p>
    <w:p>
      <w:r>
        <w:t>[Yes, he learns in a 'cheder']</w:t>
      </w:r>
    </w:p>
    <w:p>
      <w:r>
        <w:t>'Cheder'</w:t>
      </w:r>
    </w:p>
    <w:p>
      <w:r>
        <w:t>[Yes, in Ramot, he is an excellent boy]...</w:t>
      </w:r>
    </w:p>
    <w:p>
      <w:r>
        <w:t>...{….}, to pray that he merits to draw close to Rabbainu</w:t>
      </w:r>
    </w:p>
    <w:p>
      <w:r>
        <w:t>[Amen]</w:t>
      </w:r>
    </w:p>
    <w:p>
      <w:r>
        <w:t>To learn Rabbainu's books...</w:t>
      </w:r>
    </w:p>
    <w:p>
      <w:r>
        <w:t>...Travel to Uman</w:t>
      </w:r>
    </w:p>
    <w:p>
      <w:r>
        <w:t>[Yes]</w:t>
      </w:r>
    </w:p>
    <w:p>
      <w:r>
        <w:t>To Rabbainu</w:t>
      </w:r>
    </w:p>
    <w:p>
      <w:r>
        <w:t>[But he.., perhaps Rabbainu will come to Yerushalayim this year] Eh?</w:t>
      </w:r>
    </w:p>
    <w:p>
      <w:r>
        <w:t>[Perhaps Rabbainu will come to Yerushalayim this year, with God's help]</w:t>
      </w:r>
    </w:p>
    <w:p>
      <w:r>
        <w:t>{..}, if only</w:t>
      </w:r>
    </w:p>
    <w:p>
      <w:r>
        <w:t>[To pray]</w:t>
      </w:r>
    </w:p>
    <w:p>
      <w:r>
        <w:t>Ah...</w:t>
      </w:r>
    </w:p>
    <w:p>
      <w:r>
        <w:t>…{Bring, bring me up to here}</w:t>
      </w:r>
    </w:p>
    <w:p>
      <w:r>
        <w:t>[Good, I'm going home now]</w:t>
      </w:r>
    </w:p>
    <w:p>
      <w:r>
        <w:t>Good</w:t>
      </w:r>
    </w:p>
    <w:p>
      <w:r>
        <w:t>[I'm traveling to Tzfas now]</w:t>
      </w:r>
    </w:p>
    <w:p>
      <w:r>
        <w:t>Good, to Tzfas?</w:t>
      </w:r>
    </w:p>
    <w:p>
      <w:r>
        <w:t>[Yes]</w:t>
      </w:r>
    </w:p>
    <w:p>
      <w:r>
        <w:t>What? You live in Tzfas?</w:t>
      </w:r>
    </w:p>
    <w:p>
      <w:r>
        <w:t>[Yes, Saba]…</w:t>
      </w:r>
    </w:p>
    <w:p>
      <w:r>
        <w:t>...{...} in Tzfas?</w:t>
      </w:r>
    </w:p>
    <w:p>
      <w:r>
        <w:t>[No, I live in Tzfas]</w:t>
      </w:r>
    </w:p>
    <w:p>
      <w:r>
        <w:t>[I …….]</w:t>
      </w:r>
    </w:p>
    <w:p>
      <w:r>
        <w:t>[He lives in Mekor Baruch, Meir]</w:t>
      </w:r>
    </w:p>
    <w:p>
      <w:r>
        <w:t>[I, Meir lives in Mekor Baruch]…</w:t>
      </w:r>
    </w:p>
    <w:p>
      <w:r>
        <w:t>...[I am Meir son of Chaya]</w:t>
      </w:r>
    </w:p>
    <w:p>
      <w:r>
        <w:t>And you?</w:t>
      </w:r>
    </w:p>
    <w:p>
      <w:r>
        <w:t>[Tzion Barzilai]</w:t>
      </w:r>
    </w:p>
    <w:p>
      <w:r>
        <w:t>Where do you live?</w:t>
      </w:r>
    </w:p>
    <w:p>
      <w:r>
        <w:t>[In Tzfas]</w:t>
      </w:r>
    </w:p>
    <w:p>
      <w:r>
        <w:t>In Tzfas?</w:t>
      </w:r>
    </w:p>
    <w:p>
      <w:r>
        <w:t>[Yes]</w:t>
      </w:r>
    </w:p>
    <w:p>
      <w:r>
        <w:t>An apartment, an apartment {that they rented}?</w:t>
      </w:r>
    </w:p>
    <w:p>
      <w:r>
        <w:t>[Of Amidav, yes] Amidav?</w:t>
      </w:r>
    </w:p>
    <w:p>
      <w:r>
        <w:t>[Yes]</w:t>
      </w:r>
    </w:p>
    <w:p>
      <w:r>
        <w:t>How much do you pay per month?</w:t>
      </w:r>
    </w:p>
    <w:p>
      <w:r>
        <w:t>[Fifty shekels]</w:t>
      </w:r>
    </w:p>
    <w:p>
      <w:r>
        <w:t>{Like that}, how many rooms?</w:t>
      </w:r>
    </w:p>
    <w:p>
      <w:r>
        <w:t>[Three rooms]</w:t>
      </w:r>
    </w:p>
    <w:p>
      <w:r>
        <w:t>Three?</w:t>
      </w:r>
    </w:p>
    <w:p>
      <w:r>
        <w:t>[Yes]</w:t>
      </w:r>
    </w:p>
    <w:p>
      <w:r>
        <w:t>Oy vey...</w:t>
      </w:r>
    </w:p>
    <w:p>
      <w:r>
        <w:t>...{Ah}</w:t>
      </w:r>
    </w:p>
    <w:p>
      <w:r>
        <w:t>["But with the books you did well”, so Moshe Rabbainu said to him: "Good? Very good"] Very good</w:t>
      </w:r>
    </w:p>
    <w:p>
      <w:r>
        <w:t>They don't know news, you didn't hear</w:t>
      </w:r>
    </w:p>
    <w:p>
      <w:r>
        <w:t>[No, not yet, this is my mother, my mother gave you Bamba]</w:t>
      </w:r>
    </w:p>
    <w:p>
      <w:r>
        <w:t>Your mother, mother</w:t>
      </w:r>
    </w:p>
    <w:p>
      <w:r>
        <w:t>[Mine, yes]</w:t>
      </w:r>
    </w:p>
    <w:p>
      <w:r>
        <w:t>You have a mother?</w:t>
      </w:r>
    </w:p>
    <w:p>
      <w:r>
        <w:t>[Boruch Hashem, a righteous mother, a righteous woman]</w:t>
      </w:r>
    </w:p>
    <w:p>
      <w:r>
        <w:t>Yes? And.. your brother Michael</w:t>
      </w:r>
    </w:p>
    <w:p>
      <w:r>
        <w:t>[This is him, he has a brother, Michael]</w:t>
      </w:r>
    </w:p>
    <w:p>
      <w:r>
        <w:t>Ah, you mother</w:t>
      </w:r>
    </w:p>
    <w:p>
      <w:r>
        <w:t>[This, I'm giving you Bamba, my mother told me to give you Bamba</w:t>
      </w:r>
    </w:p>
    <w:p>
      <w:r>
        <w:t>She gave me two, she told me give one to Saba]</w:t>
      </w:r>
    </w:p>
    <w:p>
      <w:r>
        <w:t>Good</w:t>
      </w:r>
    </w:p>
    <w:p>
      <w:r>
        <w:t>[Good Shabbos, Saba, Good Shabbos]</w:t>
      </w:r>
    </w:p>
    <w:p>
      <w:r>
        <w:t>Strengthen yourself always to be, always joy</w:t>
      </w:r>
    </w:p>
    <w:p>
      <w:r>
        <w:t>[That is the main thing]</w:t>
      </w:r>
    </w:p>
    <w:p>
      <w:r>
        <w:t>"It is a great mitzvah to always be joyful"</w:t>
      </w:r>
    </w:p>
    <w:p>
      <w:r>
        <w:t>[“To always be joyful", Good Shabbos]…</w:t>
      </w:r>
    </w:p>
    <w:p>
      <w:r>
        <w:t>...{So ah.. no, no ….}</w:t>
      </w:r>
    </w:p>
    <w:p>
      <w:r>
        <w:t>[.., yes] {Only, ah,}</w:t>
      </w:r>
    </w:p>
    <w:p>
      <w:r>
        <w:t>[Yes]…</w:t>
      </w:r>
    </w:p>
    <w:p>
      <w:r>
        <w:t>...{Who is the.. his, the teacher?}</w:t>
      </w:r>
    </w:p>
    <w:p>
      <w:r>
        <w:t>[Ah..]</w:t>
      </w:r>
    </w:p>
    <w:p>
      <w:r>
        <w:t>Sephardi?</w:t>
      </w:r>
    </w:p>
    <w:p>
      <w:r>
        <w:t>[Yes, Sephardi, yes]</w:t>
      </w:r>
    </w:p>
    <w:p>
      <w:r>
        <w:t>Is he close to Rabbainu?</w:t>
      </w:r>
    </w:p>
    <w:p>
      <w:r>
        <w:t>[I don't know, but he, he, he talks a little about the "Tikkun HaKlali"] Yes?</w:t>
      </w:r>
    </w:p>
    <w:p>
      <w:r>
        <w:t>[Yes, and he also has the note]</w:t>
      </w:r>
    </w:p>
    <w:p>
      <w:r>
        <w:t>Eh?</w:t>
      </w:r>
    </w:p>
    <w:p>
      <w:r>
        <w:t>[He also has the note]</w:t>
      </w:r>
    </w:p>
    <w:p>
      <w:r>
        <w:t>Yes?</w:t>
      </w:r>
    </w:p>
    <w:p>
      <w:r>
        <w:t>[Yes, because my son publicizes it in school]</w:t>
      </w:r>
    </w:p>
    <w:p>
      <w:r>
        <w:t>He publicizes me?</w:t>
      </w:r>
    </w:p>
    <w:p>
      <w:r>
        <w:t>[The note]</w:t>
      </w:r>
    </w:p>
    <w:p>
      <w:r>
        <w:t>The note</w:t>
      </w:r>
    </w:p>
    <w:p>
      <w:r>
        <w:t>[Yes]</w:t>
      </w:r>
    </w:p>
    <w:p>
      <w:r>
        <w:t>In school</w:t>
      </w:r>
    </w:p>
    <w:p>
      <w:r>
        <w:t>[Yes]…</w:t>
      </w:r>
    </w:p>
    <w:p>
      <w:r>
        <w:t>...[He lives in Bnei Brak]</w:t>
      </w:r>
    </w:p>
    <w:p>
      <w:r>
        <w:t>Yes, yes</w:t>
      </w:r>
    </w:p>
    <w:p>
      <w:r>
        <w:t>[Yes]</w:t>
      </w:r>
    </w:p>
    <w:p>
      <w:r>
        <w:t>Does he have children?</w:t>
      </w:r>
    </w:p>
    <w:p>
      <w:r>
        <w:t>[I don't know]</w:t>
      </w:r>
    </w:p>
    <w:p>
      <w:r>
        <w:t>[.…]</w:t>
      </w:r>
    </w:p>
    <w:p>
      <w:r>
        <w:t>[Yes, he does, Shimon told me that he has..]</w:t>
      </w:r>
    </w:p>
    <w:p>
      <w:r>
        <w:t>Eh?</w:t>
      </w:r>
    </w:p>
    <w:p>
      <w:r>
        <w:t>[Shimon told me that he has..]</w:t>
      </w:r>
    </w:p>
    <w:p>
      <w:r>
        <w:t>Ah, ah</w:t>
      </w:r>
    </w:p>
    <w:p>
      <w:r>
        <w:t>[Saba, Rosh Chodesh is Monday and Tuesday]</w:t>
      </w:r>
    </w:p>
    <w:p>
      <w:r>
        <w:t>Yes, two days</w:t>
      </w:r>
    </w:p>
    <w:p>
      <w:r>
        <w:t>[Two days, yes]</w:t>
      </w:r>
    </w:p>
    <w:p>
      <w:r>
        <w:t>Monday and day..</w:t>
      </w:r>
    </w:p>
    <w:p>
      <w:r>
        <w:t>[Tuesday, yes]...</w:t>
      </w:r>
    </w:p>
    <w:p>
      <w:r>
        <w:t>...{…}</w:t>
      </w:r>
    </w:p>
    <w:p>
      <w:r>
        <w:t>[On the thirtieth of Nissan and the first of Iyar]</w:t>
      </w:r>
    </w:p>
    <w:p>
      <w:r>
        <w:t>On the first of Iyar</w:t>
      </w:r>
    </w:p>
    <w:p>
      <w:r>
        <w:t>[Yes, and the thirtieth of Nissan, the Rosh Chodesh, yes, two days]...</w:t>
      </w:r>
    </w:p>
    <w:p>
      <w:r>
        <w:t>...[…..]</w:t>
      </w:r>
    </w:p>
    <w:p>
      <w:r>
        <w:t>A little more…</w:t>
      </w:r>
    </w:p>
    <w:p>
      <w:r>
        <w:t>...{..}</w:t>
      </w:r>
    </w:p>
    <w:p>
      <w:r>
        <w:t>[Yes..]…</w:t>
      </w:r>
    </w:p>
    <w:p>
      <w:r>
        <w:t>...This is adamah, eh?</w:t>
      </w:r>
    </w:p>
    <w:p>
      <w:r>
        <w:t>[What?]</w:t>
      </w:r>
    </w:p>
    <w:p>
      <w:r>
        <w:t>Which blessing on this?</w:t>
      </w:r>
    </w:p>
    <w:p>
      <w:r>
        <w:t>[…..]</w:t>
      </w:r>
    </w:p>
    <w:p>
      <w:r>
        <w:t>[… 'Shehakol..', 'Shehakol..']</w:t>
      </w:r>
    </w:p>
    <w:p>
      <w:r>
        <w:t>'Shehakol..', good, good, nu</w:t>
      </w:r>
    </w:p>
    <w:p>
      <w:r>
        <w:t>{"Mashiach”, I won't give, won't give you this, and.. won't give you}…</w:t>
      </w:r>
    </w:p>
    <w:p>
      <w:r>
        <w:t>...[Good]</w:t>
      </w:r>
    </w:p>
    <w:p>
      <w:r>
        <w:t>Eh?</w:t>
      </w:r>
    </w:p>
    <w:p>
      <w:r>
        <w:t>[Nu good]</w:t>
      </w:r>
    </w:p>
    <w:p>
      <w:r>
        <w:t>[Do you want the refrigerator to be here in the house?]</w:t>
      </w:r>
    </w:p>
    <w:p>
      <w:r>
        <w:t>Yes</w:t>
      </w:r>
    </w:p>
    <w:p>
      <w:r>
        <w:t>[In the room?]</w:t>
      </w:r>
    </w:p>
    <w:p>
      <w:r>
        <w:t>Yes</w:t>
      </w:r>
    </w:p>
    <w:p>
      <w:r>
        <w:t>[Good]</w:t>
      </w:r>
    </w:p>
    <w:p>
      <w:r>
        <w:t>Eh?</w:t>
      </w:r>
    </w:p>
    <w:p>
      <w:r>
        <w:t>[For the milk?]</w:t>
      </w:r>
    </w:p>
    <w:p>
      <w:r>
        <w:t>{Milk}.., for the food</w:t>
      </w:r>
    </w:p>
    <w:p>
      <w:r>
        <w:t>[Good, good]</w:t>
      </w:r>
    </w:p>
    <w:p>
      <w:r>
        <w:t>"Milk"</w:t>
      </w:r>
    </w:p>
    <w:p>
      <w:r>
        <w:t>[Good, all right]</w:t>
      </w:r>
    </w:p>
    <w:p>
      <w:r>
        <w:t>Nu, but you are {here}, you need for yourself?</w:t>
      </w:r>
    </w:p>
    <w:p>
      <w:r>
        <w:t>[No, I, I, I am buying one]</w:t>
      </w:r>
    </w:p>
    <w:p>
      <w:r>
        <w:t>Eh?</w:t>
      </w:r>
    </w:p>
    <w:p>
      <w:r>
        <w:t>[I am buying one for you]</w:t>
      </w:r>
    </w:p>
    <w:p>
      <w:r>
        <w:t>Yes?</w:t>
      </w:r>
    </w:p>
    <w:p>
      <w:r>
        <w:t>[Yes]</w:t>
      </w:r>
    </w:p>
    <w:p>
      <w:r>
        <w:t>Small</w:t>
      </w:r>
    </w:p>
    <w:p>
      <w:r>
        <w:t>[Small, yes]</w:t>
      </w:r>
    </w:p>
    <w:p>
      <w:r>
        <w:t>Good, good, good</w:t>
      </w:r>
    </w:p>
    <w:p>
      <w:r>
        <w:t>[A few days, a few days I have been searching]</w:t>
      </w:r>
    </w:p>
    <w:p>
      <w:r>
        <w:t>Eh?</w:t>
      </w:r>
    </w:p>
    <w:p>
      <w:r>
        <w:t>[It takes a few days, and I am searching for one]</w:t>
      </w:r>
    </w:p>
    <w:p>
      <w:r>
        <w:t>{...}, yes, yes</w:t>
      </w:r>
    </w:p>
    <w:p>
      <w:r>
        <w:t>[Yes]</w:t>
      </w:r>
    </w:p>
    <w:p>
      <w:r>
        <w:t>It isn't urgent</w:t>
      </w:r>
    </w:p>
    <w:p>
      <w:r>
        <w:t>[Good, with God's help]</w:t>
      </w:r>
    </w:p>
    <w:p>
      <w:r>
        <w:t>When you find one</w:t>
      </w:r>
    </w:p>
    <w:p>
      <w:r>
        <w:t>[Good]</w:t>
      </w:r>
    </w:p>
    <w:p>
      <w:r>
        <w:t>A small refrigerator</w:t>
      </w:r>
    </w:p>
    <w:p>
      <w:r>
        <w:t>[Good]</w:t>
      </w:r>
    </w:p>
    <w:p>
      <w:r>
        <w:t>Old</w:t>
      </w:r>
    </w:p>
    <w:p>
      <w:r>
        <w:t>[Good]</w:t>
      </w:r>
    </w:p>
    <w:p>
      <w:r>
        <w:t>Buy</w:t>
      </w:r>
    </w:p>
    <w:p>
      <w:r>
        <w:t>[Good]</w:t>
      </w:r>
    </w:p>
    <w:p>
      <w:r>
        <w:t>For me</w:t>
      </w:r>
    </w:p>
    <w:p>
      <w:r>
        <w:t>[Good, Rebbe Yisroel, all right]...</w:t>
      </w:r>
    </w:p>
    <w:p>
      <w:r>
        <w:t>...That there is no one who can help us, even {a little}, even a drop from the sea</w:t>
      </w:r>
    </w:p>
    <w:p>
      <w:r>
        <w:t>Only he, only he</w:t>
      </w:r>
    </w:p>
    <w:p>
      <w:r>
        <w:t>[…….…]</w:t>
      </w:r>
    </w:p>
    <w:p>
      <w:r>
        <w:t>[……...]</w:t>
      </w:r>
    </w:p>
    <w:p>
      <w:r>
        <w:t>There is already "Likutei Moharan", there is already "Likutei Tefilos", there is already "Likutei Halachos"</w:t>
      </w:r>
    </w:p>
    <w:p>
      <w:r>
        <w:t>These are words of Mashiach</w:t>
      </w:r>
    </w:p>
    <w:p>
      <w:r>
        <w:t>[….…..]</w:t>
      </w:r>
    </w:p>
    <w:p>
      <w:r>
        <w:t>[……...]</w:t>
      </w:r>
    </w:p>
    <w:p>
      <w:r>
        <w:t>Mashiach is also included in his words, which is such a wonder</w:t>
      </w:r>
    </w:p>
    <w:p>
      <w:r>
        <w:t>For we are such sick people, that there is no one who can help us, only he himself</w:t>
      </w:r>
    </w:p>
    <w:p>
      <w:r>
        <w:t>{. .}, this "Likutei Tefilos", this "Likutei Moharan"</w:t>
      </w:r>
    </w:p>
    <w:p>
      <w:r>
        <w:t>[………]</w:t>
      </w:r>
    </w:p>
    <w:p>
      <w:r>
        <w:t>[……...]</w:t>
      </w:r>
    </w:p>
    <w:p>
      <w:r>
        <w:t>When we look at the world, such a world</w:t>
      </w:r>
    </w:p>
    <w:p>
      <w:r>
        <w:t>One could think there is no place to help, it is impossible to help such sick people</w:t>
      </w:r>
    </w:p>
    <w:p>
      <w:r>
        <w:t>{And.. and.. with him} this entire world is nothing</w:t>
      </w:r>
    </w:p>
    <w:p>
      <w:r>
        <w:t>He will turn the entire world to Hashem Yisborach, to the Torah, to the truth</w:t>
      </w:r>
    </w:p>
    <w:p>
      <w:r>
        <w:t>He wil.., break all the heresies from in the world</w:t>
      </w:r>
    </w:p>
    <w:p>
      <w:r>
        <w:t>He, he will turn them, on the contrary, into great lights</w:t>
      </w:r>
    </w:p>
    <w:p>
      <w:r>
        <w:t>[……]</w:t>
      </w:r>
    </w:p>
    <w:p>
      <w:r>
        <w:t>[……]..</w:t>
      </w:r>
    </w:p>
    <w:p>
      <w:r>
        <w:t>..the Torah {this}, there are many Torahs, and in every Torah he will turn them</w:t>
      </w:r>
    </w:p>
    <w:p>
      <w:r>
        <w:t>{…} only he can heal, revive, heal us</w:t>
      </w:r>
    </w:p>
    <w:p>
      <w:r>
        <w:t>{Because\and} Rebbe Nassan was liable to death, the entire world wanted to kill Rebbe Nassan</w:t>
      </w:r>
    </w:p>
    <w:p>
      <w:r>
        <w:t>What? He, he, he speaks about Rabbainu what he speaks, yes</w:t>
      </w:r>
    </w:p>
    <w:p>
      <w:r>
        <w:t>The entire world {wanted ……..}, but now that everyone {says only the holy Rabbainu}</w:t>
      </w:r>
    </w:p>
    <w:p>
      <w:r>
        <w:t>The holy Rabbainu said:</w:t>
      </w:r>
    </w:p>
    <w:p>
      <w:r>
        <w:t>"I and.. I and Na.., and Nassan laugh at the entire world"</w:t>
      </w:r>
    </w:p>
    <w:p>
      <w:r>
        <w:t>They {subdue} all the evil, they, they heal everyone, the entire world</w:t>
      </w:r>
    </w:p>
    <w:p>
      <w:r>
        <w:t>What is impossible, {such wisdoms}</w:t>
      </w:r>
    </w:p>
    <w:p>
      <w:r>
        <w:t>If not, if I had not {drawn close}, only, only to see the avodah of Rebbe Yisroel (Kardonner), how he was always with Hashem Yisborach, how he..</w:t>
      </w:r>
    </w:p>
    <w:p>
      <w:r>
        <w:t>His chatzos, the chatzos, he went to the forest at night</w:t>
      </w:r>
    </w:p>
    <w:p>
      <w:r>
        <w:t>When there was a storm, murderers and robbers and.. {there was the Turkish war}</w:t>
      </w:r>
    </w:p>
    <w:p>
      <w:r>
        <w:t>{…..}, all the non-Jews want to kill us</w:t>
      </w:r>
    </w:p>
    <w:p>
      <w:r>
        <w:t>Nu, and he was the main foundation and the main secret of everything</w:t>
      </w:r>
    </w:p>
    <w:p>
      <w:r>
        <w:t>Only he can rectify the world, he, he will turn all the wicked people around, rectify all the wicked people</w:t>
      </w:r>
    </w:p>
    <w:p>
      <w:r>
        <w:t>{With} such rectifications.. there are none</w:t>
      </w:r>
    </w:p>
    <w:p>
      <w:r>
        <w:t>Only {in the month of Elul\ he is a wondrous novelty}, such an awesome novelty, he can turn the entire world around</w:t>
      </w:r>
    </w:p>
    <w:p>
      <w:r>
        <w:t>He said: "I and Nassan laugh at the entire world"</w:t>
      </w:r>
    </w:p>
    <w:p>
      <w:r>
        <w:t>Were it not for Rebbe Nassan, we would not know of Rabbainu at all</w:t>
      </w:r>
    </w:p>
    <w:p>
      <w:r>
        <w:t>Rebbe Nassan reveals a drop from the sea {{of his Torah\\how, how he saw him}}</w:t>
      </w:r>
    </w:p>
    <w:p>
      <w:r>
        <w:t>And blessed be Hashem, I was {one}, everyone was an opponent {…}</w:t>
      </w:r>
    </w:p>
    <w:p>
      <w:r>
        <w:t>The father and the mother and the entire family and the entire city and the entire world, I came to Yerushalayim</w:t>
      </w:r>
    </w:p>
    <w:p>
      <w:r>
        <w:t>And the "yera'im" {they did not want to see me, so as not to give me shalom}</w:t>
      </w:r>
    </w:p>
    <w:p>
      <w:r>
        <w:t>[All the "yera'im" did not want to see him, so as not to give him shalom]</w:t>
      </w:r>
    </w:p>
    <w:p>
      <w:r>
        <w:t>[Because he is a Breslover]</w:t>
      </w:r>
    </w:p>
    <w:p>
      <w:r>
        <w:t>[……..]</w:t>
      </w:r>
    </w:p>
    <w:p>
      <w:r>
        <w:t>[……..]</w:t>
      </w:r>
    </w:p>
    <w:p>
      <w:r>
        <w:t>Blessed be Hashem, people {. .} have already passed away, died</w:t>
      </w:r>
    </w:p>
    <w:p>
      <w:r>
        <w:t>None remained, only one, me, only one in the world {ah.. me}</w:t>
      </w:r>
    </w:p>
    <w:p>
      <w:r>
        <w:t>[Idiot, he is in a profusion of light, one hundred percent]</w:t>
      </w:r>
    </w:p>
    <w:p>
      <w:r>
        <w:t>[……]</w:t>
      </w:r>
    </w:p>
    <w:p>
      <w:r>
        <w:t>[Yes]</w:t>
      </w:r>
    </w:p>
    <w:p>
      <w:r>
        <w:t>[…….]</w:t>
      </w:r>
    </w:p>
    <w:p>
      <w:r>
        <w:t>[Without the evil eye, Ben Poras Yosef, hamsa…]</w:t>
      </w:r>
    </w:p>
    <w:p>
      <w:r>
        <w:t>[…..…]</w:t>
      </w:r>
    </w:p>
    <w:p>
      <w:r>
        <w:t>[……..]</w:t>
      </w:r>
    </w:p>
    <w:p>
      <w:r>
        <w:t>{…...19:28…...}</w:t>
      </w:r>
    </w:p>
    <w:p>
      <w:r>
        <w:t>[No, no, take the children out]</w:t>
      </w:r>
    </w:p>
    <w:p>
      <w:r>
        <w:t>{The world is far} from the truth, from the light, from the darkness, {yes}</w:t>
      </w:r>
    </w:p>
    <w:p>
      <w:r>
        <w:t>Only the holy Rabbainu, he will turn the entire world around</w:t>
      </w:r>
    </w:p>
    <w:p>
      <w:r>
        <w:t>He turns, he {can already}, so there is no need to wait</w:t>
      </w:r>
    </w:p>
    <w:p>
      <w:r>
        <w:t>He is already turning everything around, he will turn the entire world around with every single utterance {… of Rabbainu}, he, he will turn it around</w:t>
      </w:r>
    </w:p>
    <w:p>
      <w:r>
        <w:t>Only the non-Jews cannot be healed, the non-Jews are a kind of living creature</w:t>
      </w:r>
    </w:p>
    <w:p>
      <w:r>
        <w:t>A kind, a kind of animal, a kind of beast.. there is no one to talk to</w:t>
      </w:r>
    </w:p>
    <w:p>
      <w:r>
        <w:t>Only Jews</w:t>
      </w:r>
    </w:p>
    <w:p>
      <w:r>
        <w:t>The holy Rabbainu, he, {{he knows how to speak}}, but the entire world are animals</w:t>
      </w:r>
    </w:p>
    <w:p>
      <w:r>
        <w:t>They are a kind of animals that walk on two legs, yes</w:t>
      </w:r>
    </w:p>
    <w:p>
      <w:r>
        <w:t>It is impossible to help them, the non-Jews, {what}</w:t>
      </w:r>
    </w:p>
    <w:p>
      <w:r>
        <w:t>But Jews, even if he should fall however he should fall, he can help him</w:t>
      </w:r>
    </w:p>
    <w:p>
      <w:r>
        <w:t>He will turn them around, completely, completely, completely</w:t>
      </w:r>
    </w:p>
    <w:p>
      <w:r>
        <w:t>[……….]</w:t>
      </w:r>
    </w:p>
    <w:p>
      <w:r>
        <w:t>[….…...]</w:t>
      </w:r>
    </w:p>
    <w:p>
      <w:r>
        <w:t>{….}, I {was\saw} a year, two years ago</w:t>
      </w:r>
    </w:p>
    <w:p>
      <w:r>
        <w:t>They would excommunicate him, they were banishing me to the desert:</w:t>
      </w:r>
    </w:p>
    <w:p>
      <w:r>
        <w:t>"Go, go, go, you have no place here.. next to us"</w:t>
      </w:r>
    </w:p>
    <w:p>
      <w:r>
        <w:t>Today, today {it is permitted\he is here}, yes</w:t>
      </w:r>
    </w:p>
    <w:p>
      <w:r>
        <w:t>And I would speak such words that did not..</w:t>
      </w:r>
    </w:p>
    <w:p>
      <w:r>
        <w:t>{I have not yet spo..}.., I have not yet spoken even a drop from the sea of this, of such a wonder</w:t>
      </w:r>
    </w:p>
    <w:p>
      <w:r>
        <w:t>There has never yet been such a wonder, yes</w:t>
      </w:r>
    </w:p>
    <w:p>
      <w:r>
        <w:t>He said this, and even if he said, it is not like a drop from the sea</w:t>
      </w:r>
    </w:p>
    <w:p>
      <w:r>
        <w:t>{Perhaps}, he, he wanted to reveal, {}</w:t>
      </w:r>
    </w:p>
    <w:p>
      <w:r>
        <w:t>And to be revealed, we need him very much, each one, to rectify him</w:t>
      </w:r>
    </w:p>
    <w:p>
      <w:r>
        <w:t>Nu, but now.. I spoke what I spoke</w:t>
      </w:r>
    </w:p>
    <w:p>
      <w:r>
        <w:t>{I am he.. ah.. this.. {I}.. this is possible, perhaps he is this.. I</w:t>
      </w:r>
    </w:p>
    <w:p>
      <w:r>
        <w:t>Perhaps maybe he is the gar.., the gardener …}"</w:t>
      </w:r>
    </w:p>
    <w:p>
      <w:r>
        <w:t>[What? What?]</w:t>
      </w:r>
    </w:p>
    <w:p>
      <w:r>
        <w:t>[Perhaps he is the gardener..]</w:t>
      </w:r>
    </w:p>
    <w:p>
      <w:r>
        <w:t>[………]</w:t>
      </w:r>
    </w:p>
    <w:p>
      <w:r>
        <w:t>Blessed be Hashem that we merit to hear and to speak such words, there is still hope {for all of us}</w:t>
      </w:r>
    </w:p>
    <w:p>
      <w:r>
        <w:t>{Only in what he revealed, there is everything in it, everything}</w:t>
      </w:r>
    </w:p>
    <w:p>
      <w:r>
        <w:t>The coming of Mashiach, and everything</w:t>
      </w:r>
    </w:p>
    <w:p>
      <w:r>
        <w:t>He revealed the coming of Mashiach, the year and the day, he revealed everything</w:t>
      </w:r>
    </w:p>
    <w:p>
      <w:r>
        <w:t>But we do not know, he revealed it to Rebbe Nassan</w:t>
      </w:r>
    </w:p>
    <w:p>
      <w:r>
        <w:t>And Rebbe Nassan {did} know, and the students of Rebbe Nassan also do not know a drop from the sea, oy voy..</w:t>
      </w:r>
    </w:p>
    <w:p>
      <w:r>
        <w:t>Oy voy, oy voy, oy voy</w:t>
      </w:r>
    </w:p>
    <w:p>
      <w:r>
        <w:t>{Yes}, ah</w:t>
      </w:r>
    </w:p>
    <w:p>
      <w:r>
        <w:t>[Saba]</w:t>
      </w:r>
    </w:p>
    <w:p>
      <w:r>
        <w:t>"What will become of you? Have mercy {on me}”</w:t>
      </w:r>
    </w:p>
    <w:p>
      <w:r>
        <w:t>{The mother also said …….}</w:t>
      </w:r>
    </w:p>
    <w:p>
      <w:r>
        <w:t>Was..</w:t>
      </w:r>
    </w:p>
    <w:p>
      <w:r>
        <w:t>[Rabbainu?]</w:t>
      </w:r>
    </w:p>
    <w:p>
      <w:r>
        <w:t>Blind in both his eyes, {as if dead}, and he cried before me:</w:t>
      </w:r>
    </w:p>
    <w:p>
      <w:r>
        <w:t>"My son, my son, I.., {know Breslov}, I advise you, who will take you for a groom?</w:t>
      </w:r>
    </w:p>
    <w:p>
      <w:r>
        <w:t>You will have no sons, you will have no.., what will become of you? You will have nothing!, what is this? Leave Breslov, have mercy on me and on yourself and leave Breslov"</w:t>
      </w:r>
    </w:p>
    <w:p>
      <w:r>
        <w:t>{And the mother..}…</w:t>
      </w:r>
    </w:p>
    <w:p>
      <w:r>
        <w:t>...{Already} whoever heard such a thing, "Yisroel Ber became Breslov"</w:t>
      </w:r>
    </w:p>
    <w:p>
      <w:r>
        <w:t>Shmuel Kroyzer, he was a young man, and he was a student of the.. of {the Torah scholars}, yes, he did not, did not have a bride, {and there was..}</w:t>
      </w:r>
    </w:p>
    <w:p>
      <w:r>
        <w:t>{Secrets\a match} of rabbis, of wealthy men, they wanted to give him all, all their money, and he, he did not want, did not want</w:t>
      </w:r>
    </w:p>
    <w:p>
      <w:r>
        <w:t>Whom did he want? Tziporah!</w:t>
      </w:r>
    </w:p>
    <w:p>
      <w:r>
        <w:t>What a {joy}, once he spoke with her, and he came home and said to:</w:t>
      </w:r>
    </w:p>
    <w:p>
      <w:r>
        <w:t>"Father, you know that I will tell you good news, I already have a bride</w:t>
      </w:r>
    </w:p>
    <w:p>
      <w:r>
        <w:t>I have already found Tziporah"</w:t>
      </w:r>
    </w:p>
    <w:p>
      <w:r>
        <w:t>"What? Who, who is this?"</w:t>
      </w:r>
    </w:p>
    <w:p>
      <w:r>
        <w:t>"Yisroel Ber, do you not know that there is a Breslover Hasid whose name is Yisroel Ber</w:t>
      </w:r>
    </w:p>
    <w:p>
      <w:r>
        <w:t>He, he is the mechutan, Tziporah the daughter of Yisroel Ber"</w:t>
      </w:r>
    </w:p>
    <w:p>
      <w:r>
        <w:t>He asked me: {"What is this?"}</w:t>
      </w:r>
    </w:p>
    <w:p>
      <w:r>
        <w:t>At the engagement he asked me:</w:t>
      </w:r>
    </w:p>
    <w:p>
      <w:r>
        <w:t>"What was it with Rebbe Yisroel (Kardonner), {what was this}, Rebbe Yisroel (Kardonner)?</w:t>
      </w:r>
    </w:p>
    <w:p>
      <w:r>
        <w:t>"{What was he\what, he.. he..}”</w:t>
      </w:r>
    </w:p>
    <w:p>
      <w:r>
        <w:t>"There are no words to speak about this"</w:t>
      </w:r>
    </w:p>
    <w:p>
      <w:r>
        <w:t>He said:</w:t>
      </w:r>
    </w:p>
    <w:p>
      <w:r>
        <w:t>"I heard what I heard"</w:t>
      </w:r>
    </w:p>
    <w:p>
      <w:r>
        <w:t>But now everyone says: "Only Breslov, Breslov, Breslov"</w:t>
      </w:r>
    </w:p>
    <w:p>
      <w:r>
        <w:t>Already the entire world</w:t>
      </w:r>
    </w:p>
    <w:p>
      <w:r>
        <w:t>{Previously, at the beginning, "they do not want there to be Breslov in this world”..}</w:t>
      </w:r>
    </w:p>
    <w:p>
      <w:r>
        <w:t>Now one sees in this world, the entire world wants Breslov, and they speak Breslov</w:t>
      </w:r>
    </w:p>
    <w:p>
      <w:r>
        <w:t>"Only Breslov, Breslov, Breslov.."</w:t>
      </w:r>
    </w:p>
    <w:p>
      <w:r>
        <w:t>I saw {self-sacrifice}, they do not have.., and if they have sense..</w:t>
      </w:r>
    </w:p>
    <w:p>
      <w:r>
        <w:t>Who sees only</w:t>
      </w:r>
    </w:p>
    <w:p>
      <w:r>
        <w:t>The "Likutei Tefilos"</w:t>
      </w:r>
    </w:p>
    <w:p>
      <w:r>
        <w:t>The "Likutei Halachos"</w:t>
      </w:r>
    </w:p>
    <w:p>
      <w:r>
        <w:t>The "Likutei Halachos"</w:t>
      </w:r>
    </w:p>
    <w:p>
      <w:r>
        <w:t>The "Likutei Etzos"</w:t>
      </w:r>
    </w:p>
    <w:p>
      <w:r>
        <w:t>What we have, such remedies, are not seen in the world, they exist in the world</w:t>
      </w:r>
    </w:p>
    <w:p>
      <w:r>
        <w:t>But not.. no, they do not want to touch, they do not want to know what it is</w:t>
      </w:r>
    </w:p>
    <w:p>
      <w:r>
        <w:t>But now a little something has been revealed, in the world, and the main thing is only Breslov</w:t>
      </w:r>
    </w:p>
    <w:p>
      <w:r>
        <w:t>Nu..</w:t>
      </w:r>
    </w:p>
    <w:p>
      <w:r>
        <w:t>[Only Breslov]</w:t>
      </w:r>
    </w:p>
    <w:p>
      <w:r>
        <w:t>[……………..]</w:t>
      </w:r>
    </w:p>
    <w:p>
      <w:r>
        <w:t>Oy, the entire world was angry with me..</w:t>
      </w:r>
    </w:p>
    <w:p>
      <w:r>
        <w:t>[…….]</w:t>
      </w:r>
    </w:p>
    <w:p>
      <w:r>
        <w:t>{}, they would not give me shalom, but there was, there were {among them} those who wanted to give me shalom, but he was afraid, only in.. in.. in secret he gave me shalom, but quickly</w:t>
      </w:r>
    </w:p>
    <w:p>
      <w:r>
        <w:t>So that they would not, would not see, would not, not know, would not see that they give shalom to Yisroel Ber</w:t>
      </w:r>
    </w:p>
    <w:p>
      <w:r>
        <w:t>"He studies Breslov books”</w:t>
      </w:r>
    </w:p>
    <w:p>
      <w:r>
        <w:t>At the time that I drew close to Rebbe Yisroel (Kardonner), and what happened happened</w:t>
      </w:r>
    </w:p>
    <w:p>
      <w:r>
        <w:t>{Already} another world came into being, became..</w:t>
      </w:r>
    </w:p>
    <w:p>
      <w:r>
        <w:t>{On this day} began, yes, that he will conquer the entire world</w:t>
      </w:r>
    </w:p>
    <w:p>
      <w:r>
        <w:t>He will conquer all Israel in a moment, in one moment, with one utterance</w:t>
      </w:r>
    </w:p>
    <w:p>
      <w:r>
        <w:t>[…………]</w:t>
      </w:r>
    </w:p>
    <w:p>
      <w:r>
        <w:t>[…………]</w:t>
      </w:r>
    </w:p>
    <w:p>
      <w:r>
        <w:t>[Saba, let us pray Maariv already]</w:t>
      </w:r>
    </w:p>
    <w:p>
      <w:r>
        <w:t>{…..}, but he has, I still have time</w:t>
      </w:r>
    </w:p>
    <w:p>
      <w:r>
        <w:t>[………..]</w:t>
      </w:r>
    </w:p>
    <w:p>
      <w:r>
        <w:t>[………..]</w:t>
      </w:r>
    </w:p>
    <w:p>
      <w:r>
        <w:t>They can speak of Breslov, they can say "Breslov”</w:t>
      </w:r>
    </w:p>
    <w:p>
      <w:r>
        <w:t>The holy Rabbainu {is here}</w:t>
      </w:r>
    </w:p>
    <w:p>
      <w:r>
        <w:t>At the time that the entire world opposed him, he said, he laughed at them all and he said…</w:t>
      </w:r>
    </w:p>
    <w:p>
      <w:r>
        <w:t>...[………………………..]</w:t>
      </w:r>
    </w:p>
    <w:p>
      <w:r>
        <w:t>[…………..………………]</w:t>
      </w:r>
    </w:p>
    <w:p>
      <w:r>
        <w:t>Now there were in the world Sephardim and.. all, and Zionists and everyone, all the Jews, no one peeps here</w:t>
      </w:r>
    </w:p>
    <w:p>
      <w:r>
        <w:t>"Only Breslov"</w:t>
      </w:r>
    </w:p>
    <w:p>
      <w:r>
        <w:t>They had {great Sephardim whom they honor}, they said:</w:t>
      </w:r>
    </w:p>
    <w:p>
      <w:r>
        <w:t>"The matter of Breslov, one sees that it is a very great thing</w:t>
      </w:r>
    </w:p>
    <w:p>
      <w:r>
        <w:t>A very true thing, a great thing, a very wondrous thing"</w:t>
      </w:r>
    </w:p>
    <w:p>
      <w:r>
        <w:t>Yes, great Sephardim, they said:</w:t>
      </w:r>
    </w:p>
    <w:p>
      <w:r>
        <w:t>"The matter of Breslov is, it is very good"</w:t>
      </w:r>
    </w:p>
    <w:p>
      <w:r>
        <w:t>[……….]</w:t>
      </w:r>
    </w:p>
    <w:p>
      <w:r>
        <w:t>[……]</w:t>
      </w:r>
    </w:p>
    <w:p>
      <w:r>
        <w:t>I brought President Shazar close, before he became president</w:t>
      </w:r>
    </w:p>
    <w:p>
      <w:r>
        <w:t>And his wife, his wife wanted to divorce, he said that I:</w:t>
      </w:r>
    </w:p>
    <w:p>
      <w:r>
        <w:t>"Yisroel Ber Odesser is my good friend, my choicest and best one</w:t>
      </w:r>
    </w:p>
    <w:p>
      <w:r>
        <w:t>I have Ben-Gurion and.. and other friends, yes</w:t>
      </w:r>
    </w:p>
    <w:p>
      <w:r>
        <w:t>But Yisroel Ber Odesser, he, he, he is {a master}, he is all my vitality"</w:t>
      </w:r>
    </w:p>
    <w:p>
      <w:r>
        <w:t>[……….]</w:t>
      </w:r>
    </w:p>
    <w:p>
      <w:r>
        <w:t>[……….]</w:t>
      </w:r>
    </w:p>
    <w:p>
      <w:r>
        <w:t>And his wife, he, he.., that she wants to divorce</w:t>
      </w:r>
    </w:p>
    <w:p>
      <w:r>
        <w:t>"Such a president who has a friend like Yisroel Ber Odesser</w:t>
      </w:r>
    </w:p>
    <w:p>
      <w:r>
        <w:t>Then I.., I do not want" in her voice:</w:t>
      </w:r>
    </w:p>
    <w:p>
      <w:r>
        <w:t>I do not want such a president, I want a get”</w:t>
      </w:r>
    </w:p>
    <w:p>
      <w:r>
        <w:t>He said:</w:t>
      </w:r>
    </w:p>
    <w:p>
      <w:r>
        <w:t>"Nu, good, I will divorce you, whatever you want, but I need all the Jews" […….…]</w:t>
      </w:r>
    </w:p>
    <w:p>
      <w:r>
        <w:t>He said, that I am his good and choicest friend, {what is this}</w:t>
      </w:r>
    </w:p>
    <w:p>
      <w:r>
        <w:t>He had many friends, and said, that I am the best and choicest of them all</w:t>
      </w:r>
    </w:p>
    <w:p>
      <w:r>
        <w:t>{They}, there were those who would say that he was crazy</w:t>
      </w:r>
    </w:p>
    <w:p>
      <w:r>
        <w:t>[………]</w:t>
      </w:r>
    </w:p>
    <w:p>
      <w:r>
        <w:t>[…..….]</w:t>
      </w:r>
    </w:p>
    <w:p>
      <w:r>
        <w:t>Just to see such a thing, such a wondrous thing</w:t>
      </w:r>
    </w:p>
    <w:p>
      <w:r>
        <w:t>Yisroel Ber and President Shazar</w:t>
      </w:r>
    </w:p>
    <w:p>
      <w:r>
        <w:t>I, I, I am his good and choicest friend</w:t>
      </w:r>
    </w:p>
    <w:p>
      <w:r>
        <w:t>He has no good friend like this, like Yisroel Ber</w:t>
      </w:r>
    </w:p>
    <w:p>
      <w:r>
        <w:t>I made a wedding for my son Pinchas, he came to the wedding and..</w:t>
      </w:r>
    </w:p>
    <w:p>
      <w:r>
        <w:t>This was the director of the Histadrut, Goldman, Goldman</w:t>
      </w:r>
    </w:p>
    <w:p>
      <w:r>
        <w:t>[Yes, yes]</w:t>
      </w:r>
    </w:p>
    <w:p>
      <w:r>
        <w:t>He said to Goldman:</w:t>
      </w:r>
    </w:p>
    <w:p>
      <w:r>
        <w:t>"I have a friend, Yisroel Ber Odesser”</w:t>
      </w:r>
    </w:p>
    <w:p>
      <w:r>
        <w:t>[……..]</w:t>
      </w:r>
    </w:p>
    <w:p>
      <w:r>
        <w:t>[……..]</w:t>
      </w:r>
    </w:p>
    <w:p>
      <w:r>
        <w:t>"Yisroel Ber Odesser"</w:t>
      </w:r>
    </w:p>
    <w:p>
      <w:r>
        <w:t>[Saba, they want to recite 'Birkat Hamazon,' so that the time will not pass]</w:t>
      </w:r>
    </w:p>
    <w:p>
      <w:r>
        <w:t>Ah, good, good</w:t>
      </w:r>
    </w:p>
    <w:p>
      <w:r>
        <w:t>[……..…]</w:t>
      </w:r>
    </w:p>
    <w:p>
      <w:r>
        <w:t>[……..…]</w:t>
      </w:r>
    </w:p>
    <w:p>
      <w:r>
        <w:t>Ho</w:t>
      </w:r>
    </w:p>
    <w:p>
      <w:r>
        <w:t>[…..…..]</w:t>
      </w:r>
    </w:p>
    <w:p>
      <w:r>
        <w:t>[……….]…</w:t>
      </w:r>
    </w:p>
    <w:p>
      <w:r>
        <w:t>...Buildings like these only in Yerushalayim, and if a non-Jew wants a building in the Land of Israel?</w:t>
      </w:r>
    </w:p>
    <w:p>
      <w:r>
        <w:t>No, they do not sell to him, this is only for Jews</w:t>
      </w:r>
    </w:p>
    <w:p>
      <w:r>
        <w:t>Even if he gives a million, they do not sell, we do not sell</w:t>
      </w:r>
    </w:p>
    <w:p>
      <w:r>
        <w:t>A non-Jew, a non-Jew wants, wants a building here in Yerushalayim or in the Land of Israel, no..</w:t>
      </w:r>
    </w:p>
    <w:p>
      <w:r>
        <w:t>No, we do not sell, only buy, is this also yours?</w:t>
      </w:r>
    </w:p>
    <w:p>
      <w:r>
        <w:t>[Yes, this is Shimshon, Shimshon]</w:t>
      </w:r>
    </w:p>
    <w:p>
      <w:r>
        <w:t>[………..]</w:t>
      </w:r>
    </w:p>
    <w:p>
      <w:r>
        <w:t>[………..]…</w:t>
      </w:r>
    </w:p>
    <w:p>
      <w:r>
        <w:t>...{….} Tziporah?</w:t>
      </w:r>
    </w:p>
    <w:p>
      <w:r>
        <w:t>[Here in the room]</w:t>
      </w:r>
    </w:p>
    <w:p>
      <w:r>
        <w:t>Is she here?</w:t>
      </w:r>
    </w:p>
    <w:p>
      <w:r>
        <w:t>[Yes, yes]</w:t>
      </w:r>
    </w:p>
    <w:p>
      <w:r>
        <w:t>[……………]</w:t>
      </w:r>
    </w:p>
    <w:p>
      <w:r>
        <w:t>[………...…]</w:t>
      </w:r>
    </w:p>
    <w:p>
      <w:r>
        <w:t>{..}</w:t>
      </w:r>
    </w:p>
    <w:p>
      <w:r>
        <w:t>[Give him a blessing..]</w:t>
      </w:r>
    </w:p>
    <w:p>
      <w:r>
        <w:t>{..}</w:t>
      </w:r>
    </w:p>
    <w:p>
      <w:r>
        <w:t>No, no, no, no</w:t>
      </w:r>
    </w:p>
    <w:p>
      <w:r>
        <w:t>No, no</w:t>
      </w:r>
    </w:p>
    <w:p>
      <w:r>
        <w:t>No, no</w:t>
      </w:r>
    </w:p>
    <w:p>
      <w:r>
        <w:t>No, no, no</w:t>
      </w:r>
    </w:p>
    <w:p>
      <w:r>
        <w:t>No, no, it is forbidden to.., forbidden to hit</w:t>
      </w:r>
    </w:p>
    <w:p>
      <w:r>
        <w:t>[Rebbe Yisroel, we do not understand the secret that Rabbainu revealed in the note]</w:t>
      </w:r>
    </w:p>
    <w:p>
      <w:r>
        <w:t>Cannot speak</w:t>
      </w:r>
    </w:p>
    <w:p>
      <w:r>
        <w:t>[Saba, Good Shabbos..]</w:t>
      </w:r>
    </w:p>
    <w:p>
      <w:r>
        <w:t>[Good Shabbos, good week]</w:t>
      </w:r>
    </w:p>
    <w:p>
      <w:r>
        <w:t>[Good Shabbos…….]</w:t>
      </w:r>
    </w:p>
    <w:p>
      <w:r>
        <w:t>[……..]…</w:t>
      </w:r>
    </w:p>
    <w:p>
      <w:r>
        <w:t>...He gave the name to the book, to the letters that I sent him</w:t>
      </w:r>
    </w:p>
    <w:p>
      <w:r>
        <w:t>He gave the name:</w:t>
      </w:r>
    </w:p>
    <w:p>
      <w:r>
        <w:t>"Ab"i HaNachal"</w:t>
      </w:r>
    </w:p>
    <w:p>
      <w:r>
        <w:t>"Ab"i HaNachal" he said:</w:t>
      </w:r>
    </w:p>
    <w:p>
      <w:r>
        <w:t>"Y'isroel B'er O'desser"</w:t>
      </w:r>
    </w:p>
    <w:p>
      <w:r>
        <w:t>[...]</w:t>
      </w:r>
    </w:p>
    <w:p>
      <w:r>
        <w:t>In "Ab"i HaNachal" there is, 'Ab"i' is the name - 'Y'isroel B'er O'desser'</w:t>
      </w:r>
    </w:p>
    <w:p>
      <w:r>
        <w:t>[……]…</w:t>
      </w:r>
    </w:p>
    <w:p>
      <w:r>
        <w:t>...[Rebbe Yisroel]</w:t>
      </w:r>
    </w:p>
    <w:p>
      <w:r>
        <w:t>Eh?</w:t>
      </w:r>
    </w:p>
    <w:p>
      <w:r>
        <w:t>[Good week]</w:t>
      </w:r>
    </w:p>
    <w:p>
      <w:r>
        <w:t>Good week</w:t>
      </w:r>
    </w:p>
    <w:p>
      <w:r>
        <w:t>[This is Ilan, Ilan]</w:t>
      </w:r>
    </w:p>
    <w:p>
      <w:r>
        <w:t>Good</w:t>
      </w:r>
    </w:p>
    <w:p>
      <w:r>
        <w:t>[………..]...</w:t>
      </w:r>
    </w:p>
    <w:p>
      <w:r>
        <w:t>...{...}…</w:t>
      </w:r>
    </w:p>
    <w:p>
      <w:r>
        <w:br w:type="page"/>
      </w:r>
    </w:p>
    <w:p>
      <w:pPr>
        <w:pStyle w:val="Heading1"/>
      </w:pPr>
      <w:r>
        <w:t>Tape 34</w:t>
      </w:r>
    </w:p>
    <w:p>
      <w:pPr>
        <w:pStyle w:val="Heading2"/>
      </w:pPr>
      <w:r>
        <w:t>Side A (Aleph)</w:t>
      </w:r>
    </w:p>
    <w:p>
      <w:r>
        <w:t>...Hebron</w:t>
      </w:r>
    </w:p>
    <w:p>
      <w:r>
        <w:t>[Hebron]</w:t>
      </w:r>
    </w:p>
    <w:p>
      <w:r>
        <w:t>{Yes}, in Hebron, he lived in Hebron</w:t>
      </w:r>
    </w:p>
    <w:p>
      <w:r>
        <w:t>[Yes]</w:t>
      </w:r>
    </w:p>
    <w:p>
      <w:r>
        <w:t>And he came to me in Teveria, and already.. and there came to be, a strong bond was made between us</w:t>
      </w:r>
    </w:p>
    <w:p>
      <w:r>
        <w:t>[Fortunate are you that you merited, Saba, where can one find such a bond? Saba]</w:t>
      </w:r>
    </w:p>
    <w:p>
      <w:r>
        <w:t>Oy, oy, oy...</w:t>
      </w:r>
    </w:p>
    <w:p>
      <w:r>
        <w:t>...[Yisroel Dagan chants the melody of "Na Naḥ Naḥma Naḥman MeUman.." (Adirei Ayumah)</w:t>
      </w:r>
    </w:p>
    <w:p>
      <w:r>
        <w:t>[..]</w:t>
      </w:r>
    </w:p>
    <w:p>
      <w:r>
        <w:t>[Saba and Yisroel Dagan sing:</w:t>
      </w:r>
    </w:p>
    <w:p>
      <w:r>
        <w:t>"Fortunate are we, how good is our portion and how pleasant is our lot.."]…</w:t>
      </w:r>
    </w:p>
    <w:p>
      <w:r>
        <w:t>...[Saba and Yisroel Dagan sing:</w:t>
      </w:r>
    </w:p>
    <w:p>
      <w:r>
        <w:t>"Fortunate are we, how good is our portion and how pleasant is our lot.."]</w:t>
      </w:r>
    </w:p>
    <w:p>
      <w:r>
        <w:t>[There are two birds here, birds]</w:t>
      </w:r>
    </w:p>
    <w:p>
      <w:r>
        <w:t>Birds</w:t>
      </w:r>
    </w:p>
    <w:p>
      <w:r>
        <w:t>[These are the birds that long for one another, Rabbainu told]</w:t>
      </w:r>
    </w:p>
    <w:p>
      <w:r>
        <w:t>Ah, ah</w:t>
      </w:r>
    </w:p>
    <w:p>
      <w:r>
        <w:t>["Sippurei Maasiyos"]</w:t>
      </w:r>
    </w:p>
    <w:p>
      <w:r>
        <w:t>Yo, yo</w:t>
      </w:r>
    </w:p>
    <w:p>
      <w:r>
        <w:t>[There is a bird and a female bird, a bird and a female bird, and they wail very loudly at night</w:t>
      </w:r>
    </w:p>
    <w:p>
      <w:r>
        <w:t>They long very, very much, and they are far from one another, yes]</w:t>
      </w:r>
    </w:p>
    <w:p>
      <w:r>
        <w:t>[Saba and Dagan continue to sing:</w:t>
      </w:r>
    </w:p>
    <w:p>
      <w:r>
        <w:t>"Fortunate are we, how good is our portion and how pleasant is our lot.."]</w:t>
      </w:r>
    </w:p>
    <w:p>
      <w:r>
        <w:t>[Nu, Saba, do you want to return to bed?]</w:t>
      </w:r>
    </w:p>
    <w:p>
      <w:r>
        <w:t>Eh?</w:t>
      </w:r>
    </w:p>
    <w:p>
      <w:r>
        <w:t>[To return to bed?]</w:t>
      </w:r>
    </w:p>
    <w:p>
      <w:r>
        <w:t>{..}</w:t>
      </w:r>
    </w:p>
    <w:p>
      <w:r>
        <w:t>[To rest a little?]</w:t>
      </w:r>
    </w:p>
    <w:p>
      <w:r>
        <w:t>Good</w:t>
      </w:r>
    </w:p>
    <w:p>
      <w:r>
        <w:t>[Yes]</w:t>
      </w:r>
    </w:p>
    <w:p>
      <w:r>
        <w:t>Ah...</w:t>
      </w:r>
    </w:p>
    <w:p>
      <w:r>
        <w:t>...[Is this in the same dream with the rain?]</w:t>
      </w:r>
    </w:p>
    <w:p>
      <w:r>
        <w:t>Eh? Yes, yes, this is separate and this is separate</w:t>
      </w:r>
    </w:p>
    <w:p>
      <w:r>
        <w:t>[What?]</w:t>
      </w:r>
    </w:p>
    <w:p>
      <w:r>
        <w:t>This is separate and this is separate</w:t>
      </w:r>
    </w:p>
    <w:p>
      <w:r>
        <w:t>[Ah, this is separate and this is separate]</w:t>
      </w:r>
    </w:p>
    <w:p>
      <w:r>
        <w:t>Yes</w:t>
      </w:r>
    </w:p>
    <w:p>
      <w:r>
        <w:t>[Ah..]</w:t>
      </w:r>
    </w:p>
    <w:p>
      <w:r>
        <w:t>He cried so much with great bitterness, and with great sorrow:</w:t>
      </w:r>
    </w:p>
    <w:p>
      <w:r>
        <w:t>"We are all sick and dying"…</w:t>
      </w:r>
    </w:p>
    <w:p>
      <w:r>
        <w:t>…{..}...</w:t>
      </w:r>
    </w:p>
    <w:p>
      <w:r>
        <w:t>...I was happy, he cried and shouted, and I was happy, that he does not see what he is doing what he is doing, he made great pride for the entire world, that he and Leizer Lorentz, that he.. no, no, no, no, no, no, no, no, yes...</w:t>
      </w:r>
    </w:p>
    <w:p>
      <w:r>
        <w:t>...He came and sat and cried and shouted so much, afterward he went home</w:t>
      </w:r>
    </w:p>
    <w:p>
      <w:r>
        <w:t>I thought, I had gotten rid of him, no, he came again with shouting and weeping:</w:t>
      </w:r>
    </w:p>
    <w:p>
      <w:r>
        <w:t>"We are all sick and dying"</w:t>
      </w:r>
    </w:p>
    <w:p>
      <w:r>
        <w:t>[Friends, many friends..]</w:t>
      </w:r>
    </w:p>
    <w:p>
      <w:r>
        <w:t>[……]</w:t>
      </w:r>
    </w:p>
    <w:p>
      <w:r>
        <w:t>[Many.., one of the friends..]</w:t>
      </w:r>
    </w:p>
    <w:p>
      <w:r>
        <w:t>[Shalom, Rebbe Yisroel]…</w:t>
      </w:r>
    </w:p>
    <w:p>
      <w:r>
        <w:t>..."We are all sick and dying, the little ones and also the grown-ups"...</w:t>
      </w:r>
    </w:p>
    <w:p>
      <w:r>
        <w:t>[…….]</w:t>
      </w:r>
    </w:p>
    <w:p>
      <w:r>
        <w:t>[…….]</w:t>
      </w:r>
    </w:p>
    <w:p>
      <w:r>
        <w:t>[He said, one of the friends, I do not want to say his name, one of the friends arrived, and he..]</w:t>
      </w:r>
    </w:p>
    <w:p>
      <w:r>
        <w:t>(Saba coughs)</w:t>
      </w:r>
    </w:p>
    <w:p>
      <w:r>
        <w:t>[And he began.., he sat, and wept and shouted, he was happy, but that one wept and shouted:</w:t>
      </w:r>
    </w:p>
    <w:p>
      <w:r>
        <w:t>"Everyone is sick, everyone is dying" ………….</w:t>
      </w:r>
    </w:p>
    <w:p>
      <w:r>
        <w:t>And before this he told me that he had had a dream, and there was rain..]</w:t>
      </w:r>
    </w:p>
    <w:p>
      <w:r>
        <w:t>[…..]</w:t>
      </w:r>
    </w:p>
    <w:p>
      <w:r>
        <w:t>[It was very, very hot]</w:t>
      </w:r>
    </w:p>
    <w:p>
      <w:r>
        <w:t>[…]</w:t>
      </w:r>
    </w:p>
    <w:p>
      <w:r>
        <w:t>[And all the non-Jews died]...</w:t>
      </w:r>
    </w:p>
    <w:p>
      <w:r>
        <w:t>...{sat}, and with such motions and such bitterness:</w:t>
      </w:r>
    </w:p>
    <w:p>
      <w:r>
        <w:t>"We are all sick and dying"</w:t>
      </w:r>
    </w:p>
    <w:p>
      <w:r>
        <w:t>[…]</w:t>
      </w:r>
    </w:p>
    <w:p>
      <w:r>
        <w:t>I said to him:</w:t>
      </w:r>
    </w:p>
    <w:p>
      <w:r>
        <w:t>"Repent"</w:t>
      </w:r>
    </w:p>
    <w:p>
      <w:r>
        <w:t>[……]</w:t>
      </w:r>
    </w:p>
    <w:p>
      <w:r>
        <w:t>[……]</w:t>
      </w:r>
    </w:p>
    <w:p>
      <w:r>
        <w:t>Rabbainu…</w:t>
      </w:r>
    </w:p>
    <w:p>
      <w:r>
        <w:t>..{he.. it is they are weak}, yes</w:t>
      </w:r>
    </w:p>
    <w:p>
      <w:r>
        <w:t>[……]</w:t>
      </w:r>
    </w:p>
    <w:p>
      <w:r>
        <w:t>{..}...</w:t>
      </w:r>
    </w:p>
    <w:p>
      <w:r>
        <w:t>...{wept} and shouted: "We are all becoming sick and dying"</w:t>
      </w:r>
    </w:p>
    <w:p>
      <w:r>
        <w:t>Oy, he shouted:</w:t>
      </w:r>
    </w:p>
    <w:p>
      <w:r>
        <w:t>[..]</w:t>
      </w:r>
    </w:p>
    <w:p>
      <w:r>
        <w:t>"The little ones with the grown-ups, are becoming sick and dying"</w:t>
      </w:r>
    </w:p>
    <w:p>
      <w:r>
        <w:t>[…….]</w:t>
      </w:r>
    </w:p>
    <w:p>
      <w:r>
        <w:t>[…….]...</w:t>
      </w:r>
    </w:p>
    <w:p>
      <w:r>
        <w:t>...{..} that it is written in the holy "Zohar":</w:t>
      </w:r>
    </w:p>
    <w:p>
      <w:r>
        <w:t>"The miracles that will be at the coming of the Messiah will be greater miracles than the Exodus from Egypt," yes, in Egypt there was rain, but here for us hot, hot rain falls, so it is more than Egypt</w:t>
      </w:r>
    </w:p>
    <w:p>
      <w:r>
        <w:t>[Rain fell in Egypt?]</w:t>
      </w:r>
    </w:p>
    <w:p>
      <w:r>
        <w:t>Eh?</w:t>
      </w:r>
    </w:p>
    <w:p>
      <w:r>
        <w:t>[Rain fell in Egypt?]</w:t>
      </w:r>
    </w:p>
    <w:p>
      <w:r>
        <w:t>Yes</w:t>
      </w:r>
    </w:p>
    <w:p>
      <w:r>
        <w:t>[When did rain fall in Egypt?]</w:t>
      </w:r>
    </w:p>
    <w:p>
      <w:r>
        <w:t>Eh, I do not know and do not remember</w:t>
      </w:r>
    </w:p>
    <w:p>
      <w:r>
        <w:t>[About whom did he speak before, when he said, "that there are people who are sick and dying“?]...</w:t>
      </w:r>
    </w:p>
    <w:p>
      <w:r>
        <w:t>...Leizer, he wept so much: "The little ones, the grown-ups, are becoming sick and dying"</w:t>
      </w:r>
    </w:p>
    <w:p>
      <w:r>
        <w:t>And he went home, shoyn, I thought I was already rid of him, no, he came back again...</w:t>
      </w:r>
    </w:p>
    <w:p>
      <w:r>
        <w:t>...Leizer Lorentz, his mother is an apostate, she goes {"from wall to wall"} and prays like all the non-Jews, like all the non-Jewish women</w:t>
      </w:r>
    </w:p>
    <w:p>
      <w:r>
        <w:t>...Eh, eh...</w:t>
      </w:r>
    </w:p>
    <w:p>
      <w:r>
        <w:t>...[Saba sings:</w:t>
      </w:r>
    </w:p>
    <w:p>
      <w:r>
        <w:t>"Our greatness and our glory, our righteous Messiah will reveal.."]</w:t>
      </w:r>
    </w:p>
    <w:p>
      <w:r>
        <w:t>In the forest he sang to the blessed God, he told Him a beautiful thing</w:t>
      </w:r>
    </w:p>
    <w:p>
      <w:r>
        <w:t>[Saba continues singing:</w:t>
      </w:r>
    </w:p>
    <w:p>
      <w:r>
        <w:t>"Our greatness and our glory, our righteous Messiah will reveal.."]</w:t>
      </w:r>
    </w:p>
    <w:p>
      <w:r>
        <w:t>He, he does not, does not, does not want to leave Him, only he said:</w:t>
      </w:r>
    </w:p>
    <w:p>
      <w:r>
        <w:t>"Stand by, by me, I will tell You a beautiful thing"</w:t>
      </w:r>
    </w:p>
    <w:p>
      <w:r>
        <w:t>[Saba continues singing:</w:t>
      </w:r>
    </w:p>
    <w:p>
      <w:r>
        <w:t>"Our greatness and our glory, our righteous Messiah will reveal"]…</w:t>
      </w:r>
    </w:p>
    <w:p>
      <w:r>
        <w:t>...Eh.. {taste} a little more, I will tell You a beautiful thing</w:t>
      </w:r>
    </w:p>
    <w:p>
      <w:r>
        <w:t>[Saba sings:</w:t>
      </w:r>
    </w:p>
    <w:p>
      <w:r>
        <w:t>"Our greatness and our glory, our righteous Messiah will reveal.."]</w:t>
      </w:r>
    </w:p>
    <w:p>
      <w:r>
        <w:t>He said to God: "Wait a little, I still have more to tell"</w:t>
      </w:r>
    </w:p>
    <w:p>
      <w:r>
        <w:t>[Eh..]</w:t>
      </w:r>
    </w:p>
    <w:p>
      <w:r>
        <w:t>[Saba continues singing:</w:t>
      </w:r>
    </w:p>
    <w:p>
      <w:r>
        <w:t>"Our greatness and our glory, our righteous Messiah will reveal.."]</w:t>
      </w:r>
    </w:p>
    <w:p>
      <w:r>
        <w:t>Without stones? What, what sort of face does a melody have without stones?</w:t>
      </w:r>
    </w:p>
    <w:p>
      <w:r>
        <w:t>Only with stones, the stones made such a beautiful melody</w:t>
      </w:r>
    </w:p>
    <w:p>
      <w:r>
        <w:t>[Saba continues singing:</w:t>
      </w:r>
    </w:p>
    <w:p>
      <w:r>
        <w:t>"Our greatness and our glory, our righteous Messiah will reveal.."</w:t>
      </w:r>
    </w:p>
    <w:p>
      <w:r>
        <w:t>Afterward Yisroel Dagan also sings with Saba]</w:t>
      </w:r>
    </w:p>
    <w:p>
      <w:r>
        <w:t>[Saba, Saba, Saba, pray for Yoram, Saba, Yoram]</w:t>
      </w:r>
    </w:p>
    <w:p>
      <w:r>
        <w:t>What?</w:t>
      </w:r>
    </w:p>
    <w:p>
      <w:r>
        <w:t>[Pray for Yoram.. Chizkiyahu Rafael Yoram]</w:t>
      </w:r>
    </w:p>
    <w:p>
      <w:r>
        <w:t>What is it?</w:t>
      </w:r>
    </w:p>
    <w:p>
      <w:r>
        <w:t>[He is now, he is connected to some rabbi]</w:t>
      </w:r>
    </w:p>
    <w:p>
      <w:r>
        <w:t>Eh?</w:t>
      </w:r>
    </w:p>
    <w:p>
      <w:r>
        <w:t>[He is connected to one rabbi, and this rabbi is now inside a house with all with many, many Hasidim, and there is to..]..</w:t>
      </w:r>
    </w:p>
    <w:p>
      <w:r>
        <w:t>…[But what did he tell you?]</w:t>
      </w:r>
    </w:p>
    <w:p>
      <w:r>
        <w:t>[That this melody is an answer to everything, an answer to everything]</w:t>
      </w:r>
    </w:p>
    <w:p>
      <w:r>
        <w:t>[Saba and the friends sing:</w:t>
      </w:r>
    </w:p>
    <w:p>
      <w:r>
        <w:t>"Our greatness and our glory, our righteous Messiah will reveal.."]…</w:t>
      </w:r>
    </w:p>
    <w:p>
      <w:r>
        <w:t>...[Saba and the friends sing:</w:t>
      </w:r>
    </w:p>
    <w:p>
      <w:r>
        <w:t>"Our greatness and our glory, our righteous Messiah will reveal.."]</w:t>
      </w:r>
    </w:p>
    <w:p>
      <w:r>
        <w:t>[Saba, Saba, Saba]</w:t>
      </w:r>
    </w:p>
    <w:p>
      <w:r>
        <w:t>Nu</w:t>
      </w:r>
    </w:p>
    <w:p>
      <w:r>
        <w:t>[I love you]</w:t>
      </w:r>
    </w:p>
    <w:p>
      <w:r>
        <w:t>[Saba and the friends continue singing:</w:t>
      </w:r>
    </w:p>
    <w:p>
      <w:r>
        <w:t>"Our greatness and our glory, our righteous Messiah will reveal.."]</w:t>
      </w:r>
    </w:p>
    <w:p>
      <w:r>
        <w:t>The stones made us such beautiful melodies</w:t>
      </w:r>
    </w:p>
    <w:p>
      <w:r>
        <w:t>[Saba and the friends continue singing:</w:t>
      </w:r>
    </w:p>
    <w:p>
      <w:r>
        <w:t>"Our greatness and our glory, our righteous Messiah will reveal.." (28:01)]</w:t>
      </w:r>
    </w:p>
    <w:p>
      <w:r>
        <w:t>{The stones will make}...</w:t>
      </w:r>
    </w:p>
    <w:p>
      <w:r>
        <w:t>...[Saba and the friends sing:</w:t>
      </w:r>
    </w:p>
    <w:p>
      <w:r>
        <w:t>"Our greatness and our glory, our righteous Messiah will reveal.."]</w:t>
      </w:r>
    </w:p>
    <w:p>
      <w:r>
        <w:t>Oy, the stones, the stones {...} made such melodies</w:t>
      </w:r>
    </w:p>
    <w:p>
      <w:r>
        <w:t>[In Hebrew, Saba, in Hebrew]</w:t>
      </w:r>
    </w:p>
    <w:p>
      <w:r>
        <w:t>The stones</w:t>
      </w:r>
    </w:p>
    <w:p>
      <w:r>
        <w:t>[Stones]</w:t>
      </w:r>
    </w:p>
    <w:p>
      <w:r>
        <w:t>Made such beautiful melodies, that it is impossible, that have no measure</w:t>
      </w:r>
    </w:p>
    <w:p>
      <w:r>
        <w:t>Oy, oy..</w:t>
      </w:r>
    </w:p>
    <w:p>
      <w:r>
        <w:t>[Saba and the friends continue singing:</w:t>
      </w:r>
    </w:p>
    <w:p>
      <w:r>
        <w:t>"Our greatness and our glory, our righteous Messiah will reveal.."]</w:t>
      </w:r>
    </w:p>
    <w:p>
      <w:r>
        <w:t>[That is the explanation for everything]</w:t>
      </w:r>
    </w:p>
    <w:p>
      <w:r>
        <w:t>[What ..]</w:t>
      </w:r>
    </w:p>
    <w:p>
      <w:r>
        <w:t>[That is the explanation for everything, the melody is the explanation]</w:t>
      </w:r>
    </w:p>
    <w:p>
      <w:r>
        <w:t>[...]…</w:t>
      </w:r>
    </w:p>
    <w:p>
      <w:r>
        <w:t>...Who will reveal?</w:t>
      </w:r>
    </w:p>
    <w:p>
      <w:r>
        <w:t>[Messiah]</w:t>
      </w:r>
    </w:p>
    <w:p>
      <w:r>
        <w:t>No, no, no th..</w:t>
      </w:r>
    </w:p>
    <w:p>
      <w:r>
        <w:t>The sweet arak will not reveal anything, only Messiah will reveal</w:t>
      </w:r>
    </w:p>
    <w:p>
      <w:r>
        <w:t>[Oy vey]</w:t>
      </w:r>
    </w:p>
    <w:p>
      <w:r>
        <w:t>[Saba and the friends sing:</w:t>
      </w:r>
    </w:p>
    <w:p>
      <w:r>
        <w:t>"Our greatness and our glory, our righteous Messiah will reveal.."]</w:t>
      </w:r>
    </w:p>
    <w:p>
      <w:r>
        <w:t>[Fortunate are we]</w:t>
      </w:r>
    </w:p>
    <w:p>
      <w:r>
        <w:t>[Saba and the friends continue singing:</w:t>
      </w:r>
    </w:p>
    <w:p>
      <w:r>
        <w:t>"Our greatness and our glory, our righteous Messiah will reveal.."]</w:t>
      </w:r>
    </w:p>
    <w:p>
      <w:r>
        <w:t>[Rabbainu and Rebbe Nassan laugh at the whole world]</w:t>
      </w:r>
    </w:p>
    <w:p>
      <w:r>
        <w:t>"I have finished and I will finish"</w:t>
      </w:r>
    </w:p>
    <w:p>
      <w:r>
        <w:t>[“I have finished and..”]</w:t>
      </w:r>
    </w:p>
    <w:p>
      <w:r>
        <w:t>"I have prevailed and I will prevail"</w:t>
      </w:r>
    </w:p>
    <w:p>
      <w:r>
        <w:t>[Yisroel Dagan sings:</w:t>
      </w:r>
    </w:p>
    <w:p>
      <w:r>
        <w:t>"I have prevailed and I will prevail, I have finished and I will finish, I am a river that purifies from all stains..”] Eh.. eh..</w:t>
      </w:r>
    </w:p>
    <w:p>
      <w:r>
        <w:t>[Saba and the friends continue singing:</w:t>
      </w:r>
    </w:p>
    <w:p>
      <w:r>
        <w:t>"Our greatness and our glory, our righteous Messiah will reveal.."</w:t>
      </w:r>
    </w:p>
    <w:p>
      <w:r>
        <w:t>[….]</w:t>
      </w:r>
    </w:p>
    <w:p>
      <w:r>
        <w:t>[….]</w:t>
      </w:r>
    </w:p>
    <w:p>
      <w:r>
        <w:t>{...}</w:t>
      </w:r>
    </w:p>
    <w:p>
      <w:r>
        <w:t>Saba and the friends sing:</w:t>
      </w:r>
    </w:p>
    <w:p>
      <w:r>
        <w:t>"Na Nach Nachma Nachman meUman.."</w:t>
      </w:r>
    </w:p>
    <w:p>
      <w:r>
        <w:t>Afterward they continue singing:</w:t>
      </w:r>
    </w:p>
    <w:p>
      <w:r>
        <w:t>"Our greatness and our glory, our righteous Messiah will reveal.."]</w:t>
      </w:r>
    </w:p>
    <w:p>
      <w:r>
        <w:t>["Na Nach Nachma Nachman meUman"]</w:t>
      </w:r>
    </w:p>
    <w:p>
      <w:r>
        <w:t>Eh.. eh.. eh.. eh..</w:t>
      </w:r>
    </w:p>
    <w:p>
      <w:r>
        <w:t>[Saba and the friend continue singing:</w:t>
      </w:r>
    </w:p>
    <w:p>
      <w:r>
        <w:t>"Our greatness and our glory, our righteous Messiah will reveal.."]</w:t>
      </w:r>
    </w:p>
    <w:p>
      <w:r>
        <w:t>Hey</w:t>
      </w:r>
    </w:p>
    <w:p>
      <w:r>
        <w:t>[Do you want urine?]</w:t>
      </w:r>
    </w:p>
    <w:p>
      <w:r>
        <w:t>Yes…</w:t>
      </w:r>
    </w:p>
    <w:p>
      <w:r>
        <w:t>...[Saba sings:</w:t>
      </w:r>
    </w:p>
    <w:p>
      <w:r>
        <w:t>"Our greatness and our glory, our righteous Messiah will reveal.."]</w:t>
      </w:r>
    </w:p>
    <w:p>
      <w:r>
        <w:t>[Fortunate are you, Saba]</w:t>
      </w:r>
    </w:p>
    <w:p>
      <w:r>
        <w:t>[Saba and Yisroel Dagan continue singing:</w:t>
      </w:r>
    </w:p>
    <w:p>
      <w:r>
        <w:t>"Our greatness and our glory, our righteous Messiah will reveal.."]…</w:t>
      </w:r>
    </w:p>
    <w:p>
      <w:pPr>
        <w:pStyle w:val="Heading2"/>
      </w:pPr>
      <w:r>
        <w:t>Side B (Bais)</w:t>
      </w:r>
    </w:p>
    <w:p>
      <w:r>
        <w:t>...[Saba and Yisroel Dagan sing:</w:t>
      </w:r>
    </w:p>
    <w:p>
      <w:r>
        <w:t>"Our greatness and our glory our righteous Mashiach will reveal.."]</w:t>
      </w:r>
    </w:p>
    <w:p>
      <w:r>
        <w:t>[Ay.. Ai.. Oy..]</w:t>
      </w:r>
    </w:p>
    <w:p>
      <w:r>
        <w:t>Ah.. Oy, ah, ah..</w:t>
      </w:r>
    </w:p>
    <w:p>
      <w:r>
        <w:t>[Saba, would you perhaps like a cup of tea?]</w:t>
      </w:r>
    </w:p>
    <w:p>
      <w:r>
        <w:t>Ah?</w:t>
      </w:r>
    </w:p>
    <w:p>
      <w:r>
        <w:t>[A cup, half a cup of tea with honey?]</w:t>
      </w:r>
    </w:p>
    <w:p>
      <w:r>
        <w:t>Yes</w:t>
      </w:r>
    </w:p>
    <w:p>
      <w:r>
        <w:t>[Good]…</w:t>
      </w:r>
    </w:p>
    <w:p>
      <w:r>
        <w:t>...[Saba and Yisroel Dagan sing:</w:t>
      </w:r>
    </w:p>
    <w:p>
      <w:r>
        <w:t>"Our greatness and our glory our righteous Mashiach will reveal.."]…</w:t>
      </w:r>
    </w:p>
    <w:p>
      <w:r>
        <w:t>…[Fortunate are we, how good is our portion..]</w:t>
      </w:r>
    </w:p>
    <w:p>
      <w:r>
        <w:t>[Saba and Yisroel Dagan sing:</w:t>
      </w:r>
    </w:p>
    <w:p>
      <w:r>
        <w:t>"Our greatness and our glory our righteous Mashiach will reveal.."]…</w:t>
      </w:r>
    </w:p>
    <w:p>
      <w:r>
        <w:t>...[The policemen, they fired at the Jews inside the house]</w:t>
      </w:r>
    </w:p>
    <w:p>
      <w:r>
        <w:t>Nu</w:t>
      </w:r>
    </w:p>
    <w:p>
      <w:r>
        <w:t>[And they wounded one, wounded one Jew]</w:t>
      </w:r>
    </w:p>
    <w:p>
      <w:r>
        <w:t>Yes?</w:t>
      </w:r>
    </w:p>
    <w:p>
      <w:r>
        <w:t>[In the neck, yes, miraculously he did not pass away</w:t>
      </w:r>
    </w:p>
    <w:p>
      <w:r>
        <w:t>We need to pray, Saba, a hundred Jews inside a house, it is a pity, Saba</w:t>
      </w:r>
    </w:p>
    <w:p>
      <w:r>
        <w:t>Jews are following some rabbi, they think he may be Mashiach or something like that</w:t>
      </w:r>
    </w:p>
    <w:p>
      <w:r>
        <w:t>And they are in mortal danger]</w:t>
      </w:r>
    </w:p>
    <w:p>
      <w:r>
        <w:t>A lie</w:t>
      </w:r>
    </w:p>
    <w:p>
      <w:r>
        <w:t>[Yes]</w:t>
      </w:r>
    </w:p>
    <w:p>
      <w:r>
        <w:t>A lie</w:t>
      </w:r>
    </w:p>
    <w:p>
      <w:r>
        <w:t>[I told them it was a lie, they wanted to beat me, I told them: "Rabbainu is.." I subdued him, I was at the wedding, they were all at the wedding</w:t>
      </w:r>
    </w:p>
    <w:p>
      <w:r>
        <w:t>Then I sang and danced, and in your merit, in Rabbainu’s merit, and I was together with you</w:t>
      </w:r>
    </w:p>
    <w:p>
      <w:r>
        <w:t>We subdued him, but now he is making a great revolution and people can be hurt by it</w:t>
      </w:r>
    </w:p>
    <w:p>
      <w:r>
        <w:t>We need to pray, Saba]</w:t>
      </w:r>
    </w:p>
    <w:p>
      <w:r>
        <w:t>Ah</w:t>
      </w:r>
    </w:p>
    <w:p>
      <w:r>
        <w:t>[He took several people from Rabbainu, he took several people from Rabbainu]</w:t>
      </w:r>
    </w:p>
    <w:p>
      <w:r>
        <w:t>[Lies, lies]…</w:t>
      </w:r>
    </w:p>
    <w:p>
      <w:r>
        <w:t>...[...]…</w:t>
      </w:r>
    </w:p>
    <w:p>
      <w:r>
        <w:t>[Saba and the friends sing:</w:t>
      </w:r>
    </w:p>
    <w:p>
      <w:r>
        <w:t>"Our greatness and our glory our righteous Mashiach will reveal.."]</w:t>
      </w:r>
    </w:p>
    <w:p>
      <w:r>
        <w:t>[They think Rabbainu is something simple]</w:t>
      </w:r>
    </w:p>
    <w:p>
      <w:r>
        <w:t>[..]…</w:t>
      </w:r>
    </w:p>
    <w:p>
      <w:r>
        <w:t>...[Saba and the friends sing:</w:t>
      </w:r>
    </w:p>
    <w:p>
      <w:r>
        <w:t>"Our greatness and our glory our righteous Mashiach will reveal.."]</w:t>
      </w:r>
    </w:p>
    <w:p>
      <w:r>
        <w:t>[Ay, ay, ay..</w:t>
      </w:r>
    </w:p>
    <w:p>
      <w:r>
        <w:t>It is still hot, it is still a little hot I think, a little]</w:t>
      </w:r>
    </w:p>
    <w:p>
      <w:r>
        <w:t>Hey, blessed are You, Hashem our God, King of the world, by Whose word everything came to be</w:t>
      </w:r>
    </w:p>
    <w:p>
      <w:r>
        <w:t>[Amen]</w:t>
      </w:r>
    </w:p>
    <w:p>
      <w:r>
        <w:t>Ho, ho</w:t>
      </w:r>
    </w:p>
    <w:p>
      <w:r>
        <w:t>[Good..</w:t>
      </w:r>
    </w:p>
    <w:p>
      <w:r>
        <w:t>Ay.. I have an opportunity to cleave to him]…</w:t>
      </w:r>
    </w:p>
    <w:p>
      <w:r>
        <w:t>...{..}...</w:t>
      </w:r>
    </w:p>
    <w:p>
      <w:r>
        <w:t>...[How is it, how is it that there is such truth..</w:t>
      </w:r>
    </w:p>
    <w:p>
      <w:r>
        <w:t>That there is such truth in the world, Rabbainu, and so much falsehood?</w:t>
      </w:r>
    </w:p>
    <w:p>
      <w:r>
        <w:t>Patience]</w:t>
      </w:r>
    </w:p>
    <w:p>
      <w:r>
        <w:t>One utterance, it, it conquers the whole world, one utterance from Rabbainu</w:t>
      </w:r>
    </w:p>
    <w:p>
      <w:r>
        <w:t>[...]…</w:t>
      </w:r>
    </w:p>
    <w:p>
      <w:r>
        <w:t>...[…]...</w:t>
      </w:r>
    </w:p>
    <w:p>
      <w:r>
        <w:t>...[Saba and Yisroel Dagan sing:</w:t>
      </w:r>
    </w:p>
    <w:p>
      <w:r>
        <w:t>"Our greatness and our glory our righteous Mashiach will reveal.."</w:t>
      </w:r>
    </w:p>
    <w:p>
      <w:r>
        <w:t>[Not arak sweet</w:t>
      </w:r>
    </w:p>
    <w:p>
      <w:r>
        <w:t>...]…</w:t>
      </w:r>
    </w:p>
    <w:p>
      <w:r>
        <w:t>[Saba and Yisroel Dagan chant the melody of</w:t>
      </w:r>
    </w:p>
    <w:p>
      <w:r>
        <w:t>"Na Na Nach Nachma Nachman Meuman.."]…</w:t>
      </w:r>
    </w:p>
    <w:p>
      <w:r>
        <w:t>…[Saba and Yisroel Dagan chant the melody of</w:t>
      </w:r>
    </w:p>
    <w:p>
      <w:r>
        <w:t>"Na Na Nach Nachma Nachman Meuman.."]…</w:t>
      </w:r>
    </w:p>
    <w:p>
      <w:r>
        <w:t>...[Saba chants the melody of:</w:t>
      </w:r>
    </w:p>
    <w:p>
      <w:r>
        <w:t>Our greatness and our glory our righteous Mashiach will reveal..”</w:t>
      </w:r>
    </w:p>
    <w:p>
      <w:r>
        <w:t>[They do not understand the depth of these words, it is something……..]</w:t>
      </w:r>
    </w:p>
    <w:p>
      <w:r>
        <w:t>[Saba and Yisroel Dagan sing:</w:t>
      </w:r>
    </w:p>
    <w:p>
      <w:r>
        <w:t>"Our greatness and our glory our righteous Mashiach will reveal.."]</w:t>
      </w:r>
    </w:p>
    <w:p>
      <w:r>
        <w:t>[Saba]</w:t>
      </w:r>
    </w:p>
    <w:p>
      <w:r>
        <w:t>Ah</w:t>
      </w:r>
    </w:p>
    <w:p>
      <w:r>
        <w:t>[Rabbainu said that Mashiach will conquer the whole world without a single bullet, without any shot</w:t>
      </w:r>
    </w:p>
    <w:p>
      <w:r>
        <w:t>Only through prayer, right? Saba]</w:t>
      </w:r>
    </w:p>
    <w:p>
      <w:r>
        <w:t>Yes</w:t>
      </w:r>
    </w:p>
    <w:p>
      <w:r>
        <w:t>[….., they want rifles and this..]</w:t>
      </w:r>
    </w:p>
    <w:p>
      <w:r>
        <w:t>[……]…</w:t>
      </w:r>
    </w:p>
    <w:p>
      <w:r>
        <w:t>...This is Rebbe Nassan {. .} in a loud voice, with great strength, only</w:t>
      </w:r>
    </w:p>
    <w:p>
      <w:r>
        <w:t>"Our greatness and our glory our righteous Mashiach will reveal"</w:t>
      </w:r>
    </w:p>
    <w:p>
      <w:r>
        <w:t>[So Rebbe Nassan, this is the melody of the stones</w:t>
      </w:r>
    </w:p>
    <w:p>
      <w:r>
        <w:t>They threw the sons ……………]…</w:t>
      </w:r>
    </w:p>
    <w:p>
      <w:r>
        <w:t>Oy vey, vey</w:t>
      </w:r>
    </w:p>
    <w:p>
      <w:r>
        <w:t>[Yes.…]..</w:t>
      </w:r>
    </w:p>
    <w:p>
      <w:r>
        <w:t>...[Are there soup almonds?]…</w:t>
      </w:r>
    </w:p>
    <w:p>
      <w:r>
        <w:t>...{…. but} I was, I saw in the store there is much bread</w:t>
      </w:r>
    </w:p>
    <w:p>
      <w:r>
        <w:t>And I have none, I have no piece, I did not have one</w:t>
      </w:r>
    </w:p>
    <w:p>
      <w:r>
        <w:t>Nu, "if there is no money there is no bread"</w:t>
      </w:r>
    </w:p>
    <w:p>
      <w:r>
        <w:t>And I also traveled from home, I did not leave, I did not give even a penny, I had none</w:t>
      </w:r>
    </w:p>
    <w:p>
      <w:r>
        <w:t>{the penny}</w:t>
      </w:r>
    </w:p>
    <w:p>
      <w:r>
        <w:t>Such was my life, every time I traveled to Meron, to Yerushalayim without a penny, without bread, without money</w:t>
      </w:r>
    </w:p>
    <w:p>
      <w:r>
        <w:t>I am shy by nature, I cannot ask someone to have mercy on me and give me</w:t>
      </w:r>
    </w:p>
    <w:p>
      <w:r>
        <w:t>I by nature, I am very shy, yes</w:t>
      </w:r>
    </w:p>
    <w:p>
      <w:r>
        <w:t>Nu, I suffered and suffered, blessed be Hashem, today I am happy</w:t>
      </w:r>
    </w:p>
    <w:p>
      <w:r>
        <w:t>I traveled from Teveria to Yerushalayim and I did not have a penny {with which to buy} bread</w:t>
      </w:r>
    </w:p>
    <w:p>
      <w:r>
        <w:t>And also no, I had no water, no bread and no water and no money</w:t>
      </w:r>
    </w:p>
    <w:p>
      <w:r>
        <w:t>And here in Hebron {……} there was a synagogue {…………..}…</w:t>
      </w:r>
    </w:p>
    <w:p>
      <w:r>
        <w:t>...The English did not, did not help Hitler?</w:t>
      </w:r>
    </w:p>
    <w:p>
      <w:r>
        <w:t>[They slew, they slew]</w:t>
      </w:r>
    </w:p>
    <w:p>
      <w:r>
        <w:t>[No, no, they did not help him, but they did not let Jews in</w:t>
      </w:r>
    </w:p>
    <w:p>
      <w:r>
        <w:t>Every Jew who wanted to flee, wanted to flee from Hitler, they did not let them in</w:t>
      </w:r>
    </w:p>
    <w:p>
      <w:r>
        <w:t>He did not let anyone in]</w:t>
      </w:r>
    </w:p>
    <w:p>
      <w:r>
        <w:t>They did not accept them</w:t>
      </w:r>
    </w:p>
    <w:p>
      <w:r>
        <w:t>[No, only apostates, only apostates they accepted</w:t>
      </w:r>
    </w:p>
    <w:p>
      <w:r>
        <w:t>But Jews, no, they did not accept them, they went to die, perhaps a few, perhaps a few, yes, but generally not, so I heard, and this, this is known I think]...</w:t>
      </w:r>
    </w:p>
    <w:p>
      <w:r>
        <w:t>...There was</w:t>
      </w:r>
    </w:p>
    <w:p>
      <w:r>
        <w:t>[With Hitler, with Germany]</w:t>
      </w:r>
    </w:p>
    <w:p>
      <w:r>
        <w:t>With, with, with</w:t>
      </w:r>
    </w:p>
    <w:p>
      <w:r>
        <w:t>[With Germany]</w:t>
      </w:r>
    </w:p>
    <w:p>
      <w:r>
        <w:t>Germany</w:t>
      </w:r>
    </w:p>
    <w:p>
      <w:r>
        <w:t>[Yes, yes]</w:t>
      </w:r>
    </w:p>
    <w:p>
      <w:r>
        <w:t>With Hitler</w:t>
      </w:r>
    </w:p>
    <w:p>
      <w:r>
        <w:t>[Yes, Italy, yes]</w:t>
      </w:r>
    </w:p>
    <w:p>
      <w:r>
        <w:t>[But the English fought against him, emphasize that, it is not like that]</w:t>
      </w:r>
    </w:p>
    <w:p>
      <w:r>
        <w:t>Ah</w:t>
      </w:r>
    </w:p>
    <w:p>
      <w:r>
        <w:t>[My father was in Italy]</w:t>
      </w:r>
    </w:p>
    <w:p>
      <w:r>
        <w:t>And today Italy, it is a country</w:t>
      </w:r>
    </w:p>
    <w:p>
      <w:r>
        <w:t>[Yes]</w:t>
      </w:r>
    </w:p>
    <w:p>
      <w:r>
        <w:t>[A weak country]</w:t>
      </w:r>
    </w:p>
    <w:p>
      <w:r>
        <w:t>[A country, a separate country, yes, yes, such a low country, a low country]</w:t>
      </w:r>
    </w:p>
    <w:p>
      <w:r>
        <w:t>A country?</w:t>
      </w:r>
    </w:p>
    <w:p>
      <w:r>
        <w:t>[Poor, a poor country]</w:t>
      </w:r>
    </w:p>
    <w:p>
      <w:r>
        <w:t>Poor?</w:t>
      </w:r>
    </w:p>
    <w:p>
      <w:r>
        <w:t>[Poor]</w:t>
      </w:r>
    </w:p>
    <w:p>
      <w:r>
        <w:t>Poor</w:t>
      </w:r>
    </w:p>
    <w:p>
      <w:r>
        <w:t>[Yes]</w:t>
      </w:r>
    </w:p>
    <w:p>
      <w:r>
        <w:t>[Not so poor]</w:t>
      </w:r>
    </w:p>
    <w:p>
      <w:r>
        <w:t>[No]</w:t>
      </w:r>
    </w:p>
    <w:p>
      <w:r>
        <w:t>[What poor, how is it poor?]</w:t>
      </w:r>
    </w:p>
    <w:p>
      <w:r>
        <w:t>[...]</w:t>
      </w:r>
    </w:p>
    <w:p>
      <w:r>
        <w:t>[...]...</w:t>
      </w:r>
    </w:p>
    <w:p>
      <w:r>
        <w:t>...Italy?</w:t>
      </w:r>
    </w:p>
    <w:p>
      <w:r>
        <w:t>[Yes]...</w:t>
      </w:r>
    </w:p>
    <w:p>
      <w:r>
        <w:t>...The father does not have tefillin?…</w:t>
      </w:r>
    </w:p>
    <w:p>
      <w:r>
        <w:t>...They hate Yisroel</w:t>
      </w:r>
    </w:p>
    <w:p>
      <w:r>
        <w:t>[Yes, among the gentiles there are, among the gentiles]</w:t>
      </w:r>
    </w:p>
    <w:p>
      <w:r>
        <w:t>The gentiles</w:t>
      </w:r>
    </w:p>
    <w:p>
      <w:r>
        <w:t>[Not all, not all, but many, many there are..</w:t>
      </w:r>
    </w:p>
    <w:p>
      <w:r>
        <w:t>I do not know, I was in school..]</w:t>
      </w:r>
    </w:p>
    <w:p>
      <w:r>
        <w:t>[Nu, certainly, that is Esau]</w:t>
      </w:r>
    </w:p>
    <w:p>
      <w:r>
        <w:t>[By the time you find one who does not hate you, it is..]</w:t>
      </w:r>
    </w:p>
    <w:p>
      <w:r>
        <w:t>[That is Esau, that is Esau]</w:t>
      </w:r>
    </w:p>
    <w:p>
      <w:r>
        <w:t>[Yes, certainly]</w:t>
      </w:r>
    </w:p>
    <w:p>
      <w:r>
        <w:t>[That is Esau, that is Esau]</w:t>
      </w:r>
    </w:p>
    <w:p>
      <w:r>
        <w:t>[There are..]</w:t>
      </w:r>
    </w:p>
    <w:p>
      <w:r>
        <w:t>[That is Esau, only they say why Esau could not tolerate Amalek</w:t>
      </w:r>
    </w:p>
    <w:p>
      <w:r>
        <w:t>Amalek was already too much for him, that is known, certainly</w:t>
      </w:r>
    </w:p>
    <w:p>
      <w:r>
        <w:t>It is written that he instructed him to behave properly toward the Jews, he went against his father]</w:t>
      </w:r>
    </w:p>
    <w:p>
      <w:r>
        <w:t>[Who?]</w:t>
      </w:r>
    </w:p>
    <w:p>
      <w:r>
        <w:t>[Amalek, Amalek rebelled against his father, against his grandfather Esau]</w:t>
      </w:r>
    </w:p>
    <w:p>
      <w:r>
        <w:t>[..If he wants to murder Yaakov, and he.., Eliphaz</w:t>
      </w:r>
    </w:p>
    <w:p>
      <w:r>
        <w:t>{Esau} commanded Eliphaz to murder Yaakov.., what is this?</w:t>
      </w:r>
    </w:p>
    <w:p>
      <w:r>
        <w:t>Eliphaz does not know what to do with this honoring of father and mother]</w:t>
      </w:r>
    </w:p>
    <w:p>
      <w:r>
        <w:t>[Yes, yes]</w:t>
      </w:r>
    </w:p>
    <w:p>
      <w:r>
        <w:t>[So what are you saying]</w:t>
      </w:r>
    </w:p>
    <w:p>
      <w:r>
        <w:t>[No, with Amalek it was a different matter, Eliphaz is not yet Amalek</w:t>
      </w:r>
    </w:p>
    <w:p>
      <w:r>
        <w:t>Eliphaz is Amalek’s father, that is what I remember..]</w:t>
      </w:r>
    </w:p>
    <w:p>
      <w:r>
        <w:t>[Nu..]</w:t>
      </w:r>
    </w:p>
    <w:p>
      <w:r>
        <w:t>[Eliphaz is his father, no?]</w:t>
      </w:r>
    </w:p>
    <w:p>
      <w:r>
        <w:t>[Yes]</w:t>
      </w:r>
    </w:p>
    <w:p>
      <w:r>
        <w:t>[Eliphaz was Amalek’s father]</w:t>
      </w:r>
    </w:p>
    <w:p>
      <w:r>
        <w:t>[Yes, nu]</w:t>
      </w:r>
    </w:p>
    <w:p>
      <w:r>
        <w:t>[Amalek will instruct him..]</w:t>
      </w:r>
    </w:p>
    <w:p>
      <w:r>
        <w:t>Do you have a wife?</w:t>
      </w:r>
    </w:p>
    <w:p>
      <w:r>
        <w:t>[Yes]</w:t>
      </w:r>
    </w:p>
    <w:p>
      <w:r>
        <w:t>Jewish?</w:t>
      </w:r>
    </w:p>
    <w:p>
      <w:r>
        <w:t>[Yes, yes]...</w:t>
      </w:r>
    </w:p>
    <w:p>
      <w:r>
        <w:t>...Yes?</w:t>
      </w:r>
    </w:p>
    <w:p>
      <w:r>
        <w:t>[Yes, also those who fought against him, there are movements there</w:t>
      </w:r>
    </w:p>
    <w:p>
      <w:r>
        <w:t>Groups of people who still hold his views]</w:t>
      </w:r>
    </w:p>
    <w:p>
      <w:r>
        <w:t>Yes?</w:t>
      </w:r>
    </w:p>
    <w:p>
      <w:r>
        <w:t>[Yes]</w:t>
      </w:r>
    </w:p>
    <w:p>
      <w:r>
        <w:t>[….]…</w:t>
      </w:r>
    </w:p>
    <w:p>
      <w:r>
        <w:t>...[There too today there are groups that hold his views]</w:t>
      </w:r>
    </w:p>
    <w:p>
      <w:r>
        <w:t>Jews?</w:t>
      </w:r>
    </w:p>
    <w:p>
      <w:r>
        <w:t>[No, no, gentiles]</w:t>
      </w:r>
    </w:p>
    <w:p>
      <w:r>
        <w:t>Gentiles...</w:t>
      </w:r>
    </w:p>
    <w:p>
      <w:r>
        <w:t>...{…} We, blessed be Hashem, we today have a country</w:t>
      </w:r>
    </w:p>
    <w:p>
      <w:r>
        <w:t>[Blessed be Hashem, blessed be Hashem]…</w:t>
      </w:r>
    </w:p>
    <w:p>
      <w:r>
        <w:t>...Are there wars against Jews?</w:t>
      </w:r>
    </w:p>
    <w:p>
      <w:r>
        <w:t>[I do not know, I do not know]</w:t>
      </w:r>
    </w:p>
    <w:p>
      <w:r>
        <w:t>[…………….]</w:t>
      </w:r>
    </w:p>
    <w:p>
      <w:r>
        <w:t>[In the government they agreed to.. that there should be a UN army..]</w:t>
      </w:r>
    </w:p>
    <w:p>
      <w:r>
        <w:t>[No, but the question is whether there are wars against Jews……….]…</w:t>
      </w:r>
    </w:p>
    <w:p>
      <w:r>
        <w:t>...[… There are many missionaries, there are many missionaries who want to convert Jews]</w:t>
      </w:r>
    </w:p>
    <w:p>
      <w:r>
        <w:t>Yes?</w:t>
      </w:r>
    </w:p>
    <w:p>
      <w:r>
        <w:t>[Yes, they circulate mainly from America, mainly from America]</w:t>
      </w:r>
    </w:p>
    <w:p>
      <w:r>
        <w:t>Yes?</w:t>
      </w:r>
    </w:p>
    <w:p>
      <w:r>
        <w:t>[Yes, yes, their war today is with wisdom, it is not by force</w:t>
      </w:r>
    </w:p>
    <w:p>
      <w:r>
        <w:t>They come with wisdom, they come..]</w:t>
      </w:r>
    </w:p>
    <w:p>
      <w:r>
        <w:t>{What} wisdom?</w:t>
      </w:r>
    </w:p>
    <w:p>
      <w:r>
        <w:t>[Today they come as though to help weak people, to help unfortunate people, in such a manner; they are also here in the Land, there are many of them, they also sometimes disguise themselves as Jews]</w:t>
      </w:r>
    </w:p>
    <w:p>
      <w:r>
        <w:t>Eh?</w:t>
      </w:r>
    </w:p>
    <w:p>
      <w:r>
        <w:t>[They also sometimes make themselves out to be Jews]</w:t>
      </w:r>
    </w:p>
    <w:p>
      <w:r>
        <w:t>Yes?</w:t>
      </w:r>
    </w:p>
    <w:p>
      <w:r>
        <w:t>[Yes]</w:t>
      </w:r>
    </w:p>
    <w:p>
      <w:r>
        <w:t>[They say they converted to Judaism, they say they converted to Judaism]</w:t>
      </w:r>
    </w:p>
    <w:p>
      <w:r>
        <w:t>[And among them are Jews who converted to Christianity]</w:t>
      </w:r>
    </w:p>
    <w:p>
      <w:r>
        <w:t>Yes?</w:t>
      </w:r>
    </w:p>
    <w:p>
      <w:r>
        <w:t>[Yes, there are many, much evil comes from America, these are very great wicked people]</w:t>
      </w:r>
    </w:p>
    <w:p>
      <w:r>
        <w:t>America</w:t>
      </w:r>
    </w:p>
    <w:p>
      <w:r>
        <w:t>[They come from America]</w:t>
      </w:r>
    </w:p>
    <w:p>
      <w:r>
        <w:t>[They circulate in Russia, among Jews there..]</w:t>
      </w:r>
    </w:p>
    <w:p>
      <w:r>
        <w:t>[Here in the Land]</w:t>
      </w:r>
    </w:p>
    <w:p>
      <w:r>
        <w:t>[Also in Russia]</w:t>
      </w:r>
    </w:p>
    <w:p>
      <w:r>
        <w:t>[Here in the Holy Land, in Yerushalayim, they come to the Western Wall, they enter yeshivas]</w:t>
      </w:r>
    </w:p>
    <w:p>
      <w:r>
        <w:t>[What?]</w:t>
      </w:r>
    </w:p>
    <w:p>
      <w:r>
        <w:t>[They also enter yeshivas]</w:t>
      </w:r>
    </w:p>
    <w:p>
      <w:r>
        <w:t>[Yes, eh ………...]</w:t>
      </w:r>
    </w:p>
    <w:p>
      <w:r>
        <w:t>[They come to the weak, they come to weak people, they come to such young, weak Jews</w:t>
      </w:r>
    </w:p>
    <w:p>
      <w:r>
        <w:t>They come to Jews who are weak, yes]</w:t>
      </w:r>
    </w:p>
    <w:p>
      <w:r>
        <w:t>Who?</w:t>
      </w:r>
    </w:p>
    <w:p>
      <w:r>
        <w:t>[Those missionaries]</w:t>
      </w:r>
    </w:p>
    <w:p>
      <w:r>
        <w:t>Ah</w:t>
      </w:r>
    </w:p>
    <w:p>
      <w:r>
        <w:t>[They come to the weak young people who know nothing]</w:t>
      </w:r>
    </w:p>
    <w:p>
      <w:r>
        <w:t>But are they Jews?</w:t>
      </w:r>
    </w:p>
    <w:p>
      <w:r>
        <w:t>[Among them are also Jews who converted to Christianity]…</w:t>
      </w:r>
    </w:p>
    <w:p>
      <w:r>
        <w:t>...[He was with them in the war]</w:t>
      </w:r>
    </w:p>
    <w:p>
      <w:r>
        <w:t>{..}</w:t>
      </w:r>
    </w:p>
    <w:p>
      <w:r>
        <w:t>They did, they were, they risked their lives to save him, specifically because he is a Jew]</w:t>
      </w:r>
    </w:p>
    <w:p>
      <w:r>
        <w:t>Eh?</w:t>
      </w:r>
    </w:p>
    <w:p>
      <w:r>
        <w:t>[He said that they would honor him greatly, specifically because he is a Jew]</w:t>
      </w:r>
    </w:p>
    <w:p>
      <w:r>
        <w:t>Looking for?</w:t>
      </w:r>
    </w:p>
    <w:p>
      <w:r>
        <w:t>[Honoring, honoring]</w:t>
      </w:r>
    </w:p>
    <w:p>
      <w:r>
        <w:t>Honoring, yes</w:t>
      </w:r>
    </w:p>
    <w:p>
      <w:r>
        <w:t>[Yes, he said that they would honor him because he is a Jew]</w:t>
      </w:r>
    </w:p>
    <w:p>
      <w:r>
        <w:t>Yes?</w:t>
      </w:r>
    </w:p>
    <w:p>
      <w:r>
        <w:t>[Yes, and they did, he said, they risked their lives to save him several times</w:t>
      </w:r>
    </w:p>
    <w:p>
      <w:r>
        <w:t>They, he, they would say, they believed in the holiness of, of the People of Israel</w:t>
      </w:r>
    </w:p>
    <w:p>
      <w:r>
        <w:t>They believed, they said that they believed in the holiness of the People of Israel</w:t>
      </w:r>
    </w:p>
    <w:p>
      <w:r>
        <w:t>That is how he would tell me, that they would tell him that they believed that the People of Israel is</w:t>
      </w:r>
    </w:p>
    <w:p>
      <w:r>
        <w:t>It is the chosen people]…</w:t>
      </w:r>
    </w:p>
    <w:p>
      <w:r>
        <w:t>...[Someone plays {on the violin} the tune of:</w:t>
      </w:r>
    </w:p>
    <w:p>
      <w:r>
        <w:t>“Na Na Nach Nachma Nachman MeUman”]</w:t>
      </w:r>
    </w:p>
    <w:p>
      <w:r>
        <w:t>[There is milk here, Rebbe Yisroel, hot milk, milk, milk]</w:t>
      </w:r>
    </w:p>
    <w:p>
      <w:r>
        <w:t>Eh?</w:t>
      </w:r>
    </w:p>
    <w:p>
      <w:r>
        <w:t>[Milk]</w:t>
      </w:r>
    </w:p>
    <w:p>
      <w:r>
        <w:t>Eh?</w:t>
      </w:r>
    </w:p>
    <w:p>
      <w:r>
        <w:t>[You need to sit, though, you need to sit]</w:t>
      </w:r>
    </w:p>
    <w:p>
      <w:r>
        <w:t>Is it cold?</w:t>
      </w:r>
    </w:p>
    <w:p>
      <w:r>
        <w:t>[It is hot]</w:t>
      </w:r>
    </w:p>
    <w:p>
      <w:r>
        <w:t>Hot</w:t>
      </w:r>
    </w:p>
    <w:p>
      <w:r>
        <w:t>[It is hot]</w:t>
      </w:r>
    </w:p>
    <w:p>
      <w:r>
        <w:t>Hot</w:t>
      </w:r>
    </w:p>
    <w:p>
      <w:r>
        <w:t>[….]</w:t>
      </w:r>
    </w:p>
    <w:p>
      <w:r>
        <w:t>[Saba chants the tune of: “Na Nach Nachma Nachman MeUman”]</w:t>
      </w:r>
    </w:p>
    <w:p>
      <w:r>
        <w:t>{…..} tunes {…..} Breslov</w:t>
      </w:r>
    </w:p>
    <w:p>
      <w:r>
        <w:t>[Rebbe Yisroel, we do not understand Yiddish]</w:t>
      </w:r>
    </w:p>
    <w:p>
      <w:r>
        <w:t>My tunes, it is all from Rabbainu</w:t>
      </w:r>
    </w:p>
    <w:p>
      <w:r>
        <w:t>[What did he say?]</w:t>
      </w:r>
    </w:p>
    <w:p>
      <w:r>
        <w:t>[The tunes…..]</w:t>
      </w:r>
    </w:p>
    <w:p>
      <w:r>
        <w:t>[Everything is from Rabbainu]</w:t>
      </w:r>
    </w:p>
    <w:p>
      <w:r>
        <w:t>[The friend continues playing {on the violin} the tune of:</w:t>
      </w:r>
    </w:p>
    <w:p>
      <w:r>
        <w:t>“Na Na Nach Nachma Nachman MeUman..”</w:t>
      </w:r>
    </w:p>
    <w:p>
      <w:r>
        <w:t>Afterward he plays the tune of:</w:t>
      </w:r>
    </w:p>
    <w:p>
      <w:r>
        <w:t>“Fortunate are we, how good is our portion, that we merited to draw close to Rabbainu..”</w:t>
      </w:r>
    </w:p>
    <w:p>
      <w:r>
        <w:t>Afterward he plays the tune of:</w:t>
      </w:r>
    </w:p>
    <w:p>
      <w:r>
        <w:t>“There is a matter in which everything is transformed for the good..”]</w:t>
      </w:r>
    </w:p>
    <w:p>
      <w:r>
        <w:t>{……...}</w:t>
      </w:r>
    </w:p>
    <w:p>
      <w:r>
        <w:t>[{Saba chants and the friend plays the tune of:</w:t>
      </w:r>
    </w:p>
    <w:p>
      <w:r>
        <w:t>“Na Na Nach Nachma Nachman MeUman…………...”}]...</w:t>
      </w:r>
    </w:p>
    <w:p>
      <w:r>
        <w:t>...[..need to leave the world, and Rabbainu said that he wants you here in the world]</w:t>
      </w:r>
    </w:p>
    <w:p>
      <w:r>
        <w:t>That he wants</w:t>
      </w:r>
    </w:p>
    <w:p>
      <w:r>
        <w:t>[Yes, that is what Rabbainu wants, that you should be in the world]</w:t>
      </w:r>
    </w:p>
    <w:p>
      <w:r>
        <w:t>Yes</w:t>
      </w:r>
    </w:p>
    <w:p>
      <w:r>
        <w:t>[Yes, once you told us]</w:t>
      </w:r>
    </w:p>
    <w:p>
      <w:r>
        <w:t>Yes</w:t>
      </w:r>
    </w:p>
    <w:p>
      <w:r>
        <w:t>[Yes]</w:t>
      </w:r>
    </w:p>
    <w:p>
      <w:r>
        <w:t>It could be, in Tzfas</w:t>
      </w:r>
    </w:p>
    <w:p>
      <w:r>
        <w:t>[In Meron, when you were in Meron]</w:t>
      </w:r>
    </w:p>
    <w:p>
      <w:r>
        <w:t>In Meron</w:t>
      </w:r>
    </w:p>
    <w:p>
      <w:r>
        <w:t>[Then..]</w:t>
      </w:r>
    </w:p>
    <w:p>
      <w:r>
        <w:t>{..}</w:t>
      </w:r>
    </w:p>
    <w:p>
      <w:r>
        <w:t>[You were, you had literally several very difficult days, you had several very difficult days]</w:t>
      </w:r>
    </w:p>
    <w:p>
      <w:r>
        <w:t>Yes</w:t>
      </w:r>
    </w:p>
    <w:p>
      <w:r>
        <w:t>[And you told us after several days that Rabbainu..</w:t>
      </w:r>
    </w:p>
    <w:p>
      <w:r>
        <w:t>That you had to leave the world, and Rabbainu prevailed upon the Holy One, blessed is He</w:t>
      </w:r>
    </w:p>
    <w:p>
      <w:r>
        <w:t>That you need to remain here in the world]</w:t>
      </w:r>
    </w:p>
    <w:p>
      <w:r>
        <w:t>Yes?</w:t>
      </w:r>
    </w:p>
    <w:p>
      <w:r>
        <w:t>[Yes]</w:t>
      </w:r>
    </w:p>
    <w:p>
      <w:r>
        <w:t>It could be, {possible}</w:t>
      </w:r>
    </w:p>
    <w:p>
      <w:r>
        <w:t>It could be that my speech is a great thing for healing, for.. for.. yes, for faith..</w:t>
      </w:r>
    </w:p>
    <w:p>
      <w:r>
        <w:t>[Saba, your words strengthen us, so that even though we are in a state like now</w:t>
      </w:r>
    </w:p>
    <w:p>
      <w:r>
        <w:t>Not to despair and not to fall, that Rabbainu will rectify us, because we feel that we are not all right, we are very damaged, very damaged]</w:t>
      </w:r>
    </w:p>
    <w:p>
      <w:r>
        <w:t>Eh?</w:t>
      </w:r>
    </w:p>
    <w:p>
      <w:r>
        <w:t>[We are very damaged, damaged in the Covenant, in our thoughts</w:t>
      </w:r>
    </w:p>
    <w:p>
      <w:r>
        <w:t>And the words strengthen us that Rabbainu will heal us, your words]</w:t>
      </w:r>
    </w:p>
    <w:p>
      <w:r>
        <w:t>Yes, what the holy Rabbainu does for us, we do not know at all</w:t>
      </w:r>
    </w:p>
    <w:p>
      <w:r>
        <w:t>He gives all that is his, his entire soul, for us</w:t>
      </w:r>
    </w:p>
    <w:p>
      <w:r>
        <w:t>He, he has compassion on us, yes</w:t>
      </w:r>
    </w:p>
    <w:p>
      <w:r>
        <w:t>And this, and this is not for nothing, I saw..</w:t>
      </w:r>
    </w:p>
    <w:p>
      <w:r>
        <w:t>I do not see anything, but apparently the speech has power</w:t>
      </w:r>
    </w:p>
    <w:p>
      <w:r>
        <w:t>{They come}, they come to me, and I..</w:t>
      </w:r>
    </w:p>
    <w:p>
      <w:r>
        <w:t>[Strengthen]</w:t>
      </w:r>
    </w:p>
    <w:p>
      <w:r>
        <w:t>I have compassion and want to help</w:t>
      </w:r>
    </w:p>
    <w:p>
      <w:r>
        <w:t>[Saba, with the license of conduct, what I..]...</w:t>
      </w:r>
    </w:p>
    <w:p>
      <w:r>
        <w:t>...We see ourselves that there is an accounting, it is not, not for nothing, it is not {.…}</w:t>
      </w:r>
    </w:p>
    <w:p>
      <w:r>
        <w:t>Now is the time of the Redemption, such a light needs to come into the world, so that everyone will cast away all, all the lusts, all the..</w:t>
      </w:r>
    </w:p>
    <w:p>
      <w:r>
        <w:t>And will seek how to cleanse ourselves of the sins, of the lusts, yes</w:t>
      </w:r>
    </w:p>
    <w:p>
      <w:r>
        <w:t>And this will come</w:t>
      </w:r>
    </w:p>
    <w:p>
      <w:r>
        <w:t>[Everyone wants]</w:t>
      </w:r>
    </w:p>
    <w:p>
      <w:r>
        <w:t>I, what I merited—to know and cleave to Rebbe Yisroel (Kardonner)—it is a very great thing, yes</w:t>
      </w:r>
    </w:p>
    <w:p>
      <w:r>
        <w:t>He was a wondrous man, he was entirely for Hashem, entirely truth, yes</w:t>
      </w:r>
    </w:p>
    <w:p>
      <w:r>
        <w:t>I did not {find}, only him alone</w:t>
      </w:r>
    </w:p>
    <w:p>
      <w:r>
        <w:t>Oy vey, oy, blessed is Hashem, I am happy that I merit to see you</w:t>
      </w:r>
    </w:p>
    <w:p>
      <w:r>
        <w:t>And to hear some words from your mouth, it is very good</w:t>
      </w:r>
    </w:p>
    <w:p>
      <w:r>
        <w:t>Are you going to Rashbi?</w:t>
      </w:r>
    </w:p>
    <w:p>
      <w:r>
        <w:t>[Yes]</w:t>
      </w:r>
    </w:p>
    <w:p>
      <w:r>
        <w:t>Do you pray there?</w:t>
      </w:r>
    </w:p>
    <w:p>
      <w:r>
        <w:t>[I pray there in the morning, yes]</w:t>
      </w:r>
    </w:p>
    <w:p>
      <w:r>
        <w:t>In the morning</w:t>
      </w:r>
    </w:p>
    <w:p>
      <w:r>
        <w:t>[In the morning]</w:t>
      </w:r>
    </w:p>
    <w:p>
      <w:r>
        <w:t>Every morning?</w:t>
      </w:r>
    </w:p>
    <w:p>
      <w:r>
        <w:t>[Yes]</w:t>
      </w:r>
    </w:p>
    <w:p>
      <w:r>
        <w:t>If it is not difficult for you, I, perhaps it is possible, but it is very far</w:t>
      </w:r>
    </w:p>
    <w:p>
      <w:r>
        <w:t>It is very difficult, very far, very difficult</w:t>
      </w:r>
    </w:p>
    <w:p>
      <w:r>
        <w:t>[It is not far, Saba]</w:t>
      </w:r>
    </w:p>
    <w:p>
      <w:r>
        <w:t>Eh?</w:t>
      </w:r>
    </w:p>
    <w:p>
      <w:r>
        <w:t>[It is not far, it is.. Meron and Tzfas, it is not far]</w:t>
      </w:r>
    </w:p>
    <w:p>
      <w:r>
        <w:t>{..}</w:t>
      </w:r>
    </w:p>
    <w:p>
      <w:r>
        <w:t>[It is only, by car it is a quarter of an hour, twenty minutes, it is not far</w:t>
      </w:r>
    </w:p>
    <w:p>
      <w:r>
        <w:t>Altogether..]</w:t>
      </w:r>
    </w:p>
    <w:p>
      <w:r>
        <w:t>{..}</w:t>
      </w:r>
    </w:p>
    <w:p>
      <w:r>
        <w:t>[It is not far from Meron]</w:t>
      </w:r>
    </w:p>
    <w:p>
      <w:r>
        <w:t>With my car it is possible</w:t>
      </w:r>
    </w:p>
    <w:p>
      <w:r>
        <w:t>[Yes]</w:t>
      </w:r>
    </w:p>
    <w:p>
      <w:r>
        <w:t>It is possible</w:t>
      </w:r>
    </w:p>
    <w:p>
      <w:r>
        <w:t>[Altogether about twenty minutes, a quarter of an hour, twenty minutes]</w:t>
      </w:r>
    </w:p>
    <w:p>
      <w:r>
        <w:t>Yes?</w:t>
      </w:r>
    </w:p>
    <w:p>
      <w:r>
        <w:t>[Yes]</w:t>
      </w:r>
    </w:p>
    <w:p>
      <w:r>
        <w:t>Going and returning?</w:t>
      </w:r>
    </w:p>
    <w:p>
      <w:r>
        <w:t>[Going is twenty minutes]</w:t>
      </w:r>
    </w:p>
    <w:p>
      <w:r>
        <w:t>And returning?</w:t>
      </w:r>
    </w:p>
    <w:p>
      <w:r>
        <w:t>[And returning is twenty minutes]</w:t>
      </w:r>
    </w:p>
    <w:p>
      <w:r>
        <w:t>Twenty</w:t>
      </w:r>
    </w:p>
    <w:p>
      <w:r>
        <w:t>[Yes]</w:t>
      </w:r>
    </w:p>
    <w:p>
      <w:r>
        <w:t>Do you pray every day at Rashbi?</w:t>
      </w:r>
    </w:p>
    <w:p>
      <w:r>
        <w:t>[Yes Saba, every day]</w:t>
      </w:r>
    </w:p>
    <w:p>
      <w:r>
        <w:t>Mention me for healing</w:t>
      </w:r>
    </w:p>
    <w:p>
      <w:r>
        <w:t>[Yes]</w:t>
      </w:r>
    </w:p>
    <w:p>
      <w:r>
        <w:t>In this merit Hashem, blessed is He, will help you</w:t>
      </w:r>
    </w:p>
    <w:p>
      <w:r>
        <w:t>“The one who prays for his fellow is answered first”</w:t>
      </w:r>
    </w:p>
    <w:p>
      <w:r>
        <w:t>Ah, ah, ah, I have a vessel of…</w:t>
      </w:r>
    </w:p>
    <w:p>
      <w:r>
        <w:t>...{..}...</w:t>
      </w:r>
    </w:p>
    <w:p>
      <w:r>
        <w:t>...[..who are afraid]</w:t>
      </w:r>
    </w:p>
    <w:p>
      <w:r>
        <w:t>They are afraid</w:t>
      </w:r>
    </w:p>
    <w:p>
      <w:r>
        <w:t>[Yes]…</w:t>
      </w:r>
    </w:p>
    <w:p>
      <w:r>
        <w:t>...I cannot open my mouth to speak with Hashem, blessed is He</w:t>
      </w:r>
    </w:p>
    <w:p>
      <w:r>
        <w:t>But despite.. nu, He does what He does, He does, He does not abandon us, yes, a time will come when the world will flee from, from the mud, from, from the lusts</w:t>
      </w:r>
    </w:p>
    <w:p>
      <w:r>
        <w:t>All of life {will be}, the main thing is to serve Hashem</w:t>
      </w:r>
    </w:p>
    <w:p>
      <w:r>
        <w:t>Oy…</w:t>
      </w:r>
    </w:p>
    <w:p>
      <w:r>
        <w:t>...[The time, five to two]…</w:t>
      </w:r>
    </w:p>
    <w:p>
      <w:r>
        <w:t>...[Rebbe Yisroel]</w:t>
      </w:r>
    </w:p>
    <w:p>
      <w:r>
        <w:t>Eh?</w:t>
      </w:r>
    </w:p>
    <w:p>
      <w:r>
        <w:t>[Did you want to hear how the girl is? Did you want to hear how the girl who came, the girl who could not walk, is?]</w:t>
      </w:r>
    </w:p>
    <w:p>
      <w:r>
        <w:t>Yo, yo, yo, nu</w:t>
      </w:r>
    </w:p>
    <w:p>
      <w:r>
        <w:t>[Yes]</w:t>
      </w:r>
    </w:p>
    <w:p>
      <w:r>
        <w:t>Nu</w:t>
      </w:r>
    </w:p>
    <w:p>
      <w:r>
        <w:t>[Uri will be in contact with them, Uri and his wife will speak with them on the telephone, with the family]</w:t>
      </w:r>
    </w:p>
    <w:p>
      <w:r>
        <w:t>Yes?</w:t>
      </w:r>
    </w:p>
    <w:p>
      <w:r>
        <w:t>[And they will tell us how things are, Uri has now returned home]</w:t>
      </w:r>
    </w:p>
    <w:p>
      <w:r>
        <w:t>He returned home</w:t>
      </w:r>
    </w:p>
    <w:p>
      <w:r>
        <w:t>[And his wife has the address and the telephone number]</w:t>
      </w:r>
    </w:p>
    <w:p>
      <w:r>
        <w:t>And he did not, did not say what..</w:t>
      </w:r>
    </w:p>
    <w:p>
      <w:r>
        <w:t>[No]</w:t>
      </w:r>
    </w:p>
    <w:p>
      <w:r>
        <w:t>How is she?</w:t>
      </w:r>
    </w:p>
    <w:p>
      <w:r>
        <w:t>[No, he..]</w:t>
      </w:r>
    </w:p>
    <w:p>
      <w:r>
        <w:t>Huh?</w:t>
      </w:r>
    </w:p>
    <w:p>
      <w:r>
        <w:t>[No]…</w:t>
      </w:r>
    </w:p>
    <w:p>
      <w:r>
        <w:t>...[His wife has their address]</w:t>
      </w:r>
    </w:p>
    <w:p>
      <w:r>
        <w:t>But..</w:t>
      </w:r>
    </w:p>
    <w:p>
      <w:r>
        <w:t>[Uri's wife, she has their address]</w:t>
      </w:r>
    </w:p>
    <w:p>
      <w:r>
        <w:t>The address</w:t>
      </w:r>
    </w:p>
    <w:p>
      <w:r>
        <w:t>[And the telephone, it is..] {..}…</w:t>
      </w:r>
    </w:p>
    <w:p>
      <w:r>
        <w:t>...{…} what, how is it, with, if she is more, yo</w:t>
      </w:r>
    </w:p>
    <w:p>
      <w:r>
        <w:t>Does she have a cure? What? And what, how is she?</w:t>
      </w:r>
    </w:p>
    <w:p>
      <w:r>
        <w:t>I have great anguish over him, I saw that she is big and she can walk</w:t>
      </w:r>
    </w:p>
    <w:p>
      <w:r>
        <w:t>I had great anguish, and I asked to go {to her ………...}...</w:t>
      </w:r>
    </w:p>
    <w:p>
      <w:r>
        <w:t>...[Saba and the friends sing:</w:t>
      </w:r>
    </w:p>
    <w:p>
      <w:r>
        <w:t>“Our greatness and our glory our righteous Moshiach will reveal..” to the tune of “Na Naḥ Naḥma Naḥman MeUman..”]</w:t>
      </w:r>
    </w:p>
    <w:p>
      <w:r>
        <w:t>{With these dances} one needs to speak with Hashem Yisborach: “Why is it like this?”</w:t>
      </w:r>
    </w:p>
    <w:p>
      <w:r>
        <w:t>[Yo]</w:t>
      </w:r>
    </w:p>
    <w:p>
      <w:r>
        <w:t>{….}</w:t>
      </w:r>
    </w:p>
    <w:p>
      <w:r>
        <w:t>[Saba and the friends continue chanting the tune of:</w:t>
      </w:r>
    </w:p>
    <w:p>
      <w:r>
        <w:t>“Na Naḥ Naḥma Naḥman MeUman..”]</w:t>
      </w:r>
    </w:p>
    <w:p>
      <w:r>
        <w:t>Uri lives here, Uri lives here?</w:t>
      </w:r>
    </w:p>
    <w:p>
      <w:r>
        <w:t>[Who?]</w:t>
      </w:r>
    </w:p>
    <w:p>
      <w:r>
        <w:t>Uri?</w:t>
      </w:r>
    </w:p>
    <w:p>
      <w:r>
        <w:t>[Uri, no]</w:t>
      </w:r>
    </w:p>
    <w:p>
      <w:r>
        <w:t>{..}</w:t>
      </w:r>
    </w:p>
    <w:p>
      <w:r>
        <w:t>[He lives in Meron]</w:t>
      </w:r>
    </w:p>
    <w:p>
      <w:r>
        <w:t>In Meron?</w:t>
      </w:r>
    </w:p>
    <w:p>
      <w:r>
        <w:t>[Yes]</w:t>
      </w:r>
    </w:p>
    <w:p>
      <w:r>
        <w:t>Up above?</w:t>
      </w:r>
    </w:p>
    <w:p>
      <w:r>
        <w:t>[Meron is, we are in Tzfas, so Meron is in the direction of the west]</w:t>
      </w:r>
    </w:p>
    <w:p>
      <w:r>
        <w:t>Ah, ah..</w:t>
      </w:r>
    </w:p>
    <w:p>
      <w:r>
        <w:t>So he lives in Meron</w:t>
      </w:r>
    </w:p>
    <w:p>
      <w:r>
        <w:t>[Yes]</w:t>
      </w:r>
    </w:p>
    <w:p>
      <w:r>
        <w:t>He does not live in this apartment</w:t>
      </w:r>
    </w:p>
    <w:p>
      <w:r>
        <w:t>[No]…</w:t>
      </w:r>
    </w:p>
    <w:p>
      <w:r>
        <w:t>...[Saba and the friends sing:</w:t>
      </w:r>
    </w:p>
    <w:p>
      <w:r>
        <w:t>“Our greatness and our glory our righteous Moshiach will reveal..”]</w:t>
      </w:r>
    </w:p>
    <w:p>
      <w:r>
        <w:t>What is today?</w:t>
      </w:r>
    </w:p>
    <w:p>
      <w:r>
        <w:t>[Today is day..]</w:t>
      </w:r>
    </w:p>
    <w:p>
      <w:r>
        <w:t>{..}</w:t>
      </w:r>
    </w:p>
    <w:p>
      <w:r>
        <w:t>[Wednesday]</w:t>
      </w:r>
    </w:p>
    <w:p>
      <w:r>
        <w:t>[Wednesday]</w:t>
      </w:r>
    </w:p>
    <w:p>
      <w:r>
        <w:t>Wednesday</w:t>
      </w:r>
    </w:p>
    <w:p>
      <w:r>
        <w:t>[Wednesday..]</w:t>
      </w:r>
    </w:p>
    <w:p>
      <w:r>
        <w:t>Now it is Wednesday, Wednesday night</w:t>
      </w:r>
    </w:p>
    <w:p>
      <w:r>
        <w:t>[Today is Wednesday night]</w:t>
      </w:r>
    </w:p>
    <w:p>
      <w:r>
        <w:t>[Saba and the friends continue chanting the melody of:</w:t>
      </w:r>
    </w:p>
    <w:p>
      <w:r>
        <w:t>“Our greatness and our glory our righteous Moshiach will reveal..”]…</w:t>
      </w:r>
    </w:p>
    <w:p>
      <w:r>
        <w:t>…[Saba and the friends continue chanting the melody of:</w:t>
      </w:r>
    </w:p>
    <w:p>
      <w:r>
        <w:t>“Our greatness and our glory our righteous Moshiach will reveal..”]</w:t>
      </w:r>
    </w:p>
    <w:p>
      <w:r>
        <w:t>Why does he not, he does not come..</w:t>
      </w:r>
    </w:p>
    <w:p>
      <w:r>
        <w:t>[Moshiach?]</w:t>
      </w:r>
    </w:p>
    <w:p>
      <w:r>
        <w:t>Eitan, Eitan, Ilan</w:t>
      </w:r>
    </w:p>
    <w:p>
      <w:r>
        <w:t>[Ilan]</w:t>
      </w:r>
    </w:p>
    <w:p>
      <w:r>
        <w:t>Ilan, why did he not come?</w:t>
      </w:r>
    </w:p>
    <w:p>
      <w:r>
        <w:t>[I, {I don't know} (I don't know), I don't know]</w:t>
      </w:r>
    </w:p>
    <w:p>
      <w:r>
        <w:t>Why did he not come?</w:t>
      </w:r>
    </w:p>
    <w:p>
      <w:r>
        <w:t>[Why did he not come?]</w:t>
      </w:r>
    </w:p>
    <w:p>
      <w:r>
        <w:t>[Don't know]</w:t>
      </w:r>
    </w:p>
    <w:p>
      <w:r>
        <w:t>[Don't know]</w:t>
      </w:r>
    </w:p>
    <w:p>
      <w:r>
        <w:t>[Don't know why]</w:t>
      </w:r>
    </w:p>
    <w:p>
      <w:r>
        <w:t>Huh?</w:t>
      </w:r>
    </w:p>
    <w:p>
      <w:r>
        <w:t>[He doesn't know]</w:t>
      </w:r>
    </w:p>
    <w:p>
      <w:r>
        <w:t>[Saba and the friends continue singing:</w:t>
      </w:r>
    </w:p>
    <w:p>
      <w:r>
        <w:t>“Our greatness and our glory our righteous Moshiach will reveal..”]…</w:t>
      </w:r>
    </w:p>
    <w:p>
      <w:r>
        <w:br w:type="page"/>
      </w:r>
    </w:p>
    <w:p>
      <w:pPr>
        <w:pStyle w:val="Heading1"/>
      </w:pPr>
      <w:r>
        <w:t>Tape 35</w:t>
      </w:r>
    </w:p>
    <w:p>
      <w:pPr>
        <w:pStyle w:val="Heading2"/>
      </w:pPr>
      <w:r>
        <w:t>Side A (Aleph)</w:t>
      </w:r>
    </w:p>
    <w:p>
      <w:r>
        <w:t>...[He went to the wedding of.. took his son, Yitzchak]</w:t>
      </w:r>
    </w:p>
    <w:p>
      <w:r>
        <w:t>With your son Nachman</w:t>
      </w:r>
    </w:p>
    <w:p>
      <w:r>
        <w:t>[Nachman]</w:t>
      </w:r>
    </w:p>
    <w:p>
      <w:r>
        <w:t>{..}</w:t>
      </w:r>
    </w:p>
    <w:p>
      <w:r>
        <w:t>[And Rebbe Nassan, he took his son to..]</w:t>
      </w:r>
    </w:p>
    <w:p>
      <w:r>
        <w:t>{For an outing}, to go strolling</w:t>
      </w:r>
    </w:p>
    <w:p>
      <w:r>
        <w:t>[To go strolling, then the opponents threw stones, the opponents threw stones] Melodies were made, from the stones melodies were made</w:t>
      </w:r>
    </w:p>
    <w:p>
      <w:r>
        <w:t>[Saba, if I have a son, what will I call him?]</w:t>
      </w:r>
    </w:p>
    <w:p>
      <w:r>
        <w:t>Nu, there isn't {mine yet}, at, at Uri's</w:t>
      </w:r>
    </w:p>
    <w:p>
      <w:r>
        <w:t>[At Uri's, what?]</w:t>
      </w:r>
    </w:p>
    <w:p>
      <w:r>
        <w:t>Are they looking?</w:t>
      </w:r>
    </w:p>
    <w:p>
      <w:r>
        <w:t>[They are looking, apparently they are looking]</w:t>
      </w:r>
    </w:p>
    <w:p>
      <w:r>
        <w:t>[…..]…</w:t>
      </w:r>
    </w:p>
    <w:p>
      <w:r>
        <w:t>...Give me every day..</w:t>
      </w:r>
    </w:p>
    <w:p>
      <w:r>
        <w:t>[Try to walk a little]</w:t>
      </w:r>
    </w:p>
    <w:p>
      <w:r>
        <w:t>To walk beside the table</w:t>
      </w:r>
    </w:p>
    <w:p>
      <w:r>
        <w:t>[Good]</w:t>
      </w:r>
    </w:p>
    <w:p>
      <w:r>
        <w:t>By means of people..</w:t>
      </w:r>
    </w:p>
    <w:p>
      <w:r>
        <w:t>[Good]</w:t>
      </w:r>
    </w:p>
    <w:p>
      <w:r>
        <w:t>Mine</w:t>
      </w:r>
    </w:p>
    <w:p>
      <w:r>
        <w:t>[Yes]</w:t>
      </w:r>
    </w:p>
    <w:p>
      <w:r>
        <w:t>Who will hold me</w:t>
      </w:r>
    </w:p>
    <w:p>
      <w:r>
        <w:t>[Yes]</w:t>
      </w:r>
    </w:p>
    <w:p>
      <w:r>
        <w:t>And I need to walk, to walk, {to sit on it} and to walk</w:t>
      </w:r>
    </w:p>
    <w:p>
      <w:r>
        <w:t>[With Hashem's help]</w:t>
      </w:r>
    </w:p>
    <w:p>
      <w:r>
        <w:t>With, with, with the legs</w:t>
      </w:r>
    </w:p>
    <w:p>
      <w:r>
        <w:t>[Good]</w:t>
      </w:r>
    </w:p>
    <w:p>
      <w:r>
        <w:t>If only..</w:t>
      </w:r>
    </w:p>
    <w:p>
      <w:r>
        <w:t>[If only, with Hashem's help]</w:t>
      </w:r>
    </w:p>
    <w:p>
      <w:r>
        <w:t>Pray, all of you pray {that Hashem}..</w:t>
      </w:r>
    </w:p>
    <w:p>
      <w:r>
        <w:t>[I prayed for you today]</w:t>
      </w:r>
    </w:p>
    <w:p>
      <w:r>
        <w:t>May He have mercy on me and give me strength in my legs, so that I can walk</w:t>
      </w:r>
    </w:p>
    <w:p>
      <w:r>
        <w:t>[If only, amen]</w:t>
      </w:r>
    </w:p>
    <w:p>
      <w:r>
        <w:t>Ah</w:t>
      </w:r>
    </w:p>
    <w:p>
      <w:r>
        <w:t>[With Hashem's help, I pray for you, Saba]</w:t>
      </w:r>
    </w:p>
    <w:p>
      <w:r>
        <w:t>Huh?</w:t>
      </w:r>
    </w:p>
    <w:p>
      <w:r>
        <w:t>[I prayed f..]…</w:t>
      </w:r>
    </w:p>
    <w:p>
      <w:r>
        <w:t>...{…}</w:t>
      </w:r>
    </w:p>
    <w:p>
      <w:r>
        <w:t>[Here, this is the shoe]</w:t>
      </w:r>
    </w:p>
    <w:p>
      <w:r>
        <w:t>Ah, good</w:t>
      </w:r>
    </w:p>
    <w:p>
      <w:r>
        <w:t>[It is forty-three]</w:t>
      </w:r>
    </w:p>
    <w:p>
      <w:r>
        <w:t>Take out, take out a foot and put in..</w:t>
      </w:r>
    </w:p>
    <w:p>
      <w:r>
        <w:t>Take out!</w:t>
      </w:r>
    </w:p>
    <w:p>
      <w:r>
        <w:t>[I am taking out, I am taking out, Saba]</w:t>
      </w:r>
    </w:p>
    <w:p>
      <w:r>
        <w:t>[No, the left one first]</w:t>
      </w:r>
    </w:p>
    <w:p>
      <w:r>
        <w:t>Oy, like that, yes...</w:t>
      </w:r>
    </w:p>
    <w:p>
      <w:r>
        <w:t>...{...}</w:t>
      </w:r>
    </w:p>
    <w:p>
      <w:r>
        <w:t>[Good, we'll see]</w:t>
      </w:r>
    </w:p>
    <w:p>
      <w:r>
        <w:t>{...}...</w:t>
      </w:r>
    </w:p>
    <w:p>
      <w:r>
        <w:t>...[...]</w:t>
      </w:r>
    </w:p>
    <w:p>
      <w:r>
        <w:t>Not a lot?</w:t>
      </w:r>
    </w:p>
    <w:p>
      <w:r>
        <w:t>[For me it is a lot, these are a very good kind of shoes, a regular shoe costs eighty shekels..]...</w:t>
      </w:r>
    </w:p>
    <w:p>
      <w:r>
        <w:t>...of holy Rabbainu</w:t>
      </w:r>
    </w:p>
    <w:p>
      <w:r>
        <w:t>{This can.. the power of faith and repentance and truth}</w:t>
      </w:r>
    </w:p>
    <w:p>
      <w:r>
        <w:t>{But this, this}, I cannot speak of this, but we need to know and believe</w:t>
      </w:r>
    </w:p>
    <w:p>
      <w:r>
        <w:t>[Yes]</w:t>
      </w:r>
    </w:p>
    <w:p>
      <w:r>
        <w:t>That we are as we are</w:t>
      </w:r>
    </w:p>
    <w:p>
      <w:r>
        <w:t>[Yes]</w:t>
      </w:r>
    </w:p>
    <w:p>
      <w:r>
        <w:t>Then Hashem Yisborach has already prepared for us, He gave us holy Rabbainu</w:t>
      </w:r>
    </w:p>
    <w:p>
      <w:r>
        <w:t>Now is the time of the Redemption</w:t>
      </w:r>
    </w:p>
    <w:p>
      <w:r>
        <w:t>[..…]</w:t>
      </w:r>
    </w:p>
    <w:p>
      <w:r>
        <w:t>I had several, several letters that..</w:t>
      </w:r>
    </w:p>
    <w:p>
      <w:r>
        <w:t>That “the time of the Redemption is very near”</w:t>
      </w:r>
    </w:p>
    <w:p>
      <w:r>
        <w:t>The doctor had not yet told me to walk, only yesterday</w:t>
      </w:r>
    </w:p>
    <w:p>
      <w:r>
        <w:t>[Yes, yes]</w:t>
      </w:r>
    </w:p>
    <w:p>
      <w:r>
        <w:t>Nu, {….} at any rate</w:t>
      </w:r>
    </w:p>
    <w:p>
      <w:r>
        <w:t>[Slowly, slowly]</w:t>
      </w:r>
    </w:p>
    <w:p>
      <w:r>
        <w:t>What is happening among us with the Arabs?</w:t>
      </w:r>
    </w:p>
    <w:p>
      <w:r>
        <w:t>[The Arabs..]</w:t>
      </w:r>
    </w:p>
    <w:p>
      <w:r>
        <w:t>Are there wars?</w:t>
      </w:r>
    </w:p>
    <w:p>
      <w:r>
        <w:t>[Yesterday they killed one]</w:t>
      </w:r>
    </w:p>
    <w:p>
      <w:r>
        <w:t>Huh?</w:t>
      </w:r>
    </w:p>
    <w:p>
      <w:r>
        <w:t>[Yesterday they killed someone in Yerushalayim]</w:t>
      </w:r>
    </w:p>
    <w:p>
      <w:r>
        <w:t>Yes?</w:t>
      </w:r>
    </w:p>
    <w:p>
      <w:r>
        <w:t>[Yes, the Arabs, may their names be erased, today is his funeral]</w:t>
      </w:r>
    </w:p>
    <w:p>
      <w:r>
        <w:t>Huh?</w:t>
      </w:r>
    </w:p>
    <w:p>
      <w:r>
        <w:t>[Today is his funeral]</w:t>
      </w:r>
    </w:p>
    <w:p>
      <w:r>
        <w:t>Yes?</w:t>
      </w:r>
    </w:p>
    <w:p>
      <w:r>
        <w:t>[Yes, yesterday they killed, and today sixteen Arabs were injured, sixteen Arabs were injured, they ran wild, so the army gave it to them, so sixteen Arabs were injured]</w:t>
      </w:r>
    </w:p>
    <w:p>
      <w:r>
        <w:t>Sixteen</w:t>
      </w:r>
    </w:p>
    <w:p>
      <w:r>
        <w:t>[Yes]</w:t>
      </w:r>
    </w:p>
    <w:p>
      <w:r>
        <w:t>And us..?</w:t>
      </w:r>
    </w:p>
    <w:p>
      <w:r>
        <w:t>[Not us, Arabs]</w:t>
      </w:r>
    </w:p>
    <w:p>
      <w:r>
        <w:t>But us.. {..}</w:t>
      </w:r>
    </w:p>
    <w:p>
      <w:r>
        <w:t>[Today there was approximately nothing]</w:t>
      </w:r>
    </w:p>
    <w:p>
      <w:r>
        <w:t>Huh?</w:t>
      </w:r>
    </w:p>
    <w:p>
      <w:r>
        <w:t>[Today, today I did not hear that something happened to a Jew, today, yesterday, yesterday there was, today not]</w:t>
      </w:r>
    </w:p>
    <w:p>
      <w:r>
        <w:t>{..}</w:t>
      </w:r>
    </w:p>
    <w:p>
      <w:r>
        <w:t>[They hate us, hate us, they hat..]…</w:t>
      </w:r>
    </w:p>
    <w:p>
      <w:r>
        <w:t>...They teach the Arabs how to oppose us</w:t>
      </w:r>
    </w:p>
    <w:p>
      <w:r>
        <w:t>[Yes]</w:t>
      </w:r>
    </w:p>
    <w:p>
      <w:r>
        <w:t>Yes, the..</w:t>
      </w:r>
    </w:p>
    <w:p>
      <w:r>
        <w:t>[America]</w:t>
      </w:r>
    </w:p>
    <w:p>
      <w:r>
        <w:t>America and England and all of them, all the gentiles</w:t>
      </w:r>
    </w:p>
    <w:p>
      <w:r>
        <w:t>[Yes]</w:t>
      </w:r>
    </w:p>
    <w:p>
      <w:r>
        <w:t>But Hashem Yisborach shows them, I have {a note\seniority}, yes</w:t>
      </w:r>
    </w:p>
    <w:p>
      <w:r>
        <w:t>And we: “What, what do you want? That.. Hebron, no, Jews should not live there?”</w:t>
      </w:r>
    </w:p>
    <w:p>
      <w:r>
        <w:t>[Yes, that is what they want, yes]</w:t>
      </w:r>
    </w:p>
    <w:p>
      <w:r>
        <w:t>Nu, I do not agree, what can you do?</w:t>
      </w:r>
    </w:p>
    <w:p>
      <w:r>
        <w:t>[Yes]</w:t>
      </w:r>
    </w:p>
    <w:p>
      <w:r>
        <w:t>Afterward he goes and kills sixteen, sixteen, were they killed or..?</w:t>
      </w:r>
    </w:p>
    <w:p>
      <w:r>
        <w:t>[Injured, injured]</w:t>
      </w:r>
    </w:p>
    <w:p>
      <w:r>
        <w:t>Injured</w:t>
      </w:r>
    </w:p>
    <w:p>
      <w:r>
        <w:t>[Yes]</w:t>
      </w:r>
    </w:p>
    <w:p>
      <w:r>
        <w:t>Ah, they were injured so that they would have work</w:t>
      </w:r>
    </w:p>
    <w:p>
      <w:r>
        <w:t>[In the hospital]</w:t>
      </w:r>
    </w:p>
    <w:p>
      <w:r>
        <w:t>If they d.., if they die {...}</w:t>
      </w:r>
    </w:p>
    <w:p>
      <w:r>
        <w:t>[There will be no work]</w:t>
      </w:r>
    </w:p>
    <w:p>
      <w:r>
        <w:t>{So}, yesterday they killed a Jew</w:t>
      </w:r>
    </w:p>
    <w:p>
      <w:r>
        <w:t>[Yes]</w:t>
      </w:r>
    </w:p>
    <w:p>
      <w:r>
        <w:t>Where? In what {place}?</w:t>
      </w:r>
    </w:p>
    <w:p>
      <w:r>
        <w:t>[I think it was in Yerushalayim]</w:t>
      </w:r>
    </w:p>
    <w:p>
      <w:r>
        <w:t>In Yerushalayim</w:t>
      </w:r>
    </w:p>
    <w:p>
      <w:r>
        <w:t>[They shot him]</w:t>
      </w:r>
    </w:p>
    <w:p>
      <w:r>
        <w:t>They shot him, oy vey</w:t>
      </w:r>
    </w:p>
    <w:p>
      <w:r>
        <w:t>[Some Arab shot him, yes, and he was badly wounded and afterward passed away]</w:t>
      </w:r>
    </w:p>
    <w:p>
      <w:r>
        <w:t>Ah</w:t>
      </w:r>
    </w:p>
    <w:p>
      <w:r>
        <w:t>[Yes]</w:t>
      </w:r>
    </w:p>
    <w:p>
      <w:r>
        <w:t>Oy, Master of the World</w:t>
      </w:r>
    </w:p>
    <w:p>
      <w:r>
        <w:t>[May Hashem have mercy on us]</w:t>
      </w:r>
    </w:p>
    <w:p>
      <w:r>
        <w:t>May Hashem have mercy on us</w:t>
      </w:r>
    </w:p>
    <w:p>
      <w:r>
        <w:t>Also the whole world, all the non-Jews want to kill us and destroy us and annihilate us</w:t>
      </w:r>
    </w:p>
    <w:p>
      <w:r>
        <w:t>And one sees the greatness of Hashem</w:t>
      </w:r>
    </w:p>
    <w:p>
      <w:r>
        <w:t>[Great miracles, there are great miracles]</w:t>
      </w:r>
    </w:p>
    <w:p>
      <w:r>
        <w:t>Great miracles</w:t>
      </w:r>
    </w:p>
    <w:p>
      <w:r>
        <w:t>[Long ago he could have killed all of us, if not for Hashem, blessed be He]</w:t>
      </w:r>
    </w:p>
    <w:p>
      <w:r>
        <w:t>There is a sea, a sea of Arabs</w:t>
      </w:r>
    </w:p>
    <w:p>
      <w:r>
        <w:t>[Yes]</w:t>
      </w:r>
    </w:p>
    <w:p>
      <w:r>
        <w:t>Many {very many}</w:t>
      </w:r>
    </w:p>
    <w:p>
      <w:r>
        <w:t>[Very many, yes]</w:t>
      </w:r>
    </w:p>
    <w:p>
      <w:r>
        <w:t>And they all..</w:t>
      </w:r>
    </w:p>
    <w:p>
      <w:r>
        <w:t>[They are donkeys, donkeys]</w:t>
      </w:r>
    </w:p>
    <w:p>
      <w:r>
        <w:t>Yes</w:t>
      </w:r>
    </w:p>
    <w:p>
      <w:r>
        <w:t>They say: "We want them not to go to the Kosel"</w:t>
      </w:r>
    </w:p>
    <w:p>
      <w:r>
        <w:t>Weizman says: "Fine, if you want not to go to the Kosel, fine, we will {not} go"</w:t>
      </w:r>
    </w:p>
    <w:p>
      <w:r>
        <w:t>Afterward he, he shows them</w:t>
      </w:r>
    </w:p>
    <w:p>
      <w:r>
        <w:t>[Yes, the Jews are wiser than everyone]</w:t>
      </w:r>
    </w:p>
    <w:p>
      <w:r>
        <w:t>Ah?</w:t>
      </w:r>
    </w:p>
    <w:p>
      <w:r>
        <w:t>[The Jews are wiser, they have more intelligence, the Jews, than all, than all the Arabs, than all the non-Jews]</w:t>
      </w:r>
    </w:p>
    <w:p>
      <w:r>
        <w:t>What is this?</w:t>
      </w:r>
    </w:p>
    <w:p>
      <w:r>
        <w:t>[What?]</w:t>
      </w:r>
    </w:p>
    <w:p>
      <w:r>
        <w:t>What is this?</w:t>
      </w:r>
    </w:p>
    <w:p>
      <w:r>
        <w:t>[This?]</w:t>
      </w:r>
    </w:p>
    <w:p>
      <w:r>
        <w:t>A room?</w:t>
      </w:r>
    </w:p>
    <w:p>
      <w:r>
        <w:t>[Here?]</w:t>
      </w:r>
    </w:p>
    <w:p>
      <w:r>
        <w:t>Yo</w:t>
      </w:r>
    </w:p>
    <w:p>
      <w:r>
        <w:t>[Yes, this is your room, I made this here, I made this here]</w:t>
      </w:r>
    </w:p>
    <w:p>
      <w:r>
        <w:t>{..}, a sign</w:t>
      </w:r>
    </w:p>
    <w:p>
      <w:r>
        <w:t>[Yes, so that it will not disturb, so that you will have privacy]</w:t>
      </w:r>
    </w:p>
    <w:p>
      <w:r>
        <w:t>{..}</w:t>
      </w:r>
    </w:p>
    <w:p>
      <w:r>
        <w:t>[Yes, I put a cord above, and I hung the fabrics]</w:t>
      </w:r>
    </w:p>
    <w:p>
      <w:r>
        <w:t>The sons?</w:t>
      </w:r>
    </w:p>
    <w:p>
      <w:r>
        <w:t>[Fabrics, fabric, the fabrics]</w:t>
      </w:r>
    </w:p>
    <w:p>
      <w:r>
        <w:t>{The sons?}</w:t>
      </w:r>
    </w:p>
    <w:p>
      <w:r>
        <w:t>[Fabrics, fabric, fabric, fabric, fabric, fabric]</w:t>
      </w:r>
    </w:p>
    <w:p>
      <w:r>
        <w:t>Ah, this</w:t>
      </w:r>
    </w:p>
    <w:p>
      <w:r>
        <w:t>[Yes, yes, a curtain, a curtain, blessed is Hashem, we will make the room here, here]</w:t>
      </w:r>
    </w:p>
    <w:p>
      <w:r>
        <w:t>Yes?</w:t>
      </w:r>
    </w:p>
    <w:p>
      <w:r>
        <w:t>[Yes]</w:t>
      </w:r>
    </w:p>
    <w:p>
      <w:r>
        <w:t>Good</w:t>
      </w:r>
    </w:p>
    <w:p>
      <w:r>
        <w:t>[You will lie here reclining, you are reclining all year, Saba</w:t>
      </w:r>
    </w:p>
    <w:p>
      <w:r>
        <w:t>You are at the 'Seder night' all year, reclining]</w:t>
      </w:r>
    </w:p>
    <w:p>
      <w:r>
        <w:t>Oy vey, oy vey, oy vey</w:t>
      </w:r>
    </w:p>
    <w:p>
      <w:r>
        <w:t>[And we will make the 'Seder night' here, here, the men will be here, and the women will be there</w:t>
      </w:r>
    </w:p>
    <w:p>
      <w:r>
        <w:t>And we will read the Haggadah and eat matzos and say "Hallel' and Haggadah and zemiros</w:t>
      </w:r>
    </w:p>
    <w:p>
      <w:r>
        <w:t>There will be great joy, and he will come..</w:t>
      </w:r>
    </w:p>
    <w:p>
      <w:r>
        <w:t>And Shimon and Ilan will be, and Tzion Barzilai will come, and..]</w:t>
      </w:r>
    </w:p>
    <w:p>
      <w:r>
        <w:t>[Aharon]</w:t>
      </w:r>
    </w:p>
    <w:p>
      <w:r>
        <w:t>[Aharon, Aharon Cohen will also come, Aharon Cohen]</w:t>
      </w:r>
    </w:p>
    <w:p>
      <w:r>
        <w:t>Nu</w:t>
      </w:r>
    </w:p>
    <w:p>
      <w:r>
        <w:t>[He too will be here with us, yes]</w:t>
      </w:r>
    </w:p>
    <w:p>
      <w:r>
        <w:t>Yes?</w:t>
      </w:r>
    </w:p>
    <w:p>
      <w:r>
        <w:t>[Yes, blessed is Hashem, it will be joyful, we will make an exodus from E.., we will rejoice in the Exodus from Egypt]</w:t>
      </w:r>
    </w:p>
    <w:p>
      <w:r>
        <w:t>Aharon Patz?</w:t>
      </w:r>
    </w:p>
    <w:p>
      <w:r>
        <w:t>[No, Aharon Cohen, Aharon Cohen]</w:t>
      </w:r>
    </w:p>
    <w:p>
      <w:r>
        <w:t>And Aharon Patz?</w:t>
      </w:r>
    </w:p>
    <w:p>
      <w:r>
        <w:t>[Aharon Patz is in Kfar Saba, he is in Kfar Saba]</w:t>
      </w:r>
    </w:p>
    <w:p>
      <w:r>
        <w:t>Yes?</w:t>
      </w:r>
    </w:p>
    <w:p>
      <w:r>
        <w:t>[Yes, he has great self-sacrifice]</w:t>
      </w:r>
    </w:p>
    <w:p>
      <w:r>
        <w:t>Yes?</w:t>
      </w:r>
    </w:p>
    <w:p>
      <w:r>
        <w:t>[Yes, yes, he wants there to be "Na Nach" in every place, yes</w:t>
      </w:r>
    </w:p>
    <w:p>
      <w:r>
        <w:t>We spoke a lot together, how to do it, we thought of all kinds of counsel, all kinds of stratagems, how to..</w:t>
      </w:r>
    </w:p>
    <w:p>
      <w:r>
        <w:t>How to spread it]...</w:t>
      </w:r>
    </w:p>
    <w:p>
      <w:r>
        <w:t>...To sleep and to eat, this, this is my work</w:t>
      </w:r>
    </w:p>
    <w:p>
      <w:r>
        <w:t>[Saba, do you remember that you found Yaakov in America]</w:t>
      </w:r>
    </w:p>
    <w:p>
      <w:r>
        <w:t>Ah?</w:t>
      </w:r>
    </w:p>
    <w:p>
      <w:r>
        <w:t>[You found Yaakov in America]</w:t>
      </w:r>
    </w:p>
    <w:p>
      <w:r>
        <w:t>Yes?</w:t>
      </w:r>
    </w:p>
    <w:p>
      <w:r>
        <w:t>[Do you remember, you, you found him, he was completely far from Judaism</w:t>
      </w:r>
    </w:p>
    <w:p>
      <w:r>
        <w:t>And you came, you found him in America]</w:t>
      </w:r>
    </w:p>
    <w:p>
      <w:r>
        <w:t>{..}, at Weber’s</w:t>
      </w:r>
    </w:p>
    <w:p>
      <w:r>
        <w:t>[Yes]</w:t>
      </w:r>
    </w:p>
    <w:p>
      <w:r>
        <w:t>[And now, blessed is Hashem, he has a family with children</w:t>
      </w:r>
    </w:p>
    <w:p>
      <w:r>
        <w:t>And blessed is Hashem, he goes to the field and studies Rabbainu’s books, blessed is Hashem</w:t>
      </w:r>
    </w:p>
    <w:p>
      <w:r>
        <w:t>Nu, he heard you singing the melody on Shabbos in America]</w:t>
      </w:r>
    </w:p>
    <w:p>
      <w:r>
        <w:t>Yes..</w:t>
      </w:r>
    </w:p>
    <w:p>
      <w:r>
        <w:t>[So he was awakened to repentance by this, yes]</w:t>
      </w:r>
    </w:p>
    <w:p>
      <w:r>
        <w:t>Yes?</w:t>
      </w:r>
    </w:p>
    <w:p>
      <w:r>
        <w:t>[Yes, and now he wants to study Rabbainu’s books all day</w:t>
      </w:r>
    </w:p>
    <w:p>
      <w:r>
        <w:t>He wants to study Rabbainu’s books all day]</w:t>
      </w:r>
    </w:p>
    <w:p>
      <w:r>
        <w:t>Yes?</w:t>
      </w:r>
    </w:p>
    <w:p>
      <w:r>
        <w:t>[Yes]</w:t>
      </w:r>
    </w:p>
    <w:p>
      <w:r>
        <w:t>And.. nu</w:t>
      </w:r>
    </w:p>
    <w:p>
      <w:r>
        <w:t>[Barzilai?]</w:t>
      </w:r>
    </w:p>
    <w:p>
      <w:r>
        <w:t>Barzilai? {….}</w:t>
      </w:r>
    </w:p>
    <w:p>
      <w:r>
        <w:t>[Barzilai..]</w:t>
      </w:r>
    </w:p>
    <w:p>
      <w:r>
        <w:t>Another</w:t>
      </w:r>
    </w:p>
    <w:p>
      <w:r>
        <w:t>[That is another matter]</w:t>
      </w:r>
    </w:p>
    <w:p>
      <w:r>
        <w:t>{Not yet ea..}</w:t>
      </w:r>
    </w:p>
    <w:p>
      <w:r>
        <w:t>[………..]</w:t>
      </w:r>
    </w:p>
    <w:p>
      <w:r>
        <w:t>[………..]</w:t>
      </w:r>
    </w:p>
    <w:p>
      <w:r>
        <w:t>Ah, ah..</w:t>
      </w:r>
    </w:p>
    <w:p>
      <w:r>
        <w:t>[Yes?]</w:t>
      </w:r>
    </w:p>
    <w:p>
      <w:r>
        <w:t>All of you do not know..</w:t>
      </w:r>
    </w:p>
    <w:p>
      <w:r>
        <w:t>[Yes]</w:t>
      </w:r>
    </w:p>
    <w:p>
      <w:r>
        <w:t>What is Breslov?</w:t>
      </w:r>
    </w:p>
    <w:p>
      <w:r>
        <w:t>[Nu, what else]</w:t>
      </w:r>
    </w:p>
    <w:p>
      <w:r>
        <w:t>I..</w:t>
      </w:r>
    </w:p>
    <w:p>
      <w:r>
        <w:t>[Yes]</w:t>
      </w:r>
    </w:p>
    <w:p>
      <w:r>
        <w:t>All the children and all those studying pointed with a finger:</w:t>
      </w:r>
    </w:p>
    <w:p>
      <w:r>
        <w:t>"There he is, Breslov, there is Breslov"</w:t>
      </w:r>
    </w:p>
    <w:p>
      <w:r>
        <w:t>I traveled to Yerushalayim, and everyone, {all the tho.., especially} from the city of Torah, a city</w:t>
      </w:r>
    </w:p>
    <w:p>
      <w:r>
        <w:t>And everyone said: "Ah, there is Breslov"</w:t>
      </w:r>
    </w:p>
    <w:p>
      <w:r>
        <w:t>[Saba and the friends sing the melody of:</w:t>
      </w:r>
    </w:p>
    <w:p>
      <w:r>
        <w:t>"Na Naḥ Naḥma Naḥman MeUman.."]</w:t>
      </w:r>
    </w:p>
    <w:p>
      <w:r>
        <w:t>Rebbe Naftali Cohen</w:t>
      </w:r>
    </w:p>
    <w:p>
      <w:r>
        <w:t>[Ah?]</w:t>
      </w:r>
    </w:p>
    <w:p>
      <w:r>
        <w:t>Rebbe Naftali Cohen {….}</w:t>
      </w:r>
    </w:p>
    <w:p>
      <w:r>
        <w:t>[Naftali Cohen..]</w:t>
      </w:r>
    </w:p>
    <w:p>
      <w:r>
        <w:t>Did you hear from him?</w:t>
      </w:r>
    </w:p>
    <w:p>
      <w:r>
        <w:t>[No]</w:t>
      </w:r>
    </w:p>
    <w:p>
      <w:r>
        <w:t>No</w:t>
      </w:r>
    </w:p>
    <w:p>
      <w:r>
        <w:t>[No, you told me, you told me a little, that he would do with his hands?]</w:t>
      </w:r>
    </w:p>
    <w:p>
      <w:r>
        <w:t>Yes</w:t>
      </w:r>
    </w:p>
    <w:p>
      <w:r>
        <w:t>[He was a prayer leader..]</w:t>
      </w:r>
    </w:p>
    <w:p>
      <w:r>
        <w:t>[Tell us, Saba, tell us]</w:t>
      </w:r>
    </w:p>
    <w:p>
      <w:r>
        <w:t>He had an illness, a very severe illness, typhus</w:t>
      </w:r>
    </w:p>
    <w:p>
      <w:r>
        <w:t>[Typhus]</w:t>
      </w:r>
    </w:p>
    <w:p>
      <w:r>
        <w:t>A contagious illness</w:t>
      </w:r>
    </w:p>
    <w:p>
      <w:r>
        <w:t>[Yes]</w:t>
      </w:r>
    </w:p>
    <w:p>
      <w:r>
        <w:t>{So she called a doctor}, Rebbe Naftali did not want a doctor</w:t>
      </w:r>
    </w:p>
    <w:p>
      <w:r>
        <w:t>And the woman said.., the neighbors said:</w:t>
      </w:r>
    </w:p>
    <w:p>
      <w:r>
        <w:t>"What? He, he has a high fever, he does not know where he is, bring a doctor!"</w:t>
      </w:r>
    </w:p>
    <w:p>
      <w:r>
        <w:t>She went and brought a doctor, the doctor came to Rebbe Naftali</w:t>
      </w:r>
    </w:p>
    <w:p>
      <w:r>
        <w:t>{And thus he opened, to see the pulse}</w:t>
      </w:r>
    </w:p>
    <w:p>
      <w:r>
        <w:t>[To check his pulse, okay..]</w:t>
      </w:r>
    </w:p>
    <w:p>
      <w:r>
        <w:t>So he said to him:</w:t>
      </w:r>
    </w:p>
    <w:p>
      <w:r>
        <w:t>"Angel of Death, leave my house, get out"</w:t>
      </w:r>
    </w:p>
    <w:p>
      <w:r>
        <w:t>[…….]</w:t>
      </w:r>
    </w:p>
    <w:p>
      <w:r>
        <w:t>And he rose up and showed him where the..</w:t>
      </w:r>
    </w:p>
    <w:p>
      <w:r>
        <w:t>[The door]</w:t>
      </w:r>
    </w:p>
    <w:p>
      <w:r>
        <w:t>The door, so {…} the doctor was in a great anger, he said to his wife:</w:t>
      </w:r>
    </w:p>
    <w:p>
      <w:r>
        <w:t>"What is this? What kind of, what kind of.. I {hear}, I have already been a doctor for years and I have not heard {{….}} speech like this"</w:t>
      </w:r>
    </w:p>
    <w:p>
      <w:r>
        <w:t>[……...]</w:t>
      </w:r>
    </w:p>
    <w:p>
      <w:r>
        <w:t>So she said to him:</w:t>
      </w:r>
    </w:p>
    <w:p>
      <w:r>
        <w:t>"He, he has a high fever, he does not know what he is saying"</w:t>
      </w:r>
    </w:p>
    <w:p>
      <w:r>
        <w:t>[So she said to the doctor: “He does not know what he is saying", so that he would not be offended</w:t>
      </w:r>
    </w:p>
    <w:p>
      <w:r>
        <w:t>But the doctor knew that he knows what he is saying</w:t>
      </w:r>
    </w:p>
    <w:p>
      <w:r>
        <w:t>But the doctor knew..]</w:t>
      </w:r>
    </w:p>
    <w:p>
      <w:r>
        <w:t>{..}</w:t>
      </w:r>
    </w:p>
    <w:p>
      <w:r>
        <w:t>[That he knows what he is saying, yes]</w:t>
      </w:r>
    </w:p>
    <w:p>
      <w:r>
        <w:t>[………..]</w:t>
      </w:r>
    </w:p>
    <w:p>
      <w:r>
        <w:t>[………..]...</w:t>
      </w:r>
    </w:p>
    <w:p>
      <w:r>
        <w:t>...He {studies}, all the words of {Rabbainu}, the holy Rabbainu</w:t>
      </w:r>
    </w:p>
    <w:p>
      <w:r>
        <w:t>They are the totality of our vitality, they are our entire life</w:t>
      </w:r>
    </w:p>
    <w:p>
      <w:r>
        <w:t>Ah, it is not I who says this, Rabbainu and Rebbe Nassan, they, they told us a drop from the sea, {yes}</w:t>
      </w:r>
    </w:p>
    <w:p>
      <w:r>
        <w:t>How we are all, everything, dependent on Rabbainu</w:t>
      </w:r>
    </w:p>
    <w:p>
      <w:r>
        <w:t>All our rectification and all our life, the main thing is Rabbainu</w:t>
      </w:r>
    </w:p>
    <w:p>
      <w:r>
        <w:t>And I was the worst of everyone, I was simple, a simple man and the worst of everyone</w:t>
      </w:r>
    </w:p>
    <w:p>
      <w:r>
        <w:t>Rav Alfandari lives in Tzfas, he lived in Tzfas</w:t>
      </w:r>
    </w:p>
    <w:p>
      <w:r>
        <w:t>So he came to Teveria..</w:t>
      </w:r>
    </w:p>
    <w:p>
      <w:r>
        <w:t>[I am here, yes]</w:t>
      </w:r>
    </w:p>
    <w:p>
      <w:r>
        <w:t>To immerse in the 'Hot Springs of Teveria', so I came down from the yeshivah, came down and said to Rav Alfandari:</w:t>
      </w:r>
    </w:p>
    <w:p>
      <w:r>
        <w:t>"I have a request of you, I want to serve you"</w:t>
      </w:r>
    </w:p>
    <w:p>
      <w:r>
        <w:t>He was a world-renowned genius, yes, and he had {speech}, and was such a mighty man</w:t>
      </w:r>
    </w:p>
    <w:p>
      <w:r>
        <w:t>He, he heard how I say "Likutay Tefillos", so afterward I went to his room and said to him:</w:t>
      </w:r>
    </w:p>
    <w:p>
      <w:r>
        <w:t>"What do you want? What do you need? What do you want?"</w:t>
      </w:r>
    </w:p>
    <w:p>
      <w:r>
        <w:t>He said:</w:t>
      </w:r>
    </w:p>
    <w:p>
      <w:r>
        <w:t>"I want to serve you, this is what I want"</w:t>
      </w:r>
    </w:p>
    <w:p>
      <w:r>
        <w:t>[He was a man of truth, Saba, a man of truth]</w:t>
      </w:r>
    </w:p>
    <w:p>
      <w:r>
        <w:t>Yes</w:t>
      </w:r>
    </w:p>
    <w:p>
      <w:r>
        <w:t>He was a great elder and he was mighty, very mighty, he paid no heed to all the rabbis, {…}</w:t>
      </w:r>
    </w:p>
    <w:p>
      <w:r>
        <w:t>[He senses that they are even laughing]</w:t>
      </w:r>
    </w:p>
    <w:p>
      <w:r>
        <w:t>He said to me:</w:t>
      </w:r>
    </w:p>
    <w:p>
      <w:r>
        <w:t>"I heard about Rebbe Nachman, I heard great things, that he was a great genius</w:t>
      </w:r>
    </w:p>
    <w:p>
      <w:r>
        <w:t>But what I, what I hear from you, I knew nothing of this</w:t>
      </w:r>
    </w:p>
    <w:p>
      <w:r>
        <w:t>Now I want to serve you"</w:t>
      </w:r>
    </w:p>
    <w:p>
      <w:r>
        <w:t>He was my neighbor in Tzfas, he was..</w:t>
      </w:r>
    </w:p>
    <w:p>
      <w:r>
        <w:t>[You lived in Tzfas? Saba, you lived in Tzfas? ..]</w:t>
      </w:r>
    </w:p>
    <w:p>
      <w:r>
        <w:t>No {..}, I got married in Tzfas</w:t>
      </w:r>
    </w:p>
    <w:p>
      <w:r>
        <w:t>[Yes]</w:t>
      </w:r>
    </w:p>
    <w:p>
      <w:r>
        <w:t>And..</w:t>
      </w:r>
    </w:p>
    <w:p>
      <w:r>
        <w:t>[Yisroel, is Ilan here?]</w:t>
      </w:r>
    </w:p>
    <w:p>
      <w:r>
        <w:t>[Ilan is upstairs]</w:t>
      </w:r>
    </w:p>
    <w:p>
      <w:r>
        <w:t>Tzfas</w:t>
      </w:r>
    </w:p>
    <w:p>
      <w:r>
        <w:t>[……….]</w:t>
      </w:r>
    </w:p>
    <w:p>
      <w:r>
        <w:t>[Call and have him say about what]</w:t>
      </w:r>
    </w:p>
    <w:p>
      <w:r>
        <w:t>[I already called about everything, to Uri]</w:t>
      </w:r>
    </w:p>
    <w:p>
      <w:r>
        <w:t>And..</w:t>
      </w:r>
    </w:p>
    <w:p>
      <w:r>
        <w:t>[I will travel to bring it, and that….. to Ilan, that he should take it from there]</w:t>
      </w:r>
    </w:p>
    <w:p>
      <w:r>
        <w:t>[Okay]</w:t>
      </w:r>
    </w:p>
    <w:p>
      <w:r>
        <w:t>He lived in Tzfas, and I was born in Teveria and lived in Teveria, yes</w:t>
      </w:r>
    </w:p>
    <w:p>
      <w:r>
        <w:t>All of Teveria wept, wept over me, my father and mother, and my mother, they wept:</w:t>
      </w:r>
    </w:p>
    <w:p>
      <w:r>
        <w:t>“What? Can one not be a Chassid, not, not Breslov? What is this? We do not want Breslov”</w:t>
      </w:r>
    </w:p>
    <w:p>
      <w:r>
        <w:t>And that is how everyone was, all those who learned and everyone was:</w:t>
      </w:r>
    </w:p>
    <w:p>
      <w:r>
        <w:t>“Breslov, Breslov, Breslov”</w:t>
      </w:r>
    </w:p>
    <w:p>
      <w:r>
        <w:t>And I, I was lower than everyone, I had no mind and no intellect and no.. no speech.. {..}</w:t>
      </w:r>
    </w:p>
    <w:p>
      <w:r>
        <w:t>And our holy Rabbainu writes to me: “My student, my dear student”</w:t>
      </w:r>
    </w:p>
    <w:p>
      <w:r>
        <w:t>[Saba, you are the Simpleton of the “Stories of Ancient Times,” the Simpleton in “Stories of Ancient Times”]</w:t>
      </w:r>
    </w:p>
    <w:p>
      <w:r>
        <w:t>Yes</w:t>
      </w:r>
    </w:p>
    <w:p>
      <w:r>
        <w:t>[He also had no mind, he had a simple mind</w:t>
      </w:r>
    </w:p>
    <w:p>
      <w:r>
        <w:t>But in the end he became minister over all the ministers]</w:t>
      </w:r>
    </w:p>
    <w:p>
      <w:r>
        <w:t>[He is not a liar, well, what]</w:t>
      </w:r>
    </w:p>
    <w:p>
      <w:r>
        <w:t>[Such a liar]</w:t>
      </w:r>
    </w:p>
    <w:p>
      <w:r>
        <w:t>Oy vey, oy vey</w:t>
      </w:r>
    </w:p>
    <w:p>
      <w:r>
        <w:t>[Do you want to lie down on the bed? Saba]</w:t>
      </w:r>
    </w:p>
    <w:p>
      <w:r>
        <w:t>I want to lie down</w:t>
      </w:r>
    </w:p>
    <w:p>
      <w:r>
        <w:t>[To lie down, then we will help you]...</w:t>
      </w:r>
    </w:p>
    <w:p>
      <w:r>
        <w:t>...[……………..]</w:t>
      </w:r>
    </w:p>
    <w:p>
      <w:r>
        <w:t>[……………]</w:t>
      </w:r>
    </w:p>
    <w:p>
      <w:r>
        <w:t>[Torah and prayer all day, all day, all day, it is a great thing]</w:t>
      </w:r>
    </w:p>
    <w:p>
      <w:r>
        <w:t>Torah and prayer, {what this is}</w:t>
      </w:r>
    </w:p>
    <w:p>
      <w:r>
        <w:t>[All day]</w:t>
      </w:r>
    </w:p>
    <w:p>
      <w:r>
        <w:t>He, she, it is the light of all the Torah, of all the Torah, he is the foundation</w:t>
      </w:r>
    </w:p>
    <w:p>
      <w:r>
        <w:t>All the Torah is received from Rabbainu</w:t>
      </w:r>
    </w:p>
    <w:p>
      <w:r>
        <w:t>The holy of holies is received from Rabbainu, all..</w:t>
      </w:r>
    </w:p>
    <w:p>
      <w:r>
        <w:t>[There are no words]</w:t>
      </w:r>
    </w:p>
    <w:p>
      <w:r>
        <w:t>With our words, we corporealize the words of Rabbainu</w:t>
      </w:r>
    </w:p>
    <w:p>
      <w:r>
        <w:t>And you do not know at all what this is, the whole world does not know at all what this is</w:t>
      </w:r>
    </w:p>
    <w:p>
      <w:r>
        <w:t>[………..]</w:t>
      </w:r>
    </w:p>
    <w:p>
      <w:r>
        <w:t>[………..]</w:t>
      </w:r>
    </w:p>
    <w:p>
      <w:r>
        <w:t>Our holy Rabbainu said:</w:t>
      </w:r>
    </w:p>
    <w:p>
      <w:r>
        <w:t>“Messiah, Messiah, Messiah will give an explanation of “Likutay Moharan””</w:t>
      </w:r>
    </w:p>
    <w:p>
      <w:r>
        <w:t>[………]</w:t>
      </w:r>
    </w:p>
    <w:p>
      <w:r>
        <w:t>[………]</w:t>
      </w:r>
    </w:p>
    <w:p>
      <w:r>
        <w:t>[Saba, Yaakov wants to study Rabbainu’s teachings and prayers all day</w:t>
      </w:r>
    </w:p>
    <w:p>
      <w:r>
        <w:t>He asks whether that is good? All day he wants only to occupy himself with Rabbainu’s books]</w:t>
      </w:r>
    </w:p>
    <w:p>
      <w:r>
        <w:t>Yes, if only, this, this is the entire Torah, every utterance..</w:t>
      </w:r>
    </w:p>
    <w:p>
      <w:r>
        <w:t>[All the Torah]</w:t>
      </w:r>
    </w:p>
    <w:p>
      <w:r>
        <w:t>Of Rabbainu is the entire Torah</w:t>
      </w:r>
    </w:p>
    <w:p>
      <w:r>
        <w:t>[All the Torah, people think it is another part, but it includes everything]</w:t>
      </w:r>
    </w:p>
    <w:p>
      <w:r>
        <w:t>[Surely it really helps, tell him, it helps ….]</w:t>
      </w:r>
    </w:p>
    <w:p>
      <w:r>
        <w:t>[It is a great healing]</w:t>
      </w:r>
    </w:p>
    <w:p>
      <w:r>
        <w:t>{{. .}}</w:t>
      </w:r>
    </w:p>
    <w:p>
      <w:r>
        <w:t>[Healing]</w:t>
      </w:r>
    </w:p>
    <w:p>
      <w:r>
        <w:t>Rabbainu is the..</w:t>
      </w:r>
    </w:p>
    <w:p>
      <w:r>
        <w:t>[He is the greatest doctor]</w:t>
      </w:r>
    </w:p>
    <w:p>
      <w:r>
        <w:t>[How does one get out of the desires?]</w:t>
      </w:r>
    </w:p>
    <w:p>
      <w:r>
        <w:t>[Can one get out of the desires, Yaakov says, he asks whether one can get out of the desires with “Likutay Mo..”?] Lamed, Lamed, teaching Lamed</w:t>
      </w:r>
    </w:p>
    <w:p>
      <w:r>
        <w:t>[Teaching Lamed?]</w:t>
      </w:r>
    </w:p>
    <w:p>
      <w:r>
        <w:t>Yes</w:t>
      </w:r>
    </w:p>
    <w:p>
      <w:r>
        <w:t>[“Mishra de-sakina”?]</w:t>
      </w:r>
    </w:p>
    <w:p>
      <w:r>
        <w:t>{..}, “The more severely ill the patient is..”</w:t>
      </w:r>
    </w:p>
    <w:p>
      <w:r>
        <w:t>[He needs a doctor]</w:t>
      </w:r>
    </w:p>
    <w:p>
      <w:r>
        <w:t>“He needs the greatest doctor”</w:t>
      </w:r>
    </w:p>
    <w:p>
      <w:r>
        <w:t>And we are such sick people, we do not, there is no one who can help us, only our holy Rabbainu</w:t>
      </w:r>
    </w:p>
    <w:p>
      <w:r>
        <w:t>[Okay, I am going to close up the matters of the synagogue…….]</w:t>
      </w:r>
    </w:p>
    <w:p>
      <w:r>
        <w:t>[Yaakov goes to the field at night]</w:t>
      </w:r>
    </w:p>
    <w:p>
      <w:r>
        <w:t>Yes?</w:t>
      </w:r>
    </w:p>
    <w:p>
      <w:r>
        <w:t>[In the forest, every night, yes, in the rain, in the winter, by day, all.. always]</w:t>
      </w:r>
    </w:p>
    <w:p>
      <w:r>
        <w:t>Yes?</w:t>
      </w:r>
    </w:p>
    <w:p>
      <w:r>
        <w:t>[Yes]</w:t>
      </w:r>
    </w:p>
    <w:p>
      <w:r>
        <w:t>He, he sees, he feels that it is a good thing</w:t>
      </w:r>
    </w:p>
    <w:p>
      <w:r>
        <w:t>[Yes]</w:t>
      </w:r>
    </w:p>
    <w:p>
      <w:r>
        <w:t>[…….]</w:t>
      </w:r>
    </w:p>
    <w:p>
      <w:r>
        <w:t>[He likes to shout in prayer, he likes to shout, so there are those who say to him:</w:t>
      </w:r>
    </w:p>
    <w:p>
      <w:r>
        <w:t>“Why are you shouting in the prayers? Pray quietly”</w:t>
      </w:r>
    </w:p>
    <w:p>
      <w:r>
        <w:t>But he does not, he does not listen, he continues to shout</w:t>
      </w:r>
    </w:p>
    <w:p>
      <w:r>
        <w:t>I tell him: “Continue shouting”</w:t>
      </w:r>
    </w:p>
    <w:p>
      <w:r>
        <w:t>They ask him: “Why do you shout so much in prayer?”]</w:t>
      </w:r>
    </w:p>
    <w:p>
      <w:r>
        <w:t>Oy</w:t>
      </w:r>
    </w:p>
    <w:p>
      <w:r>
        <w:t>[………]</w:t>
      </w:r>
    </w:p>
    <w:p>
      <w:r>
        <w:t>[Only Rabbainu, only Rabbainu]</w:t>
      </w:r>
    </w:p>
    <w:p>
      <w:r>
        <w:t>[I know that it is only Rabbainu ….. simply to study]</w:t>
      </w:r>
    </w:p>
    <w:p>
      <w:r>
        <w:t>[…...]</w:t>
      </w:r>
    </w:p>
    <w:p>
      <w:r>
        <w:t>When I drew close to Rebbe Yisroel (Kardonner), everyone said:</w:t>
      </w:r>
    </w:p>
    <w:p>
      <w:r>
        <w:t>“What is this Breslov, this is Breslov”</w:t>
      </w:r>
    </w:p>
    <w:p>
      <w:r>
        <w:t>My father was blind in both eyes, he could not see, and he wept and said to me:</w:t>
      </w:r>
    </w:p>
    <w:p>
      <w:r>
        <w:t>“Who will take you as a bridegroom? You will die a bachelor and not..</w:t>
      </w:r>
    </w:p>
    <w:p>
      <w:r>
        <w:t>And without children, without money, without this, what is with you?”</w:t>
      </w:r>
    </w:p>
    <w:p>
      <w:r>
        <w:t>{Know with strength}, “I do not want Breslov”</w:t>
      </w:r>
    </w:p>
    <w:p>
      <w:r>
        <w:t>I, I said:</w:t>
      </w:r>
    </w:p>
    <w:p>
      <w:r>
        <w:t>“Father, everything, I want only Breslov”</w:t>
      </w:r>
    </w:p>
    <w:p>
      <w:r>
        <w:t>[He gave himself over, he.. in the soul of Rabbainu, for he revealed Rabbainu, there is nothing</w:t>
      </w:r>
    </w:p>
    <w:p>
      <w:r>
        <w:t>Nothing interests him anymore, all of life, only Rabbainu]</w:t>
      </w:r>
    </w:p>
    <w:p>
      <w:r>
        <w:t>[He threw him out of the house]</w:t>
      </w:r>
    </w:p>
    <w:p>
      <w:r>
        <w:t>[He had nothing at all..]</w:t>
      </w:r>
    </w:p>
    <w:p>
      <w:r>
        <w:t>He does not know about this?</w:t>
      </w:r>
    </w:p>
    <w:p>
      <w:r>
        <w:t>[He knows, he knows]</w:t>
      </w:r>
    </w:p>
    <w:p>
      <w:r>
        <w:t>[Saba, do you remember that Yaakov, Yaakov was with you, he was with you for a long time here in Tzfas, you had an apartment here, you had an apartment in Tzfas, and Yaakov took care of you</w:t>
      </w:r>
    </w:p>
    <w:p>
      <w:r>
        <w:t>Maybe eight months, the whole time, eight months, no?]</w:t>
      </w:r>
    </w:p>
    <w:p>
      <w:r>
        <w:t>[Nine months]</w:t>
      </w:r>
    </w:p>
    <w:p>
      <w:r>
        <w:t>[Nine months, yes, it was a few years ago]</w:t>
      </w:r>
    </w:p>
    <w:p>
      <w:r>
        <w:t>[………]</w:t>
      </w:r>
    </w:p>
    <w:p>
      <w:r>
        <w:t>[………]</w:t>
      </w:r>
    </w:p>
    <w:p>
      <w:r>
        <w:t>[Saba, how does Rabbainu, what can Rabbainu.. Rabbainu will take us out of all the desires, right? Saba]</w:t>
      </w:r>
    </w:p>
    <w:p>
      <w:r>
        <w:t>Eh?</w:t>
      </w:r>
    </w:p>
    <w:p>
      <w:r>
        <w:t>[He can take us out of all the desires]</w:t>
      </w:r>
    </w:p>
    <w:p>
      <w:r>
        <w:t>He cleans the whole world, each person, of all the desires</w:t>
      </w:r>
    </w:p>
    <w:p>
      <w:r>
        <w:t>And he shines for each person such a light, such a wondrous light, repentance</w:t>
      </w:r>
    </w:p>
    <w:p>
      <w:r>
        <w:t>There is nothing like this in the world, a word, words like these</w:t>
      </w:r>
    </w:p>
    <w:p>
      <w:r>
        <w:t>I merited to see Rebbe Yisroel (Kardonner), peace be upon him, and…</w:t>
      </w:r>
    </w:p>
    <w:p>
      <w:r>
        <w:t>…[……………]</w:t>
      </w:r>
    </w:p>
    <w:p>
      <w:r>
        <w:t>[…………….]</w:t>
      </w:r>
    </w:p>
    <w:p>
      <w:r>
        <w:t>[Rabbainu revealed that with his name he can renew the entire world, his name alone]</w:t>
      </w:r>
    </w:p>
    <w:p>
      <w:r>
        <w:t>He will repair the entire world with his name</w:t>
      </w:r>
    </w:p>
    <w:p>
      <w:r>
        <w:t>[With his name]</w:t>
      </w:r>
    </w:p>
    <w:p>
      <w:r>
        <w:t>“Na Naḥ”</w:t>
      </w:r>
    </w:p>
    <w:p>
      <w:r>
        <w:t>[“Na Naḥ”]</w:t>
      </w:r>
    </w:p>
    <w:p>
      <w:r>
        <w:t>{This alone}, is enough..</w:t>
      </w:r>
    </w:p>
    <w:p>
      <w:r>
        <w:t>[Such a name]</w:t>
      </w:r>
    </w:p>
    <w:p>
      <w:r>
        <w:t>For the entire world</w:t>
      </w:r>
    </w:p>
    <w:p>
      <w:r>
        <w:t>[Such a name, so pure..]</w:t>
      </w:r>
    </w:p>
    <w:p>
      <w:r>
        <w:t>Only</w:t>
      </w:r>
    </w:p>
    <w:p>
      <w:r>
        <w:t>[So holy]</w:t>
      </w:r>
    </w:p>
    <w:p>
      <w:r>
        <w:t>“Na.. Na Naḥ”</w:t>
      </w:r>
    </w:p>
    <w:p>
      <w:r>
        <w:t>[“Na Naḥ”]</w:t>
      </w:r>
    </w:p>
    <w:p>
      <w:r>
        <w:t>[Saba and Tzion Barzilai say together: “Na Naḥ Naḥma Naḥman MeUman”]...</w:t>
      </w:r>
    </w:p>
    <w:p>
      <w:r>
        <w:t>...[Is there another song in the world, ‘simple, double, triple, quadruple,’ is there another one?]</w:t>
      </w:r>
    </w:p>
    <w:p>
      <w:r>
        <w:t>There is</w:t>
      </w:r>
    </w:p>
    <w:p>
      <w:r>
        <w:t>[There is]</w:t>
      </w:r>
    </w:p>
    <w:p>
      <w:r>
        <w:t>There is a lot, oh, oh, oh</w:t>
      </w:r>
    </w:p>
    <w:p>
      <w:r>
        <w:t>[Oh, oh, oh, oh, oh, oh.. the world is full]</w:t>
      </w:r>
    </w:p>
    <w:p>
      <w:r>
        <w:t>[Saba and Tzion Barzilai sing:</w:t>
      </w:r>
    </w:p>
    <w:p>
      <w:r>
        <w:t>“Fortunate are we, how good is our portion and how pleasant is our lot and how beautiful is our inheritance, fortunate are we..”</w:t>
      </w:r>
    </w:p>
    <w:p>
      <w:r>
        <w:t>To the melody of “Our greatness and our glory..” and to another melody]</w:t>
      </w:r>
    </w:p>
    <w:p>
      <w:r>
        <w:t>[Rabbainu said that in the future to come it will be revealed]</w:t>
      </w:r>
    </w:p>
    <w:p>
      <w:r>
        <w:t>They danced “Fortunate are we, how good is our por..,” “Fortunate are we” was a dance and a melody together</w:t>
      </w:r>
    </w:p>
    <w:p>
      <w:r>
        <w:t>[Saba and Tzion Barzilai sing:</w:t>
      </w:r>
    </w:p>
    <w:p>
      <w:r>
        <w:t>“Fortunate are we, how good is our portion and how pleasant is our lot..”]</w:t>
      </w:r>
    </w:p>
    <w:p>
      <w:r>
        <w:t>[Rebbe Nassan fled from the stones, they threw such large stones at him</w:t>
      </w:r>
    </w:p>
    <w:p>
      <w:r>
        <w:t>He went to a distant forest, far away]</w:t>
      </w:r>
    </w:p>
    <w:p>
      <w:r>
        <w:t>He said, he, he, he sang to Hashem Yisbarach, {….}</w:t>
      </w:r>
    </w:p>
    <w:p>
      <w:r>
        <w:t>{..}, “Do You know who will reveal?”</w:t>
      </w:r>
    </w:p>
    <w:p>
      <w:r>
        <w:t>[Messiah, our righteous Messiah]</w:t>
      </w:r>
    </w:p>
    <w:p>
      <w:r>
        <w:t>[Saba and the friend sing:</w:t>
      </w:r>
    </w:p>
    <w:p>
      <w:r>
        <w:t>“Our greatness and our glory our righteous Messiah will reveal..”</w:t>
      </w:r>
    </w:p>
    <w:p>
      <w:r>
        <w:t>Afterward they sing:</w:t>
      </w:r>
    </w:p>
    <w:p>
      <w:r>
        <w:t>“Fortunate are we, how good is our portion and how pleasant is our lot..” to the melody of “Our greatness..”</w:t>
      </w:r>
    </w:p>
    <w:p>
      <w:r>
        <w:t>Afterward they sing:</w:t>
      </w:r>
    </w:p>
    <w:p>
      <w:r>
        <w:t>“Our greatness and our glory our righteous Messiah will reveal..”]</w:t>
      </w:r>
    </w:p>
    <w:p>
      <w:r>
        <w:t>He said to Hashem Yisbarach, Rebbe Nassan said to Hashem Yisbarach:</w:t>
      </w:r>
    </w:p>
    <w:p>
      <w:r>
        <w:t>“That He should not worry at all, Messiah will reveal everything”</w:t>
      </w:r>
    </w:p>
    <w:p>
      <w:r>
        <w:t>We have upon whom to rely</w:t>
      </w:r>
    </w:p>
    <w:p>
      <w:r>
        <w:t>[…….]</w:t>
      </w:r>
    </w:p>
    <w:p>
      <w:r>
        <w:t>Oy, oy, oy</w:t>
      </w:r>
    </w:p>
    <w:p>
      <w:r>
        <w:t>[What? Get up?]</w:t>
      </w:r>
    </w:p>
    <w:p>
      <w:r>
        <w:t>Get up</w:t>
      </w:r>
    </w:p>
    <w:p>
      <w:r>
        <w:t>All right, all right, oy, all right</w:t>
      </w:r>
    </w:p>
    <w:p>
      <w:r>
        <w:t>[Saba and Tzion Barzilai continue to sing:</w:t>
      </w:r>
    </w:p>
    <w:p>
      <w:r>
        <w:t>“Our greatness and our glory our righteous Messiah will reveal..”]</w:t>
      </w:r>
    </w:p>
    <w:p>
      <w:r>
        <w:t>{No one} said such a melody, it is a melody of Rabbainu, of blessed memory, what?</w:t>
      </w:r>
    </w:p>
    <w:p>
      <w:r>
        <w:t>[Saba continues to sing:</w:t>
      </w:r>
    </w:p>
    <w:p>
      <w:r>
        <w:t>“Our greatness and our glory our righteous Messiah will reveal..”]…</w:t>
      </w:r>
    </w:p>
    <w:p>
      <w:r>
        <w:t>...[Saba and Tzion Barzilai chant the melody of:</w:t>
      </w:r>
    </w:p>
    <w:p>
      <w:r>
        <w:t>“Na Naḥ Naḥma Naḥman MeUman..”</w:t>
      </w:r>
    </w:p>
    <w:p>
      <w:r>
        <w:t>Afterward they sing:</w:t>
      </w:r>
    </w:p>
    <w:p>
      <w:r>
        <w:t>“Our greatness and our glory our righteous Messiah will reveal..” to the melody of “Na Naḥ..”</w:t>
      </w:r>
    </w:p>
    <w:p>
      <w:r>
        <w:t>Afterward they sing:</w:t>
      </w:r>
    </w:p>
    <w:p>
      <w:r>
        <w:t>"Our greatness and our glory, our righteous Mashiach will reveal.."</w:t>
      </w:r>
    </w:p>
    <w:p>
      <w:r>
        <w:t>Afterward they sing:</w:t>
      </w:r>
    </w:p>
    <w:p>
      <w:r>
        <w:t>"Our greatness and our glory, our righteous Mashiach will reveal.." to the melody of "You revealed Yourself.." Afterward they sing:</w:t>
      </w:r>
    </w:p>
    <w:p>
      <w:r>
        <w:t>"Our greatness and our glory, our righteous Mashiach will reveal.." to the melody of "Na Na Nach.."]…</w:t>
      </w:r>
    </w:p>
    <w:p>
      <w:pPr>
        <w:pStyle w:val="Heading2"/>
      </w:pPr>
      <w:r>
        <w:t>Side B (Bais)</w:t>
      </w:r>
    </w:p>
    <w:p>
      <w:r>
        <w:t>...[Saba and Tzion Barzilai hum the melody of "Na Na Nach.."</w:t>
      </w:r>
    </w:p>
    <w:p>
      <w:r>
        <w:t>And sing to the same melody:</w:t>
      </w:r>
    </w:p>
    <w:p>
      <w:r>
        <w:t>"Our greatness and our glory, our righteous Mashiach will reveal..”]</w:t>
      </w:r>
    </w:p>
    <w:p>
      <w:r>
        <w:t>["Purim,” Saba, I am going]</w:t>
      </w:r>
    </w:p>
    <w:p>
      <w:r>
        <w:t>That is all, that is all?</w:t>
      </w:r>
    </w:p>
    <w:p>
      <w:r>
        <w:t>[No, Rabbainu said: "A little is also good"</w:t>
      </w:r>
    </w:p>
    <w:p>
      <w:r>
        <w:t>How did he say it: A bissel iz oichet gut (a little is also good)]</w:t>
      </w:r>
    </w:p>
    <w:p>
      <w:r>
        <w:t>[Saba and Tzion Barzilai continue singing:</w:t>
      </w:r>
    </w:p>
    <w:p>
      <w:r>
        <w:t>"Our greatness and our glory, our righteous Mashiach will reveal.." to the melody of "Na Na Nach.."</w:t>
      </w:r>
    </w:p>
    <w:p>
      <w:r>
        <w:t>Afterward they shout: Ah.. ah..]</w:t>
      </w:r>
    </w:p>
    <w:p>
      <w:r>
        <w:t>[Rebbe Nassan said that he has no one with whom to speak and no one to whom to explain, so he said to Hashem:</w:t>
      </w:r>
    </w:p>
    <w:p>
      <w:r>
        <w:t>"Master of the World.. our greatness..”]</w:t>
      </w:r>
    </w:p>
    <w:p>
      <w:r>
        <w:t>[Saba and Tzion Barzilai continue singing:</w:t>
      </w:r>
    </w:p>
    <w:p>
      <w:r>
        <w:t>"Our greatness and our glory, our righteous Mashiach will reveal.."]</w:t>
      </w:r>
    </w:p>
    <w:p>
      <w:r>
        <w:t>["Master of the World, to whom shall I explain? To whom shall I speak?”]</w:t>
      </w:r>
    </w:p>
    <w:p>
      <w:r>
        <w:t>[Saba and Tzion Barzilai continue singing:</w:t>
      </w:r>
    </w:p>
    <w:p>
      <w:r>
        <w:t>"Our greatness and our glory, our righteous Mashiach will reveal.."</w:t>
      </w:r>
    </w:p>
    <w:p>
      <w:r>
        <w:t>Afterward Tzion Barzilai sings:</w:t>
      </w:r>
    </w:p>
    <w:p>
      <w:r>
        <w:t>"Oy, Rebbe Nachman, oy, Rebbe Nassan, oy, "Na Na Nach Nachma Nachman Meuman", laughing at the whole world.." and Saba shouts: "Ah.. ah.. ah..”</w:t>
      </w:r>
    </w:p>
    <w:p>
      <w:r>
        <w:t>Afterward they hum the melody of:</w:t>
      </w:r>
    </w:p>
    <w:p>
      <w:r>
        <w:t>"Na Na Nach Nachma Nachman Meuman.."</w:t>
      </w:r>
    </w:p>
    <w:p>
      <w:r>
        <w:t>Afterward they sing:</w:t>
      </w:r>
    </w:p>
    <w:p>
      <w:r>
        <w:t>"Our greatness and our glory, our righteous Mashiach will reveal.." to the melody of "Na Na Nach.."]</w:t>
      </w:r>
    </w:p>
    <w:p>
      <w:r>
        <w:t>[…………...…]</w:t>
      </w:r>
    </w:p>
    <w:p>
      <w:r>
        <w:t>[……………...]</w:t>
      </w:r>
    </w:p>
    <w:p>
      <w:r>
        <w:t>[Saba sings:</w:t>
      </w:r>
    </w:p>
    <w:p>
      <w:r>
        <w:t>"Our greatness and our glory, our righteous Mashiach will reveal..” to the melody of "Na Na Nach.."</w:t>
      </w:r>
    </w:p>
    <w:p>
      <w:r>
        <w:t>And afterward Saba and Tzion sing:</w:t>
      </w:r>
    </w:p>
    <w:p>
      <w:r>
        <w:t>“Our greatness and our glory.." to the regular melody]...</w:t>
      </w:r>
    </w:p>
    <w:p>
      <w:r>
        <w:t>...[Saba and Tzion Barzilai sing:</w:t>
      </w:r>
    </w:p>
    <w:p>
      <w:r>
        <w:t>"Our greatness and our glory, our righteous Mashiach will reveal.."]</w:t>
      </w:r>
    </w:p>
    <w:p>
      <w:r>
        <w:t>[Saba, there is liver, there is, Saba, there is liver]</w:t>
      </w:r>
    </w:p>
    <w:p>
      <w:r>
        <w:t>[Saba and Tzion Barzilai shout: Ah.. ah.. ah.. ah..]</w:t>
      </w:r>
    </w:p>
    <w:p>
      <w:r>
        <w:t>[There is liver and mashed potatoes]</w:t>
      </w:r>
    </w:p>
    <w:p>
      <w:r>
        <w:t>Ah, good</w:t>
      </w:r>
    </w:p>
    <w:p>
      <w:r>
        <w:t>[Good]</w:t>
      </w:r>
    </w:p>
    <w:p>
      <w:r>
        <w:t>Nu, a few more stones, we need to make..</w:t>
      </w:r>
    </w:p>
    <w:p>
      <w:r>
        <w:t>[More melodies]</w:t>
      </w:r>
    </w:p>
    <w:p>
      <w:r>
        <w:t>{He has more} melodies</w:t>
      </w:r>
    </w:p>
    <w:p>
      <w:r>
        <w:t>[Saba, this is liver]</w:t>
      </w:r>
    </w:p>
    <w:p>
      <w:r>
        <w:t>What?</w:t>
      </w:r>
    </w:p>
    <w:p>
      <w:r>
        <w:t>[Liver, liver]</w:t>
      </w:r>
    </w:p>
    <w:p>
      <w:r>
        <w:t>Liver?</w:t>
      </w:r>
    </w:p>
    <w:p>
      <w:r>
        <w:t>[Saba]</w:t>
      </w:r>
    </w:p>
    <w:p>
      <w:r>
        <w:t>Ah?</w:t>
      </w:r>
    </w:p>
    <w:p>
      <w:r>
        <w:t>[What is better?..]</w:t>
      </w:r>
    </w:p>
    <w:p>
      <w:r>
        <w:t>Ah, ah, ah</w:t>
      </w:r>
    </w:p>
    <w:p>
      <w:r>
        <w:t>[Ah]</w:t>
      </w:r>
    </w:p>
    <w:p>
      <w:r>
        <w:t>Ah.. ah.. ah..</w:t>
      </w:r>
    </w:p>
    <w:p>
      <w:r>
        <w:t>[Shoin, shoin, if, if one writes..?]</w:t>
      </w:r>
    </w:p>
    <w:p>
      <w:r>
        <w:t>Ah.. ah.. ah..</w:t>
      </w:r>
    </w:p>
    <w:p>
      <w:r>
        <w:t>[If, if.., to write "Na Na Nach" on parchment or to photograph, photograph it in a photograph, in print? And to make..]</w:t>
      </w:r>
    </w:p>
    <w:p>
      <w:r>
        <w:t>{Yes}</w:t>
      </w:r>
    </w:p>
    <w:p>
      <w:r>
        <w:t>[To make printed amulets, what is better? Saba</w:t>
      </w:r>
    </w:p>
    <w:p>
      <w:r>
        <w:t>This is potatoes, mashed potatoes]</w:t>
      </w:r>
    </w:p>
    <w:p>
      <w:r>
        <w:t>Yes?</w:t>
      </w:r>
    </w:p>
    <w:p>
      <w:r>
        <w:t>Good, good, very good</w:t>
      </w:r>
    </w:p>
    <w:p>
      <w:r>
        <w:t>[This is {a gingi mark}]</w:t>
      </w:r>
    </w:p>
    <w:p>
      <w:r>
        <w:t>Good</w:t>
      </w:r>
    </w:p>
    <w:p>
      <w:r>
        <w:t>["N.T.O.V"]</w:t>
      </w:r>
    </w:p>
    <w:p>
      <w:r>
        <w:t>[Very good]</w:t>
      </w:r>
    </w:p>
    <w:p>
      <w:r>
        <w:t>Ah..</w:t>
      </w:r>
    </w:p>
    <w:p>
      <w:r>
        <w:t>The larger the stone</w:t>
      </w:r>
    </w:p>
    <w:p>
      <w:r>
        <w:t>[The more beautiful the melody]</w:t>
      </w:r>
    </w:p>
    <w:p>
      <w:r>
        <w:t>The melody is more, more, more beautiful</w:t>
      </w:r>
    </w:p>
    <w:p>
      <w:r>
        <w:t>[The more what? ...]</w:t>
      </w:r>
    </w:p>
    <w:p>
      <w:r>
        <w:t>[The larger the stone..]</w:t>
      </w:r>
    </w:p>
    <w:p>
      <w:r>
        <w:t>Ho, ho, ah.. ah..</w:t>
      </w:r>
    </w:p>
    <w:p>
      <w:r>
        <w:t>[Ah.. ah.. ah..]</w:t>
      </w:r>
    </w:p>
    <w:p>
      <w:r>
        <w:t>Ah.. ah.. ah..</w:t>
      </w:r>
    </w:p>
    <w:p>
      <w:r>
        <w:t>[………….]</w:t>
      </w:r>
    </w:p>
    <w:p>
      <w:r>
        <w:t>[…….…...]</w:t>
      </w:r>
    </w:p>
    <w:p>
      <w:r>
        <w:t>The larger the stones {were}, the melody is beautiful, more beautiful</w:t>
      </w:r>
    </w:p>
    <w:p>
      <w:r>
        <w:t>Ah.. ah.. ah.. ah.. ah.. ah..</w:t>
      </w:r>
    </w:p>
    <w:p>
      <w:r>
        <w:t>[………..]</w:t>
      </w:r>
    </w:p>
    <w:p>
      <w:r>
        <w:t>[………..]</w:t>
      </w:r>
    </w:p>
    <w:p>
      <w:r>
        <w:t>[Saba sings:</w:t>
      </w:r>
    </w:p>
    <w:p>
      <w:r>
        <w:t>"Our greatness and our glory..”</w:t>
      </w:r>
    </w:p>
    <w:p>
      <w:r>
        <w:t>And afterward Saba and Tzion Barzilai continue humming the melody of:</w:t>
      </w:r>
    </w:p>
    <w:p>
      <w:r>
        <w:t>"Our greatness and our glory, our righteous Mashiach will reveal.."]</w:t>
      </w:r>
    </w:p>
    <w:p>
      <w:r>
        <w:t>[………]</w:t>
      </w:r>
    </w:p>
    <w:p>
      <w:r>
        <w:t>[…..….]</w:t>
      </w:r>
    </w:p>
    <w:p>
      <w:r>
        <w:t>{The stone within it} was larger, so the melody needs to be more beautiful</w:t>
      </w:r>
    </w:p>
    <w:p>
      <w:r>
        <w:t>[Yes]</w:t>
      </w:r>
    </w:p>
    <w:p>
      <w:r>
        <w:t>[………]</w:t>
      </w:r>
    </w:p>
    <w:p>
      <w:r>
        <w:t>[….…..]</w:t>
      </w:r>
    </w:p>
    <w:p>
      <w:r>
        <w:t>[Saba and Tzion Barzilai continue singing:</w:t>
      </w:r>
    </w:p>
    <w:p>
      <w:r>
        <w:t>"Our greatness and our glory, our righteous Mashiach will reveal.."]</w:t>
      </w:r>
    </w:p>
    <w:p>
      <w:r>
        <w:t>Shoin, shoin</w:t>
      </w:r>
    </w:p>
    <w:p>
      <w:r>
        <w:t>[What?]</w:t>
      </w:r>
    </w:p>
    <w:p>
      <w:r>
        <w:t>[Saba and Tzion Barzilai continue singing:</w:t>
      </w:r>
    </w:p>
    <w:p>
      <w:r>
        <w:t>"Our greatness and our glory, our righteous Mashiach will reveal.."]</w:t>
      </w:r>
    </w:p>
    <w:p>
      <w:r>
        <w:t>[…….]</w:t>
      </w:r>
    </w:p>
    <w:p>
      <w:r>
        <w:t>[…]</w:t>
      </w:r>
    </w:p>
    <w:p>
      <w:r>
        <w:t>Ho..</w:t>
      </w:r>
    </w:p>
    <w:p>
      <w:r>
        <w:t>[Last one, last one, that is it, that is it, that is it, that is it]</w:t>
      </w:r>
    </w:p>
    <w:p>
      <w:r>
        <w:t>I cannot anymore</w:t>
      </w:r>
    </w:p>
    <w:p>
      <w:r>
        <w:t>[Another, another one (more, one more), nu, nu, nu]</w:t>
      </w:r>
    </w:p>
    <w:p>
      <w:r>
        <w:t>[There is more liver..]</w:t>
      </w:r>
    </w:p>
    <w:p>
      <w:r>
        <w:t>[Last one, shoin]</w:t>
      </w:r>
    </w:p>
    <w:p>
      <w:r>
        <w:t>[Saba and Tzion Barzilai continue singing:</w:t>
      </w:r>
    </w:p>
    <w:p>
      <w:r>
        <w:t>"Our greatness and our glory, our righteous Mashiach will reveal.."]</w:t>
      </w:r>
    </w:p>
    <w:p>
      <w:r>
        <w:t>[It is not healthy for him to eat …..]</w:t>
      </w:r>
    </w:p>
    <w:p>
      <w:r>
        <w:t>[This.., I grind it for him]</w:t>
      </w:r>
    </w:p>
    <w:p>
      <w:r>
        <w:t>[Ah, all right, good]</w:t>
      </w:r>
    </w:p>
    <w:p>
      <w:r>
        <w:t>[Saba and Tzion Barzilai continue singing:</w:t>
      </w:r>
    </w:p>
    <w:p>
      <w:r>
        <w:t>"Our greatness and our glory, our righteous Mashiach will reveal.."]</w:t>
      </w:r>
    </w:p>
    <w:p>
      <w:r>
        <w:t>Nu</w:t>
      </w:r>
    </w:p>
    <w:p>
      <w:r>
        <w:t>[..]</w:t>
      </w:r>
    </w:p>
    <w:p>
      <w:r>
        <w:t>[Saba and Tzion Barzilai continue singing:</w:t>
      </w:r>
    </w:p>
    <w:p>
      <w:r>
        <w:t>"Our greatness and our glory, our righteous Mashiach will reveal.."]</w:t>
      </w:r>
    </w:p>
    <w:p>
      <w:r>
        <w:t>[So, Saba, what is better? To write the "Na Na Nach" on parchment</w:t>
      </w:r>
    </w:p>
    <w:p>
      <w:r>
        <w:t>Or to.. photograph it in print and put it in an amulet? What is better?]</w:t>
      </w:r>
    </w:p>
    <w:p>
      <w:r>
        <w:t>Yoah, also to write</w:t>
      </w:r>
    </w:p>
    <w:p>
      <w:r>
        <w:t>[To write]</w:t>
      </w:r>
    </w:p>
    <w:p>
      <w:r>
        <w:t>[Ask him also which script?]</w:t>
      </w:r>
    </w:p>
    <w:p>
      <w:r>
        <w:t>Ah</w:t>
      </w:r>
    </w:p>
    <w:p>
      <w:r>
        <w:t>[To write it as it is written in the Petek]</w:t>
      </w:r>
    </w:p>
    <w:p>
      <w:r>
        <w:t>Ah</w:t>
      </w:r>
    </w:p>
    <w:p>
      <w:r>
        <w:t>[Ask him..]</w:t>
      </w:r>
    </w:p>
    <w:p>
      <w:r>
        <w:t>Ah.. ah.. ah..</w:t>
      </w:r>
    </w:p>
    <w:p>
      <w:r>
        <w:t>[Saba and Tzion Barzilai continue humming the melody of:</w:t>
      </w:r>
    </w:p>
    <w:p>
      <w:r>
        <w:t>"Our greatness and our glory, our righteous Mashiach will reveal.."]...</w:t>
      </w:r>
    </w:p>
    <w:p>
      <w:r>
        <w:t>...[………….]…</w:t>
      </w:r>
    </w:p>
    <w:p>
      <w:r>
        <w:t>...{…}…</w:t>
      </w:r>
    </w:p>
    <w:p>
      <w:r>
        <w:t>...[Rebbe Yisroel..]…</w:t>
      </w:r>
    </w:p>
    <w:p>
      <w:r>
        <w:t>...[Saba continues humming the melody of:</w:t>
      </w:r>
    </w:p>
    <w:p>
      <w:r>
        <w:t>"Our greatness and our glory, our righteous Mashiach will reveal.."]…</w:t>
      </w:r>
    </w:p>
    <w:p>
      <w:r>
        <w:t>...[…………]</w:t>
      </w:r>
    </w:p>
    <w:p>
      <w:r>
        <w:t>[………….]</w:t>
      </w:r>
    </w:p>
    <w:p>
      <w:r>
        <w:t>[Saba]</w:t>
      </w:r>
    </w:p>
    <w:p>
      <w:r>
        <w:t>Ah?</w:t>
      </w:r>
    </w:p>
    <w:p>
      <w:r>
        <w:t>[You would walk on foot from Teveria to Meron, right?]</w:t>
      </w:r>
    </w:p>
    <w:p>
      <w:r>
        <w:t>Yes</w:t>
      </w:r>
    </w:p>
    <w:p>
      <w:r>
        <w:t>[In 'Wadi Amud,' you would walk..]</w:t>
      </w:r>
    </w:p>
    <w:p>
      <w:r>
        <w:t>Yes, yes, yes, yes</w:t>
      </w:r>
    </w:p>
    <w:p>
      <w:r>
        <w:t>[Yes]</w:t>
      </w:r>
    </w:p>
    <w:p>
      <w:r>
        <w:t>I {…} told you what happened to me, I lost, the book "Meshivas Nefesh" was lost from me</w:t>
      </w:r>
    </w:p>
    <w:p>
      <w:r>
        <w:t>[Yes]</w:t>
      </w:r>
    </w:p>
    <w:p>
      <w:r>
        <w:t>It, it was in 'Wadi Amud,' there are many springs there</w:t>
      </w:r>
    </w:p>
    <w:p>
      <w:r>
        <w:t>[Yes]</w:t>
      </w:r>
    </w:p>
    <w:p>
      <w:r>
        <w:t>And..</w:t>
      </w:r>
    </w:p>
    <w:p>
      <w:r>
        <w:t>[I was there today]</w:t>
      </w:r>
    </w:p>
    <w:p>
      <w:r>
        <w:t>Yes?</w:t>
      </w:r>
    </w:p>
    <w:p>
      <w:r>
        <w:t>[Yes.. I immersed there, immersed, there are, there are springs there]</w:t>
      </w:r>
    </w:p>
    <w:p>
      <w:r>
        <w:t>Yes?</w:t>
      </w:r>
    </w:p>
    <w:p>
      <w:r>
        <w:t>[Yes]</w:t>
      </w:r>
    </w:p>
    <w:p>
      <w:r>
        <w:t>[Yes.. tell me, Saba, how it was]</w:t>
      </w:r>
    </w:p>
    <w:p>
      <w:r>
        <w:t>But now I am far from everything, and I do not even say the “Tikkun HaKlali” at all</w:t>
      </w:r>
    </w:p>
    <w:p>
      <w:r>
        <w:t>Even once a year, no, I do not say the “Tikkun HaKlali”</w:t>
      </w:r>
    </w:p>
    <w:p>
      <w:r>
        <w:t>[But yesterday I said the “Tikkun HaKlali” for you]</w:t>
      </w:r>
    </w:p>
    <w:p>
      <w:r>
        <w:t>Oh, fortunate are you, fortunate are you, I am amazed, I am very pleased when I hear of this</w:t>
      </w:r>
    </w:p>
    <w:p>
      <w:r>
        <w:t>[Also in the mikveh, when I go to the mikveh]</w:t>
      </w:r>
    </w:p>
    <w:p>
      <w:r>
        <w:t>Mikveh, mikveh, mikveh</w:t>
      </w:r>
    </w:p>
    <w:p>
      <w:r>
        <w:t>[I do an immersion, an immersion for you every time, one immersion for you]</w:t>
      </w:r>
    </w:p>
    <w:p>
      <w:r>
        <w:t>Yes</w:t>
      </w:r>
    </w:p>
    <w:p>
      <w:r>
        <w:t>[Yes, every time]</w:t>
      </w:r>
    </w:p>
    <w:p>
      <w:r>
        <w:t>Fortunate are you, fortunate are you</w:t>
      </w:r>
    </w:p>
    <w:p>
      <w:r>
        <w:t>[What happened with the book, Saba, “Meshivas Nefesh”?]</w:t>
      </w:r>
    </w:p>
    <w:p>
      <w:r>
        <w:t>The..</w:t>
      </w:r>
    </w:p>
    <w:p>
      <w:r>
        <w:t>[Tell him that he has tea, so that it does not get cold]</w:t>
      </w:r>
    </w:p>
    <w:p>
      <w:r>
        <w:t>My anguish, it is impossible to describe, there is no, there is no to.., there is none to buy, there is none</w:t>
      </w:r>
    </w:p>
    <w:p>
      <w:r>
        <w:t>If it was already lost, there is none, none, none to buy another, there is none, they do not print it</w:t>
      </w:r>
    </w:p>
    <w:p>
      <w:r>
        <w:t>At any rate, {can}, {azoy} (like this), I, I cried so much before Hashem Yisbarach</w:t>
      </w:r>
    </w:p>
    <w:p>
      <w:r>
        <w:t>Who helped me, that I found it in the water, I found it</w:t>
      </w:r>
    </w:p>
    <w:p>
      <w:r>
        <w:t>[In the water]</w:t>
      </w:r>
    </w:p>
    <w:p>
      <w:r>
        <w:t>It was in the w.., on some stone, and there was water, and it.. and.. yes, I found it</w:t>
      </w:r>
    </w:p>
    <w:p>
      <w:r>
        <w:t>Who can tell? Who can describe my joy, when I found the book “Meshivas Nefesh”?</w:t>
      </w:r>
    </w:p>
    <w:p>
      <w:r>
        <w:t>[Was that in ‘Wadi Amud’? Saba]</w:t>
      </w:r>
    </w:p>
    <w:p>
      <w:r>
        <w:t>Yeah, yes, yes</w:t>
      </w:r>
    </w:p>
    <w:p>
      <w:r>
        <w:t>The book was lost to me where there are, there are springs, and..</w:t>
      </w:r>
    </w:p>
    <w:p>
      <w:r>
        <w:t>[Yes]</w:t>
      </w:r>
    </w:p>
    <w:p>
      <w:r>
        <w:t>The water flows, I almost despaired, and Hashem Yisbarach helped me, that I found it</w:t>
      </w:r>
    </w:p>
    <w:p>
      <w:r>
        <w:t>Hey, who can describe the joy {that..} when I merited to find it?</w:t>
      </w:r>
    </w:p>
    <w:p>
      <w:r>
        <w:t>[Would you do hitbodedut?]</w:t>
      </w:r>
    </w:p>
    <w:p>
      <w:r>
        <w:t>Eh?</w:t>
      </w:r>
    </w:p>
    <w:p>
      <w:r>
        <w:t>[Hitbodedut in ‘Wadi Amud,’ would you do hitbodedut there?]</w:t>
      </w:r>
    </w:p>
    <w:p>
      <w:r>
        <w:t>I am far from prayer, from all, and all, from all {what? what is this?}, I am ashamed</w:t>
      </w:r>
    </w:p>
    <w:p>
      <w:r>
        <w:t>This is the main thing, the main thing of all of Rabbainu, of blessed memory—hitbodedut and prayer</w:t>
      </w:r>
    </w:p>
    <w:p>
      <w:r>
        <w:t>And we {ay, I.. did not..} I did not merit</w:t>
      </w:r>
    </w:p>
    <w:p>
      <w:r>
        <w:t>At any rate, I {{alone}} ache and am distressed over this</w:t>
      </w:r>
    </w:p>
    <w:p>
      <w:r>
        <w:t>So this {helps} me like this a little, a little consolation</w:t>
      </w:r>
    </w:p>
    <w:p>
      <w:r>
        <w:t>That I, when I.. merit, when I {want over this}</w:t>
      </w:r>
    </w:p>
    <w:p>
      <w:r>
        <w:t>When I know that Rabbainu Hakadosh was particular about this, about.., was particular about this</w:t>
      </w:r>
    </w:p>
    <w:p>
      <w:r>
        <w:t>And Rebbe Nassan merited through hitbodedut that Rabbainu Hakadosh {..} illuminated for him</w:t>
      </w:r>
    </w:p>
    <w:p>
      <w:r>
        <w:t>Through hitbodedut</w:t>
      </w:r>
    </w:p>
    <w:p>
      <w:r>
        <w:t>What, everything that Rebbe Nassan merited, that he brought so many souls close to Rabbainu, this, {with this..}..</w:t>
      </w:r>
    </w:p>
    <w:p>
      <w:r>
        <w:t>Rebbe Nassan rose above everyone, he received the words of Rabbainu Hakadosh</w:t>
      </w:r>
    </w:p>
    <w:p>
      <w:r>
        <w:t>And he, and merited, and merited to c.., to do this</w:t>
      </w:r>
    </w:p>
    <w:p>
      <w:r>
        <w:t>Rabbainu Hakadosh, everyone drew close to Rabbainu Hakadosh truly and with self-sacrifice</w:t>
      </w:r>
    </w:p>
    <w:p>
      <w:r>
        <w:t>But Rebbe Nassan, this is a matter that was, this, this is a separate matter</w:t>
      </w:r>
    </w:p>
    <w:p>
      <w:r>
        <w:t>That he received everything, the words of Rabbainu Hakadosh, and he gave over his soul</w:t>
      </w:r>
    </w:p>
    <w:p>
      <w:r>
        <w:t>And he cried before Hashem Yisbarach and spoke with Hashem Yisbarach</w:t>
      </w:r>
    </w:p>
    <w:p>
      <w:r>
        <w:t>And we are far from this, this is more than everything</w:t>
      </w:r>
    </w:p>
    <w:p>
      <w:r>
        <w:t>We need to give over our souls for this, to fulfill {it, this}</w:t>
      </w:r>
    </w:p>
    <w:p>
      <w:r>
        <w:t>Everything Rabbainu said, that Rabbainu revealed, particularly the matter of hitbodedut and prayer</w:t>
      </w:r>
    </w:p>
    <w:p>
      <w:r>
        <w:t>The.. the.. the.. {you make} hot, instant coffee</w:t>
      </w:r>
    </w:p>
    <w:p>
      <w:r>
        <w:t>[You have tea, here, with honey, tea]</w:t>
      </w:r>
    </w:p>
    <w:p>
      <w:r>
        <w:t>Tea, good, good</w:t>
      </w:r>
    </w:p>
    <w:p>
      <w:r>
        <w:t>[You are fleishig, Saba]</w:t>
      </w:r>
    </w:p>
    <w:p>
      <w:r>
        <w:t>Good, good, good, tea, {thank you}, good, good</w:t>
      </w:r>
    </w:p>
    <w:p>
      <w:r>
        <w:t>[It is good now, I think]</w:t>
      </w:r>
    </w:p>
    <w:p>
      <w:r>
        <w:t>Eh?</w:t>
      </w:r>
    </w:p>
    <w:p>
      <w:r>
        <w:t>[I think it is already good now, it cooled a little, it is good now, it is worthwhile to drink now]</w:t>
      </w:r>
    </w:p>
    <w:p>
      <w:r>
        <w:t>Eh?</w:t>
      </w:r>
    </w:p>
    <w:p>
      <w:r>
        <w:t>[Maybe we will sit]</w:t>
      </w:r>
    </w:p>
    <w:p>
      <w:r>
        <w:t>I..</w:t>
      </w:r>
    </w:p>
    <w:p>
      <w:r>
        <w:t>[Yes, Saba, maybe we will sit]</w:t>
      </w:r>
    </w:p>
    <w:p>
      <w:r>
        <w:t>Cannot drink</w:t>
      </w:r>
    </w:p>
    <w:p>
      <w:r>
        <w:t>[Cannot drink?]</w:t>
      </w:r>
    </w:p>
    <w:p>
      <w:r>
        <w:t>Now</w:t>
      </w:r>
    </w:p>
    <w:p>
      <w:r>
        <w:t>[Good]</w:t>
      </w:r>
    </w:p>
    <w:p>
      <w:r>
        <w:t>It will be later</w:t>
      </w:r>
    </w:p>
    <w:p>
      <w:r>
        <w:t>[Good, good, ay, ay, ay..]...</w:t>
      </w:r>
    </w:p>
    <w:p>
      <w:r>
        <w:t>...We see when we fall into cravings</w:t>
      </w:r>
    </w:p>
    <w:p>
      <w:r>
        <w:t>[Yes]</w:t>
      </w:r>
    </w:p>
    <w:p>
      <w:r>
        <w:t>All this is that they did n.., that they did not receive the cure from Rabbainu Hakadosh</w:t>
      </w:r>
    </w:p>
    <w:p>
      <w:r>
        <w:t>The main thing that saves us—prayer and hitbodedut</w:t>
      </w:r>
    </w:p>
    <w:p>
      <w:r>
        <w:t>The whole world is far from this, and we are also far</w:t>
      </w:r>
    </w:p>
    <w:p>
      <w:r>
        <w:t>[Ah, ah]…</w:t>
      </w:r>
    </w:p>
    <w:p>
      <w:r>
        <w:t>...We need to give over our souls for this, to fulfill it</w:t>
      </w:r>
    </w:p>
    <w:p>
      <w:r>
        <w:t>[Saba, I made a tent in the field, a tent]</w:t>
      </w:r>
    </w:p>
    <w:p>
      <w:r>
        <w:t>Yes</w:t>
      </w:r>
    </w:p>
    <w:p>
      <w:r>
        <w:t>[Yes]</w:t>
      </w:r>
    </w:p>
    <w:p>
      <w:r>
        <w:t>Yes</w:t>
      </w:r>
    </w:p>
    <w:p>
      <w:r>
        <w:t>[I..]</w:t>
      </w:r>
    </w:p>
    <w:p>
      <w:r>
        <w:t>I want to see the, it</w:t>
      </w:r>
    </w:p>
    <w:p>
      <w:r>
        <w:t>[Good, I will take you one time]</w:t>
      </w:r>
    </w:p>
    <w:p>
      <w:r>
        <w:t>Yes</w:t>
      </w:r>
    </w:p>
    <w:p>
      <w:r>
        <w:t>[Good, and I want, I made it because I want to be a lot in the field, to do a lot of hitbodedut]</w:t>
      </w:r>
    </w:p>
    <w:p>
      <w:r>
        <w:t>{But..}</w:t>
      </w:r>
    </w:p>
    <w:p>
      <w:r>
        <w:t>[I, I, every time I strengthen myself..]</w:t>
      </w:r>
    </w:p>
    <w:p>
      <w:r>
        <w:t>But..</w:t>
      </w:r>
    </w:p>
    <w:p>
      <w:r>
        <w:t>[And fall and strengthen myself, and I do not despair, I want to strengthen myself in this]</w:t>
      </w:r>
    </w:p>
    <w:p>
      <w:r>
        <w:t>This is the main thing of all the main things, this, the whole world is far from this, far from prayer</w:t>
      </w:r>
    </w:p>
    <w:p>
      <w:r>
        <w:t>[Yes]</w:t>
      </w:r>
    </w:p>
    <w:p>
      <w:r>
        <w:t>And furthermore far from all, from all the Torah, from all the mitzvos, and far from all</w:t>
      </w:r>
    </w:p>
    <w:p>
      <w:r>
        <w:t>The main thing, the main thing is {“the discourse of the Torah”}...</w:t>
      </w:r>
    </w:p>
    <w:p>
      <w:r>
        <w:t>...{To me}</w:t>
      </w:r>
    </w:p>
    <w:p>
      <w:r>
        <w:t>[Yes?]</w:t>
      </w:r>
    </w:p>
    <w:p>
      <w:r>
        <w:t>We need to go to Haifa</w:t>
      </w:r>
    </w:p>
    <w:p>
      <w:r>
        <w:t>[To Haifa]</w:t>
      </w:r>
    </w:p>
    <w:p>
      <w:r>
        <w:t>Do you know of this?</w:t>
      </w:r>
    </w:p>
    <w:p>
      <w:r>
        <w:t>[To the non-Jews]</w:t>
      </w:r>
    </w:p>
    <w:p>
      <w:r>
        <w:t>Eh?…</w:t>
      </w:r>
    </w:p>
    <w:p>
      <w:r>
        <w:br w:type="page"/>
      </w:r>
    </w:p>
    <w:p>
      <w:pPr>
        <w:pStyle w:val="Heading1"/>
      </w:pPr>
      <w:r>
        <w:t>Tape 36</w:t>
      </w:r>
    </w:p>
    <w:p>
      <w:pPr>
        <w:pStyle w:val="Heading2"/>
      </w:pPr>
      <w:r>
        <w:t>Side A (Aleph)</w:t>
      </w:r>
    </w:p>
    <w:p>
      <w:r>
        <w:t>...Eh?</w:t>
      </w:r>
    </w:p>
    <w:p>
      <w:r>
        <w:t>[I learn in Tzfas]</w:t>
      </w:r>
    </w:p>
    <w:p>
      <w:r>
        <w:t>In Tzfas</w:t>
      </w:r>
    </w:p>
    <w:p>
      <w:r>
        <w:t>[Yes]…</w:t>
      </w:r>
    </w:p>
    <w:p>
      <w:r>
        <w:t>...{…}…</w:t>
      </w:r>
    </w:p>
    <w:p>
      <w:r>
        <w:t>...{…}, that he lived close to here</w:t>
      </w:r>
    </w:p>
    <w:p>
      <w:r>
        <w:t>[Close to here? Yes]</w:t>
      </w:r>
    </w:p>
    <w:p>
      <w:r>
        <w:t>No?</w:t>
      </w:r>
    </w:p>
    <w:p>
      <w:r>
        <w:t>[Who? Who?]</w:t>
      </w:r>
    </w:p>
    <w:p>
      <w:r>
        <w:t>[Who? What is his name? Who, who was the Jew..?]</w:t>
      </w:r>
    </w:p>
    <w:p>
      <w:r>
        <w:t>{..}, Yisroel Yosef</w:t>
      </w:r>
    </w:p>
    <w:p>
      <w:r>
        <w:t>[..]</w:t>
      </w:r>
    </w:p>
    <w:p>
      <w:r>
        <w:t>Yisroel Yosef</w:t>
      </w:r>
    </w:p>
    <w:p>
      <w:r>
        <w:t>[He lives in Tel Aviv?]</w:t>
      </w:r>
    </w:p>
    <w:p>
      <w:r>
        <w:t>Maybe...</w:t>
      </w:r>
    </w:p>
    <w:p>
      <w:r>
        <w:t>...{Prays} in..</w:t>
      </w:r>
    </w:p>
    <w:p>
      <w:r>
        <w:t>In the synagogue of.. ah..</w:t>
      </w:r>
    </w:p>
    <w:p>
      <w:r>
        <w:t>[…..]</w:t>
      </w:r>
    </w:p>
    <w:p>
      <w:r>
        <w:t>[…..]…</w:t>
      </w:r>
    </w:p>
    <w:p>
      <w:r>
        <w:t>...Maybe you knew someone who lived some time ago, no?</w:t>
      </w:r>
    </w:p>
    <w:p>
      <w:r>
        <w:t>[Who lived where?]</w:t>
      </w:r>
    </w:p>
    <w:p>
      <w:r>
        <w:t>Eh?</w:t>
      </w:r>
    </w:p>
    <w:p>
      <w:r>
        <w:t>[Who lived here in Tel Aviv?]</w:t>
      </w:r>
    </w:p>
    <w:p>
      <w:r>
        <w:t>Eh?</w:t>
      </w:r>
    </w:p>
    <w:p>
      <w:r>
        <w:t>[Who lived in Tel Aviv?]</w:t>
      </w:r>
    </w:p>
    <w:p>
      <w:r>
        <w:t>He lived in Tel Aviv years ago</w:t>
      </w:r>
    </w:p>
    <w:p>
      <w:r>
        <w:t>[No, I am young, Saba, I..]</w:t>
      </w:r>
    </w:p>
    <w:p>
      <w:r>
        <w:t>Eh?</w:t>
      </w:r>
    </w:p>
    <w:p>
      <w:r>
        <w:t>[I am only twenty-six years old, I did not, I was in France also, no, I was not in the Land</w:t>
      </w:r>
    </w:p>
    <w:p>
      <w:r>
        <w:t>No, I was not born in the Land, I do not know him]</w:t>
      </w:r>
    </w:p>
    <w:p>
      <w:r>
        <w:t>Well, you had a shop with the post office of, of.. there was a post-office shop there</w:t>
      </w:r>
    </w:p>
    <w:p>
      <w:r>
        <w:t>[Was he Ashkenazi, Sephardi?]</w:t>
      </w:r>
    </w:p>
    <w:p>
      <w:r>
        <w:t>Eh?</w:t>
      </w:r>
    </w:p>
    <w:p>
      <w:r>
        <w:t>[What was he? Sephardi or Ashkenazi?]</w:t>
      </w:r>
    </w:p>
    <w:p>
      <w:r>
        <w:t>What was he?</w:t>
      </w:r>
    </w:p>
    <w:p>
      <w:r>
        <w:t>[Was he Sephardi, Ashkenazi? Was he Ashkenazi, Sephardi?]</w:t>
      </w:r>
    </w:p>
    <w:p>
      <w:r>
        <w:t>Not Sephardi, Ashkenazi</w:t>
      </w:r>
    </w:p>
    <w:p>
      <w:r>
        <w:t>[…..]</w:t>
      </w:r>
    </w:p>
    <w:p>
      <w:r>
        <w:t>[…..]</w:t>
      </w:r>
    </w:p>
    <w:p>
      <w:r>
        <w:t>[The family name was? Yisroel Yosef] {Yisroel Yosef}, I do not remember...</w:t>
      </w:r>
    </w:p>
    <w:p>
      <w:r>
        <w:t>...He had a wife and a son</w:t>
      </w:r>
    </w:p>
    <w:p>
      <w:r>
        <w:t>[Yes?]...</w:t>
      </w:r>
    </w:p>
    <w:p>
      <w:r>
        <w:t>...[To Rabbainu?]</w:t>
      </w:r>
    </w:p>
    <w:p>
      <w:r>
        <w:t>Yes</w:t>
      </w:r>
    </w:p>
    <w:p>
      <w:r>
        <w:t>[Yes]</w:t>
      </w:r>
    </w:p>
    <w:p>
      <w:r>
        <w:t>I sold him the book “Likutay Tefillos”</w:t>
      </w:r>
    </w:p>
    <w:p>
      <w:r>
        <w:t>[Ah..]…</w:t>
      </w:r>
    </w:p>
    <w:p>
      <w:r>
        <w:t>...Maybe you live in this area, no?</w:t>
      </w:r>
    </w:p>
    <w:p>
      <w:r>
        <w:t>[I live in Tzfas, Saba]</w:t>
      </w:r>
    </w:p>
    <w:p>
      <w:r>
        <w:t>Ah, in Tzfas, now, but before?</w:t>
      </w:r>
    </w:p>
    <w:p>
      <w:r>
        <w:t>[Before, I was in Yerushalayim]</w:t>
      </w:r>
    </w:p>
    <w:p>
      <w:r>
        <w:t>Ah..</w:t>
      </w:r>
    </w:p>
    <w:p>
      <w:r>
        <w:t>[In Neve Yaakov]</w:t>
      </w:r>
    </w:p>
    <w:p>
      <w:r>
        <w:t>{{. .}}, how many, how many rooms do you have?</w:t>
      </w:r>
    </w:p>
    <w:p>
      <w:r>
        <w:t>[I have three rooms, Saba]</w:t>
      </w:r>
    </w:p>
    <w:p>
      <w:r>
        <w:t>Three rooms</w:t>
      </w:r>
    </w:p>
    <w:p>
      <w:r>
        <w:t>[Yes]</w:t>
      </w:r>
    </w:p>
    <w:p>
      <w:r>
        <w:t>You can receive me with ‘hachnasas orchim’</w:t>
      </w:r>
    </w:p>
    <w:p>
      <w:r>
        <w:t>[If only, amen]</w:t>
      </w:r>
    </w:p>
    <w:p>
      <w:r>
        <w:t>Eh?</w:t>
      </w:r>
    </w:p>
    <w:p>
      <w:r>
        <w:t>[I want to, Saba]</w:t>
      </w:r>
    </w:p>
    <w:p>
      <w:r>
        <w:t>{..}</w:t>
      </w:r>
    </w:p>
    <w:p>
      <w:r>
        <w:t>[I very much want to, Saba, but the problem is that I work in..]…</w:t>
      </w:r>
    </w:p>
    <w:p>
      <w:r>
        <w:t>...Is there a heater?</w:t>
      </w:r>
    </w:p>
    <w:p>
      <w:r>
        <w:t>[There is a heater, yes, blessed be Hashem]</w:t>
      </w:r>
    </w:p>
    <w:p>
      <w:r>
        <w:t>Your heater?</w:t>
      </w:r>
    </w:p>
    <w:p>
      <w:r>
        <w:t>[It is my heater, yes, I bought it in France, it is small, but it is good, it, for one room it is good</w:t>
      </w:r>
    </w:p>
    <w:p>
      <w:r>
        <w:t>And if necessary I will buy another one]</w:t>
      </w:r>
    </w:p>
    <w:p>
      <w:r>
        <w:t>{..}…</w:t>
      </w:r>
    </w:p>
    <w:p>
      <w:r>
        <w:t>…[……]</w:t>
      </w:r>
    </w:p>
    <w:p>
      <w:r>
        <w:t>Eh?</w:t>
      </w:r>
    </w:p>
    <w:p>
      <w:r>
        <w:t>[After the prayer, with Hashem's help]</w:t>
      </w:r>
    </w:p>
    <w:p>
      <w:r>
        <w:t>Maybe I can travel with you to your place</w:t>
      </w:r>
    </w:p>
    <w:p>
      <w:r>
        <w:t>[Yes, please..]</w:t>
      </w:r>
    </w:p>
    <w:p>
      <w:r>
        <w:t>{...}</w:t>
      </w:r>
    </w:p>
    <w:p>
      <w:r>
        <w:t>[But I am not in a vehicle]</w:t>
      </w:r>
    </w:p>
    <w:p>
      <w:r>
        <w:t>Eh?</w:t>
      </w:r>
    </w:p>
    <w:p>
      <w:r>
        <w:t>[I am not traveling by car, I am traveling with the car of, with my friend</w:t>
      </w:r>
    </w:p>
    <w:p>
      <w:r>
        <w:t>With one friend who is also here, but I do not have a vehicle]</w:t>
      </w:r>
    </w:p>
    <w:p>
      <w:r>
        <w:t>{Good}, is it hard for you to fulfill'hospitality'?</w:t>
      </w:r>
    </w:p>
    <w:p>
      <w:r>
        <w:t>[The problem is that I work, that I work outside]</w:t>
      </w:r>
    </w:p>
    <w:p>
      <w:r>
        <w:t>[Saba, Saba?]</w:t>
      </w:r>
    </w:p>
    <w:p>
      <w:r>
        <w:t>Nu</w:t>
      </w:r>
    </w:p>
    <w:p>
      <w:r>
        <w:t>[You said that you would come to my place, I have room]</w:t>
      </w:r>
    </w:p>
    <w:p>
      <w:r>
        <w:t>Who is this?</w:t>
      </w:r>
    </w:p>
    <w:p>
      <w:r>
        <w:t>[This is Dagan, Dagan]</w:t>
      </w:r>
    </w:p>
    <w:p>
      <w:r>
        <w:t>Dagan, good, good</w:t>
      </w:r>
    </w:p>
    <w:p>
      <w:r>
        <w:t>[At my place there is room, we already spoke]</w:t>
      </w:r>
    </w:p>
    <w:p>
      <w:r>
        <w:t>Good, good, good, good</w:t>
      </w:r>
    </w:p>
    <w:p>
      <w:r>
        <w:t>[I have room..]</w:t>
      </w:r>
    </w:p>
    <w:p>
      <w:r>
        <w:t>Good</w:t>
      </w:r>
    </w:p>
    <w:p>
      <w:r>
        <w:t>[Come to my place and that settles it]</w:t>
      </w:r>
    </w:p>
    <w:p>
      <w:r>
        <w:t>I forgot</w:t>
      </w:r>
    </w:p>
    <w:p>
      <w:r>
        <w:t>[All right?]</w:t>
      </w:r>
    </w:p>
    <w:p>
      <w:r>
        <w:t>All right</w:t>
      </w:r>
    </w:p>
    <w:p>
      <w:r>
        <w:t>[I have five rooms, one for you, five rooms]</w:t>
      </w:r>
    </w:p>
    <w:p>
      <w:r>
        <w:t>Then..</w:t>
      </w:r>
    </w:p>
    <w:p>
      <w:r>
        <w:t>[One room for you]</w:t>
      </w:r>
    </w:p>
    <w:p>
      <w:r>
        <w:t>I, do not go down.. the two of us together</w:t>
      </w:r>
    </w:p>
    <w:p>
      <w:r>
        <w:t>[All right]</w:t>
      </w:r>
    </w:p>
    <w:p>
      <w:r>
        <w:t>And we will go down together, the two of us together</w:t>
      </w:r>
    </w:p>
    <w:p>
      <w:r>
        <w:t>[All right, you are staying with me..]</w:t>
      </w:r>
    </w:p>
    <w:p>
      <w:r>
        <w:t>How long have you lived in the apartment?</w:t>
      </w:r>
    </w:p>
    <w:p>
      <w:r>
        <w:t>[I, this is the apartment four yea.., three or four years]</w:t>
      </w:r>
    </w:p>
    <w:p>
      <w:r>
        <w:t>No more</w:t>
      </w:r>
    </w:p>
    <w:p>
      <w:r>
        <w:t>[No more, it is.., yes, a large apartment, five rooms]</w:t>
      </w:r>
    </w:p>
    <w:p>
      <w:r>
        <w:t>Ah, yes</w:t>
      </w:r>
    </w:p>
    <w:p>
      <w:r>
        <w:t>[It is my apartment]</w:t>
      </w:r>
    </w:p>
    <w:p>
      <w:r>
        <w:t>Good, good, good, good</w:t>
      </w:r>
    </w:p>
    <w:p>
      <w:r>
        <w:t>[A private apartment]</w:t>
      </w:r>
    </w:p>
    <w:p>
      <w:r>
        <w:t>I, I will go with you</w:t>
      </w:r>
    </w:p>
    <w:p>
      <w:r>
        <w:t>[All right, with Hashem's help, there is a heater, there is a bed]</w:t>
      </w:r>
    </w:p>
    <w:p>
      <w:r>
        <w:t>Yes?</w:t>
      </w:r>
    </w:p>
    <w:p>
      <w:r>
        <w:t>[And a heater]</w:t>
      </w:r>
    </w:p>
    <w:p>
      <w:r>
        <w:t>Blessed be Hashem</w:t>
      </w:r>
    </w:p>
    <w:p>
      <w:r>
        <w:t>[With Hashem's help]...</w:t>
      </w:r>
    </w:p>
    <w:p>
      <w:r>
        <w:t>...[Yes, yes]…</w:t>
      </w:r>
    </w:p>
    <w:p>
      <w:r>
        <w:t>...[And I long for you to come to my place, Saba]</w:t>
      </w:r>
    </w:p>
    <w:p>
      <w:r>
        <w:t>You long for it?</w:t>
      </w:r>
    </w:p>
    <w:p>
      <w:r>
        <w:t>[I pray, I pray]</w:t>
      </w:r>
    </w:p>
    <w:p>
      <w:r>
        <w:t>For guests</w:t>
      </w:r>
    </w:p>
    <w:p>
      <w:r>
        <w:t>[Yes, a guest like this, "my dear student," who has a Petek from Rabbainu] Yes?</w:t>
      </w:r>
    </w:p>
    <w:p>
      <w:r>
        <w:t>[Yes]</w:t>
      </w:r>
    </w:p>
    <w:p>
      <w:r>
        <w:t>How do you know?</w:t>
      </w:r>
    </w:p>
    <w:p>
      <w:r>
        <w:t>[I know, I heard, you told me]</w:t>
      </w:r>
    </w:p>
    <w:p>
      <w:r>
        <w:t>Yes?</w:t>
      </w:r>
    </w:p>
    <w:p>
      <w:r>
        <w:t>[Yes]</w:t>
      </w:r>
    </w:p>
    <w:p>
      <w:r>
        <w:t>I told you?</w:t>
      </w:r>
    </w:p>
    <w:p>
      <w:r>
        <w:t>[Yes]</w:t>
      </w:r>
    </w:p>
    <w:p>
      <w:r>
        <w:t>"My dear student"?</w:t>
      </w:r>
    </w:p>
    <w:p>
      <w:r>
        <w:t>[Yes, it is written, I saw it written, you showed me]</w:t>
      </w:r>
    </w:p>
    <w:p>
      <w:r>
        <w:t>Yes?</w:t>
      </w:r>
    </w:p>
    <w:p>
      <w:r>
        <w:t>[The Petek, and I saw that it is written: "It was very difficult for me to descend to you, my dear student"]</w:t>
      </w:r>
    </w:p>
    <w:p>
      <w:r>
        <w:t>"To tell you"</w:t>
      </w:r>
    </w:p>
    <w:p>
      <w:r>
        <w:t>[To tell you that I greatly enjoyed your service</w:t>
      </w:r>
    </w:p>
    <w:p>
      <w:r>
        <w:t>And of you I said, my fire will burn until Mashiach comes"]</w:t>
      </w:r>
    </w:p>
    <w:p>
      <w:r>
        <w:t>Yes</w:t>
      </w:r>
    </w:p>
    <w:p>
      <w:r>
        <w:t>["Be strong and courageous in your service]</w:t>
      </w:r>
    </w:p>
    <w:p>
      <w:r>
        <w:t>Yes</w:t>
      </w:r>
    </w:p>
    <w:p>
      <w:r>
        <w:t>[Na Naḥ Naḥma Naḥman MeUman</w:t>
      </w:r>
    </w:p>
    <w:p>
      <w:r>
        <w:t>And with this I shall reveal to you a secret, and it is full and heaped from line to line: P'tz'p'tz'i'a'</w:t>
      </w:r>
    </w:p>
    <w:p>
      <w:r>
        <w:t>And with the strengthening of service you shall understand it, and the sign: on the seventeenth of Tammuz they will say that you are not fasting"]</w:t>
      </w:r>
    </w:p>
    <w:p>
      <w:r>
        <w:t>How long have you lived in the apartment?</w:t>
      </w:r>
    </w:p>
    <w:p>
      <w:r>
        <w:t>[About three, four years, like that]</w:t>
      </w:r>
    </w:p>
    <w:p>
      <w:r>
        <w:t>Ah, ah</w:t>
      </w:r>
    </w:p>
    <w:p>
      <w:r>
        <w:t>Dagan?</w:t>
      </w:r>
    </w:p>
    <w:p>
      <w:r>
        <w:t>[Yes, yes]</w:t>
      </w:r>
    </w:p>
    <w:p>
      <w:r>
        <w:t>Where is Dagan?</w:t>
      </w:r>
    </w:p>
    <w:p>
      <w:r>
        <w:t>[Yes, here, here]</w:t>
      </w:r>
    </w:p>
    <w:p>
      <w:r>
        <w:t>Ah..</w:t>
      </w:r>
    </w:p>
    <w:p>
      <w:r>
        <w:t>[Yes, what is it?]</w:t>
      </w:r>
    </w:p>
    <w:p>
      <w:r>
        <w:t>Hold the money for me..</w:t>
      </w:r>
    </w:p>
    <w:p>
      <w:r>
        <w:t>[The money? How much money is it?]</w:t>
      </w:r>
    </w:p>
    <w:p>
      <w:r>
        <w:t>Count…</w:t>
      </w:r>
    </w:p>
    <w:p>
      <w:r>
        <w:t>...Eh?</w:t>
      </w:r>
    </w:p>
    <w:p>
      <w:r>
        <w:t>[One hundred shekels]</w:t>
      </w:r>
    </w:p>
    <w:p>
      <w:r>
        <w:t>More</w:t>
      </w:r>
    </w:p>
    <w:p>
      <w:r>
        <w:t>[There are one hundred shekels here]</w:t>
      </w:r>
    </w:p>
    <w:p>
      <w:r>
        <w:t>More, more</w:t>
      </w:r>
    </w:p>
    <w:p>
      <w:r>
        <w:t>[Fifty]</w:t>
      </w:r>
    </w:p>
    <w:p>
      <w:r>
        <w:t>Nu</w:t>
      </w:r>
    </w:p>
    <w:p>
      <w:r>
        <w:t>[Twenty and twenty and ten, that is one hundred altogether]</w:t>
      </w:r>
    </w:p>
    <w:p>
      <w:r>
        <w:t>{Nu}</w:t>
      </w:r>
    </w:p>
    <w:p>
      <w:r>
        <w:t>[One hundred, one hundred shekels]</w:t>
      </w:r>
    </w:p>
    <w:p>
      <w:r>
        <w:t>One hundred shekels</w:t>
      </w:r>
    </w:p>
    <w:p>
      <w:r>
        <w:t>[All right, one hundred]</w:t>
      </w:r>
    </w:p>
    <w:p>
      <w:r>
        <w:t>Good, hold it for me at your place</w:t>
      </w:r>
    </w:p>
    <w:p>
      <w:r>
        <w:t>[All right]</w:t>
      </w:r>
    </w:p>
    <w:p>
      <w:r>
        <w:t>You, where do you live?</w:t>
      </w:r>
    </w:p>
    <w:p>
      <w:r>
        <w:t>[In Tzfas]</w:t>
      </w:r>
    </w:p>
    <w:p>
      <w:r>
        <w:t>In Tzfas?</w:t>
      </w:r>
    </w:p>
    <w:p>
      <w:r>
        <w:t>[Yes]</w:t>
      </w:r>
    </w:p>
    <w:p>
      <w:r>
        <w:t>{…..} You used to live in.. in..</w:t>
      </w:r>
    </w:p>
    <w:p>
      <w:r>
        <w:t>[Emmanuel]</w:t>
      </w:r>
    </w:p>
    <w:p>
      <w:r>
        <w:t>Emmanuel</w:t>
      </w:r>
    </w:p>
    <w:p>
      <w:r>
        <w:t>[Correct, a few years ago]</w:t>
      </w:r>
    </w:p>
    <w:p>
      <w:r>
        <w:t>Ah, ah</w:t>
      </w:r>
    </w:p>
    <w:p>
      <w:r>
        <w:t>[Five, four, five years ago I was in Emmanuel]</w:t>
      </w:r>
    </w:p>
    <w:p>
      <w:r>
        <w:t>Ah, ah</w:t>
      </w:r>
    </w:p>
    <w:p>
      <w:r>
        <w:t>[Yes]</w:t>
      </w:r>
    </w:p>
    <w:p>
      <w:r>
        <w:t>Are you Sephardi, Ashkenazi?</w:t>
      </w:r>
    </w:p>
    <w:p>
      <w:r>
        <w:t>[I am Ashkenazi]</w:t>
      </w:r>
    </w:p>
    <w:p>
      <w:r>
        <w:t>Ah, ah</w:t>
      </w:r>
    </w:p>
    <w:p>
      <w:r>
        <w:t>[I am Breslov, not Ashkenazi, not Sephardi, Breslov, Breslov]</w:t>
      </w:r>
    </w:p>
    <w:p>
      <w:r>
        <w:t>Breslov, Breslov</w:t>
      </w:r>
    </w:p>
    <w:p>
      <w:r>
        <w:t>[I want to be Breslov]</w:t>
      </w:r>
    </w:p>
    <w:p>
      <w:r>
        <w:t>If only we merit it</w:t>
      </w:r>
    </w:p>
    <w:p>
      <w:r>
        <w:t>[If only]</w:t>
      </w:r>
    </w:p>
    <w:p>
      <w:r>
        <w:t>Who is this?</w:t>
      </w:r>
    </w:p>
    <w:p>
      <w:r>
        <w:t>[This is Dagan, Yisroel, Dagan]</w:t>
      </w:r>
    </w:p>
    <w:p>
      <w:r>
        <w:t>Dagan, and the second one?</w:t>
      </w:r>
    </w:p>
    <w:p>
      <w:r>
        <w:t>[This is.. what is your name?]</w:t>
      </w:r>
    </w:p>
    <w:p>
      <w:r>
        <w:t>[David, David son of Aviva]</w:t>
      </w:r>
    </w:p>
    <w:p>
      <w:r>
        <w:t>[David son of..]</w:t>
      </w:r>
    </w:p>
    <w:p>
      <w:r>
        <w:t>[Aviva]</w:t>
      </w:r>
    </w:p>
    <w:p>
      <w:r>
        <w:t>[Aviva, this is David]</w:t>
      </w:r>
    </w:p>
    <w:p>
      <w:r>
        <w:t>Is he also, also Breslov?</w:t>
      </w:r>
    </w:p>
    <w:p>
      <w:r>
        <w:t>[He is also Breslov, yes, he lives in Tzfas]</w:t>
      </w:r>
    </w:p>
    <w:p>
      <w:r>
        <w:t>Then we will go down together</w:t>
      </w:r>
    </w:p>
    <w:p>
      <w:r>
        <w:t>[Yes, all right, with Hashem's help, together]</w:t>
      </w:r>
    </w:p>
    <w:p>
      <w:r>
        <w:t>[We will go down, he said]</w:t>
      </w:r>
    </w:p>
    <w:p>
      <w:r>
        <w:t>I have a suitcase</w:t>
      </w:r>
    </w:p>
    <w:p>
      <w:r>
        <w:t>[A suitcase?]</w:t>
      </w:r>
    </w:p>
    <w:p>
      <w:r>
        <w:t>Clothes</w:t>
      </w:r>
    </w:p>
    <w:p>
      <w:r>
        <w:t>[We will carry it, we have strength, blessed be Hashem]</w:t>
      </w:r>
    </w:p>
    <w:p>
      <w:r>
        <w:t>Eh?</w:t>
      </w:r>
    </w:p>
    <w:p>
      <w:r>
        <w:t>[We have strength, we will carry the suitcase]</w:t>
      </w:r>
    </w:p>
    <w:p>
      <w:r>
        <w:t>Ask, ask the people, I do not recognize my suitcase</w:t>
      </w:r>
    </w:p>
    <w:p>
      <w:r>
        <w:t>[All right, it will be all right, with Hashem's help]</w:t>
      </w:r>
    </w:p>
    <w:p>
      <w:r>
        <w:t>Yes</w:t>
      </w:r>
    </w:p>
    <w:p>
      <w:r>
        <w:t>[We will manage, there is Shimon, Shimon is here]</w:t>
      </w:r>
    </w:p>
    <w:p>
      <w:r>
        <w:t>Shimon?</w:t>
      </w:r>
    </w:p>
    <w:p>
      <w:r>
        <w:t>[Shimon, he knows where the suitcase is, he..]</w:t>
      </w:r>
    </w:p>
    <w:p>
      <w:r>
        <w:t>Ah</w:t>
      </w:r>
    </w:p>
    <w:p>
      <w:r>
        <w:t>[Everything is all right]…</w:t>
      </w:r>
    </w:p>
    <w:p>
      <w:r>
        <w:t>...{...}</w:t>
      </w:r>
    </w:p>
    <w:p>
      <w:r>
        <w:t>[Yes, yes, Saba]…</w:t>
      </w:r>
    </w:p>
    <w:p>
      <w:r>
        <w:t>...Thirty years ago, no?</w:t>
      </w:r>
    </w:p>
    <w:p>
      <w:r>
        <w:t>[No, it is an apartment, it is an apartment that.. it.., this apartment once belonged to someone else] Ah, ah</w:t>
      </w:r>
    </w:p>
    <w:p>
      <w:r>
        <w:t>[Rabbi Gabbai lived there, Rabbi Gabbai lived in the apartment]</w:t>
      </w:r>
    </w:p>
    <w:p>
      <w:r>
        <w:t>{..}</w:t>
      </w:r>
    </w:p>
    <w:p>
      <w:r>
        <w:t>[And he left Tzfas, he went away from Tzfas, so I bought the apa..]…</w:t>
      </w:r>
    </w:p>
    <w:p>
      <w:r>
        <w:t>...In Tzfas?</w:t>
      </w:r>
    </w:p>
    <w:p>
      <w:r>
        <w:t>[In Tzfas, Saba, yes]</w:t>
      </w:r>
    </w:p>
    <w:p>
      <w:r>
        <w:t>Tzfas?</w:t>
      </w:r>
    </w:p>
    <w:p>
      <w:r>
        <w:t>[Yes]</w:t>
      </w:r>
    </w:p>
    <w:p>
      <w:r>
        <w:t>[….]</w:t>
      </w:r>
    </w:p>
    <w:p>
      <w:r>
        <w:t>Not in Meron?</w:t>
      </w:r>
    </w:p>
    <w:p>
      <w:r>
        <w:t>[No, in Tzfas]</w:t>
      </w:r>
    </w:p>
    <w:p>
      <w:r>
        <w:t>You used to live in Meron, no?</w:t>
      </w:r>
    </w:p>
    <w:p>
      <w:r>
        <w:t>[I used to be in Meron, but..]</w:t>
      </w:r>
    </w:p>
    <w:p>
      <w:r>
        <w:t>Eh?</w:t>
      </w:r>
    </w:p>
    <w:p>
      <w:r>
        <w:t>[I used to be in Meron once, I used to be there, but I did not live there]</w:t>
      </w:r>
    </w:p>
    <w:p>
      <w:r>
        <w:t>{..}</w:t>
      </w:r>
    </w:p>
    <w:p>
      <w:r>
        <w:t>[I used to go to the grave of Rabbi Shimon]</w:t>
      </w:r>
    </w:p>
    <w:p>
      <w:r>
        <w:t>Yes</w:t>
      </w:r>
    </w:p>
    <w:p>
      <w:r>
        <w:t>[But I live in Tzfas]…</w:t>
      </w:r>
    </w:p>
    <w:p>
      <w:r>
        <w:t>...[Rosh Hashanah, and Rosh Hashanah, and Rosh Hashanah, and Rosh Hashanah]</w:t>
      </w:r>
    </w:p>
    <w:p>
      <w:r>
        <w:t>Yes?</w:t>
      </w:r>
    </w:p>
    <w:p>
      <w:r>
        <w:t>[Yes]...</w:t>
      </w:r>
    </w:p>
    <w:p>
      <w:r>
        <w:t>…[What am I doing]…</w:t>
      </w:r>
    </w:p>
    <w:p>
      <w:r>
        <w:t>...{….}</w:t>
      </w:r>
    </w:p>
    <w:p>
      <w:r>
        <w:t>[{Holy}]</w:t>
      </w:r>
    </w:p>
    <w:p>
      <w:r>
        <w:t>{..}…</w:t>
      </w:r>
    </w:p>
    <w:p>
      <w:r>
        <w:t>...You saw me on Rosh Hashanah</w:t>
      </w:r>
    </w:p>
    <w:p>
      <w:r>
        <w:t>[Eh?]</w:t>
      </w:r>
    </w:p>
    <w:p>
      <w:r>
        <w:t>You did not see me {..}.. in.. in Uman for Rosh Hashanah</w:t>
      </w:r>
    </w:p>
    <w:p>
      <w:r>
        <w:t>[I did see]</w:t>
      </w:r>
    </w:p>
    <w:p>
      <w:r>
        <w:t>Eh?</w:t>
      </w:r>
    </w:p>
    <w:p>
      <w:r>
        <w:t>[I saw]</w:t>
      </w:r>
    </w:p>
    <w:p>
      <w:r>
        <w:t>{Blessed be Hashem}…</w:t>
      </w:r>
    </w:p>
    <w:p>
      <w:r>
        <w:t>...You, you told me about the Petek</w:t>
      </w:r>
    </w:p>
    <w:p>
      <w:r>
        <w:t>[Yes]</w:t>
      </w:r>
    </w:p>
    <w:p>
      <w:r>
        <w:t>It was an act of miracles, miracles from Heaven</w:t>
      </w:r>
    </w:p>
    <w:p>
      <w:r>
        <w:t>[Yes]…</w:t>
      </w:r>
    </w:p>
    <w:p>
      <w:r>
        <w:t>...How the holy Rabbainu signed himself "Na Naḥam Naḥman MeUman"...</w:t>
      </w:r>
    </w:p>
    <w:p>
      <w:r>
        <w:t>...{...} And.. in Tel Aviv I had someone who knew me</w:t>
      </w:r>
    </w:p>
    <w:p>
      <w:r>
        <w:t>An Ashkenazi, an Ashkenazi, he had a shop next to, next to..</w:t>
      </w:r>
    </w:p>
    <w:p>
      <w:r>
        <w:t>At the post office in Tel Aviv</w:t>
      </w:r>
    </w:p>
    <w:p>
      <w:r>
        <w:t>[A shop]</w:t>
      </w:r>
    </w:p>
    <w:p>
      <w:r>
        <w:t>A shop.. he had a stamp shop</w:t>
      </w:r>
    </w:p>
    <w:p>
      <w:r>
        <w:t>[Stamps]</w:t>
      </w:r>
    </w:p>
    <w:p>
      <w:r>
        <w:t>Stamps, stamps</w:t>
      </w:r>
    </w:p>
    <w:p>
      <w:r>
        <w:t>[Stamps, stamps, stamps, yes]</w:t>
      </w:r>
    </w:p>
    <w:p>
      <w:r>
        <w:t>You do not know</w:t>
      </w:r>
    </w:p>
    <w:p>
      <w:r>
        <w:t>[No, that was many years ago, Saba]</w:t>
      </w:r>
    </w:p>
    <w:p>
      <w:r>
        <w:t>Eh?</w:t>
      </w:r>
    </w:p>
    <w:p>
      <w:r>
        <w:t>[I had not yet been born, I was not born then]</w:t>
      </w:r>
    </w:p>
    <w:p>
      <w:r>
        <w:t>No</w:t>
      </w:r>
    </w:p>
    <w:p>
      <w:r>
        <w:t>[That was many years ago]</w:t>
      </w:r>
    </w:p>
    <w:p>
      <w:r>
        <w:t>Eh?</w:t>
      </w:r>
    </w:p>
    <w:p>
      <w:r>
        <w:t>[That was many years ago]</w:t>
      </w:r>
    </w:p>
    <w:p>
      <w:r>
        <w:t>Ah, ah</w:t>
      </w:r>
    </w:p>
    <w:p>
      <w:r>
        <w:t>[I am only thirty-six years old]</w:t>
      </w:r>
    </w:p>
    <w:p>
      <w:r>
        <w:t>{..}</w:t>
      </w:r>
    </w:p>
    <w:p>
      <w:r>
        <w:t>[I am still little, Saba]</w:t>
      </w:r>
    </w:p>
    <w:p>
      <w:r>
        <w:t>Eh?</w:t>
      </w:r>
    </w:p>
    <w:p>
      <w:r>
        <w:t>[I am still little, I am li..]</w:t>
      </w:r>
    </w:p>
    <w:p>
      <w:r>
        <w:t>Eh?</w:t>
      </w:r>
    </w:p>
    <w:p>
      <w:r>
        <w:t>[I am still little, little, little, I am only thirty-six years old</w:t>
      </w:r>
    </w:p>
    <w:p>
      <w:r>
        <w:t>I am thirty-six years old, that was many years ago]</w:t>
      </w:r>
    </w:p>
    <w:p>
      <w:r>
        <w:t>Yes, yes</w:t>
      </w:r>
    </w:p>
    <w:p>
      <w:r>
        <w:t>[And I am only thirty-six years old]</w:t>
      </w:r>
    </w:p>
    <w:p>
      <w:r>
        <w:t>Do you have brothers?</w:t>
      </w:r>
    </w:p>
    <w:p>
      <w:r>
        <w:t>[One brother]</w:t>
      </w:r>
    </w:p>
    <w:p>
      <w:r>
        <w:t>Eh?</w:t>
      </w:r>
    </w:p>
    <w:p>
      <w:r>
        <w:t>[One, only one, I have one brother]</w:t>
      </w:r>
    </w:p>
    <w:p>
      <w:r>
        <w:t>You had</w:t>
      </w:r>
    </w:p>
    <w:p>
      <w:r>
        <w:t>[Eh?]</w:t>
      </w:r>
    </w:p>
    <w:p>
      <w:r>
        <w:t>Did you have sons?</w:t>
      </w:r>
    </w:p>
    <w:p>
      <w:r>
        <w:t>[Sons, I have, blessed be Hashem, sons and daughters, three sons.., three sons, three daughters] Blessed be Hashem</w:t>
      </w:r>
    </w:p>
    <w:p>
      <w:r>
        <w:t>[Blessed be Hashem]</w:t>
      </w:r>
    </w:p>
    <w:p>
      <w:r>
        <w:t>Can I stay at your place?</w:t>
      </w:r>
    </w:p>
    <w:p>
      <w:r>
        <w:t>[Yes]</w:t>
      </w:r>
    </w:p>
    <w:p>
      <w:r>
        <w:t>{The suitcase}, the suitcase</w:t>
      </w:r>
    </w:p>
    <w:p>
      <w:r>
        <w:t>[We will take the suitcase, take it, put it on the car and travel]</w:t>
      </w:r>
    </w:p>
    <w:p>
      <w:r>
        <w:t>A car, eh?</w:t>
      </w:r>
    </w:p>
    <w:p>
      <w:r>
        <w:t>[We will take the suitcase, take it, take the suitcase</w:t>
      </w:r>
    </w:p>
    <w:p>
      <w:r>
        <w:t>We will put the suitcase on the car]</w:t>
      </w:r>
    </w:p>
    <w:p>
      <w:r>
        <w:t>Yes?</w:t>
      </w:r>
    </w:p>
    <w:p>
      <w:r>
        <w:t>[And travel]</w:t>
      </w:r>
    </w:p>
    <w:p>
      <w:r>
        <w:t>Eh?</w:t>
      </w:r>
    </w:p>
    <w:p>
      <w:r>
        <w:t>[Put the suitcase on the car]</w:t>
      </w:r>
    </w:p>
    <w:p>
      <w:r>
        <w:t>Do not tell a lie</w:t>
      </w:r>
    </w:p>
    <w:p>
      <w:r>
        <w:t>[What?]</w:t>
      </w:r>
    </w:p>
    <w:p>
      <w:r>
        <w:t>You did</w:t>
      </w:r>
    </w:p>
    <w:p>
      <w:r>
        <w:t>[No, we will take it afterward, not now, afterward, when we travel, we will also take the suitcase] Yes...</w:t>
      </w:r>
    </w:p>
    <w:p>
      <w:r>
        <w:t>...[Saba and the friends sing and Yisroel Dagan plays:</w:t>
      </w:r>
    </w:p>
    <w:p>
      <w:r>
        <w:t>"In You our fathers trusted, in You they trusted and You delivered them, to You they cried out and escaped, in You they trusted and were not ashamed.."]…</w:t>
      </w:r>
    </w:p>
    <w:p>
      <w:r>
        <w:t>...[Saba and the friends sing and Yisroel Dagan plays:</w:t>
      </w:r>
    </w:p>
    <w:p>
      <w:r>
        <w:t>"In You our fathers trusted, in You they trusted and You delivered them, to You they cried out and escaped, in You they trusted and were not ashamed.."</w:t>
      </w:r>
    </w:p>
    <w:p>
      <w:r>
        <w:t>(Saba emphasizes: "Trusted, trusted, trusted, trusted")</w:t>
      </w:r>
    </w:p>
    <w:p>
      <w:r>
        <w:t>Afterward they sing:</w:t>
      </w:r>
    </w:p>
    <w:p>
      <w:r>
        <w:t>"Na Naḥ Naḥma Naḥman MeUman.." to the melody of "In You they trusted.."]</w:t>
      </w:r>
    </w:p>
    <w:p>
      <w:r>
        <w:t>{...}, when one undergoes great blows and great humiliations</w:t>
      </w:r>
    </w:p>
    <w:p>
      <w:r>
        <w:t>If they had known, they would not have given us the Land of Israel</w:t>
      </w:r>
    </w:p>
    <w:p>
      <w:r>
        <w:t>Ah</w:t>
      </w:r>
    </w:p>
    <w:p>
      <w:r>
        <w:t>[The friends continue singing:</w:t>
      </w:r>
    </w:p>
    <w:p>
      <w:r>
        <w:t>"In You our fathers trusted, in You they trusted and You delivered them, to You they cried out and escaped, in You they trusted and were not ashamed.."</w:t>
      </w:r>
    </w:p>
    <w:p>
      <w:r>
        <w:t>(Saba emphasizes: "Trusted, trusted, trusted, trusted")]</w:t>
      </w:r>
    </w:p>
    <w:p>
      <w:r>
        <w:t>{…}, the gentiles, all the gentiles will ask:</w:t>
      </w:r>
    </w:p>
    <w:p>
      <w:r>
        <w:t>"What bombs do you have?</w:t>
      </w:r>
    </w:p>
    <w:p>
      <w:r>
        <w:t>We also want bombs like those, where does one buy this?"</w:t>
      </w:r>
    </w:p>
    <w:p>
      <w:r>
        <w:t>[…..….]</w:t>
      </w:r>
    </w:p>
    <w:p>
      <w:r>
        <w:t>[……...]</w:t>
      </w:r>
    </w:p>
    <w:p>
      <w:r>
        <w:t>[The friends sing:</w:t>
      </w:r>
    </w:p>
    <w:p>
      <w:r>
        <w:t>"The harvest has passed, the summer has ended, and we have not been saved.."]</w:t>
      </w:r>
    </w:p>
    <w:p>
      <w:r>
        <w:t>Ah.. ah.. ah.. ah..</w:t>
      </w:r>
    </w:p>
    <w:p>
      <w:r>
        <w:t>[Saba and the friends shout: Ah.. ah.. ah.. ah.. ah..]</w:t>
      </w:r>
    </w:p>
    <w:p>
      <w:r>
        <w:t>[The friends continue singing:</w:t>
      </w:r>
    </w:p>
    <w:p>
      <w:r>
        <w:t>"The harvest has passed, the summer has ended, and we have not been saved.."]</w:t>
      </w:r>
    </w:p>
    <w:p>
      <w:r>
        <w:t>"We want bombs like, like, like yours, not just ordinary bombs"</w:t>
      </w:r>
    </w:p>
    <w:p>
      <w:r>
        <w:t>[Yes]</w:t>
      </w:r>
    </w:p>
    <w:p>
      <w:r>
        <w:t>"We want your bombs"</w:t>
      </w:r>
    </w:p>
    <w:p>
      <w:r>
        <w:t>[……..]</w:t>
      </w:r>
    </w:p>
    <w:p>
      <w:r>
        <w:t>[……..]</w:t>
      </w:r>
    </w:p>
    <w:p>
      <w:r>
        <w:t>[Saba and the friends shout: Ah.. ah.. ah.. ah.. ah..] [The friends continue singing:</w:t>
      </w:r>
    </w:p>
    <w:p>
      <w:r>
        <w:t>"To You they cried out and escaped, in You they trusted and were not ashamed.."]</w:t>
      </w:r>
    </w:p>
    <w:p>
      <w:r>
        <w:t>We..</w:t>
      </w:r>
    </w:p>
    <w:p>
      <w:r>
        <w:t>[The friends continue singing:</w:t>
      </w:r>
    </w:p>
    <w:p>
      <w:r>
        <w:t>"To You they cried out and escaped, in You they trusted and were not ashamed.."]</w:t>
      </w:r>
    </w:p>
    <w:p>
      <w:r>
        <w:t>"As we want, we will become Jewish</w:t>
      </w:r>
    </w:p>
    <w:p>
      <w:r>
        <w:t>Give us only your bombs"…</w:t>
      </w:r>
    </w:p>
    <w:p>
      <w:pPr>
        <w:pStyle w:val="Heading2"/>
      </w:pPr>
      <w:r>
        <w:t>Side B (Bais)</w:t>
      </w:r>
    </w:p>
    <w:p>
      <w:r>
        <w:t>..."We will become Jewish, just give us your bombs"</w:t>
      </w:r>
    </w:p>
    <w:p>
      <w:r>
        <w:t>Until now we were afraid to dance and sing our melodies</w:t>
      </w:r>
    </w:p>
    <w:p>
      <w:r>
        <w:t>Now we have no fear at all, whoever wants can buy, {no money is needed}</w:t>
      </w:r>
    </w:p>
    <w:p>
      <w:r>
        <w:t>[Ay]</w:t>
      </w:r>
    </w:p>
    <w:p>
      <w:r>
        <w:t>How, where.., what are our bombs called?</w:t>
      </w:r>
    </w:p>
    <w:p>
      <w:r>
        <w:t>[Shout]</w:t>
      </w:r>
    </w:p>
    <w:p>
      <w:r>
        <w:t>What are they called?</w:t>
      </w:r>
    </w:p>
    <w:p>
      <w:r>
        <w:t>[Shout]</w:t>
      </w:r>
    </w:p>
    <w:p>
      <w:r>
        <w:t>["Na Naḥ"]</w:t>
      </w:r>
    </w:p>
    <w:p>
      <w:r>
        <w:t>[Ho.. ho.. ho.. ho.. ho..]</w:t>
      </w:r>
    </w:p>
    <w:p>
      <w:r>
        <w:t>[Saba and the friends sing:</w:t>
      </w:r>
    </w:p>
    <w:p>
      <w:r>
        <w:t>"To You they cried out and escaped, in You they trusted and were not ashamed.."</w:t>
      </w:r>
    </w:p>
    <w:p>
      <w:r>
        <w:t>(Saba emphasizes: "Trusted, trusted, trusted, trusted")]</w:t>
      </w:r>
    </w:p>
    <w:p>
      <w:r>
        <w:t>Our bombs have several names, there is 'Trusted,' and there is..</w:t>
      </w:r>
    </w:p>
    <w:p>
      <w:r>
        <w:t>['To make known']</w:t>
      </w:r>
    </w:p>
    <w:p>
      <w:r>
        <w:t>Several kinds</w:t>
      </w:r>
    </w:p>
    <w:p>
      <w:r>
        <w:t>['To make known']</w:t>
      </w:r>
    </w:p>
    <w:p>
      <w:r>
        <w:t>[There is ‘To make known,’ Saba]</w:t>
      </w:r>
    </w:p>
    <w:p>
      <w:r>
        <w:t>Th..</w:t>
      </w:r>
    </w:p>
    <w:p>
      <w:r>
        <w:t>['To make known']</w:t>
      </w:r>
    </w:p>
    <w:p>
      <w:r>
        <w:t>The French do not have bombs like these</w:t>
      </w:r>
    </w:p>
    <w:p>
      <w:r>
        <w:t>[Yes]</w:t>
      </w:r>
    </w:p>
    <w:p>
      <w:r>
        <w:t>None of the gentiles have bombs like these</w:t>
      </w:r>
    </w:p>
    <w:p>
      <w:r>
        <w:t>Bombs like these—if they want, they will buy them with money, they will pay</w:t>
      </w:r>
    </w:p>
    <w:p>
      <w:r>
        <w:t>[…]…</w:t>
      </w:r>
    </w:p>
    <w:p>
      <w:r>
        <w:t>...{in every utterance …….}</w:t>
      </w:r>
    </w:p>
    <w:p>
      <w:r>
        <w:t>What, put your legs on the bed</w:t>
      </w:r>
    </w:p>
    <w:p>
      <w:r>
        <w:t>[Tell him that there is milk for him]</w:t>
      </w:r>
    </w:p>
    <w:p>
      <w:r>
        <w:t>[But until.., it will take time, because it is still hot, it will take a long time]</w:t>
      </w:r>
    </w:p>
    <w:p>
      <w:r>
        <w:t>[…..…]</w:t>
      </w:r>
    </w:p>
    <w:p>
      <w:r>
        <w:t>[……..]</w:t>
      </w:r>
    </w:p>
    <w:p>
      <w:r>
        <w:t>Ah</w:t>
      </w:r>
    </w:p>
    <w:p>
      <w:r>
        <w:t>[Saba, we need to drink shortly, so if you want..]</w:t>
      </w:r>
    </w:p>
    <w:p>
      <w:r>
        <w:t>[Milk with honey]</w:t>
      </w:r>
    </w:p>
    <w:p>
      <w:r>
        <w:t>[There is milk with honey here, but it is still hot, one needs to wait a little longer] Hot?</w:t>
      </w:r>
    </w:p>
    <w:p>
      <w:r>
        <w:t>[Yes, one needs to wait, yes, it is hot]</w:t>
      </w:r>
    </w:p>
    <w:p>
      <w:r>
        <w:t>Nu..</w:t>
      </w:r>
    </w:p>
    <w:p>
      <w:r>
        <w:t>[But it is hot]</w:t>
      </w:r>
    </w:p>
    <w:p>
      <w:r>
        <w:t>Let's see</w:t>
      </w:r>
    </w:p>
    <w:p>
      <w:r>
        <w:t>[Look, it is hot, it is hot]</w:t>
      </w:r>
    </w:p>
    <w:p>
      <w:r>
        <w:t>Ho</w:t>
      </w:r>
    </w:p>
    <w:p>
      <w:r>
        <w:t>[It is hot, it is very hot, Saba, it is very hot, it is hot, it is hot]</w:t>
      </w:r>
    </w:p>
    <w:p>
      <w:r>
        <w:t>Good</w:t>
      </w:r>
    </w:p>
    <w:p>
      <w:r>
        <w:t>[…..so that I will not have a mess now…..]...</w:t>
      </w:r>
    </w:p>
    <w:p>
      <w:r>
        <w:t>...[Saba sings and chants a melody (until minute - 22:58)]</w:t>
      </w:r>
    </w:p>
    <w:p>
      <w:r>
        <w:t>The recording cuts out at the minutes:</w:t>
      </w:r>
    </w:p>
    <w:p>
      <w:r>
        <w:t>*8:12</w:t>
      </w:r>
    </w:p>
    <w:p>
      <w:r>
        <w:t>*8:54</w:t>
      </w:r>
    </w:p>
    <w:p>
      <w:r>
        <w:t>*13:13</w:t>
      </w:r>
    </w:p>
    <w:p>
      <w:r>
        <w:t>*22:50..</w:t>
      </w:r>
    </w:p>
    <w:p>
      <w:r>
        <w:t>...Apparently they forgot to bless the candles for Shabbos, he said to me:</w:t>
      </w:r>
    </w:p>
    <w:p>
      <w:r>
        <w:t>"No, do not be afraid at all, there is still, there is still an hour and a half, two hours until Shabbos"</w:t>
      </w:r>
    </w:p>
    <w:p>
      <w:r>
        <w:t>[…….]</w:t>
      </w:r>
    </w:p>
    <w:p>
      <w:r>
        <w:t>[He was speaking about the cholent..]</w:t>
      </w:r>
    </w:p>
    <w:p>
      <w:r>
        <w:t>[What does he long for?]</w:t>
      </w:r>
    </w:p>
    <w:p>
      <w:r>
        <w:t>[For the cholent..]</w:t>
      </w:r>
    </w:p>
    <w:p>
      <w:r>
        <w:t>[Ah]</w:t>
      </w:r>
    </w:p>
    <w:p>
      <w:r>
        <w:t>[For the cholent, good cholent, he ate.., in Teveria someone would bring it to him, a guest</w:t>
      </w:r>
    </w:p>
    <w:p>
      <w:r>
        <w:t>laughs, you know, since you left we..]</w:t>
      </w:r>
    </w:p>
    <w:p>
      <w:r>
        <w:t>"Do not be afraid, there is an hour, there is another hour and a half, there are two hours until Shabbos"</w:t>
      </w:r>
    </w:p>
    <w:p>
      <w:r>
        <w:t>[Yes, there is another hour and a half, take, Saba, it is getting cold</w:t>
      </w:r>
    </w:p>
    <w:p>
      <w:r>
        <w:t>Take, eat so that it does not get cold, it is liver, liver]</w:t>
      </w:r>
    </w:p>
    <w:p>
      <w:r>
        <w:t>Ho</w:t>
      </w:r>
    </w:p>
    <w:p>
      <w:r>
        <w:t>[Good liver, Avraham prepared it]</w:t>
      </w:r>
    </w:p>
    <w:p>
      <w:r>
        <w:t>Liver</w:t>
      </w:r>
    </w:p>
    <w:p>
      <w:r>
        <w:t>["Liver”, nu, is it good?]</w:t>
      </w:r>
    </w:p>
    <w:p>
      <w:r>
        <w:t>Ho, ho</w:t>
      </w:r>
    </w:p>
    <w:p>
      <w:r>
        <w:t>[Ho, ho, ho, ho, you see, Avraham knows how to make it?]</w:t>
      </w:r>
    </w:p>
    <w:p>
      <w:r>
        <w:t>{..}</w:t>
      </w:r>
    </w:p>
    <w:p>
      <w:r>
        <w:t>[Avraham son of Simcha from Ramat Gan]</w:t>
      </w:r>
    </w:p>
    <w:p>
      <w:r>
        <w:t>Yes, yes, yes, ho, ho</w:t>
      </w:r>
    </w:p>
    <w:p>
      <w:r>
        <w:t>[The "slipper" of Ramat Gan]</w:t>
      </w:r>
    </w:p>
    <w:p>
      <w:r>
        <w:t>Ho, ho</w:t>
      </w:r>
    </w:p>
    <w:p>
      <w:r>
        <w:t>[Ho, ho, it was expired]</w:t>
      </w:r>
    </w:p>
    <w:p>
      <w:r>
        <w:t>Liver like this, there is none</w:t>
      </w:r>
    </w:p>
    <w:p>
      <w:r>
        <w:t>[There is none anywhere]</w:t>
      </w:r>
    </w:p>
    <w:p>
      <w:r>
        <w:t>There is none in the entire world</w:t>
      </w:r>
    </w:p>
    <w:p>
      <w:r>
        <w:t>[There is none in the entire world, so bless me with a blessing that is not in the entire world]</w:t>
      </w:r>
    </w:p>
    <w:p>
      <w:r>
        <w:t>{..}</w:t>
      </w:r>
    </w:p>
    <w:p>
      <w:r>
        <w:t>Bless me with such a blessing that is not in the entire world]</w:t>
      </w:r>
    </w:p>
    <w:p>
      <w:r>
        <w:t>{..}</w:t>
      </w:r>
    </w:p>
    <w:p>
      <w:r>
        <w:t>(They laugh)</w:t>
      </w:r>
    </w:p>
    <w:p>
      <w:r>
        <w:t>[Oy, Tatte, come sit down, finish the liver, I brought more liver]</w:t>
      </w:r>
    </w:p>
    <w:p>
      <w:r>
        <w:t>Good</w:t>
      </w:r>
    </w:p>
    <w:p>
      <w:r>
        <w:t>[Good, shoyn]</w:t>
      </w:r>
    </w:p>
    <w:p>
      <w:r>
        <w:t>{..}</w:t>
      </w:r>
    </w:p>
    <w:p>
      <w:r>
        <w:t>[That you should have strength]</w:t>
      </w:r>
    </w:p>
    <w:p>
      <w:r>
        <w:t>The legs need to be on the bed</w:t>
      </w:r>
    </w:p>
    <w:p>
      <w:r>
        <w:t>[No, that you should have strength..]</w:t>
      </w:r>
    </w:p>
    <w:p>
      <w:r>
        <w:t>{Give this}</w:t>
      </w:r>
    </w:p>
    <w:p>
      <w:r>
        <w:t>[For Shabbos, for Shabbos, for Shabbos, forgive me, hoppa, put the pillow for him]</w:t>
      </w:r>
    </w:p>
    <w:p>
      <w:r>
        <w:t>No, no, no, no, no, no, no, no..</w:t>
      </w:r>
    </w:p>
    <w:p>
      <w:r>
        <w:t>[A little of the pillow, a little of the pillow]</w:t>
      </w:r>
    </w:p>
    <w:p>
      <w:r>
        <w:t>No</w:t>
      </w:r>
    </w:p>
    <w:p>
      <w:r>
        <w:t>[Here, here, here, here under the arm, the pillow]</w:t>
      </w:r>
    </w:p>
    <w:p>
      <w:r>
        <w:t>Oy</w:t>
      </w:r>
    </w:p>
    <w:p>
      <w:r>
        <w:t>[Shoyn, ho..]</w:t>
      </w:r>
    </w:p>
    <w:p>
      <w:r>
        <w:t>[……]</w:t>
      </w:r>
    </w:p>
    <w:p>
      <w:r>
        <w:t>[Yes, here, here, he likes the liver soft]</w:t>
      </w:r>
    </w:p>
    <w:p>
      <w:r>
        <w:t>[…..]</w:t>
      </w:r>
    </w:p>
    <w:p>
      <w:r>
        <w:t>[From behind, look.. eat, so that you will have strength for Shabbos</w:t>
      </w:r>
    </w:p>
    <w:p>
      <w:r>
        <w:t>Eat it all, give him all the liver, it is behind him]</w:t>
      </w:r>
    </w:p>
    <w:p>
      <w:r>
        <w:t>[……..]</w:t>
      </w:r>
    </w:p>
    <w:p>
      <w:r>
        <w:t>[Saba, prepare such a blessing, one that is not in the entire world]</w:t>
      </w:r>
    </w:p>
    <w:p>
      <w:r>
        <w:t>[Where is the kippah]</w:t>
      </w:r>
    </w:p>
    <w:p>
      <w:r>
        <w:t>[Nu, nu]</w:t>
      </w:r>
    </w:p>
    <w:p>
      <w:r>
        <w:t>[We are looking for the kippah, the kippah, Saba, you, you are without a kippah</w:t>
      </w:r>
    </w:p>
    <w:p>
      <w:r>
        <w:t>I want to find your kippah]</w:t>
      </w:r>
    </w:p>
    <w:p>
      <w:r>
        <w:t>Ah.. ah.. ah.. ah..</w:t>
      </w:r>
    </w:p>
    <w:p>
      <w:r>
        <w:t>I, I want the legs, the legs..</w:t>
      </w:r>
    </w:p>
    <w:p>
      <w:r>
        <w:t>Ah, the legs on the bed, nu</w:t>
      </w:r>
    </w:p>
    <w:p>
      <w:r>
        <w:t>Ah.. ah.. ah.. where are my legs?</w:t>
      </w:r>
    </w:p>
    <w:p>
      <w:r>
        <w:t>Ah.. ah.. ah.. ah.. ah..</w:t>
      </w:r>
    </w:p>
    <w:p>
      <w:r>
        <w:t>[………..]</w:t>
      </w:r>
    </w:p>
    <w:p>
      <w:r>
        <w:t>[………..]</w:t>
      </w:r>
    </w:p>
    <w:p>
      <w:r>
        <w:t>Where are my legs?</w:t>
      </w:r>
    </w:p>
    <w:p>
      <w:r>
        <w:t>[….…….]</w:t>
      </w:r>
    </w:p>
    <w:p>
      <w:r>
        <w:t>[….…….]</w:t>
      </w:r>
    </w:p>
    <w:p>
      <w:r>
        <w:t>He came from Jaffa, the guest came from Jaffa, he... and brought me such cholent</w:t>
      </w:r>
    </w:p>
    <w:p>
      <w:r>
        <w:t>How many years, he brought me such cholent as there is none in the world</w:t>
      </w:r>
    </w:p>
    <w:p>
      <w:r>
        <w:t>[……….]</w:t>
      </w:r>
    </w:p>
    <w:p>
      <w:r>
        <w:t>[……….]</w:t>
      </w:r>
    </w:p>
    <w:p>
      <w:r>
        <w:t>Ah, ah...</w:t>
      </w:r>
    </w:p>
    <w:p>
      <w:r>
        <w:t>...he found me</w:t>
      </w:r>
    </w:p>
    <w:p>
      <w:r>
        <w:t>On Shabbos morning after the prayer, he came with cholent…</w:t>
      </w:r>
    </w:p>
    <w:p>
      <w:r>
        <w:t>...{Hashem Yisbarach}</w:t>
      </w:r>
    </w:p>
    <w:p>
      <w:r>
        <w:t>This is the purpose, this is life, life, the life of a kind of animal</w:t>
      </w:r>
    </w:p>
    <w:p>
      <w:r>
        <w:t>There are animals that walk on four legs, and there are animals that walk on two legs; in the world animals go around on two legs, and they also speak…</w:t>
      </w:r>
    </w:p>
    <w:p>
      <w:r>
        <w:t>...and to believe that Hashem Yisbarach hears every prayer, even the good desire that we have, and He knows everything and helps, and helps us and wants to help us</w:t>
      </w:r>
    </w:p>
    <w:p>
      <w:r>
        <w:t>Only we.., the main thing is that we are far from faith and from the truth and.. yes</w:t>
      </w:r>
    </w:p>
    <w:p>
      <w:r>
        <w:t>We are the Jewish people, we received the Torah and we are the people of the Torah, the people of Hashem, yes, and all our vitality is in the Torah and the mitzvos, this is all the vitality…</w:t>
      </w:r>
    </w:p>
    <w:p>
      <w:r>
        <w:t>…[…….]</w:t>
      </w:r>
    </w:p>
    <w:p>
      <w:r>
        <w:t>[……..]</w:t>
      </w:r>
    </w:p>
    <w:p>
      <w:r>
        <w:t>[Saba and Sharon Taltzur sing:</w:t>
      </w:r>
    </w:p>
    <w:p>
      <w:r>
        <w:t>"Na Nach Nachma Nachman MeUman.."]…</w:t>
      </w:r>
    </w:p>
    <w:p>
      <w:r>
        <w:br w:type="page"/>
      </w:r>
    </w:p>
    <w:p>
      <w:pPr>
        <w:pStyle w:val="Heading1"/>
      </w:pPr>
      <w:r>
        <w:t>Tape 37</w:t>
      </w:r>
    </w:p>
    <w:p>
      <w:pPr>
        <w:pStyle w:val="Heading2"/>
      </w:pPr>
      <w:r>
        <w:t>Side A (Aleph)</w:t>
      </w:r>
    </w:p>
    <w:p>
      <w:r>
        <w:t>...they will kill him, he, he always goes in the fields for hisbodedus</w:t>
      </w:r>
    </w:p>
    <w:p>
      <w:r>
        <w:t>And he told him that he would kill him, {yes}</w:t>
      </w:r>
    </w:p>
    <w:p>
      <w:r>
        <w:t>I saw the end of him, of my father-in-law, he had nothing, only, only Breslov</w:t>
      </w:r>
    </w:p>
    <w:p>
      <w:r>
        <w:t>He was, he, he was a great opponent of Breslov</w:t>
      </w:r>
    </w:p>
    <w:p>
      <w:r>
        <w:t>Because he was with Rav Rafael Dayan in Tzfas, he was a great opponent of Breslov, {yes}</w:t>
      </w:r>
    </w:p>
    <w:p>
      <w:r>
        <w:t>So {..} all of them, they, they suffered very much from this, and this—I saw this</w:t>
      </w:r>
    </w:p>
    <w:p>
      <w:r>
        <w:t>Small orphans remained, and they worked for free for wealthy people, for free, yes</w:t>
      </w:r>
    </w:p>
    <w:p>
      <w:r>
        <w:t>He, and he too, in the week that he humiliated him, him, he d.., he died</w:t>
      </w:r>
    </w:p>
    <w:p>
      <w:r>
        <w:t>He became ill on Thursday and on, on Friday night, on Shabbos morning he passed away, and left ten orphans—you do not know about this?</w:t>
      </w:r>
    </w:p>
    <w:p>
      <w:r>
        <w:t>[Yes, you told me]</w:t>
      </w:r>
    </w:p>
    <w:p>
      <w:r>
        <w:t>Yes?</w:t>
      </w:r>
    </w:p>
    <w:p>
      <w:r>
        <w:t>[Yes, yes, and also once there was someone who wanted to kill Rebbe Yisroel (Kardonner)]</w:t>
      </w:r>
    </w:p>
    <w:p>
      <w:r>
        <w:t>Yes, yes, yes, yes</w:t>
      </w:r>
    </w:p>
    <w:p>
      <w:r>
        <w:t>[And a miracle occurred, and he did not want to do it in his house]</w:t>
      </w:r>
    </w:p>
    <w:p>
      <w:r>
        <w:t>{..}</w:t>
      </w:r>
    </w:p>
    <w:p>
      <w:r>
        <w:t>He, he, he, he greatly humiliated Rebbe Yisroel (Kardonner), yes</w:t>
      </w:r>
    </w:p>
    <w:p>
      <w:r>
        <w:t>He was a great opponent, belonging to Rafael Dayan and to wicked people; he was the rabbi of Tzfas, but wicked</w:t>
      </w:r>
    </w:p>
    <w:p>
      <w:r>
        <w:t>And he was, he was a great opponent of, of Rabbainu, Rafael Dayan, yes</w:t>
      </w:r>
    </w:p>
    <w:p>
      <w:r>
        <w:t>With my own eyes I saw what, what people suffer when.. {….} they do harm to the Tzaddik</w:t>
      </w:r>
    </w:p>
    <w:p>
      <w:r>
        <w:t>When they cause humiliation or what, what, what {they do}, pain on account of the Tzaddik, he..</w:t>
      </w:r>
    </w:p>
    <w:p>
      <w:r>
        <w:t>Rachmana litzlan, it is worse than all the transgressions in the Torah, than all.., than everything, yes</w:t>
      </w:r>
    </w:p>
    <w:p>
      <w:r>
        <w:t>Small orphans, small children, {..}</w:t>
      </w:r>
    </w:p>
    <w:p>
      <w:r>
        <w:t>But this harmed everyone—the whole building and all the houses, Rachmana litzlan, he cursed curses, {and he passed away}</w:t>
      </w:r>
    </w:p>
    <w:p>
      <w:r>
        <w:t>There is nothing worse than opposition to the Tzaddik</w:t>
      </w:r>
    </w:p>
    <w:p>
      <w:r>
        <w:t>Rachmana litzlan, one suffers from this in this world and in the World to Come, always</w:t>
      </w:r>
    </w:p>
    <w:p>
      <w:r>
        <w:t>Ah</w:t>
      </w:r>
    </w:p>
    <w:p>
      <w:r>
        <w:t>. His wife remained a widow, a widow with, with, with, with older and younger children, orphans</w:t>
      </w:r>
    </w:p>
    <w:p>
      <w:r>
        <w:t>{…}, yes</w:t>
      </w:r>
    </w:p>
    <w:p>
      <w:r>
        <w:t>He suffered, on, on Wednesday or Thursday he tore out his beard</w:t>
      </w:r>
    </w:p>
    <w:p>
      <w:r>
        <w:t>And on Friday night he became ill, and passed away on Shabbos, on holy Shabbos morning he passed away</w:t>
      </w:r>
    </w:p>
    <w:p>
      <w:r>
        <w:t>How much..</w:t>
      </w:r>
    </w:p>
    <w:p>
      <w:r>
        <w:t>The man {..}, died, and left ten orphans</w:t>
      </w:r>
    </w:p>
    <w:p>
      <w:r>
        <w:t>[…..]</w:t>
      </w:r>
    </w:p>
    <w:p>
      <w:r>
        <w:t>They worked for free for wealthy people, for free</w:t>
      </w:r>
    </w:p>
    <w:p>
      <w:r>
        <w:t>[………….]</w:t>
      </w:r>
    </w:p>
    <w:p>
      <w:r>
        <w:t>[………….]</w:t>
      </w:r>
    </w:p>
    <w:p>
      <w:r>
        <w:t>Ah, ah...</w:t>
      </w:r>
    </w:p>
    <w:p>
      <w:r>
        <w:t>...I, I should not have remained silent and.., I should have quarreled and.. yes, that is it</w:t>
      </w:r>
    </w:p>
    <w:p>
      <w:r>
        <w:t>But what he did, and I remained silent</w:t>
      </w:r>
    </w:p>
    <w:p>
      <w:r>
        <w:t>No, it did not, not, not, it did not {help}, it would have brought great troubles upon me</w:t>
      </w:r>
    </w:p>
    <w:p>
      <w:r>
        <w:t>[You should have quarreled with your father-in-law?]</w:t>
      </w:r>
    </w:p>
    <w:p>
      <w:r>
        <w:t>Ah? Yes</w:t>
      </w:r>
    </w:p>
    <w:p>
      <w:r>
        <w:t>[Because he was humiliating Rebbe Yisroel (Kardonner)?]</w:t>
      </w:r>
    </w:p>
    <w:p>
      <w:r>
        <w:t>Ah?</w:t>
      </w:r>
    </w:p>
    <w:p>
      <w:r>
        <w:t>[Because he was humiliating Rebbe Yisroel (Kardonner)?</w:t>
      </w:r>
    </w:p>
    <w:p>
      <w:r>
        <w:t>You should have quarreled with him, because he was humiliating Rebbe Yisroel (Kardonner)?]</w:t>
      </w:r>
    </w:p>
    <w:p>
      <w:r>
        <w:t>Yes, yes, yes, I should have quarreled</w:t>
      </w:r>
    </w:p>
    <w:p>
      <w:r>
        <w:t>Ah, ah…</w:t>
      </w:r>
    </w:p>
    <w:p>
      <w:r>
        <w:t>...there was the rabbi in Tzfas, and the rabbi suffered great troubles because he caused Rebbe Yisroel pain</w:t>
      </w:r>
    </w:p>
    <w:p>
      <w:r>
        <w:t>He was a great opponent and he caused Rebbe Yisroel great pain</w:t>
      </w:r>
    </w:p>
    <w:p>
      <w:r>
        <w:t>Ah..</w:t>
      </w:r>
    </w:p>
    <w:p>
      <w:r>
        <w:t>I should have quarreled and gotten divorced; I did not do so, because of this I suffer greatly</w:t>
      </w:r>
    </w:p>
    <w:p>
      <w:r>
        <w:t>The honor of the Tzaddik—Hashem Yisbarach is more particular about this than about everything</w:t>
      </w:r>
    </w:p>
    <w:p>
      <w:r>
        <w:t>[….]</w:t>
      </w:r>
    </w:p>
    <w:p>
      <w:r>
        <w:t>[Why did you need to get divorced?]</w:t>
      </w:r>
    </w:p>
    <w:p>
      <w:r>
        <w:t>Ah?</w:t>
      </w:r>
    </w:p>
    <w:p>
      <w:r>
        <w:t>[Why did you need to get divorced?]</w:t>
      </w:r>
    </w:p>
    <w:p>
      <w:r>
        <w:t>I thought, perhaps he would do teshuvah, or..</w:t>
      </w:r>
    </w:p>
    <w:p>
      <w:r>
        <w:t>[Yes]</w:t>
      </w:r>
    </w:p>
    <w:p>
      <w:r>
        <w:t>Like that..</w:t>
      </w:r>
    </w:p>
    <w:p>
      <w:r>
        <w:t>[But..]</w:t>
      </w:r>
    </w:p>
    <w:p>
      <w:r>
        <w:t>Do I know?</w:t>
      </w:r>
    </w:p>
    <w:p>
      <w:r>
        <w:t>[But how is his daughter guilty?]</w:t>
      </w:r>
    </w:p>
    <w:p>
      <w:r>
        <w:t>Ah?</w:t>
      </w:r>
    </w:p>
    <w:p>
      <w:r>
        <w:t>[Why is his daughter guilty?]</w:t>
      </w:r>
    </w:p>
    <w:p>
      <w:r>
        <w:t>Why?</w:t>
      </w:r>
    </w:p>
    <w:p>
      <w:r>
        <w:t>[H..his daughter, but she is not guilty, his daughter is not guilty, his daughter]</w:t>
      </w:r>
    </w:p>
    <w:p>
      <w:r>
        <w:t>Ah</w:t>
      </w:r>
    </w:p>
    <w:p>
      <w:r>
        <w:t>[Of what is she guilty?]</w:t>
      </w:r>
    </w:p>
    <w:p>
      <w:r>
        <w:t>She is not guilty, but the family, the entire family suffered, they suffered</w:t>
      </w:r>
    </w:p>
    <w:p>
      <w:r>
        <w:t>The children and the entire family suffered very much from this</w:t>
      </w:r>
    </w:p>
    <w:p>
      <w:r>
        <w:t>On Shabbos he passed away; on Thursday he said that he was not feeling well, and on Friday, on Friday night in the morning he, he, he, he died</w:t>
      </w:r>
    </w:p>
    <w:p>
      <w:r>
        <w:t>Did I tell you?</w:t>
      </w:r>
    </w:p>
    <w:p>
      <w:r>
        <w:t>[Yes]</w:t>
      </w:r>
    </w:p>
    <w:p>
      <w:r>
        <w:t>This?</w:t>
      </w:r>
    </w:p>
    <w:p>
      <w:r>
        <w:t>[Yes]</w:t>
      </w:r>
    </w:p>
    <w:p>
      <w:r>
        <w:t>Do you know about this?</w:t>
      </w:r>
    </w:p>
    <w:p>
      <w:r>
        <w:t>[Yes, I knew about this]</w:t>
      </w:r>
    </w:p>
    <w:p>
      <w:r>
        <w:t>Ah?</w:t>
      </w:r>
    </w:p>
    <w:p>
      <w:r>
        <w:t>[Yes, you told me about this, I heard about this]</w:t>
      </w:r>
    </w:p>
    <w:p>
      <w:r>
        <w:t>Ah, ah</w:t>
      </w:r>
    </w:p>
    <w:p>
      <w:r>
        <w:t>Ah..</w:t>
      </w:r>
    </w:p>
    <w:p>
      <w:r>
        <w:t>The honor of the Tzaddik—Hashem Yisbarach is particular even when it is unintentional; he did not know that it was so..</w:t>
      </w:r>
    </w:p>
    <w:p>
      <w:r>
        <w:t>But he, all the children suffered, the entire family suffered from this</w:t>
      </w:r>
    </w:p>
    <w:p>
      <w:r>
        <w:t>Oy vey, oy vey, oy, oy, oy, oy, oy, oy</w:t>
      </w:r>
    </w:p>
    <w:p>
      <w:r>
        <w:t>What, what I saw with my own eyes, what humiliation of, of the honor of the Tzaddik is</w:t>
      </w:r>
    </w:p>
    <w:p>
      <w:r>
        <w:t>Hashem Yisbarach pays at once, He pays well, ah...</w:t>
      </w:r>
    </w:p>
    <w:p>
      <w:r>
        <w:t>...ten small children suffered from this, the entire family</w:t>
      </w:r>
    </w:p>
    <w:p>
      <w:r>
        <w:t>His sons, then.. {Hashem Yisbarach.. did} he passed away on Shabbos morning, he passed away</w:t>
      </w:r>
    </w:p>
    <w:p>
      <w:r>
        <w:t>On, on, on, on the bed</w:t>
      </w:r>
    </w:p>
    <w:p>
      <w:r>
        <w:t>Even though I, on the contrary, I also suffered because of this, nevertheless, the honor of the Tzaddik—Hashem Yisbarach is very, very particular...</w:t>
      </w:r>
    </w:p>
    <w:p>
      <w:r>
        <w:t>...this rabbi, Rafael Dayan, he was close to Rav Rafael Dayan, and he became an opponent</w:t>
      </w:r>
    </w:p>
    <w:p>
      <w:r>
        <w:t>And he suffered, he and the sons and the orphans—what they suffered, who can estimate?</w:t>
      </w:r>
    </w:p>
    <w:p>
      <w:r>
        <w:t>Small children suffered without measure because of their father, who, who humiliated Rebbe Yisroel, ah...</w:t>
      </w:r>
    </w:p>
    <w:p>
      <w:r>
        <w:t>...ah, ah, ah</w:t>
      </w:r>
    </w:p>
    <w:p>
      <w:r>
        <w:t>It could be that everything the people of Yisroel suffered in Hitler's time was because of this, for this reason, who knows?</w:t>
      </w:r>
    </w:p>
    <w:p>
      <w:r>
        <w:t>[Because he humiliated Rebbe Yisroel (Kardonner)?]</w:t>
      </w:r>
    </w:p>
    <w:p>
      <w:r>
        <w:t>Ah?</w:t>
      </w:r>
    </w:p>
    <w:p>
      <w:r>
        <w:t>[Because he humiliated Rebbe Yisroel (Kardonner)?]</w:t>
      </w:r>
    </w:p>
    <w:p>
      <w:r>
        <w:t>Yes</w:t>
      </w:r>
    </w:p>
    <w:p>
      <w:r>
        <w:t>I drew close before the wedding to our holy Rabbainu, and he was close to Rafael Dayan</w:t>
      </w:r>
    </w:p>
    <w:p>
      <w:r>
        <w:t>And he said that he would kill Rebbe Yisroel (Kardonner) if not, if not, if I did not leave his daughter uh..</w:t>
      </w:r>
    </w:p>
    <w:p>
      <w:r>
        <w:t>He became ill on Thursday, and on Friday night in the morning, on Shabbos he passed away</w:t>
      </w:r>
    </w:p>
    <w:p>
      <w:r>
        <w:t>And he left orphans, ten small orphans</w:t>
      </w:r>
    </w:p>
    <w:p>
      <w:r>
        <w:t>Oy, oy, oy, oy…</w:t>
      </w:r>
    </w:p>
    <w:p>
      <w:r>
        <w:t>...{…}...</w:t>
      </w:r>
    </w:p>
    <w:p>
      <w:r>
        <w:t>...{disgraced} Rebbe Yisroel (Kardonner), not {ownerless}, yes</w:t>
      </w:r>
    </w:p>
    <w:p>
      <w:r>
        <w:t>But even so, he, he, he, he s..</w:t>
      </w:r>
    </w:p>
    <w:p>
      <w:r>
        <w:t>With the blessed Hashem this is more than any transgression in the Torah, "the honor of the tzaddik”</w:t>
      </w:r>
    </w:p>
    <w:p>
      <w:r>
        <w:t>He, on Thursday he said that he did not feel well, and at night, passed away in the morning on Shabbos, passed away and orphans remained, ten orphans</w:t>
      </w:r>
    </w:p>
    <w:p>
      <w:r>
        <w:t>Uh…</w:t>
      </w:r>
    </w:p>
    <w:p>
      <w:r>
        <w:t>...We do not live here, we have no connection {or anything}, any dispute with..</w:t>
      </w:r>
    </w:p>
    <w:p>
      <w:r>
        <w:t>I.., we {come} here, it does not pertain to us, oy vey...</w:t>
      </w:r>
    </w:p>
    <w:p>
      <w:r>
        <w:t>...Oy, let me lie down, uh, uh, oy, oy vey, oy vey…</w:t>
      </w:r>
    </w:p>
    <w:p>
      <w:r>
        <w:t>...{If there is much use, connection to.. to faith}, uh..</w:t>
      </w:r>
    </w:p>
    <w:p>
      <w:r>
        <w:t>Ay, uh, uh, oy vey, oy vey</w:t>
      </w:r>
    </w:p>
    <w:p>
      <w:r>
        <w:t>Tie for me.. uh, uh, tie my pants for me, oy..</w:t>
      </w:r>
    </w:p>
    <w:p>
      <w:r>
        <w:t>[The zipper too?]</w:t>
      </w:r>
    </w:p>
    <w:p>
      <w:r>
        <w:t>Uh?</w:t>
      </w:r>
    </w:p>
    <w:p>
      <w:r>
        <w:t>[The zipper too? Or the zipper, no?]</w:t>
      </w:r>
    </w:p>
    <w:p>
      <w:r>
        <w:t>{I do not know}</w:t>
      </w:r>
    </w:p>
    <w:p>
      <w:r>
        <w:t>[…..]</w:t>
      </w:r>
    </w:p>
    <w:p>
      <w:r>
        <w:t>Th.. this, this, this place is Tel Aviv…</w:t>
      </w:r>
    </w:p>
    <w:p>
      <w:r>
        <w:t>...{Fortunate are we}</w:t>
      </w:r>
    </w:p>
    <w:p>
      <w:r>
        <w:t>[I have already decided that I have a connection with you forever in the whole matter of</w:t>
      </w:r>
    </w:p>
    <w:p>
      <w:r>
        <w:t>of the revelation that Rabbainu revealed with the note of "Na Nach Nachma Nachman MeUman"]</w:t>
      </w:r>
    </w:p>
    <w:p>
      <w:r>
        <w:t>Nu</w:t>
      </w:r>
    </w:p>
    <w:p>
      <w:r>
        <w:t>[So I believe in this forever and ever]</w:t>
      </w:r>
    </w:p>
    <w:p>
      <w:r>
        <w:t>Good</w:t>
      </w:r>
    </w:p>
    <w:p>
      <w:r>
        <w:t>[I decided in my home that I and my wife and all my children believe in this forever and forever and ever] uh...</w:t>
      </w:r>
    </w:p>
    <w:p>
      <w:r>
        <w:t>...You live here, you live, you live in Tel Aviv</w:t>
      </w:r>
    </w:p>
    <w:p>
      <w:r>
        <w:t>[No, I live in Tzfas, my parents live in Bat Yam]</w:t>
      </w:r>
    </w:p>
    <w:p>
      <w:r>
        <w:t>Uh?</w:t>
      </w:r>
    </w:p>
    <w:p>
      <w:r>
        <w:t>[My parents live in Bat Yam]</w:t>
      </w:r>
    </w:p>
    <w:p>
      <w:r>
        <w:t>Uh, uh</w:t>
      </w:r>
    </w:p>
    <w:p>
      <w:r>
        <w:t>[I know the place a little] uh...</w:t>
      </w:r>
    </w:p>
    <w:p>
      <w:r>
        <w:t>...Always, the, the {France} and Tzfas are the same thing, no?</w:t>
      </w:r>
    </w:p>
    <w:p>
      <w:r>
        <w:t>[I do not know]</w:t>
      </w:r>
    </w:p>
    <w:p>
      <w:r>
        <w:t>Uh?</w:t>
      </w:r>
    </w:p>
    <w:p>
      <w:r>
        <w:t>[………..]</w:t>
      </w:r>
    </w:p>
    <w:p>
      <w:r>
        <w:t>[………..]…</w:t>
      </w:r>
    </w:p>
    <w:p>
      <w:r>
        <w:t>...[Shall I help you?]</w:t>
      </w:r>
    </w:p>
    <w:p>
      <w:r>
        <w:t>Help, oh</w:t>
      </w:r>
    </w:p>
    <w:p>
      <w:r>
        <w:t>[Baruch Hashem]…</w:t>
      </w:r>
    </w:p>
    <w:p>
      <w:r>
        <w:t>...[Come see, I see that he can already walk, why did he say that he cannot walk?</w:t>
      </w:r>
    </w:p>
    <w:p>
      <w:r>
        <w:t>This, like, like the story of the 'beggar,' who says that he cannot walk, and now he can indeed walk</w:t>
      </w:r>
    </w:p>
    <w:p>
      <w:r>
        <w:t>So she got up in the morning and she told me the dream, she said:</w:t>
      </w:r>
    </w:p>
    <w:p>
      <w:r>
        <w:t>"But I did not remember that there is a 'beggar' without legs"</w:t>
      </w:r>
    </w:p>
    <w:p>
      <w:r>
        <w:t>So I said to her:</w:t>
      </w:r>
    </w:p>
    <w:p>
      <w:r>
        <w:t>"That the seventh 'beggar' is without legs"]</w:t>
      </w:r>
    </w:p>
    <w:p>
      <w:r>
        <w:t>Uh</w:t>
      </w:r>
    </w:p>
    <w:p>
      <w:r>
        <w:t>[And I too have already been praying for you for many, many months for healing, and I dreamed that you..]</w:t>
      </w:r>
    </w:p>
    <w:p>
      <w:r>
        <w:t>Thank you very much</w:t>
      </w:r>
    </w:p>
    <w:p>
      <w:r>
        <w:t>[And I dreamed that you tell me in the dream that everything that I pray for your healing</w:t>
      </w:r>
    </w:p>
    <w:p>
      <w:r>
        <w:t>is forever and ever, it is great favors</w:t>
      </w:r>
    </w:p>
    <w:p>
      <w:r>
        <w:t>You told me that you have great strengthening from the prayers that are prayed for you]</w:t>
      </w:r>
    </w:p>
    <w:p>
      <w:r>
        <w:t>Ay, ay, oy, oy…</w:t>
      </w:r>
    </w:p>
    <w:p>
      <w:r>
        <w:t>...A change from the fabrics of the pants, it is not…</w:t>
      </w:r>
    </w:p>
    <w:p>
      <w:r>
        <w:t>...What time is it?</w:t>
      </w:r>
    </w:p>
    <w:p>
      <w:r>
        <w:t>[Now?]</w:t>
      </w:r>
    </w:p>
    <w:p>
      <w:r>
        <w:t>[.….]</w:t>
      </w:r>
    </w:p>
    <w:p>
      <w:r>
        <w:t>[Now the time is ten to two]</w:t>
      </w:r>
    </w:p>
    <w:p>
      <w:r>
        <w:t>Oy, still night</w:t>
      </w:r>
    </w:p>
    <w:p>
      <w:r>
        <w:t>[Baruch Hashem, after midnight]</w:t>
      </w:r>
    </w:p>
    <w:p>
      <w:r>
        <w:t>What?</w:t>
      </w:r>
    </w:p>
    <w:p>
      <w:r>
        <w:t>[After midnight]</w:t>
      </w:r>
    </w:p>
    <w:p>
      <w:r>
        <w:t>After midnight {at night}</w:t>
      </w:r>
    </w:p>
    <w:p>
      <w:r>
        <w:t>[Lately I have great strengthening in getting up at midnight, I get up at midnight and engage in "Likutei Halachos"]</w:t>
      </w:r>
    </w:p>
    <w:p>
      <w:r>
        <w:t>Yes</w:t>
      </w:r>
    </w:p>
    <w:p>
      <w:r>
        <w:t>[And I have..]</w:t>
      </w:r>
    </w:p>
    <w:p>
      <w:r>
        <w:t>Fortunate are we, fortunate are we</w:t>
      </w:r>
    </w:p>
    <w:p>
      <w:r>
        <w:t>[And my heart burns over all, over all the liars who covered up the truth..]…</w:t>
      </w:r>
    </w:p>
    <w:p>
      <w:r>
        <w:t>...[…..]...</w:t>
      </w:r>
    </w:p>
    <w:p>
      <w:r>
        <w:t>...{So it is written}</w:t>
      </w:r>
    </w:p>
    <w:p>
      <w:r>
        <w:t>[And he revealed to us that you know the truth and you can reveal the truth</w:t>
      </w:r>
    </w:p>
    <w:p>
      <w:r>
        <w:t>And Baruch Hashem you have already done for me many wonders and awesome things]...</w:t>
      </w:r>
    </w:p>
    <w:p>
      <w:r>
        <w:t>...{…} some place of, that belongs to his fellow</w:t>
      </w:r>
    </w:p>
    <w:p>
      <w:r>
        <w:t>Certainly one needs to say, it is forbidden to do this, it is forbidden to touch something that belongs to his fellow</w:t>
      </w:r>
    </w:p>
    <w:p>
      <w:r>
        <w:t>Oy vey…</w:t>
      </w:r>
    </w:p>
    <w:p>
      <w:r>
        <w:t>...Tel Aviv?</w:t>
      </w:r>
    </w:p>
    <w:p>
      <w:r>
        <w:t>[Tel Aviv, yes]</w:t>
      </w:r>
    </w:p>
    <w:p>
      <w:r>
        <w:t>Oy, vey, oy vey vey vey..</w:t>
      </w:r>
    </w:p>
    <w:p>
      <w:r>
        <w:t>[Saba, I, I have already decided in every..]…</w:t>
      </w:r>
    </w:p>
    <w:p>
      <w:r>
        <w:t>...[To receive from you, in every utterance, an awakening to draw close to Rabbainu, of blessed memory</w:t>
      </w:r>
    </w:p>
    <w:p>
      <w:r>
        <w:t>Only through the strengthening with which I strengthen myself from you]...</w:t>
      </w:r>
    </w:p>
    <w:p>
      <w:r>
        <w:t>...I know only that all Yisroel need to be together, with love in truth, with faith in truth</w:t>
      </w:r>
    </w:p>
    <w:p>
      <w:r>
        <w:t>But not dispute</w:t>
      </w:r>
    </w:p>
    <w:p>
      <w:r>
        <w:t>Oy vey, oy vey…</w:t>
      </w:r>
    </w:p>
    <w:p>
      <w:r>
        <w:t>...[And I live in Tzfas, and I pray in Gabbai's synagogue]…</w:t>
      </w:r>
    </w:p>
    <w:p>
      <w:r>
        <w:t>...{….} he.. it belongs to..</w:t>
      </w:r>
    </w:p>
    <w:p>
      <w:r>
        <w:t>[To Breslov]</w:t>
      </w:r>
    </w:p>
    <w:p>
      <w:r>
        <w:t>To Breslov, uh</w:t>
      </w:r>
    </w:p>
    <w:p>
      <w:r>
        <w:t>[It is a Sephar.. synagogue]...</w:t>
      </w:r>
    </w:p>
    <w:p>
      <w:r>
        <w:t>...My {sweater}</w:t>
      </w:r>
    </w:p>
    <w:p>
      <w:r>
        <w:t>[Do you want to leave here?]</w:t>
      </w:r>
    </w:p>
    <w:p>
      <w:r>
        <w:t>{…}, uh?</w:t>
      </w:r>
    </w:p>
    <w:p>
      <w:r>
        <w:t>[Do you want to leave here?]</w:t>
      </w:r>
    </w:p>
    <w:p>
      <w:r>
        <w:t>Uh.. I do not know where I am</w:t>
      </w:r>
    </w:p>
    <w:p>
      <w:r>
        <w:t>[Do you want to come to Tz..?]…</w:t>
      </w:r>
    </w:p>
    <w:p>
      <w:r>
        <w:t>...[Amram?]</w:t>
      </w:r>
    </w:p>
    <w:p>
      <w:r>
        <w:t>[Avraham]</w:t>
      </w:r>
    </w:p>
    <w:p>
      <w:r>
        <w:t>{….}</w:t>
      </w:r>
    </w:p>
    <w:p>
      <w:r>
        <w:t>[Avraham]</w:t>
      </w:r>
    </w:p>
    <w:p>
      <w:r>
        <w:t>Nu</w:t>
      </w:r>
    </w:p>
    <w:p>
      <w:r>
        <w:t>[Yes]</w:t>
      </w:r>
    </w:p>
    <w:p>
      <w:r>
        <w:t>He...</w:t>
      </w:r>
    </w:p>
    <w:p>
      <w:r>
        <w:t>...{The main thing is the Rebbe}, and nothing</w:t>
      </w:r>
    </w:p>
    <w:p>
      <w:r>
        <w:t>Uh…</w:t>
      </w:r>
    </w:p>
    <w:p>
      <w:r>
        <w:t>...Pleasant</w:t>
      </w:r>
    </w:p>
    <w:p>
      <w:r>
        <w:t>[I am here, I am here, Saba, I am speaking with you]</w:t>
      </w:r>
    </w:p>
    <w:p>
      <w:r>
        <w:t>Uh?</w:t>
      </w:r>
    </w:p>
    <w:p>
      <w:r>
        <w:t>[I am speaking with you]</w:t>
      </w:r>
    </w:p>
    <w:p>
      <w:r>
        <w:t>Uh, uh, you live, today where do you live?</w:t>
      </w:r>
    </w:p>
    <w:p>
      <w:r>
        <w:t>[In Tzfas]</w:t>
      </w:r>
    </w:p>
    <w:p>
      <w:r>
        <w:t>In Tzfas?</w:t>
      </w:r>
    </w:p>
    <w:p>
      <w:r>
        <w:t>[Yes]</w:t>
      </w:r>
    </w:p>
    <w:p>
      <w:r>
        <w:t>Uh…</w:t>
      </w:r>
    </w:p>
    <w:p>
      <w:r>
        <w:t>...What hours in the day...</w:t>
      </w:r>
    </w:p>
    <w:p>
      <w:r>
        <w:t>...I am {already} also in Tzfas…</w:t>
      </w:r>
    </w:p>
    <w:p>
      <w:r>
        <w:t>...[Tel Aviv, here is the Hatikva neighborhood, Tel Aviv] yes...</w:t>
      </w:r>
    </w:p>
    <w:p>
      <w:r>
        <w:t>...[Yisroel]</w:t>
      </w:r>
    </w:p>
    <w:p>
      <w:r>
        <w:t>Uh?</w:t>
      </w:r>
    </w:p>
    <w:p>
      <w:r>
        <w:t>[Yisroel, Dagan, Dagan]</w:t>
      </w:r>
    </w:p>
    <w:p>
      <w:r>
        <w:t>Uh? Dagan?</w:t>
      </w:r>
    </w:p>
    <w:p>
      <w:r>
        <w:t>[Dagan]</w:t>
      </w:r>
    </w:p>
    <w:p>
      <w:r>
        <w:t>You are Dagan?</w:t>
      </w:r>
    </w:p>
    <w:p>
      <w:r>
        <w:t>[Yes, from Tzfas]...</w:t>
      </w:r>
    </w:p>
    <w:p>
      <w:r>
        <w:t>...{...}</w:t>
      </w:r>
    </w:p>
    <w:p>
      <w:r>
        <w:t>[Yes?]</w:t>
      </w:r>
    </w:p>
    <w:p>
      <w:r>
        <w:t>It could be, but he has nowhere to be, where to sleep, where to eat</w:t>
      </w:r>
    </w:p>
    <w:p>
      <w:r>
        <w:t>[There is a place, there is a place at my home]</w:t>
      </w:r>
    </w:p>
    <w:p>
      <w:r>
        <w:t>Yes?</w:t>
      </w:r>
    </w:p>
    <w:p>
      <w:r>
        <w:t>[Yes]</w:t>
      </w:r>
    </w:p>
    <w:p>
      <w:r>
        <w:t>Good, oy vey...</w:t>
      </w:r>
    </w:p>
    <w:p>
      <w:r>
        <w:t>...{…}...</w:t>
      </w:r>
    </w:p>
    <w:p>
      <w:r>
        <w:t>...We will go to Tzfas</w:t>
      </w:r>
    </w:p>
    <w:p>
      <w:r>
        <w:t>[We will go to Tzfas]</w:t>
      </w:r>
    </w:p>
    <w:p>
      <w:r>
        <w:t>Good, good...</w:t>
      </w:r>
    </w:p>
    <w:p>
      <w:r>
        <w:t>...[….]...</w:t>
      </w:r>
    </w:p>
    <w:p>
      <w:r>
        <w:t>...[I live in Kiryat Meor Chaim, Kiryat Meor Chaim ..]</w:t>
      </w:r>
    </w:p>
    <w:p>
      <w:r>
        <w:t>In Tel Aviv?</w:t>
      </w:r>
    </w:p>
    <w:p>
      <w:r>
        <w:t>[In Tzfas]</w:t>
      </w:r>
    </w:p>
    <w:p>
      <w:r>
        <w:t>In Tzfas?</w:t>
      </w:r>
    </w:p>
    <w:p>
      <w:r>
        <w:t>[Yes]…</w:t>
      </w:r>
    </w:p>
    <w:p>
      <w:r>
        <w:t>...[……..]</w:t>
      </w:r>
    </w:p>
    <w:p>
      <w:r>
        <w:t>Yes, yes</w:t>
      </w:r>
    </w:p>
    <w:p>
      <w:r>
        <w:t>[..Synagogue]</w:t>
      </w:r>
    </w:p>
    <w:p>
      <w:r>
        <w:t>...{….}, is there someone who can take me on the bed, on the.. {on the back\cart} of mine?...</w:t>
      </w:r>
    </w:p>
    <w:p>
      <w:r>
        <w:t>...[The friends sing:</w:t>
      </w:r>
    </w:p>
    <w:p>
      <w:r>
        <w:t>"Na Nach Nachma Nachman MeUman.."]…</w:t>
      </w:r>
    </w:p>
    <w:p>
      <w:pPr>
        <w:pStyle w:val="Heading2"/>
      </w:pPr>
      <w:r>
        <w:t>Side B (Bais)</w:t>
      </w:r>
    </w:p>
    <w:p>
      <w:r>
        <w:t>...Aren't you afraid, perhaps you are not good?</w:t>
      </w:r>
    </w:p>
    <w:p>
      <w:r>
        <w:t>[No, I am not afraid]</w:t>
      </w:r>
    </w:p>
    <w:p>
      <w:r>
        <w:t>This is greater than everything, than all the mitzvos, than the entire Torah</w:t>
      </w:r>
    </w:p>
    <w:p>
      <w:r>
        <w:t>[I will study a little Halachos in the morning, and I will go..]...</w:t>
      </w:r>
    </w:p>
    <w:p>
      <w:r>
        <w:t>...Many more will come to you</w:t>
      </w:r>
    </w:p>
    <w:p>
      <w:r>
        <w:t>Many more who will go with the books to sell them, to bring them into every home {in Israel}</w:t>
      </w:r>
    </w:p>
    <w:p>
      <w:r>
        <w:t>It is an easy and good thing</w:t>
      </w:r>
    </w:p>
    <w:p>
      <w:r>
        <w:t>[And it is a great mitzvah]</w:t>
      </w:r>
    </w:p>
    <w:p>
      <w:r>
        <w:t>Yerushalayim is the America of, of Rabbainu, of blessed memory, the Beis HaMikdash and Yerushalayim</w:t>
      </w:r>
    </w:p>
    <w:p>
      <w:r>
        <w:t>[Yes, yes]</w:t>
      </w:r>
    </w:p>
    <w:p>
      <w:r>
        <w:t>The main thing is, is the Redemption</w:t>
      </w:r>
    </w:p>
    <w:p>
      <w:r>
        <w:t>Every utterance of the:</w:t>
      </w:r>
    </w:p>
    <w:p>
      <w:r>
        <w:t>"Sipuray Ma'asiyos"</w:t>
      </w:r>
    </w:p>
    <w:p>
      <w:r>
        <w:t>of "Likutay Moharan"</w:t>
      </w:r>
    </w:p>
    <w:p>
      <w:r>
        <w:t>of "Likutay Halachos"</w:t>
      </w:r>
    </w:p>
    <w:p>
      <w:r>
        <w:t>"Likutay.."</w:t>
      </w:r>
    </w:p>
    <w:p>
      <w:r>
        <w:t>[I want only "Sipuray Ma'asiyos," that is what I want]</w:t>
      </w:r>
    </w:p>
    <w:p>
      <w:r>
        <w:t>{Already, already, whatever you do, do it}</w:t>
      </w:r>
    </w:p>
    <w:p>
      <w:r>
        <w:t>[That is how the "Sipuray Ma'asiyos" catches the Jew]</w:t>
      </w:r>
    </w:p>
    <w:p>
      <w:r>
        <w:t>Yes</w:t>
      </w:r>
    </w:p>
    <w:p>
      <w:r>
        <w:t>[It catches him in the net]</w:t>
      </w:r>
    </w:p>
    <w:p>
      <w:r>
        <w:t>It is the root of the Torah</w:t>
      </w:r>
    </w:p>
    <w:p>
      <w:r>
        <w:t>[Yes, that is what I want]</w:t>
      </w:r>
    </w:p>
    <w:p>
      <w:r>
        <w:t>Good</w:t>
      </w:r>
    </w:p>
    <w:p>
      <w:r>
        <w:t>[And amulets, and I will also make amulets, and "Na Na Nach" and amulets</w:t>
      </w:r>
    </w:p>
    <w:p>
      <w:r>
        <w:t>I will make amulets, I will make an amulet]</w:t>
      </w:r>
    </w:p>
    <w:p>
      <w:r>
        <w:t>Yes!</w:t>
      </w:r>
    </w:p>
    <w:p>
      <w:r>
        <w:t>[...]</w:t>
      </w:r>
    </w:p>
    <w:p>
      <w:r>
        <w:t>Ho, ho, ho, ho, amulets</w:t>
      </w:r>
    </w:p>
    <w:p>
      <w:r>
        <w:t>[Here, yes, it is a great mitzvah, yes?]</w:t>
      </w:r>
    </w:p>
    <w:p>
      <w:r>
        <w:t>Yes</w:t>
      </w:r>
    </w:p>
    <w:p>
      <w:r>
        <w:t>[Yes]</w:t>
      </w:r>
    </w:p>
    <w:p>
      <w:r>
        <w:t>I have only one</w:t>
      </w:r>
    </w:p>
    <w:p>
      <w:r>
        <w:t>[Good, no more are needed, one is enough, so I will make amulets?]</w:t>
      </w:r>
    </w:p>
    <w:p>
      <w:r>
        <w:t>Yes!</w:t>
      </w:r>
    </w:p>
    <w:p>
      <w:r>
        <w:t>[And I will also give people amulets]</w:t>
      </w:r>
    </w:p>
    <w:p>
      <w:r>
        <w:t>Yes!</w:t>
      </w:r>
    </w:p>
    <w:p>
      <w:r>
        <w:t>[And I will tell them: Written in the amulet is "Na Nach Nachma Nachman MayUman"]</w:t>
      </w:r>
    </w:p>
    <w:p>
      <w:r>
        <w:t>Yes, yes, that is enough, everything</w:t>
      </w:r>
    </w:p>
    <w:p>
      <w:r>
        <w:t>There have not yet, yet been amulets like these in the world</w:t>
      </w:r>
    </w:p>
    <w:p>
      <w:r>
        <w:t>[The Baal Shem Tov said to write an amulet, "Yisroel," Rabbi Yisroel, thank you very much, may you merit to perform mitzvos]…</w:t>
      </w:r>
    </w:p>
    <w:p>
      <w:r>
        <w:t>...to help you</w:t>
      </w:r>
    </w:p>
    <w:p>
      <w:r>
        <w:t>[All right, good, all right, I..]…</w:t>
      </w:r>
    </w:p>
    <w:p>
      <w:r>
        <w:t>...I will go with you</w:t>
      </w:r>
    </w:p>
    <w:p>
      <w:r>
        <w:t>[You do not, you can come with me in your car, I will take you every day in the car if you want] Yes?</w:t>
      </w:r>
    </w:p>
    <w:p>
      <w:r>
        <w:t>[You have a car, don't you?]</w:t>
      </w:r>
    </w:p>
    <w:p>
      <w:r>
        <w:t>{Good}, I can travel by car</w:t>
      </w:r>
    </w:p>
    <w:p>
      <w:r>
        <w:t>[Then come, I will take you every day]...</w:t>
      </w:r>
    </w:p>
    <w:p>
      <w:r>
        <w:t>...This is the whole.. every utterance of Rabbainu, of blessed memory, is the entire Torah and all the mitzvos and all, and every good</w:t>
      </w:r>
    </w:p>
    <w:p>
      <w:r>
        <w:t>[All right, Rabbi Yisroel, all the best, did you hear what he says?..]...</w:t>
      </w:r>
    </w:p>
    <w:p>
      <w:r>
        <w:t>...We will go on.. on foot, I went on foot, with sick legs I went</w:t>
      </w:r>
    </w:p>
    <w:p>
      <w:r>
        <w:t>Now I am also, also sick in the legs</w:t>
      </w:r>
    </w:p>
    <w:p>
      <w:r>
        <w:t>[Now you are the 'Beggarman,' the 'Seventh Beggarman,' Saba]</w:t>
      </w:r>
    </w:p>
    <w:p>
      <w:r>
        <w:t>(Saba laughs)</w:t>
      </w:r>
    </w:p>
    <w:p>
      <w:r>
        <w:t>["Do you think I have no legs? I have very good legs..”]</w:t>
      </w:r>
    </w:p>
    <w:p>
      <w:r>
        <w:t>Ho.. ho.. ho..</w:t>
      </w:r>
    </w:p>
    <w:p>
      <w:r>
        <w:t>["Only I do not use them in this world, now," it is a story..]</w:t>
      </w:r>
    </w:p>
    <w:p>
      <w:r>
        <w:t>I {..}, I need them for now</w:t>
      </w:r>
    </w:p>
    <w:p>
      <w:r>
        <w:t>[The legs, now]</w:t>
      </w:r>
    </w:p>
    <w:p>
      <w:r>
        <w:t>Yes</w:t>
      </w:r>
    </w:p>
    <w:p>
      <w:r>
        <w:t>[Good]</w:t>
      </w:r>
    </w:p>
    <w:p>
      <w:r>
        <w:t>Every single day we will go from house to house</w:t>
      </w:r>
    </w:p>
    <w:p>
      <w:r>
        <w:t>[I went..]</w:t>
      </w:r>
    </w:p>
    <w:p>
      <w:r>
        <w:t>We need several, several cars</w:t>
      </w:r>
    </w:p>
    <w:p>
      <w:r>
        <w:t>[Yes]</w:t>
      </w:r>
    </w:p>
    <w:p>
      <w:r>
        <w:t>And students who will learn</w:t>
      </w:r>
    </w:p>
    <w:p>
      <w:r>
        <w:t>[Yes]</w:t>
      </w:r>
    </w:p>
    <w:p>
      <w:r>
        <w:t>Who will learn driving</w:t>
      </w:r>
    </w:p>
    <w:p>
      <w:r>
        <w:t>[Yes.. to travel and to travel]</w:t>
      </w:r>
    </w:p>
    <w:p>
      <w:r>
        <w:t>Give me a little cola</w:t>
      </w:r>
    </w:p>
    <w:p>
      <w:r>
        <w:t>[Cola]</w:t>
      </w:r>
    </w:p>
    <w:p>
      <w:r>
        <w:t>A little</w:t>
      </w:r>
    </w:p>
    <w:p>
      <w:r>
        <w:t>[Perhaps you want strawberry juice?]</w:t>
      </w:r>
    </w:p>
    <w:p>
      <w:r>
        <w:t>Eh?</w:t>
      </w:r>
    </w:p>
    <w:p>
      <w:r>
        <w:t>[Strawberry, I also have strawberry]</w:t>
      </w:r>
    </w:p>
    <w:p>
      <w:r>
        <w:t>Strawberry?</w:t>
      </w:r>
    </w:p>
    <w:p>
      <w:r>
        <w:t>[Strawberry]</w:t>
      </w:r>
    </w:p>
    <w:p>
      <w:r>
        <w:t>I am not...</w:t>
      </w:r>
    </w:p>
    <w:p>
      <w:r>
        <w:t>...There will be a new fashion</w:t>
      </w:r>
    </w:p>
    <w:p>
      <w:r>
        <w:t>[Yes]</w:t>
      </w:r>
    </w:p>
    <w:p>
      <w:r>
        <w:t>Everyone will want only to sell Rabbainu's books, then there will be a fashion, a fashion throughout the world, a new fashion</w:t>
      </w:r>
    </w:p>
    <w:p>
      <w:r>
        <w:t>There will be such a time, yes</w:t>
      </w:r>
    </w:p>
    <w:p>
      <w:r>
        <w:t>[Yes, yes, certainly]</w:t>
      </w:r>
    </w:p>
    <w:p>
      <w:r>
        <w:t>This, this, this will come, it is going and fast</w:t>
      </w:r>
    </w:p>
    <w:p>
      <w:r>
        <w:t>[Yes, it is approaching]</w:t>
      </w:r>
    </w:p>
    <w:p>
      <w:r>
        <w:t>{Yes}...</w:t>
      </w:r>
    </w:p>
    <w:p>
      <w:r>
        <w:t>...{….}</w:t>
      </w:r>
    </w:p>
    <w:p>
      <w:r>
        <w:t>...also with us</w:t>
      </w:r>
    </w:p>
    <w:p>
      <w:r>
        <w:t>[He says, we need to take a fleet of cars, and books..]</w:t>
      </w:r>
    </w:p>
    <w:p>
      <w:r>
        <w:t>[Yes]</w:t>
      </w:r>
    </w:p>
    <w:p>
      <w:r>
        <w:t>[And distribute them in every home, throughout the Land, only Rabbainu's books in each and every home]</w:t>
      </w:r>
    </w:p>
    <w:p>
      <w:r>
        <w:t>[Pshhh..]</w:t>
      </w:r>
    </w:p>
    <w:p>
      <w:r>
        <w:t>[He says: "As long as I had legs, I did it"]</w:t>
      </w:r>
    </w:p>
    <w:p>
      <w:r>
        <w:t>[Yes, may His name be praised forever, where is "Sipuray Ma'asiyos”? Give me "Sipuray Ma'asiyos"]</w:t>
      </w:r>
    </w:p>
    <w:p>
      <w:r>
        <w:t>[Here]</w:t>
      </w:r>
    </w:p>
    <w:p>
      <w:r>
        <w:t>[………]</w:t>
      </w:r>
    </w:p>
    <w:p>
      <w:r>
        <w:t>[………]...</w:t>
      </w:r>
    </w:p>
    <w:p>
      <w:r>
        <w:t>...[Here, Saba]</w:t>
      </w:r>
    </w:p>
    <w:p>
      <w:r>
        <w:t>Ah, ah</w:t>
      </w:r>
    </w:p>
    <w:p>
      <w:r>
        <w:t>[Here is the walking stick]</w:t>
      </w:r>
    </w:p>
    <w:p>
      <w:r>
        <w:t>[Saba]…</w:t>
      </w:r>
    </w:p>
    <w:p>
      <w:r>
        <w:t>...[May His name be praised..]</w:t>
      </w:r>
    </w:p>
    <w:p>
      <w:r>
        <w:t>[My wife has been distributing Tehillim for two days already]...</w:t>
      </w:r>
    </w:p>
    <w:p>
      <w:r>
        <w:t>...[Here.. Daniel wants to read "Sipuray Ma'asiyos"]</w:t>
      </w:r>
    </w:p>
    <w:p>
      <w:r>
        <w:t>[And now we will set aside the story of the Sophisticate, and begin to tell the story of the Simpleton</w:t>
      </w:r>
    </w:p>
    <w:p>
      <w:r>
        <w:t>The aforementioned Simpleton learned the craft of shoemaking, and because he was a simpleton he studied much until he received</w:t>
      </w:r>
    </w:p>
    <w:p>
      <w:r>
        <w:t>And he was not completely proficient in the craft, and he married a woman..</w:t>
      </w:r>
    </w:p>
    <w:p>
      <w:r>
        <w:t>And he was happy..</w:t>
      </w:r>
    </w:p>
    <w:p>
      <w:r>
        <w:t>And he would earn his livelihood from the craft, and because he was a simpleton and was not so proficient in the craft, therefore his livelihood was..]</w:t>
      </w:r>
    </w:p>
    <w:p>
      <w:r>
        <w:t>{Azoy vi men} – (exactly like people), here</w:t>
      </w:r>
    </w:p>
    <w:p>
      <w:r>
        <w:t>[Therefore his livelihood was in great hardship.. in great hardship..</w:t>
      </w:r>
    </w:p>
    <w:p>
      <w:r>
        <w:t>They are pressuring us, Saba, pressuring us, pressuring us to do the work]</w:t>
      </w:r>
    </w:p>
    <w:p>
      <w:r>
        <w:t>[Sit, sit, sit, sit]</w:t>
      </w:r>
    </w:p>
    <w:p>
      <w:r>
        <w:t>We will conquer four houses, five houses, and we will go; there are, there are many houses</w:t>
      </w:r>
    </w:p>
    <w:p>
      <w:r>
        <w:t>[There are many houses, and how is the profit from hand to hand?]…</w:t>
      </w:r>
    </w:p>
    <w:p>
      <w:r>
        <w:t>...There will be a new fashion of selling Rabbainu's books; there will be a livelihood and every good</w:t>
      </w:r>
    </w:p>
    <w:p>
      <w:r>
        <w:t>[There will be a livelihood and every good]</w:t>
      </w:r>
    </w:p>
    <w:p>
      <w:r>
        <w:t>[A new fashion, everyone …. Rabbainu's books]</w:t>
      </w:r>
    </w:p>
    <w:p>
      <w:r>
        <w:t>[Yes, “a new fashion”]</w:t>
      </w:r>
    </w:p>
    <w:p>
      <w:r>
        <w:t>["A new fashion"]</w:t>
      </w:r>
    </w:p>
    <w:p>
      <w:r>
        <w:t>[Saba, we will call it: "Breslover fashion, Breslover fashion"]</w:t>
      </w:r>
    </w:p>
    <w:p>
      <w:r>
        <w:t>[He says there will be a "Breslover fashion"]</w:t>
      </w:r>
    </w:p>
    <w:p>
      <w:r>
        <w:t>Who?</w:t>
      </w:r>
    </w:p>
    <w:p>
      <w:r>
        <w:t>[A new fashion]</w:t>
      </w:r>
    </w:p>
    <w:p>
      <w:r>
        <w:t>"Breslover fashion"</w:t>
      </w:r>
    </w:p>
    <w:p>
      <w:r>
        <w:t>["Breslover fashion"]</w:t>
      </w:r>
    </w:p>
    <w:p>
      <w:r>
        <w:t>This has been so for a long time, but it will, it will grow stronger every day—more, more, more</w:t>
      </w:r>
    </w:p>
    <w:p>
      <w:r>
        <w:t>[………]</w:t>
      </w:r>
    </w:p>
    <w:p>
      <w:r>
        <w:t>[……...]</w:t>
      </w:r>
    </w:p>
    <w:p>
      <w:r>
        <w:t>The children will come:</w:t>
      </w:r>
    </w:p>
    <w:p>
      <w:r>
        <w:t>[Yes]</w:t>
      </w:r>
    </w:p>
    <w:p>
      <w:r>
        <w:t>"Perhaps there is a book of "Sipuray Ma'asiyos"? We want to read, give me, give me"</w:t>
      </w:r>
    </w:p>
    <w:p>
      <w:r>
        <w:t>[Shalom aleichem, Saba]</w:t>
      </w:r>
    </w:p>
    <w:p>
      <w:r>
        <w:t>Who is this?</w:t>
      </w:r>
    </w:p>
    <w:p>
      <w:r>
        <w:t>[Yitzchak Naim]</w:t>
      </w:r>
    </w:p>
    <w:p>
      <w:r>
        <w:t>Yitzchak Naim, perhaps it will be, perhaps he will go distribute with us</w:t>
      </w:r>
    </w:p>
    <w:p>
      <w:r>
        <w:t>[What?]</w:t>
      </w:r>
    </w:p>
    <w:p>
      <w:r>
        <w:t>[Now we are talking about going to take..]</w:t>
      </w:r>
    </w:p>
    <w:p>
      <w:r>
        <w:t>[Shalom, Saba..]</w:t>
      </w:r>
    </w:p>
    <w:p>
      <w:r>
        <w:t>[To bring Rabbainu's books and go throughout the Land, and distribute them in every home]</w:t>
      </w:r>
    </w:p>
    <w:p>
      <w:r>
        <w:t>[Yes]</w:t>
      </w:r>
    </w:p>
    <w:p>
      <w:r>
        <w:t>[Rabbainu's books, so that there will be a new fashion]</w:t>
      </w:r>
    </w:p>
    <w:p>
      <w:r>
        <w:t>[Yes]</w:t>
      </w:r>
    </w:p>
    <w:p>
      <w:r>
        <w:t>[And everyone wants only Rabbainu's books]</w:t>
      </w:r>
    </w:p>
    <w:p>
      <w:r>
        <w:t>[I am a driver, Saba]</w:t>
      </w:r>
    </w:p>
    <w:p>
      <w:r>
        <w:t>[Saba, he says that he can be a driver, Yitzchak Naim]</w:t>
      </w:r>
    </w:p>
    <w:p>
      <w:r>
        <w:t>Nu</w:t>
      </w:r>
    </w:p>
    <w:p>
      <w:r>
        <w:t>[He can be a driver]</w:t>
      </w:r>
    </w:p>
    <w:p>
      <w:r>
        <w:t>Yes?</w:t>
      </w:r>
    </w:p>
    <w:p>
      <w:r>
        <w:t>[Yes, we have a driver, another driver]</w:t>
      </w:r>
    </w:p>
    <w:p>
      <w:r>
        <w:t>A driver we have, we have..</w:t>
      </w:r>
    </w:p>
    <w:p>
      <w:r>
        <w:t>[There are several drivers]</w:t>
      </w:r>
    </w:p>
    <w:p>
      <w:r>
        <w:t>{.. a good driver}</w:t>
      </w:r>
    </w:p>
    <w:p>
      <w:r>
        <w:t>[Yes]</w:t>
      </w:r>
    </w:p>
    <w:p>
      <w:r>
        <w:t>Good, but two are better than one</w:t>
      </w:r>
    </w:p>
    <w:p>
      <w:r>
        <w:t>[There are several, we have several]</w:t>
      </w:r>
    </w:p>
    <w:p>
      <w:r>
        <w:t>Do you have a car?</w:t>
      </w:r>
    </w:p>
    <w:p>
      <w:r>
        <w:t>[We have many drivers, Saba]</w:t>
      </w:r>
    </w:p>
    <w:p>
      <w:r>
        <w:t>A car too?</w:t>
      </w:r>
    </w:p>
    <w:p>
      <w:r>
        <w:t>[A car, no]</w:t>
      </w:r>
    </w:p>
    <w:p>
      <w:r>
        <w:t>No, better</w:t>
      </w:r>
    </w:p>
    <w:p>
      <w:r>
        <w:t>[Do you have "Sipuray Ma'asiyos" here]</w:t>
      </w:r>
    </w:p>
    <w:p>
      <w:r>
        <w:t>[What?]</w:t>
      </w:r>
    </w:p>
    <w:p>
      <w:r>
        <w:t>[There are more books, like this]</w:t>
      </w:r>
    </w:p>
    <w:p>
      <w:r>
        <w:t>[For sale?]</w:t>
      </w:r>
    </w:p>
    <w:p>
      <w:r>
        <w:t>[Yes]</w:t>
      </w:r>
    </w:p>
    <w:p>
      <w:r>
        <w:t>[…..]</w:t>
      </w:r>
    </w:p>
    <w:p>
      <w:r>
        <w:t>[… you don't have here]</w:t>
      </w:r>
    </w:p>
    <w:p>
      <w:r>
        <w:t>[I have nothing]</w:t>
      </w:r>
    </w:p>
    <w:p>
      <w:r>
        <w:t>We will give, take me to the table, and I will sit by the table and I will drink coffee {and to eat}, yes</w:t>
      </w:r>
    </w:p>
    <w:p>
      <w:r>
        <w:t>[Take me to the table, he said]</w:t>
      </w:r>
    </w:p>
    <w:p>
      <w:r>
        <w:t>[That means they will bring more people there]</w:t>
      </w:r>
    </w:p>
    <w:p>
      <w:r>
        <w:t>[“Sipuray Ma'asiyos" is the.. it is the mashpia, it is Yosef..]</w:t>
      </w:r>
    </w:p>
    <w:p>
      <w:r>
        <w:t>It will be written in the newspapers, in all the newspapers, that there is now a "new fashion" in the Land of Israel</w:t>
      </w:r>
    </w:p>
    <w:p>
      <w:r>
        <w:t>[………]</w:t>
      </w:r>
    </w:p>
    <w:p>
      <w:r>
        <w:t>[……...]</w:t>
      </w:r>
    </w:p>
    <w:p>
      <w:r>
        <w:t>No, no, no, no, no, no, no, no</w:t>
      </w:r>
    </w:p>
    <w:p>
      <w:r>
        <w:t>[…..….]</w:t>
      </w:r>
    </w:p>
    <w:p>
      <w:r>
        <w:t>[……...]</w:t>
      </w:r>
    </w:p>
    <w:p>
      <w:r>
        <w:t>There will be a dispute; each one will say: "I arrived first"</w:t>
      </w:r>
    </w:p>
    <w:p>
      <w:r>
        <w:t>We need to bring witnesses as to when he came, when he came</w:t>
      </w:r>
    </w:p>
    <w:p>
      <w:r>
        <w:t>[….….]</w:t>
      </w:r>
    </w:p>
    <w:p>
      <w:r>
        <w:t>[……..]</w:t>
      </w:r>
    </w:p>
    <w:p>
      <w:r>
        <w:t>[Saba]</w:t>
      </w:r>
    </w:p>
    <w:p>
      <w:r>
        <w:t>To check and clarify who, and who is first</w:t>
      </w:r>
    </w:p>
    <w:p>
      <w:r>
        <w:t>Nu, it is only two, my car, and your car, there are two</w:t>
      </w:r>
    </w:p>
    <w:p>
      <w:r>
        <w:t>Nu, we need many</w:t>
      </w:r>
    </w:p>
    <w:p>
      <w:r>
        <w:t>[We need many cars to load with books]</w:t>
      </w:r>
    </w:p>
    <w:p>
      <w:r>
        <w:t>Nu, {and we will receive already}</w:t>
      </w:r>
    </w:p>
    <w:p>
      <w:r>
        <w:t>[He thinks new..]</w:t>
      </w:r>
    </w:p>
    <w:p>
      <w:r>
        <w:t>[Yes, what is it]</w:t>
      </w:r>
    </w:p>
    <w:p>
      <w:r>
        <w:t>[….]</w:t>
      </w:r>
    </w:p>
    <w:p>
      <w:r>
        <w:t>[He is lying in bed and we think that he is not feeling well, and suddenly..]</w:t>
      </w:r>
    </w:p>
    <w:p>
      <w:r>
        <w:t>[He wakes up]</w:t>
      </w:r>
    </w:p>
    <w:p>
      <w:r>
        <w:t>[…….…]</w:t>
      </w:r>
    </w:p>
    <w:p>
      <w:r>
        <w:t>[……….]</w:t>
      </w:r>
    </w:p>
    <w:p>
      <w:r>
        <w:t>We need, on the car we need to write:</w:t>
      </w:r>
    </w:p>
    <w:p>
      <w:r>
        <w:t>“New fashion, sale of the books of our Rabbainu, Rebbe Nachman”</w:t>
      </w:r>
    </w:p>
    <w:p>
      <w:r>
        <w:t>Then, then it is already, already new</w:t>
      </w:r>
    </w:p>
    <w:p>
      <w:r>
        <w:t>[Saba, Saba, Daniel is..]</w:t>
      </w:r>
    </w:p>
    <w:p>
      <w:r>
        <w:t>Who?</w:t>
      </w:r>
    </w:p>
    <w:p>
      <w:r>
        <w:t>[Daniel]</w:t>
      </w:r>
    </w:p>
    <w:p>
      <w:r>
        <w:t>Daniel?</w:t>
      </w:r>
    </w:p>
    <w:p>
      <w:r>
        <w:t>[Daniel, he likes to pray out loud]</w:t>
      </w:r>
    </w:p>
    <w:p>
      <w:r>
        <w:t>Yes?</w:t>
      </w:r>
    </w:p>
    <w:p>
      <w:r>
        <w:t>[And in every synagogue they throw him out]</w:t>
      </w:r>
    </w:p>
    <w:p>
      <w:r>
        <w:t>Yes?</w:t>
      </w:r>
    </w:p>
    <w:p>
      <w:r>
        <w:t>[He prays so loudly that they tell him: “Go away”]</w:t>
      </w:r>
    </w:p>
    <w:p>
      <w:r>
        <w:t>Nu</w:t>
      </w:r>
    </w:p>
    <w:p>
      <w:r>
        <w:t>[He, he likes to pray forcefully]</w:t>
      </w:r>
    </w:p>
    <w:p>
      <w:r>
        <w:t>And now?</w:t>
      </w:r>
    </w:p>
    <w:p>
      <w:r>
        <w:t>[And now he, he no longer has, he no longer has any synagogue to go to</w:t>
      </w:r>
    </w:p>
    <w:p>
      <w:r>
        <w:t>He does not know which synagogue..]</w:t>
      </w:r>
    </w:p>
    <w:p>
      <w:r>
        <w:t>[Now, I pray now in the fields, I pray in the fields]</w:t>
      </w:r>
    </w:p>
    <w:p>
      <w:r>
        <w:t>Yes?</w:t>
      </w:r>
    </w:p>
    <w:p>
      <w:r>
        <w:t>[I can no longer, they cannot t..]</w:t>
      </w:r>
    </w:p>
    <w:p>
      <w:r>
        <w:t>[…….]</w:t>
      </w:r>
    </w:p>
    <w:p>
      <w:r>
        <w:t>[Yes, there is no reason to get confused by them, today it is only..]</w:t>
      </w:r>
    </w:p>
    <w:p>
      <w:r>
        <w:t>[…...]</w:t>
      </w:r>
    </w:p>
    <w:p>
      <w:r>
        <w:t>Oy</w:t>
      </w:r>
    </w:p>
    <w:p>
      <w:r>
        <w:t>[……..]</w:t>
      </w:r>
    </w:p>
    <w:p>
      <w:r>
        <w:t>[…… if he humbles himself..]</w:t>
      </w:r>
    </w:p>
    <w:p>
      <w:r>
        <w:t>[Yes]</w:t>
      </w:r>
    </w:p>
    <w:p>
      <w:r>
        <w:t>[…. according to the ways of Rabbainu, and wants to be like this..]</w:t>
      </w:r>
    </w:p>
    <w:p>
      <w:r>
        <w:t>[Yes, yes]</w:t>
      </w:r>
    </w:p>
    <w:p>
      <w:r>
        <w:t>[A meter, a meter, to be like this..]</w:t>
      </w:r>
    </w:p>
    <w:p>
      <w:r>
        <w:t>[Yes, yes]</w:t>
      </w:r>
    </w:p>
    <w:p>
      <w:r>
        <w:t>[It is impossible]</w:t>
      </w:r>
    </w:p>
    <w:p>
      <w:r>
        <w:t>[It is a great favor, certainly, Rabbainu said</w:t>
      </w:r>
    </w:p>
    <w:p>
      <w:r>
        <w:t>If they knew what favors they were doing, they would not do it]</w:t>
      </w:r>
    </w:p>
    <w:p>
      <w:r>
        <w:t>[Saba]</w:t>
      </w:r>
    </w:p>
    <w:p>
      <w:r>
        <w:t>Where does he live, Yaakov? In Yerushalayim?</w:t>
      </w:r>
    </w:p>
    <w:p>
      <w:r>
        <w:t>[Which Yaakov? Shiloach?]</w:t>
      </w:r>
    </w:p>
    <w:p>
      <w:r>
        <w:t>[Shiloach?]</w:t>
      </w:r>
    </w:p>
    <w:p>
      <w:r>
        <w:t>[Shilo..?]</w:t>
      </w:r>
    </w:p>
    <w:p>
      <w:r>
        <w:t>[Which Yaakov?]</w:t>
      </w:r>
    </w:p>
    <w:p>
      <w:r>
        <w:t>Yaakov..</w:t>
      </w:r>
    </w:p>
    <w:p>
      <w:r>
        <w:t>[Shiloach, Shiloach, Shiloach]</w:t>
      </w:r>
    </w:p>
    <w:p>
      <w:r>
        <w:t>[Shiloach, he did not come? He did not..?]</w:t>
      </w:r>
    </w:p>
    <w:p>
      <w:r>
        <w:t>Shiloach</w:t>
      </w:r>
    </w:p>
    <w:p>
      <w:r>
        <w:t>[He did not come?]</w:t>
      </w:r>
    </w:p>
    <w:p>
      <w:r>
        <w:t>Yes</w:t>
      </w:r>
    </w:p>
    <w:p>
      <w:r>
        <w:t>[Was he here in the morning?]</w:t>
      </w:r>
    </w:p>
    <w:p>
      <w:r>
        <w:t>[Yes, yes]</w:t>
      </w:r>
    </w:p>
    <w:p>
      <w:r>
        <w:t>[He certainly arrived here after the prayer, no?]</w:t>
      </w:r>
    </w:p>
    <w:p>
      <w:r>
        <w:t>[…..]…</w:t>
      </w:r>
    </w:p>
    <w:p>
      <w:r>
        <w:t>...[..is very important to him]</w:t>
      </w:r>
    </w:p>
    <w:p>
      <w:r>
        <w:t>Eh?</w:t>
      </w:r>
    </w:p>
    <w:p>
      <w:r>
        <w:t>[The daughter is very important to him]</w:t>
      </w:r>
    </w:p>
    <w:p>
      <w:r>
        <w:t>The daughter?</w:t>
      </w:r>
    </w:p>
    <w:p>
      <w:r>
        <w:t>[The king had six sons and one daughter, and the daughter was very important to him]</w:t>
      </w:r>
    </w:p>
    <w:p>
      <w:r>
        <w:t>She was important to him</w:t>
      </w:r>
    </w:p>
    <w:p>
      <w:r>
        <w:t>[The prayer, that is the “tzlosa,” it says in the “Tikkunim”]</w:t>
      </w:r>
    </w:p>
    <w:p>
      <w:r>
        <w:t>{…}</w:t>
      </w:r>
    </w:p>
    <w:p>
      <w:r>
        <w:t>[That is the “tzlosa”]</w:t>
      </w:r>
    </w:p>
    <w:p>
      <w:r>
        <w:t>[From a king’s daughter, the story of a king’s daughter]</w:t>
      </w:r>
    </w:p>
    <w:p>
      <w:r>
        <w:t>[Whoever kills the snake, I will give him my daughter, the king’s wife, namely, the prayer]</w:t>
      </w:r>
    </w:p>
    <w:p>
      <w:r>
        <w:t>(Saba laughs)</w:t>
      </w:r>
    </w:p>
    <w:p>
      <w:r>
        <w:t>[And they want to rob us of this gift, which is the prayer]</w:t>
      </w:r>
    </w:p>
    <w:p>
      <w:r>
        <w:t>[That is the main thing, that is..]</w:t>
      </w:r>
    </w:p>
    <w:p>
      <w:r>
        <w:t>[Yes..]</w:t>
      </w:r>
    </w:p>
    <w:p>
      <w:r>
        <w:t>[The main thing.. it is the best gift in the world, and they want to rob it from you, this murderer wants to rob..]</w:t>
      </w:r>
    </w:p>
    <w:p>
      <w:r>
        <w:t>[Ho, ho..]</w:t>
      </w:r>
    </w:p>
    <w:p>
      <w:r>
        <w:t>We need to fill the entire.., the entire country</w:t>
      </w:r>
    </w:p>
    <w:p>
      <w:r>
        <w:t>[The entire country]</w:t>
      </w:r>
    </w:p>
    <w:p>
      <w:r>
        <w:t>In every place</w:t>
      </w:r>
    </w:p>
    <w:p>
      <w:r>
        <w:t>In all the yeshivas and in every, every place</w:t>
      </w:r>
    </w:p>
    <w:p>
      <w:r>
        <w:t>[In yeshivas too]</w:t>
      </w:r>
    </w:p>
    <w:p>
      <w:r>
        <w:t>[“Sippurei Maasiyos”]</w:t>
      </w:r>
    </w:p>
    <w:p>
      <w:r>
        <w:t>[………..]</w:t>
      </w:r>
    </w:p>
    <w:p>
      <w:r>
        <w:t>[………..]</w:t>
      </w:r>
    </w:p>
    <w:p>
      <w:r>
        <w:t>Yaakov is not here?</w:t>
      </w:r>
    </w:p>
    <w:p>
      <w:r>
        <w:t>[Yaakov? He left, Saba]</w:t>
      </w:r>
    </w:p>
    <w:p>
      <w:r>
        <w:t>Yaakov</w:t>
      </w:r>
    </w:p>
    <w:p>
      <w:r>
        <w:t>[He left]</w:t>
      </w:r>
    </w:p>
    <w:p>
      <w:r>
        <w:t>He left?</w:t>
      </w:r>
    </w:p>
    <w:p>
      <w:r>
        <w:t>[He will return yet]</w:t>
      </w:r>
    </w:p>
    <w:p>
      <w:r>
        <w:t>Where to?</w:t>
      </w:r>
    </w:p>
    <w:p>
      <w:r>
        <w:t>[He will return yet, Saba]</w:t>
      </w:r>
    </w:p>
    <w:p>
      <w:r>
        <w:t>[The friends sing and Yisroel Dagan plays the song:</w:t>
      </w:r>
    </w:p>
    <w:p>
      <w:r>
        <w:t>“In You, Rabbainu, we will rejoice; in You, Rabbainu, we will be glad; in You, Rabbainu, we will rejoice and be glad in You..”</w:t>
      </w:r>
    </w:p>
    <w:p>
      <w:r>
        <w:t>Afterward they sing:</w:t>
      </w:r>
    </w:p>
    <w:p>
      <w:r>
        <w:t>“Na Nach Nachma Nachman MeUman..”</w:t>
      </w:r>
    </w:p>
    <w:p>
      <w:r>
        <w:t>Afterward they sing:</w:t>
      </w:r>
    </w:p>
    <w:p>
      <w:r>
        <w:t>“In You our fathers trusted, in You they trusted and You delivered them..”]</w:t>
      </w:r>
    </w:p>
    <w:p>
      <w:r>
        <w:t>[Before Rebbe Yisroel Kardonner would return from the field, he would go with this]</w:t>
      </w:r>
    </w:p>
    <w:p>
      <w:r>
        <w:t>[Yes?]</w:t>
      </w:r>
    </w:p>
    <w:p>
      <w:r>
        <w:t>[They continue singing: “In You they trusted..”]</w:t>
      </w:r>
    </w:p>
    <w:p>
      <w:r>
        <w:t>All my {enemies} will be afraid of our bombs, ‘trusted’</w:t>
      </w:r>
    </w:p>
    <w:p>
      <w:r>
        <w:t>[He says there are bombs, new bombs..]</w:t>
      </w:r>
    </w:p>
    <w:p>
      <w:r>
        <w:t>A new name:</w:t>
      </w:r>
    </w:p>
    <w:p>
      <w:r>
        <w:t>[‘Trusted’ bombs]</w:t>
      </w:r>
    </w:p>
    <w:p>
      <w:r>
        <w:t>‘Trusted,’ ‘trusted’</w:t>
      </w:r>
    </w:p>
    <w:p>
      <w:r>
        <w:t>[‘Trusted’]</w:t>
      </w:r>
    </w:p>
    <w:p>
      <w:r>
        <w:t>[……...]</w:t>
      </w:r>
    </w:p>
    <w:p>
      <w:r>
        <w:t>[Yes, yes, may you merit to do mitzvos]</w:t>
      </w:r>
    </w:p>
    <w:p>
      <w:r>
        <w:t>[Saba and the friends continue singing:</w:t>
      </w:r>
    </w:p>
    <w:p>
      <w:r>
        <w:t>“In You our fathers trusted, and You delivered them; to You they cried out and escaped; in You they trusted and were not ashamed..”</w:t>
      </w:r>
    </w:p>
    <w:p>
      <w:r>
        <w:t>(Saba emphasizes “trusted, trusted, trusted, trusted”)]</w:t>
      </w:r>
    </w:p>
    <w:p>
      <w:r>
        <w:t>The Arabs will all go away, they will be afraid, “Who, who knows {what bomb}, what bombs are these?</w:t>
      </w:r>
    </w:p>
    <w:p>
      <w:r>
        <w:t>‘Trusted,’ ‘trusted’”</w:t>
      </w:r>
    </w:p>
    <w:p>
      <w:r>
        <w:t>[The Arabs will give in with these bombs, there are ‘trusted’ bombs, every cry that they let out, it..</w:t>
      </w:r>
    </w:p>
    <w:p>
      <w:r>
        <w:t>It brings down all the enemies, all the.. every single cry, every..]</w:t>
      </w:r>
    </w:p>
    <w:p>
      <w:r>
        <w:t>[Saba and the friends continue singing:</w:t>
      </w:r>
    </w:p>
    <w:p>
      <w:r>
        <w:t>“In You our fathers trusted, in You they trusted and You delivered them; to You they cried out and escaped; in You they trusted and were not ashamed..”</w:t>
      </w:r>
    </w:p>
    <w:p>
      <w:r>
        <w:t>(Saba emphasizes “trusted, trusted, trusted, trusted”)]</w:t>
      </w:r>
    </w:p>
    <w:p>
      <w:r>
        <w:t>“Who knows what bombs, what bombs are these? ‘Trusted,’ ‘trusted’”</w:t>
      </w:r>
    </w:p>
    <w:p>
      <w:r>
        <w:t>[Who, who…….]</w:t>
      </w:r>
    </w:p>
    <w:p>
      <w:r>
        <w:t>The bombs {these} have a new name: ‘trusted,’ ‘trusted’</w:t>
      </w:r>
    </w:p>
    <w:p>
      <w:r>
        <w:t>[This is what will bring down all the.. this is what will bring down the entire war]</w:t>
      </w:r>
    </w:p>
    <w:p>
      <w:r>
        <w:t>[Saba and the friends continue singing:</w:t>
      </w:r>
    </w:p>
    <w:p>
      <w:r>
        <w:t>“In You our fathers trusted, in You they trusted and You delivered them; to You they cried out and escaped; in You they trusted and were not ashamed..”</w:t>
      </w:r>
    </w:p>
    <w:p>
      <w:r>
        <w:t>(Saba emphasizes “trusted, trusted, trusted”)</w:t>
      </w:r>
    </w:p>
    <w:p>
      <w:r>
        <w:t>Afterward Yisroel Dagan sings and plays “Mighty in kingship, properly chosen..”]</w:t>
      </w:r>
    </w:p>
    <w:p>
      <w:r>
        <w:t>{They will not be able} to escape</w:t>
      </w:r>
    </w:p>
    <w:p>
      <w:r>
        <w:t>They will ask, where will they be? They do not know where the bomb will c.., the ‘trusted’ bomb?</w:t>
      </w:r>
    </w:p>
    <w:p>
      <w:r>
        <w:t>[It is impossible to escape from it..]</w:t>
      </w:r>
    </w:p>
    <w:p>
      <w:r>
        <w:t>[Saba, bless us, Daniel son of.. Mrs. my mother, Isha</w:t>
      </w:r>
    </w:p>
    <w:p>
      <w:r>
        <w:t>That I should merit to be diligent in “Likkutei Tefillos,” in “Likkutei Halachos”</w:t>
      </w:r>
    </w:p>
    <w:p>
      <w:r>
        <w:t>That I should merit to cleave to the true Tzaddik, Daniel son of Isha]</w:t>
      </w:r>
    </w:p>
    <w:p>
      <w:r>
        <w:t>Nu, who, to whom do we give the money?</w:t>
      </w:r>
    </w:p>
    <w:p>
      <w:r>
        <w:t>[Shimon, Shimon]</w:t>
      </w:r>
    </w:p>
    <w:p>
      <w:r>
        <w:t>Eh?</w:t>
      </w:r>
    </w:p>
    <w:p>
      <w:r>
        <w:t>[Shimon, Shimon, to Shimon, Saba, Shimon]</w:t>
      </w:r>
    </w:p>
    <w:p>
      <w:r>
        <w:t>To Shimon?</w:t>
      </w:r>
    </w:p>
    <w:p>
      <w:r>
        <w:t>[To Shimon]</w:t>
      </w:r>
    </w:p>
    <w:p>
      <w:r>
        <w:t>[Shimon, Shimon]</w:t>
      </w:r>
    </w:p>
    <w:p>
      <w:r>
        <w:t>Matudi</w:t>
      </w:r>
    </w:p>
    <w:p>
      <w:r>
        <w:t>[Bless him, bless him]</w:t>
      </w:r>
    </w:p>
    <w:p>
      <w:r>
        <w:t>[Saba, bless him, Saba, Daniel..]</w:t>
      </w:r>
    </w:p>
    <w:p>
      <w:r>
        <w:t>Daniel</w:t>
      </w:r>
    </w:p>
    <w:p>
      <w:r>
        <w:t>[Son of Isha]</w:t>
      </w:r>
    </w:p>
    <w:p>
      <w:r>
        <w:t>Son of Yishai</w:t>
      </w:r>
    </w:p>
    <w:p>
      <w:r>
        <w:t>[Yes.., Isha, Isha]</w:t>
      </w:r>
    </w:p>
    <w:p>
      <w:r>
        <w:t>[Isha]</w:t>
      </w:r>
    </w:p>
    <w:p>
      <w:r>
        <w:t>Isha</w:t>
      </w:r>
    </w:p>
    <w:p>
      <w:r>
        <w:t>[Yes, that I should merit to be diligent in “Likkutei Tefillos,” in “Likkutei Halachos,” and to draw close to the true Tzaddik] There will be joy in all the streets, in every, every place there will be great joy</w:t>
      </w:r>
    </w:p>
    <w:p>
      <w:r>
        <w:t>[..]</w:t>
      </w:r>
    </w:p>
    <w:p>
      <w:r>
        <w:t>They will dance, only dance</w:t>
      </w:r>
    </w:p>
    <w:p>
      <w:r>
        <w:t>[That is what we do not do..]</w:t>
      </w:r>
    </w:p>
    <w:p>
      <w:r>
        <w:t>[Praised be His name..]</w:t>
      </w:r>
    </w:p>
    <w:p>
      <w:r>
        <w:t>[…….…….]</w:t>
      </w:r>
    </w:p>
    <w:p>
      <w:r>
        <w:t>[…………..]</w:t>
      </w:r>
    </w:p>
    <w:p>
      <w:r>
        <w:t>[Make a pidyon for me, Saba, a pidyon]</w:t>
      </w:r>
    </w:p>
    <w:p>
      <w:r>
        <w:t>Perhaps there is something to eat?</w:t>
      </w:r>
    </w:p>
    <w:p>
      <w:r>
        <w:t>[………...]</w:t>
      </w:r>
    </w:p>
    <w:p>
      <w:r>
        <w:t>[Make a pidyon for me]</w:t>
      </w:r>
    </w:p>
    <w:p>
      <w:r>
        <w:t>A pidyon? {}</w:t>
      </w:r>
    </w:p>
    <w:p>
      <w:r>
        <w:t>[………]</w:t>
      </w:r>
    </w:p>
    <w:p>
      <w:r>
        <w:t>May all the judgments be sweetened {….} from over..?</w:t>
      </w:r>
    </w:p>
    <w:p>
      <w:r>
        <w:t>[Amos son of Lisi]</w:t>
      </w:r>
    </w:p>
    <w:p>
      <w:r>
        <w:t>Amos son of..?</w:t>
      </w:r>
    </w:p>
    <w:p>
      <w:r>
        <w:t>[Son of Lisi, Lisi]</w:t>
      </w:r>
    </w:p>
    <w:p>
      <w:r>
        <w:t>Risi?</w:t>
      </w:r>
    </w:p>
    <w:p>
      <w:r>
        <w:t>[Lisi, Lisi, Lisi, Lisi]</w:t>
      </w:r>
    </w:p>
    <w:p>
      <w:r>
        <w:t>[With a lamed]</w:t>
      </w:r>
    </w:p>
    <w:p>
      <w:r>
        <w:t>[Lisi]</w:t>
      </w:r>
    </w:p>
    <w:p>
      <w:r>
        <w:t>Amos?</w:t>
      </w:r>
    </w:p>
    <w:p>
      <w:r>
        <w:t>[Amos, yes, son of Lisi]</w:t>
      </w:r>
    </w:p>
    <w:p>
      <w:r>
        <w:t>This is Amos who lives in..</w:t>
      </w:r>
    </w:p>
    <w:p>
      <w:r>
        <w:t>[Building eight]</w:t>
      </w:r>
    </w:p>
    <w:p>
      <w:r>
        <w:t>Lives in.. in.. {…} four?</w:t>
      </w:r>
    </w:p>
    <w:p>
      <w:r>
        <w:t>[Building eight, eight, building eight, building eight]</w:t>
      </w:r>
    </w:p>
    <w:p>
      <w:r>
        <w:t>[….]</w:t>
      </w:r>
    </w:p>
    <w:p>
      <w:r>
        <w:t>[….]</w:t>
      </w:r>
    </w:p>
    <w:p>
      <w:r>
        <w:t>[Amos son of Lisi, Lisi, “May all the judgments be sweetened..”]</w:t>
      </w:r>
    </w:p>
    <w:p>
      <w:r>
        <w:t>May the judgments and the harsh decrees be sweetened from over..?</w:t>
      </w:r>
    </w:p>
    <w:p>
      <w:r>
        <w:t>[Amos]</w:t>
      </w:r>
    </w:p>
    <w:p>
      <w:r>
        <w:t>Amos</w:t>
      </w:r>
    </w:p>
    <w:p>
      <w:r>
        <w:t>[Son of Lisi]</w:t>
      </w:r>
    </w:p>
    <w:p>
      <w:r>
        <w:t>Son of Lisi</w:t>
      </w:r>
    </w:p>
    <w:p>
      <w:r>
        <w:t>[Yes, “through a wonder..”]</w:t>
      </w:r>
    </w:p>
    <w:p>
      <w:r>
        <w:t>Through a supernal wonder, which is great kindnesses and complete and simple mercies</w:t>
      </w:r>
    </w:p>
    <w:p>
      <w:r>
        <w:t>In which there is no admixture of judgment at all, amen</w:t>
      </w:r>
    </w:p>
    <w:p>
      <w:r>
        <w:t>[Amen, and the entire family and the children]</w:t>
      </w:r>
    </w:p>
    <w:p>
      <w:r>
        <w:t>The entire family and the children are included</w:t>
      </w:r>
    </w:p>
    <w:p>
      <w:r>
        <w:t>[Amen]</w:t>
      </w:r>
    </w:p>
    <w:p>
      <w:r>
        <w:t>Included in the pidyon</w:t>
      </w:r>
    </w:p>
    <w:p>
      <w:r>
        <w:t>Who, who, who, who takes money?</w:t>
      </w:r>
    </w:p>
    <w:p>
      <w:r>
        <w:t>[Yes, yes, it is Shimon, Shimon]</w:t>
      </w:r>
    </w:p>
    <w:p>
      <w:r>
        <w:t>Who are you?</w:t>
      </w:r>
    </w:p>
    <w:p>
      <w:r>
        <w:t>[Shimon]</w:t>
      </w:r>
    </w:p>
    <w:p>
      <w:r>
        <w:t>Shimon…</w:t>
      </w:r>
    </w:p>
    <w:p>
      <w:r>
        <w:t>...[In synagogues, many Breslov books, we need to put them in synagogues, put Breslov books] Yo</w:t>
      </w:r>
    </w:p>
    <w:p>
      <w:r>
        <w:t>[In synagogues]</w:t>
      </w:r>
    </w:p>
    <w:p>
      <w:r>
        <w:t>Ah, ah</w:t>
      </w:r>
    </w:p>
    <w:p>
      <w:r>
        <w:t>[In all kinds of places, for free or to..sell?]…</w:t>
      </w:r>
    </w:p>
    <w:p>
      <w:r>
        <w:t>...[Books of Breslov, new books] {Very good}, it will be full..</w:t>
      </w:r>
    </w:p>
    <w:p>
      <w:r>
        <w:t>[In a new form]</w:t>
      </w:r>
    </w:p>
    <w:p>
      <w:r>
        <w:t>The whole world with the books</w:t>
      </w:r>
    </w:p>
    <w:p>
      <w:r>
        <w:t>Everyone needs books, each and every one</w:t>
      </w:r>
    </w:p>
    <w:p>
      <w:r>
        <w:t>And also for the children he needs many books, the boys and the girls</w:t>
      </w:r>
    </w:p>
    <w:p>
      <w:r>
        <w:t>[For everyone, everyone will receive a book]</w:t>
      </w:r>
    </w:p>
    <w:p>
      <w:r>
        <w:t>Perhaps we will go {t..} outside</w:t>
      </w:r>
    </w:p>
    <w:p>
      <w:r>
        <w:t>[Want to go outside?]</w:t>
      </w:r>
    </w:p>
    <w:p>
      <w:r>
        <w:t>"To make known, to make known, to make known, to make known, to make known, to make known"</w:t>
      </w:r>
    </w:p>
    <w:p>
      <w:r>
        <w:t>["To make known to make known…..”]</w:t>
      </w:r>
    </w:p>
    <w:p>
      <w:r>
        <w:t>All the liars will fall and be very ashamed; they will ask:</w:t>
      </w:r>
    </w:p>
    <w:p>
      <w:r>
        <w:t>"What is there to make known? We do not know what to make known”</w:t>
      </w:r>
    </w:p>
    <w:p>
      <w:r>
        <w:t>We know what, what, {what to.., there is} to make known</w:t>
      </w:r>
    </w:p>
    <w:p>
      <w:r>
        <w:t>[…….]...</w:t>
      </w:r>
    </w:p>
    <w:p>
      <w:r>
        <w:t>...Where is the house?</w:t>
      </w:r>
    </w:p>
    <w:p>
      <w:r>
        <w:t>[My house is here, building eight, I am a neighbor, I am a neighbor]</w:t>
      </w:r>
    </w:p>
    <w:p>
      <w:r>
        <w:t>Yes?</w:t>
      </w:r>
    </w:p>
    <w:p>
      <w:r>
        <w:t>[I live not far away, yes]</w:t>
      </w:r>
    </w:p>
    <w:p>
      <w:r>
        <w:t>Then we will know</w:t>
      </w:r>
    </w:p>
    <w:p>
      <w:r>
        <w:t>[Yes]</w:t>
      </w:r>
    </w:p>
    <w:p>
      <w:r>
        <w:t>Where you are located</w:t>
      </w:r>
    </w:p>
    <w:p>
      <w:r>
        <w:t>[Come on an occasion]</w:t>
      </w:r>
    </w:p>
    <w:p>
      <w:r>
        <w:t>Ah, yes</w:t>
      </w:r>
    </w:p>
    <w:p>
      <w:r>
        <w:t>[We will be happy; come to us sometime]</w:t>
      </w:r>
    </w:p>
    <w:p>
      <w:r>
        <w:t>Nu</w:t>
      </w:r>
    </w:p>
    <w:p>
      <w:r>
        <w:t>[Come to us one time]</w:t>
      </w:r>
    </w:p>
    <w:p>
      <w:r>
        <w:t>Where is Barzilai, Barzilai?</w:t>
      </w:r>
    </w:p>
    <w:p>
      <w:r>
        <w:t>[Barzilai?]</w:t>
      </w:r>
    </w:p>
    <w:p>
      <w:r>
        <w:t>Yes</w:t>
      </w:r>
    </w:p>
    <w:p>
      <w:r>
        <w:t>[He is also a neighbor, he is a neighbor, he .. lives not far away; does he not come to visit?] Sh…</w:t>
      </w:r>
    </w:p>
    <w:p>
      <w:r>
        <w:br w:type="page"/>
      </w:r>
    </w:p>
    <w:p>
      <w:pPr>
        <w:pStyle w:val="Heading1"/>
      </w:pPr>
      <w:r>
        <w:t>Tape 38</w:t>
      </w:r>
    </w:p>
    <w:p>
      <w:pPr>
        <w:pStyle w:val="Heading2"/>
      </w:pPr>
      <w:r>
        <w:t>Side A (Aleph)</w:t>
      </w:r>
    </w:p>
    <w:p>
      <w:r>
        <w:t>...Where is Barzilai, Barzilai?</w:t>
      </w:r>
    </w:p>
    <w:p>
      <w:r>
        <w:t>[Barzilai?]</w:t>
      </w:r>
    </w:p>
    <w:p>
      <w:r>
        <w:t>Yes</w:t>
      </w:r>
    </w:p>
    <w:p>
      <w:r>
        <w:t>[He is also a neighbor, he is a neighbor, he .. lives not far away; does he not come to visit?]</w:t>
      </w:r>
    </w:p>
    <w:p>
      <w:r>
        <w:t>Sh…</w:t>
      </w:r>
    </w:p>
    <w:p>
      <w:r>
        <w:t>...[Yes? Goodbye, Saba, shalom]</w:t>
      </w:r>
    </w:p>
    <w:p>
      <w:r>
        <w:t>Shalom…</w:t>
      </w:r>
    </w:p>
    <w:p>
      <w:r>
        <w:t>...to buy sticks</w:t>
      </w:r>
    </w:p>
    <w:p>
      <w:r>
        <w:t>[Sticks, what for?]</w:t>
      </w:r>
    </w:p>
    <w:p>
      <w:r>
        <w:t>[What for?]</w:t>
      </w:r>
    </w:p>
    <w:p>
      <w:r>
        <w:t>And to sound out in a loud voice, yes, "Ah, ah"…</w:t>
      </w:r>
    </w:p>
    <w:p>
      <w:r>
        <w:t>...[He said sticks are needed, to sound out in a loud voice]</w:t>
      </w:r>
    </w:p>
    <w:p>
      <w:r>
        <w:t>[Shalom, Saba]</w:t>
      </w:r>
    </w:p>
    <w:p>
      <w:r>
        <w:t>{Th..} Who is this?</w:t>
      </w:r>
    </w:p>
    <w:p>
      <w:r>
        <w:t>[This is Yisroel, Saba]</w:t>
      </w:r>
    </w:p>
    <w:p>
      <w:r>
        <w:t>Yisroel Dagan?</w:t>
      </w:r>
    </w:p>
    <w:p>
      <w:r>
        <w:t>[Yes]</w:t>
      </w:r>
    </w:p>
    <w:p>
      <w:r>
        <w:t>Dagan?</w:t>
      </w:r>
    </w:p>
    <w:p>
      <w:r>
        <w:t>[Yes]</w:t>
      </w:r>
    </w:p>
    <w:p>
      <w:r>
        <w:t>Where were you?</w:t>
      </w:r>
    </w:p>
    <w:p>
      <w:r>
        <w:t>[I, I spoke, I spoke with Daniel from Rabbainu, such a conversation among friends</w:t>
      </w:r>
    </w:p>
    <w:p>
      <w:r>
        <w:t>Great strengthening about Rabbainu; people are drawing close now, many are drawing close to Rabbainu, many] Yes?</w:t>
      </w:r>
    </w:p>
    <w:p>
      <w:r>
        <w:t>[Truly, truly, they want to throw away all the falsehood and serve Hashem in truth]</w:t>
      </w:r>
    </w:p>
    <w:p>
      <w:r>
        <w:t>What will they do with all the money?…</w:t>
      </w:r>
    </w:p>
    <w:p>
      <w:r>
        <w:t>...[…..]...</w:t>
      </w:r>
    </w:p>
    <w:p>
      <w:r>
        <w:t>...that new papers should come out, {...}…</w:t>
      </w:r>
    </w:p>
    <w:p>
      <w:r>
        <w:t>...in the streets</w:t>
      </w:r>
    </w:p>
    <w:p>
      <w:r>
        <w:t>[Saba, I thought perhaps to stop writing the Torah scroll]…</w:t>
      </w:r>
    </w:p>
    <w:p>
      <w:r>
        <w:t>...[…]</w:t>
      </w:r>
    </w:p>
    <w:p>
      <w:r>
        <w:t>[Yes]</w:t>
      </w:r>
    </w:p>
    <w:p>
      <w:r>
        <w:t>[When the water boils, then one needs to put in an egg]</w:t>
      </w:r>
    </w:p>
    <w:p>
      <w:r>
        <w:t>[…]…</w:t>
      </w:r>
    </w:p>
    <w:p>
      <w:r>
        <w:t>...to write half the day, and half the day to sell [Ah..]</w:t>
      </w:r>
    </w:p>
    <w:p>
      <w:r>
        <w:t>[I have found my work now]…</w:t>
      </w:r>
    </w:p>
    <w:p>
      <w:r>
        <w:t>...first of all, I {{..}} need to sleep; afterward we will talk…</w:t>
      </w:r>
    </w:p>
    <w:p>
      <w:r>
        <w:t>...[Two jobs]…</w:t>
      </w:r>
    </w:p>
    <w:p>
      <w:r>
        <w:t>...[To sleep and to eat]</w:t>
      </w:r>
    </w:p>
    <w:p>
      <w:r>
        <w:t>[Actually, last night he said, Rebbe Yisroel (Kardonner) said, after midnight..]</w:t>
      </w:r>
    </w:p>
    <w:p>
      <w:r>
        <w:t>I need to sleep</w:t>
      </w:r>
    </w:p>
    <w:p>
      <w:r>
        <w:t>[Yes]</w:t>
      </w:r>
    </w:p>
    <w:p>
      <w:r>
        <w:t>[..… that he will not be in the world..]</w:t>
      </w:r>
    </w:p>
    <w:p>
      <w:r>
        <w:t>[And I do not.., need to wake up..]</w:t>
      </w:r>
    </w:p>
    <w:p>
      <w:r>
        <w:t>And to rest</w:t>
      </w:r>
    </w:p>
    <w:p>
      <w:r>
        <w:t>[And I need to wake up, Saba; I have already been sleeping for a long time]...</w:t>
      </w:r>
    </w:p>
    <w:p>
      <w:r>
        <w:t>...He is the essence of everything, the essence of the Torah, the essence of faith, the essence of repentance, the essence of everything</w:t>
      </w:r>
    </w:p>
    <w:p>
      <w:r>
        <w:t>He heals and strengthens and awakens, and he said that he can..</w:t>
      </w:r>
    </w:p>
    <w:p>
      <w:r>
        <w:t>He can heal even a sick person who has no cure</w:t>
      </w:r>
    </w:p>
    <w:p>
      <w:r>
        <w:t>Do you know {who it is\what it is}?...</w:t>
      </w:r>
    </w:p>
    <w:p>
      <w:r>
        <w:t>...[Rabbainu also, yes?]</w:t>
      </w:r>
    </w:p>
    <w:p>
      <w:r>
        <w:t>Yes, {but I do not} think so</w:t>
      </w:r>
    </w:p>
    <w:p>
      <w:r>
        <w:t>[Ah]</w:t>
      </w:r>
    </w:p>
    <w:p>
      <w:r>
        <w:t>And he occupies himself with self-sacrifice, occupies himself with this with self-sacrifice</w:t>
      </w:r>
    </w:p>
    <w:p>
      <w:r>
        <w:t>Uri, Uri, ah?</w:t>
      </w:r>
    </w:p>
    <w:p>
      <w:r>
        <w:t>[Yes]</w:t>
      </w:r>
    </w:p>
    <w:p>
      <w:r>
        <w:t>[Uri, Uri]</w:t>
      </w:r>
    </w:p>
    <w:p>
      <w:r>
        <w:t>[Yes, Uri]</w:t>
      </w:r>
    </w:p>
    <w:p>
      <w:r>
        <w:t>[He said that it is important and he occupies himself with it with self-sacrifice]...</w:t>
      </w:r>
    </w:p>
    <w:p>
      <w:r>
        <w:t>...{…...}</w:t>
      </w:r>
    </w:p>
    <w:p>
      <w:r>
        <w:t>[This.. there is what you need, Saba, yes]</w:t>
      </w:r>
    </w:p>
    <w:p>
      <w:r>
        <w:t>Yes, is it possible?</w:t>
      </w:r>
    </w:p>
    <w:p>
      <w:r>
        <w:t>[Yes, Saba]</w:t>
      </w:r>
    </w:p>
    <w:p>
      <w:r>
        <w:t>Good, good, good…</w:t>
      </w:r>
    </w:p>
    <w:p>
      <w:r>
        <w:t>...[{Binding oneself} to the tzaddikim]</w:t>
      </w:r>
    </w:p>
    <w:p>
      <w:r>
        <w:t>What?</w:t>
      </w:r>
    </w:p>
    <w:p>
      <w:r>
        <w:t>[What does that mean in practice? What does it mean to be.., to bind one's prayer to the true tzaddik?]…</w:t>
      </w:r>
    </w:p>
    <w:p>
      <w:r>
        <w:t>...Our holy Rabbainu is, he is a grandson of the Baal Shem Tov</w:t>
      </w:r>
    </w:p>
    <w:p>
      <w:r>
        <w:t>[What is it.., what they say..]</w:t>
      </w:r>
    </w:p>
    <w:p>
      <w:r>
        <w:t>Adel, Adel, the daughter of the Baal Shem Tov, gave birth to, to Rabbainu Nachman</w:t>
      </w:r>
    </w:p>
    <w:p>
      <w:r>
        <w:t>[Feiga]</w:t>
      </w:r>
    </w:p>
    <w:p>
      <w:r>
        <w:t>Ah?</w:t>
      </w:r>
    </w:p>
    <w:p>
      <w:r>
        <w:t>[From Feiga]</w:t>
      </w:r>
    </w:p>
    <w:p>
      <w:r>
        <w:t>Feiga</w:t>
      </w:r>
    </w:p>
    <w:p>
      <w:r>
        <w:t>[That is Rabbainu's mother]</w:t>
      </w:r>
    </w:p>
    <w:p>
      <w:r>
        <w:t>Rabbainu's mother, yo…</w:t>
      </w:r>
    </w:p>
    <w:p>
      <w:r>
        <w:t>...[……..]</w:t>
      </w:r>
    </w:p>
    <w:p>
      <w:r>
        <w:t>[…….]</w:t>
      </w:r>
    </w:p>
    <w:p>
      <w:r>
        <w:t>Adel, Adel, he was the dau.., daughter of the Baal Shem Tov, and..</w:t>
      </w:r>
    </w:p>
    <w:p>
      <w:r>
        <w:t>[And Feiga is Adel's daughter]</w:t>
      </w:r>
    </w:p>
    <w:p>
      <w:r>
        <w:t>Adel was a daughter, daugh..</w:t>
      </w:r>
    </w:p>
    <w:p>
      <w:r>
        <w:t>[But the binding of..]</w:t>
      </w:r>
    </w:p>
    <w:p>
      <w:r>
        <w:t>daughter Feiga</w:t>
      </w:r>
    </w:p>
    <w:p>
      <w:r>
        <w:t>[To bind oneself to the tzaddik is the wording that one says</w:t>
      </w:r>
    </w:p>
    <w:p>
      <w:r>
        <w:t>"I hereby bind myself in my prayer to all the true tzaddikim..”]</w:t>
      </w:r>
    </w:p>
    <w:p>
      <w:r>
        <w:t>{…}</w:t>
      </w:r>
    </w:p>
    <w:p>
      <w:r>
        <w:t>["..who are in our generation, and to all the true tzaddikim, holy dwellers in the dust who are in the earth"?] Ah?</w:t>
      </w:r>
    </w:p>
    <w:p>
      <w:r>
        <w:t>[Is this called binding oneself to the tzaddikim? Saba, when one says these words?]</w:t>
      </w:r>
    </w:p>
    <w:p>
      <w:r>
        <w:t>Baruch Hashem, they told me that they have a room for me, to sleep at their place</w:t>
      </w:r>
    </w:p>
    <w:p>
      <w:r>
        <w:t>Do you know the room, their apartment?</w:t>
      </w:r>
    </w:p>
    <w:p>
      <w:r>
        <w:t>[Whose?]</w:t>
      </w:r>
    </w:p>
    <w:p>
      <w:r>
        <w:t>Of</w:t>
      </w:r>
    </w:p>
    <w:p>
      <w:r>
        <w:t>[Gideon?]</w:t>
      </w:r>
    </w:p>
    <w:p>
      <w:r>
        <w:t>Of Gideon</w:t>
      </w:r>
    </w:p>
    <w:p>
      <w:r>
        <w:t>[No, I have not been at his place]</w:t>
      </w:r>
    </w:p>
    <w:p>
      <w:r>
        <w:t>Ah</w:t>
      </w:r>
    </w:p>
    <w:p>
      <w:r>
        <w:t>[I do not know it]</w:t>
      </w:r>
    </w:p>
    <w:p>
      <w:r>
        <w:t>[I know it; it is a very good room, Rebbe Yisroel]</w:t>
      </w:r>
    </w:p>
    <w:p>
      <w:r>
        <w:t>Ah?</w:t>
      </w:r>
    </w:p>
    <w:p>
      <w:r>
        <w:t>[I know Gideon's house, and this, you have a good room there]</w:t>
      </w:r>
    </w:p>
    <w:p>
      <w:r>
        <w:t>Good, {……….} that is very good</w:t>
      </w:r>
    </w:p>
    <w:p>
      <w:r>
        <w:t>On, on the roof, yes? On the roof?</w:t>
      </w:r>
    </w:p>
    <w:p>
      <w:r>
        <w:t>[Does he live on the roof upstairs?]</w:t>
      </w:r>
    </w:p>
    <w:p>
      <w:r>
        <w:t>[No, he does not live on the roof]</w:t>
      </w:r>
    </w:p>
    <w:p>
      <w:r>
        <w:t>Rather? On a balcony? Ah?</w:t>
      </w:r>
    </w:p>
    <w:p>
      <w:r>
        <w:t>[………]</w:t>
      </w:r>
    </w:p>
    <w:p>
      <w:r>
        <w:t>[Ah]</w:t>
      </w:r>
    </w:p>
    <w:p>
      <w:r>
        <w:t>[……...]</w:t>
      </w:r>
    </w:p>
    <w:p>
      <w:r>
        <w:t>[Which house do you mean? Whose? Saba]</w:t>
      </w:r>
    </w:p>
    <w:p>
      <w:r>
        <w:t>[Whose house?]</w:t>
      </w:r>
    </w:p>
    <w:p>
      <w:r>
        <w:t>Of, of Gideon</w:t>
      </w:r>
    </w:p>
    <w:p>
      <w:r>
        <w:t>[Ah, Gideon's, no, it.. does not have, does not have a balcony, no, but it is a very good place] Yes</w:t>
      </w:r>
    </w:p>
    <w:p>
      <w:r>
        <w:t>[Yes, yes]</w:t>
      </w:r>
    </w:p>
    <w:p>
      <w:r>
        <w:t>Good, is there a place for me also?</w:t>
      </w:r>
    </w:p>
    <w:p>
      <w:r>
        <w:t>[Yes, yes]</w:t>
      </w:r>
    </w:p>
    <w:p>
      <w:r>
        <w:t>Good, Baruch Hashem</w:t>
      </w:r>
    </w:p>
    <w:p>
      <w:r>
        <w:t>[…….………………………]</w:t>
      </w:r>
    </w:p>
    <w:p>
      <w:r>
        <w:t>[.……………………………]</w:t>
      </w:r>
    </w:p>
    <w:p>
      <w:r>
        <w:t>[Saba, what is the wording of the binding? How does one say, "I hereby bind"?]</w:t>
      </w:r>
    </w:p>
    <w:p>
      <w:r>
        <w:t>Without cleverness</w:t>
      </w:r>
    </w:p>
    <w:p>
      <w:r>
        <w:t>[What does that mean? What does one say?]</w:t>
      </w:r>
    </w:p>
    <w:p>
      <w:r>
        <w:t>"I hereby bind myself to all the true tzaddikim who are in our generation</w:t>
      </w:r>
    </w:p>
    <w:p>
      <w:r>
        <w:t>and to all the true tzaddikim, dwellers in the dust..”</w:t>
      </w:r>
    </w:p>
    <w:p>
      <w:r>
        <w:t>[That is all?]</w:t>
      </w:r>
    </w:p>
    <w:p>
      <w:r>
        <w:t>"..holy ones who are in the earth"</w:t>
      </w:r>
    </w:p>
    <w:p>
      <w:r>
        <w:t>True tzaddikim</w:t>
      </w:r>
    </w:p>
    <w:p>
      <w:r>
        <w:t>[...]</w:t>
      </w:r>
    </w:p>
    <w:p>
      <w:r>
        <w:t>Baruch Hashem, it is a good building, she is kosher, and she is a baal teshuvah, a true baal teshuvah [….]…</w:t>
      </w:r>
    </w:p>
    <w:p>
      <w:r>
        <w:t>... "Trusted"</w:t>
      </w:r>
    </w:p>
    <w:p>
      <w:r>
        <w:t>["Trusted"]</w:t>
      </w:r>
    </w:p>
    <w:p>
      <w:r>
        <w:t>Our bombs are called "Trusted"</w:t>
      </w:r>
    </w:p>
    <w:p>
      <w:r>
        <w:t>They are more afraid of them than of everything</w:t>
      </w:r>
    </w:p>
    <w:p>
      <w:r>
        <w:t>[….…]</w:t>
      </w:r>
    </w:p>
    <w:p>
      <w:r>
        <w:t>[…]</w:t>
      </w:r>
    </w:p>
    <w:p>
      <w:r>
        <w:t>The gentiles are afraid of bombs, what is it called</w:t>
      </w:r>
    </w:p>
    <w:p>
      <w:r>
        <w:t>["Trusted"]</w:t>
      </w:r>
    </w:p>
    <w:p>
      <w:r>
        <w:t>["Trusted"]</w:t>
      </w:r>
    </w:p>
    <w:p>
      <w:r>
        <w:t>"Trusted"</w:t>
      </w:r>
    </w:p>
    <w:p>
      <w:r>
        <w:t>[Yes]</w:t>
      </w:r>
    </w:p>
    <w:p>
      <w:r>
        <w:t>"Trusted"? "Trusted" yo, yo, yo</w:t>
      </w:r>
    </w:p>
    <w:p>
      <w:r>
        <w:t>[The friends shout: "Trusted", "Trusted", "Trusted"</w:t>
      </w:r>
    </w:p>
    <w:p>
      <w:r>
        <w:t>And Saba shouts: Ah, ah, ah, "Trusted", "Trusted"</w:t>
      </w:r>
    </w:p>
    <w:p>
      <w:r>
        <w:t>Afterward the friends continue singing:</w:t>
      </w:r>
    </w:p>
    <w:p>
      <w:r>
        <w:t>"In You our fathers trusted, in You they trusted and You delivered them; to You they cried and escaped; in You they trusted and were not ashamed"</w:t>
      </w:r>
    </w:p>
    <w:p>
      <w:r>
        <w:t>And Saba shouts: Ah.. ah.. ah.. ah..]</w:t>
      </w:r>
    </w:p>
    <w:p>
      <w:r>
        <w:t>Our bombs bear fruits, and they shout:</w:t>
      </w:r>
    </w:p>
    <w:p>
      <w:r>
        <w:t>"Trusted", "Trusted", "Trusted", "Trusted", "Trusted"</w:t>
      </w:r>
    </w:p>
    <w:p>
      <w:r>
        <w:t>[………….]</w:t>
      </w:r>
    </w:p>
    <w:p>
      <w:r>
        <w:t>[………….]</w:t>
      </w:r>
    </w:p>
    <w:p>
      <w:r>
        <w:t>The gentiles do not know where to flee from these bombs:</w:t>
      </w:r>
    </w:p>
    <w:p>
      <w:r>
        <w:t>"Trusted", "Trusted", "Trusted", "Trusted"</w:t>
      </w:r>
    </w:p>
    <w:p>
      <w:r>
        <w:t>Ah.. ah..</w:t>
      </w:r>
    </w:p>
    <w:p>
      <w:r>
        <w:t>[Saba and the friends shout: Ah.. ah.. ah.. ah..</w:t>
      </w:r>
    </w:p>
    <w:p>
      <w:r>
        <w:t>Afterward the friends continue singing:</w:t>
      </w:r>
    </w:p>
    <w:p>
      <w:r>
        <w:t>"In You our fathers trusted, in You they trusted and You delivered them, to You they cried out and escaped, in You they trusted and were not ashamed"</w:t>
      </w:r>
    </w:p>
    <w:p>
      <w:r>
        <w:t>And Saba shouts: Ah.. ah.. ah.. ah..</w:t>
      </w:r>
    </w:p>
    <w:p>
      <w:r>
        <w:t>Afterward Saba and the friends shout:</w:t>
      </w:r>
    </w:p>
    <w:p>
      <w:r>
        <w:t>"Trusted", "Trusted", "Trusted", "Trusted"]</w:t>
      </w:r>
    </w:p>
    <w:p>
      <w:r>
        <w:t>"Trusted", "Trusted", "Trusted", "Trusted"</w:t>
      </w:r>
    </w:p>
    <w:p>
      <w:r>
        <w:t>[The friends continue singing:</w:t>
      </w:r>
    </w:p>
    <w:p>
      <w:r>
        <w:t>"In You our fathers trusted, in You they trusted and You delivered them, to You they cried out and escaped, in You they trusted and were not ashamed" and Saba shouts: Ah.. ah.. ah.. ah..</w:t>
      </w:r>
    </w:p>
    <w:p>
      <w:r>
        <w:t>Afterward Saba and the friends shout:</w:t>
      </w:r>
    </w:p>
    <w:p>
      <w:r>
        <w:t>"Trusted", "Trusted", "Trusted", "Trusted"]</w:t>
      </w:r>
    </w:p>
    <w:p>
      <w:r>
        <w:t>The "Trusted" bombs, they fear them more than everyone, "Trusted"</w:t>
      </w:r>
    </w:p>
    <w:p>
      <w:r>
        <w:t>{What is this} "Trusted", "Trusted", "Trusted", "Trusted"</w:t>
      </w:r>
    </w:p>
    <w:p>
      <w:r>
        <w:t>The gentiles are afraid of these bombs, "Trusted", "Trusted", more than all, than all the.. all</w:t>
      </w:r>
    </w:p>
    <w:p>
      <w:r>
        <w:t>They fear them more than everyone, "Trusted", "Trusted", what is "Trusted"?</w:t>
      </w:r>
    </w:p>
    <w:p>
      <w:r>
        <w:t>[Saba and the friends shout: Ah.. ah.. ah.. ah..]…</w:t>
      </w:r>
    </w:p>
    <w:p>
      <w:r>
        <w:t>…[Saba and the friends shout: "Trusted", "Trusted", "Trusted", "Trusted"</w:t>
      </w:r>
    </w:p>
    <w:p>
      <w:r>
        <w:t>Afterward the friends continue singing:</w:t>
      </w:r>
    </w:p>
    <w:p>
      <w:r>
        <w:t>"In You our fathers trusted, in You they trusted and You delivered them, to You they cried out and escaped, in You they trusted and were not ashamed" and Saba shouts: Ah.. ah.. ah.. ah..</w:t>
      </w:r>
    </w:p>
    <w:p>
      <w:r>
        <w:t>Afterward Saba and the friends shout:</w:t>
      </w:r>
    </w:p>
    <w:p>
      <w:r>
        <w:t>"Trusted", "Trusted", "Trusted", "Trusted"]…</w:t>
      </w:r>
    </w:p>
    <w:p>
      <w:r>
        <w:t>...The bombs of "Trusted", it is against all of them</w:t>
      </w:r>
    </w:p>
    <w:p>
      <w:r>
        <w:t>[…….]</w:t>
      </w:r>
    </w:p>
    <w:p>
      <w:r>
        <w:t>They are afraid of this, "Trusted", "Trusted", "Trusted", "Trusted"</w:t>
      </w:r>
    </w:p>
    <w:p>
      <w:r>
        <w:t>They are afraid</w:t>
      </w:r>
    </w:p>
    <w:p>
      <w:r>
        <w:t>[……..]</w:t>
      </w:r>
    </w:p>
    <w:p>
      <w:r>
        <w:t>[……..]</w:t>
      </w:r>
    </w:p>
    <w:p>
      <w:r>
        <w:t>[“Trusted"]</w:t>
      </w:r>
    </w:p>
    <w:p>
      <w:r>
        <w:t>[“Trusted"]</w:t>
      </w:r>
    </w:p>
    <w:p>
      <w:r>
        <w:t>[“Trusted”]</w:t>
      </w:r>
    </w:p>
    <w:p>
      <w:r>
        <w:t>Ah..</w:t>
      </w:r>
    </w:p>
    <w:p>
      <w:r>
        <w:t>[“Trusted"]</w:t>
      </w:r>
    </w:p>
    <w:p>
      <w:r>
        <w:t>Ah..</w:t>
      </w:r>
    </w:p>
    <w:p>
      <w:r>
        <w:t>[“Trusted", “Trusted”, Trusted”]</w:t>
      </w:r>
    </w:p>
    <w:p>
      <w:r>
        <w:t>Ho..</w:t>
      </w:r>
    </w:p>
    <w:p>
      <w:r>
        <w:t>[“Trusted"]</w:t>
      </w:r>
    </w:p>
    <w:p>
      <w:r>
        <w:t>Ah..</w:t>
      </w:r>
    </w:p>
    <w:p>
      <w:r>
        <w:t>[“Trusted"]</w:t>
      </w:r>
    </w:p>
    <w:p>
      <w:r>
        <w:t>Ah, ah..</w:t>
      </w:r>
    </w:p>
    <w:p>
      <w:r>
        <w:t>[[“Trusted"]]</w:t>
      </w:r>
    </w:p>
    <w:p>
      <w:r>
        <w:t>The "Trusted" bombs, they, they are greater than all of them, they have such power…</w:t>
      </w:r>
    </w:p>
    <w:p>
      <w:r>
        <w:t>...I, I have half price</w:t>
      </w:r>
    </w:p>
    <w:p>
      <w:r>
        <w:t>[Yes, we, we were there together, Saba]</w:t>
      </w:r>
    </w:p>
    <w:p>
      <w:r>
        <w:t>Huh?</w:t>
      </w:r>
    </w:p>
    <w:p>
      <w:r>
        <w:t>[We used to go together, I remember]</w:t>
      </w:r>
    </w:p>
    <w:p>
      <w:r>
        <w:t>You, do you know about this?</w:t>
      </w:r>
    </w:p>
    <w:p>
      <w:r>
        <w:t>[Yes, yes]</w:t>
      </w:r>
    </w:p>
    <w:p>
      <w:r>
        <w:t>They gave me</w:t>
      </w:r>
    </w:p>
    <w:p>
      <w:r>
        <w:t>[A discount]</w:t>
      </w:r>
    </w:p>
    <w:p>
      <w:r>
        <w:t>A discount, half price</w:t>
      </w:r>
    </w:p>
    <w:p>
      <w:r>
        <w:t>[Yes]…</w:t>
      </w:r>
    </w:p>
    <w:p>
      <w:r>
        <w:t>...To speak with them so that they will not take money from me</w:t>
      </w:r>
    </w:p>
    <w:p>
      <w:r>
        <w:t>[One can try, Saba]</w:t>
      </w:r>
    </w:p>
    <w:p>
      <w:r>
        <w:t>Huh?</w:t>
      </w:r>
    </w:p>
    <w:p>
      <w:r>
        <w:t>[I can try]</w:t>
      </w:r>
    </w:p>
    <w:p>
      <w:r>
        <w:t>Ah, yes</w:t>
      </w:r>
    </w:p>
    <w:p>
      <w:r>
        <w:t>[I will try to speak with them, all right]</w:t>
      </w:r>
    </w:p>
    <w:p>
      <w:r>
        <w:t>Yoa, yoa, yes, yes, thank you very much…</w:t>
      </w:r>
    </w:p>
    <w:p>
      <w:r>
        <w:t>...[His name is Nachman Simcha, Nachman]</w:t>
      </w:r>
    </w:p>
    <w:p>
      <w:r>
        <w:t>Nachman Simcha</w:t>
      </w:r>
    </w:p>
    <w:p>
      <w:r>
        <w:t>[He said, I am neither Ashkenazi nor Sephardi]</w:t>
      </w:r>
    </w:p>
    <w:p>
      <w:r>
        <w:t>(Saba coughs)…</w:t>
      </w:r>
    </w:p>
    <w:p>
      <w:r>
        <w:t>...[…..]</w:t>
      </w:r>
    </w:p>
    <w:p>
      <w:r>
        <w:t>[…..]…</w:t>
      </w:r>
    </w:p>
    <w:p>
      <w:r>
        <w:t>...If you will have a room…</w:t>
      </w:r>
    </w:p>
    <w:p>
      <w:r>
        <w:t>...{….}, a good room for learning Torah, for, then it will be good for us…</w:t>
      </w:r>
    </w:p>
    <w:p>
      <w:r>
        <w:t>...And pray, prayer is more important than everything</w:t>
      </w:r>
    </w:p>
    <w:p>
      <w:r>
        <w:t>Faith and prayer are one thing</w:t>
      </w:r>
    </w:p>
    <w:p>
      <w:r>
        <w:t>[Amen..]</w:t>
      </w:r>
    </w:p>
    <w:p>
      <w:r>
        <w:t>[…….]…</w:t>
      </w:r>
    </w:p>
    <w:p>
      <w:r>
        <w:t>...{….}…</w:t>
      </w:r>
    </w:p>
    <w:p>
      <w:r>
        <w:t>…[Not a large apartment]</w:t>
      </w:r>
    </w:p>
    <w:p>
      <w:r>
        <w:t>Ah, no, no..</w:t>
      </w:r>
    </w:p>
    <w:p>
      <w:r>
        <w:t>[A room {and a tent}, yes, a one-room apartment..]</w:t>
      </w:r>
    </w:p>
    <w:p>
      <w:r>
        <w:t>Huh?</w:t>
      </w:r>
    </w:p>
    <w:p>
      <w:r>
        <w:t>[A one-room apartment, and there is another {tent}]</w:t>
      </w:r>
    </w:p>
    <w:p>
      <w:r>
        <w:t>Ah, ah…</w:t>
      </w:r>
    </w:p>
    <w:p>
      <w:r>
        <w:t>...{To see} the.. musician, ah…</w:t>
      </w:r>
    </w:p>
    <w:p>
      <w:r>
        <w:t>...What is his name?</w:t>
      </w:r>
    </w:p>
    <w:p>
      <w:r>
        <w:t>[Dagan]</w:t>
      </w:r>
    </w:p>
    <w:p>
      <w:r>
        <w:t>Huh?</w:t>
      </w:r>
    </w:p>
    <w:p>
      <w:r>
        <w:t>[Dagan?]</w:t>
      </w:r>
    </w:p>
    <w:p>
      <w:r>
        <w:t>Dagan, Dagan</w:t>
      </w:r>
    </w:p>
    <w:p>
      <w:r>
        <w:t>[Yes, yes]</w:t>
      </w:r>
    </w:p>
    <w:p>
      <w:r>
        <w:t>Do you know him?</w:t>
      </w:r>
    </w:p>
    <w:p>
      <w:r>
        <w:t>[Not so well, no]</w:t>
      </w:r>
    </w:p>
    <w:p>
      <w:r>
        <w:t>Huh?</w:t>
      </w:r>
    </w:p>
    <w:p>
      <w:r>
        <w:t>[No, no, Saba, only by name, I do not know him personally]</w:t>
      </w:r>
    </w:p>
    <w:p>
      <w:r>
        <w:t>{..}…</w:t>
      </w:r>
    </w:p>
    <w:p>
      <w:r>
        <w:t>...In Meron or in Yerushalayim</w:t>
      </w:r>
    </w:p>
    <w:p>
      <w:r>
        <w:t>[In Meron.., yes]</w:t>
      </w:r>
    </w:p>
    <w:p>
      <w:r>
        <w:t>Huh?</w:t>
      </w:r>
    </w:p>
    <w:p>
      <w:r>
        <w:t>[All right]…</w:t>
      </w:r>
    </w:p>
    <w:p>
      <w:r>
        <w:t>...Worth nothing, all, all of Judaism, {like a bird}…</w:t>
      </w:r>
    </w:p>
    <w:p>
      <w:r>
        <w:t>...How much do you have…</w:t>
      </w:r>
    </w:p>
    <w:p>
      <w:r>
        <w:t>...[Yes]</w:t>
      </w:r>
    </w:p>
    <w:p>
      <w:r>
        <w:t>So I have no money with you, only the twenty that I gave you now?</w:t>
      </w:r>
    </w:p>
    <w:p>
      <w:r>
        <w:t>[Yes, yes, Saba]</w:t>
      </w:r>
    </w:p>
    <w:p>
      <w:r>
        <w:t>Huh?</w:t>
      </w:r>
    </w:p>
    <w:p>
      <w:r>
        <w:t>[Yes]</w:t>
      </w:r>
    </w:p>
    <w:p>
      <w:r>
        <w:t>Do you know the friend Tzion?</w:t>
      </w:r>
    </w:p>
    <w:p>
      <w:r>
        <w:t>[Yes]</w:t>
      </w:r>
    </w:p>
    <w:p>
      <w:r>
        <w:t>Huh?</w:t>
      </w:r>
    </w:p>
    <w:p>
      <w:r>
        <w:t>[A little]</w:t>
      </w:r>
    </w:p>
    <w:p>
      <w:r>
        <w:t>A little, he, he is a trustworthy man</w:t>
      </w:r>
    </w:p>
    <w:p>
      <w:r>
        <w:t>[Baruch Hashem]</w:t>
      </w:r>
    </w:p>
    <w:p>
      <w:r>
        <w:t>Truly, a man of truth, trustworthy</w:t>
      </w:r>
    </w:p>
    <w:p>
      <w:r>
        <w:t>[….]…</w:t>
      </w:r>
    </w:p>
    <w:p>
      <w:r>
        <w:t>..."One who divorces his wife..”</w:t>
      </w:r>
    </w:p>
    <w:p>
      <w:r>
        <w:t>[Does not succeed]</w:t>
      </w:r>
    </w:p>
    <w:p>
      <w:r>
        <w:t>"..Through this he does not succeed"</w:t>
      </w:r>
    </w:p>
    <w:p>
      <w:r>
        <w:t>[Oy vey, yes]</w:t>
      </w:r>
    </w:p>
    <w:p>
      <w:r>
        <w:t>Do you remember this?</w:t>
      </w:r>
    </w:p>
    <w:p>
      <w:r>
        <w:t>[Yes, Saba, yes]…</w:t>
      </w:r>
    </w:p>
    <w:p>
      <w:r>
        <w:t>…"..I said, my little fire will burn until Mashiach comes"</w:t>
      </w:r>
    </w:p>
    <w:p>
      <w:r>
        <w:t>[Yes]</w:t>
      </w:r>
    </w:p>
    <w:p>
      <w:r>
        <w:t>That means</w:t>
      </w:r>
    </w:p>
    <w:p>
      <w:r>
        <w:t>[Specifically about you, not him and not him]</w:t>
      </w:r>
    </w:p>
    <w:p>
      <w:r>
        <w:t>That I will live..</w:t>
      </w:r>
    </w:p>
    <w:p>
      <w:r>
        <w:t>[Yes]</w:t>
      </w:r>
    </w:p>
    <w:p>
      <w:r>
        <w:t>Until Mashiach Tzidkainu comes</w:t>
      </w:r>
    </w:p>
    <w:p>
      <w:r>
        <w:t>[Yes, yes, Rabbainu promised this, Saba]</w:t>
      </w:r>
    </w:p>
    <w:p>
      <w:r>
        <w:t>Huh?</w:t>
      </w:r>
    </w:p>
    <w:p>
      <w:r>
        <w:t>[That is how Rabbainu wrote in the letter, what can one do, it is written, it is written]</w:t>
      </w:r>
    </w:p>
    <w:p>
      <w:r>
        <w:t>It is beyond speech, beyond everything, there has not yet been anything in the world like Rabbainu</w:t>
      </w:r>
    </w:p>
    <w:p>
      <w:r>
        <w:t>[We feel it, Saba, we feel it]</w:t>
      </w:r>
    </w:p>
    <w:p>
      <w:r>
        <w:t>Oy, vey, put my legs..</w:t>
      </w:r>
    </w:p>
    <w:p>
      <w:r>
        <w:t>[Yes]</w:t>
      </w:r>
    </w:p>
    <w:p>
      <w:r>
        <w:t>On the bed</w:t>
      </w:r>
    </w:p>
    <w:p>
      <w:r>
        <w:t>[I do not know, you are an entirely different matter]…</w:t>
      </w:r>
    </w:p>
    <w:p>
      <w:r>
        <w:t>...Your prayers, {returned to me}, Hashem Yisborach, everything</w:t>
      </w:r>
    </w:p>
    <w:p>
      <w:r>
        <w:t>[Baruch Hashem, I am happy, Saba, Saba, I had..]…</w:t>
      </w:r>
    </w:p>
    <w:p>
      <w:r>
        <w:t>...[..The letter, the Simpleton also received a letter from the king, he received a letter saying that the king was calling him</w:t>
      </w:r>
    </w:p>
    <w:p>
      <w:r>
        <w:t>So he asked the emissary: "What is written in the letter?”</w:t>
      </w:r>
    </w:p>
    <w:p>
      <w:r>
        <w:t>He told him: "It is written that the king is calling you"</w:t>
      </w:r>
    </w:p>
    <w:p>
      <w:r>
        <w:t>He said to him: "Really? Without mockery?”</w:t>
      </w:r>
    </w:p>
    <w:p>
      <w:r>
        <w:t>He told him: "Really, without mockery"</w:t>
      </w:r>
    </w:p>
    <w:p>
      <w:r>
        <w:t>So he quickly put on the peltz and went, and ran to the carriage, and ran to the king, yes</w:t>
      </w:r>
    </w:p>
    <w:p>
      <w:r>
        <w:t>The Wise Man also received a letter, the Wise Man, but he did not believe]</w:t>
      </w:r>
    </w:p>
    <w:p>
      <w:r>
        <w:t>Yoa</w:t>
      </w:r>
    </w:p>
    <w:p>
      <w:r>
        <w:t>[He was a great liar, the Wise Man was a great liar, he was such a master of..]</w:t>
      </w:r>
    </w:p>
    <w:p>
      <w:r>
        <w:t>He was a great doctor</w:t>
      </w:r>
    </w:p>
    <w:p>
      <w:r>
        <w:t>[A great doctor]</w:t>
      </w:r>
    </w:p>
    <w:p>
      <w:r>
        <w:t>. And..</w:t>
      </w:r>
    </w:p>
    <w:p>
      <w:r>
        <w:t>[And..]</w:t>
      </w:r>
    </w:p>
    <w:p>
      <w:r>
        <w:t>{Gold}</w:t>
      </w:r>
    </w:p>
    <w:p>
      <w:r>
        <w:t>[Goldsmith, goldsmith, goldsmith, goldsmith]</w:t>
      </w:r>
    </w:p>
    <w:p>
      <w:r>
        <w:t>Goldsmith, goldsmith</w:t>
      </w:r>
    </w:p>
    <w:p>
      <w:r>
        <w:t>[Goldsmith]</w:t>
      </w:r>
    </w:p>
    <w:p>
      <w:r>
        <w:t>Yes</w:t>
      </w:r>
    </w:p>
    <w:p>
      <w:r>
        <w:t>[And a polisher of precious stones, he was an expert, such an expert</w:t>
      </w:r>
    </w:p>
    <w:p>
      <w:r>
        <w:t>He was an expert at being sad, Saba]</w:t>
      </w:r>
    </w:p>
    <w:p>
      <w:r>
        <w:t>Nu</w:t>
      </w:r>
    </w:p>
    <w:p>
      <w:r>
        <w:t>[He was an expert at sadness]</w:t>
      </w:r>
    </w:p>
    <w:p>
      <w:r>
        <w:t>Yes</w:t>
      </w:r>
    </w:p>
    <w:p>
      <w:r>
        <w:t>The Simpleton asked him, why are you always sad? Why am I joyful?</w:t>
      </w:r>
    </w:p>
    <w:p>
      <w:r>
        <w:t>["Perhaps you will be like me? Perhaps you will be like me?”]</w:t>
      </w:r>
    </w:p>
    <w:p>
      <w:r>
        <w:t>{..}</w:t>
      </w:r>
    </w:p>
    <w:p>
      <w:r>
        <w:t>[I get very great vitality from this story, Saba</w:t>
      </w:r>
    </w:p>
    <w:p>
      <w:r>
        <w:t>Every time I remember this story, I remember this story, and I receive vitality and joy]</w:t>
      </w:r>
    </w:p>
    <w:p>
      <w:r>
        <w:t>"The Wise Man and the Simpleton"</w:t>
      </w:r>
    </w:p>
    <w:p>
      <w:r>
        <w:t>["The Wise Man and the Simpleton", the Wise Man said: "Why on earth would such a king call me?”</w:t>
      </w:r>
    </w:p>
    <w:p>
      <w:r>
        <w:t>The Wise Man: "Why on earth, such a great king, why on earth would he call me?”</w:t>
      </w:r>
    </w:p>
    <w:p>
      <w:r>
        <w:t>He does not believe, he does not want to believe, so he remains sad</w:t>
      </w:r>
    </w:p>
    <w:p>
      <w:r>
        <w:t>But the Simpleton immediately believed]</w:t>
      </w:r>
    </w:p>
    <w:p>
      <w:r>
        <w:t>Always joyful</w:t>
      </w:r>
    </w:p>
    <w:p>
      <w:r>
        <w:t>[Always joyful, "And his custom was that he was always joyful, and he was only full of joy and gladness always"]</w:t>
      </w:r>
    </w:p>
    <w:p>
      <w:r>
        <w:t>Always full of joy</w:t>
      </w:r>
    </w:p>
    <w:p>
      <w:r>
        <w:t>[Saba, I saw that the entire festival of "Sukkos", the festival of "Sukkos", is alluded to in the story of the Simpleton, the entire festival of "Sukkos"]</w:t>
      </w:r>
    </w:p>
    <w:p>
      <w:r>
        <w:t>Nu</w:t>
      </w:r>
    </w:p>
    <w:p>
      <w:r>
        <w:t>[Is alluded to within the story of the Simpleton]</w:t>
      </w:r>
    </w:p>
    <w:p>
      <w:r>
        <w:t>Ah..</w:t>
      </w:r>
    </w:p>
    <w:p>
      <w:r>
        <w:t>[Saba, one time..]</w:t>
      </w:r>
    </w:p>
    <w:p>
      <w:r>
        <w:t>Huh?</w:t>
      </w:r>
    </w:p>
    <w:p>
      <w:r>
        <w:t>[I had a story from Rabbainu, I had..]</w:t>
      </w:r>
    </w:p>
    <w:p>
      <w:r>
        <w:t>Huh?</w:t>
      </w:r>
    </w:p>
    <w:p>
      <w:r>
        <w:t>[I had a st.., a story from Rabbainu]…</w:t>
      </w:r>
    </w:p>
    <w:p>
      <w:r>
        <w:t>...{And there is more, ah.. he needs to be here}</w:t>
      </w:r>
    </w:p>
    <w:p>
      <w:r>
        <w:t>[Every day?]</w:t>
      </w:r>
    </w:p>
    <w:p>
      <w:r>
        <w:t>Every day, yes</w:t>
      </w:r>
    </w:p>
    <w:p>
      <w:r>
        <w:t>They come to take the soul, and they tell them: "Wait, it is not yet time, the time has not yet arrived”…</w:t>
      </w:r>
    </w:p>
    <w:p>
      <w:r>
        <w:t>...What, not yet a year?</w:t>
      </w:r>
    </w:p>
    <w:p>
      <w:r>
        <w:t>[Until the Petek is revealed]</w:t>
      </w:r>
    </w:p>
    <w:p>
      <w:r>
        <w:t>Until the Petek is revealed</w:t>
      </w:r>
    </w:p>
    <w:p>
      <w:r>
        <w:t>[Is revealed, is revealed]</w:t>
      </w:r>
    </w:p>
    <w:p>
      <w:r>
        <w:t>What I, I said, I said that..</w:t>
      </w:r>
    </w:p>
    <w:p>
      <w:r>
        <w:t>"And about you I said, my little fire will burn until Mashiach comes"</w:t>
      </w:r>
    </w:p>
    <w:p>
      <w:r>
        <w:t>[Yes]</w:t>
      </w:r>
    </w:p>
    <w:p>
      <w:r>
        <w:t>Do you remember this?</w:t>
      </w:r>
    </w:p>
    <w:p>
      <w:r>
        <w:t>[Yes, yes]…</w:t>
      </w:r>
    </w:p>
    <w:p>
      <w:pPr>
        <w:pStyle w:val="Heading2"/>
      </w:pPr>
      <w:r>
        <w:t>Side B (Bais)</w:t>
      </w:r>
    </w:p>
    <w:p>
      <w:r>
        <w:t>...Every day they come to take the soul, and they cannot</w:t>
      </w:r>
    </w:p>
    <w:p>
      <w:r>
        <w:t>They tell them: "No, he needs to be here, we need him"</w:t>
      </w:r>
    </w:p>
    <w:p>
      <w:r>
        <w:t>And they canno.., and they cannot receive the soul</w:t>
      </w:r>
    </w:p>
    <w:p>
      <w:r>
        <w:t>[Everything is through Rabbainu's power, right? Rebbe Yisroel]</w:t>
      </w:r>
    </w:p>
    <w:p>
      <w:r>
        <w:t>Certainly, everything is through his power</w:t>
      </w:r>
    </w:p>
    <w:p>
      <w:r>
        <w:t>He is the master of all the souls, he is the master of the soul, {nu}</w:t>
      </w:r>
    </w:p>
    <w:p>
      <w:r>
        <w:t>He says: "No, no, no, no, not now, not today..”…</w:t>
      </w:r>
    </w:p>
    <w:p>
      <w:r>
        <w:t>...[This is in the Torah "And Boaz said to Ruth"]</w:t>
      </w:r>
    </w:p>
    <w:p>
      <w:r>
        <w:t>I cannot walk, what can I do?</w:t>
      </w:r>
    </w:p>
    <w:p>
      <w:r>
        <w:t>Pray that I will be able, that I can {...} walk on my feet</w:t>
      </w:r>
    </w:p>
    <w:p>
      <w:r>
        <w:t>[I pray that you will have a complete recovery, every day]</w:t>
      </w:r>
    </w:p>
    <w:p>
      <w:r>
        <w:t>Yes</w:t>
      </w:r>
    </w:p>
    <w:p>
      <w:r>
        <w:t>[Every day]</w:t>
      </w:r>
    </w:p>
    <w:p>
      <w:r>
        <w:t>In this merit you are alive</w:t>
      </w:r>
    </w:p>
    <w:p>
      <w:r>
        <w:t>[Yes]</w:t>
      </w:r>
    </w:p>
    <w:p>
      <w:r>
        <w:t>{Yes}…</w:t>
      </w:r>
    </w:p>
    <w:p>
      <w:r>
        <w:t>...[Now “Fortunate are we, how good is our portion…..”]</w:t>
      </w:r>
    </w:p>
    <w:p>
      <w:r>
        <w:t>[The friends sing:</w:t>
      </w:r>
    </w:p>
    <w:p>
      <w:r>
        <w:t>"Fortunate are we that we merited to draw close to Rabbainu.. Fortunate are we that we merited a note from Rabbainu..”</w:t>
      </w:r>
    </w:p>
    <w:p>
      <w:r>
        <w:t>"Na Na-ch Nachma Nachman MeUman"]</w:t>
      </w:r>
    </w:p>
    <w:p>
      <w:r>
        <w:t>[…. Here, how are you?]</w:t>
      </w:r>
    </w:p>
    <w:p>
      <w:r>
        <w:t>[What is this?]</w:t>
      </w:r>
    </w:p>
    <w:p>
      <w:r>
        <w:t>[Baruch Hashem]</w:t>
      </w:r>
    </w:p>
    <w:p>
      <w:r>
        <w:t>[What, what…?]</w:t>
      </w:r>
    </w:p>
    <w:p>
      <w:r>
        <w:t>[……….]</w:t>
      </w:r>
    </w:p>
    <w:p>
      <w:r>
        <w:t>[……….]</w:t>
      </w:r>
    </w:p>
    <w:p>
      <w:r>
        <w:t>["Na Na-ch Nachman MeUman Na Na-ch Nachma Na.."]</w:t>
      </w:r>
    </w:p>
    <w:p>
      <w:r>
        <w:t>[…]</w:t>
      </w:r>
    </w:p>
    <w:p>
      <w:r>
        <w:t>[Wait, if this is it? Is this it?]</w:t>
      </w:r>
    </w:p>
    <w:p>
      <w:r>
        <w:t>[Yes]</w:t>
      </w:r>
    </w:p>
    <w:p>
      <w:r>
        <w:t>[Yes, because I have one that is similar.. Is this it.. Do I know?]</w:t>
      </w:r>
    </w:p>
    <w:p>
      <w:r>
        <w:t>{Today}</w:t>
      </w:r>
    </w:p>
    <w:p>
      <w:r>
        <w:t>[…..]</w:t>
      </w:r>
    </w:p>
    <w:p>
      <w:r>
        <w:t>[Saba?]</w:t>
      </w:r>
    </w:p>
    <w:p>
      <w:r>
        <w:t>[…….]</w:t>
      </w:r>
    </w:p>
    <w:p>
      <w:r>
        <w:t>[…….]</w:t>
      </w:r>
    </w:p>
    <w:p>
      <w:r>
        <w:t>Where is Rav Tzvi, Rav Tzvi, the student of the "Chofetz Chaim"? Where is he?</w:t>
      </w:r>
    </w:p>
    <w:p>
      <w:r>
        <w:t>[………………]</w:t>
      </w:r>
    </w:p>
    <w:p>
      <w:r>
        <w:t>[…………..….]</w:t>
      </w:r>
    </w:p>
    <w:p>
      <w:r>
        <w:t>{The student of the "Chofetz Chaim" is …………………………….. he does not know}…</w:t>
      </w:r>
    </w:p>
    <w:p>
      <w:r>
        <w:t>...[The Arizal, the Arizal]</w:t>
      </w:r>
    </w:p>
    <w:p>
      <w:r>
        <w:t>The Ari, the holy Ari and his holy students, oy, vey</w:t>
      </w:r>
    </w:p>
    <w:p>
      <w:r>
        <w:t>But Rabbainu rose above everyone, Rabbainu Rebbe Nachman</w:t>
      </w:r>
    </w:p>
    <w:p>
      <w:r>
        <w:t>[Yes]</w:t>
      </w:r>
    </w:p>
    <w:p>
      <w:r>
        <w:t>He did not have, he.. {…….}</w:t>
      </w:r>
    </w:p>
    <w:p>
      <w:r>
        <w:t>[Regard for this world]</w:t>
      </w:r>
    </w:p>
    <w:p>
      <w:r>
        <w:t>Above everything</w:t>
      </w:r>
    </w:p>
    <w:p>
      <w:r>
        <w:t>And I suffer, {I …}</w:t>
      </w:r>
    </w:p>
    <w:p>
      <w:r>
        <w:t>[…...]…</w:t>
      </w:r>
    </w:p>
    <w:p>
      <w:r>
        <w:t>...{..}...</w:t>
      </w:r>
    </w:p>
    <w:p>
      <w:r>
        <w:t>...Who are you?</w:t>
      </w:r>
    </w:p>
    <w:p>
      <w:r>
        <w:t>[Shimon, Shimon]</w:t>
      </w:r>
    </w:p>
    <w:p>
      <w:r>
        <w:t>Shimon</w:t>
      </w:r>
    </w:p>
    <w:p>
      <w:r>
        <w:t>[Yes, why are you laughing?]</w:t>
      </w:r>
    </w:p>
    <w:p>
      <w:r>
        <w:t>Eh?…</w:t>
      </w:r>
    </w:p>
    <w:p>
      <w:r>
        <w:t>...I want to eat, what is this? Until when?…</w:t>
      </w:r>
    </w:p>
    <w:p>
      <w:r>
        <w:t>...I have two forms of service, to eat and to sleep, yes</w:t>
      </w:r>
    </w:p>
    <w:p>
      <w:r>
        <w:t>[Rebbe Yisroel]</w:t>
      </w:r>
    </w:p>
    <w:p>
      <w:r>
        <w:t>Eh?</w:t>
      </w:r>
    </w:p>
    <w:p>
      <w:r>
        <w:t>[Are these difficult forms of service?]</w:t>
      </w:r>
    </w:p>
    <w:p>
      <w:r>
        <w:t>What?</w:t>
      </w:r>
    </w:p>
    <w:p>
      <w:r>
        <w:t>[Are these difficult forms of service?]</w:t>
      </w:r>
    </w:p>
    <w:p>
      <w:r>
        <w:t>I think perhaps {after two hundred ….} also wants to eat {...}</w:t>
      </w:r>
    </w:p>
    <w:p>
      <w:r>
        <w:t>[Are these difficult forms of service?]</w:t>
      </w:r>
    </w:p>
    <w:p>
      <w:r>
        <w:t>Eh?</w:t>
      </w:r>
    </w:p>
    <w:p>
      <w:r>
        <w:t>[Are these difficult forms of service?]</w:t>
      </w:r>
    </w:p>
    <w:p>
      <w:r>
        <w:t>Difficult forms of service?</w:t>
      </w:r>
    </w:p>
    <w:p>
      <w:r>
        <w:t>[Yes]…</w:t>
      </w:r>
    </w:p>
    <w:p>
      <w:r>
        <w:t>...Midn.., after midnight, he would not eat anything, not of.. as though, as though he were not in the world</w:t>
      </w:r>
    </w:p>
    <w:p>
      <w:r>
        <w:t>[Who? Who?]</w:t>
      </w:r>
    </w:p>
    <w:p>
      <w:r>
        <w:t>{..}…</w:t>
      </w:r>
    </w:p>
    <w:p>
      <w:r>
        <w:t>...[Who was not? Who was not in the world after midnight?]</w:t>
      </w:r>
    </w:p>
    <w:p>
      <w:r>
        <w:t>My daughter</w:t>
      </w:r>
    </w:p>
    <w:p>
      <w:r>
        <w:t>[Yes]</w:t>
      </w:r>
    </w:p>
    <w:p>
      <w:r>
        <w:t>Tzipporah, she no longer has the strength to attend to me</w:t>
      </w:r>
    </w:p>
    <w:p>
      <w:r>
        <w:t>She is past, close to eighty, {..}</w:t>
      </w:r>
    </w:p>
    <w:p>
      <w:r>
        <w:t>I remember the day, day, day of the wedding and the wedding night</w:t>
      </w:r>
    </w:p>
    <w:p>
      <w:r>
        <w:t>How Rebbe Yisroel's pants fell off him, he did not, he did not know…</w:t>
      </w:r>
    </w:p>
    <w:p>
      <w:r>
        <w:t>...Oy vey, oy vey…</w:t>
      </w:r>
    </w:p>
    <w:p>
      <w:r>
        <w:t>...Oy, oy, {no}…</w:t>
      </w:r>
    </w:p>
    <w:p>
      <w:r>
        <w:t>...{…}…</w:t>
      </w:r>
    </w:p>
    <w:p>
      <w:r>
        <w:t>...And Tzipporah and Shmuel also do not have the strength for me, they do not have the strength to attend to me…</w:t>
      </w:r>
    </w:p>
    <w:p>
      <w:r>
        <w:t>...{..}…</w:t>
      </w:r>
    </w:p>
    <w:p>
      <w:r>
        <w:t>...[In Torah sixty-two it begins like this:</w:t>
      </w:r>
    </w:p>
    <w:p>
      <w:r>
        <w:t>"Through the eating of Yisroel, a union of Kudsha Brich Hu and His Shechinah is made, face to face..”]</w:t>
      </w:r>
    </w:p>
    <w:p>
      <w:r>
        <w:t>"Face to face"</w:t>
      </w:r>
    </w:p>
    <w:p>
      <w:r>
        <w:t>[What? What are you saying?]…</w:t>
      </w:r>
    </w:p>
    <w:p>
      <w:r>
        <w:t>...I remember that I studied this Torah and longings for the World to Come entered me</w:t>
      </w:r>
    </w:p>
    <w:p>
      <w:r>
        <w:t>[Yes? Torah sixty-two?]…</w:t>
      </w:r>
    </w:p>
    <w:p>
      <w:r>
        <w:t>..."Through the eating of Yisroel, a union {between} Kudsha Brich Hu and His Shechinah is made, face to face"</w:t>
      </w:r>
    </w:p>
    <w:p>
      <w:r>
        <w:t>[What, what does it mean?]</w:t>
      </w:r>
    </w:p>
    <w:p>
      <w:r>
        <w:t>"Face to face" is a great level, not "back to back," "face to face"…</w:t>
      </w:r>
    </w:p>
    <w:p>
      <w:r>
        <w:t>...I had longings for this, "face to face," ho.. ho.. ho.. I want "face to face"</w:t>
      </w:r>
    </w:p>
    <w:p>
      <w:r>
        <w:t>"Through the eating of Yisroel, there is made.. made..”</w:t>
      </w:r>
    </w:p>
    <w:p>
      <w:r>
        <w:t>[A union]</w:t>
      </w:r>
    </w:p>
    <w:p>
      <w:r>
        <w:t>A union of Kudsha Brich Hu and His Shechinah, face to face"</w:t>
      </w:r>
    </w:p>
    <w:p>
      <w:r>
        <w:t>What is this? What is this? What can one merit in this world?</w:t>
      </w:r>
    </w:p>
    <w:p>
      <w:r>
        <w:t>[Now.. now do you understand this Torah? Now do you..?]…</w:t>
      </w:r>
    </w:p>
    <w:p>
      <w:r>
        <w:t>...{..}…</w:t>
      </w:r>
    </w:p>
    <w:p>
      <w:r>
        <w:t>...We were created for this, so that from our eating there should be made</w:t>
      </w:r>
    </w:p>
    <w:p>
      <w:r>
        <w:t>"A union of Kudsha Brich Hu and His Shechinah, face to face"</w:t>
      </w:r>
    </w:p>
    <w:p>
      <w:r>
        <w:t>How far we are from this</w:t>
      </w:r>
    </w:p>
    <w:p>
      <w:r>
        <w:t>The holy Rabbainu merited this, which is not within human capability</w:t>
      </w:r>
    </w:p>
    <w:p>
      <w:r>
        <w:t>Ah, ah, such a life…</w:t>
      </w:r>
    </w:p>
    <w:p>
      <w:r>
        <w:t>...{..}…</w:t>
      </w:r>
    </w:p>
    <w:p>
      <w:r>
        <w:t>...What do you want from me?</w:t>
      </w:r>
    </w:p>
    <w:p>
      <w:r>
        <w:t>[Me?]</w:t>
      </w:r>
    </w:p>
    <w:p>
      <w:r>
        <w:t>I want to sleep</w:t>
      </w:r>
    </w:p>
    <w:p>
      <w:r>
        <w:t>[To sleep]</w:t>
      </w:r>
    </w:p>
    <w:p>
      <w:r>
        <w:t>I want to eat also</w:t>
      </w:r>
    </w:p>
    <w:p>
      <w:r>
        <w:t>[Yes]</w:t>
      </w:r>
    </w:p>
    <w:p>
      <w:r>
        <w:t>Yes</w:t>
      </w:r>
    </w:p>
    <w:p>
      <w:r>
        <w:t>[Good, there is food, and there is a bed]</w:t>
      </w:r>
    </w:p>
    <w:p>
      <w:r>
        <w:t>Ah, who is this?</w:t>
      </w:r>
    </w:p>
    <w:p>
      <w:r>
        <w:t>[This]</w:t>
      </w:r>
    </w:p>
    <w:p>
      <w:r>
        <w:t>Who is this?</w:t>
      </w:r>
    </w:p>
    <w:p>
      <w:r>
        <w:t>[Dagan, Dagan, Saba]</w:t>
      </w:r>
    </w:p>
    <w:p>
      <w:r>
        <w:t>Dagan?</w:t>
      </w:r>
    </w:p>
    <w:p>
      <w:r>
        <w:t>[Yes]</w:t>
      </w:r>
    </w:p>
    <w:p>
      <w:r>
        <w:t>Hoh…</w:t>
      </w:r>
    </w:p>
    <w:p>
      <w:r>
        <w:t>...{..}...</w:t>
      </w:r>
    </w:p>
    <w:p>
      <w:r>
        <w:t>...{Rashi}</w:t>
      </w:r>
    </w:p>
    <w:p>
      <w:r>
        <w:t>[Yes]</w:t>
      </w:r>
    </w:p>
    <w:p>
      <w:r>
        <w:t>Nu, Rabbainu Tam perhaps they did not, did not put them on, I do not remember exactly</w:t>
      </w:r>
    </w:p>
    <w:p>
      <w:r>
        <w:t>[And in the year of Shemittah in Eretz Yisroel, would they say "Tikkun Rachel"? Rebbe Yisroel (Kardonner)] I do not know</w:t>
      </w:r>
    </w:p>
    <w:p>
      <w:r>
        <w:t>[And.. what is better? We do not know anything, because of this..]</w:t>
      </w:r>
    </w:p>
    <w:p>
      <w:r>
        <w:t>Yes</w:t>
      </w:r>
    </w:p>
    <w:p>
      <w:r>
        <w:t>[We are asking]</w:t>
      </w:r>
    </w:p>
    <w:p>
      <w:r>
        <w:t>Yes, yes, yes</w:t>
      </w:r>
    </w:p>
    <w:p>
      <w:r>
        <w:t>[What is the custom? Because there are several customs]</w:t>
      </w:r>
    </w:p>
    <w:p>
      <w:r>
        <w:t>Yes, yes, yes, yes</w:t>
      </w:r>
    </w:p>
    <w:p>
      <w:r>
        <w:t>[Among Sephardim, Ashkenazim, Kabbalists, and..]</w:t>
      </w:r>
    </w:p>
    <w:p>
      <w:r>
        <w:t>Yes, yes</w:t>
      </w:r>
    </w:p>
    <w:p>
      <w:r>
        <w:t>[And according to, according to Rabbainu, what, what is better? According to Rabbainu?]</w:t>
      </w:r>
    </w:p>
    <w:p>
      <w:r>
        <w:t>Certainly, certainly</w:t>
      </w:r>
    </w:p>
    <w:p>
      <w:r>
        <w:t>[Certainly what?]</w:t>
      </w:r>
    </w:p>
    <w:p>
      <w:r>
        <w:t>The holy Rabbainu is the decisor</w:t>
      </w:r>
    </w:p>
    <w:p>
      <w:r>
        <w:t>[Yes, yes, because of this]</w:t>
      </w:r>
    </w:p>
    <w:p>
      <w:r>
        <w:t>{…...}</w:t>
      </w:r>
    </w:p>
    <w:p>
      <w:r>
        <w:t>[What? After? Rabbainu wanted to write a "Shulchan Aruch" at first, he said that he]</w:t>
      </w:r>
    </w:p>
    <w:p>
      <w:r>
        <w:t>Yo</w:t>
      </w:r>
    </w:p>
    <w:p>
      <w:r>
        <w:t>[Said, now there is “Likutay..,” there is "Likutay Moharan"]</w:t>
      </w:r>
    </w:p>
    <w:p>
      <w:r>
        <w:t>In each and every law, how he..</w:t>
      </w:r>
    </w:p>
    <w:p>
      <w:r>
        <w:t>[Yes]</w:t>
      </w:r>
    </w:p>
    <w:p>
      <w:r>
        <w:t>Halachah</w:t>
      </w:r>
    </w:p>
    <w:p>
      <w:r>
        <w:t>[Yes, because the whole world is confused, the whole world is confused]</w:t>
      </w:r>
    </w:p>
    <w:p>
      <w:r>
        <w:t>So when the "Likut Moharan" came out he will not do this</w:t>
      </w:r>
    </w:p>
    <w:p>
      <w:r>
        <w:t>[Yes, Rebbe Yisroel, that means that..]</w:t>
      </w:r>
    </w:p>
    <w:p>
      <w:r>
        <w:t>Someone who studies "Likutay Moharan," then he has, he has a settled halachic ruling, he knows</w:t>
      </w:r>
    </w:p>
    <w:p>
      <w:r>
        <w:t>[Yes, but..]</w:t>
      </w:r>
    </w:p>
    <w:p>
      <w:r>
        <w:t>Ah..</w:t>
      </w:r>
    </w:p>
    <w:p>
      <w:r>
        <w:t>[But according to Rabbainu, according to the "Likutay Moharan," in a year of Shemittah does one need to say "Tikkun Rachel"? According to what you understood, according to Rabbainu.. yes, yes]</w:t>
      </w:r>
    </w:p>
    <w:p>
      <w:r>
        <w:t>{Shoyn}</w:t>
      </w:r>
    </w:p>
    <w:p>
      <w:r>
        <w:t>[Yes, what do you say?]</w:t>
      </w:r>
    </w:p>
    <w:p>
      <w:r>
        <w:t>{..}</w:t>
      </w:r>
    </w:p>
    <w:p>
      <w:r>
        <w:t>[Yes, is it necessary or not?, yes, I am folding, I am folding]</w:t>
      </w:r>
    </w:p>
    <w:p>
      <w:r>
        <w:t>What is this?</w:t>
      </w:r>
    </w:p>
    <w:p>
      <w:r>
        <w:t>[These are the tefillin of Rabbainu.., of "Rabbainu Tam"]…</w:t>
      </w:r>
    </w:p>
    <w:p>
      <w:r>
        <w:t>...[What does one do?]</w:t>
      </w:r>
    </w:p>
    <w:p>
      <w:r>
        <w:t>Eh?</w:t>
      </w:r>
    </w:p>
    <w:p>
      <w:r>
        <w:t>[Concerning "Tikkun Chatzos"]</w:t>
      </w:r>
    </w:p>
    <w:p>
      <w:r>
        <w:t>Rashi are obligatory</w:t>
      </w:r>
    </w:p>
    <w:p>
      <w:r>
        <w:t>[Yes]</w:t>
      </w:r>
    </w:p>
    <w:p>
      <w:r>
        <w:t>Rabbainu Tam, perhaps during Shemittah they did not, did not, did not put them on</w:t>
      </w:r>
    </w:p>
    <w:p>
      <w:r>
        <w:t>[Yes]</w:t>
      </w:r>
    </w:p>
    <w:p>
      <w:r>
        <w:t>What time, which months, I do not remember</w:t>
      </w:r>
    </w:p>
    <w:p>
      <w:r>
        <w:t>[Yes, and "Tikkun Rachel," did they, did they put on "Tikkun Rachel" in a year of Shemittah?]</w:t>
      </w:r>
    </w:p>
    <w:p>
      <w:r>
        <w:t>{..}</w:t>
      </w:r>
    </w:p>
    <w:p>
      <w:r>
        <w:t>[Rabbainu's people, according to, according to Rabbainu]</w:t>
      </w:r>
    </w:p>
    <w:p>
      <w:r>
        <w:t>Yes, apparently they put it on</w:t>
      </w:r>
    </w:p>
    <w:p>
      <w:r>
        <w:t>[Yes]</w:t>
      </w:r>
    </w:p>
    <w:p>
      <w:r>
        <w:t>"Tikkun Rachel"</w:t>
      </w:r>
    </w:p>
    <w:p>
      <w:r>
        <w:t>[Also]</w:t>
      </w:r>
    </w:p>
    <w:p>
      <w:r>
        <w:t>Only, only "Tikkun Leah" they did not say</w:t>
      </w:r>
    </w:p>
    <w:p>
      <w:r>
        <w:t>[Yes?]</w:t>
      </w:r>
    </w:p>
    <w:p>
      <w:r>
        <w:t>Nu, I know, I am not, not certain</w:t>
      </w:r>
    </w:p>
    <w:p>
      <w:r>
        <w:t>[So "Tikkun Rachel" corresponds to Rashi tefillin? "Tikkun Rachel" corresponds to Rashi tefillin?] "Tikkun Rachel" “Tikkun Rachel"..</w:t>
      </w:r>
    </w:p>
    <w:p>
      <w:r>
        <w:t>[Yes?]</w:t>
      </w:r>
    </w:p>
    <w:p>
      <w:r>
        <w:t>{..} Rashi</w:t>
      </w:r>
    </w:p>
    <w:p>
      <w:r>
        <w:t>[Yes? And "Tikkun Leah" corresponds to Rabbainu Tam?]</w:t>
      </w:r>
    </w:p>
    <w:p>
      <w:r>
        <w:t>"Rabbainu Tam"</w:t>
      </w:r>
    </w:p>
    <w:p>
      <w:r>
        <w:t>[Yes?]</w:t>
      </w:r>
    </w:p>
    <w:p>
      <w:r>
        <w:t>I do not remember…</w:t>
      </w:r>
    </w:p>
    <w:p>
      <w:r>
        <w:t>...[Among, among, among the Kabbalists, according to the Rashash, according to the Rashash]</w:t>
      </w:r>
    </w:p>
    <w:p>
      <w:r>
        <w:t>What?</w:t>
      </w:r>
    </w:p>
    <w:p>
      <w:r>
        <w:t>[They say..]</w:t>
      </w:r>
    </w:p>
    <w:p>
      <w:r>
        <w:t>Ask..</w:t>
      </w:r>
    </w:p>
    <w:p>
      <w:r>
        <w:t>[Yes, no..]</w:t>
      </w:r>
    </w:p>
    <w:p>
      <w:r>
        <w:t>What do the Kabbalists say?</w:t>
      </w:r>
    </w:p>
    <w:p>
      <w:r>
        <w:t>[Yes, they do the opposite, only "Tikkun Leah" in a year of Shemittah]</w:t>
      </w:r>
    </w:p>
    <w:p>
      <w:r>
        <w:t>Only, only..?</w:t>
      </w:r>
    </w:p>
    <w:p>
      <w:r>
        <w:t>[Only "Tikkun Leah"]</w:t>
      </w:r>
    </w:p>
    <w:p>
      <w:r>
        <w:t>"Tikkun Leah"</w:t>
      </w:r>
    </w:p>
    <w:p>
      <w:r>
        <w:t>[In a year of Shemittah]</w:t>
      </w:r>
    </w:p>
    <w:p>
      <w:r>
        <w:t>And "Tikkun Rachel" not</w:t>
      </w:r>
    </w:p>
    <w:p>
      <w:r>
        <w:t>[They do not say it]</w:t>
      </w:r>
    </w:p>
    <w:p>
      <w:r>
        <w:t>Ah, ah</w:t>
      </w:r>
    </w:p>
    <w:p>
      <w:r>
        <w:t>[So, but, but according to Rabbainu what, what]</w:t>
      </w:r>
    </w:p>
    <w:p>
      <w:r>
        <w:t>I do not..</w:t>
      </w:r>
    </w:p>
    <w:p>
      <w:r>
        <w:t>[Rebbe Yisroel..]</w:t>
      </w:r>
    </w:p>
    <w:p>
      <w:r>
        <w:t>What I do not know, it is impossible to say</w:t>
      </w:r>
    </w:p>
    <w:p>
      <w:r>
        <w:t>[You, you know, because you received from Rebbe Yisroel (Kardonner), from Rabbainu]</w:t>
      </w:r>
    </w:p>
    <w:p>
      <w:r>
        <w:t>I do not remember, it was a long time, a great deal of time</w:t>
      </w:r>
    </w:p>
    <w:p>
      <w:r>
        <w:t>[Nu, you, you..]…</w:t>
      </w:r>
    </w:p>
    <w:p>
      <w:r>
        <w:t>...[You remember, you need to tell us; if you do not tell us, who..?]</w:t>
      </w:r>
    </w:p>
    <w:p>
      <w:r>
        <w:t>{He said, he said not in..}.. clear</w:t>
      </w:r>
    </w:p>
    <w:p>
      <w:r>
        <w:t>[Yes, so..]</w:t>
      </w:r>
    </w:p>
    <w:p>
      <w:r>
        <w:t>{..}</w:t>
      </w:r>
    </w:p>
    <w:p>
      <w:r>
        <w:t>[According to Breslov, what do they say in a year of Shemittah?</w:t>
      </w:r>
    </w:p>
    <w:p>
      <w:r>
        <w:t>"Tikkun Rachel," and "Tikkun Leah"?</w:t>
      </w:r>
    </w:p>
    <w:p>
      <w:r>
        <w:t>Or only "Tikkun Leah," or only "Tikkun Rachel"?]</w:t>
      </w:r>
    </w:p>
    <w:p>
      <w:r>
        <w:t>I do not know</w:t>
      </w:r>
    </w:p>
    <w:p>
      <w:r>
        <w:t>[All right]…</w:t>
      </w:r>
    </w:p>
    <w:p>
      <w:r>
        <w:t>...[Whom to ask, whom to ask?]</w:t>
      </w:r>
    </w:p>
    <w:p>
      <w:r>
        <w:t>In our synagogue</w:t>
      </w:r>
    </w:p>
    <w:p>
      <w:r>
        <w:t>[Which one?]</w:t>
      </w:r>
    </w:p>
    <w:p>
      <w:r>
        <w:t>There are those who remember</w:t>
      </w:r>
    </w:p>
    <w:p>
      <w:r>
        <w:t>[Th..]…</w:t>
      </w:r>
    </w:p>
    <w:p>
      <w:r>
        <w:t>...[You do not, do not say; who will tell us?]</w:t>
      </w:r>
    </w:p>
    <w:p>
      <w:r>
        <w:t>. I do not know…</w:t>
      </w:r>
    </w:p>
    <w:p>
      <w:r>
        <w:t>[Yes]…[Yes]…...Hashem Yisborach</w:t>
      </w:r>
    </w:p>
    <w:p>
      <w:r>
        <w:t>[Yes]…</w:t>
      </w:r>
    </w:p>
    <w:p>
      <w:r>
        <w:t>[Yes]…</w:t>
      </w:r>
    </w:p>
    <w:p>
      <w:r>
        <w:t>...About all the mitzvos, about everything</w:t>
      </w:r>
    </w:p>
    <w:p>
      <w:r>
        <w:t>[Yes, and "Na Nach," this is also to give "Na Nach"]</w:t>
      </w:r>
    </w:p>
    <w:p>
      <w:r>
        <w:t>"Na Nach"</w:t>
      </w:r>
    </w:p>
    <w:p>
      <w:r>
        <w:t>[Rebbe Yisroel, to make amulets?] Yes!</w:t>
      </w:r>
    </w:p>
    <w:p>
      <w:r>
        <w:t>[Also to make amulets?]</w:t>
      </w:r>
    </w:p>
    <w:p>
      <w:r>
        <w:t>Yes, {they will thank him}</w:t>
      </w:r>
    </w:p>
    <w:p>
      <w:r>
        <w:t>[Yes? And to give people amulets?]</w:t>
      </w:r>
    </w:p>
    <w:p>
      <w:r>
        <w:t>"Na Nach," "Na Nach"</w:t>
      </w:r>
    </w:p>
    <w:p>
      <w:r>
        <w:t>[…]</w:t>
      </w:r>
    </w:p>
    <w:p>
      <w:r>
        <w:t>{See} salvations</w:t>
      </w:r>
    </w:p>
    <w:p>
      <w:r>
        <w:t>[Yes?]</w:t>
      </w:r>
    </w:p>
    <w:p>
      <w:r>
        <w:t>Ho.. ho.. ho.. ho..</w:t>
      </w:r>
    </w:p>
    <w:p>
      <w:r>
        <w:t>Blessed are You, Hashem..</w:t>
      </w:r>
    </w:p>
    <w:p>
      <w:r>
        <w:t>[Blessed is He and blessed is His Name]</w:t>
      </w:r>
    </w:p>
    <w:p>
      <w:r>
        <w:t>Our God, King of the universe, Who creates kinds of nourishment</w:t>
      </w:r>
    </w:p>
    <w:p>
      <w:r>
        <w:t>[Amen]…</w:t>
      </w:r>
    </w:p>
    <w:p>
      <w:r>
        <w:t>...{From this}</w:t>
      </w:r>
    </w:p>
    <w:p>
      <w:r>
        <w:t>[Yes?]</w:t>
      </w:r>
    </w:p>
    <w:p>
      <w:r>
        <w:t>This rises higher, above all the Torah, above all the mitzvos, above everything!</w:t>
      </w:r>
    </w:p>
    <w:p>
      <w:r>
        <w:t>[Was he speaking about the printing?]</w:t>
      </w:r>
    </w:p>
    <w:p>
      <w:r>
        <w:t>[About the dissemination]</w:t>
      </w:r>
    </w:p>
    <w:p>
      <w:r>
        <w:t>[…]…</w:t>
      </w:r>
    </w:p>
    <w:p>
      <w:r>
        <w:t>...{..}...</w:t>
      </w:r>
    </w:p>
    <w:p>
      <w:r>
        <w:t>...{That it should be} in truth and with faith, in truth</w:t>
      </w:r>
    </w:p>
    <w:p>
      <w:r>
        <w:t>[In truth, in truth, what do I have from this? I have nothing..]…</w:t>
      </w:r>
    </w:p>
    <w:p>
      <w:r>
        <w:t>...{..}…</w:t>
      </w:r>
    </w:p>
    <w:p>
      <w:r>
        <w:t>...Rabbainu in the world, this is the essence of the redemption, yes</w:t>
      </w:r>
    </w:p>
    <w:p>
      <w:r>
        <w:t>In general and in particular and in all matters…</w:t>
      </w:r>
    </w:p>
    <w:p>
      <w:r>
        <w:t>...[This brings the redemption closer]</w:t>
      </w:r>
    </w:p>
    <w:p>
      <w:r>
        <w:t>Certainly, every utterance of Rabbainu, of blessed memory, that enters some J.., some..</w:t>
      </w:r>
    </w:p>
    <w:p>
      <w:r>
        <w:t>[Jew]</w:t>
      </w:r>
    </w:p>
    <w:p>
      <w:r>
        <w:t>Jew, then this is already his redemption, his rectification…</w:t>
      </w:r>
    </w:p>
    <w:p>
      <w:r>
        <w:t>...Not yet, {..}…</w:t>
      </w:r>
    </w:p>
    <w:p>
      <w:r>
        <w:t>...And we will believe in the Torah and the mitzvos, and we will be like children with Hashem Yisborach</w:t>
      </w:r>
    </w:p>
    <w:p>
      <w:r>
        <w:t>That is it, that is the ultimate purpose, that is life…</w:t>
      </w:r>
    </w:p>
    <w:p>
      <w:r>
        <w:t>...Life, life of a kind of animal</w:t>
      </w:r>
    </w:p>
    <w:p>
      <w:r>
        <w:t>There are animals that walk on four legs</w:t>
      </w:r>
    </w:p>
    <w:p>
      <w:r>
        <w:t>And there are animals that walk on two legs</w:t>
      </w:r>
    </w:p>
    <w:p>
      <w:r>
        <w:t>In the world, animals walk around on two legs and also speak...</w:t>
      </w:r>
    </w:p>
    <w:p>
      <w:r>
        <w:t>...And to believe that Hashem Yisborach hears every prayer</w:t>
      </w:r>
    </w:p>
    <w:p>
      <w:r>
        <w:t>And even a good desire that we have, Hashem Yisborach knows everything, and helps us and wants to help us</w:t>
      </w:r>
    </w:p>
    <w:p>
      <w:r>
        <w:t>Only the main thing is that we are far from faith and from truth</w:t>
      </w:r>
    </w:p>
    <w:p>
      <w:r>
        <w:t>We are "the Jewish people"</w:t>
      </w:r>
    </w:p>
    <w:p>
      <w:r>
        <w:t>We received the Torah and we are</w:t>
      </w:r>
    </w:p>
    <w:p>
      <w:r>
        <w:t>"The people of the Torah"</w:t>
      </w:r>
    </w:p>
    <w:p>
      <w:r>
        <w:t>"The people of Hashem"</w:t>
      </w:r>
    </w:p>
    <w:p>
      <w:r>
        <w:t>Yes</w:t>
      </w:r>
    </w:p>
    <w:p>
      <w:r>
        <w:t>And all our vitality is in the Torah and the mitzvos; this is all the vitality…</w:t>
      </w:r>
    </w:p>
    <w:p>
      <w:r>
        <w:t>...[…..]</w:t>
      </w:r>
    </w:p>
    <w:p>
      <w:r>
        <w:t>[…..]</w:t>
      </w:r>
    </w:p>
    <w:p>
      <w:r>
        <w:t>Ho..</w:t>
      </w:r>
    </w:p>
    <w:p>
      <w:r>
        <w:t>[Saba and the friends sing:</w:t>
      </w:r>
    </w:p>
    <w:p>
      <w:r>
        <w:t>"Na Na-ch Nachma Nachman MeUman.."]…</w:t>
      </w:r>
    </w:p>
    <w:p>
      <w:r>
        <w:br w:type="page"/>
      </w:r>
    </w:p>
    <w:p>
      <w:pPr>
        <w:pStyle w:val="Heading1"/>
      </w:pPr>
      <w:r>
        <w:t>Tape 39</w:t>
      </w:r>
    </w:p>
    <w:p>
      <w:pPr>
        <w:pStyle w:val="Heading2"/>
      </w:pPr>
      <w:r>
        <w:t>Side A (Aleph)</w:t>
      </w:r>
    </w:p>
    <w:p>
      <w:r>
        <w:t>...{I want to go to Osher}…</w:t>
      </w:r>
    </w:p>
    <w:p>
      <w:r>
        <w:t>...[Liver]</w:t>
      </w:r>
    </w:p>
    <w:p>
      <w:r>
        <w:t>Eh?</w:t>
      </w:r>
    </w:p>
    <w:p>
      <w:r>
        <w:t>[Yes, liver]</w:t>
      </w:r>
    </w:p>
    <w:p>
      <w:r>
        <w:t>Liver?</w:t>
      </w:r>
    </w:p>
    <w:p>
      <w:r>
        <w:t>[Liver, yes, yes]</w:t>
      </w:r>
    </w:p>
    <w:p>
      <w:r>
        <w:t>Ah, nothing, there is nothing here</w:t>
      </w:r>
    </w:p>
    <w:p>
      <w:r>
        <w:t>It belongs to Hashem Yisborach, the children belong to Hashem Yisborach, the money belongs to Hashem Yisborach</w:t>
      </w:r>
    </w:p>
    <w:p>
      <w:r>
        <w:t>What do you want? {Are you entitled to it?}</w:t>
      </w:r>
    </w:p>
    <w:p>
      <w:r>
        <w:t>Osher {also} for Hashem Yisborach</w:t>
      </w:r>
    </w:p>
    <w:p>
      <w:r>
        <w:t>With the liver, Osher with the liver {of Hashem Yisborach}, what do you want? {Which..}</w:t>
      </w:r>
    </w:p>
    <w:p>
      <w:r>
        <w:t>Ah..</w:t>
      </w:r>
    </w:p>
    <w:p>
      <w:r>
        <w:t>What, sukkah {...}, sukkah? Is today Sukkos?</w:t>
      </w:r>
    </w:p>
    <w:p>
      <w:r>
        <w:t>[No]</w:t>
      </w:r>
    </w:p>
    <w:p>
      <w:r>
        <w:t>They come with claims, {of} Hashem Yisborach, my children, my money, my apartment—what? You have nothing—what? Is this yours? From where did you bring it?</w:t>
      </w:r>
    </w:p>
    <w:p>
      <w:r>
        <w:t>Who is this? Freinty?</w:t>
      </w:r>
    </w:p>
    <w:p>
      <w:r>
        <w:t>[Yes]</w:t>
      </w:r>
    </w:p>
    <w:p>
      <w:r>
        <w:t>Freinty is also mine, {yes}</w:t>
      </w:r>
    </w:p>
    <w:p>
      <w:r>
        <w:t>He is from France, he is not mine</w:t>
      </w:r>
    </w:p>
    <w:p>
      <w:r>
        <w:t>I saw Rebbe Yisroel (Kardonner), how he dances, how he rejoices with Hashem Yisborach</w:t>
      </w:r>
    </w:p>
    <w:p>
      <w:r>
        <w:t>And how he thanks Him very much for everything, for the apartment, for the money, for {….}, for the children</w:t>
      </w:r>
    </w:p>
    <w:p>
      <w:r>
        <w:t>For everything he thanked Hashem Yisborach:</w:t>
      </w:r>
    </w:p>
    <w:p>
      <w:r>
        <w:t>"Master of the World, I thank You for having given me children, for having given me money, for having given me an apartment"</w:t>
      </w:r>
    </w:p>
    <w:p>
      <w:r>
        <w:t>How good it is to believe in Hashem and in the Torah, and to fulfill the Torah; how much this is worth</w:t>
      </w:r>
    </w:p>
    <w:p>
      <w:r>
        <w:t>Every moment, millions; every moment, there is no way to pay, it is impossible to pay, what {this is}</w:t>
      </w:r>
    </w:p>
    <w:p>
      <w:r>
        <w:t>Every moment that I know, that I, that Hashem created me and gave me an apartment and everything, and gave me gifts</w:t>
      </w:r>
    </w:p>
    <w:p>
      <w:r>
        <w:t>Osher, my Osher?</w:t>
      </w:r>
    </w:p>
    <w:p>
      <w:r>
        <w:t>He also came from France, nu</w:t>
      </w:r>
    </w:p>
    <w:p>
      <w:r>
        <w:t>Who is this?</w:t>
      </w:r>
    </w:p>
    <w:p>
      <w:r>
        <w:t>[Freinty]</w:t>
      </w:r>
    </w:p>
    <w:p>
      <w:r>
        <w:t>Freinty? What are you doing here?</w:t>
      </w:r>
    </w:p>
    <w:p>
      <w:r>
        <w:t>[To visit Eretz Yisroel]</w:t>
      </w:r>
    </w:p>
    <w:p>
      <w:r>
        <w:t>What is this? Is it Sukkos now, sukkah?</w:t>
      </w:r>
    </w:p>
    <w:p>
      <w:r>
        <w:t>[Where do I need to be?]</w:t>
      </w:r>
    </w:p>
    <w:p>
      <w:r>
        <w:t>Eh?</w:t>
      </w:r>
    </w:p>
    <w:p>
      <w:r>
        <w:t>[Where do I need to be?]</w:t>
      </w:r>
    </w:p>
    <w:p>
      <w:r>
        <w:t>{..}…</w:t>
      </w:r>
    </w:p>
    <w:p>
      <w:r>
        <w:t>...What is this? Ah..</w:t>
      </w:r>
    </w:p>
    <w:p>
      <w:r>
        <w:t>Blessed are You, Hashem, our God, King of the universe, through Whose word everything came to be</w:t>
      </w:r>
    </w:p>
    <w:p>
      <w:r>
        <w:t>[Amen]</w:t>
      </w:r>
    </w:p>
    <w:p>
      <w:r>
        <w:t>{..}</w:t>
      </w:r>
    </w:p>
    <w:p>
      <w:r>
        <w:t>Good, no, no, no liver; I want honey and milk…</w:t>
      </w:r>
    </w:p>
    <w:p>
      <w:r>
        <w:t>...Freinty?</w:t>
      </w:r>
    </w:p>
    <w:p>
      <w:r>
        <w:t>You are from France, and he is from America; everyone is {returning\equal}, belongs to Hashem Yisborach</w:t>
      </w:r>
    </w:p>
    <w:p>
      <w:r>
        <w:t>What? Are you entitled to some, are you entitled to some thing? {How did all this come to be?}</w:t>
      </w:r>
    </w:p>
    <w:p>
      <w:r>
        <w:t>Oy, how good and how pleasant is our Torah, every letter, every point, every mitzvah</w:t>
      </w:r>
    </w:p>
    <w:p>
      <w:r>
        <w:t>We are Jews, we have..</w:t>
      </w:r>
    </w:p>
    <w:p>
      <w:r>
        <w:t>The gentiles, all the gentiles of the entire world do not have even one Shabbos, they have nothing, nothing; only we, the people of Yisroel—the whole world is ours</w:t>
      </w:r>
    </w:p>
    <w:p>
      <w:r>
        <w:t>Eretz Yisroel is ours</w:t>
      </w:r>
    </w:p>
    <w:p>
      <w:r>
        <w:t>The Beis Hamikdash is ours</w:t>
      </w:r>
    </w:p>
    <w:p>
      <w:r>
        <w:t>Yerushalayim is ours</w:t>
      </w:r>
    </w:p>
    <w:p>
      <w:r>
        <w:t>What?</w:t>
      </w:r>
    </w:p>
    <w:p>
      <w:r>
        <w:t>Osher, Osher, Osher</w:t>
      </w:r>
    </w:p>
    <w:p>
      <w:r>
        <w:t>[No, Shlomo]</w:t>
      </w:r>
    </w:p>
    <w:p>
      <w:r>
        <w:t>Yes?</w:t>
      </w:r>
    </w:p>
    <w:p>
      <w:r>
        <w:t>If we had nothing but one point of the Torah, then this, this is the essence of life</w:t>
      </w:r>
    </w:p>
    <w:p>
      <w:r>
        <w:t>Joy is the essence of life, but without this, what? Nothing</w:t>
      </w:r>
    </w:p>
    <w:p>
      <w:r>
        <w:t>What is tonight? Shabbos?</w:t>
      </w:r>
    </w:p>
    <w:p>
      <w:r>
        <w:t>[No, no]</w:t>
      </w:r>
    </w:p>
    <w:p>
      <w:r>
        <w:t>No</w:t>
      </w:r>
    </w:p>
    <w:p>
      <w:r>
        <w:t>[Sunday..]</w:t>
      </w:r>
    </w:p>
    <w:p>
      <w:r>
        <w:t>Eh? Shabbos?</w:t>
      </w:r>
    </w:p>
    <w:p>
      <w:r>
        <w:t>[At night, Sunday night]</w:t>
      </w:r>
    </w:p>
    <w:p>
      <w:r>
        <w:t>Eh?</w:t>
      </w:r>
    </w:p>
    <w:p>
      <w:r>
        <w:t>[Sunday, Sunday]</w:t>
      </w:r>
    </w:p>
    <w:p>
      <w:r>
        <w:t>Sunday</w:t>
      </w:r>
    </w:p>
    <w:p>
      <w:r>
        <w:t>[Yes]…</w:t>
      </w:r>
    </w:p>
    <w:p>
      <w:r>
        <w:t>...Mashiach, then there will be such joy in the world, ah, ah</w:t>
      </w:r>
    </w:p>
    <w:p>
      <w:r>
        <w:t>There was not, from the day the world was created there was no such joy as, as now</w:t>
      </w:r>
    </w:p>
    <w:p>
      <w:r>
        <w:t>Yes, Hashem Yisborach gave us the Torah, life, the Torah</w:t>
      </w:r>
    </w:p>
    <w:p>
      <w:r>
        <w:t>Nu, Freinty</w:t>
      </w:r>
    </w:p>
    <w:p>
      <w:r>
        <w:t>[Yes]</w:t>
      </w:r>
    </w:p>
    <w:p>
      <w:r>
        <w:t>I want honey and milk</w:t>
      </w:r>
    </w:p>
    <w:p>
      <w:r>
        <w:t>[You are fleishig, Rebbe Yisroel]</w:t>
      </w:r>
    </w:p>
    <w:p>
      <w:r>
        <w:t>Eh?</w:t>
      </w:r>
    </w:p>
    <w:p>
      <w:r>
        <w:t>[You are fleishig]</w:t>
      </w:r>
    </w:p>
    <w:p>
      <w:r>
        <w:t>Yes? Who is this? Avraham?</w:t>
      </w:r>
    </w:p>
    <w:p>
      <w:r>
        <w:t>[No, Osher, Osher]</w:t>
      </w:r>
    </w:p>
    <w:p>
      <w:r>
        <w:t>Osher?</w:t>
      </w:r>
    </w:p>
    <w:p>
      <w:r>
        <w:t>["To make known.. to make known..”]</w:t>
      </w:r>
    </w:p>
    <w:p>
      <w:r>
        <w:t>"To make known, to make known, to make known, to make known, to make known, to make known"</w:t>
      </w:r>
    </w:p>
    <w:p>
      <w:r>
        <w:t>What to make known?</w:t>
      </w:r>
    </w:p>
    <w:p>
      <w:r>
        <w:t>[.…]</w:t>
      </w:r>
    </w:p>
    <w:p>
      <w:r>
        <w:t>Only "to make known, to make known, to make known..,” what? Until when to make known?</w:t>
      </w:r>
    </w:p>
    <w:p>
      <w:r>
        <w:t>[Rebbe Yisroel, do you want to drink?]</w:t>
      </w:r>
    </w:p>
    <w:p>
      <w:r>
        <w:t>{..}</w:t>
      </w:r>
    </w:p>
    <w:p>
      <w:r>
        <w:t>[No, do you want to drink?]</w:t>
      </w:r>
    </w:p>
    <w:p>
      <w:r>
        <w:t>Am I fleishig?</w:t>
      </w:r>
    </w:p>
    <w:p>
      <w:r>
        <w:t>[Then it is possible to drink cola]</w:t>
      </w:r>
    </w:p>
    <w:p>
      <w:r>
        <w:t>No</w:t>
      </w:r>
    </w:p>
    <w:p>
      <w:r>
        <w:t>[To drink juice]</w:t>
      </w:r>
    </w:p>
    <w:p>
      <w:r>
        <w:t>I {…}</w:t>
      </w:r>
    </w:p>
    <w:p>
      <w:r>
        <w:t>[Do you want cola?]</w:t>
      </w:r>
    </w:p>
    <w:p>
      <w:r>
        <w:t>I took liver, but I did not eat it</w:t>
      </w:r>
    </w:p>
    <w:p>
      <w:r>
        <w:t>[You..]</w:t>
      </w:r>
    </w:p>
    <w:p>
      <w:r>
        <w:t>No</w:t>
      </w:r>
    </w:p>
    <w:p>
      <w:r>
        <w:t>[But do you want to drink cola?]</w:t>
      </w:r>
    </w:p>
    <w:p>
      <w:r>
        <w:t>No, cola? No</w:t>
      </w:r>
    </w:p>
    <w:p>
      <w:r>
        <w:t>[..]</w:t>
      </w:r>
    </w:p>
    <w:p>
      <w:r>
        <w:t>Only hot, hot</w:t>
      </w:r>
    </w:p>
    <w:p>
      <w:r>
        <w:t>[…]</w:t>
      </w:r>
    </w:p>
    <w:p>
      <w:r>
        <w:t>Hot, if there is</w:t>
      </w:r>
    </w:p>
    <w:p>
      <w:r>
        <w:t>[There is cold]</w:t>
      </w:r>
    </w:p>
    <w:p>
      <w:r>
        <w:t>[Do you want tea?]</w:t>
      </w:r>
    </w:p>
    <w:p>
      <w:r>
        <w:t>Are you Osher?</w:t>
      </w:r>
    </w:p>
    <w:p>
      <w:r>
        <w:t>[Osher, yes]</w:t>
      </w:r>
    </w:p>
    <w:p>
      <w:r>
        <w:t>And he?</w:t>
      </w:r>
    </w:p>
    <w:p>
      <w:r>
        <w:t>[Shlomo]</w:t>
      </w:r>
    </w:p>
    <w:p>
      <w:r>
        <w:t>[Shlomo]</w:t>
      </w:r>
    </w:p>
    <w:p>
      <w:r>
        <w:t>[Shlomo]</w:t>
      </w:r>
    </w:p>
    <w:p>
      <w:r>
        <w:t>Who is this?</w:t>
      </w:r>
    </w:p>
    <w:p>
      <w:r>
        <w:t>[Shlomo son of Aviva, Shlomo, Shlomo]</w:t>
      </w:r>
    </w:p>
    <w:p>
      <w:r>
        <w:t>Shlomo?</w:t>
      </w:r>
    </w:p>
    <w:p>
      <w:r>
        <w:t>[Yes]</w:t>
      </w:r>
    </w:p>
    <w:p>
      <w:r>
        <w:t>Ah, I forgot {entirely} everything</w:t>
      </w:r>
    </w:p>
    <w:p>
      <w:r>
        <w:t>[All rights reserved to Shmuel, all rights reserved only to you]</w:t>
      </w:r>
    </w:p>
    <w:p>
      <w:r>
        <w:t>[……….]</w:t>
      </w:r>
    </w:p>
    <w:p>
      <w:r>
        <w:t>[……….]</w:t>
      </w:r>
    </w:p>
    <w:p>
      <w:r>
        <w:t>Where is Avraham?</w:t>
      </w:r>
    </w:p>
    <w:p>
      <w:r>
        <w:t>[Avraham is sleeping, he is sleeping, sleeping]</w:t>
      </w:r>
    </w:p>
    <w:p>
      <w:r>
        <w:t>{Sleeping?}</w:t>
      </w:r>
    </w:p>
    <w:p>
      <w:r>
        <w:t>[Sleeping, yes]</w:t>
      </w:r>
    </w:p>
    <w:p>
      <w:r>
        <w:t>What is this? Was the world created in order to sleep? In order to eat? What is this?</w:t>
      </w:r>
    </w:p>
    <w:p>
      <w:r>
        <w:t>What, what time is it?</w:t>
      </w:r>
    </w:p>
    <w:p>
      <w:r>
        <w:t>[Three]</w:t>
      </w:r>
    </w:p>
    <w:p>
      <w:r>
        <w:t>Eh?</w:t>
      </w:r>
    </w:p>
    <w:p>
      <w:r>
        <w:t>[A quarter past three]</w:t>
      </w:r>
    </w:p>
    <w:p>
      <w:r>
        <w:t>[A quarter past three]</w:t>
      </w:r>
    </w:p>
    <w:p>
      <w:r>
        <w:t>[Three, a quarter past three]</w:t>
      </w:r>
    </w:p>
    <w:p>
      <w:r>
        <w:t>Three? Three?</w:t>
      </w:r>
    </w:p>
    <w:p>
      <w:r>
        <w:t>[A quarter past three]</w:t>
      </w:r>
    </w:p>
    <w:p>
      <w:r>
        <w:t>A quarter past three, ah, good</w:t>
      </w:r>
    </w:p>
    <w:p>
      <w:r>
        <w:t>[…]</w:t>
      </w:r>
    </w:p>
    <w:p>
      <w:r>
        <w:t>Ah, here is the clock</w:t>
      </w:r>
    </w:p>
    <w:p>
      <w:r>
        <w:t>[Ah, a clock]</w:t>
      </w:r>
    </w:p>
    <w:p>
      <w:r>
        <w:t>Yes</w:t>
      </w:r>
    </w:p>
    <w:p>
      <w:r>
        <w:t>[A quarter past three]</w:t>
      </w:r>
    </w:p>
    <w:p>
      <w:r>
        <w:t>Nu, go to sleep</w:t>
      </w:r>
    </w:p>
    <w:p>
      <w:r>
        <w:t>[Go to sleep..]</w:t>
      </w:r>
    </w:p>
    <w:p>
      <w:r>
        <w:t>[..Believe me, I need to return in repentance]</w:t>
      </w:r>
    </w:p>
    <w:p>
      <w:r>
        <w:t>Freinty?</w:t>
      </w:r>
    </w:p>
    <w:p>
      <w:r>
        <w:t>[Yes]</w:t>
      </w:r>
    </w:p>
    <w:p>
      <w:r>
        <w:t>He is from France</w:t>
      </w:r>
    </w:p>
    <w:p>
      <w:r>
        <w:t>Nu, shall we eat?</w:t>
      </w:r>
    </w:p>
    <w:p>
      <w:r>
        <w:t>Is this Yerushalayim? Where, what place is this?</w:t>
      </w:r>
    </w:p>
    <w:p>
      <w:r>
        <w:t>[Ramat Gan, Ramat Gan]</w:t>
      </w:r>
    </w:p>
    <w:p>
      <w:r>
        <w:t>Eh?</w:t>
      </w:r>
    </w:p>
    <w:p>
      <w:r>
        <w:t>[Ramat Gan]</w:t>
      </w:r>
    </w:p>
    <w:p>
      <w:r>
        <w:t>Ramat Gan</w:t>
      </w:r>
    </w:p>
    <w:p>
      <w:r>
        <w:t>[Yes]</w:t>
      </w:r>
    </w:p>
    <w:p>
      <w:r>
        <w:t>Ramat Gan</w:t>
      </w:r>
    </w:p>
    <w:p>
      <w:r>
        <w:t>Hashem Yisborach gave me such property, Ramat.., all of Ramat Gan is mine, yes</w:t>
      </w:r>
    </w:p>
    <w:p>
      <w:r>
        <w:t>The non-Jews are worth nothing; without the Torah it is not life, there is nothing, they have nothing, {what}</w:t>
      </w:r>
    </w:p>
    <w:p>
      <w:r>
        <w:t>They eat straw; all day he eats, stands and eats and works, that is it, a donkey</w:t>
      </w:r>
    </w:p>
    <w:p>
      <w:r>
        <w:t>I want to drink; why do they not give me something hot to drink? The main thing is hot, not cold, ah..</w:t>
      </w:r>
    </w:p>
    <w:p>
      <w:r>
        <w:t>Freinty</w:t>
      </w:r>
    </w:p>
    <w:p>
      <w:r>
        <w:t>[Yes]</w:t>
      </w:r>
    </w:p>
    <w:p>
      <w:r>
        <w:t>When did you come? Yesterday?</w:t>
      </w:r>
    </w:p>
    <w:p>
      <w:r>
        <w:t>[No, before, before six hours, at the beginning of the night]</w:t>
      </w:r>
    </w:p>
    <w:p>
      <w:r>
        <w:t>Eh?</w:t>
      </w:r>
    </w:p>
    <w:p>
      <w:r>
        <w:t>[At the beginning of the night]</w:t>
      </w:r>
    </w:p>
    <w:p>
      <w:r>
        <w:t>At the beginning of the night, ah, ah</w:t>
      </w:r>
    </w:p>
    <w:p>
      <w:r>
        <w:t>Oy, Master of the World, oy vey</w:t>
      </w:r>
    </w:p>
    <w:p>
      <w:r>
        <w:t>Where is the child Nachman?</w:t>
      </w:r>
    </w:p>
    <w:p>
      <w:r>
        <w:t>[The child is with the mother]</w:t>
      </w:r>
    </w:p>
    <w:p>
      <w:r>
        <w:t>Eh? With the mother?</w:t>
      </w:r>
    </w:p>
    <w:p>
      <w:r>
        <w:t>[And..]</w:t>
      </w:r>
    </w:p>
    <w:p>
      <w:r>
        <w:t>Blessed is Hashem</w:t>
      </w:r>
    </w:p>
    <w:p>
      <w:r>
        <w:t>[At her parents’ home]</w:t>
      </w:r>
    </w:p>
    <w:p>
      <w:r>
        <w:t>At?</w:t>
      </w:r>
    </w:p>
    <w:p>
      <w:r>
        <w:t>[Her parents]</w:t>
      </w:r>
    </w:p>
    <w:p>
      <w:r>
        <w:t>Her parents?</w:t>
      </w:r>
    </w:p>
    <w:p>
      <w:r>
        <w:t>[Yes]</w:t>
      </w:r>
    </w:p>
    <w:p>
      <w:r>
        <w:t>Ah</w:t>
      </w:r>
    </w:p>
    <w:p>
      <w:r>
        <w:t>[And..]</w:t>
      </w:r>
    </w:p>
    <w:p>
      <w:r>
        <w:t>Blessed is Hashem, blessed is Hashem, he has, he has where to be, to eat and to drink, blessed is Hashem, but they want to kill..</w:t>
      </w:r>
    </w:p>
    <w:p>
      <w:r>
        <w:t>[They want a divorce]</w:t>
      </w:r>
    </w:p>
    <w:p>
      <w:r>
        <w:t>You and the child</w:t>
      </w:r>
    </w:p>
    <w:p>
      <w:r>
        <w:t>They will not succeed, they will not succeed..</w:t>
      </w:r>
    </w:p>
    <w:p>
      <w:r>
        <w:t>Ho, ho, ho, ho, hot, hot, blessed is Hashem…</w:t>
      </w:r>
    </w:p>
    <w:p>
      <w:r>
        <w:t>...In Yerushalayim, there is Yerushalayim, the Beis Hamikdash and Zichron Moshe</w:t>
      </w:r>
    </w:p>
    <w:p>
      <w:r>
        <w:t>The main thing, they say, “We are hungry, we want to eat”</w:t>
      </w:r>
    </w:p>
    <w:p>
      <w:r>
        <w:t>They give them every good thing</w:t>
      </w:r>
    </w:p>
    <w:p>
      <w:r>
        <w:t>“No, we want eating of Torah, no, eating like this is, this is nothing”</w:t>
      </w:r>
    </w:p>
    <w:p>
      <w:r>
        <w:t>Blessed are You, Hashem our God, King of the world, by Whose word everything came to be</w:t>
      </w:r>
    </w:p>
    <w:p>
      <w:r>
        <w:t>Ho, good, ho, ho</w:t>
      </w:r>
    </w:p>
    <w:p>
      <w:r>
        <w:t>Rabbainu HaKadosh said:</w:t>
      </w:r>
    </w:p>
    <w:p>
      <w:r>
        <w:t>“There is a great world; I, I and Nassan laugh at the entire world”</w:t>
      </w:r>
    </w:p>
    <w:p>
      <w:r>
        <w:t>He rectified the world, he gave us such a holy Torah, and gave us all our vitality, the Torah, Breslov? The entire world did not want Breslov…</w:t>
      </w:r>
    </w:p>
    <w:p>
      <w:r>
        <w:t>...HaKadosh said, the entire world is against him, and he said..</w:t>
      </w:r>
    </w:p>
    <w:p>
      <w:r>
        <w:t>The entire world is against him, {..}</w:t>
      </w:r>
    </w:p>
    <w:p>
      <w:r>
        <w:t>“I and Nassan laugh at the entire world”</w:t>
      </w:r>
    </w:p>
    <w:p>
      <w:r>
        <w:t>The “Likutey Moharan,” “Likutey Halachos”</w:t>
      </w:r>
    </w:p>
    <w:p>
      <w:r>
        <w:t>Every utterance that Rabbainu HaKadosh revealed, Torahs, such a Torah</w:t>
      </w:r>
    </w:p>
    <w:p>
      <w:r>
        <w:t>They want to eat and to drink and to sleep, and that is all, {yes}</w:t>
      </w:r>
    </w:p>
    <w:p>
      <w:r>
        <w:t>{And I the Rebbe}, the entire world was far from Breslov, {Breslov was forbidden\they did not want Breslov}</w:t>
      </w:r>
    </w:p>
    <w:p>
      <w:r>
        <w:t>Then Rabbainu HaKadosh said:</w:t>
      </w:r>
    </w:p>
    <w:p>
      <w:r>
        <w:t>“I and Nassan laugh at the, at the entire world”</w:t>
      </w:r>
    </w:p>
    <w:p>
      <w:r>
        <w:t>{…}, yes, two people laugh at the entire world…</w:t>
      </w:r>
    </w:p>
    <w:p>
      <w:r>
        <w:t>...“I and Nassan laugh at the entire world”</w:t>
      </w:r>
    </w:p>
    <w:p>
      <w:r>
        <w:t>And I too used to laugh, laugh at everyone; the entire world did not want Breslov, they were opponents: “Breslov? Forbidden”</w:t>
      </w:r>
    </w:p>
    <w:p>
      <w:r>
        <w:t>Nu, Rabbainu HaKadosh said, what:</w:t>
      </w:r>
    </w:p>
    <w:p>
      <w:r>
        <w:t>“I and N.., and Rebbe Nassan laugh at the entire world”</w:t>
      </w:r>
    </w:p>
    <w:p>
      <w:r>
        <w:t>Oy, Rabbainu HaKadosh, he, he revealed to us such “Sippurei Maasiyos”</w:t>
      </w:r>
    </w:p>
    <w:p>
      <w:r>
        <w:t>There had not been, from the day the world was created, there had not been “Sippurei Maasiyos”</w:t>
      </w:r>
    </w:p>
    <w:p>
      <w:r>
        <w:t>And once Rabbainu HaKadosh revealed the “Sippurei Maasiyos,” he said:</w:t>
      </w:r>
    </w:p>
    <w:p>
      <w:r>
        <w:t>“I and Nassan laugh at the entire world,” and he already has {by him} “Sippurei Maasiyos”</w:t>
      </w:r>
    </w:p>
    <w:p>
      <w:r>
        <w:t>There had not been “Sippurei Maasiyos” in the world; there had still been nothing</w:t>
      </w:r>
    </w:p>
    <w:p>
      <w:r>
        <w:t>Without the “Sippurei Maasiyos” the entire world is nothing</w:t>
      </w:r>
    </w:p>
    <w:p>
      <w:r>
        <w:t>Every utterance of “Sippurei Maasiyos” is all our vitality, all our life, all.. everything</w:t>
      </w:r>
    </w:p>
    <w:p>
      <w:r>
        <w:t>The sons and the money and everything, everything belongs to Hashem Yisborach</w:t>
      </w:r>
    </w:p>
    <w:p>
      <w:r>
        <w:t>{…} Ahh.. when Rabbainu HaKadosh came into the world, and he revealed such “Sippurei Maasiyos”</w:t>
      </w:r>
    </w:p>
    <w:p>
      <w:r>
        <w:t>Then I, then we laugh at the entire world</w:t>
      </w:r>
    </w:p>
    <w:p>
      <w:r>
        <w:t>There is ‘Seven Beggars,’ nu, was there? Was there ‘Seven Beggars’?</w:t>
      </w:r>
    </w:p>
    <w:p>
      <w:r>
        <w:t>Rabbainu HaKadosh revealed</w:t>
      </w:r>
    </w:p>
    <w:p>
      <w:r>
        <w:t>Oy..</w:t>
      </w:r>
    </w:p>
    <w:p>
      <w:r>
        <w:t>Such “Sippurei Maasiyos”—every utterance is worth, every utterance—there is no way to pay and no way to attain and no way to buy</w:t>
      </w:r>
    </w:p>
    <w:p>
      <w:r>
        <w:t>Every utterance, each and every utterance of Rabbainu HaKadosh, who revealed to us such “Sippurei Maasiyos”</w:t>
      </w:r>
    </w:p>
    <w:p>
      <w:r>
        <w:t>What joy there will be when our righteous Mashiach comes; then the entire world will already be full of joy, everyone will dance—we already have “Sippurei Maasiyos”</w:t>
      </w:r>
    </w:p>
    <w:p>
      <w:r>
        <w:t>And we already have “Likutey Halachos”</w:t>
      </w:r>
    </w:p>
    <w:p>
      <w:r>
        <w:t>And “Likutey Moharan”</w:t>
      </w:r>
    </w:p>
    <w:p>
      <w:r>
        <w:t>And “Kitzur Likutey Moharan”</w:t>
      </w:r>
    </w:p>
    <w:p>
      <w:r>
        <w:t>“Likutey Eitzos”</w:t>
      </w:r>
    </w:p>
    <w:p>
      <w:r>
        <w:t>What? {Do you see?}</w:t>
      </w:r>
    </w:p>
    <w:p>
      <w:r>
        <w:t>The world without Rabbainu, it has nothing, it has no vitality at all</w:t>
      </w:r>
    </w:p>
    <w:p>
      <w:r>
        <w:t>Until Rabbainu HaKadosh came into the world, and there is already the “Sippurei Maasiyos”</w:t>
      </w:r>
    </w:p>
    <w:p>
      <w:r>
        <w:t>And “Likutey Moharan”</w:t>
      </w:r>
    </w:p>
    <w:p>
      <w:r>
        <w:t>And “Likutey Halachos”</w:t>
      </w:r>
    </w:p>
    <w:p>
      <w:r>
        <w:t>{...}, what joy this is</w:t>
      </w:r>
    </w:p>
    <w:p>
      <w:r>
        <w:t>“I, I and Nassan laugh at the entire world”</w:t>
      </w:r>
    </w:p>
    <w:p>
      <w:r>
        <w:t>Who is the world?</w:t>
      </w:r>
    </w:p>
    <w:p>
      <w:r>
        <w:t>“I and Nassan laugh at the entire world”</w:t>
      </w:r>
    </w:p>
    <w:p>
      <w:r>
        <w:t>There is already “Sippurei Maasiyos”</w:t>
      </w:r>
    </w:p>
    <w:p>
      <w:r>
        <w:t>There is already “Likutey Moharan”</w:t>
      </w:r>
    </w:p>
    <w:p>
      <w:r>
        <w:t>Nu..</w:t>
      </w:r>
    </w:p>
    <w:p>
      <w:r>
        <w:t>The world has already been created, and what happened happened</w:t>
      </w:r>
    </w:p>
    <w:p>
      <w:r>
        <w:t>Such “Sippurei Maasiyos,” such Torahs, “Likutey Moharan”</w:t>
      </w:r>
    </w:p>
    <w:p>
      <w:r>
        <w:t>“I and Nassan laugh at the entire world”…</w:t>
      </w:r>
    </w:p>
    <w:p>
      <w:pPr>
        <w:pStyle w:val="Heading2"/>
      </w:pPr>
      <w:r>
        <w:t>Side B (Bais)</w:t>
      </w:r>
    </w:p>
    <w:p>
      <w:r>
        <w:t>...at joyous occasions, weddings, and I danced there so beautifully</w:t>
      </w:r>
    </w:p>
    <w:p>
      <w:r>
        <w:t>Everyone was sitting, everyone was alarmed {by me}, they became annulled and were very alarmed</w:t>
      </w:r>
    </w:p>
    <w:p>
      <w:r>
        <w:t>"What? Such dancing? Who sees such dancing today?”</w:t>
      </w:r>
    </w:p>
    <w:p>
      <w:r>
        <w:t>{Where does one see such a thing}</w:t>
      </w:r>
    </w:p>
    <w:p>
      <w:r>
        <w:t>We already have "Sipuray Maasiyos" and "Likutay Moharan", every word is all our life-force forever and ever every word and word that Rabbainu revealed—this is, this is, this is the world, this is the life-force, but without this there is nothing we already have "Sipuray Maasiyos", this is worth more than the entire world</w:t>
      </w:r>
    </w:p>
    <w:p>
      <w:r>
        <w:t>Every word is worth more than the entire world</w:t>
      </w:r>
    </w:p>
    <w:p>
      <w:r>
        <w:t>So we laugh at the entire world</w:t>
      </w:r>
    </w:p>
    <w:p>
      <w:r>
        <w:t>There is already "Sipuray Maasiyos"</w:t>
      </w:r>
    </w:p>
    <w:p>
      <w:r>
        <w:t>There is already "Likutay Moharan"</w:t>
      </w:r>
    </w:p>
    <w:p>
      <w:r>
        <w:t>"Nassan and I laugh at the entire.., at the entire world"</w:t>
      </w:r>
    </w:p>
    <w:p>
      <w:r>
        <w:t>"I, I and my Natel'eh, my Natel'eh, {already} laugh at the entire world"</w:t>
      </w:r>
    </w:p>
    <w:p>
      <w:r>
        <w:t>There is already "Sipuray Maasiyos", "Likutay Moharan", "Likutay Halachos", "Likutay Aytzos"</w:t>
      </w:r>
    </w:p>
    <w:p>
      <w:r>
        <w:t>What do we have to worry about?</w:t>
      </w:r>
    </w:p>
    <w:p>
      <w:r>
        <w:t>You need to be very joyful, we already have now such "Sipuray Maasiyos"</w:t>
      </w:r>
    </w:p>
    <w:p>
      <w:r>
        <w:t>And such "Likutay Moharan" and "Likutay Halachos", "Likutay Aytzos", what we have</w:t>
      </w:r>
    </w:p>
    <w:p>
      <w:r>
        <w:t>Such treasures, which are the life-force of the entire world, all our life-force</w:t>
      </w:r>
    </w:p>
    <w:p>
      <w:r>
        <w:t>In every word and word of the stories, of the Torah teachings, of..</w:t>
      </w:r>
    </w:p>
    <w:p>
      <w:r>
        <w:t>It is the life-force of the entire world, without this there is no life-force at all</w:t>
      </w:r>
    </w:p>
    <w:p>
      <w:r>
        <w:t>Oy, and I merited to see how Rebbe Yisroel (Kardonner) would serve Hashem, and poured water like water</w:t>
      </w:r>
    </w:p>
    <w:p>
      <w:r>
        <w:t>Poured.. tears to Hashem Yisborach with such a heart, such words are not seen until Mashiach comes</w:t>
      </w:r>
    </w:p>
    <w:p>
      <w:r>
        <w:t>{He revealed …. he merited the Torah}</w:t>
      </w:r>
    </w:p>
    <w:p>
      <w:r>
        <w:t>The groom with the bride, they, they longed very much</w:t>
      </w:r>
    </w:p>
    <w:p>
      <w:r>
        <w:t>{. ….} very much that they should receive some word from the holy Rabbainu</w:t>
      </w:r>
    </w:p>
    <w:p>
      <w:r>
        <w:t>And the children said: "If the beggar were here, this, this is the beggar who brought them the bread</w:t>
      </w:r>
    </w:p>
    <w:p>
      <w:r>
        <w:t>If this beggar were here, he would be very joyful"</w:t>
      </w:r>
    </w:p>
    <w:p>
      <w:r>
        <w:t>And he: "The world is not worth one prutah to me, it is worth nothing"</w:t>
      </w:r>
    </w:p>
    <w:p>
      <w:r>
        <w:t>Only the "Sipuray Maasiyos" and the "Likutay Moharan" and the "Likutay Halachos", this is all our life-force and our hope" I have not seen such life, I have not seen such joy, and such life</w:t>
      </w:r>
    </w:p>
    <w:p>
      <w:r>
        <w:t>{He}, what the holy Rabbainu revealed:</w:t>
      </w:r>
    </w:p>
    <w:p>
      <w:r>
        <w:t>The children longed after the beggar</w:t>
      </w:r>
    </w:p>
    <w:p>
      <w:r>
        <w:t>"If he were the {…} blind beggar who.. if he were here, he would be very joyful"</w:t>
      </w:r>
    </w:p>
    <w:p>
      <w:r>
        <w:t>He makes us joyful, he strengthens us and heals us, what, what, what..</w:t>
      </w:r>
    </w:p>
    <w:p>
      <w:r>
        <w:t>What does he not do for us</w:t>
      </w:r>
    </w:p>
    <w:p>
      <w:r>
        <w:t>Ah, there is already such "Sipuray Maasiyos"</w:t>
      </w:r>
    </w:p>
    <w:p>
      <w:r>
        <w:t>Before Rabbainu there was no "Sipuray Maasiyos", and there was no "Likutay Moharan"</w:t>
      </w:r>
    </w:p>
    <w:p>
      <w:r>
        <w:t>And there was nothing, there was no life at all</w:t>
      </w:r>
    </w:p>
    <w:p>
      <w:r>
        <w:t>But now the children were very joyful, they received great gifts</w:t>
      </w:r>
    </w:p>
    <w:p>
      <w:r>
        <w:t>"Sipuray Maasiyos", and "Likutay Moharan" {..}, he would be very joyful</w:t>
      </w:r>
    </w:p>
    <w:p>
      <w:r>
        <w:t>"If the beggar were here, he would be very joyful"</w:t>
      </w:r>
    </w:p>
    <w:p>
      <w:r>
        <w:t>Nu, Baruch Hashem, today the beggars are here in this world</w:t>
      </w:r>
    </w:p>
    <w:p>
      <w:r>
        <w:t>Such stories, every word is the life-force of the entire world, every word that Rabbainu revealed</w:t>
      </w:r>
    </w:p>
    <w:p>
      <w:r>
        <w:t>No, before Rabbainu there was nothing</w:t>
      </w:r>
    </w:p>
    <w:p>
      <w:r>
        <w:t>There was no "Sipuray Maasiyos" and no "Likutay Moharan" and no "Likutay Halachos"</w:t>
      </w:r>
    </w:p>
    <w:p>
      <w:r>
        <w:t>And now we laugh at the entire world</w:t>
      </w:r>
    </w:p>
    <w:p>
      <w:r>
        <w:t>There is already "Sipuray Maasiyos", there is already "Likutay Moharan", there is already "Likutay Halachos" I had a dream last night, that the entire world was laughing at us</w:t>
      </w:r>
    </w:p>
    <w:p>
      <w:r>
        <w:t>I was with Rebbe Yisroel (Kardonner), two people, the entire world laughed:</w:t>
      </w:r>
    </w:p>
    <w:p>
      <w:r>
        <w:t>"They are Breslovers, it is forbidden to stand near them, he is a Breslover"</w:t>
      </w:r>
    </w:p>
    <w:p>
      <w:r>
        <w:t>He and Rebbe Nassan were laughing at the entire world</w:t>
      </w:r>
    </w:p>
    <w:p>
      <w:r>
        <w:t>"Rebbe Nassan and I laugh at the entire world"</w:t>
      </w:r>
    </w:p>
    <w:p>
      <w:r>
        <w:t>{Two people}</w:t>
      </w:r>
    </w:p>
    <w:p>
      <w:r>
        <w:t>{Breslovers}</w:t>
      </w:r>
    </w:p>
    <w:p>
      <w:r>
        <w:t>We.. {...} to be joyful</w:t>
      </w:r>
    </w:p>
    <w:p>
      <w:r>
        <w:t>We already have "Sipuray Maasiyos", every word of which is worth more than the entire world</w:t>
      </w:r>
    </w:p>
    <w:p>
      <w:r>
        <w:t>We already have "Likutay Halachos" and "Likutay Moharan" and "Likutay Aytzos"</w:t>
      </w:r>
    </w:p>
    <w:p>
      <w:r>
        <w:t>Is there nothing with which to rejoice?</w:t>
      </w:r>
    </w:p>
    <w:p>
      <w:r>
        <w:t>The entire world will dance in all the streets, they will dance from so much joy</w:t>
      </w:r>
    </w:p>
    <w:p>
      <w:r>
        <w:t>We already have, Baruch Hashem, the story of, of the Ba'al Tefillah</w:t>
      </w:r>
    </w:p>
    <w:p>
      <w:r>
        <w:t>The entire world will rejoice and dance, we already have the story of the Ba'al Tefillah</w:t>
      </w:r>
    </w:p>
    <w:p>
      <w:r>
        <w:t>We already have the story of the Seven Beggars</w:t>
      </w:r>
    </w:p>
    <w:p>
      <w:r>
        <w:t>The Seven Beggars are {…..} deaf and one was blind, {and there was joy}</w:t>
      </w:r>
    </w:p>
    <w:p>
      <w:r>
        <w:t>What joy there will be when Mashiach comes</w:t>
      </w:r>
    </w:p>
    <w:p>
      <w:r>
        <w:t>They will dance in all the places, in every house, in every street they will dance and rejoice very much</w:t>
      </w:r>
    </w:p>
    <w:p>
      <w:r>
        <w:t>We already have the beggar, the beggar {with us}</w:t>
      </w:r>
    </w:p>
    <w:p>
      <w:r>
        <w:t>The deaf beggar, the blind beggar, what joy</w:t>
      </w:r>
    </w:p>
    <w:p>
      <w:r>
        <w:t>[Saba, what about the beggar who has no legs?]</w:t>
      </w:r>
    </w:p>
    <w:p>
      <w:r>
        <w:t>We already have the beggars</w:t>
      </w:r>
    </w:p>
    <w:p>
      <w:r>
        <w:t>[And the one who has no legs? What is the end of the story?]</w:t>
      </w:r>
    </w:p>
    <w:p>
      <w:r>
        <w:t>The deaf beggar, the blind beggar, the lame beggar, the beggar {….}</w:t>
      </w:r>
    </w:p>
    <w:p>
      <w:r>
        <w:t>[What is the end of the story? Saba]</w:t>
      </w:r>
    </w:p>
    <w:p>
      <w:r>
        <w:t>"Beggar, the beggar, the beggar”</w:t>
      </w:r>
    </w:p>
    <w:p>
      <w:r>
        <w:t>We only, we pray to Hashem Yisborach about everything</w:t>
      </w:r>
    </w:p>
    <w:p>
      <w:r>
        <w:t>From this, from this is made what is made, from this such joy is made {…} throughout the entire world</w:t>
      </w:r>
    </w:p>
    <w:p>
      <w:r>
        <w:t>But without this, there is no joy and no life and nothing</w:t>
      </w:r>
    </w:p>
    <w:p>
      <w:r>
        <w:t>Ah.. ah.. ah.. ah..</w:t>
      </w:r>
    </w:p>
    <w:p>
      <w:r>
        <w:t>{…..}</w:t>
      </w:r>
    </w:p>
    <w:p>
      <w:r>
        <w:t>Oy.. oy.. oy.. oy.. oy..</w:t>
      </w:r>
    </w:p>
    <w:p>
      <w:r>
        <w:t>The story of the Ba'al Tefillah, there is no, there is no story of the Ba'al Tefillah except in Breslov</w:t>
      </w:r>
    </w:p>
    <w:p>
      <w:r>
        <w:t>The story, the story of the Ba'al Tefillah, {exists in..}</w:t>
      </w:r>
    </w:p>
    <w:p>
      <w:r>
        <w:t>One {in the entire world}, in the entire world, in the entire world</w:t>
      </w:r>
    </w:p>
    <w:p>
      <w:r>
        <w:t>Ayy, and do they have such stories? Of the Ba'al Tefillah, of the {.. Seven} Beggars? Oy..</w:t>
      </w:r>
    </w:p>
    <w:p>
      <w:r>
        <w:t>They will dance and rejoice in every house, in every street there will be only joy and dancing</w:t>
      </w:r>
    </w:p>
    <w:p>
      <w:r>
        <w:t>We already have {{…}} the beggars</w:t>
      </w:r>
    </w:p>
    <w:p>
      <w:r>
        <w:t>We already have the story of the Ba'al Tefillah</w:t>
      </w:r>
    </w:p>
    <w:p>
      <w:r>
        <w:t>{What?} Are there such stories in the world, besides Breslov?</w:t>
      </w:r>
    </w:p>
    <w:p>
      <w:r>
        <w:t>{The world}, the entire world did not have even one word from a beggar, one word</w:t>
      </w:r>
    </w:p>
    <w:p>
      <w:r>
        <w:t>And now we have all the beggars</w:t>
      </w:r>
    </w:p>
    <w:p>
      <w:r>
        <w:t>Why did the holy Rabbainu call himself a 'beggar' what is 'beggars'? - poor people, what is 'beggars'?</w:t>
      </w:r>
    </w:p>
    <w:p>
      <w:r>
        <w:t>A 'beggar' is, he would always plead with Hashem Yisborach</w:t>
      </w:r>
    </w:p>
    <w:p>
      <w:r>
        <w:t>A 'beggar', would always pray to Hashem Yisborach:</w:t>
      </w:r>
    </w:p>
    <w:p>
      <w:r>
        <w:t>"Give me.. give me.. give m.. give me.. give me.."</w:t>
      </w:r>
    </w:p>
    <w:p>
      <w:r>
        <w:t>Can the joy that there will be when Mashiach comes be estimated</w:t>
      </w:r>
    </w:p>
    <w:p>
      <w:r>
        <w:t>Then they will dance and rejoice in every house and in every street and in every place—only joy and dancing</w:t>
      </w:r>
    </w:p>
    <w:p>
      <w:r>
        <w:t>We already have the beggars, we already have the Ba'al Tefillah</w:t>
      </w:r>
    </w:p>
    <w:p>
      <w:r>
        <w:t>{Nu, nu, what joy there will already be}</w:t>
      </w:r>
    </w:p>
    <w:p>
      <w:r>
        <w:t>Oy, what joy there will be throughout the entire world, in every house and in every place</w:t>
      </w:r>
    </w:p>
    <w:p>
      <w:r>
        <w:t>And in every.., and all the {children} will be joyful and dance</w:t>
      </w:r>
    </w:p>
    <w:p>
      <w:r>
        <w:t>{What joy there will be}</w:t>
      </w:r>
    </w:p>
    <w:p>
      <w:r>
        <w:t>For we already have the deaf beggar, the blind beggar, we already have, nu</w:t>
      </w:r>
    </w:p>
    <w:p>
      <w:r>
        <w:t>{"If Srul were, he would.. Srul would make joy, in this joy"}</w:t>
      </w:r>
    </w:p>
    <w:p>
      <w:r>
        <w:t>[Saba sings:</w:t>
      </w:r>
    </w:p>
    <w:p>
      <w:r>
        <w:t>"Fortunate are we, how good is our portion and how pleasant is our lot.."]</w:t>
      </w:r>
    </w:p>
    <w:p>
      <w:r>
        <w:t>We already have the blind beggar</w:t>
      </w:r>
    </w:p>
    <w:p>
      <w:r>
        <w:t>Ayy, such 'beggars'</w:t>
      </w:r>
    </w:p>
    <w:p>
      <w:r>
        <w:t>{What is this?}</w:t>
      </w:r>
    </w:p>
    <w:p>
      <w:r>
        <w:t>What is the purpose of the world? - Only eating and sleeping, and sleeping</w:t>
      </w:r>
    </w:p>
    <w:p>
      <w:r>
        <w:t>And what will come of this? What will come {of this}? Of all this?</w:t>
      </w:r>
    </w:p>
    <w:p>
      <w:r>
        <w:t>But now we already have such 'beggars', a 'beggar'</w:t>
      </w:r>
    </w:p>
    <w:p>
      <w:r>
        <w:t>{…… resembled the 'beggars'}, they would always, would pray to Hashem Yisborach:</w:t>
      </w:r>
    </w:p>
    <w:p>
      <w:r>
        <w:t>"Give us.. give us.. give us life-force, give us.."</w:t>
      </w:r>
    </w:p>
    <w:p>
      <w:r>
        <w:t>"Th.. th.. this Beggar', "give us {the Beggar}”</w:t>
      </w:r>
    </w:p>
    <w:p>
      <w:r>
        <w:t>"Give us.. give us.. give us "Likutay Tefilos"..”</w:t>
      </w:r>
    </w:p>
    <w:p>
      <w:r>
        <w:t>There already is "Likutay Tefilos", what it is, it will enliven and gladden and heal the whole world</w:t>
      </w:r>
    </w:p>
    <w:p>
      <w:r>
        <w:t>All the wicked, all the heretics it will heal and return them to good, yes</w:t>
      </w:r>
    </w:p>
    <w:p>
      <w:r>
        <w:t>With one utterance it transforms the whole world</w:t>
      </w:r>
    </w:p>
    <w:p>
      <w:r>
        <w:t>{……………..}</w:t>
      </w:r>
    </w:p>
    <w:p>
      <w:r>
        <w:t>We already have, already, the story of 'The Seven Beggars', of the Master of Prayer</w:t>
      </w:r>
    </w:p>
    <w:p>
      <w:r>
        <w:t>The world eats and sleeps, what will come of this? What will come of this?</w:t>
      </w:r>
    </w:p>
    <w:p>
      <w:r>
        <w:t>But when there is the blind Beggar, the deaf one, oh.. oh.. what {joy..}</w:t>
      </w:r>
    </w:p>
    <w:p>
      <w:r>
        <w:t>{….} the Beggars' gladden, gladden us, heal us, strengthen us Rebbe Yisroel, peace be upon him, I remember how, how, how his weeping</w:t>
      </w:r>
    </w:p>
    <w:p>
      <w:r>
        <w:t>How he would weep at the gravesite of Rebbe Shimon bar Yochai</w:t>
      </w:r>
    </w:p>
    <w:p>
      <w:r>
        <w:t>It was as though several pails of water {like water} were being poured, from his tears, yes</w:t>
      </w:r>
    </w:p>
    <w:p>
      <w:r>
        <w:t>And his voice was the voice of Hashem, there were such {holy sounds}, with such yearning</w:t>
      </w:r>
    </w:p>
    <w:p>
      <w:r>
        <w:t>It was truly a miracle that he was alive, that he was, that he was in the world, he was, he was alive</w:t>
      </w:r>
    </w:p>
    <w:p>
      <w:r>
        <w:t>How is it possible to live when there is such {….} and such bitterness, such a life</w:t>
      </w:r>
    </w:p>
    <w:p>
      <w:r>
        <w:t>Today, when there already are 'Beggars', such 'Beggars'</w:t>
      </w:r>
    </w:p>
    <w:p>
      <w:r>
        <w:t>'Beggars', 'Beggars'</w:t>
      </w:r>
    </w:p>
    <w:p>
      <w:r>
        <w:t>"Master of the World, have mercy on me, have mercy on me"</w:t>
      </w:r>
    </w:p>
    <w:p>
      <w:r>
        <w:t>Oy, such 'Beggars', such {a life}, have not yet been revealed</w:t>
      </w:r>
    </w:p>
    <w:p>
      <w:r>
        <w:t>We already have such a Torah, that every word, there is not, there is not in the whole world</w:t>
      </w:r>
    </w:p>
    <w:p>
      <w:r>
        <w:t>{Such joy}</w:t>
      </w:r>
    </w:p>
    <w:p>
      <w:r>
        <w:t>{There was, how they} everyone, everyone would mock Breslov, {and they} mock everyone</w:t>
      </w:r>
    </w:p>
    <w:p>
      <w:r>
        <w:t>There was such joy</w:t>
      </w:r>
    </w:p>
    <w:p>
      <w:r>
        <w:t>{…….…..}</w:t>
      </w:r>
    </w:p>
    <w:p>
      <w:r>
        <w:t>Such joy, such a life</w:t>
      </w:r>
    </w:p>
    <w:p>
      <w:r>
        <w:t>Who can describe {in the mind} the magnitude, the magnitude of the joy and vitality there is from each and every utterance that Rabbainu revealed</w:t>
      </w:r>
    </w:p>
    <w:p>
      <w:r>
        <w:t>{That every utterance with, with wondrous remedies} such as these</w:t>
      </w:r>
    </w:p>
    <w:p>
      <w:r>
        <w:t>That they bring in and they {purify} all the desires, all {the troubles that exist in the world}</w:t>
      </w:r>
    </w:p>
    <w:p>
      <w:r>
        <w:t>{It makes} an entirely different world, a new world</w:t>
      </w:r>
    </w:p>
    <w:p>
      <w:r>
        <w:t>How can one exist even for one moment, {yes}, without "Likutay Tefilos" without “Likutay Halachos" it surpasses the entire Torah</w:t>
      </w:r>
    </w:p>
    <w:p>
      <w:r>
        <w:t>{…}, a new Torah that was never revealed</w:t>
      </w:r>
    </w:p>
    <w:p>
      <w:r>
        <w:t>Then Rabbainu revealed the Torah of {……. he gave us, …..}</w:t>
      </w:r>
    </w:p>
    <w:p>
      <w:r>
        <w:t>"If they, if the Beggars' were here, it would be, they would be very happy"</w:t>
      </w:r>
    </w:p>
    <w:p>
      <w:r>
        <w:t>I merited to see with my own eyes, the avodah of Rebbe Yisroel, how he served Hashem</w:t>
      </w:r>
    </w:p>
    <w:p>
      <w:r>
        <w:t>And how he spoke with Hashem</w:t>
      </w:r>
    </w:p>
    <w:p>
      <w:r>
        <w:t>“Ay, Tatte, Abba, Abba'le, Abba'le, Abba'le Abba’le, Merciful One, have mercy on me</w:t>
      </w:r>
    </w:p>
    <w:p>
      <w:r>
        <w:t>{Give me this and this}, Abba'le, Abba'le, Abba'le {bread to eat\how can You}”</w:t>
      </w:r>
    </w:p>
    <w:p>
      <w:r>
        <w:t>When will You give us the Beggars'? When will You give us..?"</w:t>
      </w:r>
    </w:p>
    <w:p>
      <w:r>
        <w:t>Such a life</w:t>
      </w:r>
    </w:p>
    <w:p>
      <w:r>
        <w:t>Such a life does not exist in the world, only in Breslov</w:t>
      </w:r>
    </w:p>
    <w:p>
      <w:r>
        <w:t>A story of the 'Master of Prayer, {….}, a story like this—{is there} one like the Master of Prayer?</w:t>
      </w:r>
    </w:p>
    <w:p>
      <w:r>
        <w:t>The story of the Seven Beggars'</w:t>
      </w:r>
    </w:p>
    <w:p>
      <w:r>
        <w:t>“I am here”</w:t>
      </w:r>
    </w:p>
    <w:p>
      <w:r>
        <w:t>“{The Beggars' are already here}”</w:t>
      </w:r>
    </w:p>
    <w:p>
      <w:r>
        <w:t>What joy there will be when the m.., one utterance from the story is revealed</w:t>
      </w:r>
    </w:p>
    <w:p>
      <w:r>
        <w:t>There will be joy in every house, there will be, they will only dance and rejoice in every house and on every street</w:t>
      </w:r>
    </w:p>
    <w:p>
      <w:r>
        <w:t>"Abba.. Abba.. Abba.. {...}”</w:t>
      </w:r>
    </w:p>
    <w:p>
      <w:r>
        <w:t>Just to hear.. from Rebbe Yisroel (Kardonner), just to hear the utterance:</w:t>
      </w:r>
    </w:p>
    <w:p>
      <w:r>
        <w:t>"Master of the World", is enough for an entire lifetime, {"Abba ...}</w:t>
      </w:r>
    </w:p>
    <w:p>
      <w:r>
        <w:t>With such love, with such might, with such holiness, he said: "Master of the World”</w:t>
      </w:r>
    </w:p>
    <w:p>
      <w:r>
        <w:t>"Abba'le, Abba'le, Abba'le, Abba'le, Merciful One, have mercy on me"</w:t>
      </w:r>
    </w:p>
    <w:p>
      <w:r>
        <w:t>He pleaded, Rebbe Yisroel, he pleaded {..} with Hashem Yisborach:</w:t>
      </w:r>
    </w:p>
    <w:p>
      <w:r>
        <w:t>"Abba'le, Abba'le, Abba'le..”</w:t>
      </w:r>
    </w:p>
    <w:p>
      <w:r>
        <w:t>And the world does not, does not know anything</w:t>
      </w:r>
    </w:p>
    <w:p>
      <w:r>
        <w:t>{…………}</w:t>
      </w:r>
    </w:p>
    <w:p>
      <w:r>
        <w:t>Ah.. ah.. ah.. ah..</w:t>
      </w:r>
    </w:p>
    <w:p>
      <w:r>
        <w:t>{…………}</w:t>
      </w:r>
    </w:p>
    <w:p>
      <w:r>
        <w:t>Oy.. oy.. oy.. oy.. oy.. oy.. oy..</w:t>
      </w:r>
    </w:p>
    <w:p>
      <w:r>
        <w:t>{…………………..………….}</w:t>
      </w:r>
    </w:p>
    <w:p>
      <w:r>
        <w:t>“Come, let us sing", {he said}: "When Mashiach comes then everyone will say, {...}:</w:t>
      </w:r>
    </w:p>
    <w:p>
      <w:r>
        <w:t>"Come, let us sing to Hashem, let us shout joyfully to the Rock of our salvation</w:t>
      </w:r>
    </w:p>
    <w:p>
      <w:r>
        <w:t>Let us greet His presence with thanksgiving, with songs let us shout joyfully to Him</w:t>
      </w:r>
    </w:p>
    <w:p>
      <w:r>
        <w:t>For.. for Hashem is a great God and a great King over all gods.."..”</w:t>
      </w:r>
    </w:p>
    <w:p>
      <w:r>
        <w:t>Hashem Yisborach will be revealed, the holy Torah, {all will be good, we will have}</w:t>
      </w:r>
    </w:p>
    <w:p>
      <w:r>
        <w:t>{We will have} such a life</w:t>
      </w:r>
    </w:p>
    <w:p>
      <w:r>
        <w:t>{.. And the non-Jews also admit: “This is the Mashiach", they have only to eat and sleep}</w:t>
      </w:r>
    </w:p>
    <w:p>
      <w:r>
        <w:t>When Mashiach comes then everyone will say:</w:t>
      </w:r>
    </w:p>
    <w:p>
      <w:r>
        <w:t>“Come, let us sing to Hashem, let us shout joyfully to the Rock of our salvation</w:t>
      </w:r>
    </w:p>
    <w:p>
      <w:r>
        <w:t>Let us greet His presence with thanksgiving, with songs let us shout joyfully to Him</w:t>
      </w:r>
    </w:p>
    <w:p>
      <w:r>
        <w:t>For, for Hashem is a great God and a great King over all gods"</w:t>
      </w:r>
    </w:p>
    <w:p>
      <w:r>
        <w:t>{{…}}</w:t>
      </w:r>
    </w:p>
    <w:p>
      <w:r>
        <w:t>{The non-Jews will also sing, …. we can …. Mashiach will come .…</w:t>
      </w:r>
    </w:p>
    <w:p>
      <w:r>
        <w:t>And all the Beggars' we have here}</w:t>
      </w:r>
    </w:p>
    <w:p>
      <w:r>
        <w:t>“Come, let us sing {to Hashem}, let us shout joyfully to the Rock of our salvation</w:t>
      </w:r>
    </w:p>
    <w:p>
      <w:r>
        <w:t>Let us greet His presence with thanksgiving, with songs let us shout joyfully to Him..”</w:t>
      </w:r>
    </w:p>
    <w:p>
      <w:r>
        <w:t>{…………….}</w:t>
      </w:r>
    </w:p>
    <w:p>
      <w:r>
        <w:t>When Mashiach comes then everyone will dance and rejoice</w:t>
      </w:r>
    </w:p>
    <w:p>
      <w:r>
        <w:t>All the great ones and everyone, everyone, everyone, everyone will say:</w:t>
      </w:r>
    </w:p>
    <w:p>
      <w:r>
        <w:t>“Come, let us sing to Hashem, let us shout joyfully to the Rock of our salvation</w:t>
      </w:r>
    </w:p>
    <w:p>
      <w:r>
        <w:t>Let us greet His presence with thanksgiving, with songs let us shout joyfully to Him..” Ah.. ah.. ah.. ah..</w:t>
      </w:r>
    </w:p>
    <w:p>
      <w:r>
        <w:t>{There will be such joy}</w:t>
      </w:r>
    </w:p>
    <w:p>
      <w:r>
        <w:t>{When} Mashiach comes then everyone will dance and rejoice, all the great ones and everyone, everyone, everyone, everyone will say:</w:t>
      </w:r>
    </w:p>
    <w:p>
      <w:r>
        <w:t>"Come, let us sing to Hashem, let us shout joyfully to the Rock of our salvation</w:t>
      </w:r>
    </w:p>
    <w:p>
      <w:r>
        <w:t>Let us greet His presence with thanksgiving, with songs let us shout joyfully to Him..”</w:t>
      </w:r>
    </w:p>
    <w:p>
      <w:r>
        <w:t>That is how it will be when Mashiach comes</w:t>
      </w:r>
    </w:p>
    <w:p>
      <w:r>
        <w:t>{………………………………………………..</w:t>
      </w:r>
    </w:p>
    <w:p>
      <w:r>
        <w:t>…………………………………………….……}</w:t>
      </w:r>
    </w:p>
    <w:p>
      <w:r>
        <w:t>{… to hear an utterance … how Rebbe Yisroel, peace be upon him….} he said:</w:t>
      </w:r>
    </w:p>
    <w:p>
      <w:r>
        <w:t>Abba’le, Abba’le, Master of the World, where? Where am I?</w:t>
      </w:r>
    </w:p>
    <w:p>
      <w:r>
        <w:t>I am so far from You, {..} I have grown distant from the Torah, I have grown distant from everything</w:t>
      </w:r>
    </w:p>
    <w:p>
      <w:r>
        <w:t>What will become of me? Master of the World, have mercy on me"</w:t>
      </w:r>
    </w:p>
    <w:p>
      <w:r>
        <w:t>Hisbodedus, such hisbodedus</w:t>
      </w:r>
    </w:p>
    <w:p>
      <w:r>
        <w:t>{…………………………...……}</w:t>
      </w:r>
    </w:p>
    <w:p>
      <w:r>
        <w:t>{When Mashiach comes there will be in the world} only</w:t>
      </w:r>
    </w:p>
    <w:p>
      <w:r>
        <w:t>"It is a great mitzvah to be happy always"</w:t>
      </w:r>
    </w:p>
    <w:p>
      <w:r>
        <w:t>Then everyone will fulfill this great mitzvah:</w:t>
      </w:r>
    </w:p>
    <w:p>
      <w:r>
        <w:t>"It is a great mitzvah to be happy always"</w:t>
      </w:r>
    </w:p>
    <w:p>
      <w:r>
        <w:t>{.. "Come, let us sing to Hashem……………………………...…...</w:t>
      </w:r>
    </w:p>
    <w:p>
      <w:r>
        <w:t>{……………………………………………..great is Hashem}...</w:t>
      </w:r>
    </w:p>
    <w:p>
      <w:r>
        <w:t>...Beggars', the holy Beggars' suffice for us and for our offspring, {..}</w:t>
      </w:r>
    </w:p>
    <w:p>
      <w:r>
        <w:t>When {..} the Mashiach comes, then they will say:</w:t>
      </w:r>
    </w:p>
    <w:p>
      <w:r>
        <w:t>"Come, let us sing to Hashem, let us shout joyfully to the Rock of our salvation, let us greet His presence with thanksgiving, with songs let us shout joyfully to Him.." there will be very great joy throughout the whole world</w:t>
      </w:r>
    </w:p>
    <w:p>
      <w:r>
        <w:t>I loved to hear how Rebbe Yisroel says: "When Mashiach comes, everyone will say:</w:t>
      </w:r>
    </w:p>
    <w:p>
      <w:r>
        <w:t>"Come, let us sing to Hashem, let us shout joyfully to the Rock of our salvation, let us greet His presence with thanksgiving, with songs let us shout joyfully to Him</w:t>
      </w:r>
    </w:p>
    <w:p>
      <w:r>
        <w:t>For Hashem is a great God, and a great King over all gods</w:t>
      </w:r>
    </w:p>
    <w:p>
      <w:r>
        <w:t>In Whose hand are the depths of the earth, {and the heights of the mountains are His}</w:t>
      </w:r>
    </w:p>
    <w:p>
      <w:r>
        <w:t>The sea is His and He made it, and His hands fashioned the dry land</w:t>
      </w:r>
    </w:p>
    <w:p>
      <w:r>
        <w:t>Come, let us prostrate ourselves and bow, let us kneel before Hashem our Maker</w:t>
      </w:r>
    </w:p>
    <w:p>
      <w:r>
        <w:t>For He is our God, and we are the people of His pasture and the flock of His hand</w:t>
      </w:r>
    </w:p>
    <w:p>
      <w:r>
        <w:t>Today, if you heed His voice, do not harden your hearts as at Merivah</w:t>
      </w:r>
    </w:p>
    <w:p>
      <w:r>
        <w:t>As on the day of Massah in the wilderness, when your fathers tested Me.."..”</w:t>
      </w:r>
    </w:p>
    <w:p>
      <w:r>
        <w:t>{...}</w:t>
      </w:r>
    </w:p>
    <w:p>
      <w:r>
        <w:t>When Mashiach comes, then each one will say to his fellow:</w:t>
      </w:r>
    </w:p>
    <w:p>
      <w:r>
        <w:t>"Come, let us sing to Hashem, let us shout joyfully to the Rock of our salvation, let us greet His presence with thanksgiving, with songs let us shout joyfully to Him</w:t>
      </w:r>
    </w:p>
    <w:p>
      <w:r>
        <w:t>For Hashem is a great God, and a great King over all gods.."</w:t>
      </w:r>
    </w:p>
    <w:p>
      <w:r>
        <w:t>Hoo.. (Saba draws out this word)</w:t>
      </w:r>
    </w:p>
    <w:p>
      <w:r>
        <w:t>"..The sea is His and He made it, and His hands fashioned the dry land</w:t>
      </w:r>
    </w:p>
    <w:p>
      <w:r>
        <w:t>Come, let us prostrate ourselves and bow, let us kneel before Hashem our Maker</w:t>
      </w:r>
    </w:p>
    <w:p>
      <w:r>
        <w:t>For He is our God, and we are the people of His pasture and the flock of His hand, today, if you will heed His voice.."</w:t>
      </w:r>
    </w:p>
    <w:p>
      <w:r>
        <w:t>It will be, in any case it will be very joyous, when Mashiach comes, then there will be very great joy</w:t>
      </w:r>
    </w:p>
    <w:p>
      <w:r>
        <w:t>In every place, in every home</w:t>
      </w:r>
    </w:p>
    <w:p>
      <w:r>
        <w:t>Everyone will dance and rejoice; there will be only one service—dance and rejoice</w:t>
      </w:r>
    </w:p>
    <w:p>
      <w:r>
        <w:t>{{. . .}}, they will dance and rejoice with every utterance that Rabbainu revealed in the world</w:t>
      </w:r>
    </w:p>
    <w:p>
      <w:r>
        <w:t>Of the Bettlers, of the Ba'al Tefillah, of the whole book and the "Sippurei Maasiyos"</w:t>
      </w:r>
    </w:p>
    <w:p>
      <w:r>
        <w:t>Who has heard such a thing? Who has seen such a thing? Who has seen such a thing?</w:t>
      </w:r>
    </w:p>
    <w:p>
      <w:r>
        <w:t>There had still not been such a thing in the world, such wonders, the story of, of the Ba'al Tefillah</w:t>
      </w:r>
    </w:p>
    <w:p>
      <w:r>
        <w:t>There was {..}.., there was not, before Rabbainu zal, there was not the story</w:t>
      </w:r>
    </w:p>
    <w:p>
      <w:r>
        <w:t>And also {…} the Bettlers did not exist, {.. this}</w:t>
      </w:r>
    </w:p>
    <w:p>
      <w:r>
        <w:t>But when Rabbainu came, then came the stories and the "Likutay Moharan" and "Likutay Halachos"</w:t>
      </w:r>
    </w:p>
    <w:p>
      <w:r>
        <w:t>{Nu}, and the joy will be, will be what, what we have no conception of at all</w:t>
      </w:r>
    </w:p>
    <w:p>
      <w:r>
        <w:t>{...}</w:t>
      </w:r>
    </w:p>
    <w:p>
      <w:r>
        <w:t>When Mashiach comes, each one will say to his fellow:</w:t>
      </w:r>
    </w:p>
    <w:p>
      <w:r>
        <w:t>"Come, let us sing joyfully to Hashem; let us shout to the Rock of our salvation</w:t>
      </w:r>
    </w:p>
    <w:p>
      <w:r>
        <w:t>Let us greet His presence with thanksgiving; with songs let us shout to Him"</w:t>
      </w:r>
    </w:p>
    <w:p>
      <w:r>
        <w:t>And likewise all of Tehillim, all the holy Tehillim, {yes.. what..}</w:t>
      </w:r>
    </w:p>
    <w:p>
      <w:r>
        <w:t>Then the entire Torah will shine, it will shine throughout the whole world</w:t>
      </w:r>
    </w:p>
    <w:p>
      <w:r>
        <w:t>{...}</w:t>
      </w:r>
    </w:p>
    <w:p>
      <w:r>
        <w:t>Until Rabbainu there still had not been, {still had not seen}</w:t>
      </w:r>
    </w:p>
    <w:p>
      <w:r>
        <w:t>The story of the Ba'al Tefillah, the stories of the Bettlers, the story.. all the stories had not existed</w:t>
      </w:r>
    </w:p>
    <w:p>
      <w:r>
        <w:t>But when he comes and is revealed, there will be such joy in the world, which we have not seen, {the what} that there is such joy in the world—oy, Ribono Shel Olam, how much he would weep before Hashem Yisborach</w:t>
      </w:r>
    </w:p>
    <w:p>
      <w:r>
        <w:t>And he yearned very much for every utterance of the story, of the stories</w:t>
      </w:r>
    </w:p>
    <w:p>
      <w:r>
        <w:t>When will we merit this? {For me}, to feel and to see and to understand the m.. the..</w:t>
      </w:r>
    </w:p>
    <w:p>
      <w:r>
        <w:t>What is this utterance, this utterance, this utterance, and the book of the "Sichos"</w:t>
      </w:r>
    </w:p>
    <w:p>
      <w:r>
        <w:t>{…}, and every utterance that Rabbainu HaKadosh revealed in the world</w:t>
      </w:r>
    </w:p>
    <w:p>
      <w:r>
        <w:t>This is the end, that there will be {...} the time of the Redemption; Rabbainu HaKadosh writes to me:</w:t>
      </w:r>
    </w:p>
    <w:p>
      <w:r>
        <w:t>"The time of the Redemption is very near"</w:t>
      </w:r>
    </w:p>
    <w:p>
      <w:r>
        <w:t>Oy, oy, oy, oy, oy, oy..</w:t>
      </w:r>
    </w:p>
    <w:p>
      <w:r>
        <w:t>Oy, oy, what will be, what joy there will be, the time of the Redemption</w:t>
      </w:r>
    </w:p>
    <w:p>
      <w:r>
        <w:t>"The time of the Redemption is very near"</w:t>
      </w:r>
    </w:p>
    <w:p>
      <w:r>
        <w:t>The Redemption will become, we will become free, {liberty}, liberty</w:t>
      </w:r>
    </w:p>
    <w:p>
      <w:r>
        <w:t>The entire world will dance {with you} and rejoice with every utterance</w:t>
      </w:r>
    </w:p>
    <w:p>
      <w:r>
        <w:t>Nu, and all the Bettlers {{. .}}</w:t>
      </w:r>
    </w:p>
    <w:p>
      <w:r>
        <w:t>There had not been; until Rabbainu, there had not been</w:t>
      </w:r>
    </w:p>
    <w:p>
      <w:r>
        <w:t>The story from 'the Ba'al Tefillah and the story from 'the Seven Bettlers', had not existed</w:t>
      </w:r>
    </w:p>
    <w:p>
      <w:r>
        <w:t>Rabbainu HaKadosh revealed that there is from Hashem Yisborach something very great, and He has such stories</w:t>
      </w:r>
    </w:p>
    <w:p>
      <w:r>
        <w:t>{Then} just to hear {just an utterance} one, one utterance, how Rebbe Yisroel (Kardonner) would say:</w:t>
      </w:r>
    </w:p>
    <w:p>
      <w:r>
        <w:t>"Ribono Shel Olam, Abba'le, Abba'le"</w:t>
      </w:r>
    </w:p>
    <w:p>
      <w:r>
        <w:t>He, he, {{he asked for this, even just one utterance, "Abba'le ...”}}</w:t>
      </w:r>
    </w:p>
    <w:p>
      <w:r>
        <w:t>"Have mercy on me, I am very far away, I, it is impossible for me to pray, Abba, have mercy on me"</w:t>
      </w:r>
    </w:p>
    <w:p>
      <w:r>
        <w:t>What a kind of hitbodedut, what a kind of prayer; there is none in the world, only Rabbainu HaKadosh</w:t>
      </w:r>
    </w:p>
    <w:p>
      <w:r>
        <w:t>How he went—no one knew—he went to the forest and he wept and cried out to Hashem Yisborach: "Have mercy on me, Ribono Shel Olam, Abba'le, Abba'le"...</w:t>
      </w:r>
    </w:p>
    <w:p>
      <w:r>
        <w:br w:type="page"/>
      </w:r>
    </w:p>
    <w:p>
      <w:pPr>
        <w:pStyle w:val="Heading1"/>
      </w:pPr>
      <w:r>
        <w:t>Tape 40</w:t>
      </w:r>
    </w:p>
    <w:p>
      <w:pPr>
        <w:pStyle w:val="Heading2"/>
      </w:pPr>
      <w:r>
        <w:t>Side A (Aleph)</w:t>
      </w:r>
    </w:p>
    <w:p>
      <w:r>
        <w:t>...Oy, Rebbe Yisroel (Kardonner), of blessed memory, wept so much:</w:t>
      </w:r>
    </w:p>
    <w:p>
      <w:r>
        <w:t>"Ribono Shel Olam, Abba'le, have mercy on me, Abba, I am so far away</w:t>
      </w:r>
    </w:p>
    <w:p>
      <w:r>
        <w:t>I do not feel any taste from the Torah, from prayer; I am very far away, have mercy on me</w:t>
      </w:r>
    </w:p>
    <w:p>
      <w:r>
        <w:t>Have mercy on me, have mercy on me, Abba'le, Abba'le"</w:t>
      </w:r>
    </w:p>
    <w:p>
      <w:r>
        <w:t>{..} He would weep before Hashem Yisborach; the whole table was, was wet with tears</w:t>
      </w:r>
    </w:p>
    <w:p>
      <w:r>
        <w:t>And the floor too was as if water had been poured, yes</w:t>
      </w:r>
    </w:p>
    <w:p>
      <w:r>
        <w:t>That is how the heart burned for Hashem Yisborach, yes</w:t>
      </w:r>
    </w:p>
    <w:p>
      <w:r>
        <w:t>It was.. whoever saw his face when he said: "Ribono Shel Olam"</w:t>
      </w:r>
    </w:p>
    <w:p>
      <w:r>
        <w:t>When he said: "Abba'le, Abba'le"</w:t>
      </w:r>
    </w:p>
    <w:p>
      <w:r>
        <w:t>Who can describe it? With such deveikus, such sweetness, ah</w:t>
      </w:r>
    </w:p>
    <w:p>
      <w:r>
        <w:t>It was, he was alone with Hashem Yisborach and he spoke with Him, {..} yes</w:t>
      </w:r>
    </w:p>
    <w:p>
      <w:r>
        <w:t>Like with a merciful father, {yes}</w:t>
      </w:r>
    </w:p>
    <w:p>
      <w:r>
        <w:t>Ah, ah, ah, who can describe it? Who can estimate it?</w:t>
      </w:r>
    </w:p>
    <w:p>
      <w:r>
        <w:t>Such yearnings, such life</w:t>
      </w:r>
    </w:p>
    <w:p>
      <w:r>
        <w:t>Yes, he would weep before Hashem Yisborach and before Rebbe Shimon bar Yochai</w:t>
      </w:r>
    </w:p>
    <w:p>
      <w:r>
        <w:t>He would weep and yearn so much, {he could}, yes</w:t>
      </w:r>
    </w:p>
    <w:p>
      <w:r>
        <w:t>{..} A great general was traveling with an army; he heard how Rav Mendel Litvak would say:</w:t>
      </w:r>
    </w:p>
    <w:p>
      <w:r>
        <w:t>Abba'le, Abba'le, Abba'le"</w:t>
      </w:r>
    </w:p>
    <w:p>
      <w:r>
        <w:t>Then he stood, and all the soldiers stood; he stood, then all the soldiers were already standing, {..}</w:t>
      </w:r>
    </w:p>
    <w:p>
      <w:r>
        <w:t>And he said to them: "Hear what this one is saying, hear; who, who, who has heard such a thing?"</w:t>
      </w:r>
    </w:p>
    <w:p>
      <w:r>
        <w:t>Rav Mendel Litvak, he w.. he could not go farther</w:t>
      </w:r>
    </w:p>
    <w:p>
      <w:r>
        <w:t>He stood, and all the {soldiers}, the soldiers stood and heard the cries and the hitbodedut of Rav Mendel Litvak</w:t>
      </w:r>
    </w:p>
    <w:p>
      <w:r>
        <w:t>Then he said, this great general said to the army:</w:t>
      </w:r>
    </w:p>
    <w:p>
      <w:r>
        <w:t>"If it were in my power, I would give him, whatever he wants I would give him"</w:t>
      </w:r>
    </w:p>
    <w:p>
      <w:r>
        <w:t>And he went</w:t>
      </w:r>
    </w:p>
    <w:p>
      <w:r>
        <w:t>"If it were in my power, I would grant him all the requests, everything he asked for"</w:t>
      </w:r>
    </w:p>
    <w:p>
      <w:r>
        <w:t>To see, to hear the utterances of the stories—this is the hitbodedut of Rebbe Nassan</w:t>
      </w:r>
    </w:p>
    <w:p>
      <w:r>
        <w:t>The hitbodedut, only, only a little, a drop from the sea</w:t>
      </w:r>
    </w:p>
    <w:p>
      <w:r>
        <w:t>The hitbodedut of Rebbe Nassan is the "Likutay Tefillos"</w:t>
      </w:r>
    </w:p>
    <w:p>
      <w:r>
        <w:t>Then this great general said to the army:</w:t>
      </w:r>
    </w:p>
    <w:p>
      <w:r>
        <w:t>"If it were in my power, I would grant him all the requests, whatever he wants I would give him"</w:t>
      </w:r>
    </w:p>
    <w:p>
      <w:r>
        <w:t>Who can hear such words, which burned like fire</w:t>
      </w:r>
    </w:p>
    <w:p>
      <w:r>
        <w:t>And he was together with Hashem Yisborach and would weep before Him:</w:t>
      </w:r>
    </w:p>
    <w:p>
      <w:r>
        <w:t>"Give me, Ribono Shel Olam, I cannot pray, I do not, not, not, not, not pray</w:t>
      </w:r>
    </w:p>
    <w:p>
      <w:r>
        <w:t>I eat the way I eat, and what will become of me in the end?"</w:t>
      </w:r>
    </w:p>
    <w:p>
      <w:r>
        <w:t>He practiced hitbodedut every day with such cries and with.. with such a heart; who sees?</w:t>
      </w:r>
    </w:p>
    <w:p>
      <w:r>
        <w:t>And we do not know at all what, what is taking place in the world</w:t>
      </w:r>
    </w:p>
    <w:p>
      <w:r>
        <w:t>Only Rabbainu HaKadosh revealed a drop from the sea, of what there is in the world</w:t>
      </w:r>
    </w:p>
    <w:p>
      <w:r>
        <w:t>Such vitality, that we have such a Torah and we have such life {like this}, such sweetness, such life</w:t>
      </w:r>
    </w:p>
    <w:p>
      <w:r>
        <w:t>We do not know {at all}; sleeping, eating and sleeping</w:t>
      </w:r>
    </w:p>
    <w:p>
      <w:r>
        <w:t>Oy, what there is, just to hear the hitbodedut of Rebbe Yisroel (Kardonner), {..}</w:t>
      </w:r>
    </w:p>
    <w:p>
      <w:r>
        <w:t>{And of.. of this one and of this one and of this one\\for.. for this, for this, for this}</w:t>
      </w:r>
    </w:p>
    <w:p>
      <w:r>
        <w:t>Such hitbodedut, and he literally could.. as the general said:</w:t>
      </w:r>
    </w:p>
    <w:p>
      <w:r>
        <w:t>"If it were in my power, I would give him whatever he wants, what he asked for, I would give him everything"</w:t>
      </w:r>
    </w:p>
    <w:p>
      <w:r>
        <w:t>There is no such life in the world, such sweetness, such life does not exist in the world</w:t>
      </w:r>
    </w:p>
    <w:p>
      <w:r>
        <w:t>Only Rabbainu HaKadosh revealed a drop from the sea, of what there is, the greatness of the Creator, blessed be He, wonders.. he said "Likutay Tefillos"</w:t>
      </w:r>
    </w:p>
    <w:p>
      <w:r>
        <w:t>Who can estimate what he felt in each and every utterance of the "Likutay Tefillos"?</w:t>
      </w:r>
    </w:p>
    <w:p>
      <w:r>
        <w:t>He lived such a life, a good life, such a sweet life</w:t>
      </w:r>
    </w:p>
    <w:p>
      <w:r>
        <w:t>And the world does not know; only to sleep and to eat..</w:t>
      </w:r>
    </w:p>
    <w:p>
      <w:r>
        <w:t>..{They do not know at all}, what this is</w:t>
      </w:r>
    </w:p>
    <w:p>
      <w:r>
        <w:t>[………….]</w:t>
      </w:r>
    </w:p>
    <w:p>
      <w:r>
        <w:t>{What..} the tears came out like water, came out of the eyes like water</w:t>
      </w:r>
    </w:p>
    <w:p>
      <w:r>
        <w:t>And he lived such a life, such a sweet life, a life of faith and trust</w:t>
      </w:r>
    </w:p>
    <w:p>
      <w:r>
        <w:t>A life of Hashem's might</w:t>
      </w:r>
    </w:p>
    <w:p>
      <w:r>
        <w:t>“You have been shown in order to know that Hashem, He is God; there is none besides Him”</w:t>
      </w:r>
    </w:p>
    <w:p>
      <w:r>
        <w:t>{And his wife lasatnetz yesterday, a house}, new things, new, a new life</w:t>
      </w:r>
    </w:p>
    <w:p>
      <w:r>
        <w:t>Rebbe Yisroel said: “Sing to Hashem a new song,” a new song, nu, nu</w:t>
      </w:r>
    </w:p>
    <w:p>
      <w:r>
        <w:t>{And.. Rabbi ….…} Fraibi</w:t>
      </w:r>
    </w:p>
    <w:p>
      <w:r>
        <w:t>[Freinti]</w:t>
      </w:r>
    </w:p>
    <w:p>
      <w:r>
        <w:t>Eh? What is he.. called?</w:t>
      </w:r>
    </w:p>
    <w:p>
      <w:r>
        <w:t>[Freinti]</w:t>
      </w:r>
    </w:p>
    <w:p>
      <w:r>
        <w:t>Eh?</w:t>
      </w:r>
    </w:p>
    <w:p>
      <w:r>
        <w:t>[Freinti]</w:t>
      </w:r>
    </w:p>
    <w:p>
      <w:r>
        <w:t>Not he, Fraibi?</w:t>
      </w:r>
    </w:p>
    <w:p>
      <w:r>
        <w:t>[Freinti, Freinti, Freinti]</w:t>
      </w:r>
    </w:p>
    <w:p>
      <w:r>
        <w:t>Fraibi</w:t>
      </w:r>
    </w:p>
    <w:p>
      <w:r>
        <w:t>[Freinti, Freinti]</w:t>
      </w:r>
    </w:p>
    <w:p>
      <w:r>
        <w:t>Good, Freinti</w:t>
      </w:r>
    </w:p>
    <w:p>
      <w:r>
        <w:t>[Yes]</w:t>
      </w:r>
    </w:p>
    <w:p>
      <w:r>
        <w:t>Yoy, yoy, yoy, yoy, yoy, yoy…</w:t>
      </w:r>
    </w:p>
    <w:p>
      <w:r>
        <w:t>...Ah, ah, ah</w:t>
      </w:r>
    </w:p>
    <w:p>
      <w:r>
        <w:t>To see such a prayer, such a voice, such yearnings, this is not of this world, this is Breslov, the world knows nothing.. of what we have</w:t>
      </w:r>
    </w:p>
    <w:p>
      <w:r>
        <w:t>Oy, when Mashiach is revealed, ho.. ho.. ho.. ho..</w:t>
      </w:r>
    </w:p>
    <w:p>
      <w:r>
        <w:t>One will say to his fellow:</w:t>
      </w:r>
    </w:p>
    <w:p>
      <w:r>
        <w:t>“Come, let us sing joyously to Hashem, let us shout to the Rock of our salvation; let us greet His presence with thanksgiving, let us shout to Him with songs” then there will be very great joy…</w:t>
      </w:r>
    </w:p>
    <w:p>
      <w:r>
        <w:t>...{…} give all the days of their lives, all the days of our lives</w:t>
      </w:r>
    </w:p>
    <w:p>
      <w:r>
        <w:t>To hear just one utterance that came from the mouth of Rebbe Yisroel in hisbodidus:</w:t>
      </w:r>
    </w:p>
    <w:p>
      <w:r>
        <w:t>“Oy, Master of the World, Ababale, Ababale”</w:t>
      </w:r>
    </w:p>
    <w:p>
      <w:r>
        <w:t>But my “Ababale,” not like his; he said: “Ababale,” it was fire</w:t>
      </w:r>
    </w:p>
    <w:p>
      <w:r>
        <w:t>The holy Rabbainu said:</w:t>
      </w:r>
    </w:p>
    <w:p>
      <w:r>
        <w:t>“If not, we would not have heard and known that there is such a Master of the World in the world</w:t>
      </w:r>
    </w:p>
    <w:p>
      <w:r>
        <w:t>Everyone would have not, not wanted {to work}, to earn money and.. only serve Hashem”</w:t>
      </w:r>
    </w:p>
    <w:p>
      <w:r>
        <w:t>So, and so it will be</w:t>
      </w:r>
    </w:p>
    <w:p>
      <w:r>
        <w:t>When Mashiach comes, then he will transform the whole world; then he will have very hard work</w:t>
      </w:r>
    </w:p>
    <w:p>
      <w:r>
        <w:t>Mashiach needs to transform the whole world, {a transformation from opposite to opposite}</w:t>
      </w:r>
    </w:p>
    <w:p>
      <w:r>
        <w:t>“Then I will transform all the nations to a clear language..”</w:t>
      </w:r>
    </w:p>
    <w:p>
      <w:r>
        <w:t>Oy, “Master of the World, Master of the World,” {and once again}</w:t>
      </w:r>
    </w:p>
    <w:p>
      <w:r>
        <w:t>He could not.. from ‘Master of the World,’ could not go away from ‘Master of the World’</w:t>
      </w:r>
    </w:p>
    <w:p>
      <w:r>
        <w:t>‘Master of the World’ {was here, was here}, could not go away</w:t>
      </w:r>
    </w:p>
    <w:p>
      <w:r>
        <w:t>No, no, no, no, he did not want to go away, this is good</w:t>
      </w:r>
    </w:p>
    <w:p>
      <w:r>
        <w:t>Is there anything better than this, to say ‘Master of the World’?</w:t>
      </w:r>
    </w:p>
    <w:p>
      <w:r>
        <w:t>Blessed be Hashem, I am all my joy, I am happy that I merited to hear one utterance from the hisbodidus of Rebbe Yisroel</w:t>
      </w:r>
    </w:p>
    <w:p>
      <w:r>
        <w:t>It is a sea, a sea, the great sea</w:t>
      </w:r>
    </w:p>
    <w:p>
      <w:r>
        <w:t>One utterance—“Master of the World”—was a sea, became a sea</w:t>
      </w:r>
    </w:p>
    <w:p>
      <w:r>
        <w:t>Ah..</w:t>
      </w:r>
    </w:p>
    <w:p>
      <w:r>
        <w:t>Oy…</w:t>
      </w:r>
    </w:p>
    <w:p>
      <w:r>
        <w:t>...I, I had a great miracle; had I not known Rebbe Yisroel, I would have died long ago</w:t>
      </w:r>
    </w:p>
    <w:p>
      <w:r>
        <w:t>I knew nothing at all of life, of such a life that exists</w:t>
      </w:r>
    </w:p>
    <w:p>
      <w:r>
        <w:t>That there already are “Likutay Moharan,” “Likutay Halachos,” “Likutay Eitzos,” {…}</w:t>
      </w:r>
    </w:p>
    <w:p>
      <w:r>
        <w:t>What kind of table is this? A new table, the legs, it is thin, what is this? What, what kind of table is this?...</w:t>
      </w:r>
    </w:p>
    <w:p>
      <w:r>
        <w:t>...{..}</w:t>
      </w:r>
    </w:p>
    <w:p>
      <w:r>
        <w:t>[Five o'clock, ten past five]</w:t>
      </w:r>
    </w:p>
    <w:p>
      <w:r>
        <w:t>Yes?</w:t>
      </w:r>
    </w:p>
    <w:p>
      <w:r>
        <w:t>[In the morning]</w:t>
      </w:r>
    </w:p>
    <w:p>
      <w:r>
        <w:t>There is another hour to..</w:t>
      </w:r>
    </w:p>
    <w:p>
      <w:r>
        <w:t>[Yes]</w:t>
      </w:r>
    </w:p>
    <w:p>
      <w:r>
        <w:t>To pray?</w:t>
      </w:r>
    </w:p>
    <w:p>
      <w:r>
        <w:t>[There still is]</w:t>
      </w:r>
    </w:p>
    <w:p>
      <w:r>
        <w:t>Two hours?</w:t>
      </w:r>
    </w:p>
    <w:p>
      <w:r>
        <w:t>[About another hour]</w:t>
      </w:r>
    </w:p>
    <w:p>
      <w:r>
        <w:t>Another hour, {yes}</w:t>
      </w:r>
    </w:p>
    <w:p>
      <w:r>
        <w:t>[……..]</w:t>
      </w:r>
    </w:p>
    <w:p>
      <w:r>
        <w:t>I heard the voice that he used to speak, Rebbe Yisroel (Kardonner)</w:t>
      </w:r>
    </w:p>
    <w:p>
      <w:r>
        <w:t>He used to speak with Hashem Yisbarach; I merited to hear such a voice, that..</w:t>
      </w:r>
    </w:p>
    <w:p>
      <w:r>
        <w:t>The whole world knows nothing at all of this</w:t>
      </w:r>
    </w:p>
    <w:p>
      <w:r>
        <w:t>Such a voice, sweetness, such a sweet life—they know nothing at all of what there is in the world</w:t>
      </w:r>
    </w:p>
    <w:p>
      <w:r>
        <w:t>Freiali, is that he?</w:t>
      </w:r>
    </w:p>
    <w:p>
      <w:r>
        <w:t>[Yes, yes]</w:t>
      </w:r>
    </w:p>
    <w:p>
      <w:r>
        <w:t>Freiali?</w:t>
      </w:r>
    </w:p>
    <w:p>
      <w:r>
        <w:t>[Yes, yes]</w:t>
      </w:r>
    </w:p>
    <w:p>
      <w:r>
        <w:t>Eh?</w:t>
      </w:r>
    </w:p>
    <w:p>
      <w:r>
        <w:t>[Yes, yes]</w:t>
      </w:r>
    </w:p>
    <w:p>
      <w:r>
        <w:t>Yes</w:t>
      </w:r>
    </w:p>
    <w:p>
      <w:r>
        <w:t>[Yes]</w:t>
      </w:r>
    </w:p>
    <w:p>
      <w:r>
        <w:t>What passes over me.. everything is good, only good, “Hashem is good to all..”...</w:t>
      </w:r>
    </w:p>
    <w:p>
      <w:r>
        <w:t>...He said:</w:t>
      </w:r>
    </w:p>
    <w:p>
      <w:r>
        <w:t>“Master of the World, ah.. Father, my dear Father, merciful Father, have mercy on me</w:t>
      </w:r>
    </w:p>
    <w:p>
      <w:r>
        <w:t>I cannot pray, I cannot learn, what will be the end of me?”</w:t>
      </w:r>
    </w:p>
    <w:p>
      <w:r>
        <w:t>Hisbodidus of which the whole world knows nothing at all, the whole world</w:t>
      </w:r>
    </w:p>
    <w:p>
      <w:r>
        <w:t>No, they know nothing at all of faith, of the vitality, yes</w:t>
      </w:r>
    </w:p>
    <w:p>
      <w:r>
        <w:t>But it will be revealed, revealed; Mashiach will come and everything will be revealed</w:t>
      </w:r>
    </w:p>
    <w:p>
      <w:r>
        <w:t>Soon and.. th.. that he will come, ah, there will be joy in the world, such joy, in every house, in all the streets</w:t>
      </w:r>
    </w:p>
    <w:p>
      <w:r>
        <w:t>And nothing will be heard but sounds of joy and dancing</w:t>
      </w:r>
    </w:p>
    <w:p>
      <w:r>
        <w:t>He pleaded with his mouth, with all the limbs, the hands {and the feet}, all:</w:t>
      </w:r>
    </w:p>
    <w:p>
      <w:r>
        <w:t>“Master of the World, have mercy on me, Ababale, Father, dea.., dear Father, have mercy on me</w:t>
      </w:r>
    </w:p>
    <w:p>
      <w:r>
        <w:t>You are merciful, You are good, have mercy on me</w:t>
      </w:r>
    </w:p>
    <w:p>
      <w:r>
        <w:t>I cannot, I am utterly distant, I am distant</w:t>
      </w:r>
    </w:p>
    <w:p>
      <w:r>
        <w:t>I cannot pray, cannot learn, what will become of me?”</w:t>
      </w:r>
    </w:p>
    <w:p>
      <w:r>
        <w:t>Ah…</w:t>
      </w:r>
    </w:p>
    <w:p>
      <w:r>
        <w:t>...“Ababale, have mercy on me, I am so distant, I have become very distant</w:t>
      </w:r>
    </w:p>
    <w:p>
      <w:r>
        <w:t>I cannot pray, cannot learn, what will become of me? Have mercy on me,” ah</w:t>
      </w:r>
    </w:p>
    <w:p>
      <w:r>
        <w:t>Ah…</w:t>
      </w:r>
    </w:p>
    <w:p>
      <w:r>
        <w:t>...I want to take out the head</w:t>
      </w:r>
    </w:p>
    <w:p>
      <w:r>
        <w:t>Ah, ah, yes, ah, thank you very much, ah, ah, the feet too</w:t>
      </w:r>
    </w:p>
    <w:p>
      <w:r>
        <w:t>Blessed be Hashem…</w:t>
      </w:r>
    </w:p>
    <w:p>
      <w:r>
        <w:t>...[Saba sings:</w:t>
      </w:r>
    </w:p>
    <w:p>
      <w:r>
        <w:t>“Hashem lives, and blessed is my Rock; in Hashem my soul shall praise itself..”]…</w:t>
      </w:r>
    </w:p>
    <w:p>
      <w:r>
        <w:t>...[Saba sings:</w:t>
      </w:r>
    </w:p>
    <w:p>
      <w:r>
        <w:t>“Hashem lives, and blessed is my Rock; in Hashem my soul shall praise itself..”]…</w:t>
      </w:r>
    </w:p>
    <w:p>
      <w:r>
        <w:t>...[Saba sings:</w:t>
      </w:r>
    </w:p>
    <w:p>
      <w:r>
        <w:t>“Hashem lives, and blessed is my Rock; in Hashem my soul shall praise itself..”]…</w:t>
      </w:r>
    </w:p>
    <w:p>
      <w:r>
        <w:t>...[Saba sings:</w:t>
      </w:r>
    </w:p>
    <w:p>
      <w:r>
        <w:t>“Hashem lives, and blessed is my Rock; in Hashem my soul shall praise itself..”]…</w:t>
      </w:r>
    </w:p>
    <w:p>
      <w:r>
        <w:t>...[Saba sings:</w:t>
      </w:r>
    </w:p>
    <w:p>
      <w:r>
        <w:t>“Hashem lives, and blessed is my Rock; in Hashem my soul shall praise itself..”]…</w:t>
      </w:r>
    </w:p>
    <w:p>
      <w:r>
        <w:t>...(Saba laughs)...</w:t>
      </w:r>
    </w:p>
    <w:p>
      <w:r>
        <w:t>...[Yisroel Dagan sings and plays:</w:t>
      </w:r>
    </w:p>
    <w:p>
      <w:r>
        <w:t>“In You our fathers trusted, in You they trusted and You delivered them, to You they cried out and escaped, in You they trusted and were not ashamed..”</w:t>
      </w:r>
    </w:p>
    <w:p>
      <w:r>
        <w:t>(Saba emphasizes: “Trusted, trusted, trusted, trusted”)</w:t>
      </w:r>
    </w:p>
    <w:p>
      <w:r>
        <w:t>Ah.. ah.. ah.. ah.. ah..</w:t>
      </w:r>
    </w:p>
    <w:p>
      <w:r>
        <w:t>[Afterward he sings:</w:t>
      </w:r>
    </w:p>
    <w:p>
      <w:r>
        <w:t>“Na Na Nach Na Nachman MeUman..” to the melody of “In You they trusted..”</w:t>
      </w:r>
    </w:p>
    <w:p>
      <w:r>
        <w:t>Afterward he continues singing:</w:t>
      </w:r>
    </w:p>
    <w:p>
      <w:r>
        <w:t>“In You our fathers trusted, in You they trusted and You delivered them, to You they cried out and escaped, in You they trusted and were not ashamed..”]</w:t>
      </w:r>
    </w:p>
    <w:p>
      <w:r>
        <w:t>{41:44}</w:t>
      </w:r>
    </w:p>
    <w:p>
      <w:r>
        <w:t>{…………… Such a melody I have never yet heard, “In You they trusted" is a new melody}, “In You they trusted"</w:t>
      </w:r>
    </w:p>
    <w:p>
      <w:r>
        <w:t>[..]</w:t>
      </w:r>
    </w:p>
    <w:p>
      <w:r>
        <w:t>[They do not understand Yiddish, Rebbe Yisroel, they do not understand Yiddish]</w:t>
      </w:r>
    </w:p>
    <w:p>
      <w:r>
        <w:t>[In Hebrew, in Hebrew, Saba]</w:t>
      </w:r>
    </w:p>
    <w:p>
      <w:r>
        <w:t>[They do not understand Yiddish]</w:t>
      </w:r>
    </w:p>
    <w:p>
      <w:r>
        <w:t>[In Hebrew, in Hebrew, Saba]</w:t>
      </w:r>
    </w:p>
    <w:p>
      <w:r>
        <w:t>Ah</w:t>
      </w:r>
    </w:p>
    <w:p>
      <w:r>
        <w:t>[Bombs, he said, there are new bombs, ‘trusted’]</w:t>
      </w:r>
    </w:p>
    <w:p>
      <w:r>
        <w:t>Such a sort, a new bomb that there has never yet been</w:t>
      </w:r>
    </w:p>
    <w:p>
      <w:r>
        <w:t>[The gentiles will not know what it is]</w:t>
      </w:r>
    </w:p>
    <w:p>
      <w:r>
        <w:t>“In You they trusted”</w:t>
      </w:r>
    </w:p>
    <w:p>
      <w:r>
        <w:t>[“Trusted", new bombs, the Jews have new bombs]</w:t>
      </w:r>
    </w:p>
    <w:p>
      <w:r>
        <w:t>[The faith]</w:t>
      </w:r>
    </w:p>
    <w:p>
      <w:r>
        <w:t>[“Trusted",yes, oy.. oy..]</w:t>
      </w:r>
    </w:p>
    <w:p>
      <w:r>
        <w:t>[…...]</w:t>
      </w:r>
    </w:p>
    <w:p>
      <w:r>
        <w:t>{……………} “In You they trusted”, nu, nu, {….}</w:t>
      </w:r>
    </w:p>
    <w:p>
      <w:r>
        <w:t>[…]</w:t>
      </w:r>
    </w:p>
    <w:p>
      <w:r>
        <w:t>{………}</w:t>
      </w:r>
    </w:p>
    <w:p>
      <w:r>
        <w:t>[Which melody did you want?]</w:t>
      </w:r>
    </w:p>
    <w:p>
      <w:r>
        <w:t>[The melody of the Rebbe]</w:t>
      </w:r>
    </w:p>
    <w:p>
      <w:r>
        <w:t>[Which one of them?]</w:t>
      </w:r>
    </w:p>
    <w:p>
      <w:r>
        <w:t>[…..]</w:t>
      </w:r>
    </w:p>
    <w:p>
      <w:r>
        <w:t>[Yisroel Dagan plays the melody of “May the Rock command His kindness..”]</w:t>
      </w:r>
    </w:p>
    <w:p>
      <w:r>
        <w:t>{………… “In You they trusted"}</w:t>
      </w:r>
    </w:p>
    <w:p>
      <w:r>
        <w:t>[Dagan and the friends continue playing the melody of “May the Rock command His kindness..”]…</w:t>
      </w:r>
    </w:p>
    <w:p>
      <w:pPr>
        <w:pStyle w:val="Heading2"/>
      </w:pPr>
      <w:r>
        <w:t>Side B (Bais)</w:t>
      </w:r>
    </w:p>
    <w:p>
      <w:r>
        <w:t>...[Saba and the friends sing and Yisrael Dagan plays:</w:t>
      </w:r>
    </w:p>
    <w:p>
      <w:r>
        <w:t>"In You our fathers trusted, in You they trusted and You delivered them, to You they cried out and escaped, in You they trusted and were not ashamed.."</w:t>
      </w:r>
    </w:p>
    <w:p>
      <w:r>
        <w:t>(Saba rouses the friends)]</w:t>
      </w:r>
    </w:p>
    <w:p>
      <w:r>
        <w:t>{…….. Trusted}</w:t>
      </w:r>
    </w:p>
    <w:p>
      <w:r>
        <w:t>[Saba and the friends continue singing and Yisrael Dagan plays:</w:t>
      </w:r>
    </w:p>
    <w:p>
      <w:r>
        <w:t>"In You our fathers trusted, in You they trusted and You delivered them, to You they cried out and escaped, in You they trusted and were not ashamed.."</w:t>
      </w:r>
    </w:p>
    <w:p>
      <w:r>
        <w:t>(Saba rouses the friends)]</w:t>
      </w:r>
    </w:p>
    <w:p>
      <w:r>
        <w:t>["The shoe.., the shoe home”, "Expired" from Ramat Gan]</w:t>
      </w:r>
    </w:p>
    <w:p>
      <w:r>
        <w:t>Ah, ah, ah, ah, ah..</w:t>
      </w:r>
    </w:p>
    <w:p>
      <w:r>
        <w:t>["The shoe home", Avraham, Avraham, Avraham]</w:t>
      </w:r>
    </w:p>
    <w:p>
      <w:r>
        <w:t>[Saba and the friends continue singing and Yisrael Dagan plays:</w:t>
      </w:r>
    </w:p>
    <w:p>
      <w:r>
        <w:t>"To You they cried out and escaped, in You they trusted and were not ashamed.."</w:t>
      </w:r>
    </w:p>
    <w:p>
      <w:r>
        <w:t>(Saba rouses the friends)]</w:t>
      </w:r>
    </w:p>
    <w:p>
      <w:r>
        <w:t>[This is Osher, Osher]</w:t>
      </w:r>
    </w:p>
    <w:p>
      <w:r>
        <w:t>Osher, is this Avraham?</w:t>
      </w:r>
    </w:p>
    <w:p>
      <w:r>
        <w:t>[Osher, Avraham’s brother]</w:t>
      </w:r>
    </w:p>
    <w:p>
      <w:r>
        <w:t>Avraham Osher?</w:t>
      </w:r>
    </w:p>
    <w:p>
      <w:r>
        <w:t>[I, I am Osher, …...]</w:t>
      </w:r>
    </w:p>
    <w:p>
      <w:r>
        <w:t>[Yisrael Dagan continues singing and playing:</w:t>
      </w:r>
    </w:p>
    <w:p>
      <w:r>
        <w:t>"To You they cried out and escaped, in You they trusted and were not ashamed.."</w:t>
      </w:r>
    </w:p>
    <w:p>
      <w:r>
        <w:t>Afterward the friends sing:</w:t>
      </w:r>
    </w:p>
    <w:p>
      <w:r>
        <w:t>"Na Na Nach Nachma Nachman MeUman.." to the melody of "In You they trusted.."</w:t>
      </w:r>
    </w:p>
    <w:p>
      <w:r>
        <w:t>"To You they cried out and escaped, in You they trusted and were not ashamed.."</w:t>
      </w:r>
    </w:p>
    <w:p>
      <w:r>
        <w:t>(Saba rouses the friends)]</w:t>
      </w:r>
    </w:p>
    <w:p>
      <w:r>
        <w:t>'Trusted', 'Trusted', 'Trusted', 'Trusted'</w:t>
      </w:r>
    </w:p>
    <w:p>
      <w:r>
        <w:t>“{Nu, really}, until when?”</w:t>
      </w:r>
    </w:p>
    <w:p>
      <w:r>
        <w:t>“'Trusted', 'Trusted', 'Trusted', 'Trusted', until when?”</w:t>
      </w:r>
    </w:p>
    <w:p>
      <w:r>
        <w:t>[Saba and the friends continue singing and Yisrael Dagan plays:</w:t>
      </w:r>
    </w:p>
    <w:p>
      <w:r>
        <w:t>"To You they cried out and escaped, in You they trusted and were not ashamed"</w:t>
      </w:r>
    </w:p>
    <w:p>
      <w:r>
        <w:t>(Saba rouses the friends)]</w:t>
      </w:r>
    </w:p>
    <w:p>
      <w:r>
        <w:t>“'Trusted', 'Trusted', 'Trusted', until when?”</w:t>
      </w:r>
    </w:p>
    <w:p>
      <w:r>
        <w:t>[Saba and the friends continue singing and Yisrael Dagan plays:</w:t>
      </w:r>
    </w:p>
    <w:p>
      <w:r>
        <w:t>"In You they trusted and were not ashamed.."</w:t>
      </w:r>
    </w:p>
    <w:p>
      <w:r>
        <w:t>(Saba rouses the friends)]</w:t>
      </w:r>
    </w:p>
    <w:p>
      <w:r>
        <w:t>Ah.. this is the bomb, they call it 'Trusted'</w:t>
      </w:r>
    </w:p>
    <w:p>
      <w:r>
        <w:t>{…….} From this bomb they are afraid, they hear:</w:t>
      </w:r>
    </w:p>
    <w:p>
      <w:r>
        <w:t>“’Trusted’, ‘Trusted’, ‘Trusted’, ‘Trusted’” {………}</w:t>
      </w:r>
    </w:p>
    <w:p>
      <w:r>
        <w:t>[……………]</w:t>
      </w:r>
    </w:p>
    <w:p>
      <w:r>
        <w:t>[……………]</w:t>
      </w:r>
    </w:p>
    <w:p>
      <w:r>
        <w:t>[Oy.. fortunate are we]</w:t>
      </w:r>
    </w:p>
    <w:p>
      <w:r>
        <w:t>[Saba and the friends continue singing and Yisrael Dagan plays:</w:t>
      </w:r>
    </w:p>
    <w:p>
      <w:r>
        <w:t>"To You they cried out and escaped, in You they trusted and were not ashamed.."</w:t>
      </w:r>
    </w:p>
    <w:p>
      <w:r>
        <w:t>(Saba rouses the friends)]</w:t>
      </w:r>
    </w:p>
    <w:p>
      <w:r>
        <w:t>They knew there is a bomb, whose name is 'Trusted'..</w:t>
      </w:r>
    </w:p>
    <w:p>
      <w:r>
        <w:t>[Saba and the friends continue singing and Yisrael Dagan plays:</w:t>
      </w:r>
    </w:p>
    <w:p>
      <w:r>
        <w:t>"In You our fathers trusted, in You they trusted and You delivered them, to You they cried out and escaped, in You they trusted and were not ashamed.."</w:t>
      </w:r>
    </w:p>
    <w:p>
      <w:r>
        <w:t>(Saba rouses the friends)]</w:t>
      </w:r>
    </w:p>
    <w:p>
      <w:r>
        <w:t>"’Trusted’, ‘Trusted’, ‘Trusted’, what is 'Trusted'?”</w:t>
      </w:r>
    </w:p>
    <w:p>
      <w:r>
        <w:t>[Saba and the friends continue singing and Yisrael Dagan plays:</w:t>
      </w:r>
    </w:p>
    <w:p>
      <w:r>
        <w:t>"In You our fathers trusted, in You they trusted and You delivered them, to You they cried out and escaped, in You they trusted and were not ashamed.."</w:t>
      </w:r>
    </w:p>
    <w:p>
      <w:r>
        <w:t>(Saba rouses the friends)]</w:t>
      </w:r>
    </w:p>
    <w:p>
      <w:r>
        <w:t>{….}, "The Jews have a bomb whose name is 'Trusted'”</w:t>
      </w:r>
    </w:p>
    <w:p>
      <w:r>
        <w:t>From this bomb {..} all the gentiles are afraid</w:t>
      </w:r>
    </w:p>
    <w:p>
      <w:r>
        <w:t>"A bomb like 'Trusted' we have never yet heard of", {yes}</w:t>
      </w:r>
    </w:p>
    <w:p>
      <w:r>
        <w:t>Ah, hey.. hey.. ah.. ah.. ah.. ah.. ah.. ah.. ah.. ah.. ah.. ah.. ah..</w:t>
      </w:r>
    </w:p>
    <w:p>
      <w:r>
        <w:t>'Trusted', 'Trusted', 'Trusted', 'Trusted', 'Trusted', 'Tr..'</w:t>
      </w:r>
    </w:p>
    <w:p>
      <w:r>
        <w:t>"There is a bomb whose name is 'Trust’, 'Trusted', from this bomb {…} we are afraid"</w:t>
      </w:r>
    </w:p>
    <w:p>
      <w:r>
        <w:t>Ah.. ah.. ah.. ah.. ah.. ah..</w:t>
      </w:r>
    </w:p>
    <w:p>
      <w:r>
        <w:t>[Saba and the friends continue singing and Yisrael Dagan plays:</w:t>
      </w:r>
    </w:p>
    <w:p>
      <w:r>
        <w:t>"To You they cried out and escaped, in You they trusted and were not ashamed.."</w:t>
      </w:r>
    </w:p>
    <w:p>
      <w:r>
        <w:t>Afterward they sing:</w:t>
      </w:r>
    </w:p>
    <w:p>
      <w:r>
        <w:t>"Na Na Nach Nachma Nachman MeUman.." to the melody of "In You they trusted.."</w:t>
      </w:r>
    </w:p>
    <w:p>
      <w:r>
        <w:t>(Saba rouses the friends)]</w:t>
      </w:r>
    </w:p>
    <w:p>
      <w:r>
        <w:t>{Nu, …}</w:t>
      </w:r>
    </w:p>
    <w:p>
      <w:r>
        <w:t>"Na Na Nach Nachma Nachman MeUman"</w:t>
      </w:r>
    </w:p>
    <w:p>
      <w:r>
        <w:t>Afterward they sing:</w:t>
      </w:r>
    </w:p>
    <w:p>
      <w:r>
        <w:t>[Saba and the friends continue singing:</w:t>
      </w:r>
    </w:p>
    <w:p>
      <w:r>
        <w:t>"Na Na Nach Nachma Nachman MeUman.." to the melody of "In You they trusted..”</w:t>
      </w:r>
    </w:p>
    <w:p>
      <w:r>
        <w:t>(Saba rouses the friends)</w:t>
      </w:r>
    </w:p>
    <w:p>
      <w:r>
        <w:t>Afterward they sing:</w:t>
      </w:r>
    </w:p>
    <w:p>
      <w:r>
        <w:t>"This song tells of a Jew who has a message for every person</w:t>
      </w:r>
    </w:p>
    <w:p>
      <w:r>
        <w:t>This song tells of a Jew who sings "Na Na Nach Nachma Nachman MeUman"</w:t>
      </w:r>
    </w:p>
    <w:p>
      <w:r>
        <w:t>Years ago, in a narrow room in Teveria, he was very sad</w:t>
      </w:r>
    </w:p>
    <w:p>
      <w:r>
        <w:t>Then he went over to the bookcase, opened himself a book, and in the book found a note</w:t>
      </w:r>
    </w:p>
    <w:p>
      <w:r>
        <w:t>Written on it was "Na Na Nach Nachma Nachman MeUman"</w:t>
      </w:r>
    </w:p>
    <w:p>
      <w:r>
        <w:t>Rabbainu, Rebbe Nachman, sent it to illuminate our souls in distress</w:t>
      </w:r>
    </w:p>
    <w:p>
      <w:r>
        <w:t>And in order to hasten our Redemption</w:t>
      </w:r>
    </w:p>
    <w:p>
      <w:r>
        <w:t>We will sing "Na Na Nach Nachma Nachman MeUman"</w:t>
      </w:r>
    </w:p>
    <w:p>
      <w:r>
        <w:t>And he is one hundred years old, and he looks truly like a one-year-old</w:t>
      </w:r>
    </w:p>
    <w:p>
      <w:r>
        <w:t>Since he received the letter</w:t>
      </w:r>
    </w:p>
    <w:p>
      <w:r>
        <w:t>He sings "Na Na Nach Nachma Nachman MeUman"</w:t>
      </w:r>
    </w:p>
    <w:p>
      <w:r>
        <w:t>(Saba rouses the friends)]</w:t>
      </w:r>
    </w:p>
    <w:p>
      <w:r>
        <w:t>'We Trusted', 'We Trusted', this bomb is a new bomb, you did not know what 'We Trusted' is?</w:t>
      </w:r>
    </w:p>
    <w:p>
      <w:r>
        <w:t>[…….……]</w:t>
      </w:r>
    </w:p>
    <w:p>
      <w:r>
        <w:t>[………]</w:t>
      </w:r>
    </w:p>
    <w:p>
      <w:r>
        <w:t>You do not know what the bomb 'We Trusted' is, you do not know what it is</w:t>
      </w:r>
    </w:p>
    <w:p>
      <w:r>
        <w:t>We, we have new bombs, one is 'We Trusted'</w:t>
      </w:r>
    </w:p>
    <w:p>
      <w:r>
        <w:t>"What is 'We Trusted'?”</w:t>
      </w:r>
    </w:p>
    <w:p>
      <w:r>
        <w:t>"That is the name of the bomb”, yes</w:t>
      </w:r>
    </w:p>
    <w:p>
      <w:r>
        <w:t>[.…………]</w:t>
      </w:r>
    </w:p>
    <w:p>
      <w:r>
        <w:t>[.…………]</w:t>
      </w:r>
    </w:p>
    <w:p>
      <w:r>
        <w:t>[Saba, ho..]</w:t>
      </w:r>
    </w:p>
    <w:p>
      <w:r>
        <w:t>Ah?</w:t>
      </w:r>
    </w:p>
    <w:p>
      <w:r>
        <w:t>[They notified us from Teveria]</w:t>
      </w:r>
    </w:p>
    <w:p>
      <w:r>
        <w:t>Yoah</w:t>
      </w:r>
    </w:p>
    <w:p>
      <w:r>
        <w:t>[That your grandson, that Shefer’s son]</w:t>
      </w:r>
    </w:p>
    <w:p>
      <w:r>
        <w:t>Ah?</w:t>
      </w:r>
    </w:p>
    <w:p>
      <w:r>
        <w:t>[Shefer’s son, he went to the mayor]</w:t>
      </w:r>
    </w:p>
    <w:p>
      <w:r>
        <w:t>Nu</w:t>
      </w:r>
    </w:p>
    <w:p>
      <w:r>
        <w:t>[And he..]</w:t>
      </w:r>
    </w:p>
    <w:p>
      <w:r>
        <w:t>The grandson?</w:t>
      </w:r>
    </w:p>
    <w:p>
      <w:r>
        <w:t>[The grandson]</w:t>
      </w:r>
    </w:p>
    <w:p>
      <w:r>
        <w:t>Shefer</w:t>
      </w:r>
    </w:p>
    <w:p>
      <w:r>
        <w:t>[Shefer’s grandson, yes]</w:t>
      </w:r>
    </w:p>
    <w:p>
      <w:r>
        <w:t>{..}</w:t>
      </w:r>
    </w:p>
    <w:p>
      <w:r>
        <w:t>[Shefer’s son]</w:t>
      </w:r>
    </w:p>
    <w:p>
      <w:r>
        <w:t>Yes</w:t>
      </w:r>
    </w:p>
    <w:p>
      <w:r>
        <w:t>[He went to the mayor]</w:t>
      </w:r>
    </w:p>
    <w:p>
      <w:r>
        <w:t>Yes</w:t>
      </w:r>
    </w:p>
    <w:p>
      <w:r>
        <w:t>[And he complained: "What is this, they are taking down the signs?"</w:t>
      </w:r>
    </w:p>
    <w:p>
      <w:r>
        <w:t>Then he said to him: "That they will take care of it today yet"]</w:t>
      </w:r>
    </w:p>
    <w:p>
      <w:r>
        <w:t>Ah, yes?</w:t>
      </w:r>
    </w:p>
    <w:p>
      <w:r>
        <w:t>[Yes]</w:t>
      </w:r>
    </w:p>
    <w:p>
      <w:r>
        <w:t>{..}</w:t>
      </w:r>
    </w:p>
    <w:p>
      <w:r>
        <w:t>[And also, and also they are requesting from television, they want..]</w:t>
      </w:r>
    </w:p>
    <w:p>
      <w:r>
        <w:t>Television</w:t>
      </w:r>
    </w:p>
    <w:p>
      <w:r>
        <w:t>[They want to make an appearance]</w:t>
      </w:r>
    </w:p>
    <w:p>
      <w:r>
        <w:t>Television</w:t>
      </w:r>
    </w:p>
    <w:p>
      <w:r>
        <w:t>[Yes, so they are asking, if you want them to come, good</w:t>
      </w:r>
    </w:p>
    <w:p>
      <w:r>
        <w:t>And if you want that you should come, good, however you want]</w:t>
      </w:r>
    </w:p>
    <w:p>
      <w:r>
        <w:t>[………..]</w:t>
      </w:r>
    </w:p>
    <w:p>
      <w:r>
        <w:t>[………..]</w:t>
      </w:r>
    </w:p>
    <w:p>
      <w:r>
        <w:t>[They want to hear, what is "Na Na Nach"? They want to know, who is Rebbe Nachman?]</w:t>
      </w:r>
    </w:p>
    <w:p>
      <w:r>
        <w:t>{..}</w:t>
      </w:r>
    </w:p>
    <w:p>
      <w:r>
        <w:t>[They said that they want all of Am Yisroel to hear on television]</w:t>
      </w:r>
    </w:p>
    <w:p>
      <w:r>
        <w:t>{..}</w:t>
      </w:r>
    </w:p>
    <w:p>
      <w:r>
        <w:t>[So that they will have, so that they will have knowledge</w:t>
      </w:r>
    </w:p>
    <w:p>
      <w:r>
        <w:t>What is this that is publicized all the time, "Na Nach", "Na Na Nach", what is "Na Na Nach"? So they, they want..]</w:t>
      </w:r>
    </w:p>
    <w:p>
      <w:r>
        <w:t>Ah.. ah.. ah..</w:t>
      </w:r>
    </w:p>
    <w:p>
      <w:r>
        <w:t>[So they asked that you give an answer]</w:t>
      </w:r>
    </w:p>
    <w:p>
      <w:r>
        <w:t>Ah? They are waiting for an answer?</w:t>
      </w:r>
    </w:p>
    <w:p>
      <w:r>
        <w:t>[Yes]</w:t>
      </w:r>
    </w:p>
    <w:p>
      <w:r>
        <w:t>Where is the mayor waiting?</w:t>
      </w:r>
    </w:p>
    <w:p>
      <w:r>
        <w:t>[.. In Teveria, your grandson, Shefer’s son, of Shefer]</w:t>
      </w:r>
    </w:p>
    <w:p>
      <w:r>
        <w:t>Yoah</w:t>
      </w:r>
    </w:p>
    <w:p>
      <w:r>
        <w:t>[He went to the mayor]</w:t>
      </w:r>
    </w:p>
    <w:p>
      <w:r>
        <w:t>Yes?</w:t>
      </w:r>
    </w:p>
    <w:p>
      <w:r>
        <w:t>[And he said to him: "What is this?", they gave, they gave an instruction to take down all the notices]</w:t>
      </w:r>
    </w:p>
    <w:p>
      <w:r>
        <w:t>Yes?</w:t>
      </w:r>
    </w:p>
    <w:p>
      <w:r>
        <w:t>[Afterward then Shefer’s son went to the mayor, said to him:</w:t>
      </w:r>
    </w:p>
    <w:p>
      <w:r>
        <w:t>"What is this? Why are they taking them down? They should put everything back"]</w:t>
      </w:r>
    </w:p>
    <w:p>
      <w:r>
        <w:t>{Yoah}</w:t>
      </w:r>
    </w:p>
    <w:p>
      <w:r>
        <w:t>[Then the mayor said to him: "That he will take care of it today yet"]</w:t>
      </w:r>
    </w:p>
    <w:p>
      <w:r>
        <w:t>{..}</w:t>
      </w:r>
    </w:p>
    <w:p>
      <w:r>
        <w:t>[And.. and they called from television also]</w:t>
      </w:r>
    </w:p>
    <w:p>
      <w:r>
        <w:t>Yes</w:t>
      </w:r>
    </w:p>
    <w:p>
      <w:r>
        <w:t>[They said: "What do you say? Whether to come for an appearance, for television"]</w:t>
      </w:r>
    </w:p>
    <w:p>
      <w:r>
        <w:t>{..}</w:t>
      </w:r>
    </w:p>
    <w:p>
      <w:r>
        <w:t>[They said that they want all of Am Yisroel to know about it</w:t>
      </w:r>
    </w:p>
    <w:p>
      <w:r>
        <w:t>That everyone should know, they sit at home watching television</w:t>
      </w:r>
    </w:p>
    <w:p>
      <w:r>
        <w:t>So that they will see, so that they will know of Rabbainu and know of the note</w:t>
      </w:r>
    </w:p>
    <w:p>
      <w:r>
        <w:t>They want you to tell them how you received the note]</w:t>
      </w:r>
    </w:p>
    <w:p>
      <w:r>
        <w:t>Yes?</w:t>
      </w:r>
    </w:p>
    <w:p>
      <w:r>
        <w:t>[And what happened? And what is the note? And tell them a little about Rabbainu]</w:t>
      </w:r>
    </w:p>
    <w:p>
      <w:r>
        <w:t>{..}</w:t>
      </w:r>
    </w:p>
    <w:p>
      <w:r>
        <w:t>[And they said that they will all sit at home and watch television, and all of Am Yisroel will see it; there is no need to go to every single house]</w:t>
      </w:r>
    </w:p>
    <w:p>
      <w:r>
        <w:t>Ah, ah, yoah</w:t>
      </w:r>
    </w:p>
    <w:p>
      <w:r>
        <w:t>[Standing in one place, standing in one place, and everyone hears and everyone sees]</w:t>
      </w:r>
    </w:p>
    <w:p>
      <w:r>
        <w:t>Yes.. yes</w:t>
      </w:r>
    </w:p>
    <w:p>
      <w:r>
        <w:t>[It will be..]</w:t>
      </w:r>
    </w:p>
    <w:p>
      <w:r>
        <w:t>[…….]</w:t>
      </w:r>
    </w:p>
    <w:p>
      <w:r>
        <w:t>[It will be easier work, it is harder to go from house to house, it is hard work</w:t>
      </w:r>
    </w:p>
    <w:p>
      <w:r>
        <w:t>This way they sit on television, and everyone sees and everyone hears]</w:t>
      </w:r>
    </w:p>
    <w:p>
      <w:r>
        <w:t>[…………]</w:t>
      </w:r>
    </w:p>
    <w:p>
      <w:r>
        <w:t>[…….…..]</w:t>
      </w:r>
    </w:p>
    <w:p>
      <w:r>
        <w:t>{I am the mayor}, is the mayor Sephardi or Ashkenazi?</w:t>
      </w:r>
    </w:p>
    <w:p>
      <w:r>
        <w:t>[Huh? Ah..]</w:t>
      </w:r>
    </w:p>
    <w:p>
      <w:r>
        <w:t>The mayor?</w:t>
      </w:r>
    </w:p>
    <w:p>
      <w:r>
        <w:t>[They said that he belongs to Shas]</w:t>
      </w:r>
    </w:p>
    <w:p>
      <w:r>
        <w:t>{To.. to.. according, according, to Shefer?}</w:t>
      </w:r>
    </w:p>
    <w:p>
      <w:r>
        <w:t>[………..]</w:t>
      </w:r>
    </w:p>
    <w:p>
      <w:r>
        <w:t>[…..……]…</w:t>
      </w:r>
    </w:p>
    <w:p>
      <w:r>
        <w:t>...[………]</w:t>
      </w:r>
    </w:p>
    <w:p>
      <w:r>
        <w:t>[………...]</w:t>
      </w:r>
    </w:p>
    <w:p>
      <w:r>
        <w:t>[Saba, Saba, shalom]</w:t>
      </w:r>
    </w:p>
    <w:p>
      <w:r>
        <w:t>Shalom...</w:t>
      </w:r>
    </w:p>
    <w:p>
      <w:r>
        <w:t>…”..laughing at the whole world”, this, this is news</w:t>
      </w:r>
    </w:p>
    <w:p>
      <w:r>
        <w:t>[There is here, Saba, a new soldier, a new soldier of Rabbainu]</w:t>
      </w:r>
    </w:p>
    <w:p>
      <w:r>
        <w:t>A new soldier?</w:t>
      </w:r>
    </w:p>
    <w:p>
      <w:r>
        <w:t>[Yes, here he is]</w:t>
      </w:r>
    </w:p>
    <w:p>
      <w:r>
        <w:t>Who is this?</w:t>
      </w:r>
    </w:p>
    <w:p>
      <w:r>
        <w:t>[Here, Adi]</w:t>
      </w:r>
    </w:p>
    <w:p>
      <w:r>
        <w:t>[Come, Adi...]</w:t>
      </w:r>
    </w:p>
    <w:p>
      <w:r>
        <w:t>Who is this?</w:t>
      </w:r>
    </w:p>
    <w:p>
      <w:r>
        <w:t>[New announcements]</w:t>
      </w:r>
    </w:p>
    <w:p>
      <w:r>
        <w:t>Osher, Osher?</w:t>
      </w:r>
    </w:p>
    <w:p>
      <w:r>
        <w:t>[Bring, bring him...]</w:t>
      </w:r>
    </w:p>
    <w:p>
      <w:r>
        <w:t>[Adi son of Esther]</w:t>
      </w:r>
    </w:p>
    <w:p>
      <w:r>
        <w:t>[Adi son of ……]</w:t>
      </w:r>
    </w:p>
    <w:p>
      <w:r>
        <w:t>[……..]</w:t>
      </w:r>
    </w:p>
    <w:p>
      <w:r>
        <w:t>[……..]</w:t>
      </w:r>
    </w:p>
    <w:p>
      <w:r>
        <w:t>[Saba, he wants a pidyon, Adi son of Esther..]…</w:t>
      </w:r>
    </w:p>
    <w:p>
      <w:r>
        <w:t>...[Wait]...</w:t>
      </w:r>
    </w:p>
    <w:p>
      <w:r>
        <w:t>...[Saba and the friends sing:</w:t>
      </w:r>
    </w:p>
    <w:p>
      <w:r>
        <w:t>“In you, Rabbainu, we will rejoice; in you, Rabbainu, we will be glad; in you, Rabbainu, we will rejoice and be glad in you..”</w:t>
      </w:r>
    </w:p>
    <w:p>
      <w:r>
        <w:t>(Saba rouses the friends)]</w:t>
      </w:r>
    </w:p>
    <w:p>
      <w:r>
        <w:t>[Fortunate are we, fortunate are we, good..]</w:t>
      </w:r>
    </w:p>
    <w:p>
      <w:r>
        <w:t>[Blessed is Hashem]</w:t>
      </w:r>
    </w:p>
    <w:p>
      <w:r>
        <w:t>[Good, let's go]</w:t>
      </w:r>
    </w:p>
    <w:p>
      <w:r>
        <w:t>[Blessed is Hashem]</w:t>
      </w:r>
    </w:p>
    <w:p>
      <w:r>
        <w:t>[.. Yes]</w:t>
      </w:r>
    </w:p>
    <w:p>
      <w:r>
        <w:t>[May there be only joyous occasions]</w:t>
      </w:r>
    </w:p>
    <w:p>
      <w:r>
        <w:t>[….]…</w:t>
      </w:r>
    </w:p>
    <w:p>
      <w:r>
        <w:t>...[We have new bombs, 'Trust']</w:t>
      </w:r>
    </w:p>
    <w:p>
      <w:r>
        <w:t>['Trust']</w:t>
      </w:r>
    </w:p>
    <w:p>
      <w:r>
        <w:t>['Trust', 'Trust']</w:t>
      </w:r>
    </w:p>
    <w:p>
      <w:r>
        <w:t>['Trust']</w:t>
      </w:r>
    </w:p>
    <w:p>
      <w:r>
        <w:t>'Trust'</w:t>
      </w:r>
    </w:p>
    <w:p>
      <w:r>
        <w:t>['Trust'..]</w:t>
      </w:r>
    </w:p>
    <w:p>
      <w:r>
        <w:t>[……..]…</w:t>
      </w:r>
    </w:p>
    <w:p>
      <w:r>
        <w:t>...[...]...</w:t>
      </w:r>
    </w:p>
    <w:p>
      <w:r>
        <w:t>...[You were in Givat Shaul, do you remember? You would strengthen me, you would tell me “not to despair,” do you remember? You were in Givat Shaul, you would cook by yourself, you did everything by yourself, do you remember? In Porush's building, twenty years ago</w:t>
      </w:r>
    </w:p>
    <w:p>
      <w:r>
        <w:t>You did not belie.., you did not believe that there would be, there would be.. there would be a note and there would be “Na Naḥ”..]</w:t>
      </w:r>
    </w:p>
    <w:p>
      <w:r>
        <w:t>{...}</w:t>
      </w:r>
    </w:p>
    <w:p>
      <w:r>
        <w:t>[And there would be signs]</w:t>
      </w:r>
    </w:p>
    <w:p>
      <w:r>
        <w:t>{...}</w:t>
      </w:r>
    </w:p>
    <w:p>
      <w:r>
        <w:t>[Huh?]</w:t>
      </w:r>
    </w:p>
    <w:p>
      <w:r>
        <w:t>I don't know, I don't know, that's it</w:t>
      </w:r>
    </w:p>
    <w:p>
      <w:r>
        <w:t>[There are such souls in this world, blessed is Hashem, Saba, be healthy</w:t>
      </w:r>
    </w:p>
    <w:p>
      <w:r>
        <w:t>May Hashem give you health; may you merit to live many days until the coming of our righteous Mashiach..]</w:t>
      </w:r>
    </w:p>
    <w:p>
      <w:r>
        <w:t>{When..}</w:t>
      </w:r>
    </w:p>
    <w:p>
      <w:r>
        <w:t>[In the merit of “Na Naḥ Naḥma Naḥman MeUman”]</w:t>
      </w:r>
    </w:p>
    <w:p>
      <w:r>
        <w:t>When will I come to Bnei Brak?</w:t>
      </w:r>
    </w:p>
    <w:p>
      <w:r>
        <w:t>[To Bnei Brak? Whenever you decide]</w:t>
      </w:r>
    </w:p>
    <w:p>
      <w:r>
        <w:t>Yes?</w:t>
      </w:r>
    </w:p>
    <w:p>
      <w:r>
        <w:t>[Yes, when you decide, you will be able to come to Bnei Brak]</w:t>
      </w:r>
    </w:p>
    <w:p>
      <w:r>
        <w:t>Good</w:t>
      </w:r>
    </w:p>
    <w:p>
      <w:r>
        <w:t>[But come only with Shimon; without Shimon, do not come]</w:t>
      </w:r>
    </w:p>
    <w:p>
      <w:r>
        <w:t>With whom?</w:t>
      </w:r>
    </w:p>
    <w:p>
      <w:r>
        <w:t>[Shimon, you need..]</w:t>
      </w:r>
    </w:p>
    <w:p>
      <w:r>
        <w:t>{..}</w:t>
      </w:r>
    </w:p>
    <w:p>
      <w:r>
        <w:t>[A caregiver, Shimon, Dagan, whoever.. alone is difficult, I, I cannot..</w:t>
      </w:r>
    </w:p>
    <w:p>
      <w:r>
        <w:t>You need to be with someone, yes]…</w:t>
      </w:r>
    </w:p>
    <w:p>
      <w:r>
        <w:t>...[Naḥ..]...</w:t>
      </w:r>
    </w:p>
    <w:p>
      <w:r>
        <w:t>...[“Na Naḥ Naḥma Naḥman MeUman..”]</w:t>
      </w:r>
    </w:p>
    <w:p>
      <w:r>
        <w:t>Ah.. ah… ah.. ah.. ah.. ah..</w:t>
      </w:r>
    </w:p>
    <w:p>
      <w:r>
        <w:t>[Saba, Rav Chaim, Rav Chaim the rosh yeshiva..]...</w:t>
      </w:r>
    </w:p>
    <w:p>
      <w:r>
        <w:t>...[“..I derived great pleasure from your service, and about you I said</w:t>
      </w:r>
    </w:p>
    <w:p>
      <w:r>
        <w:t>My little fire will burn until Mashiach comes</w:t>
      </w:r>
    </w:p>
    <w:p>
      <w:r>
        <w:t>Be strong and courageous in your service, Na Naḥ Naḥma Naḥman MeUman</w:t>
      </w:r>
    </w:p>
    <w:p>
      <w:r>
        <w:t>And with this I will reveal a secret to you, and it is full and heaped from line to line, P'tz'P'tz'Yah</w:t>
      </w:r>
    </w:p>
    <w:p>
      <w:r>
        <w:t>And with the strengthening of the service you will understand it, and the sign: on the seventeenth of Tammuz they will say that you are not fasting”</w:t>
      </w:r>
    </w:p>
    <w:p>
      <w:r>
        <w:t>Saba, you said to me: “One needs to ask why it says ‘to tell you,’ right?]</w:t>
      </w:r>
    </w:p>
    <w:p>
      <w:r>
        <w:t>{..}</w:t>
      </w:r>
    </w:p>
    <w:p>
      <w:r>
        <w:t>[You said to me: “One needs to ask..”]</w:t>
      </w:r>
    </w:p>
    <w:p>
      <w:r>
        <w:t>{Yes}</w:t>
      </w:r>
    </w:p>
    <w:p>
      <w:r>
        <w:t>[Why does it say “to tell you”? “To say..”, why does it not say “to say to you,” “to quote to you”; why “to tell you”?”, do you remember? T..]...</w:t>
      </w:r>
    </w:p>
    <w:p>
      <w:r>
        <w:t>...[Why does it say “to tell you”? You said that one needs to ask</w:t>
      </w:r>
    </w:p>
    <w:p>
      <w:r>
        <w:t>Why does it say “to tell you”? Huh? Saba]</w:t>
      </w:r>
    </w:p>
    <w:p>
      <w:r>
        <w:t>Yo</w:t>
      </w:r>
    </w:p>
    <w:p>
      <w:r>
        <w:t>[“Mouth to mouth I speak with him,” huh? Saba]</w:t>
      </w:r>
    </w:p>
    <w:p>
      <w:r>
        <w:t>“To say to you”</w:t>
      </w:r>
    </w:p>
    <w:p>
      <w:r>
        <w:t>[“To say to you”, yes]</w:t>
      </w:r>
    </w:p>
    <w:p>
      <w:r>
        <w:t>“What to tell?”</w:t>
      </w:r>
    </w:p>
    <w:p>
      <w:r>
        <w:t>[Yes, “to quote to you”, “what to tell you?”]</w:t>
      </w:r>
    </w:p>
    <w:p>
      <w:r>
        <w:t>To tell, to tell is.. {…………..}</w:t>
      </w:r>
    </w:p>
    <w:p>
      <w:r>
        <w:t>[Ah]</w:t>
      </w:r>
    </w:p>
    <w:p>
      <w:r>
        <w:t>{…………….}</w:t>
      </w:r>
    </w:p>
    <w:p>
      <w:r>
        <w:t>[Amen]</w:t>
      </w:r>
    </w:p>
    <w:p>
      <w:r>
        <w:t>{………….}</w:t>
      </w:r>
    </w:p>
    <w:p>
      <w:r>
        <w:t>[Amen, amen, blessed is Hashem]</w:t>
      </w:r>
    </w:p>
    <w:p>
      <w:r>
        <w:t>{……….}</w:t>
      </w:r>
    </w:p>
    <w:p>
      <w:r>
        <w:t>[Good, Saba, have a good journey]…</w:t>
      </w:r>
    </w:p>
    <w:p>
      <w:r>
        <w:t>...{…}</w:t>
      </w:r>
    </w:p>
    <w:p>
      <w:r>
        <w:t>[All the best, be healthy</w:t>
      </w:r>
    </w:p>
    <w:p>
      <w:r>
        <w:t>“It was very difficult for me to descend to you, my precious student</w:t>
      </w:r>
    </w:p>
    <w:p>
      <w:r>
        <w:t>To tell you that I derived great pleasure from your service, and about you I said</w:t>
      </w:r>
    </w:p>
    <w:p>
      <w:r>
        <w:t>My little fire will burn until Mashiach comes</w:t>
      </w:r>
    </w:p>
    <w:p>
      <w:r>
        <w:t>Be strong and courageous in your service, Na Naḥ Naḥma Naḥman MeUman</w:t>
      </w:r>
    </w:p>
    <w:p>
      <w:r>
        <w:t>And with this I will reveal a secret to you, and it is full and heaped from line to line, P'tz'P'tz'Yah</w:t>
      </w:r>
    </w:p>
    <w:p>
      <w:r>
        <w:t>And with the strengthening of the service you will understand it, and the sign: on the seventeenth of Tammuz they will say that you are not fasting”</w:t>
      </w:r>
    </w:p>
    <w:p>
      <w:r>
        <w:t>[Saba, where will we be on Rosh Hashanah? Saba, where will we be on Rosh Hashanah? Do you know?] Huh?</w:t>
      </w:r>
    </w:p>
    <w:p>
      <w:r>
        <w:t>[Where will we be on Rosh Hashanah?]</w:t>
      </w:r>
    </w:p>
    <w:p>
      <w:r>
        <w:t>Rosh Hashanah?</w:t>
      </w:r>
    </w:p>
    <w:p>
      <w:r>
        <w:t>[Yes]</w:t>
      </w:r>
    </w:p>
    <w:p>
      <w:r>
        <w:t>In Uman</w:t>
      </w:r>
    </w:p>
    <w:p>
      <w:r>
        <w:t>[In Uman]</w:t>
      </w:r>
    </w:p>
    <w:p>
      <w:r>
        <w:t>[Good, Avraham Natan]</w:t>
      </w:r>
    </w:p>
    <w:p>
      <w:r>
        <w:t>[Then they need to make an airplane, a special airplane..]</w:t>
      </w:r>
    </w:p>
    <w:p>
      <w:r>
        <w:t>{An airplane}</w:t>
      </w:r>
    </w:p>
    <w:p>
      <w:r>
        <w:t>[There should be signs on the airplane: “Na Naḥ Naḥma Naḥman MeUman”</w:t>
      </w:r>
    </w:p>
    <w:p>
      <w:r>
        <w:t>The whole country will be in an uproar: the master of the note went by private airplane to.. to Uman for Rosh Hashanah. Have a good journey, Saba]</w:t>
      </w:r>
    </w:p>
    <w:p>
      <w:r>
        <w:t>{..}</w:t>
      </w:r>
    </w:p>
    <w:p>
      <w:r>
        <w:t>[All the best, good tidings]</w:t>
      </w:r>
    </w:p>
    <w:p>
      <w:r>
        <w:t>Good, thank you</w:t>
      </w:r>
    </w:p>
    <w:p>
      <w:r>
        <w:t>[Feel well, Saba]</w:t>
      </w:r>
    </w:p>
    <w:p>
      <w:r>
        <w:t>Amen.. {..}</w:t>
      </w:r>
    </w:p>
    <w:p>
      <w:r>
        <w:t>[All the best, goodbye]</w:t>
      </w:r>
    </w:p>
    <w:p>
      <w:r>
        <w:t>[All the best, Avraham Natan, goodbye]</w:t>
      </w:r>
    </w:p>
    <w:p>
      <w:r>
        <w:t>[Goodbye, have a good journey, have a good journey]</w:t>
      </w:r>
    </w:p>
    <w:p>
      <w:r>
        <w:t>[…...]...</w:t>
      </w:r>
    </w:p>
    <w:p>
      <w:r>
        <w:t>...{..}</w:t>
      </w:r>
    </w:p>
    <w:p>
      <w:r>
        <w:t>[The holi..]...</w:t>
      </w:r>
    </w:p>
    <w:p>
      <w:r>
        <w:t>...{…..}</w:t>
      </w:r>
    </w:p>
    <w:p>
      <w:r>
        <w:t>[No, this now is “Tefilas Haderech,” “May it be Your will..”]</w:t>
      </w:r>
    </w:p>
    <w:p>
      <w:r>
        <w:t>{..}</w:t>
      </w:r>
    </w:p>
    <w:p>
      <w:r>
        <w:t>[“..Hashem our God..”]</w:t>
      </w:r>
    </w:p>
    <w:p>
      <w:r>
        <w:t>{..}</w:t>
      </w:r>
    </w:p>
    <w:p>
      <w:r>
        <w:t>[“..and God of our fathers, that You lead us in peace and make us walk in peace..”]</w:t>
      </w:r>
    </w:p>
    <w:p>
      <w:r>
        <w:t>{..}</w:t>
      </w:r>
    </w:p>
    <w:p>
      <w:r>
        <w:t>[“..guide us in peace..”]</w:t>
      </w:r>
    </w:p>
    <w:p>
      <w:r>
        <w:t>(Saba says “Tefilas Haderech”)</w:t>
      </w:r>
    </w:p>
    <w:p>
      <w:r>
        <w:t>{..}..</w:t>
      </w:r>
    </w:p>
    <w:p>
      <w:r>
        <w:t>[“Who hears prayer,” “Who hears prayer”]</w:t>
      </w:r>
    </w:p>
    <w:p>
      <w:r>
        <w:t>Huh?</w:t>
      </w:r>
    </w:p>
    <w:p>
      <w:r>
        <w:t>[“Who hears prayer”]</w:t>
      </w:r>
    </w:p>
    <w:p>
      <w:r>
        <w:t>{…}</w:t>
      </w:r>
    </w:p>
    <w:p>
      <w:r>
        <w:t>[“Prayer”]</w:t>
      </w:r>
    </w:p>
    <w:p>
      <w:r>
        <w:t>Huh?</w:t>
      </w:r>
    </w:p>
    <w:p>
      <w:r>
        <w:t>[“Who hears prayer”]</w:t>
      </w:r>
    </w:p>
    <w:p>
      <w:r>
        <w:t>“Who hears prayer”</w:t>
      </w:r>
    </w:p>
    <w:p>
      <w:r>
        <w:t>[Amen]…</w:t>
      </w:r>
    </w:p>
    <w:p>
      <w:r>
        <w:br w:type="page"/>
      </w:r>
    </w:p>
    <w:p>
      <w:pPr>
        <w:pStyle w:val="Heading1"/>
      </w:pPr>
      <w:r>
        <w:t>Tape 41</w:t>
      </w:r>
    </w:p>
    <w:p>
      <w:pPr>
        <w:pStyle w:val="Heading2"/>
      </w:pPr>
      <w:r>
        <w:t>Side A (Aleph)</w:t>
      </w:r>
    </w:p>
    <w:p>
      <w:r>
        <w:t>...{….}, he, he had mercy on us, yes</w:t>
      </w:r>
    </w:p>
    <w:p>
      <w:r>
        <w:t>Even just to hear and to speak about it, that is also great favors</w:t>
      </w:r>
    </w:p>
    <w:p>
      <w:r>
        <w:t>Oh.. oh.. ah..</w:t>
      </w:r>
    </w:p>
    <w:p>
      <w:r>
        <w:t>Moshe Bloom was the head of Agudas Yisroel, and I came {to his house}:</w:t>
      </w:r>
    </w:p>
    <w:p>
      <w:r>
        <w:t>“I do not have tuition money in order to pay {for the..} children,” he said:</w:t>
      </w:r>
    </w:p>
    <w:p>
      <w:r>
        <w:t>“I will speak, I will see, I..”, and nothing at all, a liar</w:t>
      </w:r>
    </w:p>
    <w:p>
      <w:r>
        <w:t>He said he would speak, {…..}, and I saw that he was an absolute lie, a scoffer, no, nothing at all</w:t>
      </w:r>
    </w:p>
    <w:p>
      <w:r>
        <w:t>But I saw the falsehood; I said: “Perhaps he needs to die?”</w:t>
      </w:r>
    </w:p>
    <w:p>
      <w:r>
        <w:t>And also, and also it was like this: he went up {to the yeshiva}, became ill and passed away, and there was a funeral here in Yerushalayim</w:t>
      </w:r>
    </w:p>
    <w:p>
      <w:r>
        <w:t>{From the yeshiva} they took him to Yerushalayim</w:t>
      </w:r>
    </w:p>
    <w:p>
      <w:r>
        <w:t>I did not have a piece of bread {to eat}</w:t>
      </w:r>
    </w:p>
    <w:p>
      <w:r>
        <w:t>And he had the whole world, all the money in the world, all the honor in the world he had</w:t>
      </w:r>
    </w:p>
    <w:p>
      <w:r>
        <w:t>No</w:t>
      </w:r>
    </w:p>
    <w:p>
      <w:r>
        <w:t>I saw the falsehood; I said: “Perhaps he needs to die?”</w:t>
      </w:r>
    </w:p>
    <w:p>
      <w:r>
        <w:t>And that is how it was: he died, he became ill and he died, and also.., and there was a funeral here in Yerushalayim</w:t>
      </w:r>
    </w:p>
    <w:p>
      <w:r>
        <w:t>Yes, that was Moshe Bloom, such falsehood, Moshe Bloom</w:t>
      </w:r>
    </w:p>
    <w:p>
      <w:r>
        <w:t>There were two Moishelekh, Moshe Porush, and Menachem Porush</w:t>
      </w:r>
    </w:p>
    <w:p>
      <w:r>
        <w:t>[..]</w:t>
      </w:r>
    </w:p>
    <w:p>
      <w:r>
        <w:t>His father, Moshe Porush, and Moshe Bloom, there were two Moishelekh</w:t>
      </w:r>
    </w:p>
    <w:p>
      <w:r>
        <w:t>[.. Moishelekh]</w:t>
      </w:r>
    </w:p>
    <w:p>
      <w:r>
        <w:t>{Yes}, I came to Moshe Bloom, to Moshe, Porush:</w:t>
      </w:r>
    </w:p>
    <w:p>
      <w:r>
        <w:t>“I have no, I have no bread, I have no money, I have nothing, what..”</w:t>
      </w:r>
    </w:p>
    <w:p>
      <w:r>
        <w:t>As though speaking to stones, nothing</w:t>
      </w:r>
    </w:p>
    <w:p>
      <w:r>
        <w:t>I go {….} to Geula to tell Moshe Bloom, Moshe Porush, Moishelekh</w:t>
      </w:r>
    </w:p>
    <w:p>
      <w:r>
        <w:t>{And I asked them for a little bread, and there is nothing}</w:t>
      </w:r>
    </w:p>
    <w:p>
      <w:r>
        <w:t>But he.. I thought: “Perhaps he, he.. needs to die?”</w:t>
      </w:r>
    </w:p>
    <w:p>
      <w:r>
        <w:t>{…}, and it was also like that, {…..…}, he became ill and died</w:t>
      </w:r>
    </w:p>
    <w:p>
      <w:r>
        <w:t>And there was a large funeral in Yerushalayim</w:t>
      </w:r>
    </w:p>
    <w:p>
      <w:r>
        <w:t>There was a large funeral, but I did not have, I did not have, neither bread nor money nor anything</w:t>
      </w:r>
    </w:p>
    <w:p>
      <w:r>
        <w:t>And there was no one who.. who would speak with me, who would strengthen me, who would speak</w:t>
      </w:r>
    </w:p>
    <w:p>
      <w:r>
        <w:t>[Oh..]</w:t>
      </w:r>
    </w:p>
    <w:p>
      <w:r>
        <w:t>Ah..</w:t>
      </w:r>
    </w:p>
    <w:p>
      <w:r>
        <w:t>The haughtiness, the haughtiness was up to the heavens, the pride and the haughtiness</w:t>
      </w:r>
    </w:p>
    <w:p>
      <w:r>
        <w:t>[….]</w:t>
      </w:r>
    </w:p>
    <w:p>
      <w:r>
        <w:t>[..….]…</w:t>
      </w:r>
    </w:p>
    <w:p>
      <w:r>
        <w:t>...Oy, oy, oy, oy, put the legs up on the bed, and.. {maybe}..</w:t>
      </w:r>
    </w:p>
    <w:p>
      <w:r>
        <w:t>Ah, ah..</w:t>
      </w:r>
    </w:p>
    <w:p>
      <w:r>
        <w:t>Moshe Bloom, and Moshe Porush, there were two Moishelechs, they were the heads, heads of Agudas Yisroel</w:t>
      </w:r>
    </w:p>
    <w:p>
      <w:r>
        <w:t>Two Moishelechs, Moshe Porush and Moshe {..}, Moshe, Moshe Bloom, and Moshe Porush</w:t>
      </w:r>
    </w:p>
    <w:p>
      <w:r>
        <w:t>[Rebbe Yisroel, we are arranging you on the bed, more {upward}]</w:t>
      </w:r>
    </w:p>
    <w:p>
      <w:r>
        <w:t>Eh?</w:t>
      </w:r>
    </w:p>
    <w:p>
      <w:r>
        <w:t>[..….]</w:t>
      </w:r>
    </w:p>
    <w:p>
      <w:r>
        <w:t>No, no, no, no</w:t>
      </w:r>
    </w:p>
    <w:p>
      <w:r>
        <w:t>[Because the legs are falling]</w:t>
      </w:r>
    </w:p>
    <w:p>
      <w:r>
        <w:t>No, no, eh?</w:t>
      </w:r>
    </w:p>
    <w:p>
      <w:r>
        <w:t>[The legs are falling off the bed, only..]</w:t>
      </w:r>
    </w:p>
    <w:p>
      <w:r>
        <w:t>{..}</w:t>
      </w:r>
    </w:p>
    <w:p>
      <w:r>
        <w:t>[Lifting them onto the bed a little]</w:t>
      </w:r>
    </w:p>
    <w:p>
      <w:r>
        <w:t>No</w:t>
      </w:r>
    </w:p>
    <w:p>
      <w:r>
        <w:t>[No?]</w:t>
      </w:r>
    </w:p>
    <w:p>
      <w:r>
        <w:t>No</w:t>
      </w:r>
    </w:p>
    <w:p>
      <w:r>
        <w:t>[Saba, to this day there is a Porush in the government]</w:t>
      </w:r>
    </w:p>
    <w:p>
      <w:r>
        <w:t>Eh?</w:t>
      </w:r>
    </w:p>
    <w:p>
      <w:r>
        <w:t>[To this day there is a Porush in the government]</w:t>
      </w:r>
    </w:p>
    <w:p>
      <w:r>
        <w:t>What is there?</w:t>
      </w:r>
    </w:p>
    <w:p>
      <w:r>
        <w:t>[Porush, Porush]</w:t>
      </w:r>
    </w:p>
    <w:p>
      <w:r>
        <w:t>Oy, oy, oy, oy, Menachem Porush</w:t>
      </w:r>
    </w:p>
    <w:p>
      <w:r>
        <w:t>[He opposed Rabbainu coming to Eretz Yisroel]</w:t>
      </w:r>
    </w:p>
    <w:p>
      <w:r>
        <w:t>Eh? He opposed</w:t>
      </w:r>
    </w:p>
    <w:p>
      <w:r>
        <w:t>[Rabbainu coming to Eretz Yisroel]</w:t>
      </w:r>
    </w:p>
    <w:p>
      <w:r>
        <w:t>{..}</w:t>
      </w:r>
    </w:p>
    <w:p>
      <w:r>
        <w:t>[The chassidim went to him, and he came to the President in order to speak to him, that he should not come]</w:t>
      </w:r>
    </w:p>
    <w:p>
      <w:r>
        <w:t>{…}, he will defeat everyone, and..he said:</w:t>
      </w:r>
    </w:p>
    <w:p>
      <w:r>
        <w:t>"I and Rebbe Nassan laugh at the whole world"</w:t>
      </w:r>
    </w:p>
    <w:p>
      <w:r>
        <w:t>[I read in "I"bei Hanachal", that you had stories</w:t>
      </w:r>
    </w:p>
    <w:p>
      <w:r>
        <w:t>Because you said thank you to Shazar for subduing Porush, that Shazar helped you with this]</w:t>
      </w:r>
    </w:p>
    <w:p>
      <w:r>
        <w:t>He, he asked me to continue speaking with him about Rabbainu and to study Rabbainu's sefarim with him, yes</w:t>
      </w:r>
    </w:p>
    <w:p>
      <w:r>
        <w:t>And I had a grandson, I have a grandson, Amram Horowitz, yes</w:t>
      </w:r>
    </w:p>
    <w:p>
      <w:r>
        <w:t>He asked me to bring him and to study together</w:t>
      </w:r>
    </w:p>
    <w:p>
      <w:r>
        <w:t>[….…]</w:t>
      </w:r>
    </w:p>
    <w:p>
      <w:r>
        <w:t>[..…..]</w:t>
      </w:r>
    </w:p>
    <w:p>
      <w:r>
        <w:t>That he, this is Porush, yes, and he studies {….} the sefarim of Moharan, the sefarim of "Likutei Moharan", sefarim..</w:t>
      </w:r>
    </w:p>
    <w:p>
      <w:r>
        <w:t>He, he studies, he has, has a heart and a mind</w:t>
      </w:r>
    </w:p>
    <w:p>
      <w:r>
        <w:t>[Is it worthwhile to study with him?]</w:t>
      </w:r>
    </w:p>
    <w:p>
      <w:r>
        <w:t>Eh?</w:t>
      </w:r>
    </w:p>
    <w:p>
      <w:r>
        <w:t>[Is it worthwhile to study with him?]</w:t>
      </w:r>
    </w:p>
    <w:p>
      <w:r>
        <w:t>We studied toge…</w:t>
      </w:r>
    </w:p>
    <w:p>
      <w:r>
        <w:t>...I and the President and Amram Horowitz, we studied together</w:t>
      </w:r>
    </w:p>
    <w:p>
      <w:r>
        <w:t>But cannot, cannot speak, ah..</w:t>
      </w:r>
    </w:p>
    <w:p>
      <w:r>
        <w:t>Ah…</w:t>
      </w:r>
    </w:p>
    <w:p>
      <w:r>
        <w:t>...Oy vey, what thing is there to eat?</w:t>
      </w:r>
    </w:p>
    <w:p>
      <w:r>
        <w:t>{I ….} only speak, and I have no {appetite for food\liver to eat}</w:t>
      </w:r>
    </w:p>
    <w:p>
      <w:r>
        <w:t>[……………………………..….]</w:t>
      </w:r>
    </w:p>
    <w:p>
      <w:r>
        <w:t>[………………………………...]</w:t>
      </w:r>
    </w:p>
    <w:p>
      <w:r>
        <w:t>[Here is liver] Ah…</w:t>
      </w:r>
    </w:p>
    <w:p>
      <w:r>
        <w:t>...[No, he is speaking with Yisroel Dagan, speaking with Yisroel Dagan]</w:t>
      </w:r>
    </w:p>
    <w:p>
      <w:r>
        <w:t>Yes?</w:t>
      </w:r>
    </w:p>
    <w:p>
      <w:r>
        <w:t>[Yes, yes, this is Leizer]</w:t>
      </w:r>
    </w:p>
    <w:p>
      <w:r>
        <w:t>This is Leizer</w:t>
      </w:r>
    </w:p>
    <w:p>
      <w:r>
        <w:t>[Yes, is this good?]</w:t>
      </w:r>
    </w:p>
    <w:p>
      <w:r>
        <w:t>Good</w:t>
      </w:r>
    </w:p>
    <w:p>
      <w:r>
        <w:t>[Do you want to speak with him some more?]</w:t>
      </w:r>
    </w:p>
    <w:p>
      <w:r>
        <w:t>Ah.. I have no strength, I want</w:t>
      </w:r>
    </w:p>
    <w:p>
      <w:r>
        <w:t>[Here is liver]…</w:t>
      </w:r>
    </w:p>
    <w:p>
      <w:r>
        <w:t>...[Ah.. Shalom aleichem, Saba]</w:t>
      </w:r>
    </w:p>
    <w:p>
      <w:r>
        <w:t>Aleichem shalom</w:t>
      </w:r>
    </w:p>
    <w:p>
      <w:r>
        <w:t>[Saba, this is the son-in-law, Saba]</w:t>
      </w:r>
    </w:p>
    <w:p>
      <w:r>
        <w:t>[He knows, he knows]</w:t>
      </w:r>
    </w:p>
    <w:p>
      <w:r>
        <w:t>[…….]</w:t>
      </w:r>
    </w:p>
    <w:p>
      <w:r>
        <w:t>[…….]…</w:t>
      </w:r>
    </w:p>
    <w:p>
      <w:r>
        <w:t>...{Very good}, oy vey</w:t>
      </w:r>
    </w:p>
    <w:p>
      <w:r>
        <w:t>The householder, his name is Yisroel Aharon, Yisroel, Yisroel Aharon</w:t>
      </w:r>
    </w:p>
    <w:p>
      <w:r>
        <w:t>[Yes]</w:t>
      </w:r>
    </w:p>
    <w:p>
      <w:r>
        <w:t>And the.. and the room is very large</w:t>
      </w:r>
    </w:p>
    <w:p>
      <w:r>
        <w:t>[Yes? And what, what did you do in the room? What was in the room?]</w:t>
      </w:r>
    </w:p>
    <w:p>
      <w:r>
        <w:t>In the room? There will be, they told me there would be kugel and a fresh egg, {…}, what else? Ah..</w:t>
      </w:r>
    </w:p>
    <w:p>
      <w:r>
        <w:t>[Here, Rebbe Yisroel, do you want to drink?]</w:t>
      </w:r>
    </w:p>
    <w:p>
      <w:r>
        <w:t>Eh?</w:t>
      </w:r>
    </w:p>
    <w:p>
      <w:r>
        <w:t>I, I want to drink half a cup</w:t>
      </w:r>
    </w:p>
    <w:p>
      <w:r>
        <w:t>[Here is the half cup, no, no, no, half a cup of egg?]</w:t>
      </w:r>
    </w:p>
    <w:p>
      <w:r>
        <w:t>Half a cup</w:t>
      </w:r>
    </w:p>
    <w:p>
      <w:r>
        <w:t>[Of egg? Of egg?]</w:t>
      </w:r>
    </w:p>
    <w:p>
      <w:r>
        <w:t>Of egg, yes</w:t>
      </w:r>
    </w:p>
    <w:p>
      <w:r>
        <w:t>[Then I will add a little more, I will add a little more, it will be half a cup]</w:t>
      </w:r>
    </w:p>
    <w:p>
      <w:r>
        <w:t>[Saba, I found an apartment in Yerushalayim]</w:t>
      </w:r>
    </w:p>
    <w:p>
      <w:r>
        <w:t>You found an apartment..?</w:t>
      </w:r>
    </w:p>
    <w:p>
      <w:r>
        <w:t>[Today there was a miracle and I found an apartment in Yerushalayim]</w:t>
      </w:r>
    </w:p>
    <w:p>
      <w:r>
        <w:t>Yes?</w:t>
      </w:r>
    </w:p>
    <w:p>
      <w:r>
        <w:t>[Can I invite you to be with me there?]</w:t>
      </w:r>
    </w:p>
    <w:p>
      <w:r>
        <w:t>But the apartment of {….} is not, not in Yerushalayim?</w:t>
      </w:r>
    </w:p>
    <w:p>
      <w:r>
        <w:t>[Until now I did not have.., I did not d.., I did not dream that I would have an apartment in Yerushalayim</w:t>
      </w:r>
    </w:p>
    <w:p>
      <w:r>
        <w:t>So today there was an actual miracle and I found one]</w:t>
      </w:r>
    </w:p>
    <w:p>
      <w:r>
        <w:t>I found a large apartment in Yerushalayim, oh, very large</w:t>
      </w:r>
    </w:p>
    <w:p>
      <w:r>
        <w:t>[This apartment is also very large, Saba, and one can see the Judean hills from there, it overlooks the Judean hills] Oy, oy, oy, oy..</w:t>
      </w:r>
    </w:p>
    <w:p>
      <w:r>
        <w:t>The apartment is large and beautiful, very beautiful, I found {in Yerush..}..</w:t>
      </w:r>
    </w:p>
    <w:p>
      <w:r>
        <w:t>[…..]</w:t>
      </w:r>
    </w:p>
    <w:p>
      <w:r>
        <w:t>{…}, in Teveria, I found a very large apartment</w:t>
      </w:r>
    </w:p>
    <w:p>
      <w:r>
        <w:t>[.……] …[.……]</w:t>
      </w:r>
    </w:p>
    <w:p>
      <w:r>
        <w:t>...{To sleep} also on, on, on the.., in this apartment</w:t>
      </w:r>
    </w:p>
    <w:p>
      <w:r>
        <w:t>[Saba, perhaps you will come to this apartment? Saba, you are invited to come to this apartment] Yes?</w:t>
      </w:r>
    </w:p>
    <w:p>
      <w:r>
        <w:t>[Yes]</w:t>
      </w:r>
    </w:p>
    <w:p>
      <w:r>
        <w:t>Good, the apartment is very large</w:t>
      </w:r>
    </w:p>
    <w:p>
      <w:r>
        <w:t>[Yes, yes, large]</w:t>
      </w:r>
    </w:p>
    <w:p>
      <w:r>
        <w:t>Nu..</w:t>
      </w:r>
    </w:p>
    <w:p>
      <w:r>
        <w:t>{…} The name of the owner of the apartment is, he is Yisroel Aharon</w:t>
      </w:r>
    </w:p>
    <w:p>
      <w:r>
        <w:t>I {} it is already sixty years that I remember the householder's name</w:t>
      </w:r>
    </w:p>
    <w:p>
      <w:r>
        <w:t>[Was that in Teveria?]</w:t>
      </w:r>
    </w:p>
    <w:p>
      <w:r>
        <w:t>Oy</w:t>
      </w:r>
    </w:p>
    <w:p>
      <w:r>
        <w:t>And in Teveria there is the apartment of, {mine}, Yisroel Aharon</w:t>
      </w:r>
    </w:p>
    <w:p>
      <w:r>
        <w:t>[Was it an apartment inside the city or at the edge of the city?]</w:t>
      </w:r>
    </w:p>
    <w:p>
      <w:r>
        <w:t>Inside the city</w:t>
      </w:r>
    </w:p>
    <w:p>
      <w:r>
        <w:t>[Inside the city]</w:t>
      </w:r>
    </w:p>
    <w:p>
      <w:r>
        <w:t>Yes</w:t>
      </w:r>
    </w:p>
    <w:p>
      <w:r>
        <w:t>[Rebbe Yisroel]</w:t>
      </w:r>
    </w:p>
    <w:p>
      <w:r>
        <w:t>{..}</w:t>
      </w:r>
    </w:p>
    <w:p>
      <w:r>
        <w:t>[I brought the egg c.., the egg]</w:t>
      </w:r>
    </w:p>
    <w:p>
      <w:r>
        <w:t>The egg?</w:t>
      </w:r>
    </w:p>
    <w:p>
      <w:r>
        <w:t>[Yes, taste this, here there is almost half a cup]</w:t>
      </w:r>
    </w:p>
    <w:p>
      <w:r>
        <w:t>Nu</w:t>
      </w:r>
    </w:p>
    <w:p>
      <w:r>
        <w:t>[Half a cup]</w:t>
      </w:r>
    </w:p>
    <w:p>
      <w:r>
        <w:t>I want it soft</w:t>
      </w:r>
    </w:p>
    <w:p>
      <w:r>
        <w:t>[Yes, yes, yes, it is only the runny part, runny, it is not only soft]</w:t>
      </w:r>
    </w:p>
    <w:p>
      <w:r>
        <w:t>Eh?</w:t>
      </w:r>
    </w:p>
    <w:p>
      <w:r>
        <w:t>[Completely runny, it is possible to drink it]</w:t>
      </w:r>
    </w:p>
    <w:p>
      <w:r>
        <w:t>Good</w:t>
      </w:r>
    </w:p>
    <w:p>
      <w:r>
        <w:t>[Here, next to you]</w:t>
      </w:r>
    </w:p>
    <w:p>
      <w:r>
        <w:t>Here.. the apartment?</w:t>
      </w:r>
    </w:p>
    <w:p>
      <w:r>
        <w:t>[Shall I give it with a spoon?</w:t>
      </w:r>
    </w:p>
    <w:p>
      <w:r>
        <w:t>Here, here it is ready, it will cool off, afterward it will cool off]</w:t>
      </w:r>
    </w:p>
    <w:p>
      <w:r>
        <w:t>{And th..} the householder's name—it is sixty years that I remember the name, "Yisroel Aharon"—and on Friday he buys everything for Shabbos, and also eggs, yes</w:t>
      </w:r>
    </w:p>
    <w:p>
      <w:r>
        <w:t>[There is a fresh egg, there is a fresh egg, here there is a fresh egg, a fresh egg] [………]</w:t>
      </w:r>
    </w:p>
    <w:p>
      <w:r>
        <w:t>[….…..]</w:t>
      </w:r>
    </w:p>
    <w:p>
      <w:r>
        <w:t>[It is still hot, Rebbe Yisroel]</w:t>
      </w:r>
    </w:p>
    <w:p>
      <w:r>
        <w:t>[Half, half a cup of egg]</w:t>
      </w:r>
    </w:p>
    <w:p>
      <w:r>
        <w:t>Eh?</w:t>
      </w:r>
    </w:p>
    <w:p>
      <w:r>
        <w:t>[The egg is, it is lukewarm now]</w:t>
      </w:r>
    </w:p>
    <w:p>
      <w:r>
        <w:t>Hot?</w:t>
      </w:r>
    </w:p>
    <w:p>
      <w:r>
        <w:t>[Yes, yes, it is hot]</w:t>
      </w:r>
    </w:p>
    <w:p>
      <w:r>
        <w:t>If it is hot, good</w:t>
      </w:r>
    </w:p>
    <w:p>
      <w:r>
        <w:t>[Yes, yes, here, do you want it with a spoon? With a spoon? Here]</w:t>
      </w:r>
    </w:p>
    <w:p>
      <w:r>
        <w:t>[Do not give it cold]</w:t>
      </w:r>
    </w:p>
    <w:p>
      <w:r>
        <w:t>{..}</w:t>
      </w:r>
    </w:p>
    <w:p>
      <w:r>
        <w:t>[To drink? It is runny, it is even possible to drink it]</w:t>
      </w:r>
    </w:p>
    <w:p>
      <w:r>
        <w:t>Ah..</w:t>
      </w:r>
    </w:p>
    <w:p>
      <w:r>
        <w:t>[A fresh egg]</w:t>
      </w:r>
    </w:p>
    <w:p>
      <w:r>
        <w:t>Oh, oh..</w:t>
      </w:r>
    </w:p>
    <w:p>
      <w:r>
        <w:t>[…….]</w:t>
      </w:r>
    </w:p>
    <w:p>
      <w:r>
        <w:t>Such an egg..</w:t>
      </w:r>
    </w:p>
    <w:p>
      <w:r>
        <w:t>[Yes, there has not yet been such a thing, …... knows how to make eggs]</w:t>
      </w:r>
    </w:p>
    <w:p>
      <w:r>
        <w:t>It is better than the liver</w:t>
      </w:r>
    </w:p>
    <w:p>
      <w:r>
        <w:t>[He knows well how to prepare eggs, he knows well, this is the dayan of ….. dayan, av beis din..]</w:t>
      </w:r>
    </w:p>
    <w:p>
      <w:r>
        <w:t>[…….]</w:t>
      </w:r>
    </w:p>
    <w:p>
      <w:r>
        <w:t>[.…...]</w:t>
      </w:r>
    </w:p>
    <w:p>
      <w:r>
        <w:t>Oh, oh, oh..</w:t>
      </w:r>
    </w:p>
    <w:p>
      <w:r>
        <w:t>[….……]</w:t>
      </w:r>
    </w:p>
    <w:p>
      <w:r>
        <w:t>[……….]</w:t>
      </w:r>
    </w:p>
    <w:p>
      <w:r>
        <w:t>[Yes, yes, it, it is getting messy, Rebbe Yisroel, perhaps it can be drunk]</w:t>
      </w:r>
    </w:p>
    <w:p>
      <w:r>
        <w:t>It can be drunk?</w:t>
      </w:r>
    </w:p>
    <w:p>
      <w:r>
        <w:t>[It can be drunk, it is possible to drink it from a cup, from a cup it can be drunk]</w:t>
      </w:r>
    </w:p>
    <w:p>
      <w:r>
        <w:t>[To drink]</w:t>
      </w:r>
    </w:p>
    <w:p>
      <w:r>
        <w:t>What? The egg?</w:t>
      </w:r>
    </w:p>
    <w:p>
      <w:r>
        <w:t>[Yes, …, because it is spilling, it is spilling, it is spilling..]</w:t>
      </w:r>
    </w:p>
    <w:p>
      <w:r>
        <w:t>[….….]</w:t>
      </w:r>
    </w:p>
    <w:p>
      <w:r>
        <w:t>[……..]</w:t>
      </w:r>
    </w:p>
    <w:p>
      <w:r>
        <w:t>{For me it is} sixty years that I remember the name of the owner of the apartment, the owner of the apartment, I will tell you</w:t>
      </w:r>
    </w:p>
    <w:p>
      <w:r>
        <w:t>His name is</w:t>
      </w:r>
    </w:p>
    <w:p>
      <w:r>
        <w:t>[“Yisroel Aharon]</w:t>
      </w:r>
    </w:p>
    <w:p>
      <w:r>
        <w:t>"Yisroel Aharon"</w:t>
      </w:r>
    </w:p>
    <w:p>
      <w:r>
        <w:t>[Yes]</w:t>
      </w:r>
    </w:p>
    <w:p>
      <w:r>
        <w:t>No, I want, oh</w:t>
      </w:r>
    </w:p>
    <w:p>
      <w:r>
        <w:t>[…..]</w:t>
      </w:r>
    </w:p>
    <w:p>
      <w:r>
        <w:t>Ah, ah</w:t>
      </w:r>
    </w:p>
    <w:p>
      <w:r>
        <w:t>[….….]</w:t>
      </w:r>
    </w:p>
    <w:p>
      <w:r>
        <w:t>[……..]</w:t>
      </w:r>
    </w:p>
    <w:p>
      <w:r>
        <w:t>Ah.. ah.. ah..</w:t>
      </w:r>
    </w:p>
    <w:p>
      <w:r>
        <w:t>[…..….]</w:t>
      </w:r>
    </w:p>
    <w:p>
      <w:r>
        <w:t>[………]</w:t>
      </w:r>
    </w:p>
    <w:p>
      <w:r>
        <w:t>[You..]</w:t>
      </w:r>
    </w:p>
    <w:p>
      <w:r>
        <w:t>Eh?</w:t>
      </w:r>
    </w:p>
    <w:p>
      <w:r>
        <w:t>[Do you want to drink, wait, wait]</w:t>
      </w:r>
    </w:p>
    <w:p>
      <w:r>
        <w:t>[To drink with …., with ….. to drink]</w:t>
      </w:r>
    </w:p>
    <w:p>
      <w:r>
        <w:t>Do you want to sit and drink?]</w:t>
      </w:r>
    </w:p>
    <w:p>
      <w:r>
        <w:t>Do you remember the name of, of the householder?</w:t>
      </w:r>
    </w:p>
    <w:p>
      <w:r>
        <w:t>[Yes]</w:t>
      </w:r>
    </w:p>
    <w:p>
      <w:r>
        <w:t>Of the owner of the large apartment? [Yes, I..]</w:t>
      </w:r>
    </w:p>
    <w:p>
      <w:r>
        <w:t>Do you remember?</w:t>
      </w:r>
    </w:p>
    <w:p>
      <w:r>
        <w:t>[Yisroel Aharon]</w:t>
      </w:r>
    </w:p>
    <w:p>
      <w:r>
        <w:t>"Yisroel Aharon" oh, oh.. the egg is fresh</w:t>
      </w:r>
    </w:p>
    <w:p>
      <w:r>
        <w:t>[Fresh]</w:t>
      </w:r>
    </w:p>
    <w:p>
      <w:r>
        <w:t>[Yes, here, here, I will give you to drink] No</w:t>
      </w:r>
    </w:p>
    <w:p>
      <w:r>
        <w:t>[……]</w:t>
      </w:r>
    </w:p>
    <w:p>
      <w:r>
        <w:t>{….}</w:t>
      </w:r>
    </w:p>
    <w:p>
      <w:r>
        <w:t>[….….]</w:t>
      </w:r>
    </w:p>
    <w:p>
      <w:r>
        <w:t>[……..]</w:t>
      </w:r>
    </w:p>
    <w:p>
      <w:r>
        <w:t>Good</w:t>
      </w:r>
    </w:p>
    <w:p>
      <w:r>
        <w:t>[……….…..….]</w:t>
      </w:r>
    </w:p>
    <w:p>
      <w:r>
        <w:t>[…………..…..]</w:t>
      </w:r>
    </w:p>
    <w:p>
      <w:r>
        <w:t>The egg is very fresh</w:t>
      </w:r>
    </w:p>
    <w:p>
      <w:r>
        <w:t>[Yes, you feel it]</w:t>
      </w:r>
    </w:p>
    <w:p>
      <w:r>
        <w:t>{….. did well}</w:t>
      </w:r>
    </w:p>
    <w:p>
      <w:r>
        <w:t>[Yes? Then I am happy]</w:t>
      </w:r>
    </w:p>
    <w:p>
      <w:r>
        <w:t>[………...]</w:t>
      </w:r>
    </w:p>
    <w:p>
      <w:r>
        <w:t>Ah</w:t>
      </w:r>
    </w:p>
    <w:p>
      <w:r>
        <w:t>[Here, here is the cup, here is the cup, I am taking out the spoon, here is the cup, we will give you the cup, here is the cup] What {did you drink}..]</w:t>
      </w:r>
    </w:p>
    <w:p>
      <w:r>
        <w:t>[Here is the cup]</w:t>
      </w:r>
    </w:p>
    <w:p>
      <w:r>
        <w:t>With a cup?</w:t>
      </w:r>
    </w:p>
    <w:p>
      <w:r>
        <w:t>[Yes, yes, with a cup is better]</w:t>
      </w:r>
    </w:p>
    <w:p>
      <w:r>
        <w:t>No, this, this I do not, do not want</w:t>
      </w:r>
    </w:p>
    <w:p>
      <w:r>
        <w:t>[No?]</w:t>
      </w:r>
    </w:p>
    <w:p>
      <w:r>
        <w:t>With the cup I do not want</w:t>
      </w:r>
    </w:p>
    <w:p>
      <w:r>
        <w:t>[With the spoon like this, with the spoon like this?]</w:t>
      </w:r>
    </w:p>
    <w:p>
      <w:r>
        <w:t>Oh, oh, ah..</w:t>
      </w:r>
    </w:p>
    <w:p>
      <w:r>
        <w:t>["Hamichyah"]</w:t>
      </w:r>
    </w:p>
    <w:p>
      <w:r>
        <w:t>[Like this then I.. easier..]</w:t>
      </w:r>
    </w:p>
    <w:p>
      <w:r>
        <w:t>Do you remember the apartment? This apartment</w:t>
      </w:r>
    </w:p>
    <w:p>
      <w:r>
        <w:t>[…..……]</w:t>
      </w:r>
    </w:p>
    <w:p>
      <w:r>
        <w:t>[………..]</w:t>
      </w:r>
    </w:p>
    <w:p>
      <w:r>
        <w:t>Do you remember the name of the owner of the apartment?</w:t>
      </w:r>
    </w:p>
    <w:p>
      <w:r>
        <w:t>[Yisroel Aharon, Yisroel Aharon, I remember]</w:t>
      </w:r>
    </w:p>
    <w:p>
      <w:r>
        <w:t>Eh?</w:t>
      </w:r>
    </w:p>
    <w:p>
      <w:r>
        <w:t>["Yisroel Aharon”]</w:t>
      </w:r>
    </w:p>
    <w:p>
      <w:r>
        <w:t>How?</w:t>
      </w:r>
    </w:p>
    <w:p>
      <w:r>
        <w:t>["Yisroel Aharon”]</w:t>
      </w:r>
    </w:p>
    <w:p>
      <w:r>
        <w:t>No, no, "Yisroel" is correct, "Aharon" is also good</w:t>
      </w:r>
    </w:p>
    <w:p>
      <w:r>
        <w:t>[……..]</w:t>
      </w:r>
    </w:p>
    <w:p>
      <w:r>
        <w:t>[……..]</w:t>
      </w:r>
    </w:p>
    <w:p>
      <w:r>
        <w:t>[Do you want more?]</w:t>
      </w:r>
    </w:p>
    <w:p>
      <w:r>
        <w:t>Eh?</w:t>
      </w:r>
    </w:p>
    <w:p>
      <w:r>
        <w:t>[A little more egg?]</w:t>
      </w:r>
    </w:p>
    <w:p>
      <w:r>
        <w:t>No, I do not want, only one egg</w:t>
      </w:r>
    </w:p>
    <w:p>
      <w:r>
        <w:t>[That is it, you have not yet finished, you have not yet finished the egg]</w:t>
      </w:r>
    </w:p>
    <w:p>
      <w:r>
        <w:t>[…………...….]</w:t>
      </w:r>
    </w:p>
    <w:p>
      <w:r>
        <w:t>[…………….…]</w:t>
      </w:r>
    </w:p>
    <w:p>
      <w:r>
        <w:t>(Saba coughs)</w:t>
      </w:r>
    </w:p>
    <w:p>
      <w:r>
        <w:t>[……………….]</w:t>
      </w:r>
    </w:p>
    <w:p>
      <w:r>
        <w:t>[……….………]</w:t>
      </w:r>
    </w:p>
    <w:p>
      <w:r>
        <w:t>I want a piece of liver</w:t>
      </w:r>
    </w:p>
    <w:p>
      <w:r>
        <w:t>[Liver?]</w:t>
      </w:r>
    </w:p>
    <w:p>
      <w:r>
        <w:t>[………]</w:t>
      </w:r>
    </w:p>
    <w:p>
      <w:r>
        <w:t>Is there?</w:t>
      </w:r>
    </w:p>
    <w:p>
      <w:r>
        <w:t>[Liver, liver]</w:t>
      </w:r>
    </w:p>
    <w:p>
      <w:r>
        <w:t>Eh?</w:t>
      </w:r>
    </w:p>
    <w:p>
      <w:r>
        <w:t>[Liver?]</w:t>
      </w:r>
    </w:p>
    <w:p>
      <w:r>
        <w:t>Liver</w:t>
      </w:r>
    </w:p>
    <w:p>
      <w:r>
        <w:t>[Liver]</w:t>
      </w:r>
    </w:p>
    <w:p>
      <w:r>
        <w:t>[………]</w:t>
      </w:r>
    </w:p>
    <w:p>
      <w:r>
        <w:t>[Is there liver?]</w:t>
      </w:r>
    </w:p>
    <w:p>
      <w:r>
        <w:t>A small piece..</w:t>
      </w:r>
    </w:p>
    <w:p>
      <w:r>
        <w:t>[Small]</w:t>
      </w:r>
    </w:p>
    <w:p>
      <w:r>
        <w:t>Liver</w:t>
      </w:r>
    </w:p>
    <w:p>
      <w:r>
        <w:t>[………]</w:t>
      </w:r>
    </w:p>
    <w:p>
      <w:r>
        <w:t>[………]</w:t>
      </w:r>
    </w:p>
    <w:p>
      <w:r>
        <w:t>Ah.. ah..</w:t>
      </w:r>
    </w:p>
    <w:p>
      <w:r>
        <w:t>[………]</w:t>
      </w:r>
    </w:p>
    <w:p>
      <w:r>
        <w:t>[…..….]...</w:t>
      </w:r>
    </w:p>
    <w:p>
      <w:r>
        <w:t>...Aharon, not Yisroel Aharon</w:t>
      </w:r>
    </w:p>
    <w:p>
      <w:r>
        <w:t>[Ah.. Avraham Aharon]</w:t>
      </w:r>
    </w:p>
    <w:p>
      <w:r>
        <w:t>Avraham Aharon…</w:t>
      </w:r>
    </w:p>
    <w:p>
      <w:r>
        <w:t>...And I see that it is a wonder, a great wonder, how I grew up and how I am present in the world, what I suffered in my life, it is impossible to estimate and describe</w:t>
      </w:r>
    </w:p>
    <w:p>
      <w:r>
        <w:t>{..} There are children who live, need to.., only bread to eat, and I did not have..</w:t>
      </w:r>
    </w:p>
    <w:p>
      <w:r>
        <w:t>One child was a year old and he became swollen from hunger, and he cried all the nights:</w:t>
      </w:r>
    </w:p>
    <w:p>
      <w:r>
        <w:t>"Bread, bread"</w:t>
      </w:r>
    </w:p>
    <w:p>
      <w:r>
        <w:t>How I do not, do not feel, no, a person does not know about himself</w:t>
      </w:r>
    </w:p>
    <w:p>
      <w:r>
        <w:t>But I see from this, that it is not a thing, a thing {… easy}</w:t>
      </w:r>
    </w:p>
    <w:p>
      <w:r>
        <w:t>A one-year-old child he was, he was strong, not like {an infant}</w:t>
      </w:r>
    </w:p>
    <w:p>
      <w:r>
        <w:t>And he cried all the nights: "Bread, bread"</w:t>
      </w:r>
    </w:p>
    <w:p>
      <w:r>
        <w:t>And I did not have</w:t>
      </w:r>
    </w:p>
    <w:p>
      <w:r>
        <w:t>Once I entered some house of an old man; he ate "Melaveh Malkah”</w:t>
      </w:r>
    </w:p>
    <w:p>
      <w:r>
        <w:t>"Melaveh Malkah”, do you know what that is?</w:t>
      </w:r>
    </w:p>
    <w:p>
      <w:r>
        <w:t>And I entered the house and told him: "The child is crying, "Bread, bread”</w:t>
      </w:r>
    </w:p>
    <w:p>
      <w:r>
        <w:t>He became swollen, became swollen and became..</w:t>
      </w:r>
    </w:p>
    <w:p>
      <w:r>
        <w:t>This is a very hard death, more than everything</w:t>
      </w:r>
    </w:p>
    <w:p>
      <w:r>
        <w:t>"Hunger"—there is a verse: "Better were those slain by the sword than those slain by hunger"</w:t>
      </w:r>
    </w:p>
    <w:p>
      <w:r>
        <w:t>'Those slain by the sword,' he.. died, passed away</w:t>
      </w:r>
    </w:p>
    <w:p>
      <w:r>
        <w:t>But 'those slain by hunger,' this is, may the Merciful One save us, to what extent it is, and the child suffered {this too}</w:t>
      </w:r>
    </w:p>
    <w:p>
      <w:r>
        <w:t>All the nights: "Bread, bread"</w:t>
      </w:r>
    </w:p>
    <w:p>
      <w:r>
        <w:t>And I did not have bread to give him</w:t>
      </w:r>
    </w:p>
    <w:p>
      <w:r>
        <w:t>Who, who knows how many punishments, how many troubles I exempted all, all the Jewish people from</w:t>
      </w:r>
    </w:p>
    <w:p>
      <w:r>
        <w:t>Through this, that the child suffered such, such a death, he became il.., he became, fr..</w:t>
      </w:r>
    </w:p>
    <w:p>
      <w:r>
        <w:t>[Swollen]</w:t>
      </w:r>
    </w:p>
    <w:p>
      <w:r>
        <w:t>Swollen from hunger</w:t>
      </w:r>
    </w:p>
    <w:p>
      <w:r>
        <w:t>[..]</w:t>
      </w:r>
    </w:p>
    <w:p>
      <w:r>
        <w:t>And he passed away, passed away</w:t>
      </w:r>
    </w:p>
    <w:p>
      <w:r>
        <w:t>And his nights, when he cried, cried: "Bread, bread"</w:t>
      </w:r>
    </w:p>
    <w:p>
      <w:r>
        <w:t>And I did not have, did not have</w:t>
      </w:r>
    </w:p>
    <w:p>
      <w:r>
        <w:t>And the child passed away, he died in such suffering, he became swollen from hunger, yes</w:t>
      </w:r>
    </w:p>
    <w:p>
      <w:r>
        <w:t>Oy, Master of the World, these were great things, things.. {….}</w:t>
      </w:r>
    </w:p>
    <w:p>
      <w:r>
        <w:t>A one-year-old child, he has all the powers of all the tastes of, of the world</w:t>
      </w:r>
    </w:p>
    <w:p>
      <w:r>
        <w:t>And he felt that he lacked it, he needs bread</w:t>
      </w:r>
    </w:p>
    <w:p>
      <w:r>
        <w:t>And he cried {until he died}, until he died</w:t>
      </w:r>
    </w:p>
    <w:p>
      <w:r>
        <w:t>[…….]</w:t>
      </w:r>
    </w:p>
    <w:p>
      <w:r>
        <w:t>My father-in-law, my wife's father, my father-in-law said to me:</w:t>
      </w:r>
    </w:p>
    <w:p>
      <w:r>
        <w:t>"I do not want you and not Rebbe Yisroel; Breslov, I do not want anything"</w:t>
      </w:r>
    </w:p>
    <w:p>
      <w:r>
        <w:t>I remember as though now, I was at the funeral, he passed away on Shabbos night in the morning</w:t>
      </w:r>
    </w:p>
    <w:p>
      <w:r>
        <w:t>On Shabbos night he passed away, ah.. my father-in-law, yes</w:t>
      </w:r>
    </w:p>
    <w:p>
      <w:r>
        <w:t>He passed away several, small children, ten children.. yes</w:t>
      </w:r>
    </w:p>
    <w:p>
      <w:r>
        <w:t>His children, children of ten years, twelve years, they did not want him to do so</w:t>
      </w:r>
    </w:p>
    <w:p>
      <w:r>
        <w:t>The children did not want it, but he did not listen, no, did not listen to them</w:t>
      </w:r>
    </w:p>
    <w:p>
      <w:r>
        <w:t>"Breslov, I do not want"</w:t>
      </w:r>
    </w:p>
    <w:p>
      <w:r>
        <w:t>And I..</w:t>
      </w:r>
    </w:p>
    <w:p>
      <w:r>
        <w:t>I was in Teveria, and my wife and the child and I also came, and I saw this suffering of ‘one slain by hunger’; it is impossible to estimate in the mind what it is, this is such suffering as does not exist in the world</w:t>
      </w:r>
    </w:p>
    <w:p>
      <w:r>
        <w:t>Even 'those slain by the sword,' they, they are better than 'those slain by hunger'</w:t>
      </w:r>
    </w:p>
    <w:p>
      <w:r>
        <w:t>What is this?</w:t>
      </w:r>
    </w:p>
    <w:p>
      <w:r>
        <w:t>[It records, records]</w:t>
      </w:r>
    </w:p>
    <w:p>
      <w:r>
        <w:t>Eh?</w:t>
      </w:r>
    </w:p>
    <w:p>
      <w:r>
        <w:t>[It records the words, records]</w:t>
      </w:r>
    </w:p>
    <w:p>
      <w:r>
        <w:t>Eh?</w:t>
      </w:r>
    </w:p>
    <w:p>
      <w:r>
        <w:t>[Records, it records]</w:t>
      </w:r>
    </w:p>
    <w:p>
      <w:r>
        <w:t>Ah…</w:t>
      </w:r>
    </w:p>
    <w:p>
      <w:r>
        <w:t>...{Even when I was} in danger, I suffered such disgrace of hunger, such hunger, I and the children</w:t>
      </w:r>
    </w:p>
    <w:p>
      <w:r>
        <w:t>It was not for nothing, it was providence from Hashem Yisborach, yes</w:t>
      </w:r>
    </w:p>
    <w:p>
      <w:r>
        <w:t>I had to suffer it, to go through it, yes…</w:t>
      </w:r>
    </w:p>
    <w:p>
      <w:r>
        <w:t>...{They do not know}, how can I live? How am I alive?</w:t>
      </w:r>
    </w:p>
    <w:p>
      <w:r>
        <w:t>[Rebbe Yisroel, Rebbe Yisroel]</w:t>
      </w:r>
    </w:p>
    <w:p>
      <w:r>
        <w:t>{Nu}</w:t>
      </w:r>
    </w:p>
    <w:p>
      <w:r>
        <w:t>[You are living by a miracle]</w:t>
      </w:r>
    </w:p>
    <w:p>
      <w:r>
        <w:t>Yes, by a miracle, by a miracle</w:t>
      </w:r>
    </w:p>
    <w:p>
      <w:r>
        <w:t>[….]</w:t>
      </w:r>
    </w:p>
    <w:p>
      <w:r>
        <w:t>It is not usual</w:t>
      </w:r>
    </w:p>
    <w:p>
      <w:r>
        <w:t>[Not usual]</w:t>
      </w:r>
    </w:p>
    <w:p>
      <w:r>
        <w:t>What today? {...}, and he, I see with my eyes, I see that I am here, boruch Hashem…</w:t>
      </w:r>
    </w:p>
    <w:p>
      <w:r>
        <w:t>…[……...]</w:t>
      </w:r>
    </w:p>
    <w:p>
      <w:r>
        <w:t>Oy, oy, I must lie down</w:t>
      </w:r>
    </w:p>
    <w:p>
      <w:r>
        <w:t>[……..]</w:t>
      </w:r>
    </w:p>
    <w:p>
      <w:r>
        <w:t>[…]</w:t>
      </w:r>
    </w:p>
    <w:p>
      <w:r>
        <w:t>[Rebbe Yisroel, I came to ask for a blessing for children]</w:t>
      </w:r>
    </w:p>
    <w:p>
      <w:r>
        <w:t>Ah, Hashem Yisborach…</w:t>
      </w:r>
    </w:p>
    <w:p>
      <w:r>
        <w:t>...{Can ………}</w:t>
      </w:r>
    </w:p>
    <w:p>
      <w:r>
        <w:t>[You can, you can]</w:t>
      </w:r>
    </w:p>
    <w:p>
      <w:r>
        <w:t>[………]</w:t>
      </w:r>
    </w:p>
    <w:p>
      <w:r>
        <w:t>[You can, you can..]</w:t>
      </w:r>
    </w:p>
    <w:p>
      <w:r>
        <w:t>[We believe..]...</w:t>
      </w:r>
    </w:p>
    <w:p>
      <w:r>
        <w:t>...To live in Yerushalayim</w:t>
      </w:r>
    </w:p>
    <w:p>
      <w:r>
        <w:t>[Rebbe Yisroel, you are here in Yerushalayim]</w:t>
      </w:r>
    </w:p>
    <w:p>
      <w:r>
        <w:t>Eh?</w:t>
      </w:r>
    </w:p>
    <w:p>
      <w:r>
        <w:t>[You are located here in Yerushalayim]</w:t>
      </w:r>
    </w:p>
    <w:p>
      <w:r>
        <w:t>Now?</w:t>
      </w:r>
    </w:p>
    <w:p>
      <w:r>
        <w:t>[Yes, Givat Shaul, this is Yerushalayim]</w:t>
      </w:r>
    </w:p>
    <w:p>
      <w:r>
        <w:t>Yes</w:t>
      </w:r>
    </w:p>
    <w:p>
      <w:r>
        <w:t>[Yes]</w:t>
      </w:r>
    </w:p>
    <w:p>
      <w:r>
        <w:t>Boruch Hashem</w:t>
      </w:r>
    </w:p>
    <w:p>
      <w:r>
        <w:t>[And Daniel said that you can remain for all the time that you want]</w:t>
      </w:r>
    </w:p>
    <w:p>
      <w:r>
        <w:t>Yes?</w:t>
      </w:r>
    </w:p>
    <w:p>
      <w:r>
        <w:t>[Yes, he said]</w:t>
      </w:r>
    </w:p>
    <w:p>
      <w:r>
        <w:t>[…...]...</w:t>
      </w:r>
    </w:p>
    <w:p>
      <w:r>
        <w:t>...May you have many righteous children</w:t>
      </w:r>
    </w:p>
    <w:p>
      <w:r>
        <w:t>[Amen]</w:t>
      </w:r>
    </w:p>
    <w:p>
      <w:r>
        <w:t>[Amen]…</w:t>
      </w:r>
    </w:p>
    <w:p>
      <w:r>
        <w:t>...{This, this is the meaning}, how does one do teshuvah?</w:t>
      </w:r>
    </w:p>
    <w:p>
      <w:r>
        <w:t>[Teshuvah]</w:t>
      </w:r>
    </w:p>
    <w:p>
      <w:r>
        <w:t>This, this, this is the teshuvah, "How does one do teshuvah?”—this is the teshuvah</w:t>
      </w:r>
    </w:p>
    <w:p>
      <w:r>
        <w:t>[This is the teshuvah]</w:t>
      </w:r>
    </w:p>
    <w:p>
      <w:r>
        <w:t>"How do I merit to serve Hashem in truth and to do teshuvah"</w:t>
      </w:r>
    </w:p>
    <w:p>
      <w:r>
        <w:t>[Ah, ah]…</w:t>
      </w:r>
    </w:p>
    <w:p>
      <w:r>
        <w:t>...[I helped him to give me from his confusions</w:t>
      </w:r>
    </w:p>
    <w:p>
      <w:r>
        <w:t>And to understand well what, what you told him, so that he should write it well and beautifully]</w:t>
      </w:r>
    </w:p>
    <w:p>
      <w:r>
        <w:t>What?</w:t>
      </w:r>
    </w:p>
    <w:p>
      <w:r>
        <w:t>[Yes, I explained to him several things about the note..]…</w:t>
      </w:r>
    </w:p>
    <w:p>
      <w:r>
        <w:t>...[{….}, so this..]…</w:t>
      </w:r>
    </w:p>
    <w:p>
      <w:r>
        <w:t>...["Zionists?”]</w:t>
      </w:r>
    </w:p>
    <w:p>
      <w:r>
        <w:t>Ah, ah</w:t>
      </w:r>
    </w:p>
    <w:p>
      <w:r>
        <w:t>[I said to him: "No, what suddenly, we do not believe in Zionists"</w:t>
      </w:r>
    </w:p>
    <w:p>
      <w:r>
        <w:t>"Then how was he a friend of Shazar?”</w:t>
      </w:r>
    </w:p>
    <w:p>
      <w:r>
        <w:t>Then I said to him:</w:t>
      </w:r>
    </w:p>
    <w:p>
      <w:r>
        <w:t>"Everything that he was with Shazar, it was in order to draw him close to Hashem Yisborach</w:t>
      </w:r>
    </w:p>
    <w:p>
      <w:r>
        <w:t>And to bring him back in teshuvah and draw him close to Rabbainu..”]</w:t>
      </w:r>
    </w:p>
    <w:p>
      <w:r>
        <w:t>{..}</w:t>
      </w:r>
    </w:p>
    <w:p>
      <w:r>
        <w:t>["..He.., no, no, no connection with the Zionists and no connection with the state"</w:t>
      </w:r>
    </w:p>
    <w:p>
      <w:r>
        <w:t>Yes, I told him, I explained to him, yes]…</w:t>
      </w:r>
    </w:p>
    <w:p>
      <w:r>
        <w:t>...["He wanted only to draw him close to Hashem Yisborach, to bring him back in teshuvah”]</w:t>
      </w:r>
    </w:p>
    <w:p>
      <w:r>
        <w:t>Yes?</w:t>
      </w:r>
    </w:p>
    <w:p>
      <w:r>
        <w:t>[Yes, that is what I told him]</w:t>
      </w:r>
    </w:p>
    <w:p>
      <w:r>
        <w:t>What?</w:t>
      </w:r>
    </w:p>
    <w:p>
      <w:r>
        <w:t>[I told him that you wrote him all the letters only in order to draw him close to Rabbainu</w:t>
      </w:r>
    </w:p>
    <w:p>
      <w:r>
        <w:t>Not for any state]</w:t>
      </w:r>
    </w:p>
    <w:p>
      <w:r>
        <w:t>{..}…</w:t>
      </w:r>
    </w:p>
    <w:p>
      <w:r>
        <w:t>...Judaism, it is to believe in Hashem, that He is the Creator, that He created the world</w:t>
      </w:r>
    </w:p>
    <w:p>
      <w:r>
        <w:t>That He gave us the Torah, that we are Yisroel, His people</w:t>
      </w:r>
    </w:p>
    <w:p>
      <w:r>
        <w:t>[……]</w:t>
      </w:r>
    </w:p>
    <w:p>
      <w:r>
        <w:t>[…...]…</w:t>
      </w:r>
    </w:p>
    <w:p>
      <w:r>
        <w:t>...For every matter, for faith, for faith</w:t>
      </w:r>
    </w:p>
    <w:p>
      <w:r>
        <w:t>[You need memory for this, Rebbe Yisroel]</w:t>
      </w:r>
    </w:p>
    <w:p>
      <w:r>
        <w:t>Eh?...</w:t>
      </w:r>
    </w:p>
    <w:p>
      <w:r>
        <w:t>...[Saba and the friends sing and Yisroel Dagan plays the song:</w:t>
      </w:r>
    </w:p>
    <w:p>
      <w:r>
        <w:t>"In You our fathers trusted, in You they trusted and You delivered them, to You they cried out and escaped, in You they trusted and were not ashamed.."]</w:t>
      </w:r>
    </w:p>
    <w:p>
      <w:r>
        <w:t>{I want liver}</w:t>
      </w:r>
    </w:p>
    <w:p>
      <w:r>
        <w:t>[Eh?]</w:t>
      </w:r>
    </w:p>
    <w:p>
      <w:r>
        <w:t>Liver</w:t>
      </w:r>
    </w:p>
    <w:p>
      <w:r>
        <w:t>[Liver, liver]…</w:t>
      </w:r>
    </w:p>
    <w:p>
      <w:r>
        <w:t>...[Yisroel Dagan continues playing and singing with the friends:</w:t>
      </w:r>
    </w:p>
    <w:p>
      <w:r>
        <w:t>"To You they cried out and escaped, in You they trusted and were not ashamed"</w:t>
      </w:r>
    </w:p>
    <w:p>
      <w:r>
        <w:t>Afterward they sing "Na Na Nach Na Nachman MeUman.." to the melody of "In You they trusted.."</w:t>
      </w:r>
    </w:p>
    <w:p>
      <w:r>
        <w:t>Afterward they sing:</w:t>
      </w:r>
    </w:p>
    <w:p>
      <w:r>
        <w:t>“In You our fathers trusted, in You they trusted and You delivered them, to You they cried and escaped, in You they trusted and were not ashamed..”]…</w:t>
      </w:r>
    </w:p>
    <w:p>
      <w:pPr>
        <w:pStyle w:val="Heading2"/>
      </w:pPr>
      <w:r>
        <w:t>Side B (Bais)</w:t>
      </w:r>
    </w:p>
    <w:p>
      <w:r>
        <w:t>...[Saba and the friends sing, and Yisroel Dagan plays the song:</w:t>
      </w:r>
    </w:p>
    <w:p>
      <w:r>
        <w:t>“In you, Rabbainu, we will rejoice, in you, Rabbainu, we will be glad, in you, Rabbainu, we will rejoice, and we will be glad in you..”]</w:t>
      </w:r>
    </w:p>
    <w:p>
      <w:r>
        <w:t>[Saba, here is the liver, Saba]</w:t>
      </w:r>
    </w:p>
    <w:p>
      <w:r>
        <w:t>Eh?</w:t>
      </w:r>
    </w:p>
    <w:p>
      <w:r>
        <w:t>[Liver, the liver]</w:t>
      </w:r>
    </w:p>
    <w:p>
      <w:r>
        <w:t>[……….]</w:t>
      </w:r>
    </w:p>
    <w:p>
      <w:r>
        <w:t>[……….]</w:t>
      </w:r>
    </w:p>
    <w:p>
      <w:r>
        <w:t>[“Return to the Temple and to the Holy..”]</w:t>
      </w:r>
    </w:p>
    <w:p>
      <w:r>
        <w:t>[…..….]</w:t>
      </w:r>
    </w:p>
    <w:p>
      <w:r>
        <w:t>No, no, no</w:t>
      </w:r>
    </w:p>
    <w:p>
      <w:r>
        <w:t>[No? Rebbe Yisroel]</w:t>
      </w:r>
    </w:p>
    <w:p>
      <w:r>
        <w:t>No</w:t>
      </w:r>
    </w:p>
    <w:p>
      <w:r>
        <w:t>[………..]</w:t>
      </w:r>
    </w:p>
    <w:p>
      <w:r>
        <w:t>[………..]</w:t>
      </w:r>
    </w:p>
    <w:p>
      <w:r>
        <w:t>Ah, ah, ah</w:t>
      </w:r>
    </w:p>
    <w:p>
      <w:r>
        <w:t>[……..…]</w:t>
      </w:r>
    </w:p>
    <w:p>
      <w:r>
        <w:t>[………..]…</w:t>
      </w:r>
    </w:p>
    <w:p>
      <w:r>
        <w:t>...[Yisroel Dagan sings and plays the song:</w:t>
      </w:r>
    </w:p>
    <w:p>
      <w:r>
        <w:t>“Return to Your Temple and to the Holy of Holies, the place where spirits and souls rejoice together..” to the melody of “Na Na Nach..”</w:t>
      </w:r>
    </w:p>
    <w:p>
      <w:r>
        <w:t>Afterward the friends sing: “Na Nach Nachma Nachman MeUman..”</w:t>
      </w:r>
    </w:p>
    <w:p>
      <w:r>
        <w:t>Afterward they sing: “Our greatness and our glory will be revealed with the coming of our righteous Mashiach..”</w:t>
      </w:r>
    </w:p>
    <w:p>
      <w:r>
        <w:t>Afterward Yisroel Dagan sings and the friends join in:</w:t>
      </w:r>
    </w:p>
    <w:p>
      <w:r>
        <w:t>“She tasted that trade is good, her lamp will not go out at night..</w:t>
      </w:r>
    </w:p>
    <w:p>
      <w:r>
        <w:t>A woman of valor, who can find, and her price is far above pearls</w:t>
      </w:r>
    </w:p>
    <w:p>
      <w:r>
        <w:t>The heart of her husband trusts in her, and he will lack no gain</w:t>
      </w:r>
    </w:p>
    <w:p>
      <w:r>
        <w:t>She deals him good and not evil, all the days of her life</w:t>
      </w:r>
    </w:p>
    <w:p>
      <w:r>
        <w:t>She seeks wool and flax, and works willingly with her hands</w:t>
      </w:r>
    </w:p>
    <w:p>
      <w:r>
        <w:t>She was like the merchant ships, from afar she brings her bread</w:t>
      </w:r>
    </w:p>
    <w:p>
      <w:r>
        <w:t>And she rises while it is still night, and gives food to her household and a portion to her maidens</w:t>
      </w:r>
    </w:p>
    <w:p>
      <w:r>
        <w:t>She considers a field and takes it, from the fruit of her hands she plants a vineyard</w:t>
      </w:r>
    </w:p>
    <w:p>
      <w:r>
        <w:t>She girds her loins with strength, and strengthens her arms</w:t>
      </w:r>
    </w:p>
    <w:p>
      <w:r>
        <w:t>She tastes that her merchandise is good, her lamp will not go out at night</w:t>
      </w:r>
    </w:p>
    <w:p>
      <w:r>
        <w:t>She sends her hands to the distaff, and her palms support the spindle</w:t>
      </w:r>
    </w:p>
    <w:p>
      <w:r>
        <w:t>She spreads her palm to the poor, and sends her hands to the needy</w:t>
      </w:r>
    </w:p>
    <w:p>
      <w:r>
        <w:t>She will not fear snow for her household, for all her household is clothed in scarlet</w:t>
      </w:r>
    </w:p>
    <w:p>
      <w:r>
        <w:t>She makes coverings for herself, fine linen and purple are her clothing</w:t>
      </w:r>
    </w:p>
    <w:p>
      <w:r>
        <w:t>Her husband is known at the gates, when he sits with the elders of the land</w:t>
      </w:r>
    </w:p>
    <w:p>
      <w:r>
        <w:t>She makes a linen garment and sells it, and gives a belt to the merchant</w:t>
      </w:r>
    </w:p>
    <w:p>
      <w:r>
        <w:t>Strength and splendor are her clothing, and she will laugh on the last day</w:t>
      </w:r>
    </w:p>
    <w:p>
      <w:r>
        <w:t>She opens her mouth with wisdom, and the Torah of kindness is upon her tongue</w:t>
      </w:r>
    </w:p>
    <w:p>
      <w:r>
        <w:t>She watches the ways of her household, and she will not eat the bread of idleness</w:t>
      </w:r>
    </w:p>
    <w:p>
      <w:r>
        <w:t>Her sons arise and praise her, her husband, and he praises her</w:t>
      </w:r>
    </w:p>
    <w:p>
      <w:r>
        <w:t>Many daughters have done valiantly, but you rose above them all</w:t>
      </w:r>
    </w:p>
    <w:p>
      <w:r>
        <w:t>Grace is false and beauty is vanity, a woman who fears Hashem, she shall be praised</w:t>
      </w:r>
    </w:p>
    <w:p>
      <w:r>
        <w:t>Give her from the fruit of her hands, and her deeds shall praise her in the gates..”</w:t>
      </w:r>
    </w:p>
    <w:p>
      <w:r>
        <w:t>Afterward Yisroel Dagan sings and plays the song in another melody:</w:t>
      </w:r>
    </w:p>
    <w:p>
      <w:r>
        <w:t>“Strength and splendor are her clothing, and she will laugh on the last day..”]</w:t>
      </w:r>
    </w:p>
    <w:p>
      <w:r>
        <w:t>Afterward he plays the melody of: “In You they trusted..”</w:t>
      </w:r>
    </w:p>
    <w:p>
      <w:r>
        <w:t>Afterward he plays the melody of: “A Woman of Valor..” (“Our greatness and our glory..”)]</w:t>
      </w:r>
    </w:p>
    <w:p>
      <w:r>
        <w:t>Ah…</w:t>
      </w:r>
    </w:p>
    <w:p>
      <w:r>
        <w:t>...Yours?</w:t>
      </w:r>
    </w:p>
    <w:p>
      <w:r>
        <w:t>[Yes, Rebbe Yisroel] Eh?</w:t>
      </w:r>
    </w:p>
    <w:p>
      <w:r>
        <w:t>[Yes, Rebbe Yisroel] Is he Nachman?</w:t>
      </w:r>
    </w:p>
    <w:p>
      <w:r>
        <w:t>[Nachman]…</w:t>
      </w:r>
    </w:p>
    <w:p>
      <w:r>
        <w:t>[..……….………………………………]... [……………………………………………]</w:t>
      </w:r>
    </w:p>
    <w:p>
      <w:r>
        <w:br w:type="page"/>
      </w:r>
    </w:p>
    <w:p>
      <w:pPr>
        <w:pStyle w:val="Heading1"/>
      </w:pPr>
      <w:r>
        <w:t>Tape 42</w:t>
      </w:r>
    </w:p>
    <w:p>
      <w:pPr>
        <w:pStyle w:val="Heading2"/>
      </w:pPr>
      <w:r>
        <w:t>Side A (Aleph)</w:t>
      </w:r>
    </w:p>
    <w:p>
      <w:r>
        <w:t>...Rebbe Yisroel (Kardonner)</w:t>
      </w:r>
    </w:p>
    <w:p>
      <w:r>
        <w:t>[Ah, oy]</w:t>
      </w:r>
    </w:p>
    <w:p>
      <w:r>
        <w:t>He lived in Chevron, he came from Chevron to Teveria</w:t>
      </w:r>
    </w:p>
    <w:p>
      <w:r>
        <w:t>And we became study partners, I and Rebbe Yisroel, we were two, two Breslovers</w:t>
      </w:r>
    </w:p>
    <w:p>
      <w:r>
        <w:t>There was not in all Eretz Yisroel, we were two, {….} in Teveria, in Teveria, and in Tzfas we were two in Teveria there were two, there was me and Rebbe Yisroel, {..}</w:t>
      </w:r>
    </w:p>
    <w:p>
      <w:r>
        <w:t>What is this?</w:t>
      </w:r>
    </w:p>
    <w:p>
      <w:r>
        <w:t>[It is tuna, tuna, tuna, fish]</w:t>
      </w:r>
    </w:p>
    <w:p>
      <w:r>
        <w:t>Eh?</w:t>
      </w:r>
    </w:p>
    <w:p>
      <w:r>
        <w:t>[Fish]</w:t>
      </w:r>
    </w:p>
    <w:p>
      <w:r>
        <w:t>Fish?</w:t>
      </w:r>
    </w:p>
    <w:p>
      <w:r>
        <w:t>[Yes, tuna]</w:t>
      </w:r>
    </w:p>
    <w:p>
      <w:r>
        <w:t>Ah..</w:t>
      </w:r>
    </w:p>
    <w:p>
      <w:r>
        <w:t>Blessed are You, Hashem our God, King of the world, through Whose word everything came to be</w:t>
      </w:r>
    </w:p>
    <w:p>
      <w:r>
        <w:t>[Amen]</w:t>
      </w:r>
    </w:p>
    <w:p>
      <w:r>
        <w:t>[Amen]</w:t>
      </w:r>
    </w:p>
    <w:p>
      <w:r>
        <w:t>[And Rebbe Yisroel, a connection was made between.. with Rebbe Yisroel (Kardonner)]</w:t>
      </w:r>
    </w:p>
    <w:p>
      <w:r>
        <w:t>Eh?</w:t>
      </w:r>
    </w:p>
    <w:p>
      <w:r>
        <w:t>[There was a connection between you]</w:t>
      </w:r>
    </w:p>
    <w:p>
      <w:r>
        <w:t>Rebbe Yisroel (Kardonner)?</w:t>
      </w:r>
    </w:p>
    <w:p>
      <w:r>
        <w:t>[There was a connection, a connection was made between you, in Meron]</w:t>
      </w:r>
    </w:p>
    <w:p>
      <w:r>
        <w:t>We were for several years, we were together in Meron</w:t>
      </w:r>
    </w:p>
    <w:p>
      <w:r>
        <w:t>[Yes]</w:t>
      </w:r>
    </w:p>
    <w:p>
      <w:r>
        <w:t>Then they did not, did not come to Meron, because there was no, no money and there was hunger</w:t>
      </w:r>
    </w:p>
    <w:p>
      <w:r>
        <w:t>Only I and Rebbe Yisroel, we had the key of Rebbe Shimon</w:t>
      </w:r>
    </w:p>
    <w:p>
      <w:r>
        <w:t>And I and Rebbe Yisroel were for several years in Meron</w:t>
      </w:r>
    </w:p>
    <w:p>
      <w:r>
        <w:t>Ah..</w:t>
      </w:r>
    </w:p>
    <w:p>
      <w:r>
        <w:t>[And in Meron the fire of Rabbainu began?]</w:t>
      </w:r>
    </w:p>
    <w:p>
      <w:r>
        <w:t>Eh?</w:t>
      </w:r>
    </w:p>
    <w:p>
      <w:r>
        <w:t>[In Meron]</w:t>
      </w:r>
    </w:p>
    <w:p>
      <w:r>
        <w:t>Nu</w:t>
      </w:r>
    </w:p>
    <w:p>
      <w:r>
        <w:t>[Through Rebbe Yisroel (Kardonner) and you]</w:t>
      </w:r>
    </w:p>
    <w:p>
      <w:r>
        <w:t>Rebbe Yisroel, oy, oy, oy, oy, oy, oy, certainly</w:t>
      </w:r>
    </w:p>
    <w:p>
      <w:r>
        <w:t>[This is the fire, the fire of Rabbainu]</w:t>
      </w:r>
    </w:p>
    <w:p>
      <w:r>
        <w:t>The holy Rabbainu was also in Meron</w:t>
      </w:r>
    </w:p>
    <w:p>
      <w:r>
        <w:t>[Yes, he spoke with Rashbi, he spoke with Rashbi]</w:t>
      </w:r>
    </w:p>
    <w:p>
      <w:r>
        <w:t>Eh?</w:t>
      </w:r>
    </w:p>
    <w:p>
      <w:r>
        <w:t>[He spoke with Rashbi]</w:t>
      </w:r>
    </w:p>
    <w:p>
      <w:r>
        <w:t>Yes</w:t>
      </w:r>
    </w:p>
    <w:p>
      <w:r>
        <w:t>[I heard so]</w:t>
      </w:r>
    </w:p>
    <w:p>
      <w:r>
        <w:t>Yes, yes, yes</w:t>
      </w:r>
    </w:p>
    <w:p>
      <w:r>
        <w:t>[What, what did he say to Rashbi, Rabbainu?]</w:t>
      </w:r>
    </w:p>
    <w:p>
      <w:r>
        <w:t>The holy Rabbainu said about Rashbi:</w:t>
      </w:r>
    </w:p>
    <w:p>
      <w:r>
        <w:t>“If I had been in the time of Rebbe Shimon, I too would have been a novelty”</w:t>
      </w:r>
    </w:p>
    <w:p>
      <w:r>
        <w:t>{….}</w:t>
      </w:r>
    </w:p>
    <w:p>
      <w:r>
        <w:t>.He also said:</w:t>
      </w:r>
    </w:p>
    <w:p>
      <w:r>
        <w:t>“Rebbe Shimon is “‘Ir VeKaddish Min Shemaya Nachis’—‘a watcher and holy one descended from Heaven,’” the initials spell SHIMON</w:t>
      </w:r>
    </w:p>
    <w:p>
      <w:r>
        <w:t>And now there is “‘Nachal Novea Mekor Chochma’—‘a flowing stream, source of wisdom’””</w:t>
      </w:r>
    </w:p>
    <w:p>
      <w:r>
        <w:t>That he will bring all, all of Am Yisroel and the whole world close to Hashem, blessed be He</w:t>
      </w:r>
    </w:p>
    <w:p>
      <w:r>
        <w:t>There had not yet been a novelty like him in the world, there had not yet been a novelty, such a wonder</w:t>
      </w:r>
    </w:p>
    <w:p>
      <w:r>
        <w:t>Still, there had not yet been, this.. is new</w:t>
      </w:r>
    </w:p>
    <w:p>
      <w:r>
        <w:t>What? I, my father was very poor, and also became blind in both his eyes, he saw nothing; he cried and said to me:</w:t>
      </w:r>
    </w:p>
    <w:p>
      <w:r>
        <w:t>“My dear son, I love you, I want you not to be Breslov, because who will take you?</w:t>
      </w:r>
    </w:p>
    <w:p>
      <w:r>
        <w:t>Who will take a Breslover? Then you will die a bachelor, you will have, neither sons nor anything”</w:t>
      </w:r>
    </w:p>
    <w:p>
      <w:r>
        <w:t>My father said to me, I said to him:</w:t>
      </w:r>
    </w:p>
    <w:p>
      <w:r>
        <w:t>“Father, I will listen to you in everything, only not this, I am only Breslov”</w:t>
      </w:r>
    </w:p>
    <w:p>
      <w:r>
        <w:t>Then, then he said, the mother and the family, the family and the.. said:</w:t>
      </w:r>
    </w:p>
    <w:p>
      <w:r>
        <w:t>That this is impossible, only witchcraft, {..}, Breslov is witchcraft</w:t>
      </w:r>
    </w:p>
    <w:p>
      <w:r>
        <w:t>This needs, this needs to be publicized in all.. the newspapers to the whole world, what Rabbainu is</w:t>
      </w:r>
    </w:p>
    <w:p>
      <w:r>
        <w:t>They will bring all the honored people, they will all become completely nullified before.., Rabbainu</w:t>
      </w:r>
    </w:p>
    <w:p>
      <w:r>
        <w:t>So this, this is a wondrous matter that no, no one, even among the tzaddikim, knows anything</w:t>
      </w:r>
    </w:p>
    <w:p>
      <w:r>
        <w:t>Only Rebbe Nassan was.. Rabbainu HaKadosh said:</w:t>
      </w:r>
    </w:p>
    <w:p>
      <w:r>
        <w:t>“To know of me, it is only Rebbe Nassan and.. and Rebbe Naft.., and Rebbe Naftali”</w:t>
      </w:r>
    </w:p>
    <w:p>
      <w:r>
        <w:t>But the main one was Rebbe Nassan</w:t>
      </w:r>
    </w:p>
    <w:p>
      <w:r>
        <w:t>Rebbe Naftali was a gaon and a tzaddik, Rebbe Naftali, yes</w:t>
      </w:r>
    </w:p>
    <w:p>
      <w:r>
        <w:t>And Rebbe Nassan, and Rebbe Nassan, he was one with Rabbainu</w:t>
      </w:r>
    </w:p>
    <w:p>
      <w:r>
        <w:t>He, he publicized Rabbainu like a drop from the sea, yes</w:t>
      </w:r>
    </w:p>
    <w:p>
      <w:r>
        <w:t>Because of this they wanted to ki.., to kill him, {..} Rebbe Nassan was in great danger</w:t>
      </w:r>
    </w:p>
    <w:p>
      <w:r>
        <w:t>Because there was one who was against the whole world, the whole world said:</w:t>
      </w:r>
    </w:p>
    <w:p>
      <w:r>
        <w:t>“Breslov, no, Breslov is forbidden”</w:t>
      </w:r>
    </w:p>
    <w:p>
      <w:r>
        <w:t>And.. and he, Rebbe Nassan said:</w:t>
      </w:r>
    </w:p>
    <w:p>
      <w:r>
        <w:t>“There had not yet been anyone like Rabbainu”</w:t>
      </w:r>
    </w:p>
    <w:p>
      <w:r>
        <w:t>This, this is not, this is not, still not, not anything, compared to, compared to Rabbainu’s praise</w:t>
      </w:r>
    </w:p>
    <w:p>
      <w:r>
        <w:t>That he, {that he\they heard} this</w:t>
      </w:r>
    </w:p>
    <w:p>
      <w:r>
        <w:t>{How everyone needs to be rectified}, the whole world, he.. he will give a rectification to everyone, yes</w:t>
      </w:r>
    </w:p>
    <w:p>
      <w:r>
        <w:t>A complete rectification, not merely a rectification</w:t>
      </w:r>
    </w:p>
    <w:p>
      <w:r>
        <w:t>There are still such secrets, what, what is impossible, impossible to speak in words</w:t>
      </w:r>
    </w:p>
    <w:p>
      <w:r>
        <w:t>Above words, above, above everything</w:t>
      </w:r>
    </w:p>
    <w:p>
      <w:r>
        <w:t>And I suffered for several years, I was like a.., a madman, and everyone</w:t>
      </w:r>
    </w:p>
    <w:p>
      <w:r>
        <w:t>All, all the children threw peels and stones at me, with great disgrace, yes</w:t>
      </w:r>
    </w:p>
    <w:p>
      <w:r>
        <w:t>And receiv.., and I accepted everything, {..}</w:t>
      </w:r>
    </w:p>
    <w:p>
      <w:r>
        <w:t>Only one word from the “Sippurei {Maasiyos},” from the “Sippurei Maasiyos”</w:t>
      </w:r>
    </w:p>
    <w:p>
      <w:r>
        <w:t>Surpasses, surpasses everything, all the Torah, all the wisdoms</w:t>
      </w:r>
    </w:p>
    <w:p>
      <w:r>
        <w:t>One word, there had not yet been such a wondrous light in the world</w:t>
      </w:r>
    </w:p>
    <w:p>
      <w:r>
        <w:t>Who is this?</w:t>
      </w:r>
    </w:p>
    <w:p>
      <w:r>
        <w:t>[This is David, David, my friend]</w:t>
      </w:r>
    </w:p>
    <w:p>
      <w:r>
        <w:t>[David Shlomo]</w:t>
      </w:r>
    </w:p>
    <w:p>
      <w:r>
        <w:t>Yes?</w:t>
      </w:r>
    </w:p>
    <w:p>
      <w:r>
        <w:t>[They call him David Shlomo..]</w:t>
      </w:r>
    </w:p>
    <w:p>
      <w:r>
        <w:t>Eh?</w:t>
      </w:r>
    </w:p>
    <w:p>
      <w:r>
        <w:t>[David Shlomo]</w:t>
      </w:r>
    </w:p>
    <w:p>
      <w:r>
        <w:t>David?</w:t>
      </w:r>
    </w:p>
    <w:p>
      <w:r>
        <w:t>[David]</w:t>
      </w:r>
    </w:p>
    <w:p>
      <w:r>
        <w:t>Eh?</w:t>
      </w:r>
    </w:p>
    <w:p>
      <w:r>
        <w:t>[David]</w:t>
      </w:r>
    </w:p>
    <w:p>
      <w:r>
        <w:t>D.. David</w:t>
      </w:r>
    </w:p>
    <w:p>
      <w:r>
        <w:t>[Shlomo]</w:t>
      </w:r>
    </w:p>
    <w:p>
      <w:r>
        <w:t>{Shlomo}</w:t>
      </w:r>
    </w:p>
    <w:p>
      <w:r>
        <w:t>[David]</w:t>
      </w:r>
    </w:p>
    <w:p>
      <w:r>
        <w:t>David Shlomo</w:t>
      </w:r>
    </w:p>
    <w:p>
      <w:r>
        <w:t>[Yes, that is beautiful, those are the kings]</w:t>
      </w:r>
    </w:p>
    <w:p>
      <w:r>
        <w:t>He lives here</w:t>
      </w:r>
    </w:p>
    <w:p>
      <w:r>
        <w:t>[Studies, studies here]</w:t>
      </w:r>
    </w:p>
    <w:p>
      <w:r>
        <w:t>Is he your neighbor?</w:t>
      </w:r>
    </w:p>
    <w:p>
      <w:r>
        <w:t>[No, he, he studies, he studies at the yeshiva here in Yerushalayim]</w:t>
      </w:r>
    </w:p>
    <w:p>
      <w:r>
        <w:t>Eh?</w:t>
      </w:r>
    </w:p>
    <w:p>
      <w:r>
        <w:t>[He is learning to write as a scribe, Torah scrolls]</w:t>
      </w:r>
    </w:p>
    <w:p>
      <w:r>
        <w:t>Where?</w:t>
      </w:r>
    </w:p>
    <w:p>
      <w:r>
        <w:t>[In.. in Katamon]</w:t>
      </w:r>
    </w:p>
    <w:p>
      <w:r>
        <w:t>Eh?</w:t>
      </w:r>
    </w:p>
    <w:p>
      <w:r>
        <w:t>[He studies in Katamon]</w:t>
      </w:r>
    </w:p>
    <w:p>
      <w:r>
        <w:t>In Katamon?</w:t>
      </w:r>
    </w:p>
    <w:p>
      <w:r>
        <w:t>[But he lives in Petach Tikva]</w:t>
      </w:r>
    </w:p>
    <w:p>
      <w:r>
        <w:t>Eh?</w:t>
      </w:r>
    </w:p>
    <w:p>
      <w:r>
        <w:t>[He lives in Petach Tikva]</w:t>
      </w:r>
    </w:p>
    <w:p>
      <w:r>
        <w:t>{Today}</w:t>
      </w:r>
    </w:p>
    <w:p>
      <w:r>
        <w:t>[Yes, he heard a little about Rabbainu]</w:t>
      </w:r>
    </w:p>
    <w:p>
      <w:r>
        <w:t>Eh?</w:t>
      </w:r>
    </w:p>
    <w:p>
      <w:r>
        <w:t>[He heard a little about Rabbainu]</w:t>
      </w:r>
    </w:p>
    <w:p>
      <w:r>
        <w:t>He heard..</w:t>
      </w:r>
    </w:p>
    <w:p>
      <w:r>
        <w:t>[About Rabbainu, a little]</w:t>
      </w:r>
    </w:p>
    <w:p>
      <w:r>
        <w:t>Yes?</w:t>
      </w:r>
    </w:p>
    <w:p>
      <w:r>
        <w:t>[Yes]</w:t>
      </w:r>
    </w:p>
    <w:p>
      <w:r>
        <w:t>Ho, he still knows nothing, like the whole world</w:t>
      </w:r>
    </w:p>
    <w:p>
      <w:r>
        <w:t>[But explain to him, you need to tell him who, who Rabbainu is, so that.. he will know]</w:t>
      </w:r>
    </w:p>
    <w:p>
      <w:r>
        <w:t>Who can? Who, who said such a thing, such an utterance?:</w:t>
      </w:r>
    </w:p>
    <w:p>
      <w:r>
        <w:t>“He will rectify the whole world”</w:t>
      </w:r>
    </w:p>
    <w:p>
      <w:r>
        <w:t>Rabbainu HaKadosh himself said:</w:t>
      </w:r>
    </w:p>
    <w:p>
      <w:r>
        <w:t>“There are illnesses that are impossible, that are impossible to heal..</w:t>
      </w:r>
    </w:p>
    <w:p>
      <w:r>
        <w:t>And I can, and I.. even, even such sick people I can heal completely”</w:t>
      </w:r>
    </w:p>
    <w:p>
      <w:r>
        <w:t>[But Rabbainu said that his name now is “Na Na Nach Nachma Nachman MeUman”] Yoa</w:t>
      </w:r>
    </w:p>
    <w:p>
      <w:r>
        <w:t>[What is “Na Na Nach”? What is the meaning? What is the meaning? What is the meaning?]</w:t>
      </w:r>
    </w:p>
    <w:p>
      <w:r>
        <w:t>That he is the essence of all the Torah, of all, of everything, of all the lights</w:t>
      </w:r>
    </w:p>
    <w:p>
      <w:r>
        <w:t>[Everything depends on him?]</w:t>
      </w:r>
    </w:p>
    <w:p>
      <w:r>
        <w:t>There are no words with which to speak</w:t>
      </w:r>
    </w:p>
    <w:p>
      <w:r>
        <w:t>If I am alive, I do not know, above nature</w:t>
      </w:r>
    </w:p>
    <w:p>
      <w:r>
        <w:t>[Rebbe Yisroel..]</w:t>
      </w:r>
    </w:p>
    <w:p>
      <w:r>
        <w:t>What, what I suffered</w:t>
      </w:r>
    </w:p>
    <w:p>
      <w:r>
        <w:t>Ah…</w:t>
      </w:r>
    </w:p>
    <w:p>
      <w:r>
        <w:t>...[But “Nachman and Nassan laugh at the whole world”]</w:t>
      </w:r>
    </w:p>
    <w:p>
      <w:r>
        <w:t>Two, two people laugh at the whole world</w:t>
      </w:r>
    </w:p>
    <w:p>
      <w:r>
        <w:t>No tzaddik said, did not say such utterances, and “Mashiach will give an explanation on “Likutey Moharan””</w:t>
      </w:r>
    </w:p>
    <w:p>
      <w:r>
        <w:t>[And they also say that Mashiach will finish the story of the seven.., the Seven Beggars'</w:t>
      </w:r>
    </w:p>
    <w:p>
      <w:r>
        <w:t>'The seventh Beggar', so they say, Mashiach needs to finish the story of 'the Seven Beggars' who has no legs]…</w:t>
      </w:r>
    </w:p>
    <w:p>
      <w:r>
        <w:t>...Oy vey, oy vey, vey, vey, vey..</w:t>
      </w:r>
    </w:p>
    <w:p>
      <w:r>
        <w:t>What, just to see Rebbe Yisroel (Kardonner) was enough {to..} to know, to know of Rabbainu</w:t>
      </w:r>
    </w:p>
    <w:p>
      <w:r>
        <w:t>[Which, which Rebbe Yisroel? Rebbe Yisroel..]</w:t>
      </w:r>
    </w:p>
    <w:p>
      <w:r>
        <w:t>This is already Rabbainu’s merchandise</w:t>
      </w:r>
    </w:p>
    <w:p>
      <w:r>
        <w:t>[The merchandise]</w:t>
      </w:r>
    </w:p>
    <w:p>
      <w:r>
        <w:t>He came to me from Hebron to Teveria</w:t>
      </w:r>
    </w:p>
    <w:p>
      <w:r>
        <w:t>And a great commotion arose, and a great commotion arose {throughout, throughout}, throughout Eretz Yisroel:</w:t>
      </w:r>
    </w:p>
    <w:p>
      <w:r>
        <w:t>“Yisroel Ber, Yisroel Ber, Yisroel Ber became Breslov</w:t>
      </w:r>
    </w:p>
    <w:p>
      <w:r>
        <w:t>And this is a danger to all the.., {to al..}, to.. all, to the whole world</w:t>
      </w:r>
    </w:p>
    <w:p>
      <w:r>
        <w:t>They need to kill him and {..} Rebbe Nassan</w:t>
      </w:r>
    </w:p>
    <w:p>
      <w:r>
        <w:t>He, he will drive the whole world mad, he will kill the whole world”</w:t>
      </w:r>
    </w:p>
    <w:p>
      <w:r>
        <w:t>[The officer said: “This Petek will drive the whole world mad, and all of Bnei Brak too”]</w:t>
      </w:r>
    </w:p>
    <w:p>
      <w:r>
        <w:t>Eh?</w:t>
      </w:r>
    </w:p>
    <w:p>
      <w:r>
        <w:t>[That is what he said in a dream, the officer, the officer]</w:t>
      </w:r>
    </w:p>
    <w:p>
      <w:r>
        <w:t>Yoa</w:t>
      </w:r>
    </w:p>
    <w:p>
      <w:r>
        <w:t>[He said: “This Petek..”]</w:t>
      </w:r>
    </w:p>
    <w:p>
      <w:r>
        <w:t>Yoa</w:t>
      </w:r>
    </w:p>
    <w:p>
      <w:r>
        <w:t>[“Will drive the whole world mad”]</w:t>
      </w:r>
    </w:p>
    <w:p>
      <w:r>
        <w:t>Yes</w:t>
      </w:r>
    </w:p>
    <w:p>
      <w:r>
        <w:t>[“And all of Bnei Brak too”]</w:t>
      </w:r>
    </w:p>
    <w:p>
      <w:r>
        <w:t>{..} “Already the whole world and Bnei Brak”</w:t>
      </w:r>
    </w:p>
    <w:p>
      <w:r>
        <w:t>[“And Bnei Brak”]</w:t>
      </w:r>
    </w:p>
    <w:p>
      <w:r>
        <w:t>He, he said to me: “What are you asking? Give the, the Petek”</w:t>
      </w:r>
    </w:p>
    <w:p>
      <w:r>
        <w:t>I said to him: “Why?”</w:t>
      </w:r>
    </w:p>
    <w:p>
      <w:r>
        <w:t>He said, he said: “It will.., it will drive the whole world and all of Bnei Brak mad”</w:t>
      </w:r>
    </w:p>
    <w:p>
      <w:r>
        <w:t>The officer said to me:</w:t>
      </w:r>
    </w:p>
    <w:p>
      <w:r>
        <w:t>“Give”</w:t>
      </w:r>
    </w:p>
    <w:p>
      <w:r>
        <w:t>Nu, I was afraid, {…}, perhaps they will take it?</w:t>
      </w:r>
    </w:p>
    <w:p>
      <w:r>
        <w:t>{..}, then I remembered, that.. he came at the beginning of the night, came to me, ah..</w:t>
      </w:r>
    </w:p>
    <w:p>
      <w:r>
        <w:t>[The officer?]</w:t>
      </w:r>
    </w:p>
    <w:p>
      <w:r>
        <w:t>Who?</w:t>
      </w:r>
    </w:p>
    <w:p>
      <w:r>
        <w:t>[Avraham Nassan, Avraham Nassan]</w:t>
      </w:r>
    </w:p>
    <w:p>
      <w:r>
        <w:t>AvrahamNassan, yoa</w:t>
      </w:r>
    </w:p>
    <w:p>
      <w:r>
        <w:t>[Baruch Hashem, and he said]</w:t>
      </w:r>
    </w:p>
    <w:p>
      <w:r>
        <w:t>“Give me the, give me the.. the..”</w:t>
      </w:r>
    </w:p>
    <w:p>
      <w:r>
        <w:t>[The Petek]</w:t>
      </w:r>
    </w:p>
    <w:p>
      <w:r>
        <w:t>“Only for the night, to read and to see it”</w:t>
      </w:r>
    </w:p>
    <w:p>
      <w:r>
        <w:t>{Avraham}, I gave it to him for one night</w:t>
      </w:r>
    </w:p>
    <w:p>
      <w:r>
        <w:t>{……}, then.. Baruch Hashem, I became a little.. he is not in Bnei Brak and not here</w:t>
      </w:r>
    </w:p>
    <w:p>
      <w:r>
        <w:t>[But Rebbe Yisroel, what is the difference between the whole world and Bnei Brak?</w:t>
      </w:r>
    </w:p>
    <w:p>
      <w:r>
        <w:t>They are two things, the world is one thing, and Bnei Brak is another thing?]</w:t>
      </w:r>
    </w:p>
    <w:p>
      <w:r>
        <w:t>{…}, Bnei Brak was the great city of all Eretz Yisroel</w:t>
      </w:r>
    </w:p>
    <w:p>
      <w:r>
        <w:t>[So it is the city of Torah, of the learned men]</w:t>
      </w:r>
    </w:p>
    <w:p>
      <w:r>
        <w:t>Ah, ah..</w:t>
      </w:r>
    </w:p>
    <w:p>
      <w:r>
        <w:t>{..} investigations</w:t>
      </w:r>
    </w:p>
    <w:p>
      <w:r>
        <w:t>[Yes, yes]</w:t>
      </w:r>
    </w:p>
    <w:p>
      <w:r>
        <w:t>No, this is not {about …..}, can think and understand and speak of this..</w:t>
      </w:r>
    </w:p>
    <w:p>
      <w:r>
        <w:t>{..}, whoever would hear the prayer, the prayer and the hisbodedus of Rebbe Yisroel (Kardonner)</w:t>
      </w:r>
    </w:p>
    <w:p>
      <w:r>
        <w:t>The whole world became tzaddikim</w:t>
      </w:r>
    </w:p>
    <w:p>
      <w:r>
        <w:t>Whoever, whoever heard his voice, became a tzaddik</w:t>
      </w:r>
    </w:p>
    <w:p>
      <w:r>
        <w:t>And now {already} Rabbainu said:</w:t>
      </w:r>
    </w:p>
    <w:p>
      <w:r>
        <w:t>“Rebbe Shimon is ‘I'r V'Kaddish M'in S'hmaya N'achit’</w:t>
      </w:r>
    </w:p>
    <w:p>
      <w:r>
        <w:t>And now there is ‘N'achal N'ovea M'ekor C'hochma’”</w:t>
      </w:r>
    </w:p>
    <w:p>
      <w:r>
        <w:t>Through whom the Torah will not be forgotten from Yisroel, through him the Torah will not be forgotten</w:t>
      </w:r>
    </w:p>
    <w:p>
      <w:r>
        <w:t>This is now</w:t>
      </w:r>
    </w:p>
    <w:p>
      <w:r>
        <w:t>[……..]...</w:t>
      </w:r>
    </w:p>
    <w:p>
      <w:r>
        <w:t>...No tzaddik said such utterances:</w:t>
      </w:r>
    </w:p>
    <w:p>
      <w:r>
        <w:t>“Mashiach will give an explanation on the “Likutey Moharan””</w:t>
      </w:r>
    </w:p>
    <w:p>
      <w:r>
        <w:t>Nu, he is only one, in the whole world, one {...} who said such utterances:</w:t>
      </w:r>
    </w:p>
    <w:p>
      <w:r>
        <w:t>"Mashiach will give an explanation of the "Likutey Moharan"</w:t>
      </w:r>
    </w:p>
    <w:p>
      <w:r>
        <w:t>[Rebbe Yisroel, "Ebay HaNachal"..]</w:t>
      </w:r>
    </w:p>
    <w:p>
      <w:r>
        <w:t>Nu</w:t>
      </w:r>
    </w:p>
    <w:p>
      <w:r>
        <w:t>[Is this an explanation of "Likutey Moharan"?]</w:t>
      </w:r>
    </w:p>
    <w:p>
      <w:r>
        <w:t>"Ebay HaNachal"—these are his letters, mine, that I had, which I wrote to President Shazar</w:t>
      </w:r>
    </w:p>
    <w:p>
      <w:r>
        <w:t>That he asked me, he asked me, ho.. with all kinds of requests he asked me that I should write to him what I received from Rebbe.. about, about, about, about the.. the Rebbe, Rebbe Nachman, and this is I, "Ebay HaNachal"</w:t>
      </w:r>
    </w:p>
    <w:p>
      <w:r>
        <w:t>Everyone is going crazy, all the gedolim, all.. everyone {…} nullifies themselves before such words—who, and who uh.., who said such words?:</w:t>
      </w:r>
    </w:p>
    <w:p>
      <w:r>
        <w:t>"Mashiach will give an explanation of "Likutey Moharan""</w:t>
      </w:r>
    </w:p>
    <w:p>
      <w:r>
        <w:t>[……..]</w:t>
      </w:r>
    </w:p>
    <w:p>
      <w:r>
        <w:t>[……..]</w:t>
      </w:r>
    </w:p>
    <w:p>
      <w:r>
        <w:t>Ah…</w:t>
      </w:r>
    </w:p>
    <w:p>
      <w:r>
        <w:t>...But no, it is not, not right, God forbid, to eat before prayer [To eat before the meal, or before prayer?] No, no, it is forbidden, forbidden, only..</w:t>
      </w:r>
    </w:p>
    <w:p>
      <w:r>
        <w:t>[Eggs]</w:t>
      </w:r>
    </w:p>
    <w:p>
      <w:r>
        <w:t>A sick person and.. but not like this, it is forbidden to eat</w:t>
      </w:r>
    </w:p>
    <w:p>
      <w:r>
        <w:t>Even our holy Rabbainu did not drink even water before prayer</w:t>
      </w:r>
    </w:p>
    <w:p>
      <w:r>
        <w:t>There is {it is written like this} in "Sichos HaRan," yes</w:t>
      </w:r>
    </w:p>
    <w:p>
      <w:r>
        <w:t>[Yes, but there is time until prayer, there is time, now..]</w:t>
      </w:r>
    </w:p>
    <w:p>
      <w:r>
        <w:t>No, I do not</w:t>
      </w:r>
    </w:p>
    <w:p>
      <w:r>
        <w:t>[You want..]</w:t>
      </w:r>
    </w:p>
    <w:p>
      <w:r>
        <w:t>From now, from now, no</w:t>
      </w:r>
    </w:p>
    <w:p>
      <w:r>
        <w:t>[Are you doing "Tikkun Chatzos" now? Now is the time..]</w:t>
      </w:r>
    </w:p>
    <w:p>
      <w:r>
        <w:t>If they learn from me, not to eat {before prayer}?</w:t>
      </w:r>
    </w:p>
    <w:p>
      <w:r>
        <w:t>[Right]</w:t>
      </w:r>
    </w:p>
    <w:p>
      <w:r>
        <w:t>Th.. I have a different law, the law of a sick person</w:t>
      </w:r>
    </w:p>
    <w:p>
      <w:r>
        <w:t>[So..]</w:t>
      </w:r>
    </w:p>
    <w:p>
      <w:r>
        <w:t>But an elderly person or a sick person</w:t>
      </w:r>
    </w:p>
    <w:p>
      <w:r>
        <w:t>[Saba..]</w:t>
      </w:r>
    </w:p>
    <w:p>
      <w:r>
        <w:t>But..</w:t>
      </w:r>
    </w:p>
    <w:p>
      <w:r>
        <w:t>[Saba..]</w:t>
      </w:r>
    </w:p>
    <w:p>
      <w:r>
        <w:t>God forbid, because of this.. it becomes hefker, it becomes hefker, to eat {during} prayer</w:t>
      </w:r>
    </w:p>
    <w:p>
      <w:r>
        <w:t>The opposite of Rabbainu, the opposite of the Gemara, the opposite of, of the Torah</w:t>
      </w:r>
    </w:p>
    <w:p>
      <w:r>
        <w:t>[Yes, one needs to do "Tikkun Chatzos"]</w:t>
      </w:r>
    </w:p>
    <w:p>
      <w:r>
        <w:t>I do not</w:t>
      </w:r>
    </w:p>
    <w:p>
      <w:r>
        <w:t>["Tikkun Chatzos"]</w:t>
      </w:r>
    </w:p>
    <w:p>
      <w:r>
        <w:t>Yes</w:t>
      </w:r>
    </w:p>
    <w:p>
      <w:r>
        <w:t>[Afterward we will talk]</w:t>
      </w:r>
    </w:p>
    <w:p>
      <w:r>
        <w:t>Huh?</w:t>
      </w:r>
    </w:p>
    <w:p>
      <w:r>
        <w:t>[We will do "Tikkun Chatzos," and afterward we will t.. t..]</w:t>
      </w:r>
    </w:p>
    <w:p>
      <w:r>
        <w:t>No, no, no, no, no, no, no</w:t>
      </w:r>
    </w:p>
    <w:p>
      <w:r>
        <w:t>[Now "Tikkun Chatzos"]</w:t>
      </w:r>
    </w:p>
    <w:p>
      <w:r>
        <w:t>After prayer</w:t>
      </w:r>
    </w:p>
    <w:p>
      <w:r>
        <w:t>[Yes, yes]</w:t>
      </w:r>
    </w:p>
    <w:p>
      <w:r>
        <w:t>Before prayer, not even water to drink</w:t>
      </w:r>
    </w:p>
    <w:p>
      <w:r>
        <w:t>[Yes]…</w:t>
      </w:r>
    </w:p>
    <w:p>
      <w:r>
        <w:t>...Like this</w:t>
      </w:r>
    </w:p>
    <w:p>
      <w:r>
        <w:t>[Maybe this is of the “Tikkun Chatzos”]</w:t>
      </w:r>
    </w:p>
    <w:p>
      <w:r>
        <w:t>After prayer, everything after prayer, the egg and the eating after prayer</w:t>
      </w:r>
    </w:p>
    <w:p>
      <w:r>
        <w:t>Not before prayer, shoyn, I am doing teshuvah</w:t>
      </w:r>
    </w:p>
    <w:p>
      <w:r>
        <w:t>[…...]</w:t>
      </w:r>
    </w:p>
    <w:p>
      <w:r>
        <w:t>I acted, God forbid, like a sick person; a sick person has a different law, danger to life</w:t>
      </w:r>
    </w:p>
    <w:p>
      <w:r>
        <w:t>But, but when a person is healthy, God forbid, {not ….} even to drink water before prayer...</w:t>
      </w:r>
    </w:p>
    <w:p>
      <w:r>
        <w:t>...I did not taste even water before prayer</w:t>
      </w:r>
    </w:p>
    <w:p>
      <w:r>
        <w:t>No, only fro.., only from the time that I became sick {...} and weak</w:t>
      </w:r>
    </w:p>
    <w:p>
      <w:r>
        <w:t>Then perhaps it is also possible; this I see, that no, no, this is not, not our way</w:t>
      </w:r>
    </w:p>
    <w:p>
      <w:r>
        <w:t>God forbid not to keep the "Shulchan Aruch"</w:t>
      </w:r>
    </w:p>
    <w:p>
      <w:r>
        <w:t>Ah, oy, oy, oy, oy vey, oy vey, {to wash} hands, oy, oy vey, ah..</w:t>
      </w:r>
    </w:p>
    <w:p>
      <w:r>
        <w:t>I already did {…}, ah..</w:t>
      </w:r>
    </w:p>
    <w:p>
      <w:r>
        <w:t>Oy, ah, ah, {he is coming}</w:t>
      </w:r>
    </w:p>
    <w:p>
      <w:r>
        <w:t>Ah.. still not, still has the time for prayer not arrived?</w:t>
      </w:r>
    </w:p>
    <w:p>
      <w:r>
        <w:t>[No, another five hours]</w:t>
      </w:r>
    </w:p>
    <w:p>
      <w:r>
        <w:t>Another, another five hours</w:t>
      </w:r>
    </w:p>
    <w:p>
      <w:r>
        <w:t>[Approximately, yes]</w:t>
      </w:r>
    </w:p>
    <w:p>
      <w:r>
        <w:t>{..} So now it is still permitted to eat, because it is before midnight</w:t>
      </w:r>
    </w:p>
    <w:p>
      <w:r>
        <w:t>[No, it is already after midnight]</w:t>
      </w:r>
    </w:p>
    <w:p>
      <w:r>
        <w:t>Huh?</w:t>
      </w:r>
    </w:p>
    <w:p>
      <w:r>
        <w:t>[We are already at the time of midnight]</w:t>
      </w:r>
    </w:p>
    <w:p>
      <w:r>
        <w:t>Already after midnight</w:t>
      </w:r>
    </w:p>
    <w:p>
      <w:r>
        <w:t>[At the time of midnight now]</w:t>
      </w:r>
    </w:p>
    <w:p>
      <w:r>
        <w:t>Huh?</w:t>
      </w:r>
    </w:p>
    <w:p>
      <w:r>
        <w:t>[Now it is the time of midnight]</w:t>
      </w:r>
    </w:p>
    <w:p>
      <w:r>
        <w:t>The time of midnight?</w:t>
      </w:r>
    </w:p>
    <w:p>
      <w:r>
        <w:t>[Yes]</w:t>
      </w:r>
    </w:p>
    <w:p>
      <w:r>
        <w:t>No, no, no, no, no</w:t>
      </w:r>
    </w:p>
    <w:p>
      <w:r>
        <w:t>[But Rebbe Yisroel..]</w:t>
      </w:r>
    </w:p>
    <w:p>
      <w:r>
        <w:t>Our holy Rabbainu…</w:t>
      </w:r>
    </w:p>
    <w:p>
      <w:r>
        <w:t>...{..} They do not understand how he lives, {….}</w:t>
      </w:r>
    </w:p>
    <w:p>
      <w:r>
        <w:t>She too came, said to him:</w:t>
      </w:r>
    </w:p>
    <w:p>
      <w:r>
        <w:t>"You do not eat anything; from where will you have strength to serve Hashem"</w:t>
      </w:r>
    </w:p>
    <w:p>
      <w:r>
        <w:t>Then he said to him:</w:t>
      </w:r>
    </w:p>
    <w:p>
      <w:r>
        <w:t>"I, I have people by me, wh.. whose entire vitality is only "wisdom gives life to its possessor"</w:t>
      </w:r>
    </w:p>
    <w:p>
      <w:r>
        <w:t>They live only from wisdom, from the holy Torah, from the true wisdom, they live on this</w:t>
      </w:r>
    </w:p>
    <w:p>
      <w:r>
        <w:t>No, no, there is no need to eat"</w:t>
      </w:r>
    </w:p>
    <w:p>
      <w:r>
        <w:t>If one knows "Likutey Moharan" from our holy Rabbainu, already, already there is no eating and no, and no {this}..</w:t>
      </w:r>
    </w:p>
    <w:p>
      <w:r>
        <w:t>Rebbe Yisroel (Kardonner) did not taste, he was also, even water before prayer, yes</w:t>
      </w:r>
    </w:p>
    <w:p>
      <w:r>
        <w:t>There was once when he was also sick; he too did not insi.., he was stringent and did not eat before prayer, yes, one needs to keep very carefully all the words of Rabbainu {that} came from his holy mouth</w:t>
      </w:r>
    </w:p>
    <w:p>
      <w:r>
        <w:t>We need to sacrifice our lives to do as he teaches.., teaches and reveals to us, yes</w:t>
      </w:r>
    </w:p>
    <w:p>
      <w:r>
        <w:t>Ah..</w:t>
      </w:r>
    </w:p>
    <w:p>
      <w:r>
        <w:t>[Rebbe Yisroel, even someone who did not sleep before midnight—is he forbidden to eat from midnight at night? Even someone..?]</w:t>
      </w:r>
    </w:p>
    <w:p>
      <w:r>
        <w:t>{..}, From midnight at night</w:t>
      </w:r>
    </w:p>
    <w:p>
      <w:r>
        <w:t>[Even someone who did not sleep?]</w:t>
      </w:r>
    </w:p>
    <w:p>
      <w:r>
        <w:t>Ah, someone who did not sleep? There are laws about this, someone who did not sleep..</w:t>
      </w:r>
    </w:p>
    <w:p>
      <w:r>
        <w:t>[Yes]</w:t>
      </w:r>
    </w:p>
    <w:p>
      <w:r>
        <w:t>{..}...</w:t>
      </w:r>
    </w:p>
    <w:p>
      <w:r>
        <w:t>...To study and to know how to conduct oneself</w:t>
      </w:r>
    </w:p>
    <w:p>
      <w:r>
        <w:t>[So I ask, I ask you, how to conduct oneself..?]</w:t>
      </w:r>
    </w:p>
    <w:p>
      <w:r>
        <w:t>Nu, I..</w:t>
      </w:r>
    </w:p>
    <w:p>
      <w:r>
        <w:t>[According to Rabbainu?]</w:t>
      </w:r>
    </w:p>
    <w:p>
      <w:r>
        <w:t>{..} I have no memory, I have no.. yes, from me, one does not, does not learn..</w:t>
      </w:r>
    </w:p>
    <w:p>
      <w:r>
        <w:t>[No]</w:t>
      </w:r>
    </w:p>
    <w:p>
      <w:r>
        <w:t>Anything</w:t>
      </w:r>
    </w:p>
    <w:p>
      <w:r>
        <w:t>[No]</w:t>
      </w:r>
    </w:p>
    <w:p>
      <w:r>
        <w:t>A healthy man..</w:t>
      </w:r>
    </w:p>
    <w:p>
      <w:r>
        <w:t>[..]</w:t>
      </w:r>
    </w:p>
    <w:p>
      <w:r>
        <w:t>A healthy man</w:t>
      </w:r>
    </w:p>
    <w:p>
      <w:r>
        <w:t>[Yes]</w:t>
      </w:r>
    </w:p>
    <w:p>
      <w:r>
        <w:t>I am always sick, I am always sick, I am a very weak man</w:t>
      </w:r>
    </w:p>
    <w:p>
      <w:r>
        <w:t>. And nevertheless I, all the time that I walked on my feet</w:t>
      </w:r>
    </w:p>
    <w:p>
      <w:r>
        <w:t>Then I did not, did not, did not eat and did not drink before prayer</w:t>
      </w:r>
    </w:p>
    <w:p>
      <w:r>
        <w:t>Since the time that I drew close to Rabbainu; before that I was a child, perhaps I drank a little coffee</w:t>
      </w:r>
    </w:p>
    <w:p>
      <w:r>
        <w:t>But no eating before prayer</w:t>
      </w:r>
    </w:p>
    <w:p>
      <w:r>
        <w:t>According to the Gemara, according to the Torah: "It is forbidden to eat and to drink before prayer," {yes}</w:t>
      </w:r>
    </w:p>
    <w:p>
      <w:r>
        <w:t>. And the Chassidim he is, they, they eat and drink before, before prayer</w:t>
      </w:r>
    </w:p>
    <w:p>
      <w:r>
        <w:t>The opposite of Rabbainu, of blessed memory, yes</w:t>
      </w:r>
    </w:p>
    <w:p>
      <w:r>
        <w:t>Oy, oy vey, yes, {Baruch Hashem}, ho, ho.. yes, yes, shoyn</w:t>
      </w:r>
    </w:p>
    <w:p>
      <w:r>
        <w:t>Now cover it, {there is more ...}, good, ah</w:t>
      </w:r>
    </w:p>
    <w:p>
      <w:r>
        <w:t>Good…</w:t>
      </w:r>
    </w:p>
    <w:p>
      <w:r>
        <w:t>...[Rebbe Yisroel, someone who eats..]</w:t>
      </w:r>
    </w:p>
    <w:p>
      <w:r>
        <w:t>{..}</w:t>
      </w:r>
    </w:p>
    <w:p>
      <w:r>
        <w:t>[Before prayer..]</w:t>
      </w:r>
    </w:p>
    <w:p>
      <w:r>
        <w:t>By Rabbainu it is written</w:t>
      </w:r>
    </w:p>
    <w:p>
      <w:r>
        <w:t>[Yes]</w:t>
      </w:r>
    </w:p>
    <w:p>
      <w:r>
        <w:t>That he did not eat and did not drink from the time of midnight, fro.., from midnight at night until {..}..</w:t>
      </w:r>
    </w:p>
    <w:p>
      <w:r>
        <w:t>But someone who did not sleep, it can be that he, that for him it is still daytime, when the time changes</w:t>
      </w:r>
    </w:p>
    <w:p>
      <w:r>
        <w:t>Then it can be; I am not a scholar, I do not, do not know</w:t>
      </w:r>
    </w:p>
    <w:p>
      <w:r>
        <w:t>But what I saw, Rebbe Yisroel (Kardonner) did not eat, did not drink before prayer</w:t>
      </w:r>
    </w:p>
    <w:p>
      <w:r>
        <w:t>And.. and.. and his prayer was, was.. whoever heard only his voice became a tzaddik</w:t>
      </w:r>
    </w:p>
    <w:p>
      <w:r>
        <w:t>And I was together with him, and I saw that he wept so much before Hashem Yisborach over every matter, that he should merit to fulfill the Torah, yes</w:t>
      </w:r>
    </w:p>
    <w:p>
      <w:r>
        <w:t>He lived every moment; he, he {….\left} for himself all kinds of pains</w:t>
      </w:r>
    </w:p>
    <w:p>
      <w:r>
        <w:t>All kinds of pains, illnesses, yes</w:t>
      </w:r>
    </w:p>
    <w:p>
      <w:r>
        <w:t>And he, this is how he served Hashem Yisborach</w:t>
      </w:r>
    </w:p>
    <w:p>
      <w:r>
        <w:t>[Rebbe Yisroel, someone who eats before prayer, does it harm the prayer?]</w:t>
      </w:r>
    </w:p>
    <w:p>
      <w:r>
        <w:t>What?</w:t>
      </w:r>
    </w:p>
    <w:p>
      <w:r>
        <w:t>[Someone who eats before prayer, does it harm his prayer?]</w:t>
      </w:r>
    </w:p>
    <w:p>
      <w:r>
        <w:t>Yes..</w:t>
      </w:r>
    </w:p>
    <w:p>
      <w:r>
        <w:t>[..]</w:t>
      </w:r>
    </w:p>
    <w:p>
      <w:r>
        <w:t>Certainly</w:t>
      </w:r>
    </w:p>
    <w:p>
      <w:r>
        <w:t>[Does it blemish?]</w:t>
      </w:r>
    </w:p>
    <w:p>
      <w:r>
        <w:t>Certainly, this is.. {advice}.. we need only to serve Hashem Yisborach</w:t>
      </w:r>
    </w:p>
    <w:p>
      <w:r>
        <w:t>And also in eating, to serve through eating, to serve Hashem Yisborach</w:t>
      </w:r>
    </w:p>
    <w:p>
      <w:r>
        <w:t>Yes, with.. the blessings and 'Birkat Hamazon' and.. what</w:t>
      </w:r>
    </w:p>
    <w:p>
      <w:r>
        <w:t>The people of our holy Rabbainu, when they ate, every blessing was heard very much, and also every, every matter of eating after prayer; before prayer, no</w:t>
      </w:r>
    </w:p>
    <w:p>
      <w:r>
        <w:t>There is much {to be meticulous} about this, and I myself, all the days of my life, went every day to the mikveh at midnight</w:t>
      </w:r>
    </w:p>
    <w:p>
      <w:r>
        <w:t>Only now in old age, when I am sick, then I become, I fell, but I need to strengthen myself even now, yes</w:t>
      </w:r>
    </w:p>
    <w:p>
      <w:r>
        <w:t>And to keep.. like the Torah, to keep the holy Torah, not to eat and not to drink before prayer, oy vey</w:t>
      </w:r>
    </w:p>
    <w:p>
      <w:r>
        <w:t>[Rebbe Yisroel]</w:t>
      </w:r>
    </w:p>
    <w:p>
      <w:r>
        <w:t>Yo</w:t>
      </w:r>
    </w:p>
    <w:p>
      <w:r>
        <w:t>[And after the Shacharis prayer, should one study "Likutey Moharan," Tehillim?]</w:t>
      </w:r>
    </w:p>
    <w:p>
      <w:r>
        <w:t>{..}</w:t>
      </w:r>
    </w:p>
    <w:p>
      <w:r>
        <w:t>[After the prayer, what is good to study, after the Shacharis prayer?</w:t>
      </w:r>
    </w:p>
    <w:p>
      <w:r>
        <w:t>I heard that you used to study "Likutey Moharan" or Tehillim after the prayer, after..] After the prayer</w:t>
      </w:r>
    </w:p>
    <w:p>
      <w:r>
        <w:t>[Yes, prayer.. study, what should one study? In "Likutey Moharan"?] Eh?</w:t>
      </w:r>
    </w:p>
    <w:p>
      <w:r>
        <w:t>[After the prayer] He had..</w:t>
      </w:r>
    </w:p>
    <w:p>
      <w:r>
        <w:t>[What is good to study?]</w:t>
      </w:r>
    </w:p>
    <w:p>
      <w:r>
        <w:t>There was hitbodedut</w:t>
      </w:r>
    </w:p>
    <w:p>
      <w:r>
        <w:t>[Yes]</w:t>
      </w:r>
    </w:p>
    <w:p>
      <w:r>
        <w:t>Before the prayer</w:t>
      </w:r>
    </w:p>
    <w:p>
      <w:r>
        <w:t>[Yes]</w:t>
      </w:r>
    </w:p>
    <w:p>
      <w:r>
        <w:t>Hitbodedut, he taught his people the matter of hitbodedut; to the world it is a joke:</w:t>
      </w:r>
    </w:p>
    <w:p>
      <w:r>
        <w:t>"What is hitbodedut? What is the service of Hashem Yisborach?”</w:t>
      </w:r>
    </w:p>
    <w:p>
      <w:r>
        <w:t>But he, he did not listen to the whole world; he gave this to us</w:t>
      </w:r>
    </w:p>
    <w:p>
      <w:r>
        <w:t>A way, a straight way not, not to eat, not to drink before the prayer, as he said about himself:</w:t>
      </w:r>
    </w:p>
    <w:p>
      <w:r>
        <w:t>"I {did not}.., I did not drink even water before the prayer," so said Rabbainu Hakadosh</w:t>
      </w:r>
    </w:p>
    <w:p>
      <w:r>
        <w:t>And we also need to do so, {..}</w:t>
      </w:r>
    </w:p>
    <w:p>
      <w:r>
        <w:t>Nu, in any case, oy vey {zmir} eh…</w:t>
      </w:r>
    </w:p>
    <w:p>
      <w:r>
        <w:t>...I heard their prayer; he was already satiated and could not eat</w:t>
      </w:r>
    </w:p>
    <w:p>
      <w:r>
        <w:t>As soon as he said: 'Baruch She'amar,' as soon as he said some words of the prayer</w:t>
      </w:r>
    </w:p>
    <w:p>
      <w:r>
        <w:t>He was already satiated and could not, not drink and not eat, eh, eh...</w:t>
      </w:r>
    </w:p>
    <w:p>
      <w:r>
        <w:t>...life, and we were created for the Torah, in order to study Torah and fulfill it, not for ourselves is the Torah, that one should be a "Rav,” that one should be, th.. be famous...</w:t>
      </w:r>
    </w:p>
    <w:p>
      <w:r>
        <w:t>...{Rabbainu's people}, eh..</w:t>
      </w:r>
    </w:p>
    <w:p>
      <w:r>
        <w:t>That he had for them, had, had {miracles} from the whole world</w:t>
      </w:r>
    </w:p>
    <w:p>
      <w:r>
        <w:t>"Chatzos," "What is Chatzos? Chatzos is, at Chatzos {…} one needs to sleep"</w:t>
      </w:r>
    </w:p>
    <w:p>
      <w:r>
        <w:t>{And afterward} he arose, Rebbe Yisroel (Kardonner), he went, he went even in winter, even in the rains</w:t>
      </w:r>
    </w:p>
    <w:p>
      <w:r>
        <w:t>He, he went to practice hitbodedut, to speak with Hashem Yisborach in the forest, {..}…</w:t>
      </w:r>
    </w:p>
    <w:p>
      <w:r>
        <w:t>...I did not sleep when midnight arrived</w:t>
      </w:r>
    </w:p>
    <w:p>
      <w:r>
        <w:t>[..]</w:t>
      </w:r>
    </w:p>
    <w:p>
      <w:r>
        <w:t>I saw from Rebbe Yisroel (Kardonner) that he, even when he was sick, would arise at midnight</w:t>
      </w:r>
    </w:p>
    <w:p>
      <w:r>
        <w:t>And go into the forest and weep before Hashem Yisborach and speak with Hashem Yisborach; no, the world, the whole world did not know about this</w:t>
      </w:r>
    </w:p>
    <w:p>
      <w:r>
        <w:t>And.. Rabbainu Hakadosh, he gave us.. {the light, his light}</w:t>
      </w:r>
    </w:p>
    <w:p>
      <w:r>
        <w:t>That we should merit to fulfill the Torah and the mitzvos</w:t>
      </w:r>
    </w:p>
    <w:p>
      <w:r>
        <w:t>[…..]...</w:t>
      </w:r>
    </w:p>
    <w:p>
      <w:r>
        <w:t>...{already} I was accustomed not to drink and not to eat from the time of Chatzos</w:t>
      </w:r>
    </w:p>
    <w:p>
      <w:r>
        <w:t>[What? What..?]</w:t>
      </w:r>
    </w:p>
    <w:p>
      <w:r>
        <w:t>I was, I became accustomed, and already this, this was already for me, already {...}, a way, a way in the service of Hashem</w:t>
      </w:r>
    </w:p>
    <w:p>
      <w:r>
        <w:t>Not to eat and not to drink before the prayer</w:t>
      </w:r>
    </w:p>
    <w:p>
      <w:r>
        <w:t>[Rebbe Yisroel (Kardonner)..]</w:t>
      </w:r>
    </w:p>
    <w:p>
      <w:r>
        <w:t>{..}</w:t>
      </w:r>
    </w:p>
    <w:p>
      <w:r>
        <w:t>Eh?[Is the best time for hitbodedut Chatzos?] Yo, eh?[Is the best time for hitbodedut Chatzos?] Yo[What, what is the time for hitbodedut? At Chatzos, or b.. before the Shacharis prayer? What is the best time?] The time of Chatzos is six hours into the night, always, in winter, in summer, six hours into the night is Chatzos [But the best time in order to..]</w:t>
      </w:r>
    </w:p>
    <w:p>
      <w:r>
        <w:t>Eh?</w:t>
      </w:r>
    </w:p>
    <w:p>
      <w:r>
        <w:t>[Is the best time for hitbodedut Chatzos?] Yo</w:t>
      </w:r>
    </w:p>
    <w:p>
      <w:r>
        <w:t>Eh?</w:t>
      </w:r>
    </w:p>
    <w:p>
      <w:r>
        <w:t>[Is the best time for hitbodedut Chatzos?] Yo</w:t>
      </w:r>
    </w:p>
    <w:p>
      <w:r>
        <w:t>[Yes]</w:t>
      </w:r>
    </w:p>
    <w:p>
      <w:r>
        <w:t>Yes</w:t>
      </w:r>
    </w:p>
    <w:p>
      <w:r>
        <w:t>[Or before the Shacharis prayer? What is best?]</w:t>
      </w:r>
    </w:p>
    <w:p>
      <w:r>
        <w:t>No, at the time of Chatzos, one says "Chatzos," and afterward one speaks with Hashem Yisborach, there is hitbodedut; perhaps at night he stumbled, he fell into some desire, into some..</w:t>
      </w:r>
    </w:p>
    <w:p>
      <w:r>
        <w:t>Then he would speak, recount before Hashem Yisborach:</w:t>
      </w:r>
    </w:p>
    <w:p>
      <w:r>
        <w:t>"I, I did such and such, I ate, I drank, {what is this?} I did such and such" he wept before Hashem Yisborach, that He should forgive him and help him fulfill the Torah…</w:t>
      </w:r>
    </w:p>
    <w:p>
      <w:r>
        <w:t>...books, and.. and.. yes</w:t>
      </w:r>
    </w:p>
    <w:p>
      <w:r>
        <w:t>{A way} of supplications, "Shaarei Tzion," "Shaarei Tzion," the order of Chatzos and.. and prayers, yes, for each and every day, {already on the day th..}.., for Sunday, Monday, Tuesday, you do not know? Yes</w:t>
      </w:r>
    </w:p>
    <w:p>
      <w:r>
        <w:t>[Yes, yes, I, I know the book]...</w:t>
      </w:r>
    </w:p>
    <w:p>
      <w:r>
        <w:t>...{Rabbainu Hakadosh} had a son, a son, one son who was the Mashiach, and.. an.., and at his bris milah he called him the name {..}.., his name was Rabbainu Hakadosh gave him the name: "Shlomo Ephraim” what is Shlomo?</w:t>
      </w:r>
    </w:p>
    <w:p>
      <w:r>
        <w:t>Shlomo — Mashiach ben David</w:t>
      </w:r>
    </w:p>
    <w:p>
      <w:r>
        <w:t>And Ephraim — Mashiach ben Yosef</w:t>
      </w:r>
    </w:p>
    <w:p>
      <w:r>
        <w:t>Yes, you do not, do not know about this?</w:t>
      </w:r>
    </w:p>
    <w:p>
      <w:r>
        <w:t>[Yes, yes, I heard, I heard]</w:t>
      </w:r>
    </w:p>
    <w:p>
      <w:r>
        <w:t>Yes</w:t>
      </w:r>
    </w:p>
    <w:p>
      <w:r>
        <w:t>Rabbainu Hakadosh gave us prayer</w:t>
      </w:r>
    </w:p>
    <w:p>
      <w:r>
        <w:t>What? To the world, prayer—"what is this?”</w:t>
      </w:r>
    </w:p>
    <w:p>
      <w:r>
        <w:t>This is first of all, this for us is a great fundamental, th.. {..}…</w:t>
      </w:r>
    </w:p>
    <w:p>
      <w:pPr>
        <w:pStyle w:val="Heading2"/>
      </w:pPr>
      <w:r>
        <w:t>Side B (Bais)</w:t>
      </w:r>
    </w:p>
    <w:p>
      <w:r>
        <w:t>...[]…</w:t>
      </w:r>
    </w:p>
    <w:p>
      <w:r>
        <w:t>...to speak with Hashem Yisborach and tell Him everything</w:t>
      </w:r>
    </w:p>
    <w:p>
      <w:r>
        <w:t>Perhaps he fell into some desire; immediately tell Hashem Yisborach:</w:t>
      </w:r>
    </w:p>
    <w:p>
      <w:r>
        <w:t>"Master of the World, I fell, I did such and such, forgive me</w:t>
      </w:r>
    </w:p>
    <w:p>
      <w:r>
        <w:t>Help me from now on, so that I will not do {such a thing} again," yes</w:t>
      </w:r>
    </w:p>
    <w:p>
      <w:r>
        <w:t>This, but the world does not know; the whole world studies and does not know</w:t>
      </w:r>
    </w:p>
    <w:p>
      <w:r>
        <w:t>The true way and the straight way of Rabbainu, of Rabbainu, of blessed memory...</w:t>
      </w:r>
    </w:p>
    <w:p>
      <w:r>
        <w:t>...{..}, Rabbainu's people were tzaddikim, yes</w:t>
      </w:r>
    </w:p>
    <w:p>
      <w:r>
        <w:t>And they fulfilled the Torah with self-sacrifice; every, every matter from the Torah, he sacrificed himself for it</w:t>
      </w:r>
    </w:p>
    <w:p>
      <w:r>
        <w:t>And there is also much more to speak and tell, but I have no strength...</w:t>
      </w:r>
    </w:p>
    <w:p>
      <w:r>
        <w:t>...at the time of Chatzos, Rebbe Yisroel (Kardonner), he would {..} speak with Hashem Yisborach and would weep, yes</w:t>
      </w:r>
    </w:p>
    <w:p>
      <w:r>
        <w:t>And until he became a tzaddik, a holy tzaddik…</w:t>
      </w:r>
    </w:p>
    <w:p>
      <w:r>
        <w:t>...there were Rabbainu's people; their entire life was Chatzos, the time of Chatzos, to arise at Chatzos and..</w:t>
      </w:r>
    </w:p>
    <w:p>
      <w:r>
        <w:t>And to tell Hashem Yisborach what, {how ...}, what he was going through, all the falls, all the desires; he, he wept before Hashem Yisborach that He should help him overcome and conquer the evil inclination, yes...</w:t>
      </w:r>
    </w:p>
    <w:p>
      <w:r>
        <w:t>...{I saw} Rebbe Yisroel (Kardonner), Rebbe Yisroel (Kardonner), he, he would say "Tikkun Chatzos"</w:t>
      </w:r>
    </w:p>
    <w:p>
      <w:r>
        <w:t>And also prayers and Tehillim, eh, yes</w:t>
      </w:r>
    </w:p>
    <w:p>
      <w:r>
        <w:t>Eh, whoever heard his prayer, Rebbe Yisroel (Kardonner)'s, would become holy and pure</w:t>
      </w:r>
    </w:p>
    <w:p>
      <w:r>
        <w:t>A holy and pure tzaddik</w:t>
      </w:r>
    </w:p>
    <w:p>
      <w:r>
        <w:t>Eh..</w:t>
      </w:r>
    </w:p>
    <w:p>
      <w:r>
        <w:t>And also {Rabbainu Hakadosh}, his conversations</w:t>
      </w:r>
    </w:p>
    <w:p>
      <w:r>
        <w:t>"I am a river that purifies from all stains"</w:t>
      </w:r>
    </w:p>
    <w:p>
      <w:r>
        <w:t>No tzaddik, did not, did not say such words, yes</w:t>
      </w:r>
    </w:p>
    <w:p>
      <w:r>
        <w:t>"I am a river, that purifies from all stains"</w:t>
      </w:r>
    </w:p>
    <w:p>
      <w:r>
        <w:t>From all desires, from all the.. yes</w:t>
      </w:r>
    </w:p>
    <w:p>
      <w:r>
        <w:t>He purifies us {from all …}</w:t>
      </w:r>
    </w:p>
    <w:p>
      <w:r>
        <w:t>Ho.. oy, oy, oy</w:t>
      </w:r>
    </w:p>
    <w:p>
      <w:r>
        <w:t>Now I am old and sick, and my heart hurts, but I, today I am {far}, very far</w:t>
      </w:r>
    </w:p>
    <w:p>
      <w:r>
        <w:t>I have no strength to serve Hashem, to say Tehillim, to pray with concentration as..</w:t>
      </w:r>
    </w:p>
    <w:p>
      <w:r>
        <w:t>I, I prayed with all my strength, yes</w:t>
      </w:r>
    </w:p>
    <w:p>
      <w:r>
        <w:t>And there is also much to tell and to speak, I cannot speak, {..}</w:t>
      </w:r>
    </w:p>
    <w:p>
      <w:r>
        <w:t>Ah.. ah, ah</w:t>
      </w:r>
    </w:p>
    <w:p>
      <w:r>
        <w:t>Ah, how he recited Tehillim, how he prayed, how he, he, he was always with Hashem Yisborach, always bound to Hashem Yisborach with faith and with joy</w:t>
      </w:r>
    </w:p>
    <w:p>
      <w:r>
        <w:t>Ah, ah.. ah..</w:t>
      </w:r>
    </w:p>
    <w:p>
      <w:r>
        <w:t>Ah, ah..</w:t>
      </w:r>
    </w:p>
    <w:p>
      <w:r>
        <w:t>Ah..</w:t>
      </w:r>
    </w:p>
    <w:p>
      <w:r>
        <w:t>...I conquered the whole world, and I will conquer</w:t>
      </w:r>
    </w:p>
    <w:p>
      <w:r>
        <w:t>[Avraham Nassan sings: "Na Nach Nachma Nachman MayUman.."]…</w:t>
      </w:r>
    </w:p>
    <w:p>
      <w:r>
        <w:t>...[Avraham Nassan sings: "Na Nach Nachma Nachman MayUman.."]...</w:t>
      </w:r>
    </w:p>
    <w:p>
      <w:r>
        <w:t>...[Avraham Nassan sings: "Na Nach Nachma Nachman MayUman.."]...</w:t>
      </w:r>
    </w:p>
    <w:p>
      <w:r>
        <w:t>...with you in Bnei Brak</w:t>
      </w:r>
    </w:p>
    <w:p>
      <w:r>
        <w:t>[Yes]</w:t>
      </w:r>
    </w:p>
    <w:p>
      <w:r>
        <w:t>They said, they will say "that the owner of the Petek has already come to Bnei Brak</w:t>
      </w:r>
    </w:p>
    <w:p>
      <w:r>
        <w:t>And a sign? There is, there is already, there is such joy"…</w:t>
      </w:r>
    </w:p>
    <w:p>
      <w:r>
        <w:t>...[Avraham Nassan sings: "Na Nach Nachma Nachman MayUman.."]…</w:t>
      </w:r>
    </w:p>
    <w:p>
      <w:r>
        <w:t>...[Avraham Nassan sings: "Na Nach Nachma Nachman MayUman.."]</w:t>
      </w:r>
    </w:p>
    <w:p>
      <w:r>
        <w:t>We will go to Bnei Brak, we will go to Bnei Brak</w:t>
      </w:r>
    </w:p>
    <w:p>
      <w:r>
        <w:t>And we will sing "Na Nach Nachma.."</w:t>
      </w:r>
    </w:p>
    <w:p>
      <w:r>
        <w:t>["Nachma..”]</w:t>
      </w:r>
    </w:p>
    <w:p>
      <w:r>
        <w:t>All of Bnei Brak will go out, will go out</w:t>
      </w:r>
    </w:p>
    <w:p>
      <w:r>
        <w:t>[Do you want to go on an outing to Bnei Brak?]</w:t>
      </w:r>
    </w:p>
    <w:p>
      <w:r>
        <w:t>Yes, we will see the owner of the Petek</w:t>
      </w:r>
    </w:p>
    <w:p>
      <w:r>
        <w:t>[…….]…</w:t>
      </w:r>
    </w:p>
    <w:p>
      <w:r>
        <w:t>...[Avraham Nassan sings: "Na Nach Nachma Nachman MayUman.."]…</w:t>
      </w:r>
    </w:p>
    <w:p>
      <w:r>
        <w:t>...[Avraham Nassan sings: "Na Nach Nachma Nachman MayUman.."]</w:t>
      </w:r>
    </w:p>
    <w:p>
      <w:r>
        <w:t>[Do you also want to take signs? On the.. do you want to take big signs on the car?</w:t>
      </w:r>
    </w:p>
    <w:p>
      <w:r>
        <w:t>We need to put big signs on the car, so they will know that the Petek.. the owner of the Petek is coming with big signs] Yes</w:t>
      </w:r>
    </w:p>
    <w:p>
      <w:r>
        <w:t>[Then there will be a great commotion throughout Bnei Brak]</w:t>
      </w:r>
    </w:p>
    <w:p>
      <w:r>
        <w:t>Tell Uri</w:t>
      </w:r>
    </w:p>
    <w:p>
      <w:r>
        <w:t>[Yes]</w:t>
      </w:r>
    </w:p>
    <w:p>
      <w:r>
        <w:t>To prepare big ones</w:t>
      </w:r>
    </w:p>
    <w:p>
      <w:r>
        <w:t>[Big ones]</w:t>
      </w:r>
    </w:p>
    <w:p>
      <w:r>
        <w:t>[They want to see such big signs, then it will be joyful]</w:t>
      </w:r>
    </w:p>
    <w:p>
      <w:r>
        <w:t>[Avraham Nassan continues singing: "Na Nach Nachma Nachman MayUman.."]</w:t>
      </w:r>
    </w:p>
    <w:p>
      <w:r>
        <w:t>{They will go to England}, "Where is Bnei Brak?”</w:t>
      </w:r>
    </w:p>
    <w:p>
      <w:r>
        <w:t>[..what?]</w:t>
      </w:r>
    </w:p>
    <w:p>
      <w:r>
        <w:t>[Avraham Nassan continues singing: "Na Nach Nachma Nachman MayUman.."]...</w:t>
      </w:r>
    </w:p>
    <w:p>
      <w:r>
        <w:t>...was?</w:t>
      </w:r>
    </w:p>
    <w:p>
      <w:r>
        <w:t>[Dancing on Purim, you told us, that he was, he was dancing on Purim]</w:t>
      </w:r>
    </w:p>
    <w:p>
      <w:r>
        <w:t>He would dance</w:t>
      </w:r>
    </w:p>
    <w:p>
      <w:r>
        <w:t>[Yes, Rebbe Yisroel (Kardonner)]</w:t>
      </w:r>
    </w:p>
    <w:p>
      <w:r>
        <w:t>Nu</w:t>
      </w:r>
    </w:p>
    <w:p>
      <w:r>
        <w:t>[And all the opponents became as nothing and naught, do you remember?]</w:t>
      </w:r>
    </w:p>
    <w:p>
      <w:r>
        <w:t>Yes</w:t>
      </w:r>
    </w:p>
    <w:p>
      <w:r>
        <w:t>[That once you told us, he was d..]</w:t>
      </w:r>
    </w:p>
    <w:p>
      <w:r>
        <w:t>"Where does he take it from?”</w:t>
      </w:r>
    </w:p>
    <w:p>
      <w:r>
        <w:t>[What?]</w:t>
      </w:r>
    </w:p>
    <w:p>
      <w:r>
        <w:t>The melodies and the dances..]</w:t>
      </w:r>
    </w:p>
    <w:p>
      <w:r>
        <w:t>[..]</w:t>
      </w:r>
    </w:p>
    <w:p>
      <w:r>
        <w:t>"Where does he take it from?”</w:t>
      </w:r>
    </w:p>
    <w:p>
      <w:r>
        <w:t>But I saw his dances and his melodies</w:t>
      </w:r>
    </w:p>
    <w:p>
      <w:r>
        <w:t>Nu, when will {we begin} the Megillah?</w:t>
      </w:r>
    </w:p>
    <w:p>
      <w:r>
        <w:t>[Very soon]</w:t>
      </w:r>
    </w:p>
    <w:p>
      <w:r>
        <w:t>Not yet? How much longer?</w:t>
      </w:r>
    </w:p>
    <w:p>
      <w:r>
        <w:t>[Another two hours]</w:t>
      </w:r>
    </w:p>
    <w:p>
      <w:r>
        <w:t>Another two hours?</w:t>
      </w:r>
    </w:p>
    <w:p>
      <w:r>
        <w:t>[Yes]</w:t>
      </w:r>
    </w:p>
    <w:p>
      <w:r>
        <w:t>Nu, I can..</w:t>
      </w:r>
    </w:p>
    <w:p>
      <w:r>
        <w:t>[Drink?]</w:t>
      </w:r>
    </w:p>
    <w:p>
      <w:r>
        <w:t>{..} beforehand</w:t>
      </w:r>
    </w:p>
    <w:p>
      <w:r>
        <w:t>[…]</w:t>
      </w:r>
    </w:p>
    <w:p>
      <w:r>
        <w:t>[He can..]</w:t>
      </w:r>
    </w:p>
    <w:p>
      <w:r>
        <w:t>{….}</w:t>
      </w:r>
    </w:p>
    <w:p>
      <w:r>
        <w:t>[………….]…</w:t>
      </w:r>
    </w:p>
    <w:p>
      <w:r>
        <w:t>...nu</w:t>
      </w:r>
    </w:p>
    <w:p>
      <w:r>
        <w:t>[It had a good smell, do you remember?]</w:t>
      </w:r>
    </w:p>
    <w:p>
      <w:r>
        <w:t>Yes</w:t>
      </w:r>
    </w:p>
    <w:p>
      <w:r>
        <w:t>[Do you remember? But you did not eat it, do you remember?]</w:t>
      </w:r>
    </w:p>
    <w:p>
      <w:r>
        <w:t>Nu</w:t>
      </w:r>
    </w:p>
    <w:p>
      <w:r>
        <w:t>[You said: "How, how will I do it? I will eat it.."]</w:t>
      </w:r>
    </w:p>
    <w:p>
      <w:r>
        <w:t>{But I gave it to you, do you remember?}</w:t>
      </w:r>
    </w:p>
    <w:p>
      <w:r>
        <w:t>[Yes]</w:t>
      </w:r>
    </w:p>
    <w:p>
      <w:r>
        <w:t>{………….}, you do not see it</w:t>
      </w:r>
    </w:p>
    <w:p>
      <w:r>
        <w:t>I went {……..}...</w:t>
      </w:r>
    </w:p>
    <w:p>
      <w:r>
        <w:t>...{…}...</w:t>
      </w:r>
    </w:p>
    <w:p>
      <w:r>
        <w:t>…[…...]</w:t>
      </w:r>
    </w:p>
    <w:p>
      <w:r>
        <w:t>[Now it is about an hour and a half]</w:t>
      </w:r>
    </w:p>
    <w:p>
      <w:r>
        <w:t>An hour and a half?</w:t>
      </w:r>
    </w:p>
    <w:p>
      <w:r>
        <w:t>[Approximately, approximately]...</w:t>
      </w:r>
    </w:p>
    <w:p>
      <w:r>
        <w:t>...what to do?</w:t>
      </w:r>
    </w:p>
    <w:p>
      <w:r>
        <w:t>[We need to pray Mincha now, pray Mincha, did you pray Mincha? Saba]</w:t>
      </w:r>
    </w:p>
    <w:p>
      <w:r>
        <w:t>[Saba and Avraham Nassan sing: "Na Nach Nachma Nachman MayUman.."]</w:t>
      </w:r>
    </w:p>
    <w:p>
      <w:r>
        <w:t>Ah, I can fall</w:t>
      </w:r>
    </w:p>
    <w:p>
      <w:r>
        <w:t>[No, ….. new legs, ….. in "Sippurei Maasiyos"]</w:t>
      </w:r>
    </w:p>
    <w:p>
      <w:r>
        <w:t>I do not want to {fall}</w:t>
      </w:r>
    </w:p>
    <w:p>
      <w:r>
        <w:t>[Ah]</w:t>
      </w:r>
    </w:p>
    <w:p>
      <w:r>
        <w:t>{……….}</w:t>
      </w:r>
    </w:p>
    <w:p>
      <w:r>
        <w:t>[You know there is dust …… dust, dust for the legs, dust]</w:t>
      </w:r>
    </w:p>
    <w:p>
      <w:r>
        <w:t>{Yes}</w:t>
      </w:r>
    </w:p>
    <w:p>
      <w:r>
        <w:t>[It is a remedy for the legs]</w:t>
      </w:r>
    </w:p>
    <w:p>
      <w:r>
        <w:t>{………}</w:t>
      </w:r>
    </w:p>
    <w:p>
      <w:r>
        <w:t>[……</w:t>
      </w:r>
    </w:p>
    <w:p>
      <w:r>
        <w:t>There is a story that in Uman, in Uman, Saba, in Uman there was a sick person]</w:t>
      </w:r>
    </w:p>
    <w:p>
      <w:r>
        <w:t>{..}</w:t>
      </w:r>
    </w:p>
    <w:p>
      <w:r>
        <w:t>[Who could not walk on his legs]</w:t>
      </w:r>
    </w:p>
    <w:p>
      <w:r>
        <w:t>Nu</w:t>
      </w:r>
    </w:p>
    <w:p>
      <w:r>
        <w:t>[And there were dances, and they took the dust from the dances, and the sick person became healthy]</w:t>
      </w:r>
    </w:p>
    <w:p>
      <w:r>
        <w:t>Yes</w:t>
      </w:r>
    </w:p>
    <w:p>
      <w:r>
        <w:t>[Yes, there is a story in Uman, there were dances, and there was dust from the dances</w:t>
      </w:r>
    </w:p>
    <w:p>
      <w:r>
        <w:t>And they put it on the legs, and the sick person became healthy]</w:t>
      </w:r>
    </w:p>
    <w:p>
      <w:r>
        <w:t>[Avraham Nassan sings: "Na Nach Nachma Nachman MayUman.."]...</w:t>
      </w:r>
    </w:p>
    <w:p>
      <w:r>
        <w:t>...{like this}</w:t>
      </w:r>
    </w:p>
    <w:p>
      <w:r>
        <w:t>[I do not know, it is a steel hat, it is a steel hat]</w:t>
      </w:r>
    </w:p>
    <w:p>
      <w:r>
        <w:t>Steel?</w:t>
      </w:r>
    </w:p>
    <w:p>
      <w:r>
        <w:t>[Steel]</w:t>
      </w:r>
    </w:p>
    <w:p>
      <w:r>
        <w:t>{...}</w:t>
      </w:r>
    </w:p>
    <w:p>
      <w:r>
        <w:t>[Yes]</w:t>
      </w:r>
    </w:p>
    <w:p>
      <w:r>
        <w:t>{It costs a lot of money}</w:t>
      </w:r>
    </w:p>
    <w:p>
      <w:r>
        <w:t>[Yes, "My wife, my wife, I need to go to the king, I need to go to the king..”]</w:t>
      </w:r>
    </w:p>
    <w:p>
      <w:r>
        <w:t>Yes</w:t>
      </w:r>
    </w:p>
    <w:p>
      <w:r>
        <w:t>["Give me the hat, the peltz, the kaftan]</w:t>
      </w:r>
    </w:p>
    <w:p>
      <w:r>
        <w:t>Ah</w:t>
      </w:r>
    </w:p>
    <w:p>
      <w:r>
        <w:t>[And she gave him the peltz, "I need to go to the king, I have a letter" "I have a Petek, I need to go..”]</w:t>
      </w:r>
    </w:p>
    <w:p>
      <w:r>
        <w:t>"I have a letter from the king"</w:t>
      </w:r>
    </w:p>
    <w:p>
      <w:r>
        <w:t>[Yes]</w:t>
      </w:r>
    </w:p>
    <w:p>
      <w:r>
        <w:t>{……………………} [………………] {.………} […..……] {……}[Avraham Nassan sings: "Na Nach Nachma Nachman MayUman.."] {……...}…{……………………} [………………] {.………} […..……] {……}[Avraham Nassan sings: "Na Nach Nachma Nachman MayUman.."] {……...}…Then she asked him: {"…. the king sent ….."}</w:t>
      </w:r>
    </w:p>
    <w:p>
      <w:r>
        <w:t>{……………………} [………………] {.………} […..……] {……}</w:t>
      </w:r>
    </w:p>
    <w:p>
      <w:r>
        <w:t>[Avraham Nassan sings: "Na Nach Nachma Nachman MayUman.."] {……...}…</w:t>
      </w:r>
    </w:p>
    <w:p>
      <w:r>
        <w:t>{……………………} [………………] {.………} […..……] {……}</w:t>
      </w:r>
    </w:p>
    <w:p>
      <w:r>
        <w:t>[Avraham Nassan sings: "Na Nach Nachma Nachman MayUman.."] {……...}…</w:t>
      </w:r>
    </w:p>
    <w:p>
      <w:r>
        <w:t>...ah.. ah..</w:t>
      </w:r>
    </w:p>
    <w:p>
      <w:r>
        <w:t>[Avraham Nassan sings: "Na Nach Nachma Nachman MayUman.."]</w:t>
      </w:r>
    </w:p>
    <w:p>
      <w:r>
        <w:t>[Saba, there is, there is much to do, we need to go throughout the whole world and sing "Na Nach," and the world will be..]</w:t>
      </w:r>
    </w:p>
    <w:p>
      <w:r>
        <w:t>Yes</w:t>
      </w:r>
    </w:p>
    <w:p>
      <w:r>
        <w:t>[A new world]</w:t>
      </w:r>
    </w:p>
    <w:p>
      <w:r>
        <w:t>Yes</w:t>
      </w:r>
    </w:p>
    <w:p>
      <w:r>
        <w:t>[Everyone will rejoice, wherever there is a sick person, they should say: "Na Nach Nachma Nachman MayUman," and then there will be no sick people]</w:t>
      </w:r>
    </w:p>
    <w:p>
      <w:r>
        <w:t>Yes</w:t>
      </w:r>
    </w:p>
    <w:p>
      <w:r>
        <w:t>[Saba, I have one story to tell you, someone told me in the yeshiva]</w:t>
      </w:r>
    </w:p>
    <w:p>
      <w:r>
        <w:t>Yes</w:t>
      </w:r>
    </w:p>
    <w:p>
      <w:r>
        <w:t>[There was, there was some celebration]</w:t>
      </w:r>
    </w:p>
    <w:p>
      <w:r>
        <w:t>Yoy</w:t>
      </w:r>
    </w:p>
    <w:p>
      <w:r>
        <w:t>[And he had a tape recorder]</w:t>
      </w:r>
    </w:p>
    <w:p>
      <w:r>
        <w:t>A tape recorder?</w:t>
      </w:r>
    </w:p>
    <w:p>
      <w:r>
        <w:t>[A tape recorder, yes..]</w:t>
      </w:r>
    </w:p>
    <w:p>
      <w:r>
        <w:t>Ah</w:t>
      </w:r>
    </w:p>
    <w:p>
      <w:r>
        <w:t>[He had a tape recorder, the batteries stopped working]</w:t>
      </w:r>
    </w:p>
    <w:p>
      <w:r>
        <w:t>Ah</w:t>
      </w:r>
    </w:p>
    <w:p>
      <w:r>
        <w:t>[He wanted to record some great Rav, wanted to record, he wanted to record</w:t>
      </w:r>
    </w:p>
    <w:p>
      <w:r>
        <w:t>So his father said to him: "There is a segulah, say "Na Nach Nachma Nachman MayUman " and it will be all right"</w:t>
      </w:r>
    </w:p>
    <w:p>
      <w:r>
        <w:t>And he said it like that; after a few minutes, suddenly the batteries started, started, the tape recorder started working</w:t>
      </w:r>
    </w:p>
    <w:p>
      <w:r>
        <w:t>That is what a young man told me, he said to me, he was very distressed, perhaps the batteries were finished</w:t>
      </w:r>
    </w:p>
    <w:p>
      <w:r>
        <w:t>Then he saw that the tape recorder stopped working, so he said, his father said to him:</w:t>
      </w:r>
    </w:p>
    <w:p>
      <w:r>
        <w:t>Say "Na Nach Nachma Nachman MayUman"</w:t>
      </w:r>
    </w:p>
    <w:p>
      <w:r>
        <w:t>As soon as he, as soon as he finished saying it, the tape recorder started working</w:t>
      </w:r>
    </w:p>
    <w:p>
      <w:r>
        <w:t>People see wonders all the time, Saba</w:t>
      </w:r>
    </w:p>
    <w:p>
      <w:r>
        <w:t>Saba, there was one boy, he was very sick, he had it swollen like this, the hand swollen</w:t>
      </w:r>
    </w:p>
    <w:p>
      <w:r>
        <w:t>He went to the doctor, the doctor said: "An operation must be done”]</w:t>
      </w:r>
    </w:p>
    <w:p>
      <w:r>
        <w:t>Ah?</w:t>
      </w:r>
    </w:p>
    <w:p>
      <w:r>
        <w:t>[Like this, one boy had it swollen]</w:t>
      </w:r>
    </w:p>
    <w:p>
      <w:r>
        <w:t>{..}</w:t>
      </w:r>
    </w:p>
    <w:p>
      <w:r>
        <w:t>[And the doctor said: "An operation must be done, to cut this and take out the flesh"</w:t>
      </w:r>
    </w:p>
    <w:p>
      <w:r>
        <w:t>He told me, he is not going to the doctor, he said to the doctor:</w:t>
      </w:r>
    </w:p>
    <w:p>
      <w:r>
        <w:t>"I will sa.., I, I am not going, not having an operation"</w:t>
      </w:r>
    </w:p>
    <w:p>
      <w:r>
        <w:t>He said "Na Nach" for several weeks; after several weeks it disappeared completely</w:t>
      </w:r>
    </w:p>
    <w:p>
      <w:r>
        <w:t>That is what the young man told me, he said to me, he had, his hand swelled up, and he had a piece of flesh</w:t>
      </w:r>
    </w:p>
    <w:p>
      <w:r>
        <w:t>He did not know what to do, he went to the doctor, the doctor said to him: "An operation must be done"</w:t>
      </w:r>
    </w:p>
    <w:p>
      <w:r>
        <w:t>I said to him: "Say "Na Nach Nachma Nachman MayUman" and it will be all right"</w:t>
      </w:r>
    </w:p>
    <w:p>
      <w:r>
        <w:t>He said, after several weeks it disappeared, he had nothing at all]</w:t>
      </w:r>
    </w:p>
    <w:p>
      <w:r>
        <w:t>[…………………]</w:t>
      </w:r>
    </w:p>
    <w:p>
      <w:r>
        <w:t>[Avraham Nassan sings: "Na Nach Nachma Nachman MayUman.."]</w:t>
      </w:r>
    </w:p>
    <w:p>
      <w:r>
        <w:t>[…………]</w:t>
      </w:r>
    </w:p>
    <w:p>
      <w:r>
        <w:t>[Saba, there is Naftali, he is the prayer leader here in Meron, at Rashbi]</w:t>
      </w:r>
    </w:p>
    <w:p>
      <w:r>
        <w:t>A shidduch?</w:t>
      </w:r>
    </w:p>
    <w:p>
      <w:r>
        <w:t>[Prayer leader]</w:t>
      </w:r>
    </w:p>
    <w:p>
      <w:r>
        <w:t>Ah, prayer leader</w:t>
      </w:r>
    </w:p>
    <w:p>
      <w:r>
        <w:t>[So he wants, he asks whether you will come, he wants you to come for the reading of the Megillah, for Mincha] Ah</w:t>
      </w:r>
    </w:p>
    <w:p>
      <w:r>
        <w:t>[He can come with his car]</w:t>
      </w:r>
    </w:p>
    <w:p>
      <w:r>
        <w:t>Nu, we will go</w:t>
      </w:r>
    </w:p>
    <w:p>
      <w:r>
        <w:t>[He will come with his car]</w:t>
      </w:r>
    </w:p>
    <w:p>
      <w:r>
        <w:t>By car</w:t>
      </w:r>
    </w:p>
    <w:p>
      <w:r>
        <w:t>[All right, he will come to take you with his car]</w:t>
      </w:r>
    </w:p>
    <w:p>
      <w:r>
        <w:t>Ah? His?</w:t>
      </w:r>
    </w:p>
    <w:p>
      <w:r>
        <w:t>[He has a large car, so that is good]</w:t>
      </w:r>
    </w:p>
    <w:p>
      <w:r>
        <w:t>I do not.., with my car?</w:t>
      </w:r>
    </w:p>
    <w:p>
      <w:r>
        <w:t>[Because in his car it is possible to enter with the wheelchair, with the wheelchair it is possible]</w:t>
      </w:r>
    </w:p>
    <w:p>
      <w:r>
        <w:t>Yes?</w:t>
      </w:r>
    </w:p>
    <w:p>
      <w:r>
        <w:t>[It is a large car, yes]</w:t>
      </w:r>
    </w:p>
    <w:p>
      <w:r>
        <w:t>{Is he Breslov?}</w:t>
      </w:r>
    </w:p>
    <w:p>
      <w:r>
        <w:t>[His car is large, it is possible to put your wheelchair inside the car]</w:t>
      </w:r>
    </w:p>
    <w:p>
      <w:r>
        <w:t>Ah</w:t>
      </w:r>
    </w:p>
    <w:p>
      <w:r>
        <w:t>[So there is no need to get up and get down..]</w:t>
      </w:r>
    </w:p>
    <w:p>
      <w:r>
        <w:t>{...}</w:t>
      </w:r>
    </w:p>
    <w:p>
      <w:r>
        <w:t>[So he will come here in another quarter of an hour, so he will come, should I tell him to come? We will go up to Rashbi</w:t>
      </w:r>
    </w:p>
    <w:p>
      <w:r>
        <w:t>He can come take you now, so what should I tell him?]</w:t>
      </w:r>
    </w:p>
    <w:p>
      <w:r>
        <w:t>I want to rest</w:t>
      </w:r>
    </w:p>
    <w:p>
      <w:r>
        <w:t>[To rest, all right]</w:t>
      </w:r>
    </w:p>
    <w:p>
      <w:r>
        <w:t>[…………………………..]</w:t>
      </w:r>
    </w:p>
    <w:p>
      <w:r>
        <w:t>[…………………………..]</w:t>
      </w:r>
    </w:p>
    <w:p>
      <w:r>
        <w:t>[…………………………..]</w:t>
      </w:r>
    </w:p>
    <w:p>
      <w:r>
        <w:t>{35:26}</w:t>
      </w:r>
    </w:p>
    <w:p>
      <w:r>
        <w:t>[…………………………..]</w:t>
      </w:r>
    </w:p>
    <w:p>
      <w:r>
        <w:t>[…………………………..]</w:t>
      </w:r>
    </w:p>
    <w:p>
      <w:r>
        <w:t>[…………………………..]</w:t>
      </w:r>
    </w:p>
    <w:p>
      <w:r>
        <w:t>[Saba and the friends sing: "Na Nach Nachma Nachman MayUman.."]</w:t>
      </w:r>
    </w:p>
    <w:p>
      <w:r>
        <w:t>[Saba, we need to go throughout Eretz Yisroel, there is much to do]</w:t>
      </w:r>
    </w:p>
    <w:p>
      <w:r>
        <w:t>Where?</w:t>
      </w:r>
    </w:p>
    <w:p>
      <w:r>
        <w:t>[Throughout Eretz Yisroel, throughout Eretz Yisroel]</w:t>
      </w:r>
    </w:p>
    <w:p>
      <w:r>
        <w:t>Ah.. all the..</w:t>
      </w:r>
    </w:p>
    <w:p>
      <w:r>
        <w:t>[To go on outings in Bat Yam, in Holon]</w:t>
      </w:r>
    </w:p>
    <w:p>
      <w:r>
        <w:t>Yes</w:t>
      </w:r>
    </w:p>
    <w:p>
      <w:r>
        <w:t>[To take..]</w:t>
      </w:r>
    </w:p>
    <w:p>
      <w:r>
        <w:t>Yes, yes, yes, yes</w:t>
      </w:r>
    </w:p>
    <w:p>
      <w:r>
        <w:t>[Yes, to get a permit, we need to obtain a permit]</w:t>
      </w:r>
    </w:p>
    <w:p>
      <w:r>
        <w:t>Yes, yes</w:t>
      </w:r>
    </w:p>
    <w:p>
      <w:r>
        <w:t>[For a loudspeaker, so that you will have a loudspeaker inside the car]</w:t>
      </w:r>
    </w:p>
    <w:p>
      <w:r>
        <w:t>Yes, yes</w:t>
      </w:r>
    </w:p>
    <w:p>
      <w:r>
        <w:t>[We need to obtain a permit..]</w:t>
      </w:r>
    </w:p>
    <w:p>
      <w:r>
        <w:t>{..}</w:t>
      </w:r>
    </w:p>
    <w:p>
      <w:r>
        <w:t>[When you have a permit, then it will be all right; without a permit, it is forbidden; there needs to be a loudspeaker inside the car..]</w:t>
      </w:r>
    </w:p>
    <w:p>
      <w:r>
        <w:t>Good</w:t>
      </w:r>
    </w:p>
    <w:p>
      <w:r>
        <w:t>[So we need to pray for this, that you will have a permit</w:t>
      </w:r>
    </w:p>
    <w:p>
      <w:r>
        <w:t>When you speak with the.. with the attorney Brunner</w:t>
      </w:r>
    </w:p>
    <w:p>
      <w:r>
        <w:t>Tell him to see to it for you, that you will have a permit for a loudspeaker inside the car]</w:t>
      </w:r>
    </w:p>
    <w:p>
      <w:r>
        <w:t>A permit?</w:t>
      </w:r>
    </w:p>
    <w:p>
      <w:r>
        <w:t>[Yes, because once, once he did, Menachem once he did, once he put a loudspeaker inside the car</w:t>
      </w:r>
    </w:p>
    <w:p>
      <w:r>
        <w:t>The police gave him a ticket; without a permit it is not good, we need a permit]</w:t>
      </w:r>
    </w:p>
    <w:p>
      <w:r>
        <w:t>{..}</w:t>
      </w:r>
    </w:p>
    <w:p>
      <w:r>
        <w:t>[From the state, from the government, then you will be able to take the loudspeaker inside the car</w:t>
      </w:r>
    </w:p>
    <w:p>
      <w:r>
        <w:t>All day and all night, you will be able to sleep inside the car, you will be able to eat, drink, and sing all day and all night]</w:t>
      </w:r>
    </w:p>
    <w:p>
      <w:r>
        <w:t>Yes</w:t>
      </w:r>
    </w:p>
    <w:p>
      <w:r>
        <w:t>[And also..]</w:t>
      </w:r>
    </w:p>
    <w:p>
      <w:r>
        <w:t>Good</w:t>
      </w:r>
    </w:p>
    <w:p>
      <w:r>
        <w:t>[It can be done, Saba]</w:t>
      </w:r>
    </w:p>
    <w:p>
      <w:r>
        <w:t>I, I will go</w:t>
      </w:r>
    </w:p>
    <w:p>
      <w:r>
        <w:t>[It is possible to make signs and also books, everything together, both signs and books</w:t>
      </w:r>
    </w:p>
    <w:p>
      <w:r>
        <w:t>It is possible to put both books and signs inside the car</w:t>
      </w:r>
    </w:p>
    <w:p>
      <w:r>
        <w:t>Whoever wants signs, signs; whoever wants books, books, for the whole day]</w:t>
      </w:r>
    </w:p>
    <w:p>
      <w:r>
        <w:t>We need money for books</w:t>
      </w:r>
    </w:p>
    <w:p>
      <w:r>
        <w:t>[Money]</w:t>
      </w:r>
    </w:p>
    <w:p>
      <w:r>
        <w:t>Nu</w:t>
      </w:r>
    </w:p>
    <w:p>
      <w:r>
        <w:t>[For Rabbainu we need all the money</w:t>
      </w:r>
    </w:p>
    <w:p>
      <w:r>
        <w:t>Saba, the time has come, we need to fill the world with books like.. the sand of the sea]</w:t>
      </w:r>
    </w:p>
    <w:p>
      <w:r>
        <w:t>Yes</w:t>
      </w:r>
    </w:p>
    <w:p>
      <w:r>
        <w:t>[The time has come, people are waiting</w:t>
      </w:r>
    </w:p>
    <w:p>
      <w:r>
        <w:t>Yosef Hatzaddik is the provider, he is the.. he filled up food like the sand of the sea, do you remember? Saba</w:t>
      </w:r>
    </w:p>
    <w:p>
      <w:r>
        <w:t>Yosef Hatzaddik, he filled many storehouses with food for the years of famine, the years of famine]</w:t>
      </w:r>
    </w:p>
    <w:p>
      <w:r>
        <w:t>[Saba and the friends continue singing: "Na Nach Nachma Nachman MayUman.."]</w:t>
      </w:r>
    </w:p>
    <w:p>
      <w:r>
        <w:t>[……….………]</w:t>
      </w:r>
    </w:p>
    <w:p>
      <w:r>
        <w:t>[……………….]</w:t>
      </w:r>
    </w:p>
    <w:p>
      <w:r>
        <w:t>[Saba, I am going for a moment to call Yitzchak Naim, perhaps he will also come to hear the reading of the Megillah]</w:t>
      </w:r>
    </w:p>
    <w:p>
      <w:r>
        <w:t>Nu</w:t>
      </w:r>
    </w:p>
    <w:p>
      <w:r>
        <w:t>[Is it worthwhile?]</w:t>
      </w:r>
    </w:p>
    <w:p>
      <w:r>
        <w:t>Did he say to call him?</w:t>
      </w:r>
    </w:p>
    <w:p>
      <w:r>
        <w:t>[I do not know, no, he did not say]</w:t>
      </w:r>
    </w:p>
    <w:p>
      <w:r>
        <w:t>Nu, go call {...}</w:t>
      </w:r>
    </w:p>
    <w:p>
      <w:r>
        <w:t>[Yes, ...]</w:t>
      </w:r>
    </w:p>
    <w:p>
      <w:r>
        <w:t>Does he know how to read {….}?</w:t>
      </w:r>
    </w:p>
    <w:p>
      <w:r>
        <w:t>[No, I can also read]</w:t>
      </w:r>
    </w:p>
    <w:p>
      <w:r>
        <w:t>Yes?</w:t>
      </w:r>
    </w:p>
    <w:p>
      <w:r>
        <w:t>[Yes, I can read, I read for my wife every year, I read for my wife every year]</w:t>
      </w:r>
    </w:p>
    <w:p>
      <w:r>
        <w:t>Ah?</w:t>
      </w:r>
    </w:p>
    <w:p>
      <w:r>
        <w:t>[I read for my wife every year]</w:t>
      </w:r>
    </w:p>
    <w:p>
      <w:r>
        <w:t>Yes?</w:t>
      </w:r>
    </w:p>
    <w:p>
      <w:r>
        <w:t>[Yes, in the Ashkenazic language, but he can join us, he can join us, Naim]</w:t>
      </w:r>
    </w:p>
    <w:p>
      <w:r>
        <w:t>{Yoy}</w:t>
      </w:r>
    </w:p>
    <w:p>
      <w:r>
        <w:t>[Yes]</w:t>
      </w:r>
    </w:p>
    <w:p>
      <w:r>
        <w:t>He, is it possible that he will read the Megillah?</w:t>
      </w:r>
    </w:p>
    <w:p>
      <w:r>
        <w:t>[It is possible, yes, right]</w:t>
      </w:r>
    </w:p>
    <w:p>
      <w:r>
        <w:t>Ah, ah.. Barzilai?</w:t>
      </w:r>
    </w:p>
    <w:p>
      <w:r>
        <w:t>[Barzilai will come very soon, he is coming very soon]</w:t>
      </w:r>
    </w:p>
    <w:p>
      <w:r>
        <w:t>{He}</w:t>
      </w:r>
    </w:p>
    <w:p>
      <w:r>
        <w:t>[He went to bring, he went to bring the Megillah, he went to bring the Megillah, yes] Nu, this is a long time</w:t>
      </w:r>
    </w:p>
    <w:p>
      <w:r>
        <w:t>[Ah, a long time, should I call him?]</w:t>
      </w:r>
    </w:p>
    <w:p>
      <w:r>
        <w:t>{That he should take</w:t>
      </w:r>
    </w:p>
    <w:p>
      <w:r>
        <w:t>[Yes?]</w:t>
      </w:r>
    </w:p>
    <w:p>
      <w:r>
        <w:t>And come</w:t>
      </w:r>
    </w:p>
    <w:p>
      <w:r>
        <w:t>[And come, ……….</w:t>
      </w:r>
    </w:p>
    <w:p>
      <w:r>
        <w:t>Are you staying here, Shimon? ………….]...</w:t>
      </w:r>
    </w:p>
    <w:p>
      <w:r>
        <w:t>...[Saba and the friends sing:</w:t>
      </w:r>
    </w:p>
    <w:p>
      <w:r>
        <w:t>"Their salvation was forever and their hope in every generation</w:t>
      </w:r>
    </w:p>
    <w:p>
      <w:r>
        <w:t>To make known, to make known, to make known to make known..</w:t>
      </w:r>
    </w:p>
    <w:p>
      <w:r>
        <w:t>That all who hope in You will not be ashamed, nor will all who take refuge in You ever be humiliated.."]</w:t>
      </w:r>
    </w:p>
    <w:p>
      <w:r>
        <w:t>Afterward they say the text that follows the reading of the Megillah</w:t>
      </w:r>
    </w:p>
    <w:p>
      <w:r>
        <w:t>Afterward they say Kaddish]…</w:t>
      </w:r>
    </w:p>
    <w:p>
      <w:r>
        <w:br w:type="page"/>
      </w:r>
    </w:p>
    <w:p>
      <w:pPr>
        <w:pStyle w:val="Heading1"/>
      </w:pPr>
      <w:r>
        <w:t>Tape 43</w:t>
      </w:r>
    </w:p>
    <w:p>
      <w:pPr>
        <w:pStyle w:val="Heading2"/>
      </w:pPr>
      <w:r>
        <w:t>Side A (Aleph)</w:t>
      </w:r>
    </w:p>
    <w:p>
      <w:r>
        <w:t>...[……]…</w:t>
      </w:r>
    </w:p>
    <w:p>
      <w:r>
        <w:t>...[…….]</w:t>
      </w:r>
    </w:p>
    <w:p>
      <w:r>
        <w:t>Nu, take</w:t>
      </w:r>
    </w:p>
    <w:p>
      <w:r>
        <w:t>[I already ate]…</w:t>
      </w:r>
    </w:p>
    <w:p>
      <w:r>
        <w:t>...this, yes, gold, six gold liras, it was very expensive</w:t>
      </w:r>
    </w:p>
    <w:p>
      <w:r>
        <w:t>And he told him, and he immediately gave him all the money</w:t>
      </w:r>
    </w:p>
    <w:p>
      <w:r>
        <w:t>Gold, six gold coins</w:t>
      </w:r>
    </w:p>
    <w:p>
      <w:r>
        <w:t>And this one was born, now he is eighty years old</w:t>
      </w:r>
    </w:p>
    <w:p>
      <w:r>
        <w:t>Ah..</w:t>
      </w:r>
    </w:p>
    <w:p>
      <w:r>
        <w:t>Ah, ah..</w:t>
      </w:r>
    </w:p>
    <w:p>
      <w:r>
        <w:t>His father married, and six years after the wedding they had no children</w:t>
      </w:r>
    </w:p>
    <w:p>
      <w:r>
        <w:t>And he, he came to Rebbe Yisroel (Kardonner), his father, and told him:</w:t>
      </w:r>
    </w:p>
    <w:p>
      <w:r>
        <w:t>"I married six years ago, and I have no children"</w:t>
      </w:r>
    </w:p>
    <w:p>
      <w:r>
        <w:t>Then Rebbe Yisroel (Kardonner) told him to give him six, six gold coins, six gold liras</w:t>
      </w:r>
    </w:p>
    <w:p>
      <w:r>
        <w:t>And so it was, he gave him six gold liras, and Avraham is alive now with this money</w:t>
      </w:r>
    </w:p>
    <w:p>
      <w:r>
        <w:t>[…..]</w:t>
      </w:r>
    </w:p>
    <w:p>
      <w:r>
        <w:t>He is now eighty years old</w:t>
      </w:r>
    </w:p>
    <w:p>
      <w:r>
        <w:t>[……...]</w:t>
      </w:r>
    </w:p>
    <w:p>
      <w:r>
        <w:t>[……...]</w:t>
      </w:r>
    </w:p>
    <w:p>
      <w:r>
        <w:t>Ah, "I need to give the printer, and I need to give six liras, give me six liras”</w:t>
      </w:r>
    </w:p>
    <w:p>
      <w:r>
        <w:t>And he did not tell him that he would have children</w:t>
      </w:r>
    </w:p>
    <w:p>
      <w:r>
        <w:t>"So give me six liras, enough, {….}”</w:t>
      </w:r>
    </w:p>
    <w:p>
      <w:r>
        <w:t>And.. and this.. and he is alive now, he is now eighty years old, his name is Avraham Ashkenazi</w:t>
      </w:r>
    </w:p>
    <w:p>
      <w:r>
        <w:t>[Rebbe Yisroel (Kardonner)]...</w:t>
      </w:r>
    </w:p>
    <w:p>
      <w:r>
        <w:t>...these are great opponents, all the.. everything, the grandfather and.. {…. great}</w:t>
      </w:r>
    </w:p>
    <w:p>
      <w:r>
        <w:t>But they did not, did not listen, they went to Rebbe Yisroel (Kardonner) and told him</w:t>
      </w:r>
    </w:p>
    <w:p>
      <w:r>
        <w:t>That they were already six years after the wedding, and they had no children</w:t>
      </w:r>
    </w:p>
    <w:p>
      <w:r>
        <w:t>Then Rebbe Yisroel (Kardonner) said:</w:t>
      </w:r>
    </w:p>
    <w:p>
      <w:r>
        <w:t>"Give me six liras, six gold liras"</w:t>
      </w:r>
    </w:p>
    <w:p>
      <w:r>
        <w:t>Oy, he gave him, and.. and this Avraham Ashkenazi is alive today with the six liras</w:t>
      </w:r>
    </w:p>
    <w:p>
      <w:r>
        <w:t>Rebbe Yisroel (Kardonner) was, he did not speak much, briefly, briefly, "six liras”…</w:t>
      </w:r>
    </w:p>
    <w:p>
      <w:r>
        <w:t>..."Give me six liras,” and he gave him, {then, then..}, yes, exactly six liras</w:t>
      </w:r>
    </w:p>
    <w:p>
      <w:r>
        <w:t>And to this day he is alive, he is already eighty years old</w:t>
      </w:r>
    </w:p>
    <w:p>
      <w:r>
        <w:t>And his father told him, told me, that he married, and six years after the wedding they had no children; he, Rebbe Yisroel (Kardonner) said, was, was in Meron, so he went to Rebbe Yisroel (Kardonner) and said to him in these words: "I married and I have, it is already six years that I married, and I have no children"</w:t>
      </w:r>
    </w:p>
    <w:p>
      <w:r>
        <w:t>Then Rebbe Yisroel said to him:</w:t>
      </w:r>
    </w:p>
    <w:p>
      <w:r>
        <w:t>“Give me six coi.. six gold liras”</w:t>
      </w:r>
    </w:p>
    <w:p>
      <w:r>
        <w:t>And so it was, he gave him, and he is now eighty years old…</w:t>
      </w:r>
    </w:p>
    <w:p>
      <w:r>
        <w:t>[..……]</w:t>
      </w:r>
    </w:p>
    <w:p>
      <w:r>
        <w:t>…[..……]</w:t>
      </w:r>
    </w:p>
    <w:p>
      <w:r>
        <w:t>...[Yes, yes, only to dwell in Eretz Yisroel]</w:t>
      </w:r>
    </w:p>
    <w:p>
      <w:r>
        <w:t>Hashem, blessed be He, will help them not to think too much</w:t>
      </w:r>
    </w:p>
    <w:p>
      <w:r>
        <w:t>Only Eretz Yisroel, Eretz Yisroel and Eretz Yisroel, this is our land, our land and the land of our forefathers...</w:t>
      </w:r>
    </w:p>
    <w:p>
      <w:r>
        <w:t>...{…} in this book, and that is all</w:t>
      </w:r>
    </w:p>
    <w:p>
      <w:r>
        <w:t>[They live in..]…</w:t>
      </w:r>
    </w:p>
    <w:p>
      <w:r>
        <w:t>...they will be {in the Land}, they will live here in Eretz Yisroel, without any cleverness...</w:t>
      </w:r>
    </w:p>
    <w:p>
      <w:r>
        <w:t>...{already}…</w:t>
      </w:r>
    </w:p>
    <w:p>
      <w:r>
        <w:t>...[………]</w:t>
      </w:r>
    </w:p>
    <w:p>
      <w:r>
        <w:t>[……….]…</w:t>
      </w:r>
    </w:p>
    <w:p>
      <w:r>
        <w:t>...[Saba and the friends sing:</w:t>
      </w:r>
    </w:p>
    <w:p>
      <w:r>
        <w:t>“Our greatness and our glory, our righteous Moshiach will reveal..”]…</w:t>
      </w:r>
    </w:p>
    <w:p>
      <w:r>
        <w:t>...[Saba and the friends sing:</w:t>
      </w:r>
    </w:p>
    <w:p>
      <w:r>
        <w:t>“Our greatness and our glory, our righteous Moshiach will reveal..”]…</w:t>
      </w:r>
    </w:p>
    <w:p>
      <w:r>
        <w:t>...[Signs, signs?]</w:t>
      </w:r>
    </w:p>
    <w:p>
      <w:r>
        <w:t>Ah</w:t>
      </w:r>
    </w:p>
    <w:p>
      <w:r>
        <w:t>[Yes, he will reveal—Rabbainu—the.. will he be pleased? Saba</w:t>
      </w:r>
    </w:p>
    <w:p>
      <w:r>
        <w:t>He received stones in order to put up one more sign, Saba</w:t>
      </w:r>
    </w:p>
    <w:p>
      <w:r>
        <w:t>Rebbe Nassan, he made, he made a wedding for his son, ah, Saba]</w:t>
      </w:r>
    </w:p>
    <w:p>
      <w:r>
        <w:t>Oh…</w:t>
      </w:r>
    </w:p>
    <w:p>
      <w:r>
        <w:t>...[One needs strength, Rabbainu will give you strength]</w:t>
      </w:r>
    </w:p>
    <w:p>
      <w:r>
        <w:t>[…...]</w:t>
      </w:r>
    </w:p>
    <w:p>
      <w:r>
        <w:t>[Here you have Nachman, he will bless you that you should have strength]…</w:t>
      </w:r>
    </w:p>
    <w:p>
      <w:r>
        <w:t>...[… Nachman, “Na Na..ch Nach..ma Na..ch..man MeUman” does not need to eat</w:t>
      </w:r>
    </w:p>
    <w:p>
      <w:r>
        <w:t>Nu, give him a blessing that he should be healthy, nu, tell him]</w:t>
      </w:r>
    </w:p>
    <w:p>
      <w:r>
        <w:t>[…….]...</w:t>
      </w:r>
    </w:p>
    <w:p>
      <w:r>
        <w:t>...that is enough to eat</w:t>
      </w:r>
    </w:p>
    <w:p>
      <w:r>
        <w:t>[Enough to eat]</w:t>
      </w:r>
    </w:p>
    <w:p>
      <w:r>
        <w:t>[For a day? For a day?]</w:t>
      </w:r>
    </w:p>
    <w:p>
      <w:r>
        <w:t>[No, not for a day, enough to eat an olive-sized amount.. not for a day, each time]</w:t>
      </w:r>
    </w:p>
    <w:p>
      <w:r>
        <w:t>[……..]...</w:t>
      </w:r>
    </w:p>
    <w:p>
      <w:r>
        <w:t>[There is, there is one young man, there is one]…</w:t>
      </w:r>
    </w:p>
    <w:p>
      <w:r>
        <w:t>...{..}</w:t>
      </w:r>
    </w:p>
    <w:p>
      <w:r>
        <w:t>[Someone in Teveria dreamed]</w:t>
      </w:r>
    </w:p>
    <w:p>
      <w:r>
        <w:t>Nu</w:t>
      </w:r>
    </w:p>
    <w:p>
      <w:r>
        <w:t>[That he sat with his study partner and studied “Likutay Moharan,” a Torah, the Torah of</w:t>
      </w:r>
    </w:p>
    <w:p>
      <w:r>
        <w:t>the song ‘simple, double, triple, quadruple,’ suddenly he sees within the dream</w:t>
      </w:r>
    </w:p>
    <w:p>
      <w:r>
        <w:t>inside the “Likutay Moharan” the note</w:t>
      </w:r>
    </w:p>
    <w:p>
      <w:r>
        <w:t>That is how he dreamed, and he had, he was very, very he was, he was very excited, he dreamed that he..]…</w:t>
      </w:r>
    </w:p>
    <w:p>
      <w:r>
        <w:t>...[He s.., he studied “Likutay Moharan” with his study partner</w:t>
      </w:r>
    </w:p>
    <w:p>
      <w:r>
        <w:t>the Torah of the song ‘simple, double, triple, quadruple,’ and inside the “Likutay Moharan” he sees</w:t>
      </w:r>
    </w:p>
    <w:p>
      <w:r>
        <w:t>inside the Torah he sees the note]</w:t>
      </w:r>
    </w:p>
    <w:p>
      <w:r>
        <w:t>{Yes}</w:t>
      </w:r>
    </w:p>
    <w:p>
      <w:r>
        <w:t>[He telephoned Uri, he told him this dream, he says to me:</w:t>
      </w:r>
    </w:p>
    <w:p>
      <w:r>
        <w:t>“I dreamed in the middle of the night that I was.., I studied “Likutay Moharan” with my study partner, in the Torah of the song ‘simple, double, triple, quadruple,’</w:t>
      </w:r>
    </w:p>
    <w:p>
      <w:r>
        <w:t>and I saw the note inside the “Likutay Moharan””</w:t>
      </w:r>
    </w:p>
    <w:p>
      <w:r>
        <w:t>That is how he saw it in the dream, “Our greatness and our glory..”]</w:t>
      </w:r>
    </w:p>
    <w:p>
      <w:r>
        <w:t>[A dream..]...</w:t>
      </w:r>
    </w:p>
    <w:p>
      <w:r>
        <w:t>...{..}, I do not know, {..}</w:t>
      </w:r>
    </w:p>
    <w:p>
      <w:r>
        <w:t>[“Na Na..ch Na..chma Na..ch..man MeUman”]</w:t>
      </w:r>
    </w:p>
    <w:p>
      <w:r>
        <w:t>Oy vey…</w:t>
      </w:r>
    </w:p>
    <w:p>
      <w:r>
        <w:t>...{...}…</w:t>
      </w:r>
    </w:p>
    <w:p>
      <w:r>
        <w:t>...[Saba sings the melody: “Our greatness and our glory, our righteous Moshiach will reveal..”]</w:t>
      </w:r>
    </w:p>
    <w:p>
      <w:r>
        <w:t>[Rebbe Yisroel, this is Mordechai Maman, I am giving ten shekels]</w:t>
      </w:r>
    </w:p>
    <w:p>
      <w:r>
        <w:t>Ten shekels?</w:t>
      </w:r>
    </w:p>
    <w:p>
      <w:r>
        <w:t>[Yes]</w:t>
      </w:r>
    </w:p>
    <w:p>
      <w:r>
        <w:t>Nu</w:t>
      </w:r>
    </w:p>
    <w:p>
      <w:r>
        <w:t>[For a sweetening]</w:t>
      </w:r>
    </w:p>
    <w:p>
      <w:r>
        <w:t>Ah, give this to.. to..</w:t>
      </w:r>
    </w:p>
    <w:p>
      <w:r>
        <w:t>[To Ilan, to Ilan]</w:t>
      </w:r>
    </w:p>
    <w:p>
      <w:r>
        <w:t>To Ilan, yes, certainly</w:t>
      </w:r>
    </w:p>
    <w:p>
      <w:r>
        <w:t>[Make a sweetening, Rebbe Yisroel]</w:t>
      </w:r>
    </w:p>
    <w:p>
      <w:r>
        <w:t>Where is Ilan?</w:t>
      </w:r>
    </w:p>
    <w:p>
      <w:r>
        <w:t>[Here]</w:t>
      </w:r>
    </w:p>
    <w:p>
      <w:r>
        <w:t>Send Ilan to me</w:t>
      </w:r>
    </w:p>
    <w:p>
      <w:r>
        <w:t>[Yes, here he is]</w:t>
      </w:r>
    </w:p>
    <w:p>
      <w:r>
        <w:t>[I am here, Rebbe Yisroel]</w:t>
      </w:r>
    </w:p>
    <w:p>
      <w:r>
        <w:t>[Make a sweetening, Rebbe Yisroel]</w:t>
      </w:r>
    </w:p>
    <w:p>
      <w:r>
        <w:t>Eh?</w:t>
      </w:r>
    </w:p>
    <w:p>
      <w:r>
        <w:t>[A sweetening]</w:t>
      </w:r>
    </w:p>
    <w:p>
      <w:r>
        <w:t>Where is he?</w:t>
      </w:r>
    </w:p>
    <w:p>
      <w:r>
        <w:t>[Here he is]</w:t>
      </w:r>
    </w:p>
    <w:p>
      <w:r>
        <w:t>[I am here]</w:t>
      </w:r>
    </w:p>
    <w:p>
      <w:r>
        <w:t>Ilan?</w:t>
      </w:r>
    </w:p>
    <w:p>
      <w:r>
        <w:t>[Beside you]</w:t>
      </w:r>
    </w:p>
    <w:p>
      <w:r>
        <w:t>Ilan?</w:t>
      </w:r>
    </w:p>
    <w:p>
      <w:r>
        <w:t>[Yes]</w:t>
      </w:r>
    </w:p>
    <w:p>
      <w:r>
        <w:t>Where are you? Is this Ilan?</w:t>
      </w:r>
    </w:p>
    <w:p>
      <w:r>
        <w:t>[Yes, yes]</w:t>
      </w:r>
    </w:p>
    <w:p>
      <w:r>
        <w:t>Good</w:t>
      </w:r>
    </w:p>
    <w:p>
      <w:r>
        <w:t>[He, he wants a blessing, Rebbe Yisroel, that you should bless him for the charity]</w:t>
      </w:r>
    </w:p>
    <w:p>
      <w:r>
        <w:t>[Saba sings:</w:t>
      </w:r>
    </w:p>
    <w:p>
      <w:r>
        <w:t>“Our greatness and our glory, our righteous Moshiach will reveal..”]…</w:t>
      </w:r>
    </w:p>
    <w:p>
      <w:r>
        <w:t>...[Saba sings:</w:t>
      </w:r>
    </w:p>
    <w:p>
      <w:r>
        <w:t>“Our greatness and our glory, our righteous Moshiach will reveal..”]</w:t>
      </w:r>
    </w:p>
    <w:p>
      <w:r>
        <w:t>[………………]…</w:t>
      </w:r>
    </w:p>
    <w:p>
      <w:r>
        <w:t>...[Saba sings:</w:t>
      </w:r>
    </w:p>
    <w:p>
      <w:r>
        <w:t>“Our greatness and our glory, our righteous Moshiach will reveal..”]</w:t>
      </w:r>
    </w:p>
    <w:p>
      <w:r>
        <w:t>[Rebbe Yisroel, can you bless him for the charity?]…</w:t>
      </w:r>
    </w:p>
    <w:p>
      <w:r>
        <w:t>...[Saba continues singing:</w:t>
      </w:r>
    </w:p>
    <w:p>
      <w:r>
        <w:t>“Our greatness and our glory, our righteous Moshiach will reveal..”]</w:t>
      </w:r>
    </w:p>
    <w:p>
      <w:r>
        <w:t>[Shalom, Rebbe Yisroel, this is Mordechai, I am traveling, Mordechai Maman]</w:t>
      </w:r>
    </w:p>
    <w:p>
      <w:r>
        <w:t>Mordechai</w:t>
      </w:r>
    </w:p>
    <w:p>
      <w:r>
        <w:t>[I am traveling to Yerushalayim]</w:t>
      </w:r>
    </w:p>
    <w:p>
      <w:r>
        <w:t>Ah</w:t>
      </w:r>
    </w:p>
    <w:p>
      <w:r>
        <w:t>[I am traveling, yes, I want a blessing]</w:t>
      </w:r>
    </w:p>
    <w:p>
      <w:r>
        <w:t>And I remain here? I remain here?</w:t>
      </w:r>
    </w:p>
    <w:p>
      <w:r>
        <w:t>[..]…</w:t>
      </w:r>
    </w:p>
    <w:p>
      <w:r>
        <w:t>...[Saba continues singing:</w:t>
      </w:r>
    </w:p>
    <w:p>
      <w:r>
        <w:t>“Our greatness and our glory, our righteous Moshiach will reveal..”]...</w:t>
      </w:r>
    </w:p>
    <w:p>
      <w:r>
        <w:t>...[Saba continues singing:</w:t>
      </w:r>
    </w:p>
    <w:p>
      <w:r>
        <w:t>“Our greatness and our glory, our righteous Moshiach will reveal..”]</w:t>
      </w:r>
    </w:p>
    <w:p>
      <w:r>
        <w:t>[………………]…</w:t>
      </w:r>
    </w:p>
    <w:p>
      <w:r>
        <w:t>...[……………]…</w:t>
      </w:r>
    </w:p>
    <w:p>
      <w:r>
        <w:t>...[Saba continues singing:</w:t>
      </w:r>
    </w:p>
    <w:p>
      <w:r>
        <w:t>“Our greatness and our glory, our righteous Moshiach will reveal..”]…</w:t>
      </w:r>
    </w:p>
    <w:p>
      <w:r>
        <w:t>...[Saba continues singing:</w:t>
      </w:r>
    </w:p>
    <w:p>
      <w:r>
        <w:t>“Our greatness and our glory, our righteous Moshiach will reveal..”]</w:t>
      </w:r>
    </w:p>
    <w:p>
      <w:r>
        <w:t>[..Our greatness and our glory, Moshiach will reveal ……. stones..]…</w:t>
      </w:r>
    </w:p>
    <w:p>
      <w:r>
        <w:t>...ah.. ah.. ah.. ah.. ah..</w:t>
      </w:r>
    </w:p>
    <w:p>
      <w:r>
        <w:t>[Oh.. oh.. oh..]</w:t>
      </w:r>
    </w:p>
    <w:p>
      <w:r>
        <w:t>Ah.. ah.. ah..</w:t>
      </w:r>
    </w:p>
    <w:p>
      <w:r>
        <w:t>[………………..]</w:t>
      </w:r>
    </w:p>
    <w:p>
      <w:r>
        <w:t>[……….……….]</w:t>
      </w:r>
    </w:p>
    <w:p>
      <w:r>
        <w:t>[Saba continues singing:</w:t>
      </w:r>
    </w:p>
    <w:p>
      <w:r>
        <w:t>“Our greatness and our glory, our righteous Moshiach will reveal..”]…</w:t>
      </w:r>
    </w:p>
    <w:p>
      <w:r>
        <w:t>...[Saba continues singing:</w:t>
      </w:r>
    </w:p>
    <w:p>
      <w:r>
        <w:t>“Our greatness and our glory, our righteous Moshiach will reveal..”]…</w:t>
      </w:r>
    </w:p>
    <w:p>
      <w:r>
        <w:t>...[Saba continues singing:</w:t>
      </w:r>
    </w:p>
    <w:p>
      <w:r>
        <w:t>“Our greatness and our glory, our righteous Moshiach will reveal..”]</w:t>
      </w:r>
    </w:p>
    <w:p>
      <w:r>
        <w:t>[……………..]</w:t>
      </w:r>
    </w:p>
    <w:p>
      <w:r>
        <w:t>[………..…...]…</w:t>
      </w:r>
    </w:p>
    <w:p>
      <w:r>
        <w:t>...[Saba continues singing:</w:t>
      </w:r>
    </w:p>
    <w:p>
      <w:r>
        <w:t>“Our greatness and our glory, our righteous Moshiach will reveal..”]</w:t>
      </w:r>
    </w:p>
    <w:p>
      <w:r>
        <w:t>[…………..]</w:t>
      </w:r>
    </w:p>
    <w:p>
      <w:r>
        <w:t>[…………..]…</w:t>
      </w:r>
    </w:p>
    <w:p>
      <w:r>
        <w:t>...“Nach..man..”</w:t>
      </w:r>
    </w:p>
    <w:p>
      <w:r>
        <w:t>[MeUman]</w:t>
      </w:r>
    </w:p>
    <w:p>
      <w:r>
        <w:t>“..MeUman”</w:t>
      </w:r>
    </w:p>
    <w:p>
      <w:r>
        <w:t>[Amen]</w:t>
      </w:r>
    </w:p>
    <w:p>
      <w:r>
        <w:t>This sweetens all the troubles and all the judgments, all..</w:t>
      </w:r>
    </w:p>
    <w:p>
      <w:r>
        <w:t>[Yes]</w:t>
      </w:r>
    </w:p>
    <w:p>
      <w:r>
        <w:t>[Yes, sit him up for a moment..]</w:t>
      </w:r>
    </w:p>
    <w:p>
      <w:r>
        <w:t>And we become..</w:t>
      </w:r>
    </w:p>
    <w:p>
      <w:r>
        <w:t>[What? Lay him down?]</w:t>
      </w:r>
    </w:p>
    <w:p>
      <w:r>
        <w:t>[No, sit him up]</w:t>
      </w:r>
    </w:p>
    <w:p>
      <w:r>
        <w:t>{healthy ………..}, we will make an issue of it</w:t>
      </w:r>
    </w:p>
    <w:p>
      <w:r>
        <w:t>[Yes]</w:t>
      </w:r>
    </w:p>
    <w:p>
      <w:r>
        <w:t>Strengthen yourself in faith</w:t>
      </w:r>
    </w:p>
    <w:p>
      <w:r>
        <w:t>[Faith]</w:t>
      </w:r>
    </w:p>
    <w:p>
      <w:r>
        <w:t>Strengthen yourself</w:t>
      </w:r>
    </w:p>
    <w:p>
      <w:r>
        <w:t>[Yes]</w:t>
      </w:r>
    </w:p>
    <w:p>
      <w:r>
        <w:t>Our holy Rabbainu, only to remember his name “Nachman MeUman,” “Na Na..ch Na..ch..man MeUman”</w:t>
      </w:r>
    </w:p>
    <w:p>
      <w:r>
        <w:t>This sweetens all the troubles and all the judgments and all the sins</w:t>
      </w:r>
    </w:p>
    <w:p>
      <w:r>
        <w:t>We do not, do not know what this is, that we merited now in {these} generations, we merited to know such, to know of this, of this secret, “Na Na..ch Na..chma Na..ch..man MeUman”</w:t>
      </w:r>
    </w:p>
    <w:p>
      <w:r>
        <w:t>There is much to say, but I cannot speak…</w:t>
      </w:r>
    </w:p>
    <w:p>
      <w:r>
        <w:t>...[Ah, Shimon?]</w:t>
      </w:r>
    </w:p>
    <w:p>
      <w:r>
        <w:t>[Yes, yes]</w:t>
      </w:r>
    </w:p>
    <w:p>
      <w:r>
        <w:t>[Good, do not exert yourself, do not exert yourself..]</w:t>
      </w:r>
    </w:p>
    <w:p>
      <w:r>
        <w:t>[Abba, do you remember that you came to Yitzchak to make a blessing for him, to bless]</w:t>
      </w:r>
    </w:p>
    <w:p>
      <w:r>
        <w:t>Eh?</w:t>
      </w:r>
    </w:p>
    <w:p>
      <w:r>
        <w:t>[Do you remember that he was sick and you came to.. that Yitzchak was sick..]</w:t>
      </w:r>
    </w:p>
    <w:p>
      <w:r>
        <w:t>[And..]</w:t>
      </w:r>
    </w:p>
    <w:p>
      <w:r>
        <w:t>[And you came to visit him, to bless him at home]</w:t>
      </w:r>
    </w:p>
    <w:p>
      <w:r>
        <w:t>I do not remember</w:t>
      </w:r>
    </w:p>
    <w:p>
      <w:r>
        <w:t>[You do not remember] but {….} [you came to make a blessing for Yitzchak] only to mention the name “Nachman MeUman” [Yes]</w:t>
      </w:r>
    </w:p>
    <w:p>
      <w:r>
        <w:t>This sweetens all the troubles and all the sins and all the heresies in the world, for this is such a power, a new power that never existed before</w:t>
      </w:r>
    </w:p>
    <w:p>
      <w:r>
        <w:t>But we do not, do not merit to receive it truly {and not properly}</w:t>
      </w:r>
    </w:p>
    <w:p>
      <w:r>
        <w:t>But nevertheless, nevertheless Hashem, blessed be He, is very great, and only to mention the name.. you too, also every, regarding everything that is not in order, that is not, that is not, that is not, that is not {you will find} {………..}</w:t>
      </w:r>
    </w:p>
    <w:p>
      <w:r>
        <w:t>This is a novelty, such a wonder that never existed before, completely new</w:t>
      </w:r>
    </w:p>
    <w:p>
      <w:r>
        <w:t>If not, it did not already exist, then it is not new, it is new, it is completely new, {yes} it is worthwhile to strengthen oneself in faith and mention the.. only the name “Nachman” “Na Na..ch Na..ch..man MeUman” only to mention it, it, it sweetens all the troubles and all the judgments and all the heresies and all the sins</w:t>
      </w:r>
    </w:p>
    <w:p>
      <w:r>
        <w:t>[Abba, Abba, I want you to bless Yitzchak that he should be healthy] Hashem, blessed be He, will arouse great mercy upon him, that he should merit to draw close to.. to the truth in faith, to.. {..} that it should be truth, but aside from this everything is false, because when one does not believe in Hashem, it is all false, so.. and this is all truth, the main thing is the truth, to believe in Hashem and in the Torah, and in.. and in the Torah, but we need to strengthen ourselves in faith, in faith {…}, and you will see, you will see great things, {great miracles}”</w:t>
      </w:r>
    </w:p>
    <w:p>
      <w:r>
        <w:t>First of all, I was a messenger to inform you about this holy name:</w:t>
      </w:r>
    </w:p>
    <w:p>
      <w:r>
        <w:t>“Na Nach Nachma Nachman MeUman” only this..</w:t>
      </w:r>
    </w:p>
    <w:p>
      <w:r>
        <w:t>[Yes]</w:t>
      </w:r>
    </w:p>
    <w:p>
      <w:r>
        <w:t>To say this name with the mouth:</w:t>
      </w:r>
    </w:p>
    <w:p>
      <w:r>
        <w:t>“Na Nach Nachma Nachman MeUman”</w:t>
      </w:r>
    </w:p>
    <w:p>
      <w:r>
        <w:t>This sweetens all the troubles and all the judgments and all the sins and all the heresies, and.. everything, it turns everything around</w:t>
      </w:r>
    </w:p>
    <w:p>
      <w:r>
        <w:t>Fortunate is the be.., fortunate is the believer, fortunate is the man..</w:t>
      </w:r>
    </w:p>
    <w:p>
      <w:r>
        <w:t>[Fortunate is the believer]</w:t>
      </w:r>
    </w:p>
    <w:p>
      <w:r>
        <w:t>Who believes in Hashem and in the Torah</w:t>
      </w:r>
    </w:p>
    <w:p>
      <w:r>
        <w:t>We do not understand, but we believe</w:t>
      </w:r>
    </w:p>
    <w:p>
      <w:r>
        <w:t>[Yes]</w:t>
      </w:r>
    </w:p>
    <w:p>
      <w:r>
        <w:t>We believe in Hashem, in our teachings, and in the Torah</w:t>
      </w:r>
    </w:p>
    <w:p>
      <w:r>
        <w:t>First of all only, only that we believe and mention this holy name, it sweetens all.. everything, all the sins and all the heresies and all the falls, yes [yes]</w:t>
      </w:r>
    </w:p>
    <w:p>
      <w:r>
        <w:t>It, it, it renews, renews</w:t>
      </w:r>
    </w:p>
    <w:p>
      <w:r>
        <w:t>[Yes]</w:t>
      </w:r>
    </w:p>
    <w:p>
      <w:r>
        <w:t>New, it makes us completely new</w:t>
      </w:r>
    </w:p>
    <w:p>
      <w:r>
        <w:t>[Yes]</w:t>
      </w:r>
    </w:p>
    <w:p>
      <w:r>
        <w:t>What? We are very {broken\captive}, and we are sunk in impurity, in.. in..</w:t>
      </w:r>
    </w:p>
    <w:p>
      <w:r>
        <w:t>But one utterance from Rabbainu turns everything around</w:t>
      </w:r>
    </w:p>
    <w:p>
      <w:r>
        <w:t>Only to say: “Na Nach Nachma Nachman MeUman” is enough for us</w:t>
      </w:r>
    </w:p>
    <w:p>
      <w:r>
        <w:t>To heal us, to give us life, to renew us</w:t>
      </w:r>
    </w:p>
    <w:p>
      <w:r>
        <w:t>[Yes]</w:t>
      </w:r>
    </w:p>
    <w:p>
      <w:r>
        <w:t>If there is, Heaven forbid, some suffering, some thing that is not good</w:t>
      </w:r>
    </w:p>
    <w:p>
      <w:r>
        <w:t>Then immediately go, to him.., to say this holy name “Na Nach Nachma Nachman MeUman”</w:t>
      </w:r>
    </w:p>
    <w:p>
      <w:r>
        <w:t>[Yes]</w:t>
      </w:r>
    </w:p>
    <w:p>
      <w:r>
        <w:t>Shoyn, {redeems\here it is}, it turns everything around, everything, all the heresies and all the sins and all..</w:t>
      </w:r>
    </w:p>
    <w:p>
      <w:r>
        <w:t>It turns around</w:t>
      </w:r>
    </w:p>
    <w:p>
      <w:r>
        <w:t>[Yes]</w:t>
      </w:r>
    </w:p>
    <w:p>
      <w:r>
        <w:t>Ah</w:t>
      </w:r>
    </w:p>
    <w:p>
      <w:r>
        <w:t>[I wanted to tell you, I wanted..]</w:t>
      </w:r>
    </w:p>
    <w:p>
      <w:r>
        <w:t>Fortunate are we that we are Jews, that we believe in the Torah {…} and in the Tzaddikim</w:t>
      </w:r>
    </w:p>
    <w:p>
      <w:r>
        <w:t>[Yes]</w:t>
      </w:r>
    </w:p>
    <w:p>
      <w:r>
        <w:t>Ah</w:t>
      </w:r>
    </w:p>
    <w:p>
      <w:r>
        <w:t>Whatever there is, Heaven forbid, some, some suffering, some thing that is not good</w:t>
      </w:r>
    </w:p>
    <w:p>
      <w:r>
        <w:t>Then this holy Rabbainu turns everything around only for good, he turns the bad into good</w:t>
      </w:r>
    </w:p>
    <w:p>
      <w:r>
        <w:t>[Yes]</w:t>
      </w:r>
    </w:p>
    <w:p>
      <w:r>
        <w:t>[Abba, Yitzchak needs a healing]</w:t>
      </w:r>
    </w:p>
    <w:p>
      <w:r>
        <w:t>Good</w:t>
      </w:r>
    </w:p>
    <w:p>
      <w:r>
        <w:t>[Yitzchak needs a healing]</w:t>
      </w:r>
    </w:p>
    <w:p>
      <w:r>
        <w:t>Nu, it is in his hand</w:t>
      </w:r>
    </w:p>
    <w:p>
      <w:r>
        <w:t>[Then you bless him, you are his father]</w:t>
      </w:r>
    </w:p>
    <w:p>
      <w:r>
        <w:t>{All right}</w:t>
      </w:r>
    </w:p>
    <w:p>
      <w:r>
        <w:t>[Bless him]</w:t>
      </w:r>
    </w:p>
    <w:p>
      <w:r>
        <w:t>I, I am nothing</w:t>
      </w:r>
    </w:p>
    <w:p>
      <w:r>
        <w:t>[You are a lot]</w:t>
      </w:r>
    </w:p>
    <w:p>
      <w:r>
        <w:t>The main thing is the Tzaddik, the Tzaddik</w:t>
      </w:r>
    </w:p>
    <w:p>
      <w:r>
        <w:t>[Good]</w:t>
      </w:r>
    </w:p>
    <w:p>
      <w:r>
        <w:t>So only to say “Na Nach Nachma Nachman MeUman” is enough to.. to..</w:t>
      </w:r>
    </w:p>
    <w:p>
      <w:r>
        <w:t>Destroy all the Sitra Achra, all the darkness, this is a completely new matter that the holy Rabbainu attained</w:t>
      </w:r>
    </w:p>
    <w:p>
      <w:r>
        <w:t>{..}, in this name is alluded all, all that passes over every Jew</w:t>
      </w:r>
    </w:p>
    <w:p>
      <w:r>
        <w:t>And it turns everything around for good</w:t>
      </w:r>
    </w:p>
    <w:p>
      <w:r>
        <w:t>[Abba, you are a righteous man, you will ask..]</w:t>
      </w:r>
    </w:p>
    <w:p>
      <w:r>
        <w:t>Yes</w:t>
      </w:r>
    </w:p>
    <w:p>
      <w:r>
        <w:t>[Of the holy Rabbainu]</w:t>
      </w:r>
    </w:p>
    <w:p>
      <w:r>
        <w:t>I, I {can understand}</w:t>
      </w:r>
    </w:p>
    <w:p>
      <w:r>
        <w:t>[He will listen to you]</w:t>
      </w:r>
    </w:p>
    <w:p>
      <w:r>
        <w:t>So it—this name, this, this is all the Torah and all..</w:t>
      </w:r>
    </w:p>
    <w:p>
      <w:r>
        <w:t>And the rectification of all the sins and all {the transgressions} of mine and all the heresies</w:t>
      </w:r>
    </w:p>
    <w:p>
      <w:r>
        <w:t>[…..]</w:t>
      </w:r>
    </w:p>
    <w:p>
      <w:r>
        <w:t>[…..]</w:t>
      </w:r>
    </w:p>
    <w:p>
      <w:r>
        <w:t>Yes, it turns around completely, completely and..</w:t>
      </w:r>
    </w:p>
    <w:p>
      <w:r>
        <w:t>[Yes]</w:t>
      </w:r>
    </w:p>
    <w:p>
      <w:r>
        <w:t>Fortunate are we that we know of this, {..}</w:t>
      </w:r>
    </w:p>
    <w:p>
      <w:r>
        <w:t>If not? We do not, do not, do not know anything, the holy Rabbainu revealed that his name is “Nachman”</w:t>
      </w:r>
    </w:p>
    <w:p>
      <w:r>
        <w:t>[Yes]</w:t>
      </w:r>
    </w:p>
    <w:p>
      <w:r>
        <w:t>“Na Nach Nachma Nachman MeUman”</w:t>
      </w:r>
    </w:p>
    <w:p>
      <w:r>
        <w:t>This turns around all the sins, and all the heresies, and all the transgressions, and every thing that is not good, it turns it around for good</w:t>
      </w:r>
    </w:p>
    <w:p>
      <w:r>
        <w:t>[Yes]</w:t>
      </w:r>
    </w:p>
    <w:p>
      <w:r>
        <w:t>[It shines]</w:t>
      </w:r>
    </w:p>
    <w:p>
      <w:r>
        <w:t>[What?]</w:t>
      </w:r>
    </w:p>
    <w:p>
      <w:r>
        <w:t>[It shines]</w:t>
      </w:r>
    </w:p>
    <w:p>
      <w:r>
        <w:t>[Yes, yes]</w:t>
      </w:r>
    </w:p>
    <w:p>
      <w:r>
        <w:t>This was, this never was, this is completely new</w:t>
      </w:r>
    </w:p>
    <w:p>
      <w:r>
        <w:t>What the holy Rabbainu attained, and his name “Na.. Na.. Na Nach Nachma Nachman MeUman”</w:t>
      </w:r>
    </w:p>
    <w:p>
      <w:r>
        <w:t>[Yes]</w:t>
      </w:r>
    </w:p>
    <w:p>
      <w:r>
        <w:t>This sweetens and nullifies and breaks all the bad, all the sins, all the sins and all the transgressions, {..}..</w:t>
      </w:r>
    </w:p>
    <w:p>
      <w:r>
        <w:t>It turns everything around for good</w:t>
      </w:r>
    </w:p>
    <w:p>
      <w:r>
        <w:t>{{. .}}</w:t>
      </w:r>
    </w:p>
    <w:p>
      <w:r>
        <w:t>It does not cost money, {does not cost}, this.. like cash, ready and available, yes</w:t>
      </w:r>
    </w:p>
    <w:p>
      <w:r>
        <w:t>Only to mention the name “Na Nach Nachma Nachman MeUman”</w:t>
      </w:r>
    </w:p>
    <w:p>
      <w:r>
        <w:t>It is enough, it turns everything around, {…}</w:t>
      </w:r>
    </w:p>
    <w:p>
      <w:r>
        <w:t>All the sins and all the transgressions and all, and all the bad, it turns around for good</w:t>
      </w:r>
    </w:p>
    <w:p>
      <w:r>
        <w:t>Do you have with you, Heaven forbid, upon a person, some thing that is not good?</w:t>
      </w:r>
    </w:p>
    <w:p>
      <w:r>
        <w:t>[Abba, you..]</w:t>
      </w:r>
    </w:p>
    <w:p>
      <w:r>
        <w:t>It will turn around for good, “Na Nach,” immediately, immediately he will say: “Na Nach Nachma Nachman MeUman”</w:t>
      </w:r>
    </w:p>
    <w:p>
      <w:r>
        <w:t>Shoyn, it, it already turns everything around</w:t>
      </w:r>
    </w:p>
    <w:p>
      <w:r>
        <w:t>[Do you want to drink? Abba, do you want to drink cola?]</w:t>
      </w:r>
    </w:p>
    <w:p>
      <w:r>
        <w:t>No</w:t>
      </w:r>
    </w:p>
    <w:p>
      <w:r>
        <w:t>[Eh? Cola?]</w:t>
      </w:r>
    </w:p>
    <w:p>
      <w:r>
        <w:t>You take</w:t>
      </w:r>
    </w:p>
    <w:p>
      <w:r>
        <w:t>[Me too]</w:t>
      </w:r>
    </w:p>
    <w:p>
      <w:r>
        <w:t>You take</w:t>
      </w:r>
    </w:p>
    <w:p>
      <w:r>
        <w:t>[Perhaps this is in place of a blessing]</w:t>
      </w:r>
    </w:p>
    <w:p>
      <w:r>
        <w:t>[Yes]</w:t>
      </w:r>
    </w:p>
    <w:p>
      <w:r>
        <w:t>Give, give to Leah</w:t>
      </w:r>
    </w:p>
    <w:p>
      <w:r>
        <w:t>[To Leah?]</w:t>
      </w:r>
    </w:p>
    <w:p>
      <w:r>
        <w:t>Give to Leah also</w:t>
      </w:r>
    </w:p>
    <w:p>
      <w:r>
        <w:t>[Do for Leah too]</w:t>
      </w:r>
    </w:p>
    <w:p>
      <w:r>
        <w:t>[Thank you very much, Abba]</w:t>
      </w:r>
    </w:p>
    <w:p>
      <w:r>
        <w:t>It is automatic, only the name is mentioned: “Na Nach Nachma Nachman MeUman”</w:t>
      </w:r>
    </w:p>
    <w:p>
      <w:r>
        <w:t>It is automatic, it turns everything around for good</w:t>
      </w:r>
    </w:p>
    <w:p>
      <w:r>
        <w:t>All the bad and all the sins and all the heresies and every {some} thing, it turns everything around</w:t>
      </w:r>
    </w:p>
    <w:p>
      <w:r>
        <w:t>[……..]</w:t>
      </w:r>
    </w:p>
    <w:p>
      <w:r>
        <w:t>[……..]</w:t>
      </w:r>
    </w:p>
    <w:p>
      <w:r>
        <w:t>Do not forget this, always have in your mind, in your heart, “Na Nach.. Nachman MeUman”</w:t>
      </w:r>
    </w:p>
    <w:p>
      <w:r>
        <w:t>It turns everything around, turns around, turns around</w:t>
      </w:r>
    </w:p>
    <w:p>
      <w:r>
        <w:t>[…..…]</w:t>
      </w:r>
    </w:p>
    <w:p>
      <w:r>
        <w:t>[..……]</w:t>
      </w:r>
    </w:p>
    <w:p>
      <w:r>
        <w:t>That we merited in these generations, I had a letter.. [yes]</w:t>
      </w:r>
    </w:p>
    <w:p>
      <w:r>
        <w:t>From Rabbainu, yes</w:t>
      </w:r>
    </w:p>
    <w:p>
      <w:r>
        <w:t>[…………………]</w:t>
      </w:r>
    </w:p>
    <w:p>
      <w:r>
        <w:t>[……………]</w:t>
      </w:r>
    </w:p>
    <w:p>
      <w:r>
        <w:t>“Very..,” I will read you the letter</w:t>
      </w:r>
    </w:p>
    <w:p>
      <w:r>
        <w:t>“It was very difficult for me to descend to you, my dear student, to tell you”</w:t>
      </w:r>
    </w:p>
    <w:p>
      <w:r>
        <w:t>What to tell?</w:t>
      </w:r>
    </w:p>
    <w:p>
      <w:r>
        <w:t>[Yes]</w:t>
      </w:r>
    </w:p>
    <w:p>
      <w:r>
        <w:t>“To tell you that I derived great pleasure from your service”</w:t>
      </w:r>
    </w:p>
    <w:p>
      <w:r>
        <w:t>This that you, that you turn everything around for good and believe in Rabbainu, this is, it, it..</w:t>
      </w:r>
    </w:p>
    <w:p>
      <w:r>
        <w:t>Turns everything around</w:t>
      </w:r>
    </w:p>
    <w:p>
      <w:r>
        <w:t>“It was very..,” once again</w:t>
      </w:r>
    </w:p>
    <w:p>
      <w:r>
        <w:t>“It was very difficult for me to descend to you, my dear student, to tell you that I derived great pleasure from your service, and concerning you I said: My little fire will smolder until Mashiach comes”</w:t>
      </w:r>
    </w:p>
    <w:p>
      <w:r>
        <w:t>[Yes]</w:t>
      </w:r>
    </w:p>
    <w:p>
      <w:r>
        <w:t>And I live, yes, {….}, because, because the holy Rabbainu said, that I.. “Concerning you I said”</w:t>
      </w:r>
    </w:p>
    <w:p>
      <w:r>
        <w:t>This, this is not ownerless</w:t>
      </w:r>
    </w:p>
    <w:p>
      <w:r>
        <w:t>[.., yes]</w:t>
      </w:r>
    </w:p>
    <w:p>
      <w:r>
        <w:t>I live by great miracles</w:t>
      </w:r>
    </w:p>
    <w:p>
      <w:r>
        <w:t>[Yes]</w:t>
      </w:r>
    </w:p>
    <w:p>
      <w:r>
        <w:t>He only gives life to everyone, the holy Rabbainu gives life to each and every one</w:t>
      </w:r>
    </w:p>
    <w:p>
      <w:r>
        <w:t>He turns around all the suffering and all the troubles and all the heresies, and all the heresies and all the falls</w:t>
      </w:r>
    </w:p>
    <w:p>
      <w:r>
        <w:t>He turns everything around with.. with one utterance, everything for good</w:t>
      </w:r>
    </w:p>
    <w:p>
      <w:r>
        <w:t>[Yes, let us hope for good]</w:t>
      </w:r>
    </w:p>
    <w:p>
      <w:r>
        <w:t>Only to mention: “Na Nach Nachma Nachman MeUman”</w:t>
      </w:r>
    </w:p>
    <w:p>
      <w:r>
        <w:t>[“..Nachma Nachman MeUman”]</w:t>
      </w:r>
    </w:p>
    <w:p>
      <w:r>
        <w:t>That is it, this, with this..</w:t>
      </w:r>
    </w:p>
    <w:p>
      <w:r>
        <w:t>[The entire Torah]</w:t>
      </w:r>
    </w:p>
    <w:p>
      <w:r>
        <w:t>Everything, all good, all.. sweetens everything, it turns around, and turns around and turns around</w:t>
      </w:r>
    </w:p>
    <w:p>
      <w:r>
        <w:t>Strengthen yourselves, “Be strong and courageous,” the holy Rabbainu {he will be, I received} a letter</w:t>
      </w:r>
    </w:p>
    <w:p>
      <w:r>
        <w:t>And said to me, he says to me: “Be strong and courageous in your service”</w:t>
      </w:r>
    </w:p>
    <w:p>
      <w:r>
        <w:t>Nu, nu, if he says “Be strong and courageous,” we need to fulfill and believe and accept, yes, yes, what we merited {in.. in.. in.. in.. in..}.. now, at the end of the redemption, that everything will turn around, the holy Rabbainu gives us life and renews us, renews</w:t>
      </w:r>
    </w:p>
    <w:p>
      <w:r>
        <w:t>[Yes]</w:t>
      </w:r>
    </w:p>
    <w:p>
      <w:r>
        <w:t>He is sick and there is no.., they have no, he has no rectification, he renews</w:t>
      </w:r>
    </w:p>
    <w:p>
      <w:r>
        <w:t>[Yes]</w:t>
      </w:r>
    </w:p>
    <w:p>
      <w:r>
        <w:t>He renews us, he puts a soul and all good into us</w:t>
      </w:r>
    </w:p>
    <w:p>
      <w:r>
        <w:t>Nu, with faith this, if he shines faith into us, this is the entire foundation of Judaism, the entire foundation of the Torah</w:t>
      </w:r>
    </w:p>
    <w:p>
      <w:r>
        <w:t>[..To drink a little more? Abba..]</w:t>
      </w:r>
    </w:p>
    <w:p>
      <w:r>
        <w:t>At any rate, but the holy Rabbainu wr.., writes to me:</w:t>
      </w:r>
    </w:p>
    <w:p>
      <w:r>
        <w:t>“Be strong and courageous in your service”</w:t>
      </w:r>
    </w:p>
    <w:p>
      <w:r>
        <w:t>“Be strong and courageous in your service”</w:t>
      </w:r>
    </w:p>
    <w:p>
      <w:r>
        <w:t>Then we need to strengthen ourselves, to strengthen ourselves in faith, yes</w:t>
      </w:r>
    </w:p>
    <w:p>
      <w:r>
        <w:t>{…}, and with this alone you turn everything around through the power of the holy Rabbainu, everything, to turn around, everything for the good</w:t>
      </w:r>
    </w:p>
    <w:p>
      <w:r>
        <w:t>Everything for the good</w:t>
      </w:r>
    </w:p>
    <w:p>
      <w:r>
        <w:t>“Na Nach Nachma Nachman MeUman”</w:t>
      </w:r>
    </w:p>
    <w:p>
      <w:r>
        <w:t>[Give him a little more, Yitzchak]</w:t>
      </w:r>
    </w:p>
    <w:p>
      <w:r>
        <w:t>[Yes, Abba, do you want to drink a little more?]</w:t>
      </w:r>
    </w:p>
    <w:p>
      <w:r>
        <w:t>I cannot</w:t>
      </w:r>
    </w:p>
    <w:p>
      <w:r>
        <w:t>[No, no, all right, all right, I only asked..]</w:t>
      </w:r>
    </w:p>
    <w:p>
      <w:r>
        <w:t>Oy, oy, fortunate are we that we are Jews and we mention the name:</w:t>
      </w:r>
    </w:p>
    <w:p>
      <w:r>
        <w:t>"Na Na..ch Na..chma Na..ch..man MeUman"</w:t>
      </w:r>
    </w:p>
    <w:p>
      <w:r>
        <w:t>It turns everything around, everything, turns everything around only for the good</w:t>
      </w:r>
    </w:p>
    <w:p>
      <w:r>
        <w:t>Renews everything, turns around for the good</w:t>
      </w:r>
    </w:p>
    <w:p>
      <w:r>
        <w:t>[Yes]</w:t>
      </w:r>
    </w:p>
    <w:p>
      <w:r>
        <w:t>[Do you want to tell him, regarding that..]</w:t>
      </w:r>
    </w:p>
    <w:p>
      <w:r>
        <w:t>[No, not yet, I do not think that..]</w:t>
      </w:r>
    </w:p>
    <w:p>
      <w:r>
        <w:t>[Okay..]</w:t>
      </w:r>
    </w:p>
    <w:p>
      <w:r>
        <w:t>[I see that.., yes..]</w:t>
      </w:r>
    </w:p>
    <w:p>
      <w:r>
        <w:t>You will have new legs, everything new, yes</w:t>
      </w:r>
    </w:p>
    <w:p>
      <w:r>
        <w:t>And only "Be strong and courageous in your serv..", in faith, in.. in the service of Hashem</w:t>
      </w:r>
    </w:p>
    <w:p>
      <w:r>
        <w:t>[Yes]</w:t>
      </w:r>
    </w:p>
    <w:p>
      <w:r>
        <w:t>One can, to Hashem, blessed be He, one can draw close to Hashem, blessed be He, only through this—that one believes in Hashem and in the Torah, that one believes {in Hashem..}, that one believes</w:t>
      </w:r>
    </w:p>
    <w:p>
      <w:r>
        <w:t>[Yes]</w:t>
      </w:r>
    </w:p>
    <w:p>
      <w:r>
        <w:t>Only, only to say this holy name:</w:t>
      </w:r>
    </w:p>
    <w:p>
      <w:r>
        <w:t>"Na Na..ch Na..chma Na..ch..man MeUman"</w:t>
      </w:r>
    </w:p>
    <w:p>
      <w:r>
        <w:t>That is it, it turns everything around for good</w:t>
      </w:r>
    </w:p>
    <w:p>
      <w:r>
        <w:t>Yes, that we merited, {yes}</w:t>
      </w:r>
    </w:p>
    <w:p>
      <w:r>
        <w:t>Heal.., healings and salvations, everything, it turns everything around only, only for good</w:t>
      </w:r>
    </w:p>
    <w:p>
      <w:r>
        <w:t>If one suffers? Immediately: "Na Nach.. Nachman MeUman", yes, that is it, it turns everything around</w:t>
      </w:r>
    </w:p>
    <w:p>
      <w:r>
        <w:t>Yes, his name is "Nachman", and Nachman is {m.. Moshe} Rabbainu</w:t>
      </w:r>
    </w:p>
    <w:p>
      <w:r>
        <w:t>"Na Na..ch Na..chma Na..ch..man MeUman"</w:t>
      </w:r>
    </w:p>
    <w:p>
      <w:r>
        <w:t>This turns everything around</w:t>
      </w:r>
    </w:p>
    <w:p>
      <w:r>
        <w:t>[Yes]</w:t>
      </w:r>
    </w:p>
    <w:p>
      <w:r>
        <w:t>All the troubles and all the suffering and all the evil and all the heresies and all the troubles</w:t>
      </w:r>
    </w:p>
    <w:p>
      <w:r>
        <w:t>It turns around and renews for the good</w:t>
      </w:r>
    </w:p>
    <w:p>
      <w:r>
        <w:t>[…………….…….]</w:t>
      </w:r>
    </w:p>
    <w:p>
      <w:r>
        <w:t>[…………………..]</w:t>
      </w:r>
    </w:p>
    <w:p>
      <w:r>
        <w:t>[You know that you helped me very much during the visit when you were at my place]</w:t>
      </w:r>
    </w:p>
    <w:p>
      <w:r>
        <w:t>Rebbe Yisroel (Kardonner) lived in Chevron, and he came to Teveria for me, for me</w:t>
      </w:r>
    </w:p>
    <w:p>
      <w:r>
        <w:t>He {approached}, to find me, and he found me in Teveria</w:t>
      </w:r>
    </w:p>
    <w:p>
      <w:r>
        <w:t>[Who are you talking about?]</w:t>
      </w:r>
    </w:p>
    <w:p>
      <w:r>
        <w:t>[Rebbe Yisroel (Kardonner)]</w:t>
      </w:r>
    </w:p>
    <w:p>
      <w:r>
        <w:t>About me</w:t>
      </w:r>
    </w:p>
    <w:p>
      <w:r>
        <w:t>[Yes]</w:t>
      </w:r>
    </w:p>
    <w:p>
      <w:r>
        <w:t>He is new, "Nachman", "Na Nach Nachma Nachman MeUman"</w:t>
      </w:r>
    </w:p>
    <w:p>
      <w:r>
        <w:t>This makes everything new, he is new and he makes everything new</w:t>
      </w:r>
    </w:p>
    <w:p>
      <w:r>
        <w:t>Truth, such truth does not exist in the world, such a light does not exist in the world</w:t>
      </w:r>
    </w:p>
    <w:p>
      <w:r>
        <w:t>This surpasses everything, the entire Torah, ev.., everything</w:t>
      </w:r>
    </w:p>
    <w:p>
      <w:r>
        <w:t>[Yes]</w:t>
      </w:r>
    </w:p>
    <w:p>
      <w:r>
        <w:t>Yes, at any rate you have with what to strengthen yourself and become completely renewed</w:t>
      </w:r>
    </w:p>
    <w:p>
      <w:r>
        <w:t>New, new</w:t>
      </w:r>
    </w:p>
    <w:p>
      <w:r>
        <w:t>And he makes us, we are very broken, and he makes everything whole</w:t>
      </w:r>
    </w:p>
    <w:p>
      <w:r>
        <w:t>New, he renews</w:t>
      </w:r>
    </w:p>
    <w:p>
      <w:r>
        <w:t>[Yes]…</w:t>
      </w:r>
    </w:p>
    <w:p>
      <w:pPr>
        <w:pStyle w:val="Heading2"/>
      </w:pPr>
      <w:r>
        <w:t>Side B (Bais)</w:t>
      </w:r>
    </w:p>
    <w:p>
      <w:r>
        <w:t>...he renews</w:t>
      </w:r>
    </w:p>
    <w:p>
      <w:r>
        <w:t>[..]</w:t>
      </w:r>
    </w:p>
    <w:p>
      <w:r>
        <w:t>"Be strong and courageous", "Be strong and courageous"</w:t>
      </w:r>
    </w:p>
    <w:p>
      <w:r>
        <w:t>[I am trying, I am trying]</w:t>
      </w:r>
    </w:p>
    <w:p>
      <w:r>
        <w:t>Be strong in faith, in.. in the truth, this is truth</w:t>
      </w:r>
    </w:p>
    <w:p>
      <w:r>
        <w:t>Heresy is falsehood</w:t>
      </w:r>
    </w:p>
    <w:p>
      <w:r>
        <w:t>And this, faith is truth, {..}…</w:t>
      </w:r>
    </w:p>
    <w:p>
      <w:r>
        <w:t>...this is such a good thing, new, it has never existed</w:t>
      </w:r>
    </w:p>
    <w:p>
      <w:r>
        <w:t>And it sweetens, nullifies, and breaks all the evil</w:t>
      </w:r>
    </w:p>
    <w:p>
      <w:r>
        <w:t>[Since when are you..]…</w:t>
      </w:r>
    </w:p>
    <w:p>
      <w:r>
        <w:t>..."Na Na..ch Na..chma Na..ch..man MeUman"</w:t>
      </w:r>
    </w:p>
    <w:p>
      <w:r>
        <w:t>And the mother told me that you are feeling better</w:t>
      </w:r>
    </w:p>
    <w:p>
      <w:r>
        <w:t>[Good, wonderful]</w:t>
      </w:r>
    </w:p>
    <w:p>
      <w:r>
        <w:t>Yes, yes</w:t>
      </w:r>
    </w:p>
    <w:p>
      <w:r>
        <w:t>[Abba, I will go, we will go already]</w:t>
      </w:r>
    </w:p>
    <w:p>
      <w:r>
        <w:t>Yes, go, go</w:t>
      </w:r>
    </w:p>
    <w:p>
      <w:r>
        <w:t>[Yes]</w:t>
      </w:r>
    </w:p>
    <w:p>
      <w:r>
        <w:t>{..}</w:t>
      </w:r>
    </w:p>
    <w:p>
      <w:r>
        <w:t>[Abba, before we go, y...]…</w:t>
      </w:r>
    </w:p>
    <w:p>
      <w:r>
        <w:t>...[Saba and the friends sing:</w:t>
      </w:r>
    </w:p>
    <w:p>
      <w:r>
        <w:t>"Na Na..ch Na..chma Na..ch..man MeUman.."]</w:t>
      </w:r>
    </w:p>
    <w:p>
      <w:r>
        <w:t>[I am telling you from experience, me, I had an amulet, not, not, not such a small one, I had a "scroll" from here to the door…]</w:t>
      </w:r>
    </w:p>
    <w:p>
      <w:r>
        <w:t>[……]</w:t>
      </w:r>
    </w:p>
    <w:p>
      <w:r>
        <w:t>[I had a "scroll"; when I drew close to Saba there was a "scroll"….</w:t>
      </w:r>
    </w:p>
    <w:p>
      <w:r>
        <w:t>Some rabbi…. door, such a “scroll"..]</w:t>
      </w:r>
    </w:p>
    <w:p>
      <w:r>
        <w:t>(Saba coughs)</w:t>
      </w:r>
    </w:p>
    <w:p>
      <w:r>
        <w:t>We sent it, thank God…. We sent it, all the troubles went away..</w:t>
      </w:r>
    </w:p>
    <w:p>
      <w:r>
        <w:t>Nachman…. Laugh or do not laugh, this is how they saw, such a "scroll" from here to here… an amulet</w:t>
      </w:r>
    </w:p>
    <w:p>
      <w:r>
        <w:t>We sent it instead of putting it away for burial, we sent it, at that moment we sent it….</w:t>
      </w:r>
    </w:p>
    <w:p>
      <w:r>
        <w:t>And not to use the holy names, right….</w:t>
      </w:r>
    </w:p>
    <w:p>
      <w:r>
        <w:t>An amulet, only to write "Na Na..ch.. MeUman"—this is the..</w:t>
      </w:r>
    </w:p>
    <w:p>
      <w:r>
        <w:t>Once they asked the Baal Shem Tov: "Are we permitted to use amulets?”</w:t>
      </w:r>
    </w:p>
    <w:p>
      <w:r>
        <w:t>So he said: “{does not use amulets}”</w:t>
      </w:r>
    </w:p>
    <w:p>
      <w:r>
        <w:t>He said: “Open the amulet"</w:t>
      </w:r>
    </w:p>
    <w:p>
      <w:r>
        <w:t>It was written: “Yisroel the Baal Shem Tov"]</w:t>
      </w:r>
    </w:p>
    <w:p>
      <w:r>
        <w:t>[Yes, you know what, I am remembering now.. Pshh.. what encouragement]</w:t>
      </w:r>
    </w:p>
    <w:p>
      <w:r>
        <w:t>[….]</w:t>
      </w:r>
    </w:p>
    <w:p>
      <w:r>
        <w:t>[Now I remembered…]</w:t>
      </w:r>
    </w:p>
    <w:p>
      <w:r>
        <w:t>[..there was.., my wife had, she did not know that all the troubles……]</w:t>
      </w:r>
    </w:p>
    <w:p>
      <w:r>
        <w:t>Ah.. ah.. ah.. ah..</w:t>
      </w:r>
    </w:p>
    <w:p>
      <w:r>
        <w:t>[The friends sing:</w:t>
      </w:r>
    </w:p>
    <w:p>
      <w:r>
        <w:t>"Na Na..ch Na..chma Na..ch..man MeUman"]</w:t>
      </w:r>
    </w:p>
    <w:p>
      <w:r>
        <w:t>[What is this, an amulet like this I have never seen in my life….</w:t>
      </w:r>
    </w:p>
    <w:p>
      <w:r>
        <w:t>I did not like how…. I buried it in the ground, it was written there ….</w:t>
      </w:r>
    </w:p>
    <w:p>
      <w:r>
        <w:t>Afterward I will no longer have problems..]</w:t>
      </w:r>
    </w:p>
    <w:p>
      <w:r>
        <w:t>[...but Rabbi Kaduri is a strong rabbi..]</w:t>
      </w:r>
    </w:p>
    <w:p>
      <w:r>
        <w:t>Rabbi Kaduri does not matter.., this is not a matter of Rabbi Kaduri….</w:t>
      </w:r>
    </w:p>
    <w:p>
      <w:r>
        <w:t>We do not.., all the..]…</w:t>
      </w:r>
    </w:p>
    <w:p>
      <w:r>
        <w:t>…[…. this is a miser, this, this is everything]</w:t>
      </w:r>
    </w:p>
    <w:p>
      <w:r>
        <w:t>[This is …. yours]</w:t>
      </w:r>
    </w:p>
    <w:p>
      <w:r>
        <w:t>[..]</w:t>
      </w:r>
    </w:p>
    <w:p>
      <w:r>
        <w:t>[It is an amulet, so what, it is not…..]</w:t>
      </w:r>
    </w:p>
    <w:p>
      <w:r>
        <w:t>[……..]</w:t>
      </w:r>
    </w:p>
    <w:p>
      <w:r>
        <w:t>{...}</w:t>
      </w:r>
    </w:p>
    <w:p>
      <w:r>
        <w:t>[Look, look, you asked him, and because th.., if, granted, if you had not asked him and had put both of them together, perhaps this.. you fulfilled your obligation</w:t>
      </w:r>
    </w:p>
    <w:p>
      <w:r>
        <w:t>But the moment you asked him and he answered you, then it is very important, as it were, according to my way</w:t>
      </w:r>
    </w:p>
    <w:p>
      <w:r>
        <w:t>Very important th.., as it were.. despite, how do you say? He told you plainly</w:t>
      </w:r>
    </w:p>
    <w:p>
      <w:r>
        <w:t>It turns everything around, meaning even if you put all of them together]</w:t>
      </w:r>
    </w:p>
    <w:p>
      <w:r>
        <w:t>(Saba coughs)</w:t>
      </w:r>
    </w:p>
    <w:p>
      <w:r>
        <w:t>[Even k…]...</w:t>
      </w:r>
    </w:p>
    <w:p>
      <w:r>
        <w:t>...[Saba and the friends sing:</w:t>
      </w:r>
    </w:p>
    <w:p>
      <w:r>
        <w:t>"In You they trusted.."]</w:t>
      </w:r>
    </w:p>
    <w:p>
      <w:r>
        <w:t>[……]…</w:t>
      </w:r>
    </w:p>
    <w:p>
      <w:r>
        <w:t>...[Saba and the friends sing:</w:t>
      </w:r>
    </w:p>
    <w:p>
      <w:r>
        <w:t>"In You they trusted..”]...</w:t>
      </w:r>
    </w:p>
    <w:p>
      <w:r>
        <w:t>...they say that we found a new thing, a new bomb called "trusted"</w:t>
      </w:r>
    </w:p>
    <w:p>
      <w:r>
        <w:t>[…...]…</w:t>
      </w:r>
    </w:p>
    <w:p>
      <w:r>
        <w:t>...[“Trusted, trusted, trusted..”]...</w:t>
      </w:r>
    </w:p>
    <w:p>
      <w:r>
        <w:t>...{..}</w:t>
      </w:r>
    </w:p>
    <w:p>
      <w:r>
        <w:t>[Did they find the note or did they not find it?]</w:t>
      </w:r>
    </w:p>
    <w:p>
      <w:r>
        <w:t>No, they did not find it</w:t>
      </w:r>
    </w:p>
    <w:p>
      <w:r>
        <w:t>[They did not find it, but the journalist told you, the journalist..]</w:t>
      </w:r>
    </w:p>
    <w:p>
      <w:r>
        <w:t>Yes</w:t>
      </w:r>
    </w:p>
    <w:p>
      <w:r>
        <w:t>[The journalist, what did he tell you? "There are in this note..”]</w:t>
      </w:r>
    </w:p>
    <w:p>
      <w:r>
        <w:t>"Clear signs of the redemption”</w:t>
      </w:r>
    </w:p>
    <w:p>
      <w:r>
        <w:t>[……….…..]</w:t>
      </w:r>
    </w:p>
    <w:p>
      <w:r>
        <w:t>[……………]…</w:t>
      </w:r>
    </w:p>
    <w:p>
      <w:r>
        <w:t>...ah.. ah</w:t>
      </w:r>
    </w:p>
    <w:p>
      <w:r>
        <w:t>[Ah.. ah..]…</w:t>
      </w:r>
    </w:p>
    <w:p>
      <w:r>
        <w:t>...[……………..]...</w:t>
      </w:r>
    </w:p>
    <w:p>
      <w:r>
        <w:br w:type="page"/>
      </w:r>
    </w:p>
    <w:p>
      <w:pPr>
        <w:pStyle w:val="Heading1"/>
      </w:pPr>
      <w:r>
        <w:t>Tape 44</w:t>
      </w:r>
    </w:p>
    <w:p>
      <w:pPr>
        <w:pStyle w:val="Heading2"/>
      </w:pPr>
      <w:r>
        <w:t>Side A (Aleph)</w:t>
      </w:r>
    </w:p>
    <w:p>
      <w:r>
        <w:t>...[Saba and the friends sing:</w:t>
      </w:r>
    </w:p>
    <w:p>
      <w:r>
        <w:t>"Na Naḥ Naḥma Naḥman MeUman.."</w:t>
      </w:r>
    </w:p>
    <w:p>
      <w:r>
        <w:t>[……..]</w:t>
      </w:r>
    </w:p>
    <w:p>
      <w:r>
        <w:t>[…..…]</w:t>
      </w:r>
    </w:p>
    <w:p>
      <w:r>
        <w:t>[Zion Barzilai sings:</w:t>
      </w:r>
    </w:p>
    <w:p>
      <w:r>
        <w:t>"Fortunate are we, how good is our portion, that we merited a Petek from Rabbainu..” to the melody of "Na Naḥ.."]</w:t>
      </w:r>
    </w:p>
    <w:p>
      <w:r>
        <w:t>[……..]</w:t>
      </w:r>
    </w:p>
    <w:p>
      <w:r>
        <w:t>[……..]...</w:t>
      </w:r>
    </w:p>
    <w:p>
      <w:r>
        <w:t>...[A cassette with talks of Rabbainu, and he returned in repentance, began laying tefillin and wearing tzitzis]</w:t>
      </w:r>
    </w:p>
    <w:p>
      <w:r>
        <w:t>Yes?</w:t>
      </w:r>
    </w:p>
    <w:p>
      <w:r>
        <w:t>[Yes, he asked: "What is Breslov? What is Breslov? What is it?"</w:t>
      </w:r>
    </w:p>
    <w:p>
      <w:r>
        <w:t>He sh.., he cried, he yesh.., he, he had weeping]</w:t>
      </w:r>
    </w:p>
    <w:p>
      <w:r>
        <w:t>Yes</w:t>
      </w:r>
    </w:p>
    <w:p>
      <w:r>
        <w:t>[Weeping and great thoughts of repentance]…</w:t>
      </w:r>
    </w:p>
    <w:p>
      <w:r>
        <w:t>...Ah?</w:t>
      </w:r>
    </w:p>
    <w:p>
      <w:r>
        <w:t>[A cassette with the story of how you received the Petek, with the story of the Petek]</w:t>
      </w:r>
    </w:p>
    <w:p>
      <w:r>
        <w:t>With the story of the Petek?</w:t>
      </w:r>
    </w:p>
    <w:p>
      <w:r>
        <w:t>[Yes, on the cassette also with melodies</w:t>
      </w:r>
    </w:p>
    <w:p>
      <w:r>
        <w:t>Saba, pray for me that I will engage in this; do I need to engage in this?</w:t>
      </w:r>
    </w:p>
    <w:p>
      <w:r>
        <w:t>Perhaps I do not need to engage in this, in melodies? Is it good? Perhaps not, not good?]</w:t>
      </w:r>
    </w:p>
    <w:p>
      <w:r>
        <w:t>Melodies are very good</w:t>
      </w:r>
    </w:p>
    <w:p>
      <w:r>
        <w:t>[It is good]</w:t>
      </w:r>
    </w:p>
    <w:p>
      <w:r>
        <w:t>Only the main thing is truth, truth and faith</w:t>
      </w:r>
    </w:p>
    <w:p>
      <w:r>
        <w:t>[Saba, pray for me that I will merit to play in truth, pray for me, pray, I.. a melody is a great thing..] Ah?</w:t>
      </w:r>
    </w:p>
    <w:p>
      <w:r>
        <w:t>[A melody is a great thing]</w:t>
      </w:r>
    </w:p>
    <w:p>
      <w:r>
        <w:t>Ah</w:t>
      </w:r>
    </w:p>
    <w:p>
      <w:r>
        <w:t>[Ho..]</w:t>
      </w:r>
    </w:p>
    <w:p>
      <w:r>
        <w:t>[But the baal davar, all the time he wants to introduce pride and falsehood</w:t>
      </w:r>
    </w:p>
    <w:p>
      <w:r>
        <w:t>I need to pray that I will not fall; bless me, Saba, that I will not fall]</w:t>
      </w:r>
    </w:p>
    <w:p>
      <w:r>
        <w:t>Hashem will bless you, that you will merit to overcome all the obstacles</w:t>
      </w:r>
    </w:p>
    <w:p>
      <w:r>
        <w:t>All the things that distance one from, from the truth</w:t>
      </w:r>
    </w:p>
    <w:p>
      <w:r>
        <w:t>[Amen, amen, amen, I pray about this a lot, pray</w:t>
      </w:r>
    </w:p>
    <w:p>
      <w:r>
        <w:t>Rabbainu said, Rabbainu, he said:</w:t>
      </w:r>
    </w:p>
    <w:p>
      <w:r>
        <w:t>"If I say one Torah of mine with the melody and the dance, then free choice will be nullified"]</w:t>
      </w:r>
    </w:p>
    <w:p>
      <w:r>
        <w:t>Yes</w:t>
      </w:r>
    </w:p>
    <w:p>
      <w:r>
        <w:t>[That is what Rabbainu said]</w:t>
      </w:r>
    </w:p>
    <w:p>
      <w:r>
        <w:t>Yes</w:t>
      </w:r>
    </w:p>
    <w:p>
      <w:r>
        <w:t>[Yes]…</w:t>
      </w:r>
    </w:p>
    <w:p>
      <w:r>
        <w:t>…{..}...</w:t>
      </w:r>
    </w:p>
    <w:p>
      <w:r>
        <w:t>...{He will win} [I have won and I will win]...</w:t>
      </w:r>
    </w:p>
    <w:p>
      <w:r>
        <w:t>...{...}, the whole world and the whole Torah, it is everything, of each and every one all, all the troubles and th..</w:t>
      </w:r>
    </w:p>
    <w:p>
      <w:r>
        <w:t>[Saba, bless me]…</w:t>
      </w:r>
    </w:p>
    <w:p>
      <w:r>
        <w:t>...that we merit to draw close to Hashem, blessed be He, in truth</w:t>
      </w:r>
    </w:p>
    <w:p>
      <w:r>
        <w:t>[Amen]</w:t>
      </w:r>
    </w:p>
    <w:p>
      <w:r>
        <w:t>Amen...</w:t>
      </w:r>
    </w:p>
    <w:p>
      <w:r>
        <w:t>...the compassion for each one of Israel</w:t>
      </w:r>
    </w:p>
    <w:p>
      <w:r>
        <w:t>What is this? We already have, already, "Likutay Moharan" and "Sipuray Maasiyos" and th.. such lights; how can we sleep? How..?…</w:t>
      </w:r>
    </w:p>
    <w:p>
      <w:r>
        <w:t>...I spoke with you a little, a little</w:t>
      </w:r>
    </w:p>
    <w:p>
      <w:r>
        <w:t>But I am lacking, I lack more, more, more and more, yes</w:t>
      </w:r>
    </w:p>
    <w:p>
      <w:r>
        <w:t>We need to be the first soldiers, to run into the fire</w:t>
      </w:r>
    </w:p>
    <w:p>
      <w:r>
        <w:t>And to run and conquer the whole world</w:t>
      </w:r>
    </w:p>
    <w:p>
      <w:r>
        <w:t>Ah...</w:t>
      </w:r>
    </w:p>
    <w:p>
      <w:r>
        <w:t>...about this, about this, that we knew such a thing, and we are sleeping</w:t>
      </w:r>
    </w:p>
    <w:p>
      <w:r>
        <w:t>[Ay.. Ay.. Ay..]</w:t>
      </w:r>
    </w:p>
    <w:p>
      <w:r>
        <w:t>[What will I do? I?]</w:t>
      </w:r>
    </w:p>
    <w:p>
      <w:r>
        <w:t>We, I am afraid, God forbid, that they will rule, oy..</w:t>
      </w:r>
    </w:p>
    <w:p>
      <w:r>
        <w:t>Oy, oy.. We.., I must sit</w:t>
      </w:r>
    </w:p>
    <w:p>
      <w:r>
        <w:t>[Sit, good]</w:t>
      </w:r>
    </w:p>
    <w:p>
      <w:r>
        <w:t>And see you</w:t>
      </w:r>
    </w:p>
    <w:p>
      <w:r>
        <w:t>[Tell him that I am putting for him .. the pillow, yes, the right-hand one ...]</w:t>
      </w:r>
    </w:p>
    <w:p>
      <w:r>
        <w:t>Ah..</w:t>
      </w:r>
    </w:p>
    <w:p>
      <w:r>
        <w:t>Who is this?</w:t>
      </w:r>
    </w:p>
    <w:p>
      <w:r>
        <w:t>[This is Yosef from Tzfas]</w:t>
      </w:r>
    </w:p>
    <w:p>
      <w:r>
        <w:t>[Yosef Dayaḥ]</w:t>
      </w:r>
    </w:p>
    <w:p>
      <w:r>
        <w:t>[...]</w:t>
      </w:r>
    </w:p>
    <w:p>
      <w:r>
        <w:t>Yosef Dayesh?</w:t>
      </w:r>
    </w:p>
    <w:p>
      <w:r>
        <w:t>[Dayaḥ, Dayaḥ]</w:t>
      </w:r>
    </w:p>
    <w:p>
      <w:r>
        <w:t>Ah?</w:t>
      </w:r>
    </w:p>
    <w:p>
      <w:r>
        <w:t>[Yosef Dayaḥ]</w:t>
      </w:r>
    </w:p>
    <w:p>
      <w:r>
        <w:t>Yosef..</w:t>
      </w:r>
    </w:p>
    <w:p>
      <w:r>
        <w:t>[Dayaḥ]</w:t>
      </w:r>
    </w:p>
    <w:p>
      <w:r>
        <w:t>Dayaḥ?</w:t>
      </w:r>
    </w:p>
    <w:p>
      <w:r>
        <w:t>[Tell him..]</w:t>
      </w:r>
    </w:p>
    <w:p>
      <w:r>
        <w:t>[From Tzfas, Yosef..]</w:t>
      </w:r>
    </w:p>
    <w:p>
      <w:r>
        <w:t>{….}</w:t>
      </w:r>
    </w:p>
    <w:p>
      <w:r>
        <w:t>[Yosef Dayaḥ]</w:t>
      </w:r>
    </w:p>
    <w:p>
      <w:r>
        <w:t>Yosef Deutsch?</w:t>
      </w:r>
    </w:p>
    <w:p>
      <w:r>
        <w:t>[Yes]</w:t>
      </w:r>
    </w:p>
    <w:p>
      <w:r>
        <w:t>What is your name? Yosef..? Yosef Deutsch?</w:t>
      </w:r>
    </w:p>
    <w:p>
      <w:r>
        <w:t>[Deutsch]</w:t>
      </w:r>
    </w:p>
    <w:p>
      <w:r>
        <w:t>[..very German, no? Are you from Germany?]</w:t>
      </w:r>
    </w:p>
    <w:p>
      <w:r>
        <w:t>[Saba]</w:t>
      </w:r>
    </w:p>
    <w:p>
      <w:r>
        <w:t>[His grandfather is German, the grandfather..]</w:t>
      </w:r>
    </w:p>
    <w:p>
      <w:r>
        <w:t>Ah?</w:t>
      </w:r>
    </w:p>
    <w:p>
      <w:r>
        <w:t>[His grandfather is from Germany]</w:t>
      </w:r>
    </w:p>
    <w:p>
      <w:r>
        <w:t>[Saba, Yosef from Tzfas]</w:t>
      </w:r>
    </w:p>
    <w:p>
      <w:r>
        <w:t>Yosef from Tzfas</w:t>
      </w:r>
    </w:p>
    <w:p>
      <w:r>
        <w:t>[Yes]</w:t>
      </w:r>
    </w:p>
    <w:p>
      <w:r>
        <w:t>My grandfather is from Germany?</w:t>
      </w:r>
    </w:p>
    <w:p>
      <w:r>
        <w:t>[That is what he said]</w:t>
      </w:r>
    </w:p>
    <w:p>
      <w:r>
        <w:t>[Was]</w:t>
      </w:r>
    </w:p>
    <w:p>
      <w:r>
        <w:t>[Was]</w:t>
      </w:r>
    </w:p>
    <w:p>
      <w:r>
        <w:t>Was</w:t>
      </w:r>
    </w:p>
    <w:p>
      <w:r>
        <w:t>[Was Deutsch]</w:t>
      </w:r>
    </w:p>
    <w:p>
      <w:r>
        <w:t>Deutsch</w:t>
      </w:r>
    </w:p>
    <w:p>
      <w:r>
        <w:t>And this one?</w:t>
      </w:r>
    </w:p>
    <w:p>
      <w:r>
        <w:t>[This is Yisroel]</w:t>
      </w:r>
    </w:p>
    <w:p>
      <w:r>
        <w:t>[Yisroel Dagan]</w:t>
      </w:r>
    </w:p>
    <w:p>
      <w:r>
        <w:t>Yisroel Dagan, nu..</w:t>
      </w:r>
    </w:p>
    <w:p>
      <w:r>
        <w:t>[What..]</w:t>
      </w:r>
    </w:p>
    <w:p>
      <w:r>
        <w:t>We will make..</w:t>
      </w:r>
    </w:p>
    <w:p>
      <w:r>
        <w:t>[A group]</w:t>
      </w:r>
    </w:p>
    <w:p>
      <w:r>
        <w:t>Kibbu.., a group, and we will open a store over the whole, over the whole world</w:t>
      </w:r>
    </w:p>
    <w:p>
      <w:r>
        <w:t>[“Over the whole world”]</w:t>
      </w:r>
    </w:p>
    <w:p>
      <w:r>
        <w:t>{Yes}</w:t>
      </w:r>
    </w:p>
    <w:p>
      <w:r>
        <w:t>[Perhaps, perhaps we will make a few songs?]</w:t>
      </w:r>
    </w:p>
    <w:p>
      <w:r>
        <w:t>[Ask him, what merchandise..?]</w:t>
      </w:r>
    </w:p>
    <w:p>
      <w:r>
        <w:t>[Perhaps we will play a little..]</w:t>
      </w:r>
    </w:p>
    <w:p>
      <w:r>
        <w:t>[‘Trusted’?]</w:t>
      </w:r>
    </w:p>
    <w:p>
      <w:r>
        <w:t>[Ah, ‘trusted’,‘trusted’]</w:t>
      </w:r>
    </w:p>
    <w:p>
      <w:r>
        <w:t>[No, no, no, now he is speaking..]</w:t>
      </w:r>
    </w:p>
    <w:p>
      <w:r>
        <w:t>[Let him hear, let h.., let hear]</w:t>
      </w:r>
    </w:p>
    <w:p>
      <w:r>
        <w:t>[When he speaks..]</w:t>
      </w:r>
    </w:p>
    <w:p>
      <w:r>
        <w:t>[What will we sell?]</w:t>
      </w:r>
    </w:p>
    <w:p>
      <w:r>
        <w:t>[..An auspicious time]</w:t>
      </w:r>
    </w:p>
    <w:p>
      <w:r>
        <w:t>[What merchandise will we sell?]</w:t>
      </w:r>
    </w:p>
    <w:p>
      <w:r>
        <w:t>{..}</w:t>
      </w:r>
    </w:p>
    <w:p>
      <w:r>
        <w:t>If we have only one page from "Likutay Tfilos" {such}, etc., etc., etc...</w:t>
      </w:r>
    </w:p>
    <w:p>
      <w:r>
        <w:t>This is truly such a pity..</w:t>
      </w:r>
    </w:p>
    <w:p>
      <w:r>
        <w:t>[Ho, wa..]</w:t>
      </w:r>
    </w:p>
    <w:p>
      <w:r>
        <w:t>That cannot be described</w:t>
      </w:r>
    </w:p>
    <w:p>
      <w:r>
        <w:t>[Ay..]</w:t>
      </w:r>
    </w:p>
    <w:p>
      <w:r>
        <w:t>Where are we? Where are we? Where are our families, our offspring? Where, where are we?</w:t>
      </w:r>
    </w:p>
    <w:p>
      <w:r>
        <w:t>There is already in the world such a "Likutay Tfilos"</w:t>
      </w:r>
    </w:p>
    <w:p>
      <w:r>
        <w:t>And such a "Likutay Moharan" and such a "Likutay Halachos"</w:t>
      </w:r>
    </w:p>
    <w:p>
      <w:r>
        <w:t>How is it possible? How is it possible to sleep?</w:t>
      </w:r>
    </w:p>
    <w:p>
      <w:r>
        <w:t>And we too need only always to speak, to speak before the world about Rabbainu, of blessed memory, and to bring them to Rabbainu, of blessed memory. Is this Yosef from Tzfas?</w:t>
      </w:r>
    </w:p>
    <w:p>
      <w:r>
        <w:t>[Yes]</w:t>
      </w:r>
    </w:p>
    <w:p>
      <w:r>
        <w:t>Do you know me?</w:t>
      </w:r>
    </w:p>
    <w:p>
      <w:r>
        <w:t>[Yes]</w:t>
      </w:r>
    </w:p>
    <w:p>
      <w:r>
        <w:t>[…]</w:t>
      </w:r>
    </w:p>
    <w:p>
      <w:r>
        <w:t>[All the time..]</w:t>
      </w:r>
    </w:p>
    <w:p>
      <w:r>
        <w:t>We need to make, make</w:t>
      </w:r>
    </w:p>
    <w:p>
      <w:r>
        <w:t>[…]</w:t>
      </w:r>
    </w:p>
    <w:p>
      <w:r>
        <w:t>A large gathering, and to see all kinds of counsel to have compassion on the world, on us and on our offspring and on the whole world</w:t>
      </w:r>
    </w:p>
    <w:p>
      <w:r>
        <w:t>To see what this is, what this is; were there, were there, were there already, were there, were there already such words in the world?</w:t>
      </w:r>
    </w:p>
    <w:p>
      <w:r>
        <w:t>Now we need to think and give all our strength to this, yes</w:t>
      </w:r>
    </w:p>
    <w:p>
      <w:r>
        <w:t>"Money”, "paper”, what is this?</w:t>
      </w:r>
    </w:p>
    <w:p>
      <w:r>
        <w:t>[……..]</w:t>
      </w:r>
    </w:p>
    <w:p>
      <w:r>
        <w:t>[……..]</w:t>
      </w:r>
    </w:p>
    <w:p>
      <w:r>
        <w:t>We need each time to renew ourselves {and see\be} good friends, yes</w:t>
      </w:r>
    </w:p>
    <w:p>
      <w:r>
        <w:t>And to have compassion on us and on our offspring and on the whole world</w:t>
      </w:r>
    </w:p>
    <w:p>
      <w:r>
        <w:t>Are you from Russia?</w:t>
      </w:r>
    </w:p>
    <w:p>
      <w:r>
        <w:t>Who is Yosef, Yosef, Yosef from Tzfas, who is this?</w:t>
      </w:r>
    </w:p>
    <w:p>
      <w:r>
        <w:t>[He is new, new]</w:t>
      </w:r>
    </w:p>
    <w:p>
      <w:r>
        <w:t>New? Was he born in Russia?</w:t>
      </w:r>
    </w:p>
    <w:p>
      <w:r>
        <w:t>[He was born in Poland, in Poland]</w:t>
      </w:r>
    </w:p>
    <w:p>
      <w:r>
        <w:t>In Poland</w:t>
      </w:r>
    </w:p>
    <w:p>
      <w:r>
        <w:t>[Were you born in Poland?]</w:t>
      </w:r>
    </w:p>
    <w:p>
      <w:r>
        <w:t>[Yes]</w:t>
      </w:r>
    </w:p>
    <w:p>
      <w:r>
        <w:t>[Yes]</w:t>
      </w:r>
    </w:p>
    <w:p>
      <w:r>
        <w:t>[It seems to me he knows..]</w:t>
      </w:r>
    </w:p>
    <w:p>
      <w:r>
        <w:t>[Yes?]</w:t>
      </w:r>
    </w:p>
    <w:p>
      <w:r>
        <w:t>[Certainly]</w:t>
      </w:r>
    </w:p>
    <w:p>
      <w:r>
        <w:t>[He knows everyone]</w:t>
      </w:r>
    </w:p>
    <w:p>
      <w:r>
        <w:t>Oy, oy</w:t>
      </w:r>
    </w:p>
    <w:p>
      <w:r>
        <w:t>[So apparently we need to pray about this]</w:t>
      </w:r>
    </w:p>
    <w:p>
      <w:r>
        <w:t>[From now, Saba, from now]</w:t>
      </w:r>
    </w:p>
    <w:p>
      <w:r>
        <w:t>[To find and friends..]</w:t>
      </w:r>
    </w:p>
    <w:p>
      <w:r>
        <w:t>Ah?</w:t>
      </w:r>
    </w:p>
    <w:p>
      <w:r>
        <w:t>[And..]</w:t>
      </w:r>
    </w:p>
    <w:p>
      <w:r>
        <w:t>[From now, everything from now]</w:t>
      </w:r>
    </w:p>
    <w:p>
      <w:r>
        <w:t>[To spread, to spread]</w:t>
      </w:r>
    </w:p>
    <w:p>
      <w:r>
        <w:t>From now</w:t>
      </w:r>
    </w:p>
    <w:p>
      <w:r>
        <w:t>[..In prayer, to pray]</w:t>
      </w:r>
    </w:p>
    <w:p>
      <w:r>
        <w:t>[……]</w:t>
      </w:r>
    </w:p>
    <w:p>
      <w:r>
        <w:t>[{….} To pray about this, we need, we need to pray about this; for the time being we need to engage in..</w:t>
      </w:r>
    </w:p>
    <w:p>
      <w:r>
        <w:t>To engage in prayer about this matter, that we find good friends, one another</w:t>
      </w:r>
    </w:p>
    <w:p>
      <w:r>
        <w:t>And that we merit to spread the light of Rabbainu, of blessed memory, throughout the whole world]</w:t>
      </w:r>
    </w:p>
    <w:p>
      <w:r>
        <w:t>If only; this is the main thing of all main things</w:t>
      </w:r>
    </w:p>
    <w:p>
      <w:r>
        <w:t>[Zion, just before you came I asked him about this, I told him:</w:t>
      </w:r>
    </w:p>
    <w:p>
      <w:r>
        <w:t>"That it is difficult for us to arrive at conversations with people in fear of Heaven"</w:t>
      </w:r>
    </w:p>
    <w:p>
      <w:r>
        <w:t>Then he said: “In the field"]</w:t>
      </w:r>
    </w:p>
    <w:p>
      <w:r>
        <w:t>[“In the field"]</w:t>
      </w:r>
    </w:p>
    <w:p>
      <w:r>
        <w:t>Each one, each one, all the strength that he has, with his family and with..</w:t>
      </w:r>
    </w:p>
    <w:p>
      <w:r>
        <w:t>Will bring here, to illuminate in the world the light of Rabbainu, and this will be a new world</w:t>
      </w:r>
    </w:p>
    <w:p>
      <w:r>
        <w:t>[…..]</w:t>
      </w:r>
    </w:p>
    <w:p>
      <w:r>
        <w:t>What is this? What is this?</w:t>
      </w:r>
    </w:p>
    <w:p>
      <w:r>
        <w:t>[Oy vey]</w:t>
      </w:r>
    </w:p>
    <w:p>
      <w:r>
        <w:t>Ah</w:t>
      </w:r>
    </w:p>
    <w:p>
      <w:r>
        <w:t>[…]</w:t>
      </w:r>
    </w:p>
    <w:p>
      <w:r>
        <w:t>{…}, we need good friends</w:t>
      </w:r>
    </w:p>
    <w:p>
      <w:r>
        <w:t>[Ay..]</w:t>
      </w:r>
    </w:p>
    <w:p>
      <w:r>
        <w:t>[…..]</w:t>
      </w:r>
    </w:p>
    <w:p>
      <w:r>
        <w:t>[We need to sing, to sing]</w:t>
      </w:r>
    </w:p>
    <w:p>
      <w:r>
        <w:t>[Give me the guitar]</w:t>
      </w:r>
    </w:p>
    <w:p>
      <w:r>
        <w:t>[Bring, bring him a melody, a melody]</w:t>
      </w:r>
    </w:p>
    <w:p>
      <w:r>
        <w:t>[Saba, we want a little joy, joy, we want joy]</w:t>
      </w:r>
    </w:p>
    <w:p>
      <w:r>
        <w:t>Yes?</w:t>
      </w:r>
    </w:p>
    <w:p>
      <w:r>
        <w:t>[Yes]</w:t>
      </w:r>
    </w:p>
    <w:p>
      <w:r>
        <w:t>["In You they trusted", we need ‘trusted’.. 'trusted', 'trusted', 'trusted'.. ‘trusted’]</w:t>
      </w:r>
    </w:p>
    <w:p>
      <w:r>
        <w:t>[Dagan plays]</w:t>
      </w:r>
    </w:p>
    <w:p>
      <w:r>
        <w:t>[To drum?]</w:t>
      </w:r>
    </w:p>
    <w:p>
      <w:r>
        <w:t>Does he know how to play?</w:t>
      </w:r>
    </w:p>
    <w:p>
      <w:r>
        <w:t>[……]</w:t>
      </w:r>
    </w:p>
    <w:p>
      <w:r>
        <w:t>[..….]</w:t>
      </w:r>
    </w:p>
    <w:p>
      <w:r>
        <w:t>Does he know like, like ours? Like, what is he called? Yisroel Dagan</w:t>
      </w:r>
    </w:p>
    <w:p>
      <w:r>
        <w:t>[Yes]</w:t>
      </w:r>
    </w:p>
    <w:p>
      <w:r>
        <w:t>[He..]</w:t>
      </w:r>
    </w:p>
    <w:p>
      <w:r>
        <w:t>[Nu, Yisroel Dagan is playing]</w:t>
      </w:r>
    </w:p>
    <w:p>
      <w:r>
        <w:t>Ah?</w:t>
      </w:r>
    </w:p>
    <w:p>
      <w:r>
        <w:t>[Yes, he knows just like Yisroel Dagan]</w:t>
      </w:r>
    </w:p>
    <w:p>
      <w:r>
        <w:t>[This is Yisroel Dagan]</w:t>
      </w:r>
    </w:p>
    <w:p>
      <w:r>
        <w:t>[“In You they trusted..”]</w:t>
      </w:r>
    </w:p>
    <w:p>
      <w:r>
        <w:t>{..}</w:t>
      </w:r>
    </w:p>
    <w:p>
      <w:r>
        <w:t>[This is Yisroel Dagan]</w:t>
      </w:r>
    </w:p>
    <w:p>
      <w:r>
        <w:t>Yes?</w:t>
      </w:r>
    </w:p>
    <w:p>
      <w:r>
        <w:t>[He himself]</w:t>
      </w:r>
    </w:p>
    <w:p>
      <w:r>
        <w:t>[The friends sing and Yisroel Dagan plays the song:</w:t>
      </w:r>
    </w:p>
    <w:p>
      <w:r>
        <w:t>“In You our fathers trusted, in You they trusted and You delivered them, to You they cried out and escaped, in You they trusted and were not ashamed..”</w:t>
      </w:r>
    </w:p>
    <w:p>
      <w:r>
        <w:t>(Saba rouses the friends)]</w:t>
      </w:r>
    </w:p>
    <w:p>
      <w:r>
        <w:t>We already have prepared everything that we need</w:t>
      </w:r>
    </w:p>
    <w:p>
      <w:r>
        <w:t>[It is already prepared]</w:t>
      </w:r>
    </w:p>
    <w:p>
      <w:r>
        <w:t>[It is prepared]</w:t>
      </w:r>
    </w:p>
    <w:p>
      <w:r>
        <w:t>{Only f..}, the holy Rabbainu has already prepared everything for the redemption..</w:t>
      </w:r>
    </w:p>
    <w:p>
      <w:r>
        <w:t>[……]</w:t>
      </w:r>
    </w:p>
    <w:p>
      <w:r>
        <w:t>[Record this..]</w:t>
      </w:r>
    </w:p>
    <w:p>
      <w:r>
        <w:t>For all the {redemptions}, for all..</w:t>
      </w:r>
    </w:p>
    <w:p>
      <w:r>
        <w:t>[Everything is recorded]</w:t>
      </w:r>
    </w:p>
    <w:p>
      <w:r>
        <w:t>For all the deliverances</w:t>
      </w:r>
    </w:p>
    <w:p>
      <w:r>
        <w:t>[The friends continue to sing and play:</w:t>
      </w:r>
    </w:p>
    <w:p>
      <w:r>
        <w:t>“In You our fathers trusted, in You they trusted and You delivered them, to You they cried out and escaped, in You they trusted and were not ashamed..” Afterward they sing:</w:t>
      </w:r>
    </w:p>
    <w:p>
      <w:r>
        <w:t>“Na NaCh NaChMa NaChMaN MeUman..” to several tunes</w:t>
      </w:r>
    </w:p>
    <w:p>
      <w:r>
        <w:t>Afterward they sing:</w:t>
      </w:r>
    </w:p>
    <w:p>
      <w:r>
        <w:t>“In You our fathers trusted, in You they trusted and You delivered them, to You they cried out and escaped, in You they trusted and were not ashamed..”</w:t>
      </w:r>
    </w:p>
    <w:p>
      <w:r>
        <w:t>(Saba rouses the friends)]</w:t>
      </w:r>
    </w:p>
    <w:p>
      <w:r>
        <w:t>{….} the Jews..</w:t>
      </w:r>
    </w:p>
    <w:p>
      <w:r>
        <w:t>[Eh?]</w:t>
      </w:r>
    </w:p>
    <w:p>
      <w:r>
        <w:t>We found.. new, a new weapon</w:t>
      </w:r>
    </w:p>
    <w:p>
      <w:r>
        <w:t>[A new weapon]</w:t>
      </w:r>
    </w:p>
    <w:p>
      <w:r>
        <w:t>Completely new</w:t>
      </w:r>
    </w:p>
    <w:p>
      <w:r>
        <w:t>[‘Trusted’]</w:t>
      </w:r>
    </w:p>
    <w:p>
      <w:r>
        <w:t>{While they are trying}, they will be ashamed to raise their faces to us</w:t>
      </w:r>
    </w:p>
    <w:p>
      <w:r>
        <w:t>[…….]</w:t>
      </w:r>
    </w:p>
    <w:p>
      <w:r>
        <w:t>Nu, “we are gentiles”</w:t>
      </w:r>
    </w:p>
    <w:p>
      <w:r>
        <w:t>[The gentiles do not have them, “we do not have bombs like these”]</w:t>
      </w:r>
    </w:p>
    <w:p>
      <w:r>
        <w:t>[“Na NaCh”]</w:t>
      </w:r>
    </w:p>
    <w:p>
      <w:r>
        <w:t>[Yes, they do not have bombs like these]</w:t>
      </w:r>
    </w:p>
    <w:p>
      <w:r>
        <w:t>{..}</w:t>
      </w:r>
    </w:p>
    <w:p>
      <w:r>
        <w:t>Eh.. eh.. eh.. (Saba rouses the friends)</w:t>
      </w:r>
    </w:p>
    <w:p>
      <w:r>
        <w:t>[The friends continue to sing and Yisroel Dagan plays the song:</w:t>
      </w:r>
    </w:p>
    <w:p>
      <w:r>
        <w:t>“In You our fathers trusted, in You they trusted and You delivered them, to You they cried out and escaped, in You they trusted and were not ashamed..”</w:t>
      </w:r>
    </w:p>
    <w:p>
      <w:r>
        <w:t>(Saba rouses the friends)]</w:t>
      </w:r>
    </w:p>
    <w:p>
      <w:r>
        <w:t>[“Fortunate are we that we merited to draw close..”]</w:t>
      </w:r>
    </w:p>
    <w:p>
      <w:r>
        <w:t>[Wait, wait..]</w:t>
      </w:r>
    </w:p>
    <w:p>
      <w:r>
        <w:t>[“..to Rabbainu, fortunate are we..”]</w:t>
      </w:r>
    </w:p>
    <w:p>
      <w:r>
        <w:t>The Jews found a new weapon</w:t>
      </w:r>
    </w:p>
    <w:p>
      <w:r>
        <w:t>[What, what weapon?, Saba, what?]</w:t>
      </w:r>
    </w:p>
    <w:p>
      <w:r>
        <w:t>‘Trusted’</w:t>
      </w:r>
    </w:p>
    <w:p>
      <w:r>
        <w:t>[‘Trusted’]</w:t>
      </w:r>
    </w:p>
    <w:p>
      <w:r>
        <w:t>[The friends sing and Yisroel Dagan plays the song:</w:t>
      </w:r>
    </w:p>
    <w:p>
      <w:r>
        <w:t>“Fortunate are we that we merited to draw close to Rabbainu, fortunate are we</w:t>
      </w:r>
    </w:p>
    <w:p>
      <w:r>
        <w:t>Fortunate are we that we merited a note from Rabbainu, fortunate are we</w:t>
      </w:r>
    </w:p>
    <w:p>
      <w:r>
        <w:t>“Na NaCh NaChMa NaChMaN MeUman,” fortunate are we..”</w:t>
      </w:r>
    </w:p>
    <w:p>
      <w:r>
        <w:t>(Saba rouses the friends)]</w:t>
      </w:r>
    </w:p>
    <w:p>
      <w:r>
        <w:t>[Saba, we are singing, chanting: “Fortunate are we that we merited a note from Rabbainu..”]</w:t>
      </w:r>
    </w:p>
    <w:p>
      <w:r>
        <w:t>[Nu, we hear, we hear]</w:t>
      </w:r>
    </w:p>
    <w:p>
      <w:r>
        <w:t>[The friends continue to sing and Yisroel Dagan plays:</w:t>
      </w:r>
    </w:p>
    <w:p>
      <w:r>
        <w:t>“Fortunate are we that we merited a note from Rabbainu, fortunate are we</w:t>
      </w:r>
    </w:p>
    <w:p>
      <w:r>
        <w:t>Fortunate are we, how good is our portion, that we merited to know of Rabbainu, fortunate are we</w:t>
      </w:r>
    </w:p>
    <w:p>
      <w:r>
        <w:t>Fortunate are we, how good is our portion and how pleasant is our lot, fortunate are we..”</w:t>
      </w:r>
    </w:p>
    <w:p>
      <w:r>
        <w:t>Afterward they sing: “Na NaCh NaChMa NaChMaN MeUman..”</w:t>
      </w:r>
    </w:p>
    <w:p>
      <w:r>
        <w:t>Afterward they sing the contents of the note:</w:t>
      </w:r>
    </w:p>
    <w:p>
      <w:r>
        <w:t>“It was very difficult for me to descend to you, my precious student</w:t>
      </w:r>
    </w:p>
    <w:p>
      <w:r>
        <w:t>To tell you that I derived great pleasure from your service</w:t>
      </w:r>
    </w:p>
    <w:p>
      <w:r>
        <w:t>And concerning you I said, my little fire will smolder until Moshiach comes</w:t>
      </w:r>
    </w:p>
    <w:p>
      <w:r>
        <w:t>Be strong and courageous in your service, Na NaCh NaChMa NaChMaN MeUman</w:t>
      </w:r>
    </w:p>
    <w:p>
      <w:r>
        <w:t>And with this I shall reveal a secret to you, and it is: full and heaped from line to line, P'Tz'P'Tz'Y'H..”</w:t>
      </w:r>
    </w:p>
    <w:p>
      <w:r>
        <w:t>(Saba rouses the friends)]</w:t>
      </w:r>
    </w:p>
    <w:p>
      <w:r>
        <w:t>{We will hire..}</w:t>
      </w:r>
    </w:p>
    <w:p>
      <w:r>
        <w:t>[…]</w:t>
      </w:r>
    </w:p>
    <w:p>
      <w:r>
        <w:t>Yes, we will hire.. what? How are they c..?</w:t>
      </w:r>
    </w:p>
    <w:p>
      <w:r>
        <w:t>A car, automobiles, automobiles</w:t>
      </w:r>
    </w:p>
    <w:p>
      <w:r>
        <w:t>[Automobiles]</w:t>
      </w:r>
    </w:p>
    <w:p>
      <w:r>
        <w:t>Automobiles</w:t>
      </w:r>
    </w:p>
    <w:p>
      <w:r>
        <w:t>[We will hire automobiles, {..}..]</w:t>
      </w:r>
    </w:p>
    <w:p>
      <w:r>
        <w:t>We will go in every, every city, every city, every..</w:t>
      </w:r>
    </w:p>
    <w:p>
      <w:r>
        <w:t>[How? How..? …]</w:t>
      </w:r>
    </w:p>
    <w:p>
      <w:r>
        <w:t>[…..]</w:t>
      </w:r>
    </w:p>
    <w:p>
      <w:r>
        <w:t>[…..]</w:t>
      </w:r>
    </w:p>
    <w:p>
      <w:r>
        <w:t>[(One of the friends begins to play the violin)</w:t>
      </w:r>
    </w:p>
    <w:p>
      <w:r>
        <w:t>And then the friends sing:</w:t>
      </w:r>
    </w:p>
    <w:p>
      <w:r>
        <w:t>“Na NaCh NaChMa NaChMaN MeUman..” to the melody of “There is a matter through which everything is transformed for the good..” Afterward they sing:</w:t>
      </w:r>
    </w:p>
    <w:p>
      <w:r>
        <w:t>“There is a matter through which everything is transformed for the good; it is a great mitzvah to always be joyful</w:t>
      </w:r>
    </w:p>
    <w:p>
      <w:r>
        <w:t>“Na NaCh NaChMa NaChMaN MeUman..”</w:t>
      </w:r>
    </w:p>
    <w:p>
      <w:r>
        <w:t>Afterward they sing:</w:t>
      </w:r>
    </w:p>
    <w:p>
      <w:r>
        <w:t>“Na NaCh NaChMa NaChMaN MeUman” to the melody of “You revealed Yourself..”</w:t>
      </w:r>
    </w:p>
    <w:p>
      <w:r>
        <w:t>Afterward they sing:</w:t>
      </w:r>
    </w:p>
    <w:p>
      <w:r>
        <w:t>“A woman of valor, who can find? Her worth is far beyond pearls</w:t>
      </w:r>
    </w:p>
    <w:p>
      <w:r>
        <w:t>Her husband’s heart trusts in her, and he will lack no gain</w:t>
      </w:r>
    </w:p>
    <w:p>
      <w:r>
        <w:t>She bestows good upon him and not evil, all the days of her life</w:t>
      </w:r>
    </w:p>
    <w:p>
      <w:r>
        <w:t>She seeks wool and flax, and works willingly with her hands</w:t>
      </w:r>
    </w:p>
    <w:p>
      <w:r>
        <w:t>She is like merchant ships; from afar she brings her bread</w:t>
      </w:r>
    </w:p>
    <w:p>
      <w:r>
        <w:t>She rises while it is still night, and gives food to her household and a portion to her maidens</w:t>
      </w:r>
    </w:p>
    <w:p>
      <w:r>
        <w:t>She considers a field and buys it; from the fruit of her hands she plants a vineyard</w:t>
      </w:r>
    </w:p>
    <w:p>
      <w:r>
        <w:t>She girds her loins with strength, and strengthens her arms</w:t>
      </w:r>
    </w:p>
    <w:p>
      <w:r>
        <w:t>She senses that her merchandise is good; her lamp does not go out at night</w:t>
      </w:r>
    </w:p>
    <w:p>
      <w:r>
        <w:t>She stretches her hands to the distaff, and her palms support the spindle</w:t>
      </w:r>
    </w:p>
    <w:p>
      <w:r>
        <w:t>She spreads her palm to the poor, and stretches her hands to the needy</w:t>
      </w:r>
    </w:p>
    <w:p>
      <w:r>
        <w:t>She does not fear snow for her household, for all her household is clothed in scarlet</w:t>
      </w:r>
    </w:p>
    <w:p>
      <w:r>
        <w:t>She makes coverings for herself; linen and purple are her clothing</w:t>
      </w:r>
    </w:p>
    <w:p>
      <w:r>
        <w:t>Her husband is known at the gates, when he sits with the elders of the land</w:t>
      </w:r>
    </w:p>
    <w:p>
      <w:r>
        <w:t>She makes linen and sells it, and gives a belt to the merchant</w:t>
      </w:r>
    </w:p>
    <w:p>
      <w:r>
        <w:t>Strength and splendor are her clothing, and she laughs at the final day</w:t>
      </w:r>
    </w:p>
    <w:p>
      <w:r>
        <w:t>She opens her mouth with wisdom, and the teaching of kindness is on her tongue</w:t>
      </w:r>
    </w:p>
    <w:p>
      <w:r>
        <w:t>She watches the ways of her household, and does not eat the bread of idleness</w:t>
      </w:r>
    </w:p>
    <w:p>
      <w:r>
        <w:t>Her children rise and praise her; her husband, and he extols her</w:t>
      </w:r>
    </w:p>
    <w:p>
      <w:r>
        <w:t>Many daughters have attained valor, but you have surpassed them all</w:t>
      </w:r>
    </w:p>
    <w:p>
      <w:r>
        <w:t>Charm is false and beauty is vanity; a woman who fears Hashem, she shall be praised</w:t>
      </w:r>
    </w:p>
    <w:p>
      <w:r>
        <w:t>Give her from the fruit of her hands, and let her deeds praise her at the gates..”</w:t>
      </w:r>
    </w:p>
    <w:p>
      <w:r>
        <w:t>“Strength and splendor are her clothing, and she laughs at the final day..”</w:t>
      </w:r>
    </w:p>
    <w:p>
      <w:r>
        <w:t>And afterward they sing:</w:t>
      </w:r>
    </w:p>
    <w:p>
      <w:r>
        <w:t>“Strength and splendor are her clothing, and she laughs at the final day..” (to another tune)]…</w:t>
      </w:r>
    </w:p>
    <w:p>
      <w:pPr>
        <w:pStyle w:val="Heading2"/>
      </w:pPr>
      <w:r>
        <w:t>Side B (Bais)</w:t>
      </w:r>
    </w:p>
    <w:p>
      <w:r>
        <w:t>...[The friends sing:</w:t>
      </w:r>
    </w:p>
    <w:p>
      <w:r>
        <w:t>“Strength and splendor are her clothing, and she laughs at the final day..”</w:t>
      </w:r>
    </w:p>
    <w:p>
      <w:r>
        <w:t>Afterward they sing:</w:t>
      </w:r>
    </w:p>
    <w:p>
      <w:r>
        <w:t>“In you, Rabbainu, let us rejoice; in you, Rabbainu, let us be glad; in you, Rabbainu, let us rejoice and be glad in you..”</w:t>
      </w:r>
    </w:p>
    <w:p>
      <w:r>
        <w:t>Afterward they sing:</w:t>
      </w:r>
    </w:p>
    <w:p>
      <w:r>
        <w:t>“Fortunate are we, how good is our portion, that we merited to draw close to Rabbainu</w:t>
      </w:r>
    </w:p>
    <w:p>
      <w:r>
        <w:t>Fortunate are we, how good is our portion, that we merited a note from Rabbainu..”</w:t>
      </w:r>
    </w:p>
    <w:p>
      <w:r>
        <w:t>“Na NaCh NaChMa NaChMaN MeUman..”</w:t>
      </w:r>
    </w:p>
    <w:p>
      <w:r>
        <w:t>Afterward they sing:</w:t>
      </w:r>
    </w:p>
    <w:p>
      <w:r>
        <w:t>“Who will give me a wing like a dove, I will fly to the holy tziyon, to Uman..”]</w:t>
      </w:r>
    </w:p>
    <w:p>
      <w:r>
        <w:t>[….…]</w:t>
      </w:r>
    </w:p>
    <w:p>
      <w:r>
        <w:t>[…….]</w:t>
      </w:r>
    </w:p>
    <w:p>
      <w:r>
        <w:t>[The friends sing:</w:t>
      </w:r>
    </w:p>
    <w:p>
      <w:r>
        <w:t>“Na NaCh NaChMa NaChMaN MeUman..”]</w:t>
      </w:r>
    </w:p>
    <w:p>
      <w:r>
        <w:t>[Ai.. ai.. ai.. ai..]</w:t>
      </w:r>
    </w:p>
    <w:p>
      <w:r>
        <w:t>[Saba and the friends sing:</w:t>
      </w:r>
    </w:p>
    <w:p>
      <w:r>
        <w:t>“Na NaCh NaChMa NaChMaN MeUman..”]</w:t>
      </w:r>
    </w:p>
    <w:p>
      <w:r>
        <w:t>[Saba, there is a dollar here, I want a pidyon, Yosef from Tzfas]</w:t>
      </w:r>
    </w:p>
    <w:p>
      <w:r>
        <w:t>Yosef from Tzfas</w:t>
      </w:r>
    </w:p>
    <w:p>
      <w:r>
        <w:t>[Yes]</w:t>
      </w:r>
    </w:p>
    <w:p>
      <w:r>
        <w:t>A pidyon</w:t>
      </w:r>
    </w:p>
    <w:p>
      <w:r>
        <w:t>[A pidyon, yes]</w:t>
      </w:r>
    </w:p>
    <w:p>
      <w:r>
        <w:t>Good, all right, eh, where is he? Where is he, this one?</w:t>
      </w:r>
    </w:p>
    <w:p>
      <w:r>
        <w:t>[Who is this?]</w:t>
      </w:r>
    </w:p>
    <w:p>
      <w:r>
        <w:t>Who gave the pidyon, this is the pidyon, where is this?</w:t>
      </w:r>
    </w:p>
    <w:p>
      <w:r>
        <w:t>[Here, here, here, here]</w:t>
      </w:r>
    </w:p>
    <w:p>
      <w:r>
        <w:t>Where?</w:t>
      </w:r>
    </w:p>
    <w:p>
      <w:r>
        <w:t>[Here, here he is]</w:t>
      </w:r>
    </w:p>
    <w:p>
      <w:r>
        <w:t>{What about the…}</w:t>
      </w:r>
    </w:p>
    <w:p>
      <w:r>
        <w:t>[……….]</w:t>
      </w:r>
    </w:p>
    <w:p>
      <w:r>
        <w:t>[……….]</w:t>
      </w:r>
    </w:p>
    <w:p>
      <w:r>
        <w:t>[He wants to give you..]</w:t>
      </w:r>
    </w:p>
    <w:p>
      <w:r>
        <w:t>{Nachman}, what is he?</w:t>
      </w:r>
    </w:p>
    <w:p>
      <w:r>
        <w:t>[What is the name?]</w:t>
      </w:r>
    </w:p>
    <w:p>
      <w:r>
        <w:t>[Yosef]</w:t>
      </w:r>
    </w:p>
    <w:p>
      <w:r>
        <w:t>Yosef</w:t>
      </w:r>
    </w:p>
    <w:p>
      <w:r>
        <w:t>[Son of Sarah]</w:t>
      </w:r>
    </w:p>
    <w:p>
      <w:r>
        <w:t>Son of Sarah, from Tzfas?</w:t>
      </w:r>
    </w:p>
    <w:p>
      <w:r>
        <w:t>[Yes, make a pidyon]</w:t>
      </w:r>
    </w:p>
    <w:p>
      <w:r>
        <w:t>When will he return it?</w:t>
      </w:r>
    </w:p>
    <w:p>
      <w:r>
        <w:t>Nu, nu, I want to return it on Sunday</w:t>
      </w:r>
    </w:p>
    <w:p>
      <w:r>
        <w:t>Eh, eh, eh..</w:t>
      </w:r>
    </w:p>
    <w:p>
      <w:r>
        <w:t>[No, you take it]</w:t>
      </w:r>
    </w:p>
    <w:p>
      <w:r>
        <w:t>[What, what?]</w:t>
      </w:r>
    </w:p>
    <w:p>
      <w:r>
        <w:t>[He wants to pass it over..]</w:t>
      </w:r>
    </w:p>
    <w:p>
      <w:r>
        <w:t>How much is here?</w:t>
      </w:r>
    </w:p>
    <w:p>
      <w:r>
        <w:t>[A dollar, one green dollar]</w:t>
      </w:r>
    </w:p>
    <w:p>
      <w:r>
        <w:t>One green dollar</w:t>
      </w:r>
    </w:p>
    <w:p>
      <w:r>
        <w:t>[Yes]</w:t>
      </w:r>
    </w:p>
    <w:p>
      <w:r>
        <w:t>Good, nu</w:t>
      </w:r>
    </w:p>
    <w:p>
      <w:r>
        <w:t>[Yosef]</w:t>
      </w:r>
    </w:p>
    <w:p>
      <w:r>
        <w:t>Yosef..</w:t>
      </w:r>
    </w:p>
    <w:p>
      <w:r>
        <w:t>[Son of Sarah, son of Sarah]</w:t>
      </w:r>
    </w:p>
    <w:p>
      <w:r>
        <w:t>Son of Sarah</w:t>
      </w:r>
    </w:p>
    <w:p>
      <w:r>
        <w:t>[That he should stop sleeping]</w:t>
      </w:r>
    </w:p>
    <w:p>
      <w:r>
        <w:t>Eh, I want to sleep, there is..</w:t>
      </w:r>
    </w:p>
    <w:p>
      <w:r>
        <w:t>[Children?]</w:t>
      </w:r>
    </w:p>
    <w:p>
      <w:r>
        <w:t>Eh.. eh, eh..</w:t>
      </w:r>
    </w:p>
    <w:p>
      <w:r>
        <w:t>[There are children]</w:t>
      </w:r>
    </w:p>
    <w:p>
      <w:r>
        <w:t>Eh?</w:t>
      </w:r>
    </w:p>
    <w:p>
      <w:r>
        <w:t>[………]</w:t>
      </w:r>
    </w:p>
    <w:p>
      <w:r>
        <w:t>[…..….]...</w:t>
      </w:r>
    </w:p>
    <w:p>
      <w:r>
        <w:t>...Heavy, heavy, I already forgot, nu..</w:t>
      </w:r>
    </w:p>
    <w:p>
      <w:r>
        <w:t>[“Na NaCh NaCh Ma..”]</w:t>
      </w:r>
    </w:p>
    <w:p>
      <w:r>
        <w:t>Liver</w:t>
      </w:r>
    </w:p>
    <w:p>
      <w:r>
        <w:t>[[[Liver]]]</w:t>
      </w:r>
    </w:p>
    <w:p>
      <w:r>
        <w:t>[……..]</w:t>
      </w:r>
    </w:p>
    <w:p>
      <w:r>
        <w:t>[……..]</w:t>
      </w:r>
    </w:p>
    <w:p>
      <w:r>
        <w:t>[He went to bring]</w:t>
      </w:r>
    </w:p>
    <w:p>
      <w:r>
        <w:t>[Saba, Saba]</w:t>
      </w:r>
    </w:p>
    <w:p>
      <w:r>
        <w:t>[Saba, to whom should this be given?]…</w:t>
      </w:r>
    </w:p>
    <w:p>
      <w:r>
        <w:t>...Eh?</w:t>
      </w:r>
    </w:p>
    <w:p>
      <w:r>
        <w:t>[He wants you to perform a pidyon for him]</w:t>
      </w:r>
    </w:p>
    <w:p>
      <w:r>
        <w:t>What pidyon?</w:t>
      </w:r>
    </w:p>
    <w:p>
      <w:r>
        <w:t>[Yosef wants you to perform a pidyon for him]</w:t>
      </w:r>
    </w:p>
    <w:p>
      <w:r>
        <w:t>I {did} already</w:t>
      </w:r>
    </w:p>
    <w:p>
      <w:r>
        <w:t>[He did]</w:t>
      </w:r>
    </w:p>
    <w:p>
      <w:r>
        <w:t>I did already</w:t>
      </w:r>
    </w:p>
    <w:p>
      <w:r>
        <w:t>[He is preparing liver now… to eat..]</w:t>
      </w:r>
    </w:p>
    <w:p>
      <w:r>
        <w:t>[Ah, so now I should keep this?]</w:t>
      </w:r>
    </w:p>
    <w:p>
      <w:r>
        <w:t>{Yes, it is possible}</w:t>
      </w:r>
    </w:p>
    <w:p>
      <w:r>
        <w:t>[What does one do with one dollar?]</w:t>
      </w:r>
    </w:p>
    <w:p>
      <w:r>
        <w:t>[…]…</w:t>
      </w:r>
    </w:p>
    <w:p>
      <w:r>
        <w:t>...[…….]</w:t>
      </w:r>
    </w:p>
    <w:p>
      <w:r>
        <w:t>[…….…]</w:t>
      </w:r>
    </w:p>
    <w:p>
      <w:r>
        <w:t>I, I want to lie down and sleep</w:t>
      </w:r>
    </w:p>
    <w:p>
      <w:r>
        <w:t>[Yes, help him]...</w:t>
      </w:r>
    </w:p>
    <w:p>
      <w:r>
        <w:t>...{ours}</w:t>
      </w:r>
    </w:p>
    <w:p>
      <w:r>
        <w:t>['They trusted']</w:t>
      </w:r>
    </w:p>
    <w:p>
      <w:r>
        <w:t>'They trusted'</w:t>
      </w:r>
    </w:p>
    <w:p>
      <w:r>
        <w:t>[‘They trusted’]</w:t>
      </w:r>
    </w:p>
    <w:p>
      <w:r>
        <w:t>[………]</w:t>
      </w:r>
    </w:p>
    <w:p>
      <w:r>
        <w:t>[……...]</w:t>
      </w:r>
    </w:p>
    <w:p>
      <w:r>
        <w:t>You do not understand what 'they trusted' means</w:t>
      </w:r>
    </w:p>
    <w:p>
      <w:r>
        <w:t>[What does ‘they trusted’ mean?]</w:t>
      </w:r>
    </w:p>
    <w:p>
      <w:r>
        <w:t>You do not know what 'they trusted' means</w:t>
      </w:r>
    </w:p>
    <w:p>
      <w:r>
        <w:t>[Rebbe Yisroel, I did not hear]</w:t>
      </w:r>
    </w:p>
    <w:p>
      <w:r>
        <w:t>['They trusted']</w:t>
      </w:r>
    </w:p>
    <w:p>
      <w:r>
        <w:t>[I did not hear what 'they trusted' means, I was not here]</w:t>
      </w:r>
    </w:p>
    <w:p>
      <w:r>
        <w:t>["In You they trusted, trusted, trusted..”]...</w:t>
      </w:r>
    </w:p>
    <w:p>
      <w:r>
        <w:t>...[Nachman son of Esther]</w:t>
      </w:r>
    </w:p>
    <w:p>
      <w:r>
        <w:t>Nachman son of Esther</w:t>
      </w:r>
    </w:p>
    <w:p>
      <w:r>
        <w:t>[And Esther daughter of Chana]</w:t>
      </w:r>
    </w:p>
    <w:p>
      <w:r>
        <w:t>Esther daughter of Chana</w:t>
      </w:r>
    </w:p>
    <w:p>
      <w:r>
        <w:t>[A complete recovery]</w:t>
      </w:r>
    </w:p>
    <w:p>
      <w:r>
        <w:t>A complete recovery and all good...</w:t>
      </w:r>
    </w:p>
    <w:p>
      <w:r>
        <w:t>...{..always}</w:t>
      </w:r>
    </w:p>
    <w:p>
      <w:r>
        <w:t>[Yes]…</w:t>
      </w:r>
    </w:p>
    <w:p>
      <w:r>
        <w:t>...{….}…</w:t>
      </w:r>
    </w:p>
    <w:p>
      <w:r>
        <w:t>...{I have no …}, I, I do not suffer from this any pain, any, any thing, eh.. eh.. eh..</w:t>
      </w:r>
    </w:p>
    <w:p>
      <w:r>
        <w:t>...I, thank God, have no illness</w:t>
      </w:r>
    </w:p>
    <w:p>
      <w:r>
        <w:t>[Thank God, I, I do not feel well, Saba]</w:t>
      </w:r>
    </w:p>
    <w:p>
      <w:r>
        <w:t>Eh?</w:t>
      </w:r>
    </w:p>
    <w:p>
      <w:r>
        <w:t>[I do not feel well]</w:t>
      </w:r>
    </w:p>
    <w:p>
      <w:r>
        <w:t>{..}, good, so I am healthy..</w:t>
      </w:r>
    </w:p>
    <w:p>
      <w:r>
        <w:t>[Thank God]</w:t>
      </w:r>
    </w:p>
    <w:p>
      <w:r>
        <w:t>Very</w:t>
      </w:r>
    </w:p>
    <w:p>
      <w:r>
        <w:t>[Thank God, Saba, thank God]</w:t>
      </w:r>
    </w:p>
    <w:p>
      <w:r>
        <w:t>Do not include me among the sick</w:t>
      </w:r>
    </w:p>
    <w:p>
      <w:r>
        <w:t>[Good, good]</w:t>
      </w:r>
    </w:p>
    <w:p>
      <w:r>
        <w:t>I can endure a lot from this</w:t>
      </w:r>
    </w:p>
    <w:p>
      <w:r>
        <w:t>[Yes, all right, because of this.., I, I sit there]</w:t>
      </w:r>
    </w:p>
    <w:p>
      <w:r>
        <w:t>I am not sick at all</w:t>
      </w:r>
    </w:p>
    <w:p>
      <w:r>
        <w:t>[Until a..]</w:t>
      </w:r>
    </w:p>
    <w:p>
      <w:r>
        <w:t>I am healthy</w:t>
      </w:r>
    </w:p>
    <w:p>
      <w:r>
        <w:t>[Until one hundred and twenty, Saba, healthy until one hundred and twenty, until Moshiach comes]</w:t>
      </w:r>
    </w:p>
    <w:p>
      <w:r>
        <w:t>They should not write about me, sick, sick</w:t>
      </w:r>
    </w:p>
    <w:p>
      <w:r>
        <w:t>[There?]</w:t>
      </w:r>
    </w:p>
    <w:p>
      <w:r>
        <w:t>[That they should not write about him, sick]</w:t>
      </w:r>
    </w:p>
    <w:p>
      <w:r>
        <w:t>[Good, good, good, perfectly all right, Saba]</w:t>
      </w:r>
    </w:p>
    <w:p>
      <w:r>
        <w:t>Good</w:t>
      </w:r>
    </w:p>
    <w:p>
      <w:r>
        <w:t>[You are healthy..]</w:t>
      </w:r>
    </w:p>
    <w:p>
      <w:r>
        <w:t>Thank you, thank you</w:t>
      </w:r>
    </w:p>
    <w:p>
      <w:r>
        <w:t>[So healthy and strong, thank God]...</w:t>
      </w:r>
    </w:p>
    <w:p>
      <w:r>
        <w:t>...{…}...</w:t>
      </w:r>
    </w:p>
    <w:p>
      <w:r>
        <w:t>...I want to sleep, so what does one do?</w:t>
      </w:r>
    </w:p>
    <w:p>
      <w:r>
        <w:t>[Sleep]</w:t>
      </w:r>
    </w:p>
    <w:p>
      <w:r>
        <w:t>I want to sleep, nu</w:t>
      </w:r>
    </w:p>
    <w:p>
      <w:r>
        <w:t>{..}, he wants to sleep and he wants to be with us</w:t>
      </w:r>
    </w:p>
    <w:p>
      <w:r>
        <w:t>[I want to be with you, "Behold, how good and how pleasant, brothers dwelling together"]</w:t>
      </w:r>
    </w:p>
    <w:p>
      <w:r>
        <w:t>Eh.. eh.. eh.. eh.. eh..</w:t>
      </w:r>
    </w:p>
    <w:p>
      <w:r>
        <w:t>[We will sleep so much, Saba, that no one will mention us, will not think of us at all]</w:t>
      </w:r>
    </w:p>
    <w:p>
      <w:r>
        <w:t>{……}, did you hear?</w:t>
      </w:r>
    </w:p>
    <w:p>
      <w:r>
        <w:t>[{……}, yo, I heard]</w:t>
      </w:r>
    </w:p>
    <w:p>
      <w:r>
        <w:t>A thing, such a thing, an avodah to speak with Hashem, blessed be He</w:t>
      </w:r>
    </w:p>
    <w:p>
      <w:r>
        <w:t>[..to speak with Hashem, blessed be He]</w:t>
      </w:r>
    </w:p>
    <w:p>
      <w:r>
        <w:t>[There is an avodah, to speak with Hashem, blessed be He]</w:t>
      </w:r>
    </w:p>
    <w:p>
      <w:r>
        <w:t>What is it?</w:t>
      </w:r>
    </w:p>
    <w:p>
      <w:r>
        <w:t>[What?]</w:t>
      </w:r>
    </w:p>
    <w:p>
      <w:r>
        <w:t>Did you hear? Such an avodah, an avodah..</w:t>
      </w:r>
    </w:p>
    <w:p>
      <w:r>
        <w:t>[A holy avodah]</w:t>
      </w:r>
    </w:p>
    <w:p>
      <w:r>
        <w:t>To speak with Hashem, blessed be He</w:t>
      </w:r>
    </w:p>
    <w:p>
      <w:r>
        <w:t>[To speak with Hashem, blessed be He]</w:t>
      </w:r>
    </w:p>
    <w:p>
      <w:r>
        <w:t>To get up to speak with Hashem, blessed be He</w:t>
      </w:r>
    </w:p>
    <w:p>
      <w:r>
        <w:t>[………]</w:t>
      </w:r>
    </w:p>
    <w:p>
      <w:r>
        <w:t>What is it?</w:t>
      </w:r>
    </w:p>
    <w:p>
      <w:r>
        <w:t>[…..]</w:t>
      </w:r>
    </w:p>
    <w:p>
      <w:r>
        <w:t>Do you want to speak with Hashem, blessed be He?</w:t>
      </w:r>
    </w:p>
    <w:p>
      <w:r>
        <w:t>Nu, nu</w:t>
      </w:r>
    </w:p>
    <w:p>
      <w:r>
        <w:t>What? What is this? "I want to sleep”, the holy Rabbainu comes and says:</w:t>
      </w:r>
    </w:p>
    <w:p>
      <w:r>
        <w:t>"No, sleep? Speak with Hashem, blessed be He"</w:t>
      </w:r>
    </w:p>
    <w:p>
      <w:r>
        <w:t>[“Behold, the Guardian of Yisroel neither slumbers nor sleeps…….. those who say every day, Shema Yisroel..”] Eh.. eh.. eh.. eh.. eh.. eh..</w:t>
      </w:r>
    </w:p>
    <w:p>
      <w:r>
        <w:t>The highest and the best, he wants to speak with Hashem, blessed be He</w:t>
      </w:r>
    </w:p>
    <w:p>
      <w:r>
        <w:t>[……...]</w:t>
      </w:r>
    </w:p>
    <w:p>
      <w:r>
        <w:t>I too, I too</w:t>
      </w:r>
    </w:p>
    <w:p>
      <w:r>
        <w:t>[……...]</w:t>
      </w:r>
    </w:p>
    <w:p>
      <w:r>
        <w:t>He wants to get up at chatzos</w:t>
      </w:r>
    </w:p>
    <w:p>
      <w:r>
        <w:t>["At night I will arise to give thanks"]</w:t>
      </w:r>
    </w:p>
    <w:p>
      <w:r>
        <w:t>But he, he wants to speak with Hashem, blessed be He</w:t>
      </w:r>
    </w:p>
    <w:p>
      <w:r>
        <w:t>[“Light is sown for the tzaddik, and joy for the upright of heart", "Light is sown for the tzaddik, and joy for the upright of heart"] Eh? Nu..</w:t>
      </w:r>
    </w:p>
    <w:p>
      <w:r>
        <w:t>{...}</w:t>
      </w:r>
    </w:p>
    <w:p>
      <w:r>
        <w:t>Who is this? Shimon? Shimon also wants to speak with Hashem, blessed be He?</w:t>
      </w:r>
    </w:p>
    <w:p>
      <w:r>
        <w:t>Eh, eh</w:t>
      </w:r>
    </w:p>
    <w:p>
      <w:r>
        <w:t>I want to lie down</w:t>
      </w:r>
    </w:p>
    <w:p>
      <w:r>
        <w:t>You want.. you want to go speak with Hashem, blessed be He</w:t>
      </w:r>
    </w:p>
    <w:p>
      <w:r>
        <w:t>Where are the sticks, my stick?</w:t>
      </w:r>
    </w:p>
    <w:p>
      <w:r>
        <w:t>["For with my staff you crossed the Jordan"]</w:t>
      </w:r>
    </w:p>
    <w:p>
      <w:r>
        <w:t>Yes? Oh, oh..</w:t>
      </w:r>
    </w:p>
    <w:p>
      <w:r>
        <w:t>[“….. I hoped for Your salvation, Hashem..”, a staff, “For with my staff, in it I hoped for Your salvation, Hashem"] {..}</w:t>
      </w:r>
    </w:p>
    <w:p>
      <w:r>
        <w:t>[….…]</w:t>
      </w:r>
    </w:p>
    <w:p>
      <w:r>
        <w:t>[…….]</w:t>
      </w:r>
    </w:p>
    <w:p>
      <w:r>
        <w:t>Yo, shoyn, I now, I want to raise the legs upward</w:t>
      </w:r>
    </w:p>
    <w:p>
      <w:r>
        <w:t>[Lift the legs onto the bed]</w:t>
      </w:r>
    </w:p>
    <w:p>
      <w:r>
        <w:t>[Up here?]</w:t>
      </w:r>
    </w:p>
    <w:p>
      <w:r>
        <w:t>[All right, I will help him..]</w:t>
      </w:r>
    </w:p>
    <w:p>
      <w:r>
        <w:t>Eh, eh, shoyn, shoyn</w:t>
      </w:r>
    </w:p>
    <w:p>
      <w:r>
        <w:t>[………]</w:t>
      </w:r>
    </w:p>
    <w:p>
      <w:r>
        <w:t>[…..….]</w:t>
      </w:r>
    </w:p>
    <w:p>
      <w:r>
        <w:t>Oh</w:t>
      </w:r>
    </w:p>
    <w:p>
      <w:r>
        <w:t>[…..]...</w:t>
      </w:r>
    </w:p>
    <w:p>
      <w:r>
        <w:t>...{..}</w:t>
      </w:r>
    </w:p>
    <w:p>
      <w:r>
        <w:t>[If only, if only]</w:t>
      </w:r>
    </w:p>
    <w:p>
      <w:r>
        <w:t>{..}</w:t>
      </w:r>
    </w:p>
    <w:p>
      <w:r>
        <w:t>[How does one merit this? Rebbe Yisroel, to get up at chatzos to speak with Hashem, blessed be He]</w:t>
      </w:r>
    </w:p>
    <w:p>
      <w:r>
        <w:t>{..}…</w:t>
      </w:r>
    </w:p>
    <w:p>
      <w:r>
        <w:t>...{…}</w:t>
      </w:r>
    </w:p>
    <w:p>
      <w:r>
        <w:t>[I am the grandson]</w:t>
      </w:r>
    </w:p>
    <w:p>
      <w:r>
        <w:t>What will become of you?</w:t>
      </w:r>
    </w:p>
    <w:p>
      <w:r>
        <w:t>[I also want to speak with Hashem, blessed be He]</w:t>
      </w:r>
    </w:p>
    <w:p>
      <w:r>
        <w:t>Eh?</w:t>
      </w:r>
    </w:p>
    <w:p>
      <w:r>
        <w:t>He also wants to speak, to speak with Hashem, blessed be He, above..</w:t>
      </w:r>
    </w:p>
    <w:p>
      <w:r>
        <w:t>[Yes]…</w:t>
      </w:r>
    </w:p>
    <w:p>
      <w:r>
        <w:t>...[Yes? How, how does one prepare the extract?]</w:t>
      </w:r>
    </w:p>
    <w:p>
      <w:r>
        <w:t>Oil, olive oil</w:t>
      </w:r>
    </w:p>
    <w:p>
      <w:r>
        <w:t>[Yes, ……]</w:t>
      </w:r>
    </w:p>
    <w:p>
      <w:r>
        <w:t>[…..]</w:t>
      </w:r>
    </w:p>
    <w:p>
      <w:r>
        <w:t>[Dear Jew, Yisroel, I want to wake him now, I am waking him,</w:t>
      </w:r>
    </w:p>
    <w:p>
      <w:r>
        <w:t>"...Na Nach Nachma Nachman MeUman..."]…</w:t>
      </w:r>
    </w:p>
    <w:p>
      <w:r>
        <w:t>...[And he tells us: “to inform, to inform, to inform", so one has to inform that….]</w:t>
      </w:r>
    </w:p>
    <w:p>
      <w:r>
        <w:t>[If he asked: “to inform, to inform, to inform", it means he exists, that he is present now, eh.. What model is the car?]</w:t>
      </w:r>
    </w:p>
    <w:p>
      <w:r>
        <w:t>[New, two years ago it was new…]…</w:t>
      </w:r>
    </w:p>
    <w:p>
      <w:r>
        <w:t>...["Na Nach Nachma Nachman.."]…</w:t>
      </w:r>
    </w:p>
    <w:p>
      <w:r>
        <w:t>...[A great merit, if only, if only I could..</w:t>
      </w:r>
    </w:p>
    <w:p>
      <w:r>
        <w:t>Saba, I ask, I have a parking place for your car..]</w:t>
      </w:r>
    </w:p>
    <w:p>
      <w:r>
        <w:t>[…..]</w:t>
      </w:r>
    </w:p>
    <w:p>
      <w:r>
        <w:t>[Come, I will honor you, with my eyes, are you willing?]</w:t>
      </w:r>
    </w:p>
    <w:p>
      <w:r>
        <w:t>[…..…]</w:t>
      </w:r>
    </w:p>
    <w:p>
      <w:r>
        <w:t>[….….]</w:t>
      </w:r>
    </w:p>
    <w:p>
      <w:r>
        <w:t>[Are you willing to come?…..]</w:t>
      </w:r>
    </w:p>
    <w:p>
      <w:r>
        <w:t>[….. whoever can ……]</w:t>
      </w:r>
    </w:p>
    <w:p>
      <w:r>
        <w:t>[No, but I do not think that abroad everyone can endure]</w:t>
      </w:r>
    </w:p>
    <w:p>
      <w:r>
        <w:t>[This, no one has ever yet offered him, that he has a parking place for the car]</w:t>
      </w:r>
    </w:p>
    <w:p>
      <w:r>
        <w:t>[This is new]</w:t>
      </w:r>
    </w:p>
    <w:p>
      <w:r>
        <w:t>[He brought a new car?..]</w:t>
      </w:r>
    </w:p>
    <w:p>
      <w:r>
        <w:t>[No, what is new is that someone invites him with a parking place]…</w:t>
      </w:r>
    </w:p>
    <w:p>
      <w:r>
        <w:t>...[………….]...</w:t>
      </w:r>
    </w:p>
    <w:p>
      <w:r>
        <w:t>...[Yes? How does one prepare the extract?]</w:t>
      </w:r>
    </w:p>
    <w:p>
      <w:r>
        <w:t>Oil, olive oil</w:t>
      </w:r>
    </w:p>
    <w:p>
      <w:r>
        <w:t>[Yes..]</w:t>
      </w:r>
    </w:p>
    <w:p>
      <w:r>
        <w:t>And juice, and juice, juice..</w:t>
      </w:r>
    </w:p>
    <w:p>
      <w:r>
        <w:t>[Tea?]</w:t>
      </w:r>
    </w:p>
    <w:p>
      <w:r>
        <w:t>Of tea</w:t>
      </w:r>
    </w:p>
    <w:p>
      <w:r>
        <w:t>[Yes?]</w:t>
      </w:r>
    </w:p>
    <w:p>
      <w:r>
        <w:t>Eh..</w:t>
      </w:r>
    </w:p>
    <w:p>
      <w:r>
        <w:t>[Strong juice? Strong juice?]</w:t>
      </w:r>
    </w:p>
    <w:p>
      <w:r>
        <w:t>No, no {need}.., strong juice, juice of..</w:t>
      </w:r>
    </w:p>
    <w:p>
      <w:r>
        <w:t>['Wissotzky' tea?]</w:t>
      </w:r>
    </w:p>
    <w:p>
      <w:r>
        <w:t>Eh?</w:t>
      </w:r>
    </w:p>
    <w:p>
      <w:r>
        <w:t>[Tea, the 'Wissotzky' tea?]</w:t>
      </w:r>
    </w:p>
    <w:p>
      <w:r>
        <w:t>Of?</w:t>
      </w:r>
    </w:p>
    <w:p>
      <w:r>
        <w:t>[Tea, tea]</w:t>
      </w:r>
    </w:p>
    <w:p>
      <w:r>
        <w:t>Tea</w:t>
      </w:r>
    </w:p>
    <w:p>
      <w:r>
        <w:t>['Wissotzky'?]</w:t>
      </w:r>
    </w:p>
    <w:p>
      <w:r>
        <w:t>[Here is tea, Saba]</w:t>
      </w:r>
    </w:p>
    <w:p>
      <w:r>
        <w:t>'Wissotzky', 'Wissotzky'</w:t>
      </w:r>
    </w:p>
    <w:p>
      <w:r>
        <w:t>[Yes]</w:t>
      </w:r>
    </w:p>
    <w:p>
      <w:r>
        <w:t>[Here is tea, here]</w:t>
      </w:r>
    </w:p>
    <w:p>
      <w:r>
        <w:t>Yes, yes</w:t>
      </w:r>
    </w:p>
    <w:p>
      <w:r>
        <w:t>[Here]</w:t>
      </w:r>
    </w:p>
    <w:p>
      <w:r>
        <w:t>This will immediately take away the entire burn</w:t>
      </w:r>
    </w:p>
    <w:p>
      <w:r>
        <w:t>[With olive oil?]</w:t>
      </w:r>
    </w:p>
    <w:p>
      <w:r>
        <w:t>The entire {burn}, the pains and all.. everything</w:t>
      </w:r>
    </w:p>
    <w:p>
      <w:r>
        <w:t>[And apply it in compresses?]</w:t>
      </w:r>
    </w:p>
    <w:p>
      <w:r>
        <w:t>Eh?</w:t>
      </w:r>
    </w:p>
    <w:p>
      <w:r>
        <w:t>[Does one need to apply compresses? In compresses?]</w:t>
      </w:r>
    </w:p>
    <w:p>
      <w:r>
        <w:t>In place?</w:t>
      </w:r>
    </w:p>
    <w:p>
      <w:r>
        <w:t>[A compress, in a compress, compresses? How to apply it?]</w:t>
      </w:r>
    </w:p>
    <w:p>
      <w:r>
        <w:t>This is more than all the remedies, than all {..}, than all, all things</w:t>
      </w:r>
    </w:p>
    <w:p>
      <w:r>
        <w:t>[Yes, yes]</w:t>
      </w:r>
    </w:p>
    <w:p>
      <w:r>
        <w:t>Than all the doctors</w:t>
      </w:r>
    </w:p>
    <w:p>
      <w:r>
        <w:t>[Yes, with cloth? Does one need to put this in..?]</w:t>
      </w:r>
    </w:p>
    <w:p>
      <w:r>
        <w:t>The doctors do not kn.., do not know of this</w:t>
      </w:r>
    </w:p>
    <w:p>
      <w:r>
        <w:t>[Yes, does one need to put it in cloth, a piece of cloth on the burn? Olive oil and tea?]</w:t>
      </w:r>
    </w:p>
    <w:p>
      <w:r>
        <w:t>Olive oil and juice..</w:t>
      </w:r>
    </w:p>
    <w:p>
      <w:r>
        <w:t>[Tea, juice..]</w:t>
      </w:r>
    </w:p>
    <w:p>
      <w:r>
        <w:t>And juice of 'Wissotzky'</w:t>
      </w:r>
    </w:p>
    <w:p>
      <w:r>
        <w:t>[Yes, together?]</w:t>
      </w:r>
    </w:p>
    <w:p>
      <w:r>
        <w:t>Together</w:t>
      </w:r>
    </w:p>
    <w:p>
      <w:r>
        <w:t>[All right]</w:t>
      </w:r>
    </w:p>
    <w:p>
      <w:r>
        <w:t>Make juice</w:t>
      </w:r>
    </w:p>
    <w:p>
      <w:r>
        <w:t>[All right] And this..</w:t>
      </w:r>
    </w:p>
    <w:p>
      <w:r>
        <w:t>[And smear it on the burn?]</w:t>
      </w:r>
    </w:p>
    <w:p>
      <w:r>
        <w:t>Yes</w:t>
      </w:r>
    </w:p>
    <w:p>
      <w:r>
        <w:t>[All right]</w:t>
      </w:r>
    </w:p>
    <w:p>
      <w:r>
        <w:t>Yes, yes, yes</w:t>
      </w:r>
    </w:p>
    <w:p>
      <w:r>
        <w:t>[In compresses?]</w:t>
      </w:r>
    </w:p>
    <w:p>
      <w:r>
        <w:t>Without any fear</w:t>
      </w:r>
    </w:p>
    <w:p>
      <w:r>
        <w:t>[Without any fear, all right, I will tell him]...</w:t>
      </w:r>
    </w:p>
    <w:p>
      <w:r>
        <w:t>...A burn, so this is {one remedy}, if a burn? Immediately it, it heals and renews everything [All right]</w:t>
      </w:r>
    </w:p>
    <w:p>
      <w:r>
        <w:t>{..}…</w:t>
      </w:r>
    </w:p>
    <w:p>
      <w:r>
        <w:t>[Yes][Yes]make juicemake juice...tea 'Wissotzky'</w:t>
      </w:r>
    </w:p>
    <w:p>
      <w:r>
        <w:t>[Yes]</w:t>
      </w:r>
    </w:p>
    <w:p>
      <w:r>
        <w:t>[Yes]</w:t>
      </w:r>
    </w:p>
    <w:p>
      <w:r>
        <w:t>Make juice</w:t>
      </w:r>
    </w:p>
    <w:p>
      <w:r>
        <w:t>Make juice</w:t>
      </w:r>
    </w:p>
    <w:p>
      <w:r>
        <w:t>[Yes]</w:t>
      </w:r>
    </w:p>
    <w:p>
      <w:r>
        <w:t>And you shall smear it, and put it on the place of the burn</w:t>
      </w:r>
    </w:p>
    <w:p>
      <w:r>
        <w:t>[Yes]</w:t>
      </w:r>
    </w:p>
    <w:p>
      <w:r>
        <w:t>Then immediately it, it will go away</w:t>
      </w:r>
    </w:p>
    <w:p>
      <w:r>
        <w:t>[Yes, and also with olive oil?]</w:t>
      </w:r>
    </w:p>
    <w:p>
      <w:r>
        <w:t>Eh?</w:t>
      </w:r>
    </w:p>
    <w:p>
      <w:r>
        <w:t>[Also together with olive oil, yes?]</w:t>
      </w:r>
    </w:p>
    <w:p>
      <w:r>
        <w:t>Maybe, the main thing is the juice, the juice of..</w:t>
      </w:r>
    </w:p>
    <w:p>
      <w:r>
        <w:t>['Wissotzky']</w:t>
      </w:r>
    </w:p>
    <w:p>
      <w:r>
        <w:t>'Wissotzky', 'Wissotzky' tea</w:t>
      </w:r>
    </w:p>
    <w:p>
      <w:r>
        <w:t>[Yes]</w:t>
      </w:r>
    </w:p>
    <w:p>
      <w:r>
        <w:t>And tea, tea</w:t>
      </w:r>
    </w:p>
    <w:p>
      <w:r>
        <w:t>[Yes]</w:t>
      </w:r>
    </w:p>
    <w:p>
      <w:r>
        <w:t>'Wissotzky'</w:t>
      </w:r>
    </w:p>
    <w:p>
      <w:r>
        <w:t>[Yes]</w:t>
      </w:r>
    </w:p>
    <w:p>
      <w:r>
        <w:t>It, it heals and re.. then, then it, it, it takes away the pains and.. and the.. immediately [all right]</w:t>
      </w:r>
    </w:p>
    <w:p>
      <w:r>
        <w:t>{Yes}…</w:t>
      </w:r>
    </w:p>
    <w:p>
      <w:r>
        <w:t>...{…...}…</w:t>
      </w:r>
    </w:p>
    <w:p>
      <w:r>
        <w:t>...[The friends sing "Mighty, Awesome, and Fearsome..”:</w:t>
      </w:r>
    </w:p>
    <w:p>
      <w:r>
        <w:t>“..Hashem, in the light of Your countenance</w:t>
      </w:r>
    </w:p>
    <w:p>
      <w:r>
        <w:t>From fear, save me; lead me to Zion, the holiness of my lot; my Lord, hear my voice</w:t>
      </w:r>
    </w:p>
    <w:p>
      <w:r>
        <w:t>Aid and sustain those who hasten; please help those who remain, Hashem, Maker of mountains</w:t>
      </w:r>
    </w:p>
    <w:p>
      <w:r>
        <w:t>Redeem Your people from the fierce, Your flock from the hand of shearers, Hashem, Maker of thunderbolts</w:t>
      </w:r>
    </w:p>
    <w:p>
      <w:r>
        <w:t>Bring near the end of consolation; have mercy on her who was not shown mercy, Hashem, Man of war</w:t>
      </w:r>
    </w:p>
    <w:p>
      <w:r>
        <w:t>Dwell, as of old, in our tents always, God our Begetter; Hashem our King, He will save us”</w:t>
      </w:r>
    </w:p>
    <w:p>
      <w:r>
        <w:t>Afterward they sing:</w:t>
      </w:r>
    </w:p>
    <w:p>
      <w:r>
        <w:t>[“Renew my joy, O God, and bring Elijah the Prophet</w:t>
      </w:r>
    </w:p>
    <w:p>
      <w:r>
        <w:t>Embolden and strengthen the feebleness of my hands; bless my work and all my deeds</w:t>
      </w:r>
    </w:p>
    <w:p>
      <w:r>
        <w:t>My Redeemer, remember my affliction and my restlessness; establish Your good word to encourage me</w:t>
      </w:r>
    </w:p>
    <w:p>
      <w:r>
        <w:t>Hasten and send, and gladden my heart, Elijah the Prophet</w:t>
      </w:r>
    </w:p>
    <w:p>
      <w:r>
        <w:t>And appoint and prepare my sufficient portion, the time of my sustenance and my prescribed bread</w:t>
      </w:r>
    </w:p>
    <w:p>
      <w:r>
        <w:t>The milk of the wealth of nations, hasten to nurse me; with Your goodness my infants and sucklings will be sated</w:t>
      </w:r>
    </w:p>
    <w:p>
      <w:r>
        <w:t>May my Messiah come to the city of my dwelling, Elijah the Prophet</w:t>
      </w:r>
    </w:p>
    <w:p>
      <w:r>
        <w:t>Establish for Your people, my Rock, a balm for binding wounds, bread to eat and a garment to wear</w:t>
      </w:r>
    </w:p>
    <w:p>
      <w:r>
        <w:t>My enemy will see, fear, and be ashamed; the abode of Mount Seir You will soon conquer</w:t>
      </w:r>
    </w:p>
    <w:p>
      <w:r>
        <w:t>My joy will grow when I see those around me, Elijah the Prophet</w:t>
      </w:r>
    </w:p>
    <w:p>
      <w:r>
        <w:t>Ammon and Moab You will swiftly destroy; Your redemption will soon be revealed to Your people</w:t>
      </w:r>
    </w:p>
    <w:p>
      <w:r>
        <w:t>Fill Zion from this people. Then we will ascend to the city of the great King</w:t>
      </w:r>
    </w:p>
    <w:p>
      <w:r>
        <w:t>Cause Elijah the Prophet to dwell among the cherished people”]</w:t>
      </w:r>
    </w:p>
    <w:p>
      <w:r>
        <w:t>[…..]</w:t>
      </w:r>
    </w:p>
    <w:p>
      <w:r>
        <w:t>{…}...</w:t>
      </w:r>
    </w:p>
    <w:p>
      <w:r>
        <w:t>...{…….fire}, {they are doing..}</w:t>
      </w:r>
    </w:p>
    <w:p>
      <w:r>
        <w:t>[...in Yiddish?]</w:t>
      </w:r>
    </w:p>
    <w:p>
      <w:r>
        <w:t>[..what is he saying]</w:t>
      </w:r>
    </w:p>
    <w:p>
      <w:r>
        <w:t>They should put it on the fire {...}..</w:t>
      </w:r>
    </w:p>
    <w:p>
      <w:r>
        <w:t>[…...]</w:t>
      </w:r>
    </w:p>
    <w:p>
      <w:r>
        <w:t>[…...]</w:t>
      </w:r>
    </w:p>
    <w:p>
      <w:r>
        <w:t>[What should be done? Saba]</w:t>
      </w:r>
    </w:p>
    <w:p>
      <w:r>
        <w:t>[Ah, put the liver on the fire]</w:t>
      </w:r>
    </w:p>
    <w:p>
      <w:r>
        <w:t>Ah..</w:t>
      </w:r>
    </w:p>
    <w:p>
      <w:r>
        <w:t>[Liver on the fire?]</w:t>
      </w:r>
    </w:p>
    <w:p>
      <w:r>
        <w:t>[Yes]</w:t>
      </w:r>
    </w:p>
    <w:p>
      <w:r>
        <w:t>[Are you already doing it?]</w:t>
      </w:r>
    </w:p>
    <w:p>
      <w:r>
        <w:t>[Certainly]</w:t>
      </w:r>
    </w:p>
    <w:p>
      <w:r>
        <w:t>[The liver on the fire]</w:t>
      </w:r>
    </w:p>
    <w:p>
      <w:r>
        <w:t>[……..]</w:t>
      </w:r>
    </w:p>
    <w:p>
      <w:r>
        <w:t>What?</w:t>
      </w:r>
    </w:p>
    <w:p>
      <w:r>
        <w:t>[……..]</w:t>
      </w:r>
    </w:p>
    <w:p>
      <w:r>
        <w:t>[……..]…</w:t>
      </w:r>
    </w:p>
    <w:p>
      <w:r>
        <w:t>...{can put it on the fire}</w:t>
      </w:r>
    </w:p>
    <w:p>
      <w:r>
        <w:t>[Like this?]</w:t>
      </w:r>
    </w:p>
    <w:p>
      <w:r>
        <w:t>{..}</w:t>
      </w:r>
    </w:p>
    <w:p>
      <w:r>
        <w:t>[All right]</w:t>
      </w:r>
    </w:p>
    <w:p>
      <w:r>
        <w:t>[Crowded?]</w:t>
      </w:r>
    </w:p>
    <w:p>
      <w:r>
        <w:t>[Yes, that is what he says]</w:t>
      </w:r>
    </w:p>
    <w:p>
      <w:r>
        <w:t>[Saba]...</w:t>
      </w:r>
    </w:p>
    <w:p>
      <w:r>
        <w:t>…[Saba]</w:t>
      </w:r>
    </w:p>
    <w:p>
      <w:r>
        <w:t>They, they are doing it</w:t>
      </w:r>
    </w:p>
    <w:p>
      <w:r>
        <w:t>[Yes, yes, they are doing it, Rebbe Yisroel]</w:t>
      </w:r>
    </w:p>
    <w:p>
      <w:r>
        <w:t>{the liver}</w:t>
      </w:r>
    </w:p>
    <w:p>
      <w:r>
        <w:t>[Yes, yes, Saba, yes, it will take a little time]</w:t>
      </w:r>
    </w:p>
    <w:p>
      <w:r>
        <w:t>[…...]</w:t>
      </w:r>
    </w:p>
    <w:p>
      <w:r>
        <w:t>Eh?</w:t>
      </w:r>
    </w:p>
    <w:p>
      <w:r>
        <w:t>[It will take a little time, but they are doing it, preparing, preparing]</w:t>
      </w:r>
    </w:p>
    <w:p>
      <w:r>
        <w:t>Ah</w:t>
      </w:r>
    </w:p>
    <w:p>
      <w:r>
        <w:t>[….]</w:t>
      </w:r>
    </w:p>
    <w:p>
      <w:r>
        <w:t>[Come take it, come, come do it yourself..]…</w:t>
      </w:r>
    </w:p>
    <w:p>
      <w:r>
        <w:t>...arak, arak</w:t>
      </w:r>
    </w:p>
    <w:p>
      <w:r>
        <w:t>[…..]</w:t>
      </w:r>
    </w:p>
    <w:p>
      <w:r>
        <w:t>It is on the outside, not inside</w:t>
      </w:r>
    </w:p>
    <w:p>
      <w:r>
        <w:t>[…..]</w:t>
      </w:r>
    </w:p>
    <w:p>
      <w:r>
        <w:t>On the outside, so it should warm up a little</w:t>
      </w:r>
    </w:p>
    <w:p>
      <w:r>
        <w:t>[Before he goes to sleep?]</w:t>
      </w:r>
    </w:p>
    <w:p>
      <w:r>
        <w:t>Eh?</w:t>
      </w:r>
    </w:p>
    <w:p>
      <w:r>
        <w:t>[Before he goes to sleep? May you merit mitzvos]…</w:t>
      </w:r>
    </w:p>
    <w:p>
      <w:r>
        <w:t>...{takes time}</w:t>
      </w:r>
    </w:p>
    <w:p>
      <w:r>
        <w:t>[……]</w:t>
      </w:r>
    </w:p>
    <w:p>
      <w:r>
        <w:t>[They are preparing it, in the kitchen]</w:t>
      </w:r>
    </w:p>
    <w:p>
      <w:r>
        <w:t>{..}</w:t>
      </w:r>
    </w:p>
    <w:p>
      <w:r>
        <w:t>[………]</w:t>
      </w:r>
    </w:p>
    <w:p>
      <w:r>
        <w:t>[………]…</w:t>
      </w:r>
    </w:p>
    <w:p>
      <w:r>
        <w:t>…[The lungs …… the lungs, what needs to be done?]</w:t>
      </w:r>
    </w:p>
    <w:p>
      <w:r>
        <w:t>[For a small child]</w:t>
      </w:r>
    </w:p>
    <w:p>
      <w:r>
        <w:t>Maybe you should put on him on the..{outside, on the lungs}, eh..</w:t>
      </w:r>
    </w:p>
    <w:p>
      <w:r>
        <w:t>[Arak]</w:t>
      </w:r>
    </w:p>
    <w:p>
      <w:r>
        <w:t>Arak</w:t>
      </w:r>
    </w:p>
    <w:p>
      <w:r>
        <w:t>[……………….]</w:t>
      </w:r>
    </w:p>
    <w:p>
      <w:r>
        <w:t>Arak, {…...} very strong</w:t>
      </w:r>
    </w:p>
    <w:p>
      <w:r>
        <w:t>{…..}, {again}</w:t>
      </w:r>
    </w:p>
    <w:p>
      <w:r>
        <w:t>[……...]</w:t>
      </w:r>
    </w:p>
    <w:p>
      <w:r>
        <w:t>What?</w:t>
      </w:r>
    </w:p>
    <w:p>
      <w:r>
        <w:t>[……...]</w:t>
      </w:r>
    </w:p>
    <w:p>
      <w:r>
        <w:t>[…..….]…</w:t>
      </w:r>
    </w:p>
    <w:p>
      <w:r>
        <w:t>...[A special appliance that does it quickly, they went to prepare it</w:t>
      </w:r>
    </w:p>
    <w:p>
      <w:r>
        <w:t>They took a special one.., a special appliance that will do it quickly, a special appliance]</w:t>
      </w:r>
    </w:p>
    <w:p>
      <w:r>
        <w:t>[Microwave]</w:t>
      </w:r>
    </w:p>
    <w:p>
      <w:r>
        <w:t>[Microwave, eh?]</w:t>
      </w:r>
    </w:p>
    <w:p>
      <w:r>
        <w:t>[……..….]</w:t>
      </w:r>
    </w:p>
    <w:p>
      <w:r>
        <w:t>[………...]</w:t>
      </w:r>
    </w:p>
    <w:p>
      <w:r>
        <w:t>[It is a problem]</w:t>
      </w:r>
    </w:p>
    <w:p>
      <w:r>
        <w:t>[I will say what it is…. the liver]</w:t>
      </w:r>
    </w:p>
    <w:p>
      <w:r>
        <w:t>Ah, ah..</w:t>
      </w:r>
    </w:p>
    <w:p>
      <w:r>
        <w:t>[All right, it is a problem of, of the appliance, not of the….]</w:t>
      </w:r>
    </w:p>
    <w:p>
      <w:r>
        <w:t>[…..]</w:t>
      </w:r>
    </w:p>
    <w:p>
      <w:r>
        <w:t>[Of the liver?]</w:t>
      </w:r>
    </w:p>
    <w:p>
      <w:r>
        <w:t>[..…………] [..…………] {.…} [..……]</w:t>
      </w:r>
    </w:p>
    <w:p>
      <w:r>
        <w:t>[...a little…. on the lowest setting, it..] [Only so it will warm it up a little] [………..]</w:t>
      </w:r>
    </w:p>
    <w:p>
      <w:r>
        <w:t>[………..]</w:t>
      </w:r>
    </w:p>
    <w:p>
      <w:r>
        <w:t>[What needs to be done? That it should burn?] [No, do not rush the matter] I do not know</w:t>
      </w:r>
    </w:p>
    <w:p>
      <w:r>
        <w:t>[It is possible to.. inside, maybe….] […….]…</w:t>
      </w:r>
    </w:p>
    <w:p>
      <w:r>
        <w:t>[.…………]... [...….………]</w:t>
      </w:r>
    </w:p>
    <w:p>
      <w:r>
        <w:t>…[It is roasting now] […..]…</w:t>
      </w:r>
    </w:p>
    <w:p>
      <w:r>
        <w:t>...[…… I do not remember, Saba, I..]</w:t>
      </w:r>
    </w:p>
    <w:p>
      <w:r>
        <w:t>{I also do not remember}</w:t>
      </w:r>
    </w:p>
    <w:p>
      <w:r>
        <w:t>[I know that he is alone, but I do not know whether he is a widower, or whether he is not..]</w:t>
      </w:r>
    </w:p>
    <w:p>
      <w:r>
        <w:t>[…….]</w:t>
      </w:r>
    </w:p>
    <w:p>
      <w:r>
        <w:t>[He is alone]...</w:t>
      </w:r>
    </w:p>
    <w:p>
      <w:r>
        <w:t>...[..boxes, boxes of the ordinary yellow]</w:t>
      </w:r>
    </w:p>
    <w:p>
      <w:r>
        <w:t>Eh?</w:t>
      </w:r>
    </w:p>
    <w:p>
      <w:r>
        <w:t>[…., boxes of the ordinary yellow?]…</w:t>
      </w:r>
    </w:p>
    <w:p>
      <w:r>
        <w:t>...{….}</w:t>
      </w:r>
    </w:p>
    <w:p>
      <w:r>
        <w:t>[He is according to our clock]...</w:t>
      </w:r>
    </w:p>
    <w:p>
      <w:r>
        <w:t>...[I live in the cave]</w:t>
      </w:r>
    </w:p>
    <w:p>
      <w:r>
        <w:t>Ah, who are you? Who are you?</w:t>
      </w:r>
    </w:p>
    <w:p>
      <w:r>
        <w:t>[Avigdor]</w:t>
      </w:r>
    </w:p>
    <w:p>
      <w:r>
        <w:t>{...}</w:t>
      </w:r>
    </w:p>
    <w:p>
      <w:r>
        <w:t>[He, he has a room at the tziyun]</w:t>
      </w:r>
    </w:p>
    <w:p>
      <w:r>
        <w:t>He has a room?</w:t>
      </w:r>
    </w:p>
    <w:p>
      <w:r>
        <w:t>[Above the tziyun, inside the tziyun, inside the tziyun of Rebbe Shimon, he has a room</w:t>
      </w:r>
    </w:p>
    <w:p>
      <w:r>
        <w:t>On the second floor, there are rooms there, so he has a room there]</w:t>
      </w:r>
    </w:p>
    <w:p>
      <w:r>
        <w:t>One room?</w:t>
      </w:r>
    </w:p>
    <w:p>
      <w:r>
        <w:t>[Yes, the second room is in doubt, there is another room there, but there it is..]…</w:t>
      </w:r>
    </w:p>
    <w:p>
      <w:r>
        <w:t>...[…..]…</w:t>
      </w:r>
    </w:p>
    <w:p>
      <w:r>
        <w:t>...[Pedida, he is located..]...</w:t>
      </w:r>
    </w:p>
    <w:p>
      <w:r>
        <w:t>...[Yes, I know him]</w:t>
      </w:r>
    </w:p>
    <w:p>
      <w:r>
        <w:t>How many children does he have?</w:t>
      </w:r>
    </w:p>
    <w:p>
      <w:r>
        <w:t>[I know two, two sons I know]</w:t>
      </w:r>
    </w:p>
    <w:p>
      <w:r>
        <w:t>Two sons</w:t>
      </w:r>
    </w:p>
    <w:p>
      <w:r>
        <w:t>[Maybe there are more, I am not..]…</w:t>
      </w:r>
    </w:p>
    <w:p>
      <w:r>
        <w:t>...Is the wife Sephardi?</w:t>
      </w:r>
    </w:p>
    <w:p>
      <w:r>
        <w:t>[It seems to me, it seems to me, either Sephardi, or Yemenite, something like that</w:t>
      </w:r>
    </w:p>
    <w:p>
      <w:r>
        <w:t>I am not certain, I am not sure..]…</w:t>
      </w:r>
    </w:p>
    <w:p>
      <w:r>
        <w:t>...No, I, I have no, no thing at Rebbe Shimon's, I have no share there]…</w:t>
      </w:r>
    </w:p>
    <w:p>
      <w:r>
        <w:t>...[I will give you my room, and you will do whatever you want inside, you will close it, yes] Eh?</w:t>
      </w:r>
    </w:p>
    <w:p>
      <w:r>
        <w:t>[Yes, it is possible, yes, that you will be, if you..</w:t>
      </w:r>
    </w:p>
    <w:p>
      <w:r>
        <w:t>I, I, it is possible to manage, it is possible to manage]</w:t>
      </w:r>
    </w:p>
    <w:p>
      <w:r>
        <w:t>Eh?</w:t>
      </w:r>
    </w:p>
    <w:p>
      <w:r>
        <w:t>[For how long you do not know, but while you are there, it is possible</w:t>
      </w:r>
    </w:p>
    <w:p>
      <w:r>
        <w:t>I do not know when the parents will come, if the parents come, I cannot tell you what..</w:t>
      </w:r>
    </w:p>
    <w:p>
      <w:r>
        <w:t>What will be, but as long as they are not present..]</w:t>
      </w:r>
    </w:p>
    <w:p>
      <w:r>
        <w:t>Ah..</w:t>
      </w:r>
    </w:p>
    <w:p>
      <w:r>
        <w:t>[As long as they are not present, it is possible]</w:t>
      </w:r>
    </w:p>
    <w:p>
      <w:r>
        <w:t>{….}, no, cannot, how many r.., {...}.., how many rooms do you have?</w:t>
      </w:r>
    </w:p>
    <w:p>
      <w:r>
        <w:t>[There are three rooms]</w:t>
      </w:r>
    </w:p>
    <w:p>
      <w:r>
        <w:t>Three, can you give me two rooms? No?</w:t>
      </w:r>
    </w:p>
    <w:p>
      <w:r>
        <w:t>[When I am alone there, I can give them, I think..]</w:t>
      </w:r>
    </w:p>
    <w:p>
      <w:r>
        <w:t>{…}, why..</w:t>
      </w:r>
    </w:p>
    <w:p>
      <w:r>
        <w:t>[..two, two]</w:t>
      </w:r>
    </w:p>
    <w:p>
      <w:r>
        <w:t>Why do you not get married?</w:t>
      </w:r>
    </w:p>
    <w:p>
      <w:r>
        <w:t>You will have children, yes, a wife, children</w:t>
      </w:r>
    </w:p>
    <w:p>
      <w:r>
        <w:t>[Yes?]</w:t>
      </w:r>
    </w:p>
    <w:p>
      <w:r>
        <w:t>Like the world</w:t>
      </w:r>
    </w:p>
    <w:p>
      <w:r>
        <w:t>[Yes?]</w:t>
      </w:r>
    </w:p>
    <w:p>
      <w:r>
        <w:t>Eh?</w:t>
      </w:r>
    </w:p>
    <w:p>
      <w:r>
        <w:t>[It, it is really, it, I..]…</w:t>
      </w:r>
    </w:p>
    <w:p>
      <w:r>
        <w:t>...In his house, of.. of..</w:t>
      </w:r>
    </w:p>
    <w:p>
      <w:r>
        <w:t>[At present I.., at present I am at Amos Levi's, but..]…</w:t>
      </w:r>
    </w:p>
    <w:p>
      <w:r>
        <w:t>...{..}</w:t>
      </w:r>
    </w:p>
    <w:p>
      <w:r>
        <w:t>[Yes]</w:t>
      </w:r>
    </w:p>
    <w:p>
      <w:r>
        <w:t>When?</w:t>
      </w:r>
    </w:p>
    <w:p>
      <w:r>
        <w:t>[We said tomorrow, bli neder tomorrow]</w:t>
      </w:r>
    </w:p>
    <w:p>
      <w:r>
        <w:t>You told me..</w:t>
      </w:r>
    </w:p>
    <w:p>
      <w:r>
        <w:t>[Yes, yes]</w:t>
      </w:r>
    </w:p>
    <w:p>
      <w:r>
        <w:t>Today</w:t>
      </w:r>
    </w:p>
    <w:p>
      <w:r>
        <w:t>[But...]</w:t>
      </w:r>
    </w:p>
    <w:p>
      <w:r>
        <w:t>Eh?</w:t>
      </w:r>
    </w:p>
    <w:p>
      <w:r>
        <w:t>[You..]</w:t>
      </w:r>
    </w:p>
    <w:p>
      <w:r>
        <w:t>What?</w:t>
      </w:r>
    </w:p>
    <w:p>
      <w:r>
        <w:t>[In the morning it is today, it is the same day, we are already Sunday]</w:t>
      </w:r>
    </w:p>
    <w:p>
      <w:r>
        <w:t>So Sunday</w:t>
      </w:r>
    </w:p>
    <w:p>
      <w:r>
        <w:t>[It is Sunday]</w:t>
      </w:r>
    </w:p>
    <w:p>
      <w:r>
        <w:t>So Monday</w:t>
      </w:r>
    </w:p>
    <w:p>
      <w:r>
        <w:t>[No, no, Sunday, Sunday]</w:t>
      </w:r>
    </w:p>
    <w:p>
      <w:r>
        <w:t>Eh?</w:t>
      </w:r>
    </w:p>
    <w:p>
      <w:r>
        <w:t>[...Saturday night]</w:t>
      </w:r>
    </w:p>
    <w:p>
      <w:r>
        <w:t>[We are Saturday night, day.., we are Sunday, Saturday night]</w:t>
      </w:r>
    </w:p>
    <w:p>
      <w:r>
        <w:t>Nu</w:t>
      </w:r>
    </w:p>
    <w:p>
      <w:r>
        <w:t>[So, so on Sunday morning]</w:t>
      </w:r>
    </w:p>
    <w:p>
      <w:r>
        <w:t>Can you give me the two hundred..</w:t>
      </w:r>
    </w:p>
    <w:p>
      <w:r>
        <w:t>[Yes]</w:t>
      </w:r>
    </w:p>
    <w:p>
      <w:r>
        <w:t>Shekels</w:t>
      </w:r>
    </w:p>
    <w:p>
      <w:r>
        <w:t>[Yes, yes, yes]</w:t>
      </w:r>
    </w:p>
    <w:p>
      <w:r>
        <w:t>{… tomorrow?}</w:t>
      </w:r>
    </w:p>
    <w:p>
      <w:r>
        <w:t>[Yes]</w:t>
      </w:r>
    </w:p>
    <w:p>
      <w:r>
        <w:t>{..}</w:t>
      </w:r>
    </w:p>
    <w:p>
      <w:r>
        <w:t>[…...]</w:t>
      </w:r>
    </w:p>
    <w:p>
      <w:r>
        <w:t>[Saba]</w:t>
      </w:r>
    </w:p>
    <w:p>
      <w:r>
        <w:t>[…...]…</w:t>
      </w:r>
    </w:p>
    <w:p>
      <w:r>
        <w:t>...{I am very weak}</w:t>
      </w:r>
    </w:p>
    <w:p>
      <w:r>
        <w:t>[Did you eat a little of the liver, of the liver?]</w:t>
      </w:r>
    </w:p>
    <w:p>
      <w:r>
        <w:t>Eh?</w:t>
      </w:r>
    </w:p>
    <w:p>
      <w:r>
        <w:t>[Did you eat of the liver, did you eat a little?]</w:t>
      </w:r>
    </w:p>
    <w:p>
      <w:r>
        <w:t>I did not eat</w:t>
      </w:r>
    </w:p>
    <w:p>
      <w:r>
        <w:t>[Eat, Saba, eat]</w:t>
      </w:r>
    </w:p>
    <w:p>
      <w:r>
        <w:t>I did not eat</w:t>
      </w:r>
    </w:p>
    <w:p>
      <w:r>
        <w:t>[Then eat, here there is liver]</w:t>
      </w:r>
    </w:p>
    <w:p>
      <w:r>
        <w:t>{..}…</w:t>
      </w:r>
    </w:p>
    <w:p>
      <w:r>
        <w:t>...[Saba, we want you to stay here]</w:t>
      </w:r>
    </w:p>
    <w:p>
      <w:r>
        <w:t>Here</w:t>
      </w:r>
    </w:p>
    <w:p>
      <w:r>
        <w:t>[With us]</w:t>
      </w:r>
    </w:p>
    <w:p>
      <w:r>
        <w:t>We will see, we will see</w:t>
      </w:r>
    </w:p>
    <w:p>
      <w:r>
        <w:t>[We want you to be here as much as possible]</w:t>
      </w:r>
    </w:p>
    <w:p>
      <w:r>
        <w:t>Yes?</w:t>
      </w:r>
    </w:p>
    <w:p>
      <w:r>
        <w:t>[Yes, what is it?]</w:t>
      </w:r>
    </w:p>
    <w:p>
      <w:r>
        <w:t>How many rooms do you have?</w:t>
      </w:r>
    </w:p>
    <w:p>
      <w:r>
        <w:t>[Five, five, it is a big house, there is room, this is your room, be here a lot</w:t>
      </w:r>
    </w:p>
    <w:p>
      <w:r>
        <w:t>The more time, the better]</w:t>
      </w:r>
    </w:p>
    <w:p>
      <w:r>
        <w:t>Yes?</w:t>
      </w:r>
    </w:p>
    <w:p>
      <w:r>
        <w:t>[Yes, we are very happy, very, very much want you to be here, that you should not go</w:t>
      </w:r>
    </w:p>
    <w:p>
      <w:r>
        <w:t>I prayed to Hashem Yisborach that you should not go from here]</w:t>
      </w:r>
    </w:p>
    <w:p>
      <w:r>
        <w:t>Eh?</w:t>
      </w:r>
    </w:p>
    <w:p>
      <w:r>
        <w:t>[I prayed to Hashem Yisborach]</w:t>
      </w:r>
    </w:p>
    <w:p>
      <w:r>
        <w:t>Nu</w:t>
      </w:r>
    </w:p>
    <w:p>
      <w:r>
        <w:t>[That you should not go from here]</w:t>
      </w:r>
    </w:p>
    <w:p>
      <w:r>
        <w:t>Yes?</w:t>
      </w:r>
    </w:p>
    <w:p>
      <w:r>
        <w:t>[Yes]</w:t>
      </w:r>
    </w:p>
    <w:p>
      <w:r>
        <w:t>We will see, we will see</w:t>
      </w:r>
    </w:p>
    <w:p>
      <w:r>
        <w:t>[Good]…</w:t>
      </w:r>
    </w:p>
    <w:p>
      <w:r>
        <w:t>...[…]</w:t>
      </w:r>
    </w:p>
    <w:p>
      <w:r>
        <w:t>Eh?</w:t>
      </w:r>
    </w:p>
    <w:p>
      <w:r>
        <w:t>[He is asking if this is good]…</w:t>
      </w:r>
    </w:p>
    <w:p>
      <w:r>
        <w:t>...Eh?</w:t>
      </w:r>
    </w:p>
    <w:p>
      <w:r>
        <w:t>[Someone who does not get married..]</w:t>
      </w:r>
    </w:p>
    <w:p>
      <w:r>
        <w:t>{Does not want to get married}, no, not true</w:t>
      </w:r>
    </w:p>
    <w:p>
      <w:r>
        <w:t>[No, he does not want to get married, perhaps he needs to be forced to get married] Ah, he does not want to get married</w:t>
      </w:r>
    </w:p>
    <w:p>
      <w:r>
        <w:t>[No, t.. t.. t.. t.. t..]…</w:t>
      </w:r>
    </w:p>
    <w:p>
      <w:r>
        <w:t>...[Yes, Rebbe Yisroel, you said, we said that..]</w:t>
      </w:r>
    </w:p>
    <w:p>
      <w:r>
        <w:t>Today…</w:t>
      </w:r>
    </w:p>
    <w:p>
      <w:r>
        <w:t>...Eh?</w:t>
      </w:r>
    </w:p>
    <w:p>
      <w:r>
        <w:t>[Now, now? Or tomorrow morning? In the morning?]</w:t>
      </w:r>
    </w:p>
    <w:p>
      <w:r>
        <w:t>[Now it is night]</w:t>
      </w:r>
    </w:p>
    <w:p>
      <w:r>
        <w:t>[In the morning? Now it is night]</w:t>
      </w:r>
    </w:p>
    <w:p>
      <w:r>
        <w:t>Nu, tomorrow morning</w:t>
      </w:r>
    </w:p>
    <w:p>
      <w:r>
        <w:t>[Yes..]</w:t>
      </w:r>
    </w:p>
    <w:p>
      <w:r>
        <w:t>{We will put on the tallis}</w:t>
      </w:r>
    </w:p>
    <w:p>
      <w:r>
        <w:t>[Yes, yes, yes, Rebbe Yisroel]</w:t>
      </w:r>
    </w:p>
    <w:p>
      <w:r>
        <w:t>Nu...</w:t>
      </w:r>
    </w:p>
    <w:p>
      <w:r>
        <w:t>...In the Karlin yeshiva</w:t>
      </w:r>
    </w:p>
    <w:p>
      <w:r>
        <w:t>Since I came to my senses, long ago, I studied in the yeshiva, in the Slonim yeshiva, but they were opponents…</w:t>
      </w:r>
    </w:p>
    <w:p>
      <w:r>
        <w:br w:type="page"/>
      </w:r>
    </w:p>
    <w:p>
      <w:pPr>
        <w:pStyle w:val="Heading1"/>
      </w:pPr>
      <w:r>
        <w:t>Tape 45</w:t>
      </w:r>
    </w:p>
    <w:p>
      <w:pPr>
        <w:pStyle w:val="Heading2"/>
      </w:pPr>
      <w:r>
        <w:t>Side A (Aleph)</w:t>
      </w:r>
    </w:p>
    <w:p>
      <w:r>
        <w:t>...{….}...</w:t>
      </w:r>
    </w:p>
    <w:p>
      <w:r>
        <w:t>[Ah]…</w:t>
      </w:r>
    </w:p>
    <w:p>
      <w:r>
        <w:t>...{..} my life, back when I was a child, I was a poor child</w:t>
      </w:r>
    </w:p>
    <w:p>
      <w:r>
        <w:t>My father was blind in both his eyes, and my mother was, was..</w:t>
      </w:r>
    </w:p>
    <w:p>
      <w:r>
        <w:t>She accepted it with love and friendship, {yes}</w:t>
      </w:r>
    </w:p>
    <w:p>
      <w:r>
        <w:t>All the days of my life, at first I studied only in the Slonim yeshiva</w:t>
      </w:r>
    </w:p>
    <w:p>
      <w:r>
        <w:t>And now I, I do not want to hear from them, such arrogant people</w:t>
      </w:r>
    </w:p>
    <w:p>
      <w:r>
        <w:t>[Arrogant people]</w:t>
      </w:r>
    </w:p>
    <w:p>
      <w:r>
        <w:t>May the Merciful One save us, they received all the money from America, they received it</w:t>
      </w:r>
    </w:p>
    <w:p>
      <w:r>
        <w:t>And they did not give even a piece of bread, yes</w:t>
      </w:r>
    </w:p>
    <w:p>
      <w:r>
        <w:t>[All the money..]</w:t>
      </w:r>
    </w:p>
    <w:p>
      <w:r>
        <w:t>{..}</w:t>
      </w:r>
    </w:p>
    <w:p>
      <w:r>
        <w:t>[From America would reach them, and they did not give him a piece of bread to eat]</w:t>
      </w:r>
    </w:p>
    <w:p>
      <w:r>
        <w:t>Rav Moshe Kliers had a son, Avraham Mordechai Kliers</w:t>
      </w:r>
    </w:p>
    <w:p>
      <w:r>
        <w:t>He made a bank fr.. from the money from America, he made a bank</w:t>
      </w:r>
    </w:p>
    <w:p>
      <w:r>
        <w:t>And his bank was richer than all the banks</w:t>
      </w:r>
    </w:p>
    <w:p>
      <w:r>
        <w:t>[You merited to eat from Rabbainu's bread]</w:t>
      </w:r>
    </w:p>
    <w:p>
      <w:r>
        <w:t>Eh?</w:t>
      </w:r>
    </w:p>
    <w:p>
      <w:r>
        <w:t>[Rabbainu's bread you merited to eat</w:t>
      </w:r>
    </w:p>
    <w:p>
      <w:r>
        <w:t>His honor merited to eat from Rabbainu's bread, you do not need Slonim's money, fortunate are you]</w:t>
      </w:r>
    </w:p>
    <w:p>
      <w:r>
        <w:t>My children did not have a piece of bread {for them} to eat</w:t>
      </w:r>
    </w:p>
    <w:p>
      <w:r>
        <w:t>And they had all the money from America with them</w:t>
      </w:r>
    </w:p>
    <w:p>
      <w:r>
        <w:t>And I did not have a shoe or bread or {all sorts of things}, or clothing</w:t>
      </w:r>
    </w:p>
    <w:p>
      <w:r>
        <w:t>For my children, I had ten children, and they all needed food and clothing</w:t>
      </w:r>
    </w:p>
    <w:p>
      <w:r>
        <w:t>And I did not have, they did n.., no, they did not give me</w:t>
      </w:r>
    </w:p>
    <w:p>
      <w:r>
        <w:t>Why? - I study Breslov books, that is the whole th.. th..</w:t>
      </w:r>
    </w:p>
    <w:p>
      <w:r>
        <w:t>[This was his whole.. “sin", that he studies Breslov books]</w:t>
      </w:r>
    </w:p>
    <w:p>
      <w:r>
        <w:t>[……….]</w:t>
      </w:r>
    </w:p>
    <w:p>
      <w:r>
        <w:t>That is Slonim, they said:</w:t>
      </w:r>
    </w:p>
    <w:p>
      <w:r>
        <w:t>“It is forbidden to have mercy on him, he needs to be among the poor at the Western Wall, not, not in the yeshiva”</w:t>
      </w:r>
    </w:p>
    <w:p>
      <w:r>
        <w:t>And they did not give me even a piece of bread for the children, they did not give me</w:t>
      </w:r>
    </w:p>
    <w:p>
      <w:r>
        <w:t>It is miracles and wonders that I am alive, I did not have a piece of bread to eat, yes, yes</w:t>
      </w:r>
    </w:p>
    <w:p>
      <w:r>
        <w:t>That is it, that is Slonim</w:t>
      </w:r>
    </w:p>
    <w:p>
      <w:r>
        <w:t>{Good, shoyn}...</w:t>
      </w:r>
    </w:p>
    <w:p>
      <w:r>
        <w:t>...{…} forgive me, I do not want to speak loshon hara even about, about any Jew, but this was truly</w:t>
      </w:r>
    </w:p>
    <w:p>
      <w:r>
        <w:t>They study, study Torah, {..Yitzchak …… Torah}</w:t>
      </w:r>
    </w:p>
    <w:p>
      <w:r>
        <w:t>They eat meals, and they did not give even a piece of bread for the children</w:t>
      </w:r>
    </w:p>
    <w:p>
      <w:r>
        <w:t>{……….Yerushalayim…..Nachman} Western Wall</w:t>
      </w:r>
    </w:p>
    <w:p>
      <w:r>
        <w:t>[……..]</w:t>
      </w:r>
    </w:p>
    <w:p>
      <w:r>
        <w:t>[Eh?]</w:t>
      </w:r>
    </w:p>
    <w:p>
      <w:r>
        <w:t>[He said the same thing in Yiddish]</w:t>
      </w:r>
    </w:p>
    <w:p>
      <w:r>
        <w:t>[What?]</w:t>
      </w:r>
    </w:p>
    <w:p>
      <w:r>
        <w:t>[He said it in Yiddish]</w:t>
      </w:r>
    </w:p>
    <w:p>
      <w:r>
        <w:t>[…………]</w:t>
      </w:r>
    </w:p>
    <w:p>
      <w:r>
        <w:t>[………...]...</w:t>
      </w:r>
    </w:p>
    <w:p>
      <w:r>
        <w:t>...{..blesses ….} and all the people of Israel with all the blessings and with all the salvations</w:t>
      </w:r>
    </w:p>
    <w:p>
      <w:r>
        <w:t>[Amen]…</w:t>
      </w:r>
    </w:p>
    <w:p>
      <w:r>
        <w:t>...{..}, not one day, one week</w:t>
      </w:r>
    </w:p>
    <w:p>
      <w:r>
        <w:t>For years I had no bread, bread, only bread to eat, neither I nor my children</w:t>
      </w:r>
    </w:p>
    <w:p>
      <w:r>
        <w:t>I did not have money to pay the tuition, so they sent the children home</w:t>
      </w:r>
    </w:p>
    <w:p>
      <w:r>
        <w:t>That is the tzaddikim, the tzaddikim, the false tzaddikim</w:t>
      </w:r>
    </w:p>
    <w:p>
      <w:r>
        <w:t>[Rebbe Yisroel, Yoav ben Saada, Yoav ben Saada]</w:t>
      </w:r>
    </w:p>
    <w:p>
      <w:r>
        <w:t>Yoav ben Saada?</w:t>
      </w:r>
    </w:p>
    <w:p>
      <w:r>
        <w:t>[Yes, and Osnat, Mrs., his wife Osnat bas Sarah]</w:t>
      </w:r>
    </w:p>
    <w:p>
      <w:r>
        <w:t>You, do you understand what I am saying?</w:t>
      </w:r>
    </w:p>
    <w:p>
      <w:r>
        <w:t>[Yes, yes, yes.. yes]</w:t>
      </w:r>
    </w:p>
    <w:p>
      <w:r>
        <w:t>“It is forbidden to have mercy, he studies Breslov books inside the yeshiva, it is forbidden to have mercy”</w:t>
      </w:r>
    </w:p>
    <w:p>
      <w:r>
        <w:t>There was Rav Alfandari</w:t>
      </w:r>
    </w:p>
    <w:p>
      <w:r>
        <w:t>[Alfandari?]</w:t>
      </w:r>
    </w:p>
    <w:p>
      <w:r>
        <w:t>Yo</w:t>
      </w:r>
    </w:p>
    <w:p>
      <w:r>
        <w:t>[Yo, yo]</w:t>
      </w:r>
    </w:p>
    <w:p>
      <w:r>
        <w:t>He was a genius, a world-class genius and a tzaddik</w:t>
      </w:r>
    </w:p>
    <w:p>
      <w:r>
        <w:t>[Yes]</w:t>
      </w:r>
    </w:p>
    <w:p>
      <w:r>
        <w:t>He asked.. I, I was with him and attended to him</w:t>
      </w:r>
    </w:p>
    <w:p>
      <w:r>
        <w:t>So, so I asked {him} to speak with them, that they should give me bread, bread to eat</w:t>
      </w:r>
    </w:p>
    <w:p>
      <w:r>
        <w:t>“No, we will give to all Israel, only to Breslov, to Breslov, no</w:t>
      </w:r>
    </w:p>
    <w:p>
      <w:r>
        <w:t>Because he studies Breslov books inside the yeshiva”</w:t>
      </w:r>
    </w:p>
    <w:p>
      <w:r>
        <w:t>[Did he speak with them? Did he speak with them? Did Rav Alfandari speak with them?]</w:t>
      </w:r>
    </w:p>
    <w:p>
      <w:r>
        <w:t>Eh?</w:t>
      </w:r>
    </w:p>
    <w:p>
      <w:r>
        <w:t>[Did Rav Alfandari speak with them?]</w:t>
      </w:r>
    </w:p>
    <w:p>
      <w:r>
        <w:t>Yo, yes</w:t>
      </w:r>
    </w:p>
    <w:p>
      <w:r>
        <w:t>[Nu, what? What..?]</w:t>
      </w:r>
    </w:p>
    <w:p>
      <w:r>
        <w:t>They gave half a lira per month</w:t>
      </w:r>
    </w:p>
    <w:p>
      <w:r>
        <w:t>[Nu, boruch Hashem]</w:t>
      </w:r>
    </w:p>
    <w:p>
      <w:r>
        <w:t>They, he said, they told him that they would not give, but they, they were afraid</w:t>
      </w:r>
    </w:p>
    <w:p>
      <w:r>
        <w:t>[Of him]</w:t>
      </w:r>
    </w:p>
    <w:p>
      <w:r>
        <w:t>He had a great name</w:t>
      </w:r>
    </w:p>
    <w:p>
      <w:r>
        <w:t>[They were afraid of him]</w:t>
      </w:r>
    </w:p>
    <w:p>
      <w:r>
        <w:t>So he, Rav Alfandari, he was a genius in Torah and..</w:t>
      </w:r>
    </w:p>
    <w:p>
      <w:r>
        <w:t>[A chassid]</w:t>
      </w:r>
    </w:p>
    <w:p>
      <w:r>
        <w:t>And a chassid</w:t>
      </w:r>
    </w:p>
    <w:p>
      <w:r>
        <w:t>[Oh..]</w:t>
      </w:r>
    </w:p>
    <w:p>
      <w:r>
        <w:t>Oh, oh, oh, ah, yes</w:t>
      </w:r>
    </w:p>
    <w:p>
      <w:r>
        <w:t>He asked me to tell him, I did not have bread to eat..</w:t>
      </w:r>
    </w:p>
    <w:p>
      <w:r>
        <w:t>[You do not need bread, you..]</w:t>
      </w:r>
    </w:p>
    <w:p>
      <w:r>
        <w:t>Bread</w:t>
      </w:r>
    </w:p>
    <w:p>
      <w:r>
        <w:t>[..Gan Eden, you do not need to eat]</w:t>
      </w:r>
    </w:p>
    <w:p>
      <w:r>
        <w:t>He, only bread alone</w:t>
      </w:r>
    </w:p>
    <w:p>
      <w:r>
        <w:t>[Yes, right]</w:t>
      </w:r>
    </w:p>
    <w:p>
      <w:r>
        <w:t>I did not have..</w:t>
      </w:r>
    </w:p>
    <w:p>
      <w:r>
        <w:t>[You do not need to eat]</w:t>
      </w:r>
    </w:p>
    <w:p>
      <w:r>
        <w:t>{I did not have..}</w:t>
      </w:r>
    </w:p>
    <w:p>
      <w:r>
        <w:t>[Fortunate are you and fortunate is your portion, how good it is for you]</w:t>
      </w:r>
    </w:p>
    <w:p>
      <w:r>
        <w:t>They had all the money from America with them</w:t>
      </w:r>
    </w:p>
    <w:p>
      <w:r>
        <w:t>[Yes]</w:t>
      </w:r>
    </w:p>
    <w:p>
      <w:r>
        <w:t>[Rebbe Yisroel, bless Yoav ben Saada]</w:t>
      </w:r>
    </w:p>
    <w:p>
      <w:r>
        <w:t>They had a name there..</w:t>
      </w:r>
    </w:p>
    <w:p>
      <w:r>
        <w:t>[He is not listening]</w:t>
      </w:r>
    </w:p>
    <w:p>
      <w:r>
        <w:t>A great name in the world, as though they were tzaddikim, yo</w:t>
      </w:r>
    </w:p>
    <w:p>
      <w:r>
        <w:t>[What do I care about Slonim]</w:t>
      </w:r>
    </w:p>
    <w:p>
      <w:r>
        <w:t>The name was throughout the world</w:t>
      </w:r>
    </w:p>
    <w:p>
      <w:r>
        <w:t>[Rebbe Yisroel, bless Yoav ben Saada]</w:t>
      </w:r>
    </w:p>
    <w:p>
      <w:r>
        <w:t>[What do you need? What do you need?]</w:t>
      </w:r>
    </w:p>
    <w:p>
      <w:r>
        <w:t>[Yoav ben Saada]</w:t>
      </w:r>
    </w:p>
    <w:p>
      <w:r>
        <w:t>Adir ben Saada</w:t>
      </w:r>
    </w:p>
    <w:p>
      <w:r>
        <w:t>[Yes]</w:t>
      </w:r>
    </w:p>
    <w:p>
      <w:r>
        <w:t>May Hashem help him with all the salvations and all, and all {}, and all the good things</w:t>
      </w:r>
    </w:p>
    <w:p>
      <w:r>
        <w:t>[Amen, in the merit of Rebbe Nachman]</w:t>
      </w:r>
    </w:p>
    <w:p>
      <w:r>
        <w:t>In the merit of our holy Rabbainu</w:t>
      </w:r>
    </w:p>
    <w:p>
      <w:r>
        <w:t>[In the merit of “Likutei Moharan”]</w:t>
      </w:r>
    </w:p>
    <w:p>
      <w:r>
        <w:t>They, they said, I am not a yeshiva student, I study Breslov books</w:t>
      </w:r>
    </w:p>
    <w:p>
      <w:r>
        <w:t>[Yes]</w:t>
      </w:r>
    </w:p>
    <w:p>
      <w:r>
        <w:t>I am not a yeshiva student, they do not want me</w:t>
      </w:r>
    </w:p>
    <w:p>
      <w:r>
        <w:t>[...]</w:t>
      </w:r>
    </w:p>
    <w:p>
      <w:r>
        <w:t>I was born in Teveria</w:t>
      </w:r>
    </w:p>
    <w:p>
      <w:r>
        <w:t>[…]</w:t>
      </w:r>
    </w:p>
    <w:p>
      <w:r>
        <w:t>This is not, they said:</w:t>
      </w:r>
    </w:p>
    <w:p>
      <w:r>
        <w:t>“No, he studies Breslov books? We will not give him, he is not a yeshiva student” It is by wondrous miracles that I remained alive, I and the children</w:t>
      </w:r>
    </w:p>
    <w:p>
      <w:r>
        <w:t>[Come on, all the best]</w:t>
      </w:r>
    </w:p>
    <w:p>
      <w:r>
        <w:t>[After the prayer he began to laugh, he did not cry..]</w:t>
      </w:r>
    </w:p>
    <w:p>
      <w:r>
        <w:t>But Hashem Yisborach has mercy, Hashem Yisborach has mercy</w:t>
      </w:r>
    </w:p>
    <w:p>
      <w:r>
        <w:t>And the truth, falls.. and th.. falsehood falls</w:t>
      </w:r>
    </w:p>
    <w:p>
      <w:r>
        <w:t>[Falsehood falls]</w:t>
      </w:r>
    </w:p>
    <w:p>
      <w:r>
        <w:t>[Falsehood falls]</w:t>
      </w:r>
    </w:p>
    <w:p>
      <w:r>
        <w:t>The truth is living and enduring</w:t>
      </w:r>
    </w:p>
    <w:p>
      <w:r>
        <w:t>[The truth is living and enduring]</w:t>
      </w:r>
    </w:p>
    <w:p>
      <w:r>
        <w:t>Falsehood, in the end, it falls</w:t>
      </w:r>
    </w:p>
    <w:p>
      <w:r>
        <w:t>[Right]</w:t>
      </w:r>
    </w:p>
    <w:p>
      <w:r>
        <w:t>I, I remember they were at the highest level</w:t>
      </w:r>
    </w:p>
    <w:p>
      <w:r>
        <w:t>[And they fell, fell]</w:t>
      </w:r>
    </w:p>
    <w:p>
      <w:r>
        <w:t>They fell..</w:t>
      </w:r>
    </w:p>
    <w:p>
      <w:r>
        <w:t>[They fell]</w:t>
      </w:r>
    </w:p>
    <w:p>
      <w:r>
        <w:t>They fell completely</w:t>
      </w:r>
    </w:p>
    <w:p>
      <w:r>
        <w:t>[Yes, yes, so shall Your enemies fall, Rebbe Nachman, yes]</w:t>
      </w:r>
    </w:p>
    <w:p>
      <w:r>
        <w:t>{...}</w:t>
      </w:r>
    </w:p>
    <w:p>
      <w:r>
        <w:t>They did not give me, neither bread nor drink</w:t>
      </w:r>
    </w:p>
    <w:p>
      <w:r>
        <w:t>“He should go to Yerushalayim among the poor who sit in Yerushalayim at the Western Wall”</w:t>
      </w:r>
    </w:p>
    <w:p>
      <w:r>
        <w:t>[They wanted him to go sit among..]</w:t>
      </w:r>
    </w:p>
    <w:p>
      <w:r>
        <w:t>No, they did not give</w:t>
      </w:r>
    </w:p>
    <w:p>
      <w:r>
        <w:t>[At the Western Wall, to collect alms]</w:t>
      </w:r>
    </w:p>
    <w:p>
      <w:r>
        <w:t>Wondrous miracles</w:t>
      </w:r>
    </w:p>
    <w:p>
      <w:r>
        <w:t>[…..]</w:t>
      </w:r>
    </w:p>
    <w:p>
      <w:r>
        <w:t>My sons do not know, do not know what an ‘alef’ is and what a ‘beis’ is, what a ‘kamatz’ is and what a ‘patach now, yo, at the yeshiva, Rosh Chodesh came, and they did n.., and did not.., and the children did not bring money</w:t>
      </w:r>
    </w:p>
    <w:p>
      <w:r>
        <w:t>So they sent them home, they could not, no, no, they did not know and there was not..</w:t>
      </w:r>
    </w:p>
    <w:p>
      <w:r>
        <w:t>Neither food nor learning, yes</w:t>
      </w:r>
    </w:p>
    <w:p>
      <w:r>
        <w:t>[Now there is no need to speak about Slonim, one needs to speak only about Rebbe Nachman</w:t>
      </w:r>
    </w:p>
    <w:p>
      <w:r>
        <w:t>That the redemption should come, let us speak about truth, not about falsehood, only Rebbe Nachman..</w:t>
      </w:r>
    </w:p>
    <w:p>
      <w:r>
        <w:t>“Open your mouth with wisdom”]</w:t>
      </w:r>
    </w:p>
    <w:p>
      <w:r>
        <w:t>Blessed are You, Hashem our God, King of the world, through Whose word everything came to be</w:t>
      </w:r>
    </w:p>
    <w:p>
      <w:r>
        <w:t>[[Amen]]</w:t>
      </w:r>
    </w:p>
    <w:p>
      <w:r>
        <w:t>Oy, oy, oy, oy, oy, oy, oy, oy, oy, oy</w:t>
      </w:r>
    </w:p>
    <w:p>
      <w:r>
        <w:t>All, all his enemies fell, they all fell</w:t>
      </w:r>
    </w:p>
    <w:p>
      <w:r>
        <w:t>[Yes, amen]</w:t>
      </w:r>
    </w:p>
    <w:p>
      <w:r>
        <w:t>No synagogue remained, not even one stone remained</w:t>
      </w:r>
    </w:p>
    <w:p>
      <w:r>
        <w:t>The government bought the place of, of their synagogue, they paid, they took a lot of money, yes</w:t>
      </w:r>
    </w:p>
    <w:p>
      <w:r>
        <w:t>[Does he speak like this all the time? Rebbe Yisroel]</w:t>
      </w:r>
    </w:p>
    <w:p>
      <w:r>
        <w:t>[No]</w:t>
      </w:r>
    </w:p>
    <w:p>
      <w:r>
        <w:t>[This is one of.., no, but.. he spoke a lot about this matter, but….]</w:t>
      </w:r>
    </w:p>
    <w:p>
      <w:r>
        <w:t>[What did I sin that he turns on Slonim]</w:t>
      </w:r>
    </w:p>
    <w:p>
      <w:r>
        <w:t>[No..]</w:t>
      </w:r>
    </w:p>
    <w:p>
      <w:r>
        <w:t>[I wanted to hear a few words about Rabbainu]</w:t>
      </w:r>
    </w:p>
    <w:p>
      <w:r>
        <w:t>[He wants to hear about Rabbainu]</w:t>
      </w:r>
    </w:p>
    <w:p>
      <w:r>
        <w:t>It is wondrous miracles that I and my children remained alive</w:t>
      </w:r>
    </w:p>
    <w:p>
      <w:r>
        <w:t>[…...]</w:t>
      </w:r>
    </w:p>
    <w:p>
      <w:r>
        <w:t>Slonim had a name throughout the world, “Slonim, Slonim, Slonim,” but falsehood</w:t>
      </w:r>
    </w:p>
    <w:p>
      <w:r>
        <w:t>[Falls]</w:t>
      </w:r>
    </w:p>
    <w:p>
      <w:r>
        <w:t>It turns over and descends and falls</w:t>
      </w:r>
    </w:p>
    <w:p>
      <w:r>
        <w:t>[When will Rabbainu come? Rebbe Nachman of Breslov, when will he come?]</w:t>
      </w:r>
    </w:p>
    <w:p>
      <w:r>
        <w:t>He will come, {…}, he has already come, he is found throughout, throughout the world</w:t>
      </w:r>
    </w:p>
    <w:p>
      <w:r>
        <w:t>[Yes?]</w:t>
      </w:r>
    </w:p>
    <w:p>
      <w:r>
        <w:t>In every Jewish heart, he studies with all Israel the way to serve Hashem in truth</w:t>
      </w:r>
    </w:p>
    <w:p>
      <w:r>
        <w:t>Such a {truth} that there was not, there was not, Rabbainu Nachman said:</w:t>
      </w:r>
    </w:p>
    <w:p>
      <w:r>
        <w:t>Like him, “A novelty {{like us}} has not yet been in the world,” Rebbe Nachman said</w:t>
      </w:r>
    </w:p>
    <w:p>
      <w:r>
        <w:t>[What? What?]</w:t>
      </w:r>
    </w:p>
    <w:p>
      <w:r>
        <w:t>[Rebbe Nachman said: “A novelty like me.. has not been in the world”]</w:t>
      </w:r>
    </w:p>
    <w:p>
      <w:r>
        <w:t>[What?]</w:t>
      </w:r>
    </w:p>
    <w:p>
      <w:r>
        <w:t>[“A novelty like me has not yet been in the world,” Rabbainu said]</w:t>
      </w:r>
    </w:p>
    <w:p>
      <w:r>
        <w:t>“A novelty like me has not yet been in the world”</w:t>
      </w:r>
    </w:p>
    <w:p>
      <w:r>
        <w:t>Nu, was he seeking honor and fame?</w:t>
      </w:r>
    </w:p>
    <w:p>
      <w:r>
        <w:t>This was {{I}}; however much he said, it still does not reach even some part of it</w:t>
      </w:r>
    </w:p>
    <w:p>
      <w:r>
        <w:t>Rebbe Nachman, he, I and.. Rebbe Nachman said:</w:t>
      </w:r>
    </w:p>
    <w:p>
      <w:r>
        <w:t>“I and Rebbe Nassan laugh at the whole world,” yes</w:t>
      </w:r>
    </w:p>
    <w:p>
      <w:r>
        <w:t>{This is not known}</w:t>
      </w:r>
    </w:p>
    <w:p>
      <w:r>
        <w:t>[Rabbainu said..]</w:t>
      </w:r>
    </w:p>
    <w:p>
      <w:r>
        <w:t>That is what he said..</w:t>
      </w:r>
    </w:p>
    <w:p>
      <w:r>
        <w:t>[“I and Rebbe Nassan laugh at the whole world”]</w:t>
      </w:r>
    </w:p>
    <w:p>
      <w:r>
        <w:t>“I and Rebbe Nassan..</w:t>
      </w:r>
    </w:p>
    <w:p>
      <w:r>
        <w:t>[“Laugh at the whole world”]</w:t>
      </w:r>
    </w:p>
    <w:p>
      <w:r>
        <w:t>“Laugh at the whole world”</w:t>
      </w:r>
    </w:p>
    <w:p>
      <w:r>
        <w:t>[“Nachman and Nassan laugh at the whole world,” that is what Rabbainu said]</w:t>
      </w:r>
    </w:p>
    <w:p>
      <w:r>
        <w:t>[Is that written in Likutei Moharan?]</w:t>
      </w:r>
    </w:p>
    <w:p>
      <w:r>
        <w:t>[That is what Rabbainu said]</w:t>
      </w:r>
    </w:p>
    <w:p>
      <w:r>
        <w:t>[And Rebbe Nachman is a reincarnation of whom?]</w:t>
      </w:r>
    </w:p>
    <w:p>
      <w:r>
        <w:t>Such words, a grandson, a grandson of the Baal Shem Tov</w:t>
      </w:r>
    </w:p>
    <w:p>
      <w:r>
        <w:t>[He is a reincarnation of whom? But]</w:t>
      </w:r>
    </w:p>
    <w:p>
      <w:r>
        <w:t>Eh?</w:t>
      </w:r>
    </w:p>
    <w:p>
      <w:r>
        <w:t>[A reincarnation, a reincarnation of whom?]</w:t>
      </w:r>
    </w:p>
    <w:p>
      <w:r>
        <w:t>What?</w:t>
      </w:r>
    </w:p>
    <w:p>
      <w:r>
        <w:t>[Rebbe Nachman is a reincarnation of whom?]</w:t>
      </w:r>
    </w:p>
    <w:p>
      <w:r>
        <w:t>A skipping of whom?</w:t>
      </w:r>
    </w:p>
    <w:p>
      <w:r>
        <w:t>[A reincarnation, a reincarnation, a perfected soul?]</w:t>
      </w:r>
    </w:p>
    <w:p>
      <w:r>
        <w:t>He rectifies the whole world, all the wicked, all the heretics, all the enemies, rectifies, they rectify</w:t>
      </w:r>
    </w:p>
    <w:p>
      <w:r>
        <w:t>[He rectifies the whole world]</w:t>
      </w:r>
    </w:p>
    <w:p>
      <w:r>
        <w:t>Rebbe Nachman said:</w:t>
      </w:r>
    </w:p>
    <w:p>
      <w:r>
        <w:t>“There are even sick people who have no cure..”</w:t>
      </w:r>
    </w:p>
    <w:p>
      <w:r>
        <w:t>[Yes]</w:t>
      </w:r>
    </w:p>
    <w:p>
      <w:r>
        <w:t>“..and I can heal even such sick people”</w:t>
      </w:r>
    </w:p>
    <w:p>
      <w:r>
        <w:t>[What?]</w:t>
      </w:r>
    </w:p>
    <w:p>
      <w:r>
        <w:t>[There are sick people who have no cure, spiritually]</w:t>
      </w:r>
    </w:p>
    <w:p>
      <w:r>
        <w:t>That is what he said..</w:t>
      </w:r>
    </w:p>
    <w:p>
      <w:r>
        <w:t>[“And I can heal them”]</w:t>
      </w:r>
    </w:p>
    <w:p>
      <w:r>
        <w:t>That is how it is written..</w:t>
      </w:r>
    </w:p>
    <w:p>
      <w:r>
        <w:t>[Rabbainu said: “That I can heal them”]</w:t>
      </w:r>
    </w:p>
    <w:p>
      <w:r>
        <w:t>In the book</w:t>
      </w:r>
    </w:p>
    <w:p>
      <w:r>
        <w:t>[Yes, in Sippurei Maasiyos, “And I heal her”]</w:t>
      </w:r>
    </w:p>
    <w:p>
      <w:r>
        <w:t>{..} two in the world, the truth is there were two, Rebbe Nachman and his student {Rabbainu..}, and Rebbe Nassan</w:t>
      </w:r>
    </w:p>
    <w:p>
      <w:r>
        <w:t>[There are two in the world?]</w:t>
      </w:r>
    </w:p>
    <w:p>
      <w:r>
        <w:t>[He said: “The world of truth”]</w:t>
      </w:r>
    </w:p>
    <w:p>
      <w:r>
        <w:t>And said:</w:t>
      </w:r>
    </w:p>
    <w:p>
      <w:r>
        <w:t>[There are two true people in the world]</w:t>
      </w:r>
    </w:p>
    <w:p>
      <w:r>
        <w:t>“I and Rebbe Nassan laugh at the whole world”</w:t>
      </w:r>
    </w:p>
    <w:p>
      <w:r>
        <w:t>[Also Rabbi Shimon and Rabbi.. Rabbi Elazar, Rabbi Shimon, Rabbi Shimon]</w:t>
      </w:r>
    </w:p>
    <w:p>
      <w:r>
        <w:t>Who, who can tell? Who can speak?</w:t>
      </w:r>
    </w:p>
    <w:p>
      <w:r>
        <w:t>There were such novelties, there is nothing here, there is nothing here to speak</w:t>
      </w:r>
    </w:p>
    <w:p>
      <w:r>
        <w:t>[Like Rabbi Shimon?]</w:t>
      </w:r>
    </w:p>
    <w:p>
      <w:r>
        <w:t>[Like Rabbainu and Rebbe Nassan]</w:t>
      </w:r>
    </w:p>
    <w:p>
      <w:r>
        <w:t>[What are you talking about]</w:t>
      </w:r>
    </w:p>
    <w:p>
      <w:r>
        <w:t>[Only Rabbainu is with Rabbi Shimon]</w:t>
      </w:r>
    </w:p>
    <w:p>
      <w:r>
        <w:t>{See} truth with faith, and they make tzaddikim of the whole world</w:t>
      </w:r>
    </w:p>
    <w:p>
      <w:r>
        <w:t>Of all the wicked, of all the heretics, they make tzaddikim</w:t>
      </w:r>
    </w:p>
    <w:p>
      <w:r>
        <w:t>That is how, that is how he, even the secular Jews know of this</w:t>
      </w:r>
    </w:p>
    <w:p>
      <w:r>
        <w:t>[Even the secular Jews know that Rabbainu can bring them back in teshuvah]</w:t>
      </w:r>
    </w:p>
    <w:p>
      <w:r>
        <w:t>I was born in Teveria and always studied {in the yeshiva\in the yeshiva the} Breslov</w:t>
      </w:r>
    </w:p>
    <w:p>
      <w:r>
        <w:t>[Slonim..]</w:t>
      </w:r>
    </w:p>
    <w:p>
      <w:r>
        <w:t>And what I suffered from this, from Breslov, what I suffered? There is no, there is nothing here to speak and tell</w:t>
      </w:r>
    </w:p>
    <w:p>
      <w:r>
        <w:t>[See what those … from Slonim did, because he drew close to Breslov]</w:t>
      </w:r>
    </w:p>
    <w:p>
      <w:r>
        <w:t>Ah, blessed are You, Hashem our God, King of the world, Who creates varieties of nourishment</w:t>
      </w:r>
    </w:p>
    <w:p>
      <w:r>
        <w:t>[[Amen]]</w:t>
      </w:r>
    </w:p>
    <w:p>
      <w:r>
        <w:t>The arrogance of the whole world was with Slonim</w:t>
      </w:r>
    </w:p>
    <w:p>
      <w:r>
        <w:t>[The arrogance of the whole world]</w:t>
      </w:r>
    </w:p>
    <w:p>
      <w:r>
        <w:t>{..} I, I can speak and tell and testify</w:t>
      </w:r>
    </w:p>
    <w:p>
      <w:r>
        <w:t>[He can testify, the arrogance of the whole world was with them, all the money]</w:t>
      </w:r>
    </w:p>
    <w:p>
      <w:r>
        <w:t>There was one Aharon Luria</w:t>
      </w:r>
    </w:p>
    <w:p>
      <w:r>
        <w:t>[Aharon Luria]</w:t>
      </w:r>
    </w:p>
    <w:p>
      <w:r>
        <w:t>I heard, did you hear?</w:t>
      </w:r>
    </w:p>
    <w:p>
      <w:r>
        <w:t>[No]</w:t>
      </w:r>
    </w:p>
    <w:p>
      <w:r>
        <w:t>Great in Torah, he is great in Torah</w:t>
      </w:r>
    </w:p>
    <w:p>
      <w:r>
        <w:t>[Yo]</w:t>
      </w:r>
    </w:p>
    <w:p>
      <w:r>
        <w:t>He was a Slonim chassid, and he was against them, he said:</w:t>
      </w:r>
    </w:p>
    <w:p>
      <w:r>
        <w:t>“Slonim? {No}, only Breslov”</w:t>
      </w:r>
    </w:p>
    <w:p>
      <w:r>
        <w:t>[He was a Slonim chassid, and he was against Slonim]</w:t>
      </w:r>
    </w:p>
    <w:p>
      <w:r>
        <w:t>[Who is Slonim? What is Slonim?]</w:t>
      </w:r>
    </w:p>
    <w:p>
      <w:r>
        <w:t>[A chassidus…]</w:t>
      </w:r>
    </w:p>
    <w:p>
      <w:r>
        <w:t>[What language]</w:t>
      </w:r>
    </w:p>
    <w:p>
      <w:r>
        <w:t>[Whose?]</w:t>
      </w:r>
    </w:p>
    <w:p>
      <w:r>
        <w:t>[….]</w:t>
      </w:r>
    </w:p>
    <w:p>
      <w:r>
        <w:t>[And today does Slonim still exist?]</w:t>
      </w:r>
    </w:p>
    <w:p>
      <w:r>
        <w:t>[Yes]</w:t>
      </w:r>
    </w:p>
    <w:p>
      <w:r>
        <w:t>[And do they still oppose Rebbe Nachman?]</w:t>
      </w:r>
    </w:p>
    <w:p>
      <w:r>
        <w:t>[..…]</w:t>
      </w:r>
    </w:p>
    <w:p>
      <w:r>
        <w:t>[…..]</w:t>
      </w:r>
    </w:p>
    <w:p>
      <w:r>
        <w:t>[It is forbidden to oppose]</w:t>
      </w:r>
    </w:p>
    <w:p>
      <w:r>
        <w:t>[Right]</w:t>
      </w:r>
    </w:p>
    <w:p>
      <w:r>
        <w:t>[It is forbidden to oppose, to negate rabbis, to negate Torah, it is forbidden]</w:t>
      </w:r>
    </w:p>
    <w:p>
      <w:r>
        <w:t>[..]</w:t>
      </w:r>
    </w:p>
    <w:p>
      <w:r>
        <w:t>[You do not want to study, do not study, but do not negate]</w:t>
      </w:r>
    </w:p>
    <w:p>
      <w:r>
        <w:t>[Right, yes, yes, one son ….. who died of hunger ….]</w:t>
      </w:r>
    </w:p>
    <w:p>
      <w:r>
        <w:t>[Who died, what?]</w:t>
      </w:r>
    </w:p>
    <w:p>
      <w:r>
        <w:t>[…..]</w:t>
      </w:r>
    </w:p>
    <w:p>
      <w:r>
        <w:t>I was not included, I was not a yeshiva student</w:t>
      </w:r>
    </w:p>
    <w:p>
      <w:r>
        <w:t>“He is a.., he is not a yeshiva student,” the chief administrator said:</w:t>
      </w:r>
    </w:p>
    <w:p>
      <w:r>
        <w:t>“He is not a yeshiva student”</w:t>
      </w:r>
    </w:p>
    <w:p>
      <w:r>
        <w:t>He said to Rav Alfandari:</w:t>
      </w:r>
    </w:p>
    <w:p>
      <w:r>
        <w:t>“He is not a yeshiva student, we are ashamed, let him go from here”</w:t>
      </w:r>
    </w:p>
    <w:p>
      <w:r>
        <w:t>[Did he draw Rav Alfandari close? Eh?]</w:t>
      </w:r>
    </w:p>
    <w:p>
      <w:r>
        <w:t>[Yes]</w:t>
      </w:r>
    </w:p>
    <w:p>
      <w:r>
        <w:t>[He drew him close to Breslov]</w:t>
      </w:r>
    </w:p>
    <w:p>
      <w:r>
        <w:t>[Did he draw Alfandari close, or did Alfandari draw him close?]</w:t>
      </w:r>
    </w:p>
    <w:p>
      <w:r>
        <w:t>[No, he]</w:t>
      </w:r>
    </w:p>
    <w:p>
      <w:r>
        <w:t>[Alfandari? And what was he? He was fr.. he was from the Eastern communities, was he not?]</w:t>
      </w:r>
    </w:p>
    <w:p>
      <w:r>
        <w:t>[Yes]</w:t>
      </w:r>
    </w:p>
    <w:p>
      <w:r>
        <w:t>[What was he? Iraqi?]</w:t>
      </w:r>
    </w:p>
    <w:p>
      <w:r>
        <w:t>[I do not know….]</w:t>
      </w:r>
    </w:p>
    <w:p>
      <w:r>
        <w:t>[...He was from Turkey]</w:t>
      </w:r>
    </w:p>
    <w:p>
      <w:r>
        <w:t>[From Turkey]</w:t>
      </w:r>
    </w:p>
    <w:p>
      <w:r>
        <w:t>[……]</w:t>
      </w:r>
    </w:p>
    <w:p>
      <w:r>
        <w:t>[……]</w:t>
      </w:r>
    </w:p>
    <w:p>
      <w:r>
        <w:t>[Yes, ah.. “the Saba,” “the Saba” Alfandari …..]</w:t>
      </w:r>
    </w:p>
    <w:p>
      <w:r>
        <w:t>[And he ….. within a year… like this, he went in order to..]</w:t>
      </w:r>
    </w:p>
    <w:p>
      <w:r>
        <w:t>{..}, I did not have clothing, even for winter I did not have for small children</w:t>
      </w:r>
    </w:p>
    <w:p>
      <w:r>
        <w:t>I did not have clothing or bread or money or anything, it is miracles that I am alive</w:t>
      </w:r>
    </w:p>
    <w:p>
      <w:r>
        <w:t>But Hashem Yisborach, He, He repays the liars, {…}</w:t>
      </w:r>
    </w:p>
    <w:p>
      <w:r>
        <w:t>He pays them</w:t>
      </w:r>
    </w:p>
    <w:p>
      <w:r>
        <w:t>[Rebbe Yisroel, all the best]</w:t>
      </w:r>
    </w:p>
    <w:p>
      <w:r>
        <w:t>All the best</w:t>
      </w:r>
    </w:p>
    <w:p>
      <w:r>
        <w:t>[May the merit of Rebbe Nachman protect us, all the people of Israel]</w:t>
      </w:r>
    </w:p>
    <w:p>
      <w:r>
        <w:t>Amen</w:t>
      </w:r>
    </w:p>
    <w:p>
      <w:r>
        <w:t>[Bring all the people of Israel back in repentance, and spread th.., spread the Torah of Rebbe Nachman..] Our holy Rabbainu made known..</w:t>
      </w:r>
    </w:p>
    <w:p>
      <w:r>
        <w:t>[Amen, and all of Slonim will be swallowed into the ground]</w:t>
      </w:r>
    </w:p>
    <w:p>
      <w:r>
        <w:t>“There already is, there already is in the world {the writings}, “Likutei Moharan”</w:t>
      </w:r>
    </w:p>
    <w:p>
      <w:r>
        <w:t>So the world will not, not, not, not {…}, not.., not be destroyed”</w:t>
      </w:r>
    </w:p>
    <w:p>
      <w:r>
        <w:t>[Not..]</w:t>
      </w:r>
    </w:p>
    <w:p>
      <w:r>
        <w:t>[There is “Likutei Moharan” in the world]</w:t>
      </w:r>
    </w:p>
    <w:p>
      <w:r>
        <w:t>“There already is, there already is “Likutei Moharan” in the world”</w:t>
      </w:r>
    </w:p>
    <w:p>
      <w:r>
        <w:t>[So the world will not be destroyed]</w:t>
      </w:r>
    </w:p>
    <w:p>
      <w:r>
        <w:t>[….…..]</w:t>
      </w:r>
    </w:p>
    <w:p>
      <w:r>
        <w:t>[……...]</w:t>
      </w:r>
    </w:p>
    <w:p>
      <w:r>
        <w:t>About me they said to Rav Alfandari:</w:t>
      </w:r>
    </w:p>
    <w:p>
      <w:r>
        <w:t>“He is not, not, not a yeshiva student, we will not give him”</w:t>
      </w:r>
    </w:p>
    <w:p>
      <w:r>
        <w:t>But..</w:t>
      </w:r>
    </w:p>
    <w:p>
      <w:r>
        <w:t>[What did he say..?]</w:t>
      </w:r>
    </w:p>
    <w:p>
      <w:r>
        <w:t>They gave half a lira</w:t>
      </w:r>
    </w:p>
    <w:p>
      <w:r>
        <w:t>[Half a lira]</w:t>
      </w:r>
    </w:p>
    <w:p>
      <w:r>
        <w:t>Per month</w:t>
      </w:r>
    </w:p>
    <w:p>
      <w:r>
        <w:t>[Per month]</w:t>
      </w:r>
    </w:p>
    <w:p>
      <w:r>
        <w:t>{Inst.. inst.. instills} fear, instills fear, because Rav Alfandari was a strong man</w:t>
      </w:r>
    </w:p>
    <w:p>
      <w:r>
        <w:t>[Forceful]</w:t>
      </w:r>
    </w:p>
    <w:p>
      <w:r>
        <w:t>And he would not be ashamed even before the greatest of the great</w:t>
      </w:r>
    </w:p>
    <w:p>
      <w:r>
        <w:t>[They were afraid of Rav Alfandari, because of this they gave half a lira per month]</w:t>
      </w:r>
    </w:p>
    <w:p>
      <w:r>
        <w:t>The great ones among them, the great ones, the great ones of Slonim.. they said:</w:t>
      </w:r>
    </w:p>
    <w:p>
      <w:r>
        <w:t>“The Torah of Rebbe Nachman, there is nothing in the world like the Torah {of his..}”</w:t>
      </w:r>
    </w:p>
    <w:p>
      <w:r>
        <w:t>So they {…} said:</w:t>
      </w:r>
    </w:p>
    <w:p>
      <w:r>
        <w:t>“They are crazy, they do not, do not know, we know, we study”</w:t>
      </w:r>
    </w:p>
    <w:p>
      <w:r>
        <w:t>[The great ones of Slonim said that there is nothing like Rabbainu's Torah, yes?]</w:t>
      </w:r>
    </w:p>
    <w:p>
      <w:r>
        <w:t>{..}</w:t>
      </w:r>
    </w:p>
    <w:p>
      <w:r>
        <w:t>[That is what they said..</w:t>
      </w:r>
    </w:p>
    <w:p>
      <w:r>
        <w:t>Perhaps they meant th.. that it was as though we do not know how to study what Rabbainu said]</w:t>
      </w:r>
    </w:p>
    <w:p>
      <w:r>
        <w:t>[………]</w:t>
      </w:r>
    </w:p>
    <w:p>
      <w:r>
        <w:t>[They th..]</w:t>
      </w:r>
    </w:p>
    <w:p>
      <w:r>
        <w:t>[……...]</w:t>
      </w:r>
    </w:p>
    <w:p>
      <w:r>
        <w:t>The tallis is already, {you took} the tallis</w:t>
      </w:r>
    </w:p>
    <w:p>
      <w:r>
        <w:t>[What is he saying? To take it off him?]</w:t>
      </w:r>
    </w:p>
    <w:p>
      <w:r>
        <w:t>[If we already took the tallis gadol]</w:t>
      </w:r>
    </w:p>
    <w:p>
      <w:r>
        <w:t>[Ah, yes, yes, he took off the tallis]</w:t>
      </w:r>
    </w:p>
    <w:p>
      <w:r>
        <w:t>I did not have bread, neither I nor my children</w:t>
      </w:r>
    </w:p>
    <w:p>
      <w:r>
        <w:t>{Only} “He studies Breslov books”</w:t>
      </w:r>
    </w:p>
    <w:p>
      <w:r>
        <w:t>[Even today they do not give them much]</w:t>
      </w:r>
    </w:p>
    <w:p>
      <w:r>
        <w:t>{..}</w:t>
      </w:r>
    </w:p>
    <w:p>
      <w:r>
        <w:t>[Even today, even today]</w:t>
      </w:r>
    </w:p>
    <w:p>
      <w:r>
        <w:t>{..}</w:t>
      </w:r>
    </w:p>
    <w:p>
      <w:r>
        <w:t>[Saba, even today they do not give much to Breslov]</w:t>
      </w:r>
    </w:p>
    <w:p>
      <w:r>
        <w:t>Also?</w:t>
      </w:r>
    </w:p>
    <w:p>
      <w:r>
        <w:t>[Even today they do not give much to Breslov]</w:t>
      </w:r>
    </w:p>
    <w:p>
      <w:r>
        <w:t>Today?</w:t>
      </w:r>
    </w:p>
    <w:p>
      <w:r>
        <w:t>[They do not give much]</w:t>
      </w:r>
    </w:p>
    <w:p>
      <w:r>
        <w:t>{..}</w:t>
      </w:r>
    </w:p>
    <w:p>
      <w:r>
        <w:t>[Yes]</w:t>
      </w:r>
    </w:p>
    <w:p>
      <w:r>
        <w:t>What? They know nothing of what happened in Breslov, what they said about Breslov</w:t>
      </w:r>
    </w:p>
    <w:p>
      <w:r>
        <w:t>My children who studied in school, they all called them:</w:t>
      </w:r>
    </w:p>
    <w:p>
      <w:r>
        <w:t>“Breslov, Breslov, Breslov, Breslov, Breslov”</w:t>
      </w:r>
    </w:p>
    <w:p>
      <w:r>
        <w:t>[Everyone said of them: “Breslov”]</w:t>
      </w:r>
    </w:p>
    <w:p>
      <w:r>
        <w:t>Yes, “They, they are inva.., {invalid}”</w:t>
      </w:r>
    </w:p>
    <w:p>
      <w:r>
        <w:t>[“Invalid,” “invalid,” not all right]</w:t>
      </w:r>
    </w:p>
    <w:p>
      <w:r>
        <w:t>Not all right</w:t>
      </w:r>
    </w:p>
    <w:p>
      <w:r>
        <w:t>[As though they are not all right]</w:t>
      </w:r>
    </w:p>
    <w:p>
      <w:r>
        <w:t>They are invalid</w:t>
      </w:r>
    </w:p>
    <w:p>
      <w:r>
        <w:t>[They are invalid, God forbid..]</w:t>
      </w:r>
    </w:p>
    <w:p>
      <w:r>
        <w:t>There is kosher, and there is invalid, they are {invalid}</w:t>
      </w:r>
    </w:p>
    <w:p>
      <w:r>
        <w:t>[Because th.. their father is Breslov]</w:t>
      </w:r>
    </w:p>
    <w:p>
      <w:r>
        <w:t>“He studies Breslov books”</w:t>
      </w:r>
    </w:p>
    <w:p>
      <w:r>
        <w:t>Boruch Hashem, {I merited} notes from Rebbe Nachman</w:t>
      </w:r>
    </w:p>
    <w:p>
      <w:r>
        <w:t>[Yes, yes]</w:t>
      </w:r>
    </w:p>
    <w:p>
      <w:r>
        <w:t>Yes</w:t>
      </w:r>
    </w:p>
    <w:p>
      <w:r>
        <w:t>He writes to me “my dear student,” I was a completely simple man</w:t>
      </w:r>
    </w:p>
    <w:p>
      <w:r>
        <w:t>[Yes]</w:t>
      </w:r>
    </w:p>
    <w:p>
      <w:r>
        <w:t>And here he calls me, writes to me: “my dear student”</w:t>
      </w:r>
    </w:p>
    <w:p>
      <w:r>
        <w:t>[Because of this, because of this, a simple man, a simple man, to be a simple man, that is the main thing]</w:t>
      </w:r>
    </w:p>
    <w:p>
      <w:r>
        <w:t>But I am alive, Boruch Hashem, and I see their end, they all suffered troubles that there are no.. may the Merciful One save us</w:t>
      </w:r>
    </w:p>
    <w:p>
      <w:r>
        <w:t>[Yes? What happened to them in the end?]</w:t>
      </w:r>
    </w:p>
    <w:p>
      <w:r>
        <w:t>Yes</w:t>
      </w:r>
    </w:p>
    <w:p>
      <w:r>
        <w:t>[What happened?]</w:t>
      </w:r>
    </w:p>
    <w:p>
      <w:r>
        <w:t>Because Hashem Yisborach loves tzaddikim, He, about..</w:t>
      </w:r>
    </w:p>
    <w:p>
      <w:r>
        <w:t>About tzaddikim He, He is more zealous than for the entire Torah</w:t>
      </w:r>
    </w:p>
    <w:p>
      <w:r>
        <w:t>[Yes]</w:t>
      </w:r>
    </w:p>
    <w:p>
      <w:r>
        <w:t>And this is the essence of the Torah, the essence of th..</w:t>
      </w:r>
    </w:p>
    <w:p>
      <w:r>
        <w:t>The essence of all {…….} this had never been in the world</w:t>
      </w:r>
    </w:p>
    <w:p>
      <w:r>
        <w:t>Ah, ah.. what is this?</w:t>
      </w:r>
    </w:p>
    <w:p>
      <w:r>
        <w:t>Rav Alfandari, he heard th.. {…} I said a prayer from “Likutei Tefilos”</w:t>
      </w:r>
    </w:p>
    <w:p>
      <w:r>
        <w:t>So he did not want me to attend to him, he said to me:</w:t>
      </w:r>
    </w:p>
    <w:p>
      <w:r>
        <w:t>“I need to attend to you, not you {me}”</w:t>
      </w:r>
    </w:p>
    <w:p>
      <w:r>
        <w:t>Such a “Likutei Tefilos”</w:t>
      </w:r>
    </w:p>
    <w:p>
      <w:r>
        <w:t>And they, Slonim, did not, did not give bread to someone who.. bread for small children</w:t>
      </w:r>
    </w:p>
    <w:p>
      <w:r>
        <w:t>[…]</w:t>
      </w:r>
    </w:p>
    <w:p>
      <w:r>
        <w:t>{…}, because th.. they studied, I studied Breslov books</w:t>
      </w:r>
    </w:p>
    <w:p>
      <w:r>
        <w:t>{They ……..}, dread and fear, they gave half a lira</w:t>
      </w:r>
    </w:p>
    <w:p>
      <w:r>
        <w:t>[They were afraid of Rav Alfandari, they gave half a lira]</w:t>
      </w:r>
    </w:p>
    <w:p>
      <w:r>
        <w:t>Boruch Hashem, {that I merited} to be with them and to leave them in peace</w:t>
      </w:r>
    </w:p>
    <w:p>
      <w:r>
        <w:t>[“Entered in peace and left in peace”]</w:t>
      </w:r>
    </w:p>
    <w:p>
      <w:r>
        <w:t>Who can tell? I was.. what, it is impossible to describe what, what sort of face I had in their eyes</w:t>
      </w:r>
    </w:p>
    <w:p>
      <w:r>
        <w:t>They thought they were the whole world, the great ones of the whole world, and..</w:t>
      </w:r>
    </w:p>
    <w:p>
      <w:r>
        <w:t>And their arrogance was up to the heavens, and I felt it</w:t>
      </w:r>
    </w:p>
    <w:p>
      <w:r>
        <w:t>I had ten children, I do not, do not lie, I do not want to speak</w:t>
      </w:r>
    </w:p>
    <w:p>
      <w:r>
        <w:t>They said:</w:t>
      </w:r>
    </w:p>
    <w:p>
      <w:r>
        <w:t>“It is forbidden to give him help, it is forbidden..”</w:t>
      </w:r>
    </w:p>
    <w:p>
      <w:r>
        <w:t>[“It is forbidden to give him help,” they said]</w:t>
      </w:r>
    </w:p>
    <w:p>
      <w:r>
        <w:t>“..He studies Breslov books”</w:t>
      </w:r>
    </w:p>
    <w:p>
      <w:r>
        <w:t>[Because he studies Breslov books, yes]</w:t>
      </w:r>
    </w:p>
    <w:p>
      <w:r>
        <w:t>Boruch Hashem, and I was strong and did not listen to everyone</w:t>
      </w:r>
    </w:p>
    <w:p>
      <w:r>
        <w:t>There were great scholars among them, they said, said:</w:t>
      </w:r>
    </w:p>
    <w:p>
      <w:r>
        <w:t>“That they, that they see that Torah like Rebbe Nachman's, there is, there is no other in the world”</w:t>
      </w:r>
    </w:p>
    <w:p>
      <w:r>
        <w:t>[They said, their great ones said th.. “There is nothing like Rabbainu's Torah”]</w:t>
      </w:r>
    </w:p>
    <w:p>
      <w:r>
        <w:t>Mordechai..</w:t>
      </w:r>
    </w:p>
    <w:p>
      <w:r>
        <w:t>[So why did they oppose?]</w:t>
      </w:r>
    </w:p>
    <w:p>
      <w:r>
        <w:t>No, no, they did not listen, did not listen to the opposition, did not listen t..</w:t>
      </w:r>
    </w:p>
    <w:p>
      <w:r>
        <w:t>To the true great ones, they did not listen</w:t>
      </w:r>
    </w:p>
    <w:p>
      <w:r>
        <w:t>[They did not want to listen to their great ones]</w:t>
      </w:r>
    </w:p>
    <w:p>
      <w:r>
        <w:t>They made great ones for themselves</w:t>
      </w:r>
    </w:p>
    <w:p>
      <w:r>
        <w:t>[They made great ones for themselves]</w:t>
      </w:r>
    </w:p>
    <w:p>
      <w:r>
        <w:t>The greater a liar someone is, he is a greater sch.., a greater scholar</w:t>
      </w:r>
    </w:p>
    <w:p>
      <w:r>
        <w:t>[A greater liar – a greater scholar]</w:t>
      </w:r>
    </w:p>
    <w:p>
      <w:r>
        <w:t>[Is that what he said? Is that what he said?]</w:t>
      </w:r>
    </w:p>
    <w:p>
      <w:r>
        <w:t>[Yes, “A greater liar – a greater scholar”..</w:t>
      </w:r>
    </w:p>
    <w:p>
      <w:r>
        <w:t>That is to say, they would consider him a greater scholar]</w:t>
      </w:r>
    </w:p>
    <w:p>
      <w:r>
        <w:t>Mordechai Luria, he was a genius, he said to them:</w:t>
      </w:r>
    </w:p>
    <w:p>
      <w:r>
        <w:t>“Torah like Rebbe Nachman's, like the “Likutei Moharan,” there is no other in the world”</w:t>
      </w:r>
    </w:p>
    <w:p>
      <w:r>
        <w:t>[Rav Mordechai of Slonim, he said to them, to his chassidim:</w:t>
      </w:r>
    </w:p>
    <w:p>
      <w:r>
        <w:t>“That there are no teachings like the teachings of Rebbe Nachman]</w:t>
      </w:r>
    </w:p>
    <w:p>
      <w:r>
        <w:t>So they said th.. “He is crazy, he does not know what he is saying”</w:t>
      </w:r>
    </w:p>
    <w:p>
      <w:r>
        <w:t>[So they said about him th.. “He is crazy, he does not know what he is saying”..</w:t>
      </w:r>
    </w:p>
    <w:p>
      <w:r>
        <w:t>About him too they said: “Crazy”? About him too? His chassidim..]</w:t>
      </w:r>
    </w:p>
    <w:p>
      <w:r>
        <w:t>It is forbidden to utter such a statement from his mouth</w:t>
      </w:r>
    </w:p>
    <w:p>
      <w:r>
        <w:t>[Yes, they said]</w:t>
      </w:r>
    </w:p>
    <w:p>
      <w:r>
        <w:t>He, he rose above all the great ones, above all, above, above everything</w:t>
      </w:r>
    </w:p>
    <w:p>
      <w:r>
        <w:t>[Yes, he was a tzaddik]</w:t>
      </w:r>
    </w:p>
    <w:p>
      <w:r>
        <w:t>And his truth is, there is no, no, no truth like this, there is no sage like this</w:t>
      </w:r>
    </w:p>
    <w:p>
      <w:r>
        <w:t>[And what did he say about the note, the note? About the note, what did he say?] Who? Who?</w:t>
      </w:r>
    </w:p>
    <w:p>
      <w:r>
        <w:t>[Rav Mordechai, Mordechai, the tzaddik Rav Mordechai of Slonim]</w:t>
      </w:r>
    </w:p>
    <w:p>
      <w:r>
        <w:t>H.. h.. he accepted the note, {{a.. a.. …}}</w:t>
      </w:r>
    </w:p>
    <w:p>
      <w:r>
        <w:t>What I utter from my mouth is the Torah of Moshe</w:t>
      </w:r>
    </w:p>
    <w:p>
      <w:r>
        <w:t>[Yes]</w:t>
      </w:r>
    </w:p>
    <w:p>
      <w:r>
        <w:t>Holy, and this, yes, holy and holy, and holy</w:t>
      </w:r>
    </w:p>
    <w:p>
      <w:r>
        <w:t>[Yes, everything that you said he accepted, that it is holy like the Torah of Moshe]</w:t>
      </w:r>
    </w:p>
    <w:p>
      <w:r>
        <w:t>{..}</w:t>
      </w:r>
    </w:p>
    <w:p>
      <w:r>
        <w:t>[He was a truthful man..</w:t>
      </w:r>
    </w:p>
    <w:p>
      <w:r>
        <w:t>Even today it is this way, even today, Saba]</w:t>
      </w:r>
    </w:p>
    <w:p>
      <w:r>
        <w:t>What?</w:t>
      </w:r>
    </w:p>
    <w:p>
      <w:r>
        <w:t>[Even today they go this way, the great ones today also go this way, the great ones say th.. “Rabbainu is holy of holies”]</w:t>
      </w:r>
    </w:p>
    <w:p>
      <w:r>
        <w:t>Yes</w:t>
      </w:r>
    </w:p>
    <w:p>
      <w:r>
        <w:t>[Yes, but the small ones, the small ones do not accept]</w:t>
      </w:r>
    </w:p>
    <w:p>
      <w:r>
        <w:t>The liars</w:t>
      </w:r>
    </w:p>
    <w:p>
      <w:r>
        <w:t>[The liars, yes]</w:t>
      </w:r>
    </w:p>
    <w:p>
      <w:r>
        <w:t>So, so I sensed the bad smell of their arrogance</w:t>
      </w:r>
    </w:p>
    <w:p>
      <w:r>
        <w:t>I.. our holy Rabbainu said, this is a conversation within the “Likutei Moharan”:</w:t>
      </w:r>
    </w:p>
    <w:p>
      <w:r>
        <w:t>“I and Rebbe Nassan make sport of the whole world”</w:t>
      </w:r>
    </w:p>
    <w:p>
      <w:r>
        <w:t>[“I have been victorious and I will be victorious,” “I have been victorious and I will be victorious”]</w:t>
      </w:r>
    </w:p>
    <w:p>
      <w:r>
        <w:t>Yes</w:t>
      </w:r>
    </w:p>
    <w:p>
      <w:r>
        <w:t>[Rabbainu said]</w:t>
      </w:r>
    </w:p>
    <w:p>
      <w:r>
        <w:t>I have been victorious and I will be victorious, I have finished and I will finish</w:t>
      </w:r>
    </w:p>
    <w:p>
      <w:r>
        <w:t>[Yes]</w:t>
      </w:r>
    </w:p>
    <w:p>
      <w:r>
        <w:t>What is this? What do you say about this? “I have finished and I will finish”</w:t>
      </w:r>
    </w:p>
    <w:p>
      <w:r>
        <w:t>So he had already brought them all down, only with the holy words that he said</w:t>
      </w:r>
    </w:p>
    <w:p>
      <w:r>
        <w:t>[Only with the words that he said, Rabbainu, he brought them all down</w:t>
      </w:r>
    </w:p>
    <w:p>
      <w:r>
        <w:t>With the holy words that he said: “I have been victorious and I will be victorious", he brought them all down] They were the greatest opponents of Breslov</w:t>
      </w:r>
    </w:p>
    <w:p>
      <w:r>
        <w:t>And boruch Hashem, I got out, boruch Hashem, {alive}.., I am alive</w:t>
      </w:r>
    </w:p>
    <w:p>
      <w:r>
        <w:t>[The truth is alive, truth is alive, truth is life]</w:t>
      </w:r>
    </w:p>
    <w:p>
      <w:r>
        <w:t>I, our holy Rabbainu Rebbe Nachman said:</w:t>
      </w:r>
    </w:p>
    <w:p>
      <w:r>
        <w:t>“I and Rebbe Nassan laugh at the whole world”</w:t>
      </w:r>
    </w:p>
    <w:p>
      <w:r>
        <w:t>I and Rebbe Nassan</w:t>
      </w:r>
    </w:p>
    <w:p>
      <w:r>
        <w:t>[Yes]</w:t>
      </w:r>
    </w:p>
    <w:p>
      <w:r>
        <w:t>Rebbe Nassan was his disciple</w:t>
      </w:r>
    </w:p>
    <w:p>
      <w:r>
        <w:t>Even of Rebbe Nassan we have no, no praise to say about him</w:t>
      </w:r>
    </w:p>
    <w:p>
      <w:r>
        <w:t>[We have no praise to say about Rebbe Nassan]</w:t>
      </w:r>
    </w:p>
    <w:p>
      <w:r>
        <w:t>He was the head of all the tzaddikim and all the Torah</w:t>
      </w:r>
    </w:p>
    <w:p>
      <w:r>
        <w:t>[The head of all the tzaddikim and all the Torah]</w:t>
      </w:r>
    </w:p>
    <w:p>
      <w:r>
        <w:t>Rebbe Nachman, Rebbe Nassan</w:t>
      </w:r>
    </w:p>
    <w:p>
      <w:r>
        <w:t>[Rebbe Nassan, yes]</w:t>
      </w:r>
    </w:p>
    <w:p>
      <w:r>
        <w:t>Rebbe Nachman, ah..</w:t>
      </w:r>
    </w:p>
    <w:p>
      <w:r>
        <w:t>[Even about Rebbe Nassan we have no words at all, no perception]</w:t>
      </w:r>
    </w:p>
    <w:p>
      <w:r>
        <w:t>Ah.. boruch Hashem, I want to lie down, put my legs on the bed</w:t>
      </w:r>
    </w:p>
    <w:p>
      <w:r>
        <w:t>I was a neighbor of, of Moshe Kliers</w:t>
      </w:r>
    </w:p>
    <w:p>
      <w:r>
        <w:t>[Who is that, who is Moshe Kliers? Was he a rav?]</w:t>
      </w:r>
    </w:p>
    <w:p>
      <w:r>
        <w:t>He was Slonim</w:t>
      </w:r>
    </w:p>
    <w:p>
      <w:r>
        <w:t>[A Slonim chassid? He was a Slonim chassid]</w:t>
      </w:r>
    </w:p>
    <w:p>
      <w:r>
        <w:t>{He will be revealed}, he told them..</w:t>
      </w:r>
    </w:p>
    <w:p>
      <w:r>
        <w:t>I and Rebbe Nassan, two men against all, all the scholars, all the geniuses</w:t>
      </w:r>
    </w:p>
    <w:p>
      <w:r>
        <w:t>They laugh at the whole world</w:t>
      </w:r>
    </w:p>
    <w:p>
      <w:r>
        <w:t>[..]</w:t>
      </w:r>
    </w:p>
    <w:p>
      <w:r>
        <w:t>“I and Rebbe Nassan laugh at the whole world”</w:t>
      </w:r>
    </w:p>
    <w:p>
      <w:r>
        <w:t>[He was the chief rabbi of Teveria]</w:t>
      </w:r>
    </w:p>
    <w:p>
      <w:r>
        <w:t>[He was chief rabbi?]</w:t>
      </w:r>
    </w:p>
    <w:p>
      <w:r>
        <w:t>[Yes..]</w:t>
      </w:r>
    </w:p>
    <w:p>
      <w:r>
        <w:t>[….]</w:t>
      </w:r>
    </w:p>
    <w:p>
      <w:r>
        <w:t>[Was he a Slonim chassid?]</w:t>
      </w:r>
    </w:p>
    <w:p>
      <w:r>
        <w:t>[I do not know, it does not seem so to me, but I do not know]</w:t>
      </w:r>
    </w:p>
    <w:p>
      <w:r>
        <w:t>[But did he side with the opponents?]</w:t>
      </w:r>
    </w:p>
    <w:p>
      <w:r>
        <w:t>[He was an opponent of Breslov….]</w:t>
      </w:r>
    </w:p>
    <w:p>
      <w:r>
        <w:t>[Yes]...</w:t>
      </w:r>
    </w:p>
    <w:p>
      <w:pPr>
        <w:pStyle w:val="Heading2"/>
      </w:pPr>
      <w:r>
        <w:t>Side B (Bais)</w:t>
      </w:r>
    </w:p>
    <w:p>
      <w:r>
        <w:t>...[Saba and the friends sing:</w:t>
      </w:r>
    </w:p>
    <w:p>
      <w:r>
        <w:t>“In You our fathers trusted, in You they trusted and You delivered them, to You they cried out and escaped, in You they trusted and were not ashamed..” Afterward they sing:</w:t>
      </w:r>
    </w:p>
    <w:p>
      <w:r>
        <w:t>“Na Na Nach Nachma Nachman MeUman..” to the melody of “In You they trusted..”</w:t>
      </w:r>
    </w:p>
    <w:p>
      <w:r>
        <w:t>Afterward they sing:</w:t>
      </w:r>
    </w:p>
    <w:p>
      <w:r>
        <w:t>“In You our fathers trusted, in You they trusted and You delivered them, to You they cried out and escaped, in You they trusted and were not ashamed..” Afterward they sing:</w:t>
      </w:r>
    </w:p>
    <w:p>
      <w:r>
        <w:t>“Na Na Nach Nachma Nachman MeUman..”]</w:t>
      </w:r>
    </w:p>
    <w:p>
      <w:r>
        <w:t>[“In You they trusted, trusted, trusted, trusted..”]</w:t>
      </w:r>
    </w:p>
    <w:p>
      <w:r>
        <w:t>[Saba, there is news, Saba, news, news]</w:t>
      </w:r>
    </w:p>
    <w:p>
      <w:r>
        <w:t>Where?</w:t>
      </w:r>
    </w:p>
    <w:p>
      <w:r>
        <w:t>[Is there any news?]</w:t>
      </w:r>
    </w:p>
    <w:p>
      <w:r>
        <w:t>What news? Where?</w:t>
      </w:r>
    </w:p>
    <w:p>
      <w:r>
        <w:t>[…...]</w:t>
      </w:r>
    </w:p>
    <w:p>
      <w:r>
        <w:t>[‘Trusted’ is new]</w:t>
      </w:r>
    </w:p>
    <w:p>
      <w:r>
        <w:t>[…...]</w:t>
      </w:r>
    </w:p>
    <w:p>
      <w:r>
        <w:t>[The friends sing and Yisroel Dagan sings and plays the song:</w:t>
      </w:r>
    </w:p>
    <w:p>
      <w:r>
        <w:t>“This song tells about a Jew who has a message for every person</w:t>
      </w:r>
    </w:p>
    <w:p>
      <w:r>
        <w:t>This song tells about a Jew who sings “Na Na Nach Nachma Nachman MeUman..”</w:t>
      </w:r>
    </w:p>
    <w:p>
      <w:r>
        <w:t>Years ago in a narrow room in Teveria, he was very sad</w:t>
      </w:r>
    </w:p>
    <w:p>
      <w:r>
        <w:t>Then he approached the cabinet, opened a book for himself, and in the book found a note</w:t>
      </w:r>
    </w:p>
    <w:p>
      <w:r>
        <w:t>Written in it was “Na Na Nach Nachma Nachman MeUman..”</w:t>
      </w:r>
    </w:p>
    <w:p>
      <w:r>
        <w:t>Our Rabbainu Rebbe Nachman sent it to illuminate our souls in distress</w:t>
      </w:r>
    </w:p>
    <w:p>
      <w:r>
        <w:t>And in order to hasten our redemption</w:t>
      </w:r>
    </w:p>
    <w:p>
      <w:r>
        <w:t>We will sing “Na Na Nach Nachma Nachman MeUman..”</w:t>
      </w:r>
    </w:p>
    <w:p>
      <w:r>
        <w:t>Afterward they sing:</w:t>
      </w:r>
    </w:p>
    <w:p>
      <w:r>
        <w:t>“For there is a tzaddik who is the beauty and the splendor and the grace of the entire world</w:t>
      </w:r>
    </w:p>
    <w:p>
      <w:r>
        <w:t>And when this beauty and splendor is revealed in the world</w:t>
      </w:r>
    </w:p>
    <w:p>
      <w:r>
        <w:t>Then the eyes of the world are opened</w:t>
      </w:r>
    </w:p>
    <w:p>
      <w:r>
        <w:t>For when this tzaddik is revealed and publicized in the world, this is an aspect of name</w:t>
      </w:r>
    </w:p>
    <w:p>
      <w:r>
        <w:t>And the name of the true tzaddik is clothed and joined with His blessed Name</w:t>
      </w:r>
    </w:p>
    <w:p>
      <w:r>
        <w:t>For his name is joined with our name</w:t>
      </w:r>
    </w:p>
    <w:p>
      <w:r>
        <w:t>It follows that when the name of the tzaddik is magnified, His blessed Name is magnified..”</w:t>
      </w:r>
    </w:p>
    <w:p>
      <w:r>
        <w:t>Afterward they sing:</w:t>
      </w:r>
    </w:p>
    <w:p>
      <w:r>
        <w:t>“They call him Na Na Nach Nachma Nachman MeUman”</w:t>
      </w:r>
    </w:p>
    <w:p>
      <w:r>
        <w:t>This came seventy years ago, we received the petek</w:t>
      </w:r>
    </w:p>
    <w:p>
      <w:r>
        <w:t>And in it is the secret of the redemption, for salvation and rescue</w:t>
      </w:r>
    </w:p>
    <w:p>
      <w:r>
        <w:t>To sing “Na Na Nach Nachma Nachman MeUman..”</w:t>
      </w:r>
    </w:p>
    <w:p>
      <w:r>
        <w:t>And he is nearly one hundred years old, and he is an infant like a one-year-old</w:t>
      </w:r>
    </w:p>
    <w:p>
      <w:r>
        <w:t>Because he received the petek, in which is the secret of the redemption</w:t>
      </w:r>
    </w:p>
    <w:p>
      <w:r>
        <w:t>He sings “Na Na Nach Nachma Nachman MeUman..”</w:t>
      </w:r>
    </w:p>
    <w:p>
      <w:r>
        <w:t>And he begins anew, every day, every day literally, literally</w:t>
      </w:r>
    </w:p>
    <w:p>
      <w:r>
        <w:t>And we will begin from the beginning and bring the redemption near</w:t>
      </w:r>
    </w:p>
    <w:p>
      <w:r>
        <w:t>We will sing “Na Na Nach Nachma Nachman MeUman..”</w:t>
      </w:r>
    </w:p>
    <w:p>
      <w:r>
        <w:t>And the bird suddenly whistled to all, all the chicks, and the chicks ……. are preparing for the redemption to sing “Na Na Nach Nachma Nachman MeUman..”</w:t>
      </w:r>
    </w:p>
    <w:p>
      <w:r>
        <w:t>And he is a river that purifies from all, all the stains</w:t>
      </w:r>
    </w:p>
    <w:p>
      <w:r>
        <w:t>And he will rectify the {……} yes, this is the Saba of Sabas, they call him “Na Na Nach Nachma Nachman MeUman..” Yechidah at the ultimate, a lofty level</w:t>
      </w:r>
    </w:p>
    <w:p>
      <w:r>
        <w:t>And he is Rosh Hashanah and he is a very wondrous matter, they call him “Na Na Nach Nachma Nachman MeUman..” And this is the essence of the matter, that we have Rebbe Nachman, who rectifies the world and cleans—he—the world, they call him “Na Na Nach Nachma Nachman MeUman..” And he is an awesome wonder and his name is also so wondrous, and he will bring the redemption and bring the salvation near, they call him “Na Na Nach Nachma Nachman MeUman..” He wrote Stories of Ancient Times and also Likutei Halachos and also Likutei Eitzos, they call him “Na Na Nach Nachma Nachman MeUman..”</w:t>
      </w:r>
    </w:p>
    <w:p>
      <w:r>
        <w:t>La.. la.. la.. la.. la.. la.. la.. la.. And he will rectify everyone, to bring us back in teshuvah, he will bring us the redemption, they call him “Na Na Nach Nachma Nachman MeUman..”</w:t>
      </w:r>
    </w:p>
    <w:p>
      <w:r>
        <w:t>And he promised Hashem Yisborach that he would rectify the world</w:t>
      </w:r>
    </w:p>
    <w:p>
      <w:r>
        <w:t>And he will awaken from sleep (Saba rouses the friends: “Ah.. ah.. ah..”) and he will save from distress</w:t>
      </w:r>
    </w:p>
    <w:p>
      <w:r>
        <w:t>They call him “Na Na Nach Nachma Nachman MeUman..” And he finished and he will finish, from darkness to light, and he will rectify and encourage and cover the secret here, they call him “Na Na Nach Nachma Nachman MeUman..” And he sent us a petek and will burn away the concealment, to reveal the truth within the terrible darkness, they call him “Na Na Nach Nachma Nachman MeUman..” It was very difficult for me to descend to you, my precious disciple, to tell you</w:t>
      </w:r>
    </w:p>
    <w:p>
      <w:r>
        <w:t>They call me “Na Na Nach Nachma Nachman MeUman” Be strong and courageous in your service, and concerning you I said, my fire will burn until Messiah comes, be strong and courageous in your service</w:t>
      </w:r>
    </w:p>
    <w:p>
      <w:r>
        <w:t>They call me “Na Na Nach Nachma Nachman MeUman..” And with this I will reveal to you, reveal to you, a secret, and it is full and heaped from line to line</w:t>
      </w:r>
    </w:p>
    <w:p>
      <w:r>
        <w:t>P’ Tz’ P’ Tz’ Y’ H’</w:t>
      </w:r>
    </w:p>
    <w:p>
      <w:r>
        <w:t>“Na Na Nach Nachma Nachman MeUman..” And a sign: the seventeenth of Tammuz..</w:t>
      </w:r>
    </w:p>
    <w:p>
      <w:r>
        <w:t>And with strengthening in service you will understand it</w:t>
      </w:r>
    </w:p>
    <w:p>
      <w:r>
        <w:t>And a sign: the seventeenth of Tammuz, they will say that you are not fasting</w:t>
      </w:r>
    </w:p>
    <w:p>
      <w:r>
        <w:t>They call him “Na Na Nach Nachma Nachman MeUman..”</w:t>
      </w:r>
    </w:p>
    <w:p>
      <w:r>
        <w:t>And he is wholehearted and also simpler than all the chassidim</w:t>
      </w:r>
    </w:p>
    <w:p>
      <w:r>
        <w:t>And he defeated all the wise men with prayers and supplications</w:t>
      </w:r>
    </w:p>
    <w:p>
      <w:r>
        <w:t>They call him “Na Na Nach Nachma Nachman MeUman..”</w:t>
      </w:r>
    </w:p>
    <w:p>
      <w:r>
        <w:t>And he does not remember anything, because he is literally nothingness</w:t>
      </w:r>
    </w:p>
    <w:p>
      <w:r>
        <w:t>The Great Eagle said to him, “Come with me, you are like me”</w:t>
      </w:r>
    </w:p>
    <w:p>
      <w:r>
        <w:t>They call him “Na Na Nach Nachma Nachman MeUman..”</w:t>
      </w:r>
    </w:p>
    <w:p>
      <w:r>
        <w:t>And he is precious, very precious to our holy Rabbainu</w:t>
      </w:r>
    </w:p>
    <w:p>
      <w:r>
        <w:t>{………………….} that he should not suffer from us</w:t>
      </w:r>
    </w:p>
    <w:p>
      <w:r>
        <w:t>In the merit of “Na Na Nach Nachma Nachman MeUman..”</w:t>
      </w:r>
    </w:p>
    <w:p>
      <w:r>
        <w:t>And he is a secret from the whole world and also from Breslov too</w:t>
      </w:r>
    </w:p>
    <w:p>
      <w:r>
        <w:t>And they know nothing about him at all, and he is not confused at all</w:t>
      </w:r>
    </w:p>
    <w:p>
      <w:r>
        <w:t>They call him “Na Na Nach Nachma Nachman MeUman..”</w:t>
      </w:r>
    </w:p>
    <w:p>
      <w:r>
        <w:t>Mashiach can do all the very greatest good things</w:t>
      </w:r>
    </w:p>
    <w:p>
      <w:r>
        <w:t>I too can do them, but they do not heed me at all</w:t>
      </w:r>
    </w:p>
    <w:p>
      <w:r>
        <w:t>He is called "Na Nach Nachma Nachman MeUman.."</w:t>
      </w:r>
    </w:p>
    <w:p>
      <w:r>
        <w:t>And he will take out the arrows..</w:t>
      </w:r>
    </w:p>
    <w:p>
      <w:r>
        <w:t>Oy..</w:t>
      </w:r>
    </w:p>
    <w:p>
      <w:r>
        <w:t>..the song, the cruel king</w:t>
      </w:r>
    </w:p>
    <w:p>
      <w:r>
        <w:t>Yes, about the princess who ran to the fortress</w:t>
      </w:r>
    </w:p>
    <w:p>
      <w:r>
        <w:t>He is called "Na Nach Nachma Nachman MeUman.."</w:t>
      </w:r>
    </w:p>
    <w:p>
      <w:r>
        <w:t>And he, and he, is truly the Simple One of the Tales</w:t>
      </w:r>
    </w:p>
    <w:p>
      <w:r>
        <w:t>Who became a minister over all the ministers</w:t>
      </w:r>
    </w:p>
    <w:p>
      <w:r>
        <w:t>He is called "Na Nach Nachma Nachman MeUman.."</w:t>
      </w:r>
    </w:p>
    <w:p>
      <w:r>
        <w:t>And he {……………} and frightens the countries</w:t>
      </w:r>
    </w:p>
    <w:p>
      <w:r>
        <w:t>{……...} "trusted" that bring down the enemies</w:t>
      </w:r>
    </w:p>
    <w:p>
      <w:r>
        <w:t>He is called "Na Nach Nachma Nachman MeUman.."</w:t>
      </w:r>
    </w:p>
    <w:p>
      <w:r>
        <w:t>And he found the lost things and helps return them also to others</w:t>
      </w:r>
    </w:p>
    <w:p>
      <w:r>
        <w:t>And he brought the king’s daughter out of a fortress of gold which pearls</w:t>
      </w:r>
    </w:p>
    <w:p>
      <w:r>
        <w:t>He is called "Na Nach Nachma Nachman MeUman.."</w:t>
      </w:r>
    </w:p>
    <w:p>
      <w:r>
        <w:t>And he accomplished with God that Mashiach would be one of his descendants</w:t>
      </w:r>
    </w:p>
    <w:p>
      <w:r>
        <w:t>And he will give him treasures and all kinds of precious prayers</w:t>
      </w:r>
    </w:p>
    <w:p>
      <w:r>
        <w:t>He is called "Na Nach Nachma Nachman MeUman.."</w:t>
      </w:r>
    </w:p>
    <w:p>
      <w:r>
        <w:t>And he comes to weddings and also to all kinds of celebrations</w:t>
      </w:r>
    </w:p>
    <w:p>
      <w:r>
        <w:t>And he also loves to dance, to dance, at all the weddings</w:t>
      </w:r>
    </w:p>
    <w:p>
      <w:r>
        <w:t>He is called "Na Nach Nachma Nachman MeUman.."</w:t>
      </w:r>
    </w:p>
    <w:p>
      <w:r>
        <w:t>And every time he begins anew from the beginning</w:t>
      </w:r>
    </w:p>
    <w:p>
      <w:r>
        <w:t>And when he falls, then he gets up (and he is always full of joy), and he laughs at the world. He is called "Na Nach Nachma Nachman MeUman.."</w:t>
      </w:r>
    </w:p>
    <w:p>
      <w:r>
        <w:t>And he begins from the beginning, and he is in the secret of success</w:t>
      </w:r>
    </w:p>
    <w:p>
      <w:r>
        <w:t>And he got out of the lusts; when they see him, they flee</w:t>
      </w:r>
    </w:p>
    <w:p>
      <w:r>
        <w:t>He is called "Na Nach Nachma Nachman MeUman.."</w:t>
      </w:r>
    </w:p>
    <w:p>
      <w:r>
        <w:t>And he eats and also sleeps, and he has two devotions</w:t>
      </w:r>
    </w:p>
    <w:p>
      <w:r>
        <w:t>To eat and to sleep—who knows, who understands</w:t>
      </w:r>
    </w:p>
    <w:p>
      <w:r>
        <w:t>He is called "Na Nach Nachma Nachman MeUman.."</w:t>
      </w:r>
    </w:p>
    <w:p>
      <w:r>
        <w:t>And he draws near and he sends far away, and he raises and also lowers</w:t>
      </w:r>
    </w:p>
    <w:p>
      <w:r>
        <w:t>And he takes out the pride and the imagined honor</w:t>
      </w:r>
    </w:p>
    <w:p>
      <w:r>
        <w:t>He is called "Na Nach Nachma Nachman MeUman.."</w:t>
      </w:r>
    </w:p>
    <w:p>
      <w:r>
        <w:t>And all the days of his life he prayed that only worthy people would come to him, and he twists the wise men; therefore they do not understand at all. He is called "Na Nach Nachma Nachman MeUman.."</w:t>
      </w:r>
    </w:p>
    <w:p>
      <w:r>
        <w:br w:type="page"/>
      </w:r>
    </w:p>
    <w:p>
      <w:pPr>
        <w:pStyle w:val="Heading1"/>
      </w:pPr>
      <w:r>
        <w:t>Tape 46</w:t>
      </w:r>
    </w:p>
    <w:p>
      <w:pPr>
        <w:pStyle w:val="Heading2"/>
      </w:pPr>
      <w:r>
        <w:t>Side A (Aleph)</w:t>
      </w:r>
    </w:p>
    <w:p>
      <w:r>
        <w:t>...[The friends play and sing “He is called Na Nach Nachma Nachman MeUman..":</w:t>
      </w:r>
    </w:p>
    <w:p>
      <w:r>
        <w:t>"So let us begin from now—who knows what Na is..</w:t>
      </w:r>
    </w:p>
    <w:p>
      <w:r>
        <w:t>For who knows what will be, what will be, every minute</w:t>
      </w:r>
    </w:p>
    <w:p>
      <w:r>
        <w:t>He is called "Na Nach Nachma Nachman MeUman.."</w:t>
      </w:r>
    </w:p>
    <w:p>
      <w:r>
        <w:t>And he is a warrior in battle and defeats the lies</w:t>
      </w:r>
    </w:p>
    <w:p>
      <w:r>
        <w:t>And does not submit to the famous ones; he disseminates only the true books</w:t>
      </w:r>
    </w:p>
    <w:p>
      <w:r>
        <w:t>"Na Nach Nachma Nachman MeUman.."</w:t>
      </w:r>
    </w:p>
    <w:p>
      <w:r>
        <w:t>The Tale of the Princess, and also the Tale of the Cripple</w:t>
      </w:r>
    </w:p>
    <w:p>
      <w:r>
        <w:t>Of the King’s Son Made of Precious Stones—ay, Tales</w:t>
      </w:r>
    </w:p>
    <w:p>
      <w:r>
        <w:t>He is called "Na Nach Nachma Nachman MeUman.."</w:t>
      </w:r>
    </w:p>
    <w:p>
      <w:r>
        <w:t>The Tale of the King and the Emperor, and also of the King Who Decreed Apostasy</w:t>
      </w:r>
    </w:p>
    <w:p>
      <w:r>
        <w:t>The Tale of the Humble King, the Tale of the Fly and the Spider</w:t>
      </w:r>
    </w:p>
    <w:p>
      <w:r>
        <w:t>He is called "Na Nach Nachma Nachman MeUman.."</w:t>
      </w:r>
    </w:p>
    <w:p>
      <w:r>
        <w:t>The Tale of the Rabbi and the Only Son, also the Tale of the Sophisticate and the Simpleton</w:t>
      </w:r>
    </w:p>
    <w:p>
      <w:r>
        <w:t>The Tale of the Burgher and the Pauper, of the King’s Son and the Maidservant’s Son</w:t>
      </w:r>
    </w:p>
    <w:p>
      <w:r>
        <w:t>He is called "Na Nach Nachma Nachman MeUman.."</w:t>
      </w:r>
    </w:p>
    <w:p>
      <w:r>
        <w:t>The Tale of the Master of Prayer, the Tale of the Seven Beggars</w:t>
      </w:r>
    </w:p>
    <w:p>
      <w:r>
        <w:t>These are Tales from Ancient Times</w:t>
      </w:r>
    </w:p>
    <w:p>
      <w:r>
        <w:t>He is called "Na Nach Nachma Nachman MeUman.."</w:t>
      </w:r>
    </w:p>
    <w:p>
      <w:r>
        <w:t>We have three “Sounds”; we have “Sound Faith”</w:t>
      </w:r>
    </w:p>
    <w:p>
      <w:r>
        <w:t>And also “Sound Rebuke,” and also “Sound {………}”</w:t>
      </w:r>
    </w:p>
    <w:p>
      <w:r>
        <w:t>We have three “Sounds”; we have “Sound Authority”</w:t>
      </w:r>
    </w:p>
    <w:p>
      <w:r>
        <w:t>And also “Sound Faith,” and also “Sound Rebuke,” and our awesome Rabbainu</w:t>
      </w:r>
    </w:p>
    <w:p>
      <w:r>
        <w:t>He is called "Na Nach Nachma Nachman MeUman.."</w:t>
      </w:r>
    </w:p>
    <w:p>
      <w:r>
        <w:t>He reveals and covers his face with his wings and with his legs</w:t>
      </w:r>
    </w:p>
    <w:p>
      <w:r>
        <w:t>As Rabbainu revealed in Likutey Moharan</w:t>
      </w:r>
    </w:p>
    <w:p>
      <w:r>
        <w:t>He is called "Na Nach Nachma Nachman MeUman.."..”</w:t>
      </w:r>
    </w:p>
    <w:p>
      <w:r>
        <w:t>Afterward they sing:</w:t>
      </w:r>
    </w:p>
    <w:p>
      <w:r>
        <w:t>"For the ultimate purpose of the descent is the ultimate purpose of the ascent; if you wish it, it is no legend</w:t>
      </w:r>
    </w:p>
    <w:p>
      <w:r>
        <w:t>From darkness and confusion to the light of faith, there is a tzaddik whose name is a segulah</w:t>
      </w:r>
    </w:p>
    <w:p>
      <w:r>
        <w:t>"Na Nach Nachma Nachman MeUman.."</w:t>
      </w:r>
    </w:p>
    <w:p>
      <w:r>
        <w:t>And the name of the tzaddik is shared in the name of God, and whoever calls by it will merit salvation</w:t>
      </w:r>
    </w:p>
    <w:p>
      <w:r>
        <w:t>At a time when there is no chance by the way of reason to emerge from the strait, and there is no longer a solution</w:t>
      </w:r>
    </w:p>
    <w:p>
      <w:r>
        <w:t>We will sing "Na Nach Nachma Nachman MeUman.." ah.. ah..</w:t>
      </w:r>
    </w:p>
    <w:p>
      <w:r>
        <w:t>We will break through the barrier; we will begin already today. Time is very precious; we are walking on a narrow bridge. Our merciful Father sent us long ago a tzaddik, foundation of the world, wondrous and hidden from the world</w:t>
      </w:r>
    </w:p>
    <w:p>
      <w:r>
        <w:t>"Na Nach Nachma Nachman MeUman.."..”</w:t>
      </w:r>
    </w:p>
    <w:p>
      <w:r>
        <w:t>Afterward they sing:</w:t>
      </w:r>
    </w:p>
    <w:p>
      <w:r>
        <w:t>"I am a man of wonder, and my soul is a great wonder; an innovation like me has never existed. I have been victorious and I will be victorious; I have finished and I will finish. I am a river that purifies from all stains</w:t>
      </w:r>
    </w:p>
    <w:p>
      <w:r>
        <w:t>"Na Nach Nachma Nachman MeUman.."..”</w:t>
      </w:r>
    </w:p>
    <w:p>
      <w:r>
        <w:t>Afterward they sing:</w:t>
      </w:r>
    </w:p>
    <w:p>
      <w:r>
        <w:t>"In Breslov a fire burns; kindle it in my heart.."</w:t>
      </w:r>
    </w:p>
    <w:p>
      <w:r>
        <w:t>Afterward they sing:</w:t>
      </w:r>
    </w:p>
    <w:p>
      <w:r>
        <w:t>"Oy Rebbe Nassan, oy Rebbe Nachman</w:t>
      </w:r>
    </w:p>
    <w:p>
      <w:r>
        <w:t>"Na Nach Nachma Nachman MeUman.."</w:t>
      </w:r>
    </w:p>
    <w:p>
      <w:r>
        <w:t>Oy Rebbe Nachman, oy Rebbe Nassan, oy Rebbe Nachman, oy Rebbe Nassan—they laugh at the whole world"</w:t>
      </w:r>
    </w:p>
    <w:p>
      <w:r>
        <w:t>"Na Nach Nachma Nachman MeUman.."</w:t>
      </w:r>
    </w:p>
    <w:p>
      <w:r>
        <w:t>Oy Rebbe Nachman, oy Rebbe Nassan, oy Rebbe Moshe Breslover, oy Rebbe Yisroel (Kardonner)</w:t>
      </w:r>
    </w:p>
    <w:p>
      <w:r>
        <w:t>They laugh at the whole world..”]</w:t>
      </w:r>
    </w:p>
    <w:p>
      <w:r>
        <w:t>["In you, Rabbainu, we will rejoice; in you, Rabbainu..”]</w:t>
      </w:r>
    </w:p>
    <w:p>
      <w:r>
        <w:t>[Where are we going?]</w:t>
      </w:r>
    </w:p>
    <w:p>
      <w:r>
        <w:t>[What is this?]</w:t>
      </w:r>
    </w:p>
    <w:p>
      <w:r>
        <w:t>[…..]</w:t>
      </w:r>
    </w:p>
    <w:p>
      <w:r>
        <w:t>[An invitation?]</w:t>
      </w:r>
    </w:p>
    <w:p>
      <w:r>
        <w:t>[Tzion Barzilai sings:</w:t>
      </w:r>
    </w:p>
    <w:p>
      <w:r>
        <w:t>“ In you, Rabbainu, we will rejoice; in you, Rabbainu, we will be glad; in you, Rabbainu, we will rejoice and be glad, in you..”]</w:t>
      </w:r>
    </w:p>
    <w:p>
      <w:r>
        <w:t>{….}</w:t>
      </w:r>
    </w:p>
    <w:p>
      <w:r>
        <w:t>[There is a note, and there is the owner of the note..]</w:t>
      </w:r>
    </w:p>
    <w:p>
      <w:r>
        <w:t>[……..]</w:t>
      </w:r>
    </w:p>
    <w:p>
      <w:r>
        <w:t>[……..]</w:t>
      </w:r>
    </w:p>
    <w:p>
      <w:r>
        <w:t>[..someone apparently..]</w:t>
      </w:r>
    </w:p>
    <w:p>
      <w:r>
        <w:t>[Rebbe Yisroel]</w:t>
      </w:r>
    </w:p>
    <w:p>
      <w:r>
        <w:t>[Where did he make this note?]</w:t>
      </w:r>
    </w:p>
    <w:p>
      <w:r>
        <w:t>Ah?</w:t>
      </w:r>
    </w:p>
    <w:p>
      <w:r>
        <w:t>[Gideon called from Tel Aviv—Gideon, your son-in-law]</w:t>
      </w:r>
    </w:p>
    <w:p>
      <w:r>
        <w:t>Nu</w:t>
      </w:r>
    </w:p>
    <w:p>
      <w:r>
        <w:t>[He said that in the newspaper on Friday there were two pages about the note and about Rebbe Yisroel, and about you]</w:t>
      </w:r>
    </w:p>
    <w:p>
      <w:r>
        <w:t>[What do you say?]</w:t>
      </w:r>
    </w:p>
    <w:p>
      <w:r>
        <w:t>[About your whole life and about Rabbainu's tziyun, which you want to bring to Eretz Yisroel</w:t>
      </w:r>
    </w:p>
    <w:p>
      <w:r>
        <w:t>Two pages, on Erev Shabbos, two days ago]</w:t>
      </w:r>
    </w:p>
    <w:p>
      <w:r>
        <w:t>[On Erev Shabbos]</w:t>
      </w:r>
    </w:p>
    <w:p>
      <w:r>
        <w:t>[In the newspaper]</w:t>
      </w:r>
    </w:p>
    <w:p>
      <w:r>
        <w:t>[There were two pages about..]</w:t>
      </w:r>
    </w:p>
    <w:p>
      <w:r>
        <w:t>[In ‘Maariv,’ in the 'Maariv' newspaper, and he sends you his regards, Gideon..]</w:t>
      </w:r>
    </w:p>
    <w:p>
      <w:r>
        <w:t>[There is a bad smell here]</w:t>
      </w:r>
    </w:p>
    <w:p>
      <w:r>
        <w:t>[There is here…?]</w:t>
      </w:r>
    </w:p>
    <w:p>
      <w:r>
        <w:t>[Yes, yes, there is a slightly bad smell here..]</w:t>
      </w:r>
    </w:p>
    <w:p>
      <w:r>
        <w:t>[Yes, a bad smell]</w:t>
      </w:r>
    </w:p>
    <w:p>
      <w:r>
        <w:t>[Huh?]</w:t>
      </w:r>
    </w:p>
    <w:p>
      <w:r>
        <w:t>[Yes, here, this]</w:t>
      </w:r>
    </w:p>
    <w:p>
      <w:r>
        <w:t>[...]</w:t>
      </w:r>
    </w:p>
    <w:p>
      <w:r>
        <w:t>[The good smell comes, so all the bad smell..]</w:t>
      </w:r>
    </w:p>
    <w:p>
      <w:r>
        <w:t>[Runs away]</w:t>
      </w:r>
    </w:p>
    <w:p>
      <w:r>
        <w:t>[One of the friends plays a drum]</w:t>
      </w:r>
    </w:p>
    <w:p>
      <w:r>
        <w:t>[…… A little sleepy, not feeling so well]</w:t>
      </w:r>
    </w:p>
    <w:p>
      <w:r>
        <w:t>[Saba]…</w:t>
      </w:r>
    </w:p>
    <w:p>
      <w:r>
        <w:t>...[How much does he need to sell it for?..</w:t>
      </w:r>
    </w:p>
    <w:p>
      <w:r>
        <w:t>I will give you the money, this is the money for the amulet]</w:t>
      </w:r>
    </w:p>
    <w:p>
      <w:r>
        <w:t>Huh?</w:t>
      </w:r>
    </w:p>
    <w:p>
      <w:r>
        <w:t>[He made an amulet for me, Yitzchak, Yitzchak Naim wrote on parchment</w:t>
      </w:r>
    </w:p>
    <w:p>
      <w:r>
        <w:t>“Na Nach Nachma Nachman MeUman,” like this, and closed it so that I could wear it as an amulet. I want to know what, how much do I need to pay you?]</w:t>
      </w:r>
    </w:p>
    <w:p>
      <w:r>
        <w:t>Ah</w:t>
      </w:r>
    </w:p>
    <w:p>
      <w:r>
        <w:t>[For the amulet?]</w:t>
      </w:r>
    </w:p>
    <w:p>
      <w:r>
        <w:t>Oy…</w:t>
      </w:r>
    </w:p>
    <w:p>
      <w:r>
        <w:t>...[He told me that once you told him, eighteen or twenty-five] What?</w:t>
      </w:r>
    </w:p>
    <w:p>
      <w:r>
        <w:t>[You told him, eighteen shekels or twenty-five shekels, you told him a few years ago, now he is asking..]</w:t>
      </w:r>
    </w:p>
    <w:p>
      <w:r>
        <w:t>I do not remember..</w:t>
      </w:r>
    </w:p>
    <w:p>
      <w:r>
        <w:t>[He is asking anew]</w:t>
      </w:r>
    </w:p>
    <w:p>
      <w:r>
        <w:t>How much will the good thing cost?</w:t>
      </w:r>
    </w:p>
    <w:p>
      <w:r>
        <w:t>[?]</w:t>
      </w:r>
    </w:p>
    <w:p>
      <w:r>
        <w:t>["How much will a good thing cost”]</w:t>
      </w:r>
    </w:p>
    <w:p>
      <w:r>
        <w:t>{..} The amulet of Rabbainu, of blessed memory, “Na Nach Nachma...”</w:t>
      </w:r>
    </w:p>
    <w:p>
      <w:r>
        <w:t>[So better…... so twenty-six is all right?]</w:t>
      </w:r>
    </w:p>
    <w:p>
      <w:r>
        <w:t>Huh?</w:t>
      </w:r>
    </w:p>
    <w:p>
      <w:r>
        <w:t>[Twenty-six, twenty-six]</w:t>
      </w:r>
    </w:p>
    <w:p>
      <w:r>
        <w:t>What?</w:t>
      </w:r>
    </w:p>
    <w:p>
      <w:r>
        <w:t>[Twenty-six shekels is good?]</w:t>
      </w:r>
    </w:p>
    <w:p>
      <w:r>
        <w:t>Twenty?</w:t>
      </w:r>
    </w:p>
    <w:p>
      <w:r>
        <w:t>[Twenty-six shekels, twenty-six shekels]</w:t>
      </w:r>
    </w:p>
    <w:p>
      <w:r>
        <w:t>Twenty shekels?</w:t>
      </w:r>
    </w:p>
    <w:p>
      <w:r>
        <w:t>[Twenty-six, twenty-six]</w:t>
      </w:r>
    </w:p>
    <w:p>
      <w:r>
        <w:t>Twenty-six shekels</w:t>
      </w:r>
    </w:p>
    <w:p>
      <w:r>
        <w:t>[For me, for me]</w:t>
      </w:r>
    </w:p>
    <w:p>
      <w:r>
        <w:t>An amulet?</w:t>
      </w:r>
    </w:p>
    <w:p>
      <w:r>
        <w:t>[For me, yes]</w:t>
      </w:r>
    </w:p>
    <w:p>
      <w:r>
        <w:t>For you</w:t>
      </w:r>
    </w:p>
    <w:p>
      <w:r>
        <w:t>[Yes]</w:t>
      </w:r>
    </w:p>
    <w:p>
      <w:r>
        <w:t>He, I {do not know}, {..}, what is this?</w:t>
      </w:r>
    </w:p>
    <w:p>
      <w:r>
        <w:t>[Twenty]…</w:t>
      </w:r>
    </w:p>
    <w:p>
      <w:r>
        <w:t>...[Shekels, you said.., I do not know for how much you will sell afterward</w:t>
      </w:r>
    </w:p>
    <w:p>
      <w:r>
        <w:t>But he asked for me now]</w:t>
      </w:r>
    </w:p>
    <w:p>
      <w:r>
        <w:t>Because?</w:t>
      </w:r>
    </w:p>
    <w:p>
      <w:r>
        <w:t>[He did not, did not sell, for a long time he did not sell {an amulet}]</w:t>
      </w:r>
    </w:p>
    <w:p>
      <w:r>
        <w:t>{This amulet ………, it seems}</w:t>
      </w:r>
    </w:p>
    <w:p>
      <w:r>
        <w:t>[Yes]</w:t>
      </w:r>
    </w:p>
    <w:p>
      <w:r>
        <w:t>[So twenty-six, I am prepared to give twenty-six]</w:t>
      </w:r>
    </w:p>
    <w:p>
      <w:r>
        <w:t>Huh?</w:t>
      </w:r>
    </w:p>
    <w:p>
      <w:r>
        <w:t>[Twenty.., thirty is all right, thirty, this way there will not be a problem of giving change] How much is this?</w:t>
      </w:r>
    </w:p>
    <w:p>
      <w:r>
        <w:t>[…...]</w:t>
      </w:r>
    </w:p>
    <w:p>
      <w:r>
        <w:t>[This is thirty shekels]</w:t>
      </w:r>
    </w:p>
    <w:p>
      <w:r>
        <w:t>How much is this?</w:t>
      </w:r>
    </w:p>
    <w:p>
      <w:r>
        <w:t>[This is thirty shekels, Rebbe Yisroel]</w:t>
      </w:r>
    </w:p>
    <w:p>
      <w:r>
        <w:t>Thirty?</w:t>
      </w:r>
    </w:p>
    <w:p>
      <w:r>
        <w:t>[Yes]</w:t>
      </w:r>
    </w:p>
    <w:p>
      <w:r>
        <w:t>How much is this? What is this?</w:t>
      </w:r>
    </w:p>
    <w:p>
      <w:r>
        <w:t>[This is ten, and this is twenty]</w:t>
      </w:r>
    </w:p>
    <w:p>
      <w:r>
        <w:t>{Twenty sh..}...</w:t>
      </w:r>
    </w:p>
    <w:p>
      <w:r>
        <w:t>...{…...}</w:t>
      </w:r>
    </w:p>
    <w:p>
      <w:r>
        <w:t>[Do they need to be sold or given?]</w:t>
      </w:r>
    </w:p>
    <w:p>
      <w:r>
        <w:t>Huh?</w:t>
      </w:r>
    </w:p>
    <w:p>
      <w:r>
        <w:t>[Do the amulets need to be distributed for free, or do they need to be sold?]</w:t>
      </w:r>
    </w:p>
    <w:p>
      <w:r>
        <w:t>To sell</w:t>
      </w:r>
    </w:p>
    <w:p>
      <w:r>
        <w:t>[Yes?]</w:t>
      </w:r>
    </w:p>
    <w:p>
      <w:r>
        <w:t>To sell cheaply</w:t>
      </w:r>
    </w:p>
    <w:p>
      <w:r>
        <w:t>[Cheaply]</w:t>
      </w:r>
    </w:p>
    <w:p>
      <w:r>
        <w:t>{..}</w:t>
      </w:r>
    </w:p>
    <w:p>
      <w:r>
        <w:t>[…...]</w:t>
      </w:r>
    </w:p>
    <w:p>
      <w:r>
        <w:t>[Rebbe Yisroel, what, what is cheaply? What does cheaply mean?]</w:t>
      </w:r>
    </w:p>
    <w:p>
      <w:r>
        <w:t>[About how much?]</w:t>
      </w:r>
    </w:p>
    <w:p>
      <w:r>
        <w:t>[How much, about how much?]</w:t>
      </w:r>
    </w:p>
    <w:p>
      <w:r>
        <w:t>I do not know, I do not know</w:t>
      </w:r>
    </w:p>
    <w:p>
      <w:r>
        <w:t>[Approximately]</w:t>
      </w:r>
    </w:p>
    <w:p>
      <w:r>
        <w:t>I want to rest</w:t>
      </w:r>
    </w:p>
    <w:p>
      <w:r>
        <w:t>[Good]</w:t>
      </w:r>
    </w:p>
    <w:p>
      <w:r>
        <w:t>To sleep now</w:t>
      </w:r>
    </w:p>
    <w:p>
      <w:r>
        <w:t>[…...……]</w:t>
      </w:r>
    </w:p>
    <w:p>
      <w:r>
        <w:t>[…...……]…</w:t>
      </w:r>
    </w:p>
    <w:p>
      <w:r>
        <w:t>...Ah, ah…</w:t>
      </w:r>
    </w:p>
    <w:p>
      <w:r>
        <w:t>...[...]</w:t>
      </w:r>
    </w:p>
    <w:p>
      <w:r>
        <w:t>I do not know what, do not know at all {….}, what will be? What?</w:t>
      </w:r>
    </w:p>
    <w:p>
      <w:r>
        <w:t>[We need to wait a little longer]</w:t>
      </w:r>
    </w:p>
    <w:p>
      <w:r>
        <w:t>To wait</w:t>
      </w:r>
    </w:p>
    <w:p>
      <w:r>
        <w:t>[…..]…</w:t>
      </w:r>
    </w:p>
    <w:p>
      <w:r>
        <w:t>...Then they will all be tzaddikim, there will be, and there will be a completely different world</w:t>
      </w:r>
    </w:p>
    <w:p>
      <w:r>
        <w:t>All the days of my life I await this, if only</w:t>
      </w:r>
    </w:p>
    <w:p>
      <w:r>
        <w:t>[It will be, Saba]</w:t>
      </w:r>
    </w:p>
    <w:p>
      <w:r>
        <w:t>{Hashem, blessed is He,} will have mercy</w:t>
      </w:r>
    </w:p>
    <w:p>
      <w:r>
        <w:t>[It will be, it will be with Hashem's help]</w:t>
      </w:r>
    </w:p>
    <w:p>
      <w:r>
        <w:t>Huh?</w:t>
      </w:r>
    </w:p>
    <w:p>
      <w:r>
        <w:t>[It will be]</w:t>
      </w:r>
    </w:p>
    <w:p>
      <w:r>
        <w:t>Yo</w:t>
      </w:r>
    </w:p>
    <w:p>
      <w:r>
        <w:t>[It will be]</w:t>
      </w:r>
    </w:p>
    <w:p>
      <w:r>
        <w:t>Who..</w:t>
      </w:r>
    </w:p>
    <w:p>
      <w:r>
        <w:t>[He promised]</w:t>
      </w:r>
    </w:p>
    <w:p>
      <w:r>
        <w:t>Every, every person must have a tikkun from Rabbainu Hakadosh, the whole world, all of Yisroel [...]...</w:t>
      </w:r>
    </w:p>
    <w:p>
      <w:r>
        <w:t>...He gives, can you give a place for working on Rabbainu's books?</w:t>
      </w:r>
    </w:p>
    <w:p>
      <w:r>
        <w:t>[What should be done? Saba]</w:t>
      </w:r>
    </w:p>
    <w:p>
      <w:r>
        <w:t>To work for Rabbainu, to print and distribute</w:t>
      </w:r>
    </w:p>
    <w:p>
      <w:r>
        <w:t>[To distribute, if only, if only]</w:t>
      </w:r>
    </w:p>
    <w:p>
      <w:r>
        <w:t>{Good}, good, good, good</w:t>
      </w:r>
    </w:p>
    <w:p>
      <w:r>
        <w:t>[If only]...</w:t>
      </w:r>
    </w:p>
    <w:p>
      <w:r>
        <w:t>...[Great]</w:t>
      </w:r>
    </w:p>
    <w:p>
      <w:r>
        <w:t>But when they are in the apartment</w:t>
      </w:r>
    </w:p>
    <w:p>
      <w:r>
        <w:t>[I can tell them that I want the apartment vacated within a month]</w:t>
      </w:r>
    </w:p>
    <w:p>
      <w:r>
        <w:t>Yes</w:t>
      </w:r>
    </w:p>
    <w:p>
      <w:r>
        <w:t>[Yes, I can tell them, yes, should I tell them? Tell them?]</w:t>
      </w:r>
    </w:p>
    <w:p>
      <w:r>
        <w:t>Yes, yes, yes</w:t>
      </w:r>
    </w:p>
    <w:p>
      <w:r>
        <w:t>[Good]</w:t>
      </w:r>
    </w:p>
    <w:p>
      <w:r>
        <w:t>That there is, th.. th..</w:t>
      </w:r>
    </w:p>
    <w:p>
      <w:r>
        <w:t>[That they should vacate the apartment]</w:t>
      </w:r>
    </w:p>
    <w:p>
      <w:r>
        <w:t>That they should look for an apartment</w:t>
      </w:r>
    </w:p>
    <w:p>
      <w:r>
        <w:t>[All right]</w:t>
      </w:r>
    </w:p>
    <w:p>
      <w:r>
        <w:t>And they will give you the apartment</w:t>
      </w:r>
    </w:p>
    <w:p>
      <w:r>
        <w:t>[All right..</w:t>
      </w:r>
    </w:p>
    <w:p>
      <w:r>
        <w:t>…{{. .}}…{{. .}}Gladly, Saba, gladly, gladly, everything for Rabbainu's honor, for the redemption—that the redemption should come already, enough with the darkness and the exile and Arabs, enough, and dispute and baseless hatred, enough]</w:t>
      </w:r>
    </w:p>
    <w:p>
      <w:r>
        <w:t>…{{. .}}</w:t>
      </w:r>
    </w:p>
    <w:p>
      <w:r>
        <w:t>…{{. .}}</w:t>
      </w:r>
    </w:p>
    <w:p>
      <w:r>
        <w:t>...[..To call on the telephone to tell them] Whom?</w:t>
      </w:r>
    </w:p>
    <w:p>
      <w:r>
        <w:t>[To tell the tenants to leave]</w:t>
      </w:r>
    </w:p>
    <w:p>
      <w:r>
        <w:t>Ah, ah</w:t>
      </w:r>
    </w:p>
    <w:p>
      <w:r>
        <w:t>[Yes?]</w:t>
      </w:r>
    </w:p>
    <w:p>
      <w:r>
        <w:t>Yes, yes, yes, yes</w:t>
      </w:r>
    </w:p>
    <w:p>
      <w:r>
        <w:t>[And we, what will we do in the apartment? Saba] Huh?</w:t>
      </w:r>
    </w:p>
    <w:p>
      <w:r>
        <w:t>[What will we do in the apartment?]</w:t>
      </w:r>
    </w:p>
    <w:p>
      <w:r>
        <w:t>{Work}, work</w:t>
      </w:r>
    </w:p>
    <w:p>
      <w:r>
        <w:t>[There is..]</w:t>
      </w:r>
    </w:p>
    <w:p>
      <w:r>
        <w:t>The printing press and everything</w:t>
      </w:r>
    </w:p>
    <w:p>
      <w:r>
        <w:t>[Are there devices, machines? Are there?]</w:t>
      </w:r>
    </w:p>
    <w:p>
      <w:r>
        <w:t>Huh?</w:t>
      </w:r>
    </w:p>
    <w:p>
      <w:r>
        <w:t>[Can buy]</w:t>
      </w:r>
    </w:p>
    <w:p>
      <w:r>
        <w:t>[We need to buy machines]</w:t>
      </w:r>
    </w:p>
    <w:p>
      <w:r>
        <w:t>Nu, yo, we will buy</w:t>
      </w:r>
    </w:p>
    <w:p>
      <w:r>
        <w:t>[We will buy, we will buy, is there money?]</w:t>
      </w:r>
    </w:p>
    <w:p>
      <w:r>
        <w:t>[There is, there is]</w:t>
      </w:r>
    </w:p>
    <w:p>
      <w:r>
        <w:t>[Yes?</w:t>
      </w:r>
    </w:p>
    <w:p>
      <w:r>
        <w:t>[Do not worry..]</w:t>
      </w:r>
    </w:p>
    <w:p>
      <w:r>
        <w:t>[So there is an apartment, there is an apartment]</w:t>
      </w:r>
    </w:p>
    <w:p>
      <w:r>
        <w:t>Empty</w:t>
      </w:r>
    </w:p>
    <w:p>
      <w:r>
        <w:t>[Yes, there will be, with Hashem's help]</w:t>
      </w:r>
    </w:p>
    <w:p>
      <w:r>
        <w:t>Good</w:t>
      </w:r>
    </w:p>
    <w:p>
      <w:r>
        <w:t>{..}</w:t>
      </w:r>
    </w:p>
    <w:p>
      <w:r>
        <w:t>[For free, Saba]</w:t>
      </w:r>
    </w:p>
    <w:p>
      <w:r>
        <w:t>Huh?</w:t>
      </w:r>
    </w:p>
    <w:p>
      <w:r>
        <w:t>[For free, for free, an apartment for free in order to work, as long as they need to print..</w:t>
      </w:r>
    </w:p>
    <w:p>
      <w:r>
        <w:t>As long as they need to print, I do not want money]</w:t>
      </w:r>
    </w:p>
    <w:p>
      <w:r>
        <w:t>{..}</w:t>
      </w:r>
    </w:p>
    <w:p>
      <w:r>
        <w:t>[Only what is needed, electricity..]</w:t>
      </w:r>
    </w:p>
    <w:p>
      <w:r>
        <w:t>Yo, yo</w:t>
      </w:r>
    </w:p>
    <w:p>
      <w:r>
        <w:t>[Taxes, municipality, arnona]</w:t>
      </w:r>
    </w:p>
    <w:p>
      <w:r>
        <w:t>{{…}}, {No, no, no, no..}</w:t>
      </w:r>
    </w:p>
    <w:p>
      <w:r>
        <w:t>[But I do not want any payment, I..]</w:t>
      </w:r>
    </w:p>
    <w:p>
      <w:r>
        <w:t>Yes?</w:t>
      </w:r>
    </w:p>
    <w:p>
      <w:r>
        <w:t>[No payment, it is for, for.. I, I donate the apartment in order to work</w:t>
      </w:r>
    </w:p>
    <w:p>
      <w:r>
        <w:t>As long as they need to work, to print, then the apartment will be for printing</w:t>
      </w:r>
    </w:p>
    <w:p>
      <w:r>
        <w:t>And to spread the knowledge of Rabbainu Hakadosh in the world, as long as needed]</w:t>
      </w:r>
    </w:p>
    <w:p>
      <w:r>
        <w:t>If only, if only</w:t>
      </w:r>
    </w:p>
    <w:p>
      <w:r>
        <w:t>[As long as needed, then the apartment can be used]</w:t>
      </w:r>
    </w:p>
    <w:p>
      <w:r>
        <w:t>Where is the apartment?</w:t>
      </w:r>
    </w:p>
    <w:p>
      <w:r>
        <w:t>[In Emanuel, Emanuel]</w:t>
      </w:r>
    </w:p>
    <w:p>
      <w:r>
        <w:t>Emanuel</w:t>
      </w:r>
    </w:p>
    <w:p>
      <w:r>
        <w:t>[Yes]</w:t>
      </w:r>
    </w:p>
    <w:p>
      <w:r>
        <w:t>{...}</w:t>
      </w:r>
    </w:p>
    <w:p>
      <w:r>
        <w:t>Can it be locked..?</w:t>
      </w:r>
    </w:p>
    <w:p>
      <w:r>
        <w:t>[Yes, we need, need to do, t..]</w:t>
      </w:r>
    </w:p>
    <w:p>
      <w:r>
        <w:t>{With a fence}</w:t>
      </w:r>
    </w:p>
    <w:p>
      <w:r>
        <w:t>[To invest a little]</w:t>
      </w:r>
    </w:p>
    <w:p>
      <w:r>
        <w:t>I have, I have, I have {...}</w:t>
      </w:r>
    </w:p>
    <w:p>
      <w:r>
        <w:t>[All right, put in a strong door..]</w:t>
      </w:r>
    </w:p>
    <w:p>
      <w:r>
        <w:t>A friend..</w:t>
      </w:r>
    </w:p>
    <w:p>
      <w:r>
        <w:t>[A strong lock, arrange everything]</w:t>
      </w:r>
    </w:p>
    <w:p>
      <w:r>
        <w:t>He, he, he..</w:t>
      </w:r>
    </w:p>
    <w:p>
      <w:r>
        <w:t>[He will arrange it]</w:t>
      </w:r>
    </w:p>
    <w:p>
      <w:r>
        <w:t>Ah, and..</w:t>
      </w:r>
    </w:p>
    <w:p>
      <w:r>
        <w:t>[A locksmith?]</w:t>
      </w:r>
    </w:p>
    <w:p>
      <w:r>
        <w:t>Yes, yes</w:t>
      </w:r>
    </w:p>
    <w:p>
      <w:r>
        <w:t>[Good, let him do it]</w:t>
      </w:r>
    </w:p>
    <w:p>
      <w:r>
        <w:t>I knew his father</w:t>
      </w:r>
    </w:p>
    <w:p>
      <w:r>
        <w:t>[Yes]</w:t>
      </w:r>
    </w:p>
    <w:p>
      <w:r>
        <w:t>And he is close to Rabbainu</w:t>
      </w:r>
    </w:p>
    <w:p>
      <w:r>
        <w:t>[Yes, all right]</w:t>
      </w:r>
    </w:p>
    <w:p>
      <w:r>
        <w:t>This is the son</w:t>
      </w:r>
    </w:p>
    <w:p>
      <w:r>
        <w:t>[So let him arrange everything]</w:t>
      </w:r>
    </w:p>
    <w:p>
      <w:r>
        <w:t>Yes</w:t>
      </w:r>
    </w:p>
    <w:p>
      <w:r>
        <w:t>[So we need, need machines, computers]</w:t>
      </w:r>
    </w:p>
    <w:p>
      <w:r>
        <w:t>Yes, yes, yes, certainly</w:t>
      </w:r>
    </w:p>
    <w:p>
      <w:r>
        <w:t>[We also need experts, someone expert]</w:t>
      </w:r>
    </w:p>
    <w:p>
      <w:r>
        <w:t>Yes, yes..</w:t>
      </w:r>
    </w:p>
    <w:p>
      <w:r>
        <w:t>[Are there?]</w:t>
      </w:r>
    </w:p>
    <w:p>
      <w:r>
        <w:t>Everything, everything {will be}</w:t>
      </w:r>
    </w:p>
    <w:p>
      <w:r>
        <w:t>[Are there?]</w:t>
      </w:r>
    </w:p>
    <w:p>
      <w:r>
        <w:t>[Yes]</w:t>
      </w:r>
    </w:p>
    <w:p>
      <w:r>
        <w:t>[Yes? There are?]</w:t>
      </w:r>
    </w:p>
    <w:p>
      <w:r>
        <w:t>[Chaim is here, surely]</w:t>
      </w:r>
    </w:p>
    <w:p>
      <w:r>
        <w:t>[Huh?]</w:t>
      </w:r>
    </w:p>
    <w:p>
      <w:r>
        <w:t>[..Books]</w:t>
      </w:r>
    </w:p>
    <w:p>
      <w:r>
        <w:t>[There are people who.. who do not.. wh..]</w:t>
      </w:r>
    </w:p>
    <w:p>
      <w:r>
        <w:t>{{…}}</w:t>
      </w:r>
    </w:p>
    <w:p>
      <w:r>
        <w:t>[First vacate the apartment]</w:t>
      </w:r>
    </w:p>
    <w:p>
      <w:r>
        <w:t>[Good, that is nothing, that..]</w:t>
      </w:r>
    </w:p>
    <w:p>
      <w:r>
        <w:t>[What? “Nothing"…]</w:t>
      </w:r>
    </w:p>
    <w:p>
      <w:r>
        <w:t>[I ... I have an agreement with him]</w:t>
      </w:r>
    </w:p>
    <w:p>
      <w:r>
        <w:t>[Ah]</w:t>
      </w:r>
    </w:p>
    <w:p>
      <w:r>
        <w:t>[I do not even have a contract with him, I can tell him to leave now, I have no contract</w:t>
      </w:r>
    </w:p>
    <w:p>
      <w:r>
        <w:t>So it is not nice to evict a person, within a month]</w:t>
      </w:r>
    </w:p>
    <w:p>
      <w:r>
        <w:t>[…..]</w:t>
      </w:r>
    </w:p>
    <w:p>
      <w:r>
        <w:t>[There are also many apartments there, I know….]</w:t>
      </w:r>
    </w:p>
    <w:p>
      <w:r>
        <w:t>[…….]</w:t>
      </w:r>
    </w:p>
    <w:p>
      <w:r>
        <w:t>[Yes, there are other apartments there, there is no shortage]</w:t>
      </w:r>
    </w:p>
    <w:p>
      <w:r>
        <w:t>[...Lots of apartments..]</w:t>
      </w:r>
    </w:p>
    <w:p>
      <w:r>
        <w:t>[There is no shortage, there is no shortage]</w:t>
      </w:r>
    </w:p>
    <w:p>
      <w:r>
        <w:t>[…….]</w:t>
      </w:r>
    </w:p>
    <w:p>
      <w:r>
        <w:t>[There is no shortage of apartments there now]</w:t>
      </w:r>
    </w:p>
    <w:p>
      <w:r>
        <w:t>[…….]</w:t>
      </w:r>
    </w:p>
    <w:p>
      <w:r>
        <w:t>[…]</w:t>
      </w:r>
    </w:p>
    <w:p>
      <w:r>
        <w:t>[There are apartments there]</w:t>
      </w:r>
    </w:p>
    <w:p>
      <w:r>
        <w:t>[…… Asked him…]</w:t>
      </w:r>
    </w:p>
    <w:p>
      <w:r>
        <w:t>[A large apartment in order to distribute, distribute Rabbainu's books]</w:t>
      </w:r>
    </w:p>
    <w:p>
      <w:r>
        <w:t>[Rabbainu asked in Eretz Yisroel, in that place]</w:t>
      </w:r>
    </w:p>
    <w:p>
      <w:r>
        <w:t>[…]</w:t>
      </w:r>
    </w:p>
    <w:p>
      <w:r>
        <w:t>[He said, he will look in Yerushalayim, but…]</w:t>
      </w:r>
    </w:p>
    <w:p>
      <w:r>
        <w:t>[It is specifically in the territories, it is good, it can sweeten</w:t>
      </w:r>
    </w:p>
    <w:p>
      <w:r>
        <w:t>It can sweeten all the turmoil of the territories]</w:t>
      </w:r>
    </w:p>
    <w:p>
      <w:r>
        <w:t>[…]</w:t>
      </w:r>
    </w:p>
    <w:p>
      <w:r>
        <w:t>[Ah?.. Yes, it is good..]</w:t>
      </w:r>
    </w:p>
    <w:p>
      <w:r>
        <w:t>[…….]</w:t>
      </w:r>
    </w:p>
    <w:p>
      <w:r>
        <w:t>There is someone on “Princess Mary” Street</w:t>
      </w:r>
    </w:p>
    <w:p>
      <w:r>
        <w:t>[Yes]</w:t>
      </w:r>
    </w:p>
    <w:p>
      <w:r>
        <w:t>There is someone {..} he sells keys {he\or}..</w:t>
      </w:r>
    </w:p>
    <w:p>
      <w:r>
        <w:t>[Yes]</w:t>
      </w:r>
    </w:p>
    <w:p>
      <w:r>
        <w:t>{…}, do you know him?</w:t>
      </w:r>
    </w:p>
    <w:p>
      <w:r>
        <w:t>[No, where is it in Yerushalayim?]</w:t>
      </w:r>
    </w:p>
    <w:p>
      <w:r>
        <w:t>In Yerushalayim, yo, yo</w:t>
      </w:r>
    </w:p>
    <w:p>
      <w:r>
        <w:t>[I do not know it, Saba, I do not know Yerushalayim]</w:t>
      </w:r>
    </w:p>
    <w:p>
      <w:r>
        <w:t>He is a trustworthy man..</w:t>
      </w:r>
    </w:p>
    <w:p>
      <w:r>
        <w:t>[Yes]</w:t>
      </w:r>
    </w:p>
    <w:p>
      <w:r>
        <w:t>Truly</w:t>
      </w:r>
    </w:p>
    <w:p>
      <w:r>
        <w:t>[Yes]</w:t>
      </w:r>
    </w:p>
    <w:p>
      <w:r>
        <w:t>Yes, he..</w:t>
      </w:r>
    </w:p>
    <w:p>
      <w:r>
        <w:t>[Good, Rabbainu has carpenters, locksmiths]</w:t>
      </w:r>
    </w:p>
    <w:p>
      <w:r>
        <w:t>Yes, yes, yes..</w:t>
      </w:r>
    </w:p>
    <w:p>
      <w:r>
        <w:t>[Rabbainu has everything]</w:t>
      </w:r>
    </w:p>
    <w:p>
      <w:r>
        <w:t>Yes, everything, everything</w:t>
      </w:r>
    </w:p>
    <w:p>
      <w:r>
        <w:t>[Musicians and scribes, Rabbainu has everything]</w:t>
      </w:r>
    </w:p>
    <w:p>
      <w:r>
        <w:t>Who is in charge of, of Emanuel?</w:t>
      </w:r>
    </w:p>
    <w:p>
      <w:r>
        <w:t>[Ah.. It is a city, a city, a city like Beitar, like that, it is like Beitar]</w:t>
      </w:r>
    </w:p>
    <w:p>
      <w:r>
        <w:t>Beitar?</w:t>
      </w:r>
    </w:p>
    <w:p>
      <w:r>
        <w:t>[It is like, similar to Beitar, it is a city, a city of Chareidim]</w:t>
      </w:r>
    </w:p>
    <w:p>
      <w:r>
        <w:t>Yes</w:t>
      </w:r>
    </w:p>
    <w:p>
      <w:r>
        <w:t>[Yes, a city of Chareidim, Emanuel]</w:t>
      </w:r>
    </w:p>
    <w:p>
      <w:r>
        <w:t>They, do they know of Rabbainu?</w:t>
      </w:r>
    </w:p>
    <w:p>
      <w:r>
        <w:t>[There is also Breslov there, there is]</w:t>
      </w:r>
    </w:p>
    <w:p>
      <w:r>
        <w:t>Yes</w:t>
      </w:r>
    </w:p>
    <w:p>
      <w:r>
        <w:t>[There is]</w:t>
      </w:r>
    </w:p>
    <w:p>
      <w:r>
        <w:t>Ah, ah</w:t>
      </w:r>
    </w:p>
    <w:p>
      <w:r>
        <w:t>[There is]</w:t>
      </w:r>
    </w:p>
    <w:p>
      <w:r>
        <w:t>Emanuel</w:t>
      </w:r>
    </w:p>
    <w:p>
      <w:r>
        <w:t>[Yes, yes, there is Breslov, there is, yes, there are mixtures, but there is Breslov</w:t>
      </w:r>
    </w:p>
    <w:p>
      <w:r>
        <w:t>There are a few, a few Breslov baalei teshuvah, a few]</w:t>
      </w:r>
    </w:p>
    <w:p>
      <w:r>
        <w:t>Yes</w:t>
      </w:r>
    </w:p>
    <w:p>
      <w:r>
        <w:t>[Yes, and there is, there is Nasan Libermantsh]</w:t>
      </w:r>
    </w:p>
    <w:p>
      <w:r>
        <w:t>And there is?</w:t>
      </w:r>
    </w:p>
    <w:p>
      <w:r>
        <w:t>[Nasan Libermantsh]</w:t>
      </w:r>
    </w:p>
    <w:p>
      <w:r>
        <w:t>Ah?</w:t>
      </w:r>
    </w:p>
    <w:p>
      <w:r>
        <w:t>[Nasan Libermantsh]</w:t>
      </w:r>
    </w:p>
    <w:p>
      <w:r>
        <w:t>Yakov Liderman?</w:t>
      </w:r>
    </w:p>
    <w:p>
      <w:r>
        <w:t>[No, Nasan]</w:t>
      </w:r>
    </w:p>
    <w:p>
      <w:r>
        <w:t>He passed away, he passed away, already passed away</w:t>
      </w:r>
    </w:p>
    <w:p>
      <w:r>
        <w:t>[Who? Nasan Libermantsh?]</w:t>
      </w:r>
    </w:p>
    <w:p>
      <w:r>
        <w:t>Yes</w:t>
      </w:r>
    </w:p>
    <w:p>
      <w:r>
        <w:t>[No, his father passed away, Ze'ev, his father passed away]</w:t>
      </w:r>
    </w:p>
    <w:p>
      <w:r>
        <w:t>Ah</w:t>
      </w:r>
    </w:p>
    <w:p>
      <w:r>
        <w:t>[He is Nasan, he is also there, it is a synagogue, he also has a synagogue and they have a synagogue]</w:t>
      </w:r>
    </w:p>
    <w:p>
      <w:r>
        <w:t>He, he, he is Karlin, he is Karlin</w:t>
      </w:r>
    </w:p>
    <w:p>
      <w:r>
        <w:t>[Karlin, Nasan Libermantsh?]</w:t>
      </w:r>
    </w:p>
    <w:p>
      <w:r>
        <w:t>Liderman is Karlin</w:t>
      </w:r>
    </w:p>
    <w:p>
      <w:r>
        <w:t>[Not Liberman, Libermantsh]</w:t>
      </w:r>
    </w:p>
    <w:p>
      <w:r>
        <w:t>Libermantsh..</w:t>
      </w:r>
    </w:p>
    <w:p>
      <w:r>
        <w:t>[Libermantsh, yes, you know him]</w:t>
      </w:r>
    </w:p>
    <w:p>
      <w:r>
        <w:t>This, this is Breslov</w:t>
      </w:r>
    </w:p>
    <w:p>
      <w:r>
        <w:t>[Yes, yes, yes, yes, he is also in Emanuel]</w:t>
      </w:r>
    </w:p>
    <w:p>
      <w:r>
        <w:t>Ah, yes?</w:t>
      </w:r>
    </w:p>
    <w:p>
      <w:r>
        <w:t>[Yes, he also has a Breslov synagogue there with..]</w:t>
      </w:r>
    </w:p>
    <w:p>
      <w:r>
        <w:t>We will travel there and speak with, with those who can let us in</w:t>
      </w:r>
    </w:p>
    <w:p>
      <w:r>
        <w:t>[We do not need anyone, Saba]</w:t>
      </w:r>
    </w:p>
    <w:p>
      <w:r>
        <w:t>Ah?</w:t>
      </w:r>
    </w:p>
    <w:p>
      <w:r>
        <w:t>[We do not need any permission from anyone]</w:t>
      </w:r>
    </w:p>
    <w:p>
      <w:r>
        <w:t>No?</w:t>
      </w:r>
    </w:p>
    <w:p>
      <w:r>
        <w:t>[No]</w:t>
      </w:r>
    </w:p>
    <w:p>
      <w:r>
        <w:t>Rather?</w:t>
      </w:r>
    </w:p>
    <w:p>
      <w:r>
        <w:t>[I have an apartment of my own]</w:t>
      </w:r>
    </w:p>
    <w:p>
      <w:r>
        <w:t>Ah, ah</w:t>
      </w:r>
    </w:p>
    <w:p>
      <w:r>
        <w:t>[In my apartment, I can do what I want]</w:t>
      </w:r>
    </w:p>
    <w:p>
      <w:r>
        <w:t>Ah, ah..</w:t>
      </w:r>
    </w:p>
    <w:p>
      <w:r>
        <w:t>[I am the owner]</w:t>
      </w:r>
    </w:p>
    <w:p>
      <w:r>
        <w:t>Certainly, certainly, certainly</w:t>
      </w:r>
    </w:p>
    <w:p>
      <w:r>
        <w:t>[Nu, so no one needs permission, it is a city, in a city one does not need permission</w:t>
      </w:r>
    </w:p>
    <w:p>
      <w:r>
        <w:t>Anyone can come, if he has an apartment..]</w:t>
      </w:r>
    </w:p>
    <w:p>
      <w:r>
        <w:t>Yes, yes, yes, yes</w:t>
      </w:r>
    </w:p>
    <w:p>
      <w:r>
        <w:t>[To do what he wants]</w:t>
      </w:r>
    </w:p>
    <w:p>
      <w:r>
        <w:t>Yes, yes, yes, yes</w:t>
      </w:r>
    </w:p>
    <w:p>
      <w:r>
        <w:t>[Only I..]</w:t>
      </w:r>
    </w:p>
    <w:p>
      <w:r>
        <w:t>Emanuel</w:t>
      </w:r>
    </w:p>
    <w:p>
      <w:r>
        <w:t>[Yes, I only hope that the neighbors, if it, if there will be work, if the work will be during hours..</w:t>
      </w:r>
    </w:p>
    <w:p>
      <w:r>
        <w:t>[Yes][yes]that they will not work at night, make noise for the neighbors, in the daytime then it will be all right, that it will not be with the neighbors] Yes, yes</w:t>
      </w:r>
    </w:p>
    <w:p>
      <w:r>
        <w:t>[Yes]</w:t>
      </w:r>
    </w:p>
    <w:p>
      <w:r>
        <w:t>[Yes]</w:t>
      </w:r>
    </w:p>
    <w:p>
      <w:r>
        <w:t>Libermantsh, Libermantsh</w:t>
      </w:r>
    </w:p>
    <w:p>
      <w:r>
        <w:t>[Yes, he is also in Emanuel] Ah?</w:t>
      </w:r>
    </w:p>
    <w:p>
      <w:r>
        <w:t>[He is also in Emanuel] Yes?</w:t>
      </w:r>
    </w:p>
    <w:p>
      <w:r>
        <w:t>[Yes]</w:t>
      </w:r>
    </w:p>
    <w:p>
      <w:r>
        <w:t>He.., he, does he live in Emanuel?</w:t>
      </w:r>
    </w:p>
    <w:p>
      <w:r>
        <w:t>[Yes, yes]</w:t>
      </w:r>
    </w:p>
    <w:p>
      <w:r>
        <w:t>Libermantsh</w:t>
      </w:r>
    </w:p>
    <w:p>
      <w:r>
        <w:t>[Yes, Nasan Libermantsh, yes]</w:t>
      </w:r>
    </w:p>
    <w:p>
      <w:r>
        <w:t>Ah?</w:t>
      </w:r>
    </w:p>
    <w:p>
      <w:r>
        <w:t>[Nasan Libermantsh, you once saved him from prison] Ah?</w:t>
      </w:r>
    </w:p>
    <w:p>
      <w:r>
        <w:t>[You once saved him from prison, before..]</w:t>
      </w:r>
    </w:p>
    <w:p>
      <w:r>
        <w:t>Prison?</w:t>
      </w:r>
    </w:p>
    <w:p>
      <w:r>
        <w:t>[Yes, one time he, they wanted to put him in prison</w:t>
      </w:r>
    </w:p>
    <w:p>
      <w:r>
        <w:t>And you went to Shazar, many years ago, and got him out]</w:t>
      </w:r>
    </w:p>
    <w:p>
      <w:r>
        <w:t>It seems.. I know, I know.. them</w:t>
      </w:r>
    </w:p>
    <w:p>
      <w:r>
        <w:t>[Yes, yes]</w:t>
      </w:r>
    </w:p>
    <w:p>
      <w:r>
        <w:t>Their father was a key man, he knows how to arrange keys</w:t>
      </w:r>
    </w:p>
    <w:p>
      <w:r>
        <w:t>[Yes?]</w:t>
      </w:r>
    </w:p>
    <w:p>
      <w:r>
        <w:t>Yes</w:t>
      </w:r>
    </w:p>
    <w:p>
      <w:r>
        <w:t>[Ze'ev, Ze'ev?]</w:t>
      </w:r>
    </w:p>
    <w:p>
      <w:r>
        <w:t>He, yes, Emanuel, he has a store in Yerushalayim</w:t>
      </w:r>
    </w:p>
    <w:p>
      <w:r>
        <w:t>[Yes]</w:t>
      </w:r>
    </w:p>
    <w:p>
      <w:r>
        <w:t>A large store in Yerushalayim, he is a great expert in keys</w:t>
      </w:r>
    </w:p>
    <w:p>
      <w:r>
        <w:t>[Keys]</w:t>
      </w:r>
    </w:p>
    <w:p>
      <w:r>
        <w:t>Yes, {..}</w:t>
      </w:r>
    </w:p>
    <w:p>
      <w:r>
        <w:t>[I, they can, I will call today, today I will telephone the tenants] Where to?</w:t>
      </w:r>
    </w:p>
    <w:p>
      <w:r>
        <w:t>[The tenants, the tenants]</w:t>
      </w:r>
    </w:p>
    <w:p>
      <w:r>
        <w:t>Ah, ah</w:t>
      </w:r>
    </w:p>
    <w:p>
      <w:r>
        <w:t>[And I will notify them that they need to vacate the apartment]</w:t>
      </w:r>
    </w:p>
    <w:p>
      <w:r>
        <w:t>Yes, yes, yes, yes</w:t>
      </w:r>
    </w:p>
    <w:p>
      <w:r>
        <w:t>[Within a month]</w:t>
      </w:r>
    </w:p>
    <w:p>
      <w:r>
        <w:t>Yes, yes</w:t>
      </w:r>
    </w:p>
    <w:p>
      <w:r>
        <w:t>[Yes, afterward we will do what is needed]</w:t>
      </w:r>
    </w:p>
    <w:p>
      <w:r>
        <w:t>Yes</w:t>
      </w:r>
    </w:p>
    <w:p>
      <w:r>
        <w:t>{…}, we, I prayed</w:t>
      </w:r>
    </w:p>
    <w:p>
      <w:r>
        <w:t>[Shacharis? Yes, yes, yes]</w:t>
      </w:r>
    </w:p>
    <w:p>
      <w:r>
        <w:t>Shachar.. Today is not Rosh Chodesh, is today Rosh Chodesh?</w:t>
      </w:r>
    </w:p>
    <w:p>
      <w:r>
        <w:t>[You prayed, you prayed, yes, Saba]</w:t>
      </w:r>
    </w:p>
    <w:p>
      <w:r>
        <w:t>Ah?</w:t>
      </w:r>
    </w:p>
    <w:p>
      <w:r>
        <w:t>[You prayed, only soon we need to pray Minchah]</w:t>
      </w:r>
    </w:p>
    <w:p>
      <w:r>
        <w:t>You prayed</w:t>
      </w:r>
    </w:p>
    <w:p>
      <w:r>
        <w:t>[Did you pray Minchah?]</w:t>
      </w:r>
    </w:p>
    <w:p>
      <w:r>
        <w:t>Ah?</w:t>
      </w:r>
    </w:p>
    <w:p>
      <w:r>
        <w:t>[Minchah, Minchah]</w:t>
      </w:r>
    </w:p>
    <w:p>
      <w:r>
        <w:t>Minchah</w:t>
      </w:r>
    </w:p>
    <w:p>
      <w:r>
        <w:t>[We also need to pray Minchah..</w:t>
      </w:r>
    </w:p>
    <w:p>
      <w:r>
        <w:t>{Presumably}..</w:t>
      </w:r>
    </w:p>
    <w:p>
      <w:r>
        <w:t>[Now]</w:t>
      </w:r>
    </w:p>
    <w:p>
      <w:r>
        <w:t>Ah</w:t>
      </w:r>
    </w:p>
    <w:p>
      <w:r>
        <w:t>[Do we have a minyan…?] [….]</w:t>
      </w:r>
    </w:p>
    <w:p>
      <w:r>
        <w:t>[A quarter past four]</w:t>
      </w:r>
    </w:p>
    <w:p>
      <w:r>
        <w:t>[Ah? Today..] [Do we have a minyan] [Do we have?] [………………...…] [……………………] {...}...</w:t>
      </w:r>
    </w:p>
    <w:p>
      <w:r>
        <w:t>...I want { }, want to finish and.. and.. and.. and.. and to work</w:t>
      </w:r>
    </w:p>
    <w:p>
      <w:r>
        <w:t>[Yes..]</w:t>
      </w:r>
    </w:p>
    <w:p>
      <w:r>
        <w:t>Who is this?</w:t>
      </w:r>
    </w:p>
    <w:p>
      <w:r>
        <w:t>[Gideon]</w:t>
      </w:r>
    </w:p>
    <w:p>
      <w:r>
        <w:t>[Gideon, Gideon]</w:t>
      </w:r>
    </w:p>
    <w:p>
      <w:r>
        <w:t>Gideon?</w:t>
      </w:r>
    </w:p>
    <w:p>
      <w:r>
        <w:t>[Yes]</w:t>
      </w:r>
    </w:p>
    <w:p>
      <w:r>
        <w:t>What? Does he have an apartment?</w:t>
      </w:r>
    </w:p>
    <w:p>
      <w:r>
        <w:t>[Yes]</w:t>
      </w:r>
    </w:p>
    <w:p>
      <w:r>
        <w:t>Nu</w:t>
      </w:r>
    </w:p>
    <w:p>
      <w:r>
        <w:t>[In Tzfas, yes]</w:t>
      </w:r>
    </w:p>
    <w:p>
      <w:r>
        <w:t>In Tzfas</w:t>
      </w:r>
    </w:p>
    <w:p>
      <w:r>
        <w:t>[Yes]</w:t>
      </w:r>
    </w:p>
    <w:p>
      <w:r>
        <w:t>Yo…</w:t>
      </w:r>
    </w:p>
    <w:p>
      <w:r>
        <w:t>...[…]</w:t>
      </w:r>
    </w:p>
    <w:p>
      <w:r>
        <w:t>The main thing is to believe in Hashem and in the Torah</w:t>
      </w:r>
    </w:p>
    <w:p>
      <w:r>
        <w:t>To strengthen oneself, not to fall, God forbid…</w:t>
      </w:r>
    </w:p>
    <w:p>
      <w:r>
        <w:t>...{..}, and may He grant the child many long and good years</w:t>
      </w:r>
    </w:p>
    <w:p>
      <w:r>
        <w:t>[Amen]</w:t>
      </w:r>
    </w:p>
    <w:p>
      <w:r>
        <w:t>That he merit to grow in Torah, in faith and fear of Heaven in truth</w:t>
      </w:r>
    </w:p>
    <w:p>
      <w:r>
        <w:t>[Amen]</w:t>
      </w:r>
    </w:p>
    <w:p>
      <w:r>
        <w:t>{..}...</w:t>
      </w:r>
    </w:p>
    <w:p>
      <w:r>
        <w:t>...[Yes]</w:t>
      </w:r>
    </w:p>
    <w:p>
      <w:r>
        <w:t>In Hashem and in the Torah</w:t>
      </w:r>
    </w:p>
    <w:p>
      <w:r>
        <w:t>[Yes]</w:t>
      </w:r>
    </w:p>
    <w:p>
      <w:r>
        <w:t>We are “with Hashem,” “with the Torah”</w:t>
      </w:r>
    </w:p>
    <w:p>
      <w:r>
        <w:t>[“With the Torah”]</w:t>
      </w:r>
    </w:p>
    <w:p>
      <w:r>
        <w:t>Yes</w:t>
      </w:r>
    </w:p>
    <w:p>
      <w:r>
        <w:t>[…….]</w:t>
      </w:r>
    </w:p>
    <w:p>
      <w:r>
        <w:t>Ah..</w:t>
      </w:r>
    </w:p>
    <w:p>
      <w:r>
        <w:t>[Just a second, Naveh, a second]</w:t>
      </w:r>
    </w:p>
    <w:p>
      <w:r>
        <w:t>To strengthen oneself in faith in Hashem, and in the Torah</w:t>
      </w:r>
    </w:p>
    <w:p>
      <w:r>
        <w:t>Oy vey, vey, vey, vey</w:t>
      </w:r>
    </w:p>
    <w:p>
      <w:r>
        <w:t>[Saba, there are several children, children want a blessing, can they come in?]</w:t>
      </w:r>
    </w:p>
    <w:p>
      <w:r>
        <w:t>Oy vey iz mir</w:t>
      </w:r>
    </w:p>
    <w:p>
      <w:r>
        <w:t>[Several children want to come in]</w:t>
      </w:r>
    </w:p>
    <w:p>
      <w:r>
        <w:t>Oy vey</w:t>
      </w:r>
    </w:p>
    <w:p>
      <w:r>
        <w:t>I bless all the children, that Hashem, blessed be He, should help them strengthen themselves in fear of Heaven and in the Torah [Amen]</w:t>
      </w:r>
    </w:p>
    <w:p>
      <w:r>
        <w:t>[……...]</w:t>
      </w:r>
    </w:p>
    <w:p>
      <w:r>
        <w:t>[Can they come in? Saba]</w:t>
      </w:r>
    </w:p>
    <w:p>
      <w:r>
        <w:t>Ah</w:t>
      </w:r>
    </w:p>
    <w:p>
      <w:r>
        <w:t>[Can they come in?]</w:t>
      </w:r>
    </w:p>
    <w:p>
      <w:r>
        <w:t>{…}</w:t>
      </w:r>
    </w:p>
    <w:p>
      <w:r>
        <w:t>[Several boys]</w:t>
      </w:r>
    </w:p>
    <w:p>
      <w:r>
        <w:t>No, no, not to make it long</w:t>
      </w:r>
    </w:p>
    <w:p>
      <w:r>
        <w:t>[Tell them not to make it long, short, short]</w:t>
      </w:r>
    </w:p>
    <w:p>
      <w:r>
        <w:t>In short</w:t>
      </w:r>
    </w:p>
    <w:p>
      <w:r>
        <w:t>[Short]</w:t>
      </w:r>
    </w:p>
    <w:p>
      <w:r>
        <w:t>Oy vey, oy vey.. oy vey</w:t>
      </w:r>
    </w:p>
    <w:p>
      <w:r>
        <w:t>Ah, I, it is impossible for me</w:t>
      </w:r>
    </w:p>
    <w:p>
      <w:r>
        <w:t>[What? Saba]</w:t>
      </w:r>
    </w:p>
    <w:p>
      <w:r>
        <w:t>{To drink and..}</w:t>
      </w:r>
    </w:p>
    <w:p>
      <w:r>
        <w:t>[You cannot..?]</w:t>
      </w:r>
    </w:p>
    <w:p>
      <w:r>
        <w:t>{...}</w:t>
      </w:r>
    </w:p>
    <w:p>
      <w:r>
        <w:t>[Nothing?, Saba, nothing?</w:t>
      </w:r>
    </w:p>
    <w:p>
      <w:r>
        <w:t>Ah</w:t>
      </w:r>
    </w:p>
    <w:p>
      <w:r>
        <w:t>[Nothing?]</w:t>
      </w:r>
    </w:p>
    <w:p>
      <w:r>
        <w:t>I made a blessing..</w:t>
      </w:r>
    </w:p>
    <w:p>
      <w:r>
        <w:t>[Is that not good?]</w:t>
      </w:r>
    </w:p>
    <w:p>
      <w:r>
        <w:t>“Shehakol..”</w:t>
      </w:r>
    </w:p>
    <w:p>
      <w:r>
        <w:t>[...]</w:t>
      </w:r>
    </w:p>
    <w:p>
      <w:r>
        <w:t>And.. and.. and I, and I drank a little {...}, a little tea, {…}, I drank a little</w:t>
      </w:r>
    </w:p>
    <w:p>
      <w:r>
        <w:t>Hashem, blessed be He, should have mercy..</w:t>
      </w:r>
    </w:p>
    <w:p>
      <w:r>
        <w:t>[You cannot..?]</w:t>
      </w:r>
    </w:p>
    <w:p>
      <w:r>
        <w:t>Upon us, to.. endeavor and pray to Hashem for us and for all the people of Israel</w:t>
      </w:r>
    </w:p>
    <w:p>
      <w:r>
        <w:t>[Amen]</w:t>
      </w:r>
    </w:p>
    <w:p>
      <w:r>
        <w:t>[Amen]</w:t>
      </w:r>
    </w:p>
    <w:p>
      <w:r>
        <w:t>[Here are the children, Saba]</w:t>
      </w:r>
    </w:p>
    <w:p>
      <w:r>
        <w:t>Ah?</w:t>
      </w:r>
    </w:p>
    <w:p>
      <w:r>
        <w:t>[The children are here….]</w:t>
      </w:r>
    </w:p>
    <w:p>
      <w:r>
        <w:t>It could be that there is a child there</w:t>
      </w:r>
    </w:p>
    <w:p>
      <w:r>
        <w:t>[What?]</w:t>
      </w:r>
    </w:p>
    <w:p>
      <w:r>
        <w:t>{You are learning} with a child</w:t>
      </w:r>
    </w:p>
    <w:p>
      <w:r>
        <w:t>[No]</w:t>
      </w:r>
    </w:p>
    <w:p>
      <w:r>
        <w:t>[No, no, it is something else]</w:t>
      </w:r>
    </w:p>
    <w:p>
      <w:r>
        <w:t>Ah?</w:t>
      </w:r>
    </w:p>
    <w:p>
      <w:r>
        <w:t>[It, it is another matter, Saba, another matter]</w:t>
      </w:r>
    </w:p>
    <w:p>
      <w:r>
        <w:t>{…}</w:t>
      </w:r>
    </w:p>
    <w:p>
      <w:r>
        <w:t>[Another matter]</w:t>
      </w:r>
    </w:p>
    <w:p>
      <w:r>
        <w:t>Hashem, blessed be He, should help all of Israel..</w:t>
      </w:r>
    </w:p>
    <w:p>
      <w:r>
        <w:t>[Here there are children]</w:t>
      </w:r>
    </w:p>
    <w:p>
      <w:r>
        <w:t>For everyone who needs salvation and mercy, Hashem, blessed be He, should have mercy on them and help them with all the salvations [Amen]</w:t>
      </w:r>
    </w:p>
    <w:p>
      <w:r>
        <w:t>[Amen]</w:t>
      </w:r>
    </w:p>
    <w:p>
      <w:r>
        <w:t>Speedily</w:t>
      </w:r>
    </w:p>
    <w:p>
      <w:r>
        <w:t>[………]</w:t>
      </w:r>
    </w:p>
    <w:p>
      <w:r>
        <w:t>[………]</w:t>
      </w:r>
    </w:p>
    <w:p>
      <w:r>
        <w:t>[To say “Shalom aleichem” and leave]</w:t>
      </w:r>
    </w:p>
    <w:p>
      <w:r>
        <w:t>[What, what is the name?]</w:t>
      </w:r>
    </w:p>
    <w:p>
      <w:r>
        <w:t>[…..]</w:t>
      </w:r>
    </w:p>
    <w:p>
      <w:r>
        <w:t>[What is your name?..]</w:t>
      </w:r>
    </w:p>
    <w:p>
      <w:r>
        <w:t>[Elkanah Ohana]</w:t>
      </w:r>
    </w:p>
    <w:p>
      <w:r>
        <w:t>[What? What?]</w:t>
      </w:r>
    </w:p>
    <w:p>
      <w:r>
        <w:t>[Elkanah Ohana]</w:t>
      </w:r>
    </w:p>
    <w:p>
      <w:r>
        <w:t>[Elkanah, ah, no..]</w:t>
      </w:r>
    </w:p>
    <w:p>
      <w:r>
        <w:t>{….}</w:t>
      </w:r>
    </w:p>
    <w:p>
      <w:r>
        <w:t>[What is the mother's name?]</w:t>
      </w:r>
    </w:p>
    <w:p>
      <w:r>
        <w:t>[Ah?]</w:t>
      </w:r>
    </w:p>
    <w:p>
      <w:r>
        <w:t>[Elkanah..]</w:t>
      </w:r>
    </w:p>
    <w:p>
      <w:r>
        <w:t>{….}</w:t>
      </w:r>
    </w:p>
    <w:p>
      <w:r>
        <w:t>[…….]</w:t>
      </w:r>
    </w:p>
    <w:p>
      <w:r>
        <w:t>[…….] Oy vey…</w:t>
      </w:r>
    </w:p>
    <w:p>
      <w:r>
        <w:t>...[...Peace upon us]</w:t>
      </w:r>
    </w:p>
    <w:p>
      <w:r>
        <w:t>Oy vey</w:t>
      </w:r>
    </w:p>
    <w:p>
      <w:r>
        <w:t>[Good day, children]</w:t>
      </w:r>
    </w:p>
    <w:p>
      <w:r>
        <w:t>[……..]...</w:t>
      </w:r>
    </w:p>
    <w:p>
      <w:r>
        <w:t>...May He help us with all the salvations that we need, speedily</w:t>
      </w:r>
    </w:p>
    <w:p>
      <w:r>
        <w:t>The main thing is faith, that one should believe in Hashem and in the Torah, and.. and in the mitzvos…</w:t>
      </w:r>
    </w:p>
    <w:p>
      <w:r>
        <w:t>...{will have mercy ... like this}</w:t>
      </w:r>
    </w:p>
    <w:p>
      <w:r>
        <w:t>[Good] Ay...</w:t>
      </w:r>
    </w:p>
    <w:p>
      <w:r>
        <w:t>[{….} plays several tunes on the flute]</w:t>
      </w:r>
    </w:p>
    <w:p>
      <w:r>
        <w:t>Oy..</w:t>
      </w:r>
    </w:p>
    <w:p>
      <w:r>
        <w:t>[{….} continues playing the flute]</w:t>
      </w:r>
    </w:p>
    <w:p>
      <w:r>
        <w:t>Oy, oy vey..</w:t>
      </w:r>
    </w:p>
    <w:p>
      <w:r>
        <w:t>[{….} continues playing the flute]…</w:t>
      </w:r>
    </w:p>
    <w:p>
      <w:pPr>
        <w:pStyle w:val="Heading2"/>
      </w:pPr>
      <w:r>
        <w:t>Side B (Bais)</w:t>
      </w:r>
    </w:p>
    <w:p>
      <w:r>
        <w:t>...[{….} plays several tunes on the flute]</w:t>
      </w:r>
    </w:p>
    <w:p>
      <w:r>
        <w:t>Ay.. oy</w:t>
      </w:r>
    </w:p>
    <w:p>
      <w:r>
        <w:t>[Saba..]…</w:t>
      </w:r>
    </w:p>
    <w:p>
      <w:r>
        <w:t>...[Do you want to sleep?]</w:t>
      </w:r>
    </w:p>
    <w:p>
      <w:r>
        <w:t>To rest</w:t>
      </w:r>
    </w:p>
    <w:p>
      <w:r>
        <w:t>[To rest, good]…</w:t>
      </w:r>
    </w:p>
    <w:p>
      <w:r>
        <w:t>...This, that we believe in Hashem and in the Torah</w:t>
      </w:r>
    </w:p>
    <w:p>
      <w:r>
        <w:t>This is not th.. the main thing is to believe in Hashem and in the Torah</w:t>
      </w:r>
    </w:p>
    <w:p>
      <w:r>
        <w:t>[Yes]…</w:t>
      </w:r>
    </w:p>
    <w:p>
      <w:r>
        <w:t>...Oy vey</w:t>
      </w:r>
    </w:p>
    <w:p>
      <w:r>
        <w:t>[..Somehow the person this, yes]…</w:t>
      </w:r>
    </w:p>
    <w:p>
      <w:r>
        <w:t>...From France</w:t>
      </w:r>
    </w:p>
    <w:p>
      <w:r>
        <w:t>[The king of France]</w:t>
      </w:r>
    </w:p>
    <w:p>
      <w:r>
        <w:t>[……..]</w:t>
      </w:r>
    </w:p>
    <w:p>
      <w:r>
        <w:t>[Blessed are You..]</w:t>
      </w:r>
    </w:p>
    <w:p>
      <w:r>
        <w:t>{Do you want to eat something}…</w:t>
      </w:r>
    </w:p>
    <w:p>
      <w:r>
        <w:t>...{…..}, but he says that this, this is because of us</w:t>
      </w:r>
    </w:p>
    <w:p>
      <w:r>
        <w:t>[The king of the French, whom he is talking about now all the time, did you hear?]</w:t>
      </w:r>
    </w:p>
    <w:p>
      <w:r>
        <w:t>{And we..}, ah..</w:t>
      </w:r>
    </w:p>
    <w:p>
      <w:r>
        <w:t>[That the king of France..]</w:t>
      </w:r>
    </w:p>
    <w:p>
      <w:r>
        <w:t>What?</w:t>
      </w:r>
    </w:p>
    <w:p>
      <w:r>
        <w:t>[Died, died]</w:t>
      </w:r>
    </w:p>
    <w:p>
      <w:r>
        <w:t>{...}</w:t>
      </w:r>
    </w:p>
    <w:p>
      <w:r>
        <w:t>[The king of..]</w:t>
      </w:r>
    </w:p>
    <w:p>
      <w:r>
        <w:t>{..}</w:t>
      </w:r>
    </w:p>
    <w:p>
      <w:r>
        <w:t>[The king of..]</w:t>
      </w:r>
    </w:p>
    <w:p>
      <w:r>
        <w:t>But he says</w:t>
      </w:r>
    </w:p>
    <w:p>
      <w:r>
        <w:t>[The king of France]</w:t>
      </w:r>
    </w:p>
    <w:p>
      <w:r>
        <w:t>Ah?</w:t>
      </w:r>
    </w:p>
    <w:p>
      <w:r>
        <w:t>[The king of France died? The king of France]</w:t>
      </w:r>
    </w:p>
    <w:p>
      <w:r>
        <w:t>The king of France</w:t>
      </w:r>
    </w:p>
    <w:p>
      <w:r>
        <w:t>[Died, died?]</w:t>
      </w:r>
    </w:p>
    <w:p>
      <w:r>
        <w:t>Died</w:t>
      </w:r>
    </w:p>
    <w:p>
      <w:r>
        <w:t>[Died, he says the king of France died, they brought all the doctors in order to try to help him, ah..</w:t>
      </w:r>
    </w:p>
    <w:p>
      <w:r>
        <w:t>[And nothing helped]</w:t>
      </w:r>
    </w:p>
    <w:p>
      <w:r>
        <w:t>The French said that he died because of us</w:t>
      </w:r>
    </w:p>
    <w:p>
      <w:r>
        <w:t>[And the French said that he died because of us]</w:t>
      </w:r>
    </w:p>
    <w:p>
      <w:r>
        <w:t>And we are liable for this</w:t>
      </w:r>
    </w:p>
    <w:p>
      <w:r>
        <w:t>[And we are guilty of this]</w:t>
      </w:r>
    </w:p>
    <w:p>
      <w:r>
        <w:t>Ah.. ah.. but Hashem, blessed be He, will have mercy on us</w:t>
      </w:r>
    </w:p>
    <w:p>
      <w:r>
        <w:t>{{…}} He always has mercy on us</w:t>
      </w:r>
    </w:p>
    <w:p>
      <w:r>
        <w:t>{The donkeys, donkeys}</w:t>
      </w:r>
    </w:p>
    <w:p>
      <w:r>
        <w:t>[..]</w:t>
      </w:r>
    </w:p>
    <w:p>
      <w:r>
        <w:t>{…} The French</w:t>
      </w:r>
    </w:p>
    <w:p>
      <w:r>
        <w:t>[Yes]</w:t>
      </w:r>
    </w:p>
    <w:p>
      <w:r>
        <w:t>Said, we the Jews, we are liable for his dying, he had a punishment in Heaven</w:t>
      </w:r>
    </w:p>
    <w:p>
      <w:r>
        <w:t>{………. He had …… about ah, always} about th.. about the Jews, {…}, but..</w:t>
      </w:r>
    </w:p>
    <w:p>
      <w:r>
        <w:t>[He had a punishment?]</w:t>
      </w:r>
    </w:p>
    <w:p>
      <w:r>
        <w:t>Hashem, blessed be He, has mercy on us</w:t>
      </w:r>
    </w:p>
    <w:p>
      <w:r>
        <w:t>[Yes]</w:t>
      </w:r>
    </w:p>
    <w:p>
      <w:r>
        <w:t>Oy, oy, oy, oy, oy, oy, oy..</w:t>
      </w:r>
    </w:p>
    <w:p>
      <w:r>
        <w:t>[...This night]</w:t>
      </w:r>
    </w:p>
    <w:p>
      <w:r>
        <w:t>[…..]</w:t>
      </w:r>
    </w:p>
    <w:p>
      <w:r>
        <w:t>[About the king of the French, he spoke a great deal this night]</w:t>
      </w:r>
    </w:p>
    <w:p>
      <w:r>
        <w:t>Ay.. {{...}}</w:t>
      </w:r>
    </w:p>
    <w:p>
      <w:r>
        <w:t>The French said that the king died because he did not conduct himself {as one..}.. as one should; because of this he died</w:t>
      </w:r>
    </w:p>
    <w:p>
      <w:r>
        <w:t>[The French said that he died because he did not conduct himself justly as one should]</w:t>
      </w:r>
    </w:p>
    <w:p>
      <w:r>
        <w:t>Oy, I, make me half a cup of honey</w:t>
      </w:r>
    </w:p>
    <w:p>
      <w:r>
        <w:t>[Honey, yes]</w:t>
      </w:r>
    </w:p>
    <w:p>
      <w:r>
        <w:t>Ah?</w:t>
      </w:r>
    </w:p>
    <w:p>
      <w:r>
        <w:t>[Half a cup?]</w:t>
      </w:r>
    </w:p>
    <w:p>
      <w:r>
        <w:t>Honey</w:t>
      </w:r>
    </w:p>
    <w:p>
      <w:r>
        <w:t>[Honey with a spoon?]</w:t>
      </w:r>
    </w:p>
    <w:p>
      <w:r>
        <w:t>Ah?</w:t>
      </w:r>
    </w:p>
    <w:p>
      <w:r>
        <w:t>[With milk?]</w:t>
      </w:r>
    </w:p>
    <w:p>
      <w:r>
        <w:t>With milk, but w.., I, perhaps not yet?</w:t>
      </w:r>
    </w:p>
    <w:p>
      <w:r>
        <w:t>[No, no, he did not eat meat]</w:t>
      </w:r>
    </w:p>
    <w:p>
      <w:r>
        <w:t>Ah?</w:t>
      </w:r>
    </w:p>
    <w:p>
      <w:r>
        <w:t>[No, no, it is possible, you are not fleishig, Saba]</w:t>
      </w:r>
    </w:p>
    <w:p>
      <w:r>
        <w:t>It is possible?</w:t>
      </w:r>
    </w:p>
    <w:p>
      <w:r>
        <w:t>[It is possible, possible, possible to make milk, you are not fleishig</w:t>
      </w:r>
    </w:p>
    <w:p>
      <w:r>
        <w:t>This.. you ate fish, fish soup]</w:t>
      </w:r>
    </w:p>
    <w:p>
      <w:r>
        <w:t>{..}</w:t>
      </w:r>
    </w:p>
    <w:p>
      <w:r>
        <w:t>[So you can eat milk, do you want milk and honey? Half a cup of milk and honey?]</w:t>
      </w:r>
    </w:p>
    <w:p>
      <w:r>
        <w:t>Milk with honey, only half a cup</w:t>
      </w:r>
    </w:p>
    <w:p>
      <w:r>
        <w:t>[Half a cup]</w:t>
      </w:r>
    </w:p>
    <w:p>
      <w:r>
        <w:t>{..}, they had {claims}; the gentile French were {wise in his own eyes}</w:t>
      </w:r>
    </w:p>
    <w:p>
      <w:r>
        <w:t>Who said that the king died because of us, because we, that he said the king th.., died because of us</w:t>
      </w:r>
    </w:p>
    <w:p>
      <w:r>
        <w:t>Nu, but Hashem, blessed be He, has mercy on us</w:t>
      </w:r>
    </w:p>
    <w:p>
      <w:r>
        <w:t>Ah, ah…</w:t>
      </w:r>
    </w:p>
    <w:p>
      <w:r>
        <w:t>...That the king died, it was a punishment because he did not conduct himself well with the Jews, yes, yes</w:t>
      </w:r>
    </w:p>
    <w:p>
      <w:r>
        <w:t>As one needs to give honor, but he did not, did not give honor…</w:t>
      </w:r>
    </w:p>
    <w:p>
      <w:r>
        <w:t>...{…….}</w:t>
      </w:r>
    </w:p>
    <w:p>
      <w:r>
        <w:t>The king himself said that he died because of us</w:t>
      </w:r>
    </w:p>
    <w:p>
      <w:r>
        <w:t>{..}, he did not accord us honor as we deserve, because of this he had a punishment and he, he died</w:t>
      </w:r>
    </w:p>
    <w:p>
      <w:r>
        <w:t>I had {great} fear, {I will not eat, there was and.. and.. and..} there were, ah..</w:t>
      </w:r>
    </w:p>
    <w:p>
      <w:r>
        <w:t>{In anger} great, all of them at us:</w:t>
      </w:r>
    </w:p>
    <w:p>
      <w:r>
        <w:t>“What are you doing here? What? What? What? What? What? What did you come here for?”…</w:t>
      </w:r>
    </w:p>
    <w:p>
      <w:r>
        <w:t>...{So presumably} he died because of, because of a punishment</w:t>
      </w:r>
    </w:p>
    <w:p>
      <w:r>
        <w:t>“No, I did not honor them {….}, with honor as one should”</w:t>
      </w:r>
    </w:p>
    <w:p>
      <w:r>
        <w:t>Because of this h.., he had a punishment, he, he died, {…}</w:t>
      </w:r>
    </w:p>
    <w:p>
      <w:r>
        <w:t>Ah…</w:t>
      </w:r>
    </w:p>
    <w:p>
      <w:r>
        <w:t>...{They told him}…</w:t>
      </w:r>
    </w:p>
    <w:p>
      <w:r>
        <w:t>...He said, the king himself said to those close to him:</w:t>
      </w:r>
    </w:p>
    <w:p>
      <w:r>
        <w:t>“It could be that I did not conduct myself with honor as, as one should</w:t>
      </w:r>
    </w:p>
    <w:p>
      <w:r>
        <w:t>Because of this I suffer, because of this I die”</w:t>
      </w:r>
    </w:p>
    <w:p>
      <w:r>
        <w:t>Oy, oy…</w:t>
      </w:r>
    </w:p>
    <w:p>
      <w:r>
        <w:t>...It is forbidden for me, God forbid, {this is the punishment ….. pride}...</w:t>
      </w:r>
    </w:p>
    <w:p>
      <w:r>
        <w:t>…[What place..]</w:t>
      </w:r>
    </w:p>
    <w:p>
      <w:r>
        <w:t>[What did he have?]</w:t>
      </w:r>
    </w:p>
    <w:p>
      <w:r>
        <w:t>This, for this, this {…}, this, this..</w:t>
      </w:r>
    </w:p>
    <w:p>
      <w:r>
        <w:t>[What, what, what?]</w:t>
      </w:r>
    </w:p>
    <w:p>
      <w:r>
        <w:t>He was poor</w:t>
      </w:r>
    </w:p>
    <w:p>
      <w:r>
        <w:t>[Poor, poor]</w:t>
      </w:r>
    </w:p>
    <w:p>
      <w:r>
        <w:t>He did not have bread to eat</w:t>
      </w:r>
    </w:p>
    <w:p>
      <w:r>
        <w:t>[Rebbe Yitzchak?]</w:t>
      </w:r>
    </w:p>
    <w:p>
      <w:r>
        <w:t>And he had, {..}..</w:t>
      </w:r>
    </w:p>
    <w:p>
      <w:r>
        <w:t>[Four pockets]</w:t>
      </w:r>
    </w:p>
    <w:p>
      <w:r>
        <w:t>Many pockets</w:t>
      </w:r>
    </w:p>
    <w:p>
      <w:r>
        <w:t>[Coverings, pockets]</w:t>
      </w:r>
    </w:p>
    <w:p>
      <w:r>
        <w:t>So Rebbe Nassan wrote to him, wrote to him:</w:t>
      </w:r>
    </w:p>
    <w:p>
      <w:r>
        <w:t>“{….}, Rebbe Nachman of Tulchin went to buy, went to print..”</w:t>
      </w:r>
    </w:p>
    <w:p>
      <w:r>
        <w:t>[“Likutey Halachos”]</w:t>
      </w:r>
    </w:p>
    <w:p>
      <w:r>
        <w:t>{…}, the “Likutey Halachos,” and he had no bread to leave at home to eat f.. for the wife, for the children,” yes, he went to print {….} “Likutey Halachos,” went to Lemberg</w:t>
      </w:r>
    </w:p>
    <w:p>
      <w:r>
        <w:t>He had no bread, neither to eat nor to travel, he, and this way he, he traveled, he came to Lemberg</w:t>
      </w:r>
    </w:p>
    <w:p>
      <w:r>
        <w:t>Yes, and.. and thank God he printed the “Likutey Halachos”</w:t>
      </w:r>
    </w:p>
    <w:p>
      <w:r>
        <w:t>There were the great geonim of this generation, they did not, did not, did not understand what this was</w:t>
      </w:r>
    </w:p>
    <w:p>
      <w:r>
        <w:t>But they saw that it was the word of God, they drew me close, him</w:t>
      </w:r>
    </w:p>
    <w:p>
      <w:r>
        <w:t>And he suffered what he suffered on this journey, without money, one needs to travel, yes, and he had no money</w:t>
      </w:r>
    </w:p>
    <w:p>
      <w:r>
        <w:t>And the wife, his wife and the children did not have bread to eat</w:t>
      </w:r>
    </w:p>
    <w:p>
      <w:r>
        <w:t>[Rebbe Nassan?]</w:t>
      </w:r>
    </w:p>
    <w:p>
      <w:r>
        <w:t>Ah?</w:t>
      </w:r>
    </w:p>
    <w:p>
      <w:r>
        <w:t>[For Rebbe Nassan?]</w:t>
      </w:r>
    </w:p>
    <w:p>
      <w:r>
        <w:t>For Rebbe Nassan</w:t>
      </w:r>
    </w:p>
    <w:p>
      <w:r>
        <w:t>[Rebbe Nassan]</w:t>
      </w:r>
    </w:p>
    <w:p>
      <w:r>
        <w:t>{…}..</w:t>
      </w:r>
    </w:p>
    <w:p>
      <w:r>
        <w:t>[Rebbe Yitzchak?]</w:t>
      </w:r>
    </w:p>
    <w:p>
      <w:r>
        <w:t>Rebbe Yitzchak</w:t>
      </w:r>
    </w:p>
    <w:p>
      <w:r>
        <w:t>[Yes]</w:t>
      </w:r>
    </w:p>
    <w:p>
      <w:r>
        <w:t>He wrote to Rebbe Yitzchak:</w:t>
      </w:r>
    </w:p>
    <w:p>
      <w:r>
        <w:t>“Rebbe Nachman of Tulchin traveled to Lemberg to print the “Likutey Halachos”</w:t>
      </w:r>
    </w:p>
    <w:p>
      <w:r>
        <w:t>And did not leave at home even, even a piece of bread to eat”</w:t>
      </w:r>
    </w:p>
    <w:p>
      <w:r>
        <w:t>So she, she wrote to him, Rebbe Yitzchak's wife:</w:t>
      </w:r>
    </w:p>
    <w:p>
      <w:r>
        <w:t>“If not, if you do not come to bring {I have no} bread</w:t>
      </w:r>
    </w:p>
    <w:p>
      <w:r>
        <w:t>How, how do we live without bread, miracles that I live each and every day”</w:t>
      </w:r>
    </w:p>
    <w:p>
      <w:r>
        <w:t>So he wrote to Rebbe Yitzchak, Rebbe Nassan.. he sent him the letter</w:t>
      </w:r>
    </w:p>
    <w:p>
      <w:r>
        <w:t>of, of the wife of Rebbe, of Rebbe Nachman of Tulchin</w:t>
      </w:r>
    </w:p>
    <w:p>
      <w:r>
        <w:t>“That there is nothing to eat, a piece of bread to eat, no.. she and the children will find them dead” then he, Rebbe Nassan, asked Rebbe Yitzchak:</w:t>
      </w:r>
    </w:p>
    <w:p>
      <w:r>
        <w:t>That he should make another, {additional pocket} for her, so that she would have bread to eat</w:t>
      </w:r>
    </w:p>
    <w:p>
      <w:r>
        <w:t>[“Another pocket" I understood..]</w:t>
      </w:r>
    </w:p>
    <w:p>
      <w:r>
        <w:t>Fortunate are we, how good is our portion</w:t>
      </w:r>
    </w:p>
    <w:p>
      <w:r>
        <w:t>[.. this is Rebbe Nassan..]</w:t>
      </w:r>
    </w:p>
    <w:p>
      <w:r>
        <w:t>[……]</w:t>
      </w:r>
    </w:p>
    <w:p>
      <w:r>
        <w:t>[“Fortunate are we..”]</w:t>
      </w:r>
    </w:p>
    <w:p>
      <w:r>
        <w:t>{There are miracles in the world}</w:t>
      </w:r>
    </w:p>
    <w:p>
      <w:r>
        <w:t>Oy vey, such strength, such strength and might, above, above</w:t>
      </w:r>
    </w:p>
    <w:p>
      <w:r>
        <w:t>[…….]</w:t>
      </w:r>
    </w:p>
    <w:p>
      <w:r>
        <w:t>He wrote to Rebbe Nassan {…..} that he should make another, another pocket</w:t>
      </w:r>
    </w:p>
    <w:p>
      <w:r>
        <w:t>[Another pocket]</w:t>
      </w:r>
    </w:p>
    <w:p>
      <w:r>
        <w:t>For her, so that she would have a.., a piece of bread to eat</w:t>
      </w:r>
    </w:p>
    <w:p>
      <w:r>
        <w:t>That is how he traveled to print the “Likutei Halachos,” to Lemberg</w:t>
      </w:r>
    </w:p>
    <w:p>
      <w:r>
        <w:t>And baruch Hashem he returned from Lemberg, and he printed “Likutei Halachos” with such beauty; in Lemberg they had very excellent printing presses</w:t>
      </w:r>
    </w:p>
    <w:p>
      <w:r>
        <w:t>[Is there, is there such a printing? Do you have such a printing? Saba] Eh?</w:t>
      </w:r>
    </w:p>
    <w:p>
      <w:r>
        <w:t>[Do you have such a “Likutei Halachos”? Do you have? Do you have such a “Likutei Halachos”?] Yes</w:t>
      </w:r>
    </w:p>
    <w:p>
      <w:r>
        <w:t>[Do you have from this printing?]</w:t>
      </w:r>
    </w:p>
    <w:p>
      <w:r>
        <w:t>But they, they took everything</w:t>
      </w:r>
    </w:p>
    <w:p>
      <w:r>
        <w:t>[They took everything, you had?..]</w:t>
      </w:r>
    </w:p>
    <w:p>
      <w:r>
        <w:t>I had</w:t>
      </w:r>
    </w:p>
    <w:p>
      <w:r>
        <w:t>[Yes, from this printing?]</w:t>
      </w:r>
    </w:p>
    <w:p>
      <w:r>
        <w:t>Such beauty, yo, {if there was} such paper that even today one does not see such, such beauty, and he came to Rebbe Nassan with the “Likutei Halachos”</w:t>
      </w:r>
    </w:p>
    <w:p>
      <w:r>
        <w:t>[..Rebbe Nassan]</w:t>
      </w:r>
    </w:p>
    <w:p>
      <w:r>
        <w:t>This is above nature, above everything, everything in the world</w:t>
      </w:r>
    </w:p>
    <w:p>
      <w:r>
        <w:t>[……..]</w:t>
      </w:r>
    </w:p>
    <w:p>
      <w:r>
        <w:t>[…]</w:t>
      </w:r>
    </w:p>
    <w:p>
      <w:r>
        <w:t>With such self-sacrifice he traveled to print the “Likutei Halachos”</w:t>
      </w:r>
    </w:p>
    <w:p>
      <w:r>
        <w:t>And did not give his wife even {a piece of} bread to eat, {no, there was not} only bread</w:t>
      </w:r>
    </w:p>
    <w:p>
      <w:r>
        <w:t>Then she, she wrote to him:</w:t>
      </w:r>
    </w:p>
    <w:p>
      <w:r>
        <w:t>“You will find {us} dead in the house, we have nothing to eat”</w:t>
      </w:r>
    </w:p>
    <w:p>
      <w:r>
        <w:t>Then Rebbe Nassan sent the letter to Rebbe, to Rebbe Yitzchak and wrote to him, that he should make another pocket</w:t>
      </w:r>
    </w:p>
    <w:p>
      <w:r>
        <w:t>[Another pocket]</w:t>
      </w:r>
    </w:p>
    <w:p>
      <w:r>
        <w:t>For them</w:t>
      </w:r>
    </w:p>
    <w:p>
      <w:r>
        <w:t>[…………………..]</w:t>
      </w:r>
    </w:p>
    <w:p>
      <w:r>
        <w:t>[……………...…..]</w:t>
      </w:r>
    </w:p>
    <w:p>
      <w:r>
        <w:t>If he will not see with his own eyes..</w:t>
      </w:r>
    </w:p>
    <w:p>
      <w:r>
        <w:t>[….]</w:t>
      </w:r>
    </w:p>
    <w:p>
      <w:r>
        <w:t>That they have no piece of bread in the house, they will find them dead in the house</w:t>
      </w:r>
    </w:p>
    <w:p>
      <w:r>
        <w:t>Then Rebbe Nassan wrote to Rebbe Yitzchak, that he should make another pocket for them</w:t>
      </w:r>
    </w:p>
    <w:p>
      <w:r>
        <w:t>[………………………….………..]</w:t>
      </w:r>
    </w:p>
    <w:p>
      <w:r>
        <w:t>[……………………………..…….]...</w:t>
      </w:r>
    </w:p>
    <w:p>
      <w:r>
        <w:t>...“Likutei Halachos” and a large and beautiful printing, {and they did not ask}</w:t>
      </w:r>
    </w:p>
    <w:p>
      <w:r>
        <w:t>He printed and brought Rebbe Nassan the “Likutei Halachos”</w:t>
      </w:r>
    </w:p>
    <w:p>
      <w:r>
        <w:t>[Ay..]</w:t>
      </w:r>
    </w:p>
    <w:p>
      <w:r>
        <w:t>They were of such beauty that they caused a stir throughout the whole world</w:t>
      </w:r>
    </w:p>
    <w:p>
      <w:r>
        <w:t>[……..….]</w:t>
      </w:r>
    </w:p>
    <w:p>
      <w:r>
        <w:t>[…………]</w:t>
      </w:r>
    </w:p>
    <w:p>
      <w:r>
        <w:t>Eh..</w:t>
      </w:r>
    </w:p>
    <w:p>
      <w:r>
        <w:t>[……..……]</w:t>
      </w:r>
    </w:p>
    <w:p>
      <w:r>
        <w:t>[…...……..]...</w:t>
      </w:r>
    </w:p>
    <w:p>
      <w:r>
        <w:t>...to Meron, and I came from Meron.., from Teveria to Meron, and from Meron to Teveria</w:t>
      </w:r>
    </w:p>
    <w:p>
      <w:r>
        <w:t>[Through the wadi?]</w:t>
      </w:r>
    </w:p>
    <w:p>
      <w:r>
        <w:t>Without money</w:t>
      </w:r>
    </w:p>
    <w:p>
      <w:r>
        <w:t>[From the wadi, Saba]</w:t>
      </w:r>
    </w:p>
    <w:p>
      <w:r>
        <w:t>[On a donkey, on the donkey]</w:t>
      </w:r>
    </w:p>
    <w:p>
      <w:r>
        <w:t>[On foot, on foot]</w:t>
      </w:r>
    </w:p>
    <w:p>
      <w:r>
        <w:t>[On foot? There were..]</w:t>
      </w:r>
    </w:p>
    <w:p>
      <w:r>
        <w:t>I had no bread to eat</w:t>
      </w:r>
    </w:p>
    <w:p>
      <w:r>
        <w:t>[That was on donkeys, wasn't it?]</w:t>
      </w:r>
    </w:p>
    <w:p>
      <w:r>
        <w:t>Without, without exaggeration, I had no bread to eat, I could have died</w:t>
      </w:r>
    </w:p>
    <w:p>
      <w:r>
        <w:t>Once I felt it throughout my whole body</w:t>
      </w:r>
    </w:p>
    <w:p>
      <w:r>
        <w:t>[But there were fruits, fruits along the way in the wadi?]</w:t>
      </w:r>
    </w:p>
    <w:p>
      <w:r>
        <w:t>There is none, no, there was no bread to eat</w:t>
      </w:r>
    </w:p>
    <w:p>
      <w:r>
        <w:t>[There was.. Saba, were there fruits? Were there fruits in the wadi?]</w:t>
      </w:r>
    </w:p>
    <w:p>
      <w:r>
        <w:t>Fruits?</w:t>
      </w:r>
    </w:p>
    <w:p>
      <w:r>
        <w:t>[In the wadi]</w:t>
      </w:r>
    </w:p>
    <w:p>
      <w:r>
        <w:t>[In the wadi, in the wadi]</w:t>
      </w:r>
    </w:p>
    <w:p>
      <w:r>
        <w:t>[In ‘Wadi Amud’ there were no fruits?]</w:t>
      </w:r>
    </w:p>
    <w:p>
      <w:r>
        <w:t>{Fruits..}</w:t>
      </w:r>
    </w:p>
    <w:p>
      <w:r>
        <w:t>[..were there?]</w:t>
      </w:r>
    </w:p>
    <w:p>
      <w:r>
        <w:t>But there was no money</w:t>
      </w:r>
    </w:p>
    <w:p>
      <w:r>
        <w:t>[There was no money]</w:t>
      </w:r>
    </w:p>
    <w:p>
      <w:r>
        <w:t>[…..]</w:t>
      </w:r>
    </w:p>
    <w:p>
      <w:r>
        <w:t>[…..]</w:t>
      </w:r>
    </w:p>
    <w:p>
      <w:r>
        <w:t>[Baruch Hashem we merited, …. I remember everything that was here in the wadi</w:t>
      </w:r>
    </w:p>
    <w:p>
      <w:r>
        <w:t>‘Wadi Lemon,’ ‘Wadi Apples’]</w:t>
      </w:r>
    </w:p>
    <w:p>
      <w:r>
        <w:t>[….]</w:t>
      </w:r>
    </w:p>
    <w:p>
      <w:r>
        <w:t>[Springs, there was a lot of water, springs, there is a lot of water..]</w:t>
      </w:r>
    </w:p>
    <w:p>
      <w:r>
        <w:t>Rebbe Nassan wrote to his son, to his son Rebbe Yitzchak, that he should make another pocket for..</w:t>
      </w:r>
    </w:p>
    <w:p>
      <w:r>
        <w:t>For the family of Rebbe Nachman of Tulchin</w:t>
      </w:r>
    </w:p>
    <w:p>
      <w:r>
        <w:t>If not, they will find them on.., {...} dead</w:t>
      </w:r>
    </w:p>
    <w:p>
      <w:r>
        <w:t>[That he should also bless Ahuva for me, Ahuva..]</w:t>
      </w:r>
    </w:p>
    <w:p>
      <w:r>
        <w:t>[Tell him, tell him, tell him, speak]</w:t>
      </w:r>
    </w:p>
    <w:p>
      <w:r>
        <w:t>[Bless Ahuva for me, Ahuva]</w:t>
      </w:r>
    </w:p>
    <w:p>
      <w:r>
        <w:t>[Saba..]</w:t>
      </w:r>
    </w:p>
    <w:p>
      <w:r>
        <w:t>[Ahuva, Ahuva daughter of Ilana, that the match should succeed]</w:t>
      </w:r>
    </w:p>
    <w:p>
      <w:r>
        <w:t>Ahuva</w:t>
      </w:r>
    </w:p>
    <w:p>
      <w:r>
        <w:t>[Daughter of Ilana]</w:t>
      </w:r>
    </w:p>
    <w:p>
      <w:r>
        <w:t>Daughter of Ilana</w:t>
      </w:r>
    </w:p>
    <w:p>
      <w:r>
        <w:t>[That the match should succeed, that everything..]</w:t>
      </w:r>
    </w:p>
    <w:p>
      <w:r>
        <w:t>[A match]</w:t>
      </w:r>
    </w:p>
    <w:p>
      <w:r>
        <w:t>Hashem should give her a good and kosher match</w:t>
      </w:r>
    </w:p>
    <w:p>
      <w:r>
        <w:t>[[Amen, amen]]</w:t>
      </w:r>
    </w:p>
    <w:p>
      <w:r>
        <w:t>And all the salvations</w:t>
      </w:r>
    </w:p>
    <w:p>
      <w:r>
        <w:t>[[Amen]]</w:t>
      </w:r>
    </w:p>
    <w:p>
      <w:r>
        <w:t>[And Nissim, Nissim, Nissim, Nissim Gabriel, that he should return b.., that he should become stronger]</w:t>
      </w:r>
    </w:p>
    <w:p>
      <w:r>
        <w:t>[Is that the son …?]</w:t>
      </w:r>
    </w:p>
    <w:p>
      <w:r>
        <w:t>[Yes, he is a little b…]</w:t>
      </w:r>
    </w:p>
    <w:p>
      <w:r>
        <w:t>[Tell him, tell him..]</w:t>
      </w:r>
    </w:p>
    <w:p>
      <w:r>
        <w:t>[Nissim, Ni..]...</w:t>
      </w:r>
    </w:p>
    <w:p>
      <w:r>
        <w:t>...I had no money, {had not yet come}, and I had none, I needed a can of kerosene, I had no money, so I met some, some person who was a charity collector, and I told him:</w:t>
      </w:r>
    </w:p>
    <w:p>
      <w:r>
        <w:t>“I have no money for Shabbos”</w:t>
      </w:r>
    </w:p>
    <w:p>
      <w:r>
        <w:t>And he was, he did not leave me and brought me a can of kerosene</w:t>
      </w:r>
    </w:p>
    <w:p>
      <w:r>
        <w:t>Nu, he brought me money for a can of kerosene…</w:t>
      </w:r>
    </w:p>
    <w:p>
      <w:r>
        <w:t>...Did you hear? There was one of the opponents, his name was Rav Simcha Tobol</w:t>
      </w:r>
    </w:p>
    <w:p>
      <w:r>
        <w:t>He, he would collect charity, I told him:</w:t>
      </w:r>
    </w:p>
    <w:p>
      <w:r>
        <w:t>“Today is Friday, and I have nothing for Shabbos, no {...}, no kerosene”</w:t>
      </w:r>
    </w:p>
    <w:p>
      <w:r>
        <w:t>[Yes]</w:t>
      </w:r>
    </w:p>
    <w:p>
      <w:r>
        <w:t>And he, he gave me money to buy a can of kerosene</w:t>
      </w:r>
    </w:p>
    <w:p>
      <w:r>
        <w:t>[……..]</w:t>
      </w:r>
    </w:p>
    <w:p>
      <w:r>
        <w:t>…[…]</w:t>
      </w:r>
    </w:p>
    <w:p>
      <w:r>
        <w:t>...She was pregnant, and she very much needed to eat, but she had, there was no, neither money nor anything; he brought me a can of kerosene, I was wealthy.. greatly</w:t>
      </w:r>
    </w:p>
    <w:p>
      <w:r>
        <w:t>[Very wealthy?, he brought him only a can of kerosene]</w:t>
      </w:r>
    </w:p>
    <w:p>
      <w:r>
        <w:t>[…]…</w:t>
      </w:r>
    </w:p>
    <w:p>
      <w:r>
        <w:t>...I saw him from afar:</w:t>
      </w:r>
    </w:p>
    <w:p>
      <w:r>
        <w:t>“Rav Simcha, Rav Simcha, Rav Simcha Tobol.. {…} kerosene?”</w:t>
      </w:r>
    </w:p>
    <w:p>
      <w:r>
        <w:t>He went and brought me money to buy a can of kerosene, a can of kerosene</w:t>
      </w:r>
    </w:p>
    <w:p>
      <w:r>
        <w:t>[What did you do with the kerosene? Rebbe Yisroel]</w:t>
      </w:r>
    </w:p>
    <w:p>
      <w:r>
        <w:t>But what to cook, I had none</w:t>
      </w:r>
    </w:p>
    <w:p>
      <w:r>
        <w:t>[…...]</w:t>
      </w:r>
    </w:p>
    <w:p>
      <w:r>
        <w:t>[“What to cook, I had none”]…</w:t>
      </w:r>
    </w:p>
    <w:p>
      <w:r>
        <w:t>...“Rav Simcha, Rav Simcha, I need the can of kerosene”</w:t>
      </w:r>
    </w:p>
    <w:p>
      <w:r>
        <w:t>Then he gave me the can of kerosene</w:t>
      </w:r>
    </w:p>
    <w:p>
      <w:r>
        <w:t>But he had no more money, so what to cook on the kerosene?</w:t>
      </w:r>
    </w:p>
    <w:p>
      <w:r>
        <w:t>He did not have...</w:t>
      </w:r>
    </w:p>
    <w:p>
      <w:r>
        <w:t>...{Kerosene}, by Nissim, Nissim, Nissim {{...}} from the Old City</w:t>
      </w:r>
    </w:p>
    <w:p>
      <w:r>
        <w:t>They were all opponents, they, they laughed {at me\at him} as they laughed at the Beggars</w:t>
      </w:r>
    </w:p>
    <w:p>
      <w:r>
        <w:t>I, baruch Hashem, already have a can of kerosene, but what, what to cook—there is none, I had none</w:t>
      </w:r>
    </w:p>
    <w:p>
      <w:r>
        <w:t>Rav Simcha Tobol was poor, he was not rich</w:t>
      </w:r>
    </w:p>
    <w:p>
      <w:r>
        <w:t>His sons had a store, he took from his sons</w:t>
      </w:r>
    </w:p>
    <w:p>
      <w:r>
        <w:t>He stole, he stole from his sons…</w:t>
      </w:r>
    </w:p>
    <w:p>
      <w:r>
        <w:t>...When I sit here and I am alive, I do not understand</w:t>
      </w:r>
    </w:p>
    <w:p>
      <w:r>
        <w:t>I had neither money nor kerosene nor anything, then, then, then I saw Rav Simcha:</w:t>
      </w:r>
    </w:p>
    <w:p>
      <w:r>
        <w:t>“Rebbe Simcha, Rebbe Simcha, there is none, I have nothing for Shabbos, kerosene, {... kerosene}”</w:t>
      </w:r>
    </w:p>
    <w:p>
      <w:r>
        <w:t>He, he gave, first of all for kerosene, he gave me a can of kerosene</w:t>
      </w:r>
    </w:p>
    <w:p>
      <w:r>
        <w:t>Money to buy a can of kerosene, first of all so there should be on, on what to cook</w:t>
      </w:r>
    </w:p>
    <w:p>
      <w:r>
        <w:t>I had a relative, Moshe Barzel, did you hear? Everyone heard of him</w:t>
      </w:r>
    </w:p>
    <w:p>
      <w:r>
        <w:t>He had a store in.. in the Old City, he had a store</w:t>
      </w:r>
    </w:p>
    <w:p>
      <w:r>
        <w:t>And baruch Hashem, I had for Shabbos...</w:t>
      </w:r>
    </w:p>
    <w:p>
      <w:r>
        <w:t>...I had no money at all, only the can of kerosene</w:t>
      </w:r>
    </w:p>
    <w:p>
      <w:r>
        <w:t>There was the can of kerosene, the can of kerosene did not last the whole week</w:t>
      </w:r>
    </w:p>
    <w:p>
      <w:r>
        <w:t>How I {learned ... Likutei Moharan}, that was the son {that I should learn}, the son</w:t>
      </w:r>
    </w:p>
    <w:p>
      <w:r>
        <w:t>Rav Simcha Tobol had a son, he had a store in the.. in the Old City</w:t>
      </w:r>
    </w:p>
    <w:p>
      <w:r>
        <w:t>And he {the.. business} of the son, Rav Simcha Tobol</w:t>
      </w:r>
    </w:p>
    <w:p>
      <w:r>
        <w:t>Oy, oy…</w:t>
      </w:r>
    </w:p>
    <w:p>
      <w:r>
        <w:t>...{Tobol}</w:t>
      </w:r>
    </w:p>
    <w:p>
      <w:r>
        <w:t>First of all he gave me a can of kerosene…</w:t>
      </w:r>
    </w:p>
    <w:p>
      <w:r>
        <w:t>...[In Tzfas]</w:t>
      </w:r>
    </w:p>
    <w:p>
      <w:r>
        <w:t>Here I can, cannot, I will show you at the time that I.. we travel to Meron</w:t>
      </w:r>
    </w:p>
    <w:p>
      <w:r>
        <w:t>I will show you the place how, where..{..} my father-in-law struck Rebbe Yisroel so that he would leave me</w:t>
      </w:r>
    </w:p>
    <w:p>
      <w:r>
        <w:t>He said that he would kill {him}</w:t>
      </w:r>
    </w:p>
    <w:p>
      <w:r>
        <w:t>[Were you living with your father-in-law?]</w:t>
      </w:r>
    </w:p>
    <w:p>
      <w:r>
        <w:t>With, yes</w:t>
      </w:r>
    </w:p>
    <w:p>
      <w:r>
        <w:t>[Yes]</w:t>
      </w:r>
    </w:p>
    <w:p>
      <w:r>
        <w:t>We had neither an apartment nor money nor.. {…}</w:t>
      </w:r>
    </w:p>
    <w:p>
      <w:r>
        <w:t>I was with my wife at {..} my father-in-law's, and my father-in-law was such an opponent</w:t>
      </w:r>
    </w:p>
    <w:p>
      <w:r>
        <w:t>And he, he closed the door on Friday night, he closed the door, so as not to go to Rebbe Yisroel</w:t>
      </w:r>
    </w:p>
    <w:p>
      <w:r>
        <w:t>[…...]...</w:t>
      </w:r>
    </w:p>
    <w:p>
      <w:r>
        <w:t>...There were ten small orphans, small children, {..}, and he died, and they remained orphans</w:t>
      </w:r>
    </w:p>
    <w:p>
      <w:r>
        <w:t>He died on Shabbos morning, I was with him</w:t>
      </w:r>
    </w:p>
    <w:p>
      <w:r>
        <w:t>[Did he repent for having struck Rebbe Yisroel?]</w:t>
      </w:r>
    </w:p>
    <w:p>
      <w:r>
        <w:t>Maybe, I do not know</w:t>
      </w:r>
    </w:p>
    <w:p>
      <w:r>
        <w:t>Breslov, there is repentance, it is forbidden to take him, it is forbidden to see him</w:t>
      </w:r>
    </w:p>
    <w:p>
      <w:r>
        <w:t>[In Breslov there is repentance, it is forbidden to see him, Rebbe Yisroel (Kardonner)..</w:t>
      </w:r>
    </w:p>
    <w:p>
      <w:r>
        <w:t>Rebbe Yisroel, where did Rebbe Yisroel (Kardonner) live in Tzfas?]</w:t>
      </w:r>
    </w:p>
    <w:p>
      <w:r>
        <w:t>Above, above, yes</w:t>
      </w:r>
    </w:p>
    <w:p>
      <w:r>
        <w:t>[Near, near the citadel, the citadel?]</w:t>
      </w:r>
    </w:p>
    <w:p>
      <w:r>
        <w:t>I have no strength to tell</w:t>
      </w:r>
    </w:p>
    <w:p>
      <w:r>
        <w:t>[Did he live near the citadel? The citadel?]</w:t>
      </w:r>
    </w:p>
    <w:p>
      <w:r>
        <w:t>Eh?</w:t>
      </w:r>
    </w:p>
    <w:p>
      <w:r>
        <w:t>[Near the citadel?]</w:t>
      </w:r>
    </w:p>
    <w:p>
      <w:r>
        <w:t>{The restaurant}, yes, yes..</w:t>
      </w:r>
    </w:p>
    <w:p>
      <w:r>
        <w:t>My father-in-law struck Rebbe Yisroel</w:t>
      </w:r>
    </w:p>
    <w:p>
      <w:r>
        <w:t>“You, you are killing my daughter? I will kill you”</w:t>
      </w:r>
    </w:p>
    <w:p>
      <w:r>
        <w:t>Then on Friday night he felt unwell and..</w:t>
      </w:r>
    </w:p>
    <w:p>
      <w:r>
        <w:t>And he died that same night, on Friday night, in the morning he passed away</w:t>
      </w:r>
    </w:p>
    <w:p>
      <w:r>
        <w:t>And left ten small orphans</w:t>
      </w:r>
    </w:p>
    <w:p>
      <w:r>
        <w:t>I remember the funeral that Rebbe Yisroel {…} had on Saturday night</w:t>
      </w:r>
    </w:p>
    <w:p>
      <w:r>
        <w:t>[………..]…</w:t>
      </w:r>
    </w:p>
    <w:p>
      <w:r>
        <w:t>...A handshake pledge for, for a year</w:t>
      </w:r>
    </w:p>
    <w:p>
      <w:r>
        <w:t>It is forbidden for us to speak together and to be together and to learn together, it is forbidden for us…</w:t>
      </w:r>
    </w:p>
    <w:p>
      <w:r>
        <w:t>...On Saturday night was my father-in-law's funeral, he left ten orphans</w:t>
      </w:r>
    </w:p>
    <w:p>
      <w:r>
        <w:t>[Rebbe Yisroel, did the people in Tzfas understand that it was because he, he raised a hand against Rebbe Yisroel (Kardonner)?] Eh?</w:t>
      </w:r>
    </w:p>
    <w:p>
      <w:r>
        <w:t>[Did the people in Tzfas understand this?]</w:t>
      </w:r>
    </w:p>
    <w:p>
      <w:r>
        <w:t>Yes, yes.. yes, yes</w:t>
      </w:r>
    </w:p>
    <w:p>
      <w:r>
        <w:t>Rebbe Yisroel (Kardonner) was in great danger, he took an iron chair and wanted to strike him on the head; Hashem Yisborach had mercy, and people came, they took the chair, and he remained alive</w:t>
      </w:r>
    </w:p>
    <w:p>
      <w:r>
        <w:t>But he died on Saturday night, my father-in-law died on Shabbos morning, and on the night..</w:t>
      </w:r>
    </w:p>
    <w:p>
      <w:r>
        <w:t>On the night of Saturday night was the funeral</w:t>
      </w:r>
    </w:p>
    <w:p>
      <w:r>
        <w:t>The funer.., the funeral of {Rebbe Yisroel}...</w:t>
      </w:r>
    </w:p>
    <w:p>
      <w:r>
        <w:t>…{..}...</w:t>
      </w:r>
    </w:p>
    <w:p>
      <w:r>
        <w:t>… “I will kill you, you, you are killing my daughter, I will kill you” there was.. opponents of Breslov took a large knife and said:</w:t>
      </w:r>
    </w:p>
    <w:p>
      <w:r>
        <w:t>“We will slaughter them all”</w:t>
      </w:r>
    </w:p>
    <w:p>
      <w:r>
        <w:t>[Was this on Lag BaOmer?]</w:t>
      </w:r>
    </w:p>
    <w:p>
      <w:r>
        <w:t>Eh?</w:t>
      </w:r>
    </w:p>
    <w:p>
      <w:r>
        <w:t>[On Lag BaOmer?]</w:t>
      </w:r>
    </w:p>
    <w:p>
      <w:r>
        <w:t>Yes, they were in great danger</w:t>
      </w:r>
    </w:p>
    <w:p>
      <w:r>
        <w:t>They said that they would slaughter us</w:t>
      </w:r>
    </w:p>
    <w:p>
      <w:r>
        <w:t>…[..…]</w:t>
      </w:r>
    </w:p>
    <w:p>
      <w:r>
        <w:t>...{…}...</w:t>
      </w:r>
    </w:p>
    <w:p>
      <w:r>
        <w:t>...I and Rebbe Yisroel in Tzfas, so it is miracles that I am alive, that I am sitting here; he had to slaughter him</w:t>
      </w:r>
    </w:p>
    <w:p>
      <w:r>
        <w:t>"Breslov”</w:t>
      </w:r>
    </w:p>
    <w:p>
      <w:r>
        <w:t>Ah.. ah, ah</w:t>
      </w:r>
    </w:p>
    <w:p>
      <w:r>
        <w:t>Oy vey, oy, the legs on the bed…</w:t>
      </w:r>
    </w:p>
    <w:p>
      <w:r>
        <w:br w:type="page"/>
      </w:r>
    </w:p>
    <w:p>
      <w:pPr>
        <w:pStyle w:val="Heading1"/>
      </w:pPr>
      <w:r>
        <w:t>Tape 47</w:t>
      </w:r>
    </w:p>
    <w:p>
      <w:pPr>
        <w:pStyle w:val="Heading2"/>
      </w:pPr>
      <w:r>
        <w:t>Side A (Aleph)</w:t>
      </w:r>
    </w:p>
    <w:p>
      <w:r>
        <w:t>...Came, and found me in Teveria</w:t>
      </w:r>
    </w:p>
    <w:p>
      <w:r>
        <w:t>[He found you in Teveria]</w:t>
      </w:r>
    </w:p>
    <w:p>
      <w:r>
        <w:t>[Good week]</w:t>
      </w:r>
    </w:p>
    <w:p>
      <w:r>
        <w:t>[Tomorrow a woman is coming, tomorrow a woman alone is coming..]</w:t>
      </w:r>
    </w:p>
    <w:p>
      <w:r>
        <w:t>[Yes]</w:t>
      </w:r>
    </w:p>
    <w:p>
      <w:r>
        <w:t>[Eh?]</w:t>
      </w:r>
    </w:p>
    <w:p>
      <w:r>
        <w:t>[Tomorrow a woman is coming]...</w:t>
      </w:r>
    </w:p>
    <w:p>
      <w:r>
        <w:t>...And he passed away and he left me alone</w:t>
      </w:r>
    </w:p>
    <w:p>
      <w:r>
        <w:t>[He left you alone]</w:t>
      </w:r>
    </w:p>
    <w:p>
      <w:r>
        <w:t>Rebbe Yisroel (Kardonner)</w:t>
      </w:r>
    </w:p>
    <w:p>
      <w:r>
        <w:t>[Oh, wow]</w:t>
      </w:r>
    </w:p>
    <w:p>
      <w:r>
        <w:t>He came from Chevron to Teveria and found me in Teveria, and I do not know at all</w:t>
      </w:r>
    </w:p>
    <w:p>
      <w:r>
        <w:t>But this I know, Rebbe Yisroel (Kardonner) was in Chevron, and he came to Teveria, found me in Teveria, this I know</w:t>
      </w:r>
    </w:p>
    <w:p>
      <w:r>
        <w:t>[Do you hear? So he does not know anything about what happened with him]</w:t>
      </w:r>
    </w:p>
    <w:p>
      <w:r>
        <w:t>[….]</w:t>
      </w:r>
    </w:p>
    <w:p>
      <w:r>
        <w:t>[Before this he was in Chevron]</w:t>
      </w:r>
    </w:p>
    <w:p>
      <w:r>
        <w:t>[….]</w:t>
      </w:r>
    </w:p>
    <w:p>
      <w:r>
        <w:t>[I will call you, okay?]</w:t>
      </w:r>
    </w:p>
    <w:p>
      <w:r>
        <w:t>[Ah]</w:t>
      </w:r>
    </w:p>
    <w:p>
      <w:r>
        <w:t>[If you, you have.., if you are in a hurry, I will call]</w:t>
      </w:r>
    </w:p>
    <w:p>
      <w:r>
        <w:t>[….]</w:t>
      </w:r>
    </w:p>
    <w:p>
      <w:r>
        <w:t>[..The woman will come in a little while]</w:t>
      </w:r>
    </w:p>
    <w:p>
      <w:r>
        <w:t>Ay.. {and passed away}</w:t>
      </w:r>
    </w:p>
    <w:p>
      <w:r>
        <w:t>[….]</w:t>
      </w:r>
    </w:p>
    <w:p>
      <w:r>
        <w:t>[At most, take a chance, take this…..]...</w:t>
      </w:r>
    </w:p>
    <w:p>
      <w:r>
        <w:t>...Me in Teveria and he, he passed away, he passed away in Teveria</w:t>
      </w:r>
    </w:p>
    <w:p>
      <w:r>
        <w:t>[He passed away in Teveria..]</w:t>
      </w:r>
    </w:p>
    <w:p>
      <w:r>
        <w:t>Rebbe Yisroel</w:t>
      </w:r>
    </w:p>
    <w:p>
      <w:r>
        <w:t>[Yes]</w:t>
      </w:r>
    </w:p>
    <w:p>
      <w:r>
        <w:t>He and his children, nu</w:t>
      </w:r>
    </w:p>
    <w:p>
      <w:r>
        <w:t>Nu, shoyn</w:t>
      </w:r>
    </w:p>
    <w:p>
      <w:r>
        <w:t>And what I suffered for several years, it is impossible to estimate</w:t>
      </w:r>
    </w:p>
    <w:p>
      <w:r>
        <w:t>[….]</w:t>
      </w:r>
    </w:p>
    <w:p>
      <w:r>
        <w:t>Nu</w:t>
      </w:r>
    </w:p>
    <w:p>
      <w:r>
        <w:t>[….]</w:t>
      </w:r>
    </w:p>
    <w:p>
      <w:r>
        <w:t>Ah</w:t>
      </w:r>
    </w:p>
    <w:p>
      <w:r>
        <w:t>[….]</w:t>
      </w:r>
    </w:p>
    <w:p>
      <w:r>
        <w:t>[And afterward you received a note]</w:t>
      </w:r>
    </w:p>
    <w:p>
      <w:r>
        <w:t>Eh?</w:t>
      </w:r>
    </w:p>
    <w:p>
      <w:r>
        <w:t>[You received a letter afterward]</w:t>
      </w:r>
    </w:p>
    <w:p>
      <w:r>
        <w:t>Eh?</w:t>
      </w:r>
    </w:p>
    <w:p>
      <w:r>
        <w:t>[They sent you a letter from Rabbainu afterward]</w:t>
      </w:r>
    </w:p>
    <w:p>
      <w:r>
        <w:t>Eh?</w:t>
      </w:r>
    </w:p>
    <w:p>
      <w:r>
        <w:t>[After that you received a letter from Rabbainu]</w:t>
      </w:r>
    </w:p>
    <w:p>
      <w:r>
        <w:t>{..}</w:t>
      </w:r>
    </w:p>
    <w:p>
      <w:r>
        <w:t>[A letter from Rabbainu]</w:t>
      </w:r>
    </w:p>
    <w:p>
      <w:r>
        <w:t>Yes</w:t>
      </w:r>
    </w:p>
    <w:p>
      <w:r>
        <w:t>["It was very hard for me to descend to you..”]</w:t>
      </w:r>
    </w:p>
    <w:p>
      <w:r>
        <w:t>I had</w:t>
      </w:r>
    </w:p>
    <w:p>
      <w:r>
        <w:t>["..My dear disciple, to tell you that I derived much pleasure from your avodah, and about you I said..”]</w:t>
      </w:r>
    </w:p>
    <w:p>
      <w:r>
        <w:t>Yes, yes, did you see it?</w:t>
      </w:r>
    </w:p>
    <w:p>
      <w:r>
        <w:t>[Yes, I saw the original, I saw the original, the original letter]</w:t>
      </w:r>
    </w:p>
    <w:p>
      <w:r>
        <w:t>Yes?</w:t>
      </w:r>
    </w:p>
    <w:p>
      <w:r>
        <w:t>[Yes]</w:t>
      </w:r>
    </w:p>
    <w:p>
      <w:r>
        <w:t>At Tzipporah's?</w:t>
      </w:r>
    </w:p>
    <w:p>
      <w:r>
        <w:t>[No, at your place]</w:t>
      </w:r>
    </w:p>
    <w:p>
      <w:r>
        <w:t>At my place</w:t>
      </w:r>
    </w:p>
    <w:p>
      <w:r>
        <w:t>[At your place, it was nine years ago, nine years, yes, I saw the original]</w:t>
      </w:r>
    </w:p>
    <w:p>
      <w:r>
        <w:t>And where is it?</w:t>
      </w:r>
    </w:p>
    <w:p>
      <w:r>
        <w:t>[Where is it? Where is it now? Where is it now? Saba]</w:t>
      </w:r>
    </w:p>
    <w:p>
      <w:r>
        <w:t>Eh?</w:t>
      </w:r>
    </w:p>
    <w:p>
      <w:r>
        <w:t>[Where is it now?]</w:t>
      </w:r>
    </w:p>
    <w:p>
      <w:r>
        <w:t>I do not know</w:t>
      </w:r>
    </w:p>
    <w:p>
      <w:r>
        <w:t>[At Tzipporah's?]</w:t>
      </w:r>
    </w:p>
    <w:p>
      <w:r>
        <w:t>At Tzipporah's?</w:t>
      </w:r>
    </w:p>
    <w:p>
      <w:r>
        <w:t>[I do not know]</w:t>
      </w:r>
    </w:p>
    <w:p>
      <w:r>
        <w:t>Yo, it is with her, I gave it to her</w:t>
      </w:r>
    </w:p>
    <w:p>
      <w:r>
        <w:t>[Yes]</w:t>
      </w:r>
    </w:p>
    <w:p>
      <w:r>
        <w:t>It is found with her</w:t>
      </w:r>
    </w:p>
    <w:p>
      <w:r>
        <w:t>[With her]</w:t>
      </w:r>
    </w:p>
    <w:p>
      <w:r>
        <w:t>{..}</w:t>
      </w:r>
    </w:p>
    <w:p>
      <w:r>
        <w:t>[Saba, perhaps we should make a cup of tea?]</w:t>
      </w:r>
    </w:p>
    <w:p>
      <w:r>
        <w:t>Eh?</w:t>
      </w:r>
    </w:p>
    <w:p>
      <w:r>
        <w:t>[A cup of tea? Half a cup of tea?]…</w:t>
      </w:r>
    </w:p>
    <w:p>
      <w:r>
        <w:t>...{…}...</w:t>
      </w:r>
    </w:p>
    <w:p>
      <w:r>
        <w:t>...[He came from Chevron]</w:t>
      </w:r>
    </w:p>
    <w:p>
      <w:r>
        <w:t>He was in Chevron for a year</w:t>
      </w:r>
    </w:p>
    <w:p>
      <w:r>
        <w:t>[A year]</w:t>
      </w:r>
    </w:p>
    <w:p>
      <w:r>
        <w:t>He was in Chevron, afterward he left Chevron and came to Teveria, and he found me in Teveria […….]</w:t>
      </w:r>
    </w:p>
    <w:p>
      <w:r>
        <w:t>And came, he came from Chevron to Teveria and found me in Teveria</w:t>
      </w:r>
    </w:p>
    <w:p>
      <w:r>
        <w:t>[...]</w:t>
      </w:r>
    </w:p>
    <w:p>
      <w:r>
        <w:t>He was a wondrous man</w:t>
      </w:r>
    </w:p>
    <w:p>
      <w:r>
        <w:t>[A wondrous man]</w:t>
      </w:r>
    </w:p>
    <w:p>
      <w:r>
        <w:t>Rebbe Yisroel, he had a righteous wife and sons, and sons, he had an only son, Mordechai</w:t>
      </w:r>
    </w:p>
    <w:p>
      <w:r>
        <w:t>Mordechai, and he also had a righteous daughter, Esther, Mordechai and Esther</w:t>
      </w:r>
    </w:p>
    <w:p>
      <w:r>
        <w:t>He had two sons in Teveria, he had six s.., yes, how many sons did he have, he had in Teveria</w:t>
      </w:r>
    </w:p>
    <w:p>
      <w:r>
        <w:t>And the children passed away afterward, passed away</w:t>
      </w:r>
    </w:p>
    <w:p>
      <w:r>
        <w:t>I remember he came to me in Teveria and told me:</w:t>
      </w:r>
    </w:p>
    <w:p>
      <w:r>
        <w:t>“My daughter Esther passed away”</w:t>
      </w:r>
    </w:p>
    <w:p>
      <w:r>
        <w:t>Esther, Est.., Mordechai and Esther, he had two, an only son and an only daughter</w:t>
      </w:r>
    </w:p>
    <w:p>
      <w:r>
        <w:t>He had.. Mordechai was the first child, Mordechai, yes</w:t>
      </w:r>
    </w:p>
    <w:p>
      <w:r>
        <w:t>And he died before the bar mitzvah, Mordechai, {..}, he also had a daughter, Esther</w:t>
      </w:r>
    </w:p>
    <w:p>
      <w:r>
        <w:t>She was a great righteous woman, very holy, Esther</w:t>
      </w:r>
    </w:p>
    <w:p>
      <w:r>
        <w:t>He, I remember that he came to Teveria to me, he came to Teveria and told me:</w:t>
      </w:r>
    </w:p>
    <w:p>
      <w:r>
        <w:t>“My daughter Esther passed away”</w:t>
      </w:r>
    </w:p>
    <w:p>
      <w:r>
        <w:t>And she was a light, light, a great light, a holy light, yes</w:t>
      </w:r>
    </w:p>
    <w:p>
      <w:r>
        <w:t>She, she spoke with me as with a brother, as with a brother, yes</w:t>
      </w:r>
    </w:p>
    <w:p>
      <w:r>
        <w:t>Nu</w:t>
      </w:r>
    </w:p>
    <w:p>
      <w:r>
        <w:t>Rebbe Yisroel, he came to Teveria and found me in Teveria, and he had an only son and daughters</w:t>
      </w:r>
    </w:p>
    <w:p>
      <w:r>
        <w:t>And several daughters</w:t>
      </w:r>
    </w:p>
    <w:p>
      <w:r>
        <w:t>Among the daughters he had a daughter, a daughter Esther</w:t>
      </w:r>
    </w:p>
    <w:p>
      <w:r>
        <w:t>Mordechai was the first son, he was, his name was Mordechai, and Esther was after Mordechai</w:t>
      </w:r>
    </w:p>
    <w:p>
      <w:r>
        <w:t>[...]</w:t>
      </w:r>
    </w:p>
    <w:p>
      <w:r>
        <w:t>He came from Chevron to Teveria, Rebbe Yisroel, he came from Chevron to Teveria and found me</w:t>
      </w:r>
    </w:p>
    <w:p>
      <w:r>
        <w:t>[...]</w:t>
      </w:r>
    </w:p>
    <w:p>
      <w:r>
        <w:t>Perhaps I can {….}</w:t>
      </w:r>
    </w:p>
    <w:p>
      <w:r>
        <w:t>[Drink something? Cola? Eat or drink?]</w:t>
      </w:r>
    </w:p>
    <w:p>
      <w:r>
        <w:t>Eat</w:t>
      </w:r>
    </w:p>
    <w:p>
      <w:r>
        <w:t>[Eat, I will go see]</w:t>
      </w:r>
    </w:p>
    <w:p>
      <w:r>
        <w:t>{…}</w:t>
      </w:r>
    </w:p>
    <w:p>
      <w:r>
        <w:t>[……]…</w:t>
      </w:r>
    </w:p>
    <w:p>
      <w:r>
        <w:t>...Rebbe Yisroel, he suddenly came to Teveria, {…}, he came to Teveria and told me:</w:t>
      </w:r>
    </w:p>
    <w:p>
      <w:r>
        <w:t>[Saba..]</w:t>
      </w:r>
    </w:p>
    <w:p>
      <w:r>
        <w:t>“My daughter Esther passed away”</w:t>
      </w:r>
    </w:p>
    <w:p>
      <w:r>
        <w:t>[Saba, there is soup, chicken soup, there is fish soup, and there is kugel, what do you want more?] Kugel</w:t>
      </w:r>
    </w:p>
    <w:p>
      <w:r>
        <w:t>[Kugel?]</w:t>
      </w:r>
    </w:p>
    <w:p>
      <w:r>
        <w:t>What else is there?</w:t>
      </w:r>
    </w:p>
    <w:p>
      <w:r>
        <w:t>[Either chicken soup, or fish soup, or kugel]</w:t>
      </w:r>
    </w:p>
    <w:p>
      <w:r>
        <w:t>Oy, all of them</w:t>
      </w:r>
    </w:p>
    <w:p>
      <w:r>
        <w:t>[All of them, choose]</w:t>
      </w:r>
    </w:p>
    <w:p>
      <w:r>
        <w:t>{…}, soup</w:t>
      </w:r>
    </w:p>
    <w:p>
      <w:r>
        <w:t>[Fish soup]</w:t>
      </w:r>
    </w:p>
    <w:p>
      <w:r>
        <w:t>{…}</w:t>
      </w:r>
    </w:p>
    <w:p>
      <w:r>
        <w:t>[Fish soup, fish soup]</w:t>
      </w:r>
    </w:p>
    <w:p>
      <w:r>
        <w:t>And fish?</w:t>
      </w:r>
    </w:p>
    <w:p>
      <w:r>
        <w:t>[There is fish soup, there is chicken soup, and there is kugel]</w:t>
      </w:r>
    </w:p>
    <w:p>
      <w:r>
        <w:t>Chicken soup</w:t>
      </w:r>
    </w:p>
    <w:p>
      <w:r>
        <w:t>[Chicken soup]</w:t>
      </w:r>
    </w:p>
    <w:p>
      <w:r>
        <w:t>[………...]</w:t>
      </w:r>
    </w:p>
    <w:p>
      <w:r>
        <w:t>Eh, eh..</w:t>
      </w:r>
    </w:p>
    <w:p>
      <w:r>
        <w:t>[………...]…</w:t>
      </w:r>
    </w:p>
    <w:p>
      <w:r>
        <w:t>...An only son, his name was Mordechai, Mordechai, he, he studied in Tzfas</w:t>
      </w:r>
    </w:p>
    <w:p>
      <w:r>
        <w:t>And he was not, not far from bar mitzvah and passed away</w:t>
      </w:r>
    </w:p>
    <w:p>
      <w:r>
        <w:t>And afterward Rebbe Yisroel came to Teveria and sat beside me and told me:</w:t>
      </w:r>
    </w:p>
    <w:p>
      <w:r>
        <w:t>“My daughter Esther passed away”</w:t>
      </w:r>
    </w:p>
    <w:p>
      <w:r>
        <w:t>As though she had gone to the chuppah, he told me this as though nothing had happened, he told me:</w:t>
      </w:r>
    </w:p>
    <w:p>
      <w:r>
        <w:t>“My daughter Esther passed away”</w:t>
      </w:r>
    </w:p>
    <w:p>
      <w:r>
        <w:t>[………]</w:t>
      </w:r>
    </w:p>
    <w:p>
      <w:r>
        <w:t>[The World to Come, alive in the World to Come, he is in any case not here.. so what difference does it make, here, there] She passed away in Tzfas</w:t>
      </w:r>
    </w:p>
    <w:p>
      <w:r>
        <w:t>[In Tzfas]</w:t>
      </w:r>
    </w:p>
    <w:p>
      <w:r>
        <w:t>And all the children he had with Gittel passed away, passed away</w:t>
      </w:r>
    </w:p>
    <w:p>
      <w:r>
        <w:t>When he passed away, {…}, he, he told me, he told me..</w:t>
      </w:r>
    </w:p>
    <w:p>
      <w:r>
        <w:t>There was a bond between us</w:t>
      </w:r>
    </w:p>
    <w:p>
      <w:r>
        <w:t>The Ashkenazim {were} opponents of Breslov</w:t>
      </w:r>
    </w:p>
    <w:p>
      <w:r>
        <w:t>[Yisroel, ……….]</w:t>
      </w:r>
    </w:p>
    <w:p>
      <w:r>
        <w:t>[I will call you]</w:t>
      </w:r>
    </w:p>
    <w:p>
      <w:r>
        <w:t>And I came..</w:t>
      </w:r>
    </w:p>
    <w:p>
      <w:r>
        <w:t>[I will call you..]</w:t>
      </w:r>
    </w:p>
    <w:p>
      <w:r>
        <w:t>I was alone, the only Breslover, one, and they said: “This is Breslov”</w:t>
      </w:r>
    </w:p>
    <w:p>
      <w:r>
        <w:t>They said {….}, the Chassidim</w:t>
      </w:r>
    </w:p>
    <w:p>
      <w:r>
        <w:t>[Yes]</w:t>
      </w:r>
    </w:p>
    <w:p>
      <w:r>
        <w:t>They said: “This is Breslov,” about me</w:t>
      </w:r>
    </w:p>
    <w:p>
      <w:r>
        <w:t>[…………..]</w:t>
      </w:r>
    </w:p>
    <w:p>
      <w:r>
        <w:t>[…………..]</w:t>
      </w:r>
    </w:p>
    <w:p>
      <w:r>
        <w:t>[Saba, there is a guest, Saba, a guest]</w:t>
      </w:r>
    </w:p>
    <w:p>
      <w:r>
        <w:t>A guest?</w:t>
      </w:r>
    </w:p>
    <w:p>
      <w:r>
        <w:t>[Maimoni, Maimoni]</w:t>
      </w:r>
    </w:p>
    <w:p>
      <w:r>
        <w:t>Eh?</w:t>
      </w:r>
    </w:p>
    <w:p>
      <w:r>
        <w:t>[Maimoni]</w:t>
      </w:r>
    </w:p>
    <w:p>
      <w:r>
        <w:t>Maimoni?</w:t>
      </w:r>
    </w:p>
    <w:p>
      <w:r>
        <w:t>[Yes, here]</w:t>
      </w:r>
    </w:p>
    <w:p>
      <w:r>
        <w:t>Where is he?</w:t>
      </w:r>
    </w:p>
    <w:p>
      <w:r>
        <w:t>[Shalom aleichem, Saba]</w:t>
      </w:r>
    </w:p>
    <w:p>
      <w:r>
        <w:t>Maimoni?</w:t>
      </w:r>
    </w:p>
    <w:p>
      <w:r>
        <w:t>[Yes, Saba]</w:t>
      </w:r>
    </w:p>
    <w:p>
      <w:r>
        <w:t>[………...]</w:t>
      </w:r>
    </w:p>
    <w:p>
      <w:r>
        <w:t>[………...]</w:t>
      </w:r>
    </w:p>
    <w:p>
      <w:r>
        <w:t>He had, I had an only son and his name was Mordechai, did you hear from me? No?</w:t>
      </w:r>
    </w:p>
    <w:p>
      <w:r>
        <w:t>[Yes]</w:t>
      </w:r>
    </w:p>
    <w:p>
      <w:r>
        <w:t>[No, I did not hear]</w:t>
      </w:r>
    </w:p>
    <w:p>
      <w:r>
        <w:t>No</w:t>
      </w:r>
    </w:p>
    <w:p>
      <w:r>
        <w:t>[.……]</w:t>
      </w:r>
    </w:p>
    <w:p>
      <w:r>
        <w:t>[.……]</w:t>
      </w:r>
    </w:p>
    <w:p>
      <w:r>
        <w:t>{.…}</w:t>
      </w:r>
    </w:p>
    <w:p>
      <w:r>
        <w:t>[..……] [.….…]</w:t>
      </w:r>
    </w:p>
    <w:p>
      <w:r>
        <w:t>He passed away, Mordechai, some days before Rebbe Yisroel, before Rebbe Yisroel</w:t>
      </w:r>
    </w:p>
    <w:p>
      <w:r>
        <w:t>[How many? Ten days?]</w:t>
      </w:r>
    </w:p>
    <w:p>
      <w:r>
        <w:t>Mordechai</w:t>
      </w:r>
    </w:p>
    <w:p>
      <w:r>
        <w:t>I was in Teveria like..</w:t>
      </w:r>
    </w:p>
    <w:p>
      <w:r>
        <w:t>"What, Breslov in Teveria?”</w:t>
      </w:r>
    </w:p>
    <w:p>
      <w:r>
        <w:t>[Saba, Saba, Saba, I am going to rest]</w:t>
      </w:r>
    </w:p>
    <w:p>
      <w:r>
        <w:t>Rest, rest</w:t>
      </w:r>
    </w:p>
    <w:p>
      <w:r>
        <w:t>[Perhaps, perhaps I will need to drive perhaps, afterward]</w:t>
      </w:r>
    </w:p>
    <w:p>
      <w:r>
        <w:t>Eh?</w:t>
      </w:r>
    </w:p>
    <w:p>
      <w:r>
        <w:t>[Perhaps I will need to drive at night, I need to have strength to drive, to drive, to drive]</w:t>
      </w:r>
    </w:p>
    <w:p>
      <w:r>
        <w:t>{When are you coming}</w:t>
      </w:r>
    </w:p>
    <w:p>
      <w:r>
        <w:t>[Perhaps I need to travel]</w:t>
      </w:r>
    </w:p>
    <w:p>
      <w:r>
        <w:t>Perhaps, perhaps</w:t>
      </w:r>
    </w:p>
    <w:p>
      <w:r>
        <w:t>[So I want to rest]</w:t>
      </w:r>
    </w:p>
    <w:p>
      <w:r>
        <w:t>Good</w:t>
      </w:r>
    </w:p>
    <w:p>
      <w:r>
        <w:t>[So that I will have strength]</w:t>
      </w:r>
    </w:p>
    <w:p>
      <w:r>
        <w:t>{..}</w:t>
      </w:r>
    </w:p>
    <w:p>
      <w:r>
        <w:t>[All right?]</w:t>
      </w:r>
    </w:p>
    <w:p>
      <w:r>
        <w:t>No, I do not, do not travel at night</w:t>
      </w:r>
    </w:p>
    <w:p>
      <w:r>
        <w:t>[Do not travel at night, good, so I am staying here]</w:t>
      </w:r>
    </w:p>
    <w:p>
      <w:r>
        <w:t>Yes</w:t>
      </w:r>
    </w:p>
    <w:p>
      <w:r>
        <w:t>[Tell him th.. that they are waiting for him]</w:t>
      </w:r>
    </w:p>
    <w:p>
      <w:r>
        <w:t>[Talk to him, talk to him...]</w:t>
      </w:r>
    </w:p>
    <w:p>
      <w:r>
        <w:t>[Excuse me, Rebbe Yisroel, Rebbe, Rebbe Yisroel, Rebbe Yisroel]</w:t>
      </w:r>
    </w:p>
    <w:p>
      <w:r>
        <w:t>Leave me alone, all of you leave me alone, yes</w:t>
      </w:r>
    </w:p>
    <w:p>
      <w:r>
        <w:t>[Rebbe Yisroel..]</w:t>
      </w:r>
    </w:p>
    <w:p>
      <w:r>
        <w:t>I have no strength</w:t>
      </w:r>
    </w:p>
    <w:p>
      <w:r>
        <w:t>[Yes, yes, no, I am only reminding you that..]</w:t>
      </w:r>
    </w:p>
    <w:p>
      <w:r>
        <w:t>Eh?</w:t>
      </w:r>
    </w:p>
    <w:p>
      <w:r>
        <w:t>[I am only reminding you that...]…</w:t>
      </w:r>
    </w:p>
    <w:p>
      <w:r>
        <w:t>...Mordechai, and I had {a} daughter, Esther, her name was Esther, Esther</w:t>
      </w:r>
    </w:p>
    <w:p>
      <w:r>
        <w:t>He was such a holy, righteous woman, that I had not heard of or seen such a thing, yes</w:t>
      </w:r>
    </w:p>
    <w:p>
      <w:r>
        <w:t>And she, Rebbe Yisroel came to Teveria and told me:</w:t>
      </w:r>
    </w:p>
    <w:p>
      <w:r>
        <w:t>“Esther passed away”</w:t>
      </w:r>
    </w:p>
    <w:p>
      <w:r>
        <w:t>In Tzfas, he came to Teveria and left Esther in Tzfas</w:t>
      </w:r>
    </w:p>
    <w:p>
      <w:r>
        <w:t>Rebbe Yisroel had an only son, Mordechai, and a daughter, Esther</w:t>
      </w:r>
    </w:p>
    <w:p>
      <w:r>
        <w:t>Nu, nu</w:t>
      </w:r>
    </w:p>
    <w:p>
      <w:r>
        <w:t>I always walked in Yerushalayim with Rav Shlomo Wexler, with Rav Shlomo Wexler, with, with Rav Shlomo</w:t>
      </w:r>
    </w:p>
    <w:p>
      <w:r>
        <w:t>He was a holy man, I had not seen such a thing</w:t>
      </w:r>
    </w:p>
    <w:p>
      <w:r>
        <w:t>I ate like a human being, and he ate like {a king\an angel}</w:t>
      </w:r>
    </w:p>
    <w:p>
      <w:r>
        <w:t>His wife brought him something to eat with milk, like noodles, {…}, brought him a vessel to eat from</w:t>
      </w:r>
    </w:p>
    <w:p>
      <w:r>
        <w:t>And I saw how he ate, I told her:</w:t>
      </w:r>
    </w:p>
    <w:p>
      <w:r>
        <w:t>“I have no connection at all with Rav Shlomo, he is a holy man, he eats like {a king\an angel}”</w:t>
      </w:r>
    </w:p>
    <w:p>
      <w:r>
        <w:t>He lived after his wife, she passed away first, {yes}</w:t>
      </w:r>
    </w:p>
    <w:p>
      <w:r>
        <w:t>Afterward he passed away, Rav Shlomo passed away, both his wife passed away and she too passed away</w:t>
      </w:r>
    </w:p>
    <w:p>
      <w:r>
        <w:t>Eh, he wanted to give me his apartment, but it was not his, it belonged to “Batei Machseh”</w:t>
      </w:r>
    </w:p>
    <w:p>
      <w:r>
        <w:t>So, so I did not, did not know what, what would be with me, where will I be? Where will I be?</w:t>
      </w:r>
    </w:p>
    <w:p>
      <w:r>
        <w:t>I do not know, do not know, I did not know and do not know, {…}</w:t>
      </w:r>
    </w:p>
    <w:p>
      <w:r>
        <w:t>[Saba]…</w:t>
      </w:r>
    </w:p>
    <w:p>
      <w:r>
        <w:t>...Cannot…</w:t>
      </w:r>
    </w:p>
    <w:p>
      <w:r>
        <w:t>...Rebbe Yisroel…</w:t>
      </w:r>
    </w:p>
    <w:p>
      <w:r>
        <w:t>...Told me in the Karlin synagogue, he sat beside me and told me: “My daughter E..”,</w:t>
      </w:r>
    </w:p>
    <w:p>
      <w:r>
        <w:t>She was eleven, twelve, he, and he told me:</w:t>
      </w:r>
    </w:p>
    <w:p>
      <w:r>
        <w:t>“My daughter Esther passed away in Tzfas”</w:t>
      </w:r>
    </w:p>
    <w:p>
      <w:r>
        <w:t>Such a righteous woman, such a holy woman I had not seen, I had not heard of in my life</w:t>
      </w:r>
    </w:p>
    <w:p>
      <w:r>
        <w:t>Rav Shlomo was a holy man, and his wife was also holy</w:t>
      </w:r>
    </w:p>
    <w:p>
      <w:r>
        <w:t>And I came, I ate with them, she did not have, no, they did not have, they had food in great scarcity</w:t>
      </w:r>
    </w:p>
    <w:p>
      <w:r>
        <w:t>And they gave me, they gave me food, Rav Shlomo and his wife</w:t>
      </w:r>
    </w:p>
    <w:p>
      <w:r>
        <w:t>But with Rav Shlomo I could not eat, he, he ate like a bird, and I ate like a man</w:t>
      </w:r>
    </w:p>
    <w:p>
      <w:r>
        <w:t>{….}, she gave Rav Shlomo food in some vessel, and me too</w:t>
      </w:r>
    </w:p>
    <w:p>
      <w:r>
        <w:t>Two vessels, one vessel for me and one vessel for him</w:t>
      </w:r>
    </w:p>
    <w:p>
      <w:r>
        <w:t>I came every time to.. to Yerushalayim</w:t>
      </w:r>
    </w:p>
    <w:p>
      <w:r>
        <w:t>Now I cannot, I want to sleep</w:t>
      </w:r>
    </w:p>
    <w:p>
      <w:r>
        <w:t>Only I remember, Rebbe Shlomo told me:</w:t>
      </w:r>
    </w:p>
    <w:p>
      <w:r>
        <w:t>“My daughter Esther passed away in Tzfas”</w:t>
      </w:r>
    </w:p>
    <w:p>
      <w:r>
        <w:t>{Oy}, he came to Teveria without Esther, and he said, he told me:</w:t>
      </w:r>
    </w:p>
    <w:p>
      <w:r>
        <w:t>“My daughter Esther passed away in Tzfas,” as though she had gone to the chuppah…</w:t>
      </w:r>
    </w:p>
    <w:p>
      <w:r>
        <w:t>...I want to sleep and also eat, eat..</w:t>
      </w:r>
    </w:p>
    <w:p>
      <w:r>
        <w:t>..We will think afterward, now I want to sleep…</w:t>
      </w:r>
    </w:p>
    <w:p>
      <w:r>
        <w:t>...{Without} Rav Shlomo, Rav Shlomo passed away in Teveria, Rebbe Yisroel</w:t>
      </w:r>
    </w:p>
    <w:p>
      <w:r>
        <w:t>Rav Shlomo in Yerushalayim, Rebbe Yisroel in Teveria, and I do not know {what, what, what is this, what is this} eh...</w:t>
      </w:r>
    </w:p>
    <w:p>
      <w:r>
        <w:t>...Eh, eh.. give me a little to drink, not a lot</w:t>
      </w:r>
    </w:p>
    <w:p>
      <w:r>
        <w:t>[………….]</w:t>
      </w:r>
    </w:p>
    <w:p>
      <w:r>
        <w:t>[………….]</w:t>
      </w:r>
    </w:p>
    <w:p>
      <w:r>
        <w:t>Eh, Rav Shlomo, he was a very holy man, he ate like a bird, {yes}</w:t>
      </w:r>
    </w:p>
    <w:p>
      <w:r>
        <w:t>I could not, no, I could not bear it, he did not eat, he ate like a bird</w:t>
      </w:r>
    </w:p>
    <w:p>
      <w:r>
        <w:t>And I need to eat like, like, like every person</w:t>
      </w:r>
    </w:p>
    <w:p>
      <w:r>
        <w:t>[Like every person]</w:t>
      </w:r>
    </w:p>
    <w:p>
      <w:r>
        <w:t>[……...]</w:t>
      </w:r>
    </w:p>
    <w:p>
      <w:r>
        <w:t>Shehakol?</w:t>
      </w:r>
    </w:p>
    <w:p>
      <w:r>
        <w:t>[Yes, yes]</w:t>
      </w:r>
    </w:p>
    <w:p>
      <w:r>
        <w:t>Blessed are You, Hashem our God, King of the universe, by Whose word everything came to be</w:t>
      </w:r>
    </w:p>
    <w:p>
      <w:r>
        <w:t>[Amen]</w:t>
      </w:r>
    </w:p>
    <w:p>
      <w:r>
        <w:t>[………]</w:t>
      </w:r>
    </w:p>
    <w:p>
      <w:r>
        <w:t>[……...]</w:t>
      </w:r>
    </w:p>
    <w:p>
      <w:r>
        <w:t>He, does she have something to eat? Rav Shlomo's wife</w:t>
      </w:r>
    </w:p>
    <w:p>
      <w:r>
        <w:t>When I came to Rav Shlomo, no, no, they did not have sons, there was not, they did not have</w:t>
      </w:r>
    </w:p>
    <w:p>
      <w:r>
        <w:t>Mordechai was an only son, he was born, and afterward Esther was born, after Mordechai</w:t>
      </w:r>
    </w:p>
    <w:p>
      <w:r>
        <w:t>And afterward several, several girls</w:t>
      </w:r>
    </w:p>
    <w:p>
      <w:r>
        <w:t>Nu, I do not know</w:t>
      </w:r>
    </w:p>
    <w:p>
      <w:r>
        <w:t>He ate with great holiness, like a bird, I could not, I need to eat</w:t>
      </w:r>
    </w:p>
    <w:p>
      <w:r>
        <w:t>And Rav Shlomo would eat like a bird, {what?}, like a bird</w:t>
      </w:r>
    </w:p>
    <w:p>
      <w:r>
        <w:t>He took some small amount of food into his mouth and held it until he swallowed, afterward another, another few drops, yes, I could not, I, I must eat</w:t>
      </w:r>
    </w:p>
    <w:p>
      <w:r>
        <w:t>Rav Shlomo was, I do not know how he lived, he, he ate like a bird, like a bird that eats</w:t>
      </w:r>
    </w:p>
    <w:p>
      <w:r>
        <w:t>I ate together with Rav Shlomo, then, then I was very ashamed, I eat and he does not eat</w:t>
      </w:r>
    </w:p>
    <w:p>
      <w:r>
        <w:t>But I had {..}, they gave me food, they gave me to eat, yes</w:t>
      </w:r>
    </w:p>
    <w:p>
      <w:r>
        <w:t>Eh..</w:t>
      </w:r>
    </w:p>
    <w:p>
      <w:r>
        <w:t>And his wife already knew what he needed to eat</w:t>
      </w:r>
    </w:p>
    <w:p>
      <w:r>
        <w:t>And she cooked {...} for both of us, two dishes, I had a dish and he had a dish</w:t>
      </w:r>
    </w:p>
    <w:p>
      <w:r>
        <w:t>{And when I} came to Yerushalayim and went in to Rav Shlomo Wexler, to Rav Shlomo, to Rav Shlomo</w:t>
      </w:r>
    </w:p>
    <w:p>
      <w:r>
        <w:t>Then she cooked some thing for me to eat</w:t>
      </w:r>
    </w:p>
    <w:p>
      <w:r>
        <w:t>He had, his face was very holy, his face</w:t>
      </w:r>
    </w:p>
    <w:p>
      <w:r>
        <w:t>All his limbs were a kind of, kind of, kind of, kind of thing of holiness, not, not of..</w:t>
      </w:r>
    </w:p>
    <w:p>
      <w:r>
        <w:t>[……….]</w:t>
      </w:r>
    </w:p>
    <w:p>
      <w:r>
        <w:t>[Rebbe Yisroel, but he did not receive a note, and you received a note]</w:t>
      </w:r>
    </w:p>
    <w:p>
      <w:r>
        <w:t>Eh?</w:t>
      </w:r>
    </w:p>
    <w:p>
      <w:r>
        <w:t>[Rav Shlomo Wexler, he did not..]</w:t>
      </w:r>
    </w:p>
    <w:p>
      <w:r>
        <w:t>{..}</w:t>
      </w:r>
    </w:p>
    <w:p>
      <w:r>
        <w:t>[Receive a note, you received a note, and he did not, how is that possible?]</w:t>
      </w:r>
    </w:p>
    <w:p>
      <w:r>
        <w:t>I do not remember, I do not know</w:t>
      </w:r>
    </w:p>
    <w:p>
      <w:r>
        <w:t>Rav Shlomo did not have the scent of money, he did not know at all, at all, whether there was money in the world</w:t>
      </w:r>
    </w:p>
    <w:p>
      <w:r>
        <w:t>Rav Shlomo, Rav Shlomo Wexler, Rav Shlomo</w:t>
      </w:r>
    </w:p>
    <w:p>
      <w:r>
        <w:t>He was by his father, his father was a rav in Berlin, a rav in Berlin</w:t>
      </w:r>
    </w:p>
    <w:p>
      <w:r>
        <w:t>He came to his father:</w:t>
      </w:r>
    </w:p>
    <w:p>
      <w:r>
        <w:t>“I saw, in a sefer, on the street of the Jews, a shop with “Likutei Etzos”</w:t>
      </w:r>
    </w:p>
    <w:p>
      <w:r>
        <w:t>Then, then I saw the “Likutei Etzos,” that it speaks about Eretz Yisroel</w:t>
      </w:r>
    </w:p>
    <w:p>
      <w:r>
        <w:t>So I want Eretz Yisroel, I want to travel to Eretz Yisroel”</w:t>
      </w:r>
    </w:p>
    <w:p>
      <w:r>
        <w:t>Then he said to him:</w:t>
      </w:r>
    </w:p>
    <w:p>
      <w:r>
        <w:t>“You want Eretz Yisroel? Take money {and travel to Eretz Yisroel}”</w:t>
      </w:r>
    </w:p>
    <w:p>
      <w:r>
        <w:t>He gave him money, he came to Yerushalayim, and in Yerushalayim he was a gaon, a great gaon in Yerushalayim</w:t>
      </w:r>
    </w:p>
    <w:p>
      <w:r>
        <w:t>Rav Akiva, Rav, Rav, Rav, Rav Akiva, he..</w:t>
      </w:r>
    </w:p>
    <w:p>
      <w:r>
        <w:t>This I remember, Rav Akiva, yes, the gaon had the name Rav Akiva</w:t>
      </w:r>
    </w:p>
    <w:p>
      <w:r>
        <w:t>And I was afraid, I entered the house and was very afraid of Rav Shlomo</w:t>
      </w:r>
    </w:p>
    <w:p>
      <w:r>
        <w:t>Because I cannot {be able}, I ate and Rav Shlomo did not eat, he, he ate like a bird</w:t>
      </w:r>
    </w:p>
    <w:p>
      <w:r>
        <w:t>No, I did not see another person in this world who eats like that</w:t>
      </w:r>
    </w:p>
    <w:p>
      <w:r>
        <w:t>But I was a human being, I need to eat, to eat and to drink, yes</w:t>
      </w:r>
    </w:p>
    <w:p>
      <w:r>
        <w:t>She cooked for me to eat, she cooked, {what, what}, what do you call..? What do you call it?</w:t>
      </w:r>
    </w:p>
    <w:p>
      <w:r>
        <w:t>She cooked, what do you call it? Lokshen (noodles)</w:t>
      </w:r>
    </w:p>
    <w:p>
      <w:r>
        <w:t>He ate like a bird, and I ate like a fresser (glutton)</w:t>
      </w:r>
    </w:p>
    <w:p>
      <w:r>
        <w:t>Rav Shlomo was a holy man, I do not know how he lived, I do not know, I did not know</w:t>
      </w:r>
    </w:p>
    <w:p>
      <w:r>
        <w:t>Is it possible to live with, with a few, a few crumbs of, of chicken?</w:t>
      </w:r>
    </w:p>
    <w:p>
      <w:r>
        <w:t>She gave me a piece, a piece of chicken meat, yes</w:t>
      </w:r>
    </w:p>
    <w:p>
      <w:r>
        <w:t>But Rav Shlomo ate like, like a holy man, and I ate like a fresser (glutton)</w:t>
      </w:r>
    </w:p>
    <w:p>
      <w:r>
        <w:t>Like, like I am accustomed</w:t>
      </w:r>
    </w:p>
    <w:p>
      <w:r>
        <w:t>Oy, oy, oy, just to see the eating of such a man, enough, sufficient</w:t>
      </w:r>
    </w:p>
    <w:p>
      <w:r>
        <w:t>She, his wife gave him food, and he ate in the house, and I and she, the two of us ate in the house</w:t>
      </w:r>
    </w:p>
    <w:p>
      <w:r>
        <w:t>He went at night, at midnight he went to the Kotel, there was danger from Arabs, there was danger</w:t>
      </w:r>
    </w:p>
    <w:p>
      <w:r>
        <w:t>He went as though there was no {…..}, danger, he went to the Kotel with Yisroel Ber</w:t>
      </w:r>
    </w:p>
    <w:p>
      <w:r>
        <w:t>He took me and the two of us went to the Kotel</w:t>
      </w:r>
    </w:p>
    <w:p>
      <w:r>
        <w:t>Eh, eh, eh..</w:t>
      </w:r>
    </w:p>
    <w:p>
      <w:r>
        <w:t>We were two, we went to the Kotel at midnight</w:t>
      </w:r>
    </w:p>
    <w:p>
      <w:r>
        <w:t>Rav Shlomo, his face was like an angel, full of holiness, only holiness</w:t>
      </w:r>
    </w:p>
    <w:p>
      <w:r>
        <w:t>And I was a human being who needs to eat, but Rav Shlomo did not need to eat</w:t>
      </w:r>
    </w:p>
    <w:p>
      <w:r>
        <w:t>I do not know how, how he lived, how he used to live</w:t>
      </w:r>
    </w:p>
    <w:p>
      <w:r>
        <w:t>His wife already knew his eating</w:t>
      </w:r>
    </w:p>
    <w:p>
      <w:r>
        <w:t>I once came to Yerushalayim, and Rav Shlomo was ill, Rav Shlomo Wexler, Rav Shlomo was ill</w:t>
      </w:r>
    </w:p>
    <w:p>
      <w:r>
        <w:t>{..}, I do not know what sh.., at any rate, blessed is Hashem, he came out of the illness and ate</w:t>
      </w:r>
    </w:p>
    <w:p>
      <w:r>
        <w:t>But he ate like a bird, I did not, I could not eat {...}</w:t>
      </w:r>
    </w:p>
    <w:p>
      <w:r>
        <w:t>When I came to Rav Shlomo, there was great joy in the house, great joy</w:t>
      </w:r>
    </w:p>
    <w:p>
      <w:r>
        <w:t>What was the joy? - I do not know, Rav Shlomo was so happy</w:t>
      </w:r>
    </w:p>
    <w:p>
      <w:r>
        <w:t>But I, I needed to eat</w:t>
      </w:r>
    </w:p>
    <w:p>
      <w:r>
        <w:t>[..].. {..}</w:t>
      </w:r>
    </w:p>
    <w:p>
      <w:r>
        <w:t>She sensed that I needed to eat, and Rav Shlomo, he did not need to eat</w:t>
      </w:r>
    </w:p>
    <w:p>
      <w:r>
        <w:t>He eats like, like a chicken, like a bird, I do not know how he lived</w:t>
      </w:r>
    </w:p>
    <w:p>
      <w:r>
        <w:t>Rav Shlomo had a window, he always sat by the window, there was light and joy</w:t>
      </w:r>
    </w:p>
    <w:p>
      <w:r>
        <w:t>And I came, there was great joy</w:t>
      </w:r>
    </w:p>
    <w:p>
      <w:r>
        <w:t>What he did not eat, I ate</w:t>
      </w:r>
    </w:p>
    <w:p>
      <w:r>
        <w:t>He does not need to eat much, only like a chicken, like a bird…</w:t>
      </w:r>
    </w:p>
    <w:p>
      <w:r>
        <w:t>...{...}…</w:t>
      </w:r>
    </w:p>
    <w:p>
      <w:r>
        <w:t>...{...} knows how he lived, he ate like a bird, with great holiness</w:t>
      </w:r>
    </w:p>
    <w:p>
      <w:r>
        <w:t>Such a face, such eating I did not, did not see, I could not, I need to eat…</w:t>
      </w:r>
    </w:p>
    <w:p>
      <w:r>
        <w:t>...{….}…</w:t>
      </w:r>
    </w:p>
    <w:p>
      <w:r>
        <w:t>...I do not know how he lived, his face was light, yes</w:t>
      </w:r>
    </w:p>
    <w:p>
      <w:r>
        <w:t>And he received me with love, yes</w:t>
      </w:r>
    </w:p>
    <w:p>
      <w:r>
        <w:t>He, he said, when I saw Rav Shlomo Wexler, ho, ho…</w:t>
      </w:r>
    </w:p>
    <w:p>
      <w:pPr>
        <w:pStyle w:val="Heading2"/>
      </w:pPr>
      <w:r>
        <w:t>Side B (Bais)</w:t>
      </w:r>
    </w:p>
    <w:p>
      <w:r>
        <w:t>...Fleishig?</w:t>
      </w:r>
    </w:p>
    <w:p>
      <w:r>
        <w:t>[Yes]</w:t>
      </w:r>
    </w:p>
    <w:p>
      <w:r>
        <w:t>Eh?</w:t>
      </w:r>
    </w:p>
    <w:p>
      <w:r>
        <w:t>[Yes, yes, fleishig]</w:t>
      </w:r>
    </w:p>
    <w:p>
      <w:r>
        <w:t>Fleishig, then I have nothing to eat…</w:t>
      </w:r>
    </w:p>
    <w:p>
      <w:r>
        <w:t>...Nu, I, I do not know, fleishig or milchig, I do not know</w:t>
      </w:r>
    </w:p>
    <w:p>
      <w:r>
        <w:t>[Fleishig, fleishig]</w:t>
      </w:r>
    </w:p>
    <w:p>
      <w:r>
        <w:t>Which?</w:t>
      </w:r>
    </w:p>
    <w:p>
      <w:r>
        <w:t>[Fleishig]…</w:t>
      </w:r>
    </w:p>
    <w:p>
      <w:r>
        <w:t>...There was no beard</w:t>
      </w:r>
    </w:p>
    <w:p>
      <w:r>
        <w:t>[Who? Who?]</w:t>
      </w:r>
    </w:p>
    <w:p>
      <w:r>
        <w:t>And he, his face was like light</w:t>
      </w:r>
    </w:p>
    <w:p>
      <w:r>
        <w:t>And I sat beside him and I ate as I need to eat…</w:t>
      </w:r>
    </w:p>
    <w:p>
      <w:r>
        <w:t>...{For the festival of Shavuos, Rebbe Yisroel was..}…</w:t>
      </w:r>
    </w:p>
    <w:p>
      <w:r>
        <w:t>...{…}…</w:t>
      </w:r>
    </w:p>
    <w:p>
      <w:r>
        <w:t>...[The festival of Shavuos..]</w:t>
      </w:r>
    </w:p>
    <w:p>
      <w:r>
        <w:t>I came to Yerushalayim for the festival of Shavuos, and I saw..</w:t>
      </w:r>
    </w:p>
    <w:p>
      <w:r>
        <w:t>My home was at Rav Shlomo’s, and she already knew that I need to eat</w:t>
      </w:r>
    </w:p>
    <w:p>
      <w:r>
        <w:t>[……]</w:t>
      </w:r>
    </w:p>
    <w:p>
      <w:r>
        <w:t>[…...]…</w:t>
      </w:r>
    </w:p>
    <w:p>
      <w:r>
        <w:t>...A little olive oil and a piece of challah</w:t>
      </w:r>
    </w:p>
    <w:p>
      <w:r>
        <w:t>[All right]…</w:t>
      </w:r>
    </w:p>
    <w:p>
      <w:r>
        <w:t>...We will travel to Yerushalayim to Rav Shlomo Wexler…</w:t>
      </w:r>
    </w:p>
    <w:p>
      <w:r>
        <w:t>...(Saba says Tefilas HaDerech)</w:t>
      </w:r>
    </w:p>
    <w:p>
      <w:r>
        <w:t>[[Amen]]…</w:t>
      </w:r>
    </w:p>
    <w:p>
      <w:r>
        <w:t>...[Saba and the friends sing a melody: “Atah nigleita..”]…</w:t>
      </w:r>
    </w:p>
    <w:p>
      <w:r>
        <w:t>...Were we at a bris?</w:t>
      </w:r>
    </w:p>
    <w:p>
      <w:r>
        <w:t>[No..]</w:t>
      </w:r>
    </w:p>
    <w:p>
      <w:r>
        <w:t>[Now we are traveling to a bris, now]…</w:t>
      </w:r>
    </w:p>
    <w:p>
      <w:r>
        <w:t>...[The friends sing and Yisroel Dagan plays:</w:t>
      </w:r>
    </w:p>
    <w:p>
      <w:r>
        <w:t>“Na Nach Nachma Nachman MeUman..”]…</w:t>
      </w:r>
    </w:p>
    <w:p>
      <w:r>
        <w:t>...[They want a blessing for a sick person] {There is ….} […]</w:t>
      </w:r>
    </w:p>
    <w:p>
      <w:r>
        <w:t>{….}</w:t>
      </w:r>
    </w:p>
    <w:p>
      <w:r>
        <w:t>[Ben …..]</w:t>
      </w:r>
    </w:p>
    <w:p>
      <w:r>
        <w:t>Ben..?</w:t>
      </w:r>
    </w:p>
    <w:p>
      <w:r>
        <w:t>[….]</w:t>
      </w:r>
    </w:p>
    <w:p>
      <w:r>
        <w:t>{….}</w:t>
      </w:r>
    </w:p>
    <w:p>
      <w:r>
        <w:t>[A complete healing]</w:t>
      </w:r>
    </w:p>
    <w:p>
      <w:r>
        <w:t>{……}</w:t>
      </w:r>
    </w:p>
    <w:p>
      <w:r>
        <w:t>[..……………………………]</w:t>
      </w:r>
    </w:p>
    <w:p>
      <w:r>
        <w:t>[..……………………………]</w:t>
      </w:r>
    </w:p>
    <w:p>
      <w:r>
        <w:t>{…. What do you want, I, I have for ……..}</w:t>
      </w:r>
    </w:p>
    <w:p>
      <w:r>
        <w:t>[………….]</w:t>
      </w:r>
    </w:p>
    <w:p>
      <w:r>
        <w:t>[………….]</w:t>
      </w:r>
    </w:p>
    <w:p>
      <w:r>
        <w:t>[No one is going]</w:t>
      </w:r>
    </w:p>
    <w:p>
      <w:r>
        <w:t>[No one is going]</w:t>
      </w:r>
    </w:p>
    <w:p>
      <w:r>
        <w:t>{….. A bed …….}, in the house, in the room</w:t>
      </w:r>
    </w:p>
    <w:p>
      <w:r>
        <w:t>[There is a room here]</w:t>
      </w:r>
    </w:p>
    <w:p>
      <w:r>
        <w:t>[….. In the room you, now there is a good bed, we are not leaving you]</w:t>
      </w:r>
    </w:p>
    <w:p>
      <w:r>
        <w:t>Where?</w:t>
      </w:r>
    </w:p>
    <w:p>
      <w:r>
        <w:t>[Here, here..]</w:t>
      </w:r>
    </w:p>
    <w:p>
      <w:r>
        <w:t>[Shalom aleichem]</w:t>
      </w:r>
    </w:p>
    <w:p>
      <w:r>
        <w:t>[……….………………….………..]</w:t>
      </w:r>
    </w:p>
    <w:p>
      <w:r>
        <w:t>[[[[[………………………….…………]</w:t>
      </w:r>
    </w:p>
    <w:p>
      <w:r>
        <w:t>[[</w:t>
      </w:r>
    </w:p>
    <w:p>
      <w:r>
        <w:t>[[</w:t>
      </w:r>
    </w:p>
    <w:p>
      <w:r>
        <w:t>]... …]</w:t>
      </w:r>
    </w:p>
    <w:p>
      <w:r>
        <w:t>[They recite the text of the bris milah) [………………………………………] [………………………………………] (They continue with the text of the bris milah) (14:24) – he is crying, he is crying [all right..]</w:t>
      </w:r>
    </w:p>
    <w:p>
      <w:r>
        <w:t>He's still crying..</w:t>
      </w:r>
    </w:p>
    <w:p>
      <w:r>
        <w:t>[…………………………….………]</w:t>
      </w:r>
    </w:p>
    <w:p>
      <w:r>
        <w:t>[…………………………………….]</w:t>
      </w:r>
    </w:p>
    <w:p>
      <w:r>
        <w:t>(They continue with the wording of the bris milah)</w:t>
      </w:r>
    </w:p>
    <w:p>
      <w:r>
        <w:t>(They recite Kaddish)</w:t>
      </w:r>
    </w:p>
    <w:p>
      <w:r>
        <w:t>[Ashrei, mazel tov..]</w:t>
      </w:r>
    </w:p>
    <w:p>
      <w:r>
        <w:t>[……….………..]...</w:t>
      </w:r>
    </w:p>
    <w:p>
      <w:r>
        <w:t>...[Afterward the friends sing:</w:t>
      </w:r>
    </w:p>
    <w:p>
      <w:r>
        <w:t>"A good sign and good fortune, may it be for us and for all Yisroel.."</w:t>
      </w:r>
    </w:p>
    <w:p>
      <w:r>
        <w:t>Afterward they sing:</w:t>
      </w:r>
    </w:p>
    <w:p>
      <w:r>
        <w:t>"In you, Rabbainu, we will rejoice, in you, Rabbainu, we will be glad, in you, Rabbainu, we will rejoice and be glad in you.."</w:t>
      </w:r>
    </w:p>
    <w:p>
      <w:r>
        <w:t>Afterward they sing:</w:t>
      </w:r>
    </w:p>
    <w:p>
      <w:r>
        <w:t>"Who will give me a wing like a dove, I will fly to holy Tzion, to Uman.. Na Nach Nachma Nachman MeUman.." Afterward they sing:</w:t>
      </w:r>
    </w:p>
    <w:p>
      <w:r>
        <w:t>"Na Nach Nachma Nachman MeUman.."</w:t>
      </w:r>
    </w:p>
    <w:p>
      <w:r>
        <w:t>Afterward they sing:</w:t>
      </w:r>
    </w:p>
    <w:p>
      <w:r>
        <w:t>"Fortunate are we that we merited to draw close to Rabbainu.. Uman Uman Rosh Hashanah.."]</w:t>
      </w:r>
    </w:p>
    <w:p>
      <w:r>
        <w:t>[…………………..]</w:t>
      </w:r>
    </w:p>
    <w:p>
      <w:r>
        <w:t>[…………………..]</w:t>
      </w:r>
    </w:p>
    <w:p>
      <w:r>
        <w:t>(27:04) - Ah..</w:t>
      </w:r>
    </w:p>
    <w:p>
      <w:r>
        <w:t>[…………………..…………………..…………]</w:t>
      </w:r>
    </w:p>
    <w:p>
      <w:r>
        <w:t>[……………………………………….…………]</w:t>
      </w:r>
    </w:p>
    <w:p>
      <w:r>
        <w:t>(27:40) – {What is the name?}</w:t>
      </w:r>
    </w:p>
    <w:p>
      <w:r>
        <w:t>[Shimshon, Shimshon, my son..]</w:t>
      </w:r>
    </w:p>
    <w:p>
      <w:r>
        <w:t>[…………………………….…………………]</w:t>
      </w:r>
    </w:p>
    <w:p>
      <w:r>
        <w:t>[…………………………………………………..]</w:t>
      </w:r>
    </w:p>
    <w:p>
      <w:r>
        <w:t>(28:41) – [Chaim Yosef David]</w:t>
      </w:r>
    </w:p>
    <w:p>
      <w:r>
        <w:t>Chaim Yosef David</w:t>
      </w:r>
    </w:p>
    <w:p>
      <w:r>
        <w:t>[son of Miriam]</w:t>
      </w:r>
    </w:p>
    <w:p>
      <w:r>
        <w:t>son of Miriam</w:t>
      </w:r>
    </w:p>
    <w:p>
      <w:r>
        <w:t>[That he should return in complete teshuvah]</w:t>
      </w:r>
    </w:p>
    <w:p>
      <w:r>
        <w:t>May he merit to return {speedily} in truly complete teshuvah</w:t>
      </w:r>
    </w:p>
    <w:p>
      <w:r>
        <w:t>[[[Amen]]]</w:t>
      </w:r>
    </w:p>
    <w:p>
      <w:r>
        <w:t>[……………………………………………..]</w:t>
      </w:r>
    </w:p>
    <w:p>
      <w:r>
        <w:t>[……………………………………………..]…</w:t>
      </w:r>
    </w:p>
    <w:p>
      <w:r>
        <w:t>...[Yisroel Dagan plays and sings: "A woman of valor.."</w:t>
      </w:r>
    </w:p>
    <w:p>
      <w:r>
        <w:t>Afterward he sings in another melody: "Strength and dignity are her clothing, and she will rejoice on the final day.."</w:t>
      </w:r>
    </w:p>
    <w:p>
      <w:r>
        <w:t>Afterward he sings:</w:t>
      </w:r>
    </w:p>
    <w:p>
      <w:r>
        <w:t>"Oy Rebbe Nachman, oy Rebbe Nassan, they laugh at the whole world..</w:t>
      </w:r>
    </w:p>
    <w:p>
      <w:r>
        <w:t>"Na Nach Nachma Nachman MeUman.." laughs at the whole world"</w:t>
      </w:r>
    </w:p>
    <w:p>
      <w:r>
        <w:t>Afterward he sings:</w:t>
      </w:r>
    </w:p>
    <w:p>
      <w:r>
        <w:t>"In You our fathers trusted, in You they trusted and You delivered them, to You they cried out and escaped, in You they trusted and were not ashamed.." Afterward he sings:</w:t>
      </w:r>
    </w:p>
    <w:p>
      <w:r>
        <w:t>"Our greatness and our glory will be revealed with the coming of our righteous Mashiach.."]…</w:t>
      </w:r>
    </w:p>
    <w:p>
      <w:r>
        <w:br w:type="page"/>
      </w:r>
    </w:p>
    <w:p>
      <w:pPr>
        <w:pStyle w:val="Heading1"/>
      </w:pPr>
      <w:r>
        <w:t>Tape 48</w:t>
      </w:r>
    </w:p>
    <w:p>
      <w:pPr>
        <w:pStyle w:val="Heading2"/>
      </w:pPr>
      <w:r>
        <w:t>Side A (Aleph)</w:t>
      </w:r>
    </w:p>
    <w:p>
      <w:r>
        <w:t>...To be joyous always, always {to draw close} to Rabbainu, he is the joy</w:t>
      </w:r>
    </w:p>
    <w:p>
      <w:r>
        <w:t>He is all our vitality, all our joy, he is everything</w:t>
      </w:r>
    </w:p>
    <w:p>
      <w:r>
        <w:t>He, he is the main thing, the entire essence of our rectification, we need rectification {much more}</w:t>
      </w:r>
    </w:p>
    <w:p>
      <w:r>
        <w:t>[Ho, ho, ho, ho]</w:t>
      </w:r>
    </w:p>
    <w:p>
      <w:r>
        <w:t>And our holy Rabbainu rectifies us with such rectifications, with such wisdom</w:t>
      </w:r>
    </w:p>
    <w:p>
      <w:r>
        <w:t>As though we did not, did not do any th.., any sin, we will become clean</w:t>
      </w:r>
    </w:p>
    <w:p>
      <w:r>
        <w:t>This, this, this, this, this.. this wisdom has not yet descended into the world, not yet, it is above the world</w:t>
      </w:r>
    </w:p>
    <w:p>
      <w:r>
        <w:t>This is the essence of all our hope, all, all our vitality</w:t>
      </w:r>
    </w:p>
    <w:p>
      <w:r>
        <w:t>I am not saying what I understand, what I {...}</w:t>
      </w:r>
    </w:p>
    <w:p>
      <w:r>
        <w:t>[Yes, yes, Rabbainu says this]</w:t>
      </w:r>
    </w:p>
    <w:p>
      <w:r>
        <w:t>This is what I received, this is what I received and saw, and I received and saw everything…</w:t>
      </w:r>
    </w:p>
    <w:p>
      <w:r>
        <w:t>...Everything you hear from me is not yet even a drop from the sea</w:t>
      </w:r>
    </w:p>
    <w:p>
      <w:r>
        <w:t>His greatness, "Tzaddikim resemble their Creator”</w:t>
      </w:r>
    </w:p>
    <w:p>
      <w:r>
        <w:t>It is impossible to grasp the greatness of Hashem Yisbarach; so too the tzaddikim</w:t>
      </w:r>
    </w:p>
    <w:p>
      <w:r>
        <w:t>"Tzaddikim resemble their Creator”</w:t>
      </w:r>
    </w:p>
    <w:p>
      <w:r>
        <w:t>In particular, I saw such wonders, wonders from the World to Come, such wonders, wonders, wonders, wonders</w:t>
      </w:r>
    </w:p>
    <w:p>
      <w:r>
        <w:t>I only saw, heard Rebbe Yisroel (Kardonner) pray—that is enough</w:t>
      </w:r>
    </w:p>
    <w:p>
      <w:r>
        <w:t>With such power, which had never yet existed in the world, new, that, had not yet existed in the world</w:t>
      </w:r>
    </w:p>
    <w:p>
      <w:r>
        <w:t>He makes us new; such rectifications had not yet existed in the world</w:t>
      </w:r>
    </w:p>
    <w:p>
      <w:r>
        <w:t>[Ahh..]</w:t>
      </w:r>
    </w:p>
    <w:p>
      <w:r>
        <w:t>I do not, do not need to hear and receive; I only saw Rebbe Yisroel (Kardonner) and heard what I heard</w:t>
      </w:r>
    </w:p>
    <w:p>
      <w:r>
        <w:t>He, he, such wonders that are above, above all the wonders,</w:t>
      </w:r>
    </w:p>
    <w:p>
      <w:r>
        <w:t>Had not yet {existed}, had not yet been revealed in the world</w:t>
      </w:r>
    </w:p>
    <w:p>
      <w:r>
        <w:t>Such wonders—there are no words to speak, I do not {have}</w:t>
      </w:r>
    </w:p>
    <w:p>
      <w:r>
        <w:t>And I only heard the avodah th.. and saw the avodah of Rebbe Yisroel (Kardonner)</w:t>
      </w:r>
    </w:p>
    <w:p>
      <w:r>
        <w:t>I did not need anything for.. {{and this ...}}</w:t>
      </w:r>
    </w:p>
    <w:p>
      <w:r>
        <w:t>He had a drop from the sea from Hashem Yi.., fr.. from Rabbainu</w:t>
      </w:r>
    </w:p>
    <w:p>
      <w:r>
        <w:t>[He had..? He had..?]</w:t>
      </w:r>
    </w:p>
    <w:p>
      <w:r>
        <w:t>[A drop from the sea]</w:t>
      </w:r>
    </w:p>
    <w:p>
      <w:r>
        <w:t>[A drop from the sea]</w:t>
      </w:r>
    </w:p>
    <w:p>
      <w:r>
        <w:t>Eh?</w:t>
      </w:r>
    </w:p>
    <w:p>
      <w:r>
        <w:t>[Yes, yes, a drop from the sea]</w:t>
      </w:r>
    </w:p>
    <w:p>
      <w:r>
        <w:t>A drop from the sea from Rabbainu</w:t>
      </w:r>
    </w:p>
    <w:p>
      <w:r>
        <w:t>[Oy.. oy.. oy..]</w:t>
      </w:r>
    </w:p>
    <w:p>
      <w:r>
        <w:t>We are so sick that we need the greatest doctor</w:t>
      </w:r>
    </w:p>
    <w:p>
      <w:r>
        <w:t>And the greatest doctor is Rabbainu in every generation, he is Rabbainu</w:t>
      </w:r>
    </w:p>
    <w:p>
      <w:r>
        <w:t>The "Likutay Moharan"—every utterance is Torah, it is the entire Torah</w:t>
      </w:r>
    </w:p>
    <w:p>
      <w:r>
        <w:t>It is the entire Torah and all the rectifications {..}.. that every person needs, {{what . .}</w:t>
      </w:r>
    </w:p>
    <w:p>
      <w:r>
        <w:t>Precisely through opposition I merited to know such utterances, precisely through opposition</w:t>
      </w:r>
    </w:p>
    <w:p>
      <w:r>
        <w:t>If there had been no opposition, I would not have known; the opp.., through the opposition it became known to me</w:t>
      </w:r>
    </w:p>
    <w:p>
      <w:r>
        <w:t>What, what Rabbainu is, what Breslov is, and what..</w:t>
      </w:r>
    </w:p>
    <w:p>
      <w:r>
        <w:t>[Ay..]</w:t>
      </w:r>
    </w:p>
    <w:p>
      <w:r>
        <w:t>Now we are {mo.., more than} all the generations that were</w:t>
      </w:r>
    </w:p>
    <w:p>
      <w:r>
        <w:t>Our holy Rabbainu is the choicest of all the generations</w:t>
      </w:r>
    </w:p>
    <w:p>
      <w:r>
        <w:t>We are so sick that we need the doctor, {{I}}, the very greatest</w:t>
      </w:r>
    </w:p>
    <w:p>
      <w:r>
        <w:t>And this is Rabbainu; he can help us, only {avodah\certainly}</w:t>
      </w:r>
    </w:p>
    <w:p>
      <w:r>
        <w:t>If, if we sit only to talk, we need {that we merit} to receive and fulfill</w:t>
      </w:r>
    </w:p>
    <w:p>
      <w:r>
        <w:t>I am not the person I was; I, today I am old and weak</w:t>
      </w:r>
    </w:p>
    <w:p>
      <w:r>
        <w:t>I was mighty; at the sounds of my prayer they would all become nullified, all the opponents</w:t>
      </w:r>
    </w:p>
    <w:p>
      <w:r>
        <w:t>Only to hear such sounds, what {{they do not know}}, all this is {the Akeidah\th.. th.. like} a drop from the sea, {..}, of what Rabbainu revealed, {nothing}, nothing, this, this had not yet existed if it had not yet existed, {what this is}, they do not, do not {know}</w:t>
      </w:r>
    </w:p>
    <w:p>
      <w:r>
        <w:t>New</w:t>
      </w:r>
    </w:p>
    <w:p>
      <w:r>
        <w:t>He makes {the opp..\everything}, everything new</w:t>
      </w:r>
    </w:p>
    <w:p>
      <w:r>
        <w:t>Oy..</w:t>
      </w:r>
    </w:p>
    <w:p>
      <w:r>
        <w:t>[Saba, bless me that I should merit to sacrifice myself..]…</w:t>
      </w:r>
    </w:p>
    <w:p>
      <w:r>
        <w:t>...{More} than everything</w:t>
      </w:r>
    </w:p>
    <w:p>
      <w:r>
        <w:t>He is the Torah, he is all the wisdom, how to be {yoa} a Jew, how to be</w:t>
      </w:r>
    </w:p>
    <w:p>
      <w:r>
        <w:t>How to repent and how to rectify, he teaches us everything, such teachings that have not, such wisdoms have still not been revealed, has still not been revealed in the world, how to rectify us</w:t>
      </w:r>
    </w:p>
    <w:p>
      <w:r>
        <w:t>Only {{I myself}}, only he, {{yes, yes}}, he can</w:t>
      </w:r>
    </w:p>
    <w:p>
      <w:r>
        <w:t>He is th.., I still have not prayed {...}</w:t>
      </w:r>
    </w:p>
    <w:p>
      <w:r>
        <w:t>[Shacharis? Shacharis?]</w:t>
      </w:r>
    </w:p>
    <w:p>
      <w:r>
        <w:t>Shacharis? {...}</w:t>
      </w:r>
    </w:p>
    <w:p>
      <w:r>
        <w:t>[Yes]</w:t>
      </w:r>
    </w:p>
    <w:p>
      <w:r>
        <w:t>{….} Shacharis, but..</w:t>
      </w:r>
    </w:p>
    <w:p>
      <w:r>
        <w:t>[Saba has not prayed yet?]</w:t>
      </w:r>
    </w:p>
    <w:p>
      <w:r>
        <w:t>I need from Baruch, from "Baruch She'amar"</w:t>
      </w:r>
    </w:p>
    <w:p>
      <w:r>
        <w:t>[Yes, good]...</w:t>
      </w:r>
    </w:p>
    <w:p>
      <w:r>
        <w:t>...[Do you want to put..]...</w:t>
      </w:r>
    </w:p>
    <w:p>
      <w:r>
        <w:t>...["The main thing and the foundation upon which everything depends]</w:t>
      </w:r>
    </w:p>
    <w:p>
      <w:r>
        <w:t>Upon which everything depends</w:t>
      </w:r>
    </w:p>
    <w:p>
      <w:r>
        <w:t>[Is to bind oneself to the tzaddik in the generation and to accept his words in everything he says]</w:t>
      </w:r>
    </w:p>
    <w:p>
      <w:r>
        <w:t>Yoa</w:t>
      </w:r>
    </w:p>
    <w:p>
      <w:r>
        <w:t>[For he is the one]</w:t>
      </w:r>
    </w:p>
    <w:p>
      <w:r>
        <w:t>For he is the one</w:t>
      </w:r>
    </w:p>
    <w:p>
      <w:r>
        <w:t>[A small matter and a great matter]</w:t>
      </w:r>
    </w:p>
    <w:p>
      <w:r>
        <w:t>And a great matter</w:t>
      </w:r>
    </w:p>
    <w:p>
      <w:r>
        <w:t>[Not to deviate from his words, chas v'shalom, right or left, and one must cast away from himself all the wisdoms and remove his own understanding, as though he has no intellect whatsoever, apart from what he receives from the tzaddik and the true rav] Ho.. ho.. ho..</w:t>
      </w:r>
    </w:p>
    <w:p>
      <w:r>
        <w:t>[And as long as any of his own intellect remains with him, he is not complete]</w:t>
      </w:r>
    </w:p>
    <w:p>
      <w:r>
        <w:t>And he is not complete</w:t>
      </w:r>
    </w:p>
    <w:p>
      <w:r>
        <w:t>[And he is still not bound to the tzaddik]</w:t>
      </w:r>
    </w:p>
    <w:p>
      <w:r>
        <w:t>No</w:t>
      </w:r>
    </w:p>
    <w:p>
      <w:r>
        <w:t>[And likewise, the essence of receiving the Torah..]</w:t>
      </w:r>
    </w:p>
    <w:p>
      <w:r>
        <w:t>He is bound to a liar</w:t>
      </w:r>
    </w:p>
    <w:p>
      <w:r>
        <w:t>[Yes]</w:t>
      </w:r>
    </w:p>
    <w:p>
      <w:r>
        <w:t>Not to the tzaddik</w:t>
      </w:r>
    </w:p>
    <w:p>
      <w:r>
        <w:t>[Yes, this is what Rabbainu says, and likewise, the essence of receiving the Torah was that Yisroel cast away from themselves all the wisdoms and believed in Hashem and in Moshe His servant, in the aspect of "A foolish and unwise people," and its translation:</w:t>
      </w:r>
    </w:p>
    <w:p>
      <w:r>
        <w:t>"A people who received the Torah and were not wise"]</w:t>
      </w:r>
    </w:p>
    <w:p>
      <w:r>
        <w:t>No, they were not wise</w:t>
      </w:r>
    </w:p>
    <w:p>
      <w:r>
        <w:t>[And likewise, the essence of receiving..]</w:t>
      </w:r>
    </w:p>
    <w:p>
      <w:r>
        <w:t>The wisdoms</w:t>
      </w:r>
    </w:p>
    <w:p>
      <w:r>
        <w:t>[Yes]</w:t>
      </w:r>
    </w:p>
    <w:p>
      <w:r>
        <w:t>'They were not wise'</w:t>
      </w:r>
    </w:p>
    <w:p>
      <w:r>
        <w:t>[To cast away, and likewise, the essence of accepting the yoke of the Kingdom of Heaven is by casting away and nullifying all the wisdoms, only to go with wholeheartedness and simplicity.. for only the holy Torah is the true wisdom</w:t>
      </w:r>
    </w:p>
    <w:p>
      <w:r>
        <w:t>And the other wisdoms are nullified before it"]</w:t>
      </w:r>
    </w:p>
    <w:p>
      <w:r>
        <w:t>{..}</w:t>
      </w:r>
    </w:p>
    <w:p>
      <w:r>
        <w:t>[Yes, to cast away the wisdoms, wholeheartedness and simplicity..</w:t>
      </w:r>
    </w:p>
    <w:p>
      <w:r>
        <w:t>He spoke a lot about this at night]</w:t>
      </w:r>
    </w:p>
    <w:p>
      <w:r>
        <w:t>[Yes?]</w:t>
      </w:r>
    </w:p>
    <w:p>
      <w:r>
        <w:t>[Saba..]</w:t>
      </w:r>
    </w:p>
    <w:p>
      <w:r>
        <w:t>Show him , show him</w:t>
      </w:r>
    </w:p>
    <w:p>
      <w:r>
        <w:t>[All right, see what this is, 123, this.. this is Torah 123, Torah 123]</w:t>
      </w:r>
    </w:p>
    <w:p>
      <w:r>
        <w:t>One hundred</w:t>
      </w:r>
    </w:p>
    <w:p>
      <w:r>
        <w:t>[123, one hundred]</w:t>
      </w:r>
    </w:p>
    <w:p>
      <w:r>
        <w:t>One hundred</w:t>
      </w:r>
    </w:p>
    <w:p>
      <w:r>
        <w:t>[One hundred, twenty]</w:t>
      </w:r>
    </w:p>
    <w:p>
      <w:r>
        <w:t>Twenty</w:t>
      </w:r>
    </w:p>
    <w:p>
      <w:r>
        <w:t>[Three]</w:t>
      </w:r>
    </w:p>
    <w:p>
      <w:r>
        <w:t>Three</w:t>
      </w:r>
    </w:p>
    <w:p>
      <w:r>
        <w:t>[Yes, here Rabbainu speaks, that one must cast away all the wisdoms and believe in the tzaddik with complete faith</w:t>
      </w:r>
    </w:p>
    <w:p>
      <w:r>
        <w:t>Not to retain any wisdoms, any intellect of one's own, what, what you spoke about at night, Saba]</w:t>
      </w:r>
    </w:p>
    <w:p>
      <w:r>
        <w:t>{..}</w:t>
      </w:r>
    </w:p>
    <w:p>
      <w:r>
        <w:t>[Yes, at night there were such discussions</w:t>
      </w:r>
    </w:p>
    <w:p>
      <w:r>
        <w:t>Afterward I went and recited the "Likutay Tefilos" of this Torah, yes</w:t>
      </w:r>
    </w:p>
    <w:p>
      <w:r>
        <w:t>Saba, Saba, the "Kisvay," the "Kisvay" is the book closest to my heart]</w:t>
      </w:r>
    </w:p>
    <w:p>
      <w:r>
        <w:t>Yes</w:t>
      </w:r>
    </w:p>
    <w:p>
      <w:r>
        <w:t>[Because I feel that this is the fulfillment..]</w:t>
      </w:r>
    </w:p>
    <w:p>
      <w:r>
        <w:t>Every utterance, every..</w:t>
      </w:r>
    </w:p>
    <w:p>
      <w:r>
        <w:t>[This..]</w:t>
      </w:r>
    </w:p>
    <w:p>
      <w:r>
        <w:t>Utterance, yes, every utterance</w:t>
      </w:r>
    </w:p>
    <w:p>
      <w:r>
        <w:t>[This is the fulfillment, the fulfillment of all the "Likutay Moharan"</w:t>
      </w:r>
    </w:p>
    <w:p>
      <w:r>
        <w:t>I want all the time to fulfill Rabbainu's words, to merit to fulfill them, and..]</w:t>
      </w:r>
    </w:p>
    <w:p>
      <w:r>
        <w:t>If only</w:t>
      </w:r>
    </w:p>
    <w:p>
      <w:r>
        <w:t>[And the "Kisvay" is the fulfillment, it is the fulfillment]</w:t>
      </w:r>
    </w:p>
    <w:p>
      <w:r>
        <w:t>It is..</w:t>
      </w:r>
    </w:p>
    <w:p>
      <w:r>
        <w:t>[The "Kisvay" is the fulfillment of all, all the "Likutay Moharan"]</w:t>
      </w:r>
    </w:p>
    <w:p>
      <w:r>
        <w:t>{The fulfillment\the conclusion}</w:t>
      </w:r>
    </w:p>
    <w:p>
      <w:r>
        <w:t>[The fulfillment, this is a very wonderful book, very wonderful</w:t>
      </w:r>
    </w:p>
    <w:p>
      <w:r>
        <w:t>I merited to study this entire book from beginning to end]…</w:t>
      </w:r>
    </w:p>
    <w:p>
      <w:r>
        <w:t>...All the books, all the Gemara, and all the.. all.. it is the generality of the entire Torah</w:t>
      </w:r>
    </w:p>
    <w:p>
      <w:r>
        <w:t>[With the prayer]</w:t>
      </w:r>
    </w:p>
    <w:p>
      <w:r>
        <w:t>Every th.. every utterance</w:t>
      </w:r>
    </w:p>
    <w:p>
      <w:r>
        <w:t>[Yisroel]</w:t>
      </w:r>
    </w:p>
    <w:p>
      <w:r>
        <w:t>[Yes?]</w:t>
      </w:r>
    </w:p>
    <w:p>
      <w:r>
        <w:t>[Can you..]…</w:t>
      </w:r>
    </w:p>
    <w:p>
      <w:r>
        <w:t>...Bring me a little coffee</w:t>
      </w:r>
    </w:p>
    <w:p>
      <w:r>
        <w:t>[Coffee]</w:t>
      </w:r>
    </w:p>
    <w:p>
      <w:r>
        <w:t>Ah.. {iz c..}, instant coffee</w:t>
      </w:r>
    </w:p>
    <w:p>
      <w:r>
        <w:t>[Instant coffee, good]…</w:t>
      </w:r>
    </w:p>
    <w:p>
      <w:r>
        <w:t>...One can study, and they did not know at all what this is, one needs..</w:t>
      </w:r>
    </w:p>
    <w:p>
      <w:r>
        <w:t>[And I have an abridgment..]</w:t>
      </w:r>
    </w:p>
    <w:p>
      <w:r>
        <w:t>To yearn and to pray to Hashem Yisbarach that we should merit to.. li.. to..</w:t>
      </w:r>
    </w:p>
    <w:p>
      <w:r>
        <w:t>[Understand]</w:t>
      </w:r>
    </w:p>
    <w:p>
      <w:r>
        <w:t>Understand</w:t>
      </w:r>
    </w:p>
    <w:p>
      <w:r>
        <w:t>[This is "Kitzur Shulchan Aruch"]</w:t>
      </w:r>
    </w:p>
    <w:p>
      <w:r>
        <w:t>Good, ho, ho, ho, ho</w:t>
      </w:r>
    </w:p>
    <w:p>
      <w:r>
        <w:t>[I also have a Gemara]</w:t>
      </w:r>
    </w:p>
    <w:p>
      <w:r>
        <w:t>Yes, yes</w:t>
      </w:r>
    </w:p>
    <w:p>
      <w:r>
        <w:t>This is a Gemara, a Gemara with Tosafos</w:t>
      </w:r>
    </w:p>
    <w:p>
      <w:r>
        <w:t>[Yes]</w:t>
      </w:r>
    </w:p>
    <w:p>
      <w:r>
        <w:t>{..} I cannot see in this</w:t>
      </w:r>
    </w:p>
    <w:p>
      <w:r>
        <w:t>[No..]…</w:t>
      </w:r>
    </w:p>
    <w:p>
      <w:r>
        <w:t>...{……}</w:t>
      </w:r>
    </w:p>
    <w:p>
      <w:r>
        <w:t>What I can see is the hand, the, the fingers</w:t>
      </w:r>
    </w:p>
    <w:p>
      <w:r>
        <w:t>[The fingers]</w:t>
      </w:r>
    </w:p>
    <w:p>
      <w:r>
        <w:t>It is miracles and wonders from Hashem Yisbarach—if I see a bottle, it is miracles and wonders. I cannot see; I open the book and see black on the page, but no more. Oy, Ribono Shel Olam, I owe everything</w:t>
      </w:r>
    </w:p>
    <w:p>
      <w:r>
        <w:t>I did not study well, I did not merit, I did not merit</w:t>
      </w:r>
    </w:p>
    <w:p>
      <w:r>
        <w:t>Now I cannot see anything, I see only wh.. white {and black}, and black</w:t>
      </w:r>
    </w:p>
    <w:p>
      <w:r>
        <w:t>Neither letters nor words, only black and white…</w:t>
      </w:r>
    </w:p>
    <w:p>
      <w:r>
        <w:t>...{This} surpasses everything</w:t>
      </w:r>
    </w:p>
    <w:p>
      <w:r>
        <w:t>[Saba, what do you say about, about the specialist of the..]…</w:t>
      </w:r>
    </w:p>
    <w:p>
      <w:r>
        <w:t>...[..He needs to see] Ah, ah</w:t>
      </w:r>
    </w:p>
    <w:p>
      <w:r>
        <w:t>[I do not know him]</w:t>
      </w:r>
    </w:p>
    <w:p>
      <w:r>
        <w:t>Ah, ah, nu, they can see [Good]</w:t>
      </w:r>
    </w:p>
    <w:p>
      <w:r>
        <w:t>Yes, yes, {him}…</w:t>
      </w:r>
    </w:p>
    <w:p>
      <w:r>
        <w:t>...{…}…</w:t>
      </w:r>
    </w:p>
    <w:p>
      <w:r>
        <w:t>...[The friends sing:</w:t>
      </w:r>
    </w:p>
    <w:p>
      <w:r>
        <w:t>"In You our fathers trusted, in You they trusted and You delivered them, to You they cried out and escaped, in You they trusted and were not ashamed"</w:t>
      </w:r>
    </w:p>
    <w:p>
      <w:r>
        <w:t>(Saba rouses the friends)]</w:t>
      </w:r>
    </w:p>
    <w:p>
      <w:r>
        <w:t>[………]…</w:t>
      </w:r>
    </w:p>
    <w:p>
      <w:r>
        <w:t>...[The friends shout: "To make known, to make known, to make known, to make known..</w:t>
      </w:r>
    </w:p>
    <w:p>
      <w:r>
        <w:t>(Saba rouses the friends)]</w:t>
      </w:r>
    </w:p>
    <w:p>
      <w:r>
        <w:t>[Tzion, do this on television like this, eh?</w:t>
      </w:r>
    </w:p>
    <w:p>
      <w:r>
        <w:t>On television Saba will shout: "To make known.."]</w:t>
      </w:r>
    </w:p>
    <w:p>
      <w:r>
        <w:t>[The friends sing:</w:t>
      </w:r>
    </w:p>
    <w:p>
      <w:r>
        <w:t>"To make known, to make known, to make known, to make known..</w:t>
      </w:r>
    </w:p>
    <w:p>
      <w:r>
        <w:t>That all who hope in You will not be ashamed and all who take refuge in You will never be humiliated..”</w:t>
      </w:r>
    </w:p>
    <w:p>
      <w:r>
        <w:t>"Na Na Nach Nachma Nachman MeUman.."]…</w:t>
      </w:r>
    </w:p>
    <w:p>
      <w:r>
        <w:t>...[The friends sing:</w:t>
      </w:r>
    </w:p>
    <w:p>
      <w:r>
        <w:t>"Na Na Nach Nachma Nachman MeUman.." to the melody of "To make known..”</w:t>
      </w:r>
    </w:p>
    <w:p>
      <w:r>
        <w:t>And then they continue to sing: To make known, to make known, to make known, to make known..”</w:t>
      </w:r>
    </w:p>
    <w:p>
      <w:r>
        <w:t>"Na Na Nach Nachma Nachman MeUman.."</w:t>
      </w:r>
    </w:p>
    <w:p>
      <w:r>
        <w:t>(Saba rouses the friends)]…</w:t>
      </w:r>
    </w:p>
    <w:p>
      <w:r>
        <w:t>...[The friends sing:</w:t>
      </w:r>
    </w:p>
    <w:p>
      <w:r>
        <w:t>"Na Na Nach Nachma Nachman MeUman.." to the melody of "To make known..”]…</w:t>
      </w:r>
    </w:p>
    <w:p>
      <w:r>
        <w:t>...[Saba and the friends shout:</w:t>
      </w:r>
    </w:p>
    <w:p>
      <w:r>
        <w:t>Ah.. ah.. ah.. ah..]</w:t>
      </w:r>
    </w:p>
    <w:p>
      <w:r>
        <w:t>Where is he?</w:t>
      </w:r>
    </w:p>
    <w:p>
      <w:r>
        <w:t>[Where is he?</w:t>
      </w:r>
    </w:p>
    <w:p>
      <w:r>
        <w:t>Ah.. where? And where? And where? And where? And where?]</w:t>
      </w:r>
    </w:p>
    <w:p>
      <w:r>
        <w:t>[Ho.. ho..]…</w:t>
      </w:r>
    </w:p>
    <w:p>
      <w:r>
        <w:t>...[Tzion Barzilai sings:</w:t>
      </w:r>
    </w:p>
    <w:p>
      <w:r>
        <w:t>"Na Na Nach Nachma Nachman MeUman.."</w:t>
      </w:r>
    </w:p>
    <w:p>
      <w:r>
        <w:t>Our feet stood beside the tziyon of Rabbainu in Uman..”</w:t>
      </w:r>
    </w:p>
    <w:p>
      <w:r>
        <w:t>"Na Na Nach Nachma Nachman MeUman.."]</w:t>
      </w:r>
    </w:p>
    <w:p>
      <w:r>
        <w:t>Ah.. ah.. ah.. ah..</w:t>
      </w:r>
    </w:p>
    <w:p>
      <w:r>
        <w:t>[Ah..]</w:t>
      </w:r>
    </w:p>
    <w:p>
      <w:r>
        <w:t>Ah.. ah.. ah..</w:t>
      </w:r>
    </w:p>
    <w:p>
      <w:r>
        <w:t>[Ho.. ho..]</w:t>
      </w:r>
    </w:p>
    <w:p>
      <w:r>
        <w:t>Ah..</w:t>
      </w:r>
    </w:p>
    <w:p>
      <w:r>
        <w:t>Where is he?</w:t>
      </w:r>
    </w:p>
    <w:p>
      <w:r>
        <w:t>[Where? Where is he and he and he, where are they?]</w:t>
      </w:r>
    </w:p>
    <w:p>
      <w:r>
        <w:t>Where is the place?</w:t>
      </w:r>
    </w:p>
    <w:p>
      <w:r>
        <w:t>[The place? We are another quarter of an hour from the place, approximately]…</w:t>
      </w:r>
    </w:p>
    <w:p>
      <w:r>
        <w:t>...[Barzilai, Barzilai]</w:t>
      </w:r>
    </w:p>
    <w:p>
      <w:r>
        <w:t>Barzilai</w:t>
      </w:r>
    </w:p>
    <w:p>
      <w:r>
        <w:t>[…]</w:t>
      </w:r>
    </w:p>
    <w:p>
      <w:r>
        <w:t>But I forgot</w:t>
      </w:r>
    </w:p>
    <w:p>
      <w:r>
        <w:t>Where is the gentile?</w:t>
      </w:r>
    </w:p>
    <w:p>
      <w:r>
        <w:t>[The gentile]</w:t>
      </w:r>
    </w:p>
    <w:p>
      <w:r>
        <w:t>[Look on the left side, you will see "Na Na Nach Nachma Nachman MeUman"]</w:t>
      </w:r>
    </w:p>
    <w:p>
      <w:r>
        <w:t>Ah</w:t>
      </w:r>
    </w:p>
    <w:p>
      <w:r>
        <w:t>[At the entrance to Haifa, soon, after the station]</w:t>
      </w:r>
    </w:p>
    <w:p>
      <w:r>
        <w:t>Ah</w:t>
      </w:r>
    </w:p>
    <w:p>
      <w:r>
        <w:t>[Ah.. ah.. ah..]</w:t>
      </w:r>
    </w:p>
    <w:p>
      <w:r>
        <w:t>Ah</w:t>
      </w:r>
    </w:p>
    <w:p>
      <w:r>
        <w:t>[Ah.. ah.. ah..]</w:t>
      </w:r>
    </w:p>
    <w:p>
      <w:r>
        <w:t>[Ah.. ah..]</w:t>
      </w:r>
    </w:p>
    <w:p>
      <w:r>
        <w:t>Gentile, where are you?</w:t>
      </w:r>
    </w:p>
    <w:p>
      <w:r>
        <w:t>[Where are you? Gentile]</w:t>
      </w:r>
    </w:p>
    <w:p>
      <w:r>
        <w:t>[Gentile, where are you?]</w:t>
      </w:r>
    </w:p>
    <w:p>
      <w:r>
        <w:t>Gentile, gentile</w:t>
      </w:r>
    </w:p>
    <w:p>
      <w:r>
        <w:t>[Where is the gentile?]</w:t>
      </w:r>
    </w:p>
    <w:p>
      <w:r>
        <w:t>Maybe he traveled to some place?</w:t>
      </w:r>
    </w:p>
    <w:p>
      <w:r>
        <w:t>Ah.. ah.. ah.. ah..</w:t>
      </w:r>
    </w:p>
    <w:p>
      <w:r>
        <w:t>Where is he?</w:t>
      </w:r>
    </w:p>
    <w:p>
      <w:r>
        <w:t>[Ah..]</w:t>
      </w:r>
    </w:p>
    <w:p>
      <w:r>
        <w:t>[Gentile, where are you?]</w:t>
      </w:r>
    </w:p>
    <w:p>
      <w:r>
        <w:t>[….]</w:t>
      </w:r>
    </w:p>
    <w:p>
      <w:r>
        <w:t>[It stands out, really stands out]</w:t>
      </w:r>
    </w:p>
    <w:p>
      <w:r>
        <w:t>[Ah?]</w:t>
      </w:r>
    </w:p>
    <w:p>
      <w:r>
        <w:t>[It stands out beautifully]</w:t>
      </w:r>
    </w:p>
    <w:p>
      <w:r>
        <w:t>[It stands out to those who come from there..]</w:t>
      </w:r>
    </w:p>
    <w:p>
      <w:r>
        <w:t>[…..]</w:t>
      </w:r>
    </w:p>
    <w:p>
      <w:r>
        <w:t>[This is Shimon's house]</w:t>
      </w:r>
    </w:p>
    <w:p>
      <w:r>
        <w:t>[Yes?]</w:t>
      </w:r>
    </w:p>
    <w:p>
      <w:r>
        <w:t>[Ah, on the house, on the house?]</w:t>
      </w:r>
    </w:p>
    <w:p>
      <w:r>
        <w:t>[Did you see it?]</w:t>
      </w:r>
    </w:p>
    <w:p>
      <w:r>
        <w:t>[I saw it, yes]</w:t>
      </w:r>
    </w:p>
    <w:p>
      <w:r>
        <w:t>[On Shimon's house]</w:t>
      </w:r>
    </w:p>
    <w:p>
      <w:r>
        <w:t>[Very beautiful]</w:t>
      </w:r>
    </w:p>
    <w:p>
      <w:r>
        <w:t>Ah..</w:t>
      </w:r>
    </w:p>
    <w:p>
      <w:r>
        <w:t>[There is no shortage of houses here]</w:t>
      </w:r>
    </w:p>
    <w:p>
      <w:r>
        <w:t>[There is no shortage of houses here]</w:t>
      </w:r>
    </w:p>
    <w:p>
      <w:r>
        <w:t>[…………]</w:t>
      </w:r>
    </w:p>
    <w:p>
      <w:r>
        <w:t>[…………]</w:t>
      </w:r>
    </w:p>
    <w:p>
      <w:r>
        <w:t>Oy vey…</w:t>
      </w:r>
    </w:p>
    <w:p>
      <w:r>
        <w:t>...[To make known, to make known..]…</w:t>
      </w:r>
    </w:p>
    <w:p>
      <w:r>
        <w:t>...[Saba and the friends sing:</w:t>
      </w:r>
    </w:p>
    <w:p>
      <w:r>
        <w:t>"To make known, to make known, to make known, to make known..</w:t>
      </w:r>
    </w:p>
    <w:p>
      <w:r>
        <w:t>That all who hope in You shall not be ashamed and all who take refuge in You shall never be humiliated.."]</w:t>
      </w:r>
    </w:p>
    <w:p>
      <w:r>
        <w:t>[Is this opposite the cemetery, he told you?.. Here is the cemetery]</w:t>
      </w:r>
    </w:p>
    <w:p>
      <w:r>
        <w:t>[Inside, inside, a little inside]</w:t>
      </w:r>
    </w:p>
    <w:p>
      <w:r>
        <w:t>[Here is the cemetery]</w:t>
      </w:r>
    </w:p>
    <w:p>
      <w:r>
        <w:t>Ah.. ah.. ah..</w:t>
      </w:r>
    </w:p>
    <w:p>
      <w:r>
        <w:t>[Where is he?]</w:t>
      </w:r>
    </w:p>
    <w:p>
      <w:r>
        <w:t>[A little farther]</w:t>
      </w:r>
    </w:p>
    <w:p>
      <w:r>
        <w:t>[Of the goyim]</w:t>
      </w:r>
    </w:p>
    <w:p>
      <w:r>
        <w:t>[Yes, wait, now soon at the cemetery.. soon, this wall is fo..]</w:t>
      </w:r>
    </w:p>
    <w:p>
      <w:r>
        <w:t>[This is before the central bus station, right?]</w:t>
      </w:r>
    </w:p>
    <w:p>
      <w:r>
        <w:t>[Yes, no, here you see, they already have a green dome here of the.. this is theirs]</w:t>
      </w:r>
    </w:p>
    <w:p>
      <w:r>
        <w:t>[Yes]</w:t>
      </w:r>
    </w:p>
    <w:p>
      <w:r>
        <w:t>[Here, now these are their areas]</w:t>
      </w:r>
    </w:p>
    <w:p>
      <w:r>
        <w:t>[… before a turn]</w:t>
      </w:r>
    </w:p>
    <w:p>
      <w:r>
        <w:t>[A turn to where? He said left?]</w:t>
      </w:r>
    </w:p>
    <w:p>
      <w:r>
        <w:t>[Right, right, right]</w:t>
      </w:r>
    </w:p>
    <w:p>
      <w:r>
        <w:t>Where is the goy?</w:t>
      </w:r>
    </w:p>
    <w:p>
      <w:r>
        <w:t>[Right]</w:t>
      </w:r>
    </w:p>
    <w:p>
      <w:r>
        <w:t>[It needs to be here]</w:t>
      </w:r>
    </w:p>
    <w:p>
      <w:r>
        <w:t>[No, no, here is the railway]</w:t>
      </w:r>
    </w:p>
    <w:p>
      <w:r>
        <w:t>[After the railway tracks there is a house {on the right}]</w:t>
      </w:r>
    </w:p>
    <w:p>
      <w:r>
        <w:t>[Wow, what is this? A new train]</w:t>
      </w:r>
    </w:p>
    <w:p>
      <w:r>
        <w:t>[Here is the cemetery, ahh.. ……..]</w:t>
      </w:r>
    </w:p>
    <w:p>
      <w:r>
        <w:t>[No, not certain, wait]</w:t>
      </w:r>
    </w:p>
    <w:p>
      <w:r>
        <w:t>[What is this?]</w:t>
      </w:r>
    </w:p>
    <w:p>
      <w:r>
        <w:t>[Here is the…..]</w:t>
      </w:r>
    </w:p>
    <w:p>
      <w:r>
        <w:t>[Here is the cemetery]</w:t>
      </w:r>
    </w:p>
    <w:p>
      <w:r>
        <w:t>[Right]</w:t>
      </w:r>
    </w:p>
    <w:p>
      <w:r>
        <w:t>[Right?… What else?]</w:t>
      </w:r>
    </w:p>
    <w:p>
      <w:r>
        <w:t>Ah.. ah..</w:t>
      </w:r>
    </w:p>
    <w:p>
      <w:r>
        <w:t>[Ah.. ah.. ah.. ah..]</w:t>
      </w:r>
    </w:p>
    <w:p>
      <w:r>
        <w:t>Ah..</w:t>
      </w:r>
    </w:p>
    <w:p>
      <w:r>
        <w:t>[Goy, where is the goy?]</w:t>
      </w:r>
    </w:p>
    <w:p>
      <w:r>
        <w:t>Ah.. ah..</w:t>
      </w:r>
    </w:p>
    <w:p>
      <w:r>
        <w:t>[We passed it, right?]</w:t>
      </w:r>
    </w:p>
    <w:p>
      <w:r>
        <w:t>[Wait, wait, not certain, I do not know it, I..]</w:t>
      </w:r>
    </w:p>
    <w:p>
      <w:r>
        <w:t>[The central bus station is there]</w:t>
      </w:r>
    </w:p>
    <w:p>
      <w:r>
        <w:t>[Yes, wait, but, ah.. usually..]</w:t>
      </w:r>
    </w:p>
    <w:p>
      <w:r>
        <w:t>Do you know where {the goy is?}</w:t>
      </w:r>
    </w:p>
    <w:p>
      <w:r>
        <w:t>[..Maybe you need to turn toward the place..]</w:t>
      </w:r>
    </w:p>
    <w:p>
      <w:r>
        <w:t>[I needed to turn..]</w:t>
      </w:r>
    </w:p>
    <w:p>
      <w:r>
        <w:t>[……...]</w:t>
      </w:r>
    </w:p>
    <w:p>
      <w:r>
        <w:t>Maybe you know {…..}</w:t>
      </w:r>
    </w:p>
    <w:p>
      <w:r>
        <w:t>[Wait, wait, drive, drive.. it is not certain…. Central bus station]</w:t>
      </w:r>
    </w:p>
    <w:p>
      <w:r>
        <w:t>[As far as the central bus station, ahh, maybe there is another one?]</w:t>
      </w:r>
    </w:p>
    <w:p>
      <w:r>
        <w:t>[From there drive, maybe there is another station]</w:t>
      </w:r>
    </w:p>
    <w:p>
      <w:r>
        <w:t>[Here …..]</w:t>
      </w:r>
    </w:p>
    <w:p>
      <w:r>
        <w:t>[...Theirs, their cemetery]</w:t>
      </w:r>
    </w:p>
    <w:p>
      <w:r>
        <w:t>[Where?]</w:t>
      </w:r>
    </w:p>
    <w:p>
      <w:r>
        <w:t>[…]</w:t>
      </w:r>
    </w:p>
    <w:p>
      <w:r>
        <w:t>[Not what it was?]</w:t>
      </w:r>
    </w:p>
    <w:p>
      <w:r>
        <w:t>[No]</w:t>
      </w:r>
    </w:p>
    <w:p>
      <w:r>
        <w:t>[Here is good….]</w:t>
      </w:r>
    </w:p>
    <w:p>
      <w:r>
        <w:t>[…...]</w:t>
      </w:r>
    </w:p>
    <w:p>
      <w:r>
        <w:t>[No, I do not know this place]</w:t>
      </w:r>
    </w:p>
    <w:p>
      <w:r>
        <w:t>[Here you do not know?]</w:t>
      </w:r>
    </w:p>
    <w:p>
      <w:r>
        <w:t>[No]…</w:t>
      </w:r>
    </w:p>
    <w:p>
      <w:r>
        <w:t>...[Shalom, sir]</w:t>
      </w:r>
    </w:p>
    <w:p>
      <w:r>
        <w:t>[What is wrong with him?]</w:t>
      </w:r>
    </w:p>
    <w:p>
      <w:r>
        <w:t>Ah..</w:t>
      </w:r>
    </w:p>
    <w:p>
      <w:r>
        <w:t>[The back, the legs]</w:t>
      </w:r>
    </w:p>
    <w:p>
      <w:r>
        <w:t>I cannot walk on my legs</w:t>
      </w:r>
    </w:p>
    <w:p>
      <w:r>
        <w:t>[Good, all right, soon bring him in...]</w:t>
      </w:r>
    </w:p>
    <w:p>
      <w:r>
        <w:t>Nu</w:t>
      </w:r>
    </w:p>
    <w:p>
      <w:r>
        <w:t>[He said]…</w:t>
      </w:r>
    </w:p>
    <w:p>
      <w:r>
        <w:t>...[He will bring you in soon, there is a long line]</w:t>
      </w:r>
    </w:p>
    <w:p>
      <w:r>
        <w:t>Yes</w:t>
      </w:r>
    </w:p>
    <w:p>
      <w:r>
        <w:t>[And he said that I should bring you in before the entire line]</w:t>
      </w:r>
    </w:p>
    <w:p>
      <w:r>
        <w:t>Yes?</w:t>
      </w:r>
    </w:p>
    <w:p>
      <w:r>
        <w:t>[Yes]</w:t>
      </w:r>
    </w:p>
    <w:p>
      <w:r>
        <w:t>Who, who is the goy? This is {..}..</w:t>
      </w:r>
    </w:p>
    <w:p>
      <w:r>
        <w:t>[That was the goy, yes]</w:t>
      </w:r>
    </w:p>
    <w:p>
      <w:r>
        <w:t>Yes, white</w:t>
      </w:r>
    </w:p>
    <w:p>
      <w:r>
        <w:t>[White, what?]</w:t>
      </w:r>
    </w:p>
    <w:p>
      <w:r>
        <w:t>Is he white?</w:t>
      </w:r>
    </w:p>
    <w:p>
      <w:r>
        <w:t>[Yes, he had clothing..]</w:t>
      </w:r>
    </w:p>
    <w:p>
      <w:r>
        <w:t>{...} Goes in white</w:t>
      </w:r>
    </w:p>
    <w:p>
      <w:r>
        <w:t>[Maybe we should already lower the wheelchair, what do you say, Saba, all right?]</w:t>
      </w:r>
    </w:p>
    <w:p>
      <w:r>
        <w:t>I know</w:t>
      </w:r>
    </w:p>
    <w:p>
      <w:r>
        <w:t>[We will see what will be afterward]…</w:t>
      </w:r>
    </w:p>
    <w:p>
      <w:r>
        <w:t>...[The friends sing:</w:t>
      </w:r>
    </w:p>
    <w:p>
      <w:r>
        <w:t>"Na Na Nach Nachma Nachman MeUman.."]…</w:t>
      </w:r>
    </w:p>
    <w:p>
      <w:r>
        <w:t>...[..{Rebbe Nassan}]</w:t>
      </w:r>
    </w:p>
    <w:p>
      <w:r>
        <w:t>{Rebbe Nassan}?</w:t>
      </w:r>
    </w:p>
    <w:p>
      <w:r>
        <w:t>[Yes, he has a mezuzah, he has mezuzahs in the house]</w:t>
      </w:r>
    </w:p>
    <w:p>
      <w:r>
        <w:t>Yes?</w:t>
      </w:r>
    </w:p>
    <w:p>
      <w:r>
        <w:t>[Yes]</w:t>
      </w:r>
    </w:p>
    <w:p>
      <w:r>
        <w:t>Ah</w:t>
      </w:r>
    </w:p>
    <w:p>
      <w:r>
        <w:t>That is everything</w:t>
      </w:r>
    </w:p>
    <w:p>
      <w:r>
        <w:t>[Yes]</w:t>
      </w:r>
    </w:p>
    <w:p>
      <w:r>
        <w:t>{Are you certain}?</w:t>
      </w:r>
    </w:p>
    <w:p>
      <w:r>
        <w:t>[Yes.. Does someone know what is happening here?]</w:t>
      </w:r>
    </w:p>
    <w:p>
      <w:r>
        <w:t>[….]…</w:t>
      </w:r>
    </w:p>
    <w:p>
      <w:r>
        <w:t>...[Shall we get out?]</w:t>
      </w:r>
    </w:p>
    <w:p>
      <w:r>
        <w:t>Eh?</w:t>
      </w:r>
    </w:p>
    <w:p>
      <w:r>
        <w:t>[Shall we get out?]</w:t>
      </w:r>
    </w:p>
    <w:p>
      <w:r>
        <w:t>Shall we get out?</w:t>
      </w:r>
    </w:p>
    <w:p>
      <w:r>
        <w:t>[Yes]</w:t>
      </w:r>
    </w:p>
    <w:p>
      <w:r>
        <w:t>[That it should be close to..]</w:t>
      </w:r>
    </w:p>
    <w:p>
      <w:r>
        <w:t>Does he pass like this?</w:t>
      </w:r>
    </w:p>
    <w:p>
      <w:r>
        <w:t>[No, no]</w:t>
      </w:r>
    </w:p>
    <w:p>
      <w:r>
        <w:t>[He said that soon]</w:t>
      </w:r>
    </w:p>
    <w:p>
      <w:r>
        <w:t>{..}…</w:t>
      </w:r>
    </w:p>
    <w:p>
      <w:r>
        <w:t>...[Soon bring him in, soon I will call you]</w:t>
      </w:r>
    </w:p>
    <w:p>
      <w:r>
        <w:t>[….]</w:t>
      </w:r>
    </w:p>
    <w:p>
      <w:r>
        <w:t>[Ah, maybe after, it is after the.. someone was there inside in line] [………]...</w:t>
      </w:r>
    </w:p>
    <w:p>
      <w:r>
        <w:t>...Where is the goy?</w:t>
      </w:r>
    </w:p>
    <w:p>
      <w:r>
        <w:t>[We.. shall we get out? Shall we get out?]</w:t>
      </w:r>
    </w:p>
    <w:p>
      <w:r>
        <w:t>Shall we get out? Ask the goy</w:t>
      </w:r>
    </w:p>
    <w:p>
      <w:r>
        <w:t>[“Ask the goy"]…</w:t>
      </w:r>
    </w:p>
    <w:p>
      <w:r>
        <w:t>...[Another minute, a little more]</w:t>
      </w:r>
    </w:p>
    <w:p>
      <w:r>
        <w:t>Yes?</w:t>
      </w:r>
    </w:p>
    <w:p>
      <w:r>
        <w:t>[Yes]</w:t>
      </w:r>
    </w:p>
    <w:p>
      <w:r>
        <w:t>He will {receive me}</w:t>
      </w:r>
    </w:p>
    <w:p>
      <w:r>
        <w:t>[Yes]…</w:t>
      </w:r>
    </w:p>
    <w:p>
      <w:r>
        <w:t>...[Saba, he said to come]</w:t>
      </w:r>
    </w:p>
    <w:p>
      <w:r>
        <w:t>[Shall we go? Saba]</w:t>
      </w:r>
    </w:p>
    <w:p>
      <w:r>
        <w:t>Yes?</w:t>
      </w:r>
    </w:p>
    <w:p>
      <w:r>
        <w:t>[….]</w:t>
      </w:r>
    </w:p>
    <w:p>
      <w:r>
        <w:t>Yes?</w:t>
      </w:r>
    </w:p>
    <w:p>
      <w:r>
        <w:t>[Yes]</w:t>
      </w:r>
    </w:p>
    <w:p>
      <w:r>
        <w:t>[…..]</w:t>
      </w:r>
    </w:p>
    <w:p>
      <w:r>
        <w:t>Without a line?</w:t>
      </w:r>
    </w:p>
    <w:p>
      <w:r>
        <w:t>[Without a line..</w:t>
      </w:r>
    </w:p>
    <w:p>
      <w:r>
        <w:t>Maybe we should already walk from here]</w:t>
      </w:r>
    </w:p>
    <w:p>
      <w:r>
        <w:t>Eh?</w:t>
      </w:r>
    </w:p>
    <w:p>
      <w:r>
        <w:t>[Maybe we should walk]</w:t>
      </w:r>
    </w:p>
    <w:p>
      <w:r>
        <w:t>[Who knows what will be, I do not know if….]</w:t>
      </w:r>
    </w:p>
    <w:p>
      <w:r>
        <w:t>Who is this?</w:t>
      </w:r>
    </w:p>
    <w:p>
      <w:r>
        <w:t>[Shimon]</w:t>
      </w:r>
    </w:p>
    <w:p>
      <w:r>
        <w:t>[…..]</w:t>
      </w:r>
    </w:p>
    <w:p>
      <w:r>
        <w:t>Shimon</w:t>
      </w:r>
    </w:p>
    <w:p>
      <w:r>
        <w:t>[Good, I will tell him too]</w:t>
      </w:r>
    </w:p>
    <w:p>
      <w:r>
        <w:t>[…. Tell Saba]</w:t>
      </w:r>
    </w:p>
    <w:p>
      <w:r>
        <w:t>[…….]</w:t>
      </w:r>
    </w:p>
    <w:p>
      <w:r>
        <w:t>[No, I will tell him that I too will be there at the end?]</w:t>
      </w:r>
    </w:p>
    <w:p>
      <w:r>
        <w:t>[Tell him, yes, that you are together, what, take him with the wheelchair…. Go in together with him..] What time is it?</w:t>
      </w:r>
    </w:p>
    <w:p>
      <w:r>
        <w:t>[The time?]</w:t>
      </w:r>
    </w:p>
    <w:p>
      <w:r>
        <w:t>[………………….…..]</w:t>
      </w:r>
    </w:p>
    <w:p>
      <w:r>
        <w:t>[….………………]...</w:t>
      </w:r>
    </w:p>
    <w:p>
      <w:r>
        <w:t>...[Saba and the friends sing:</w:t>
      </w:r>
    </w:p>
    <w:p>
      <w:r>
        <w:t>"Our greatness and our glory will be revealed with the coming of our righteous Mashiach</w:t>
      </w:r>
    </w:p>
    <w:p>
      <w:r>
        <w:t>"Na Na Nach Nachma Nachman MeUman.."]…</w:t>
      </w:r>
    </w:p>
    <w:p>
      <w:pPr>
        <w:pStyle w:val="Heading2"/>
      </w:pPr>
      <w:r>
        <w:t>Side B (Bais)</w:t>
      </w:r>
    </w:p>
    <w:p>
      <w:r>
        <w:t>…[He passed through well, leave this, take him..]</w:t>
      </w:r>
    </w:p>
    <w:p>
      <w:r>
        <w:t>[Here too it is dangerous]</w:t>
      </w:r>
    </w:p>
    <w:p>
      <w:r>
        <w:t>[Yes, lift him up, the pants, can they lift them a little to the knees?]</w:t>
      </w:r>
    </w:p>
    <w:p>
      <w:r>
        <w:t>[Yes, he is already like this]</w:t>
      </w:r>
    </w:p>
    <w:p>
      <w:r>
        <w:t>[So yalla, up onto this..]</w:t>
      </w:r>
    </w:p>
    <w:p>
      <w:r>
        <w:t>[In what position?]</w:t>
      </w:r>
    </w:p>
    <w:p>
      <w:r>
        <w:t>[On the back please]</w:t>
      </w:r>
    </w:p>
    <w:p>
      <w:r>
        <w:t>[On the back]</w:t>
      </w:r>
    </w:p>
    <w:p>
      <w:r>
        <w:t>[………………]</w:t>
      </w:r>
    </w:p>
    <w:p>
      <w:r>
        <w:t>[Where did you come from?]</w:t>
      </w:r>
    </w:p>
    <w:p>
      <w:r>
        <w:t>[From Tzfas]</w:t>
      </w:r>
    </w:p>
    <w:p>
      <w:r>
        <w:t>[Ah, we had, the rabbi, honor of the….]</w:t>
      </w:r>
    </w:p>
    <w:p>
      <w:r>
        <w:t>[Yes]</w:t>
      </w:r>
    </w:p>
    <w:p>
      <w:r>
        <w:t>[There was..]</w:t>
      </w:r>
    </w:p>
    <w:p>
      <w:r>
        <w:t>She told us]</w:t>
      </w:r>
    </w:p>
    <w:p>
      <w:r>
        <w:t>[How does he feel?]</w:t>
      </w:r>
    </w:p>
    <w:p>
      <w:r>
        <w:t>[Who is this, who was this? Chagai?]</w:t>
      </w:r>
    </w:p>
    <w:p>
      <w:r>
        <w:t>[From Tzfas, Chagai..]</w:t>
      </w:r>
    </w:p>
    <w:p>
      <w:r>
        <w:t>[Chagai?]</w:t>
      </w:r>
    </w:p>
    <w:p>
      <w:r>
        <w:t>[...]</w:t>
      </w:r>
    </w:p>
    <w:p>
      <w:r>
        <w:t>[He had {diktus}.. it passed]</w:t>
      </w:r>
    </w:p>
    <w:p>
      <w:r>
        <w:t>Take this</w:t>
      </w:r>
    </w:p>
    <w:p>
      <w:r>
        <w:t>[Are you, are you Chabad? No?]</w:t>
      </w:r>
    </w:p>
    <w:p>
      <w:r>
        <w:t>[No, Breslov]</w:t>
      </w:r>
    </w:p>
    <w:p>
      <w:r>
        <w:t>[…..]</w:t>
      </w:r>
    </w:p>
    <w:p>
      <w:r>
        <w:t>[That is Chabad over there]..</w:t>
      </w:r>
    </w:p>
    <w:p>
      <w:r>
        <w:t>[….]</w:t>
      </w:r>
    </w:p>
    <w:p>
      <w:r>
        <w:t>[Sit, sit, sit, rest]</w:t>
      </w:r>
    </w:p>
    <w:p>
      <w:r>
        <w:t>[Breslov with Chabad, this is strange.. are they friends?]</w:t>
      </w:r>
    </w:p>
    <w:p>
      <w:r>
        <w:t>[I saw Breslov, I thought they were quarreling, you were ………</w:t>
      </w:r>
    </w:p>
    <w:p>
      <w:r>
        <w:t>But you would receive, you, why, look how many.., they are all awake]..</w:t>
      </w:r>
    </w:p>
    <w:p>
      <w:r>
        <w:t>[Breslov, they also want this…]</w:t>
      </w:r>
    </w:p>
    <w:p>
      <w:r>
        <w:t>[No, no need]</w:t>
      </w:r>
    </w:p>
    <w:p>
      <w:r>
        <w:t>[No need?]</w:t>
      </w:r>
    </w:p>
    <w:p>
      <w:r>
        <w:t>[Is this all right? No need to lower it?]</w:t>
      </w:r>
    </w:p>
    <w:p>
      <w:r>
        <w:t>[No, nothing, nothing]</w:t>
      </w:r>
    </w:p>
    <w:p>
      <w:r>
        <w:t>Eh?</w:t>
      </w:r>
    </w:p>
    <w:p>
      <w:r>
        <w:t>[Just lift him]</w:t>
      </w:r>
    </w:p>
    <w:p>
      <w:r>
        <w:t>[Just to lift him]</w:t>
      </w:r>
    </w:p>
    <w:p>
      <w:r>
        <w:t>[Lift him, take his wheelchair]</w:t>
      </w:r>
    </w:p>
    <w:p>
      <w:r>
        <w:t>Here?</w:t>
      </w:r>
    </w:p>
    <w:p>
      <w:r>
        <w:t>[Yes, up, good.. let him lie on his back]</w:t>
      </w:r>
    </w:p>
    <w:p>
      <w:r>
        <w:t>[Saba, lie on your back]</w:t>
      </w:r>
    </w:p>
    <w:p>
      <w:r>
        <w:t>Eh? To lie on the back?</w:t>
      </w:r>
    </w:p>
    <w:p>
      <w:r>
        <w:t>[On the back, yes]</w:t>
      </w:r>
    </w:p>
    <w:p>
      <w:r>
        <w:t>[Lower his pants a little, to the knees.. bring me the pillow..]</w:t>
      </w:r>
    </w:p>
    <w:p>
      <w:r>
        <w:t>[All right]</w:t>
      </w:r>
    </w:p>
    <w:p>
      <w:r>
        <w:t>[Is this also needed?]</w:t>
      </w:r>
    </w:p>
    <w:p>
      <w:r>
        <w:t>[No need, no, no, no, no, lower… up.. the knees]</w:t>
      </w:r>
    </w:p>
    <w:p>
      <w:r>
        <w:t>[..Do not move this at all]</w:t>
      </w:r>
    </w:p>
    <w:p>
      <w:r>
        <w:t>[No, it will fall]</w:t>
      </w:r>
    </w:p>
    <w:p>
      <w:r>
        <w:t>[No need for the pillow..]</w:t>
      </w:r>
    </w:p>
    <w:p>
      <w:r>
        <w:t>[……..]</w:t>
      </w:r>
    </w:p>
    <w:p>
      <w:r>
        <w:t>[Good, listen, I want him to lie on his back, go outside already]</w:t>
      </w:r>
    </w:p>
    <w:p>
      <w:r>
        <w:t>[Saba, can you lie on your back?]</w:t>
      </w:r>
    </w:p>
    <w:p>
      <w:r>
        <w:t>[Only one person should remain here]</w:t>
      </w:r>
    </w:p>
    <w:p>
      <w:r>
        <w:t>[In such a position..]</w:t>
      </w:r>
    </w:p>
    <w:p>
      <w:r>
        <w:t>[No, on the back, on the back, to lie on the back]</w:t>
      </w:r>
    </w:p>
    <w:p>
      <w:r>
        <w:t>Lay me down</w:t>
      </w:r>
    </w:p>
    <w:p>
      <w:r>
        <w:t>[Ah, then leave the legs like this…]</w:t>
      </w:r>
    </w:p>
    <w:p>
      <w:r>
        <w:t>[Excuse me, can you wait over there?]</w:t>
      </w:r>
    </w:p>
    <w:p>
      <w:r>
        <w:t>[Yes, good, the other side, lower the pants a little..]</w:t>
      </w:r>
    </w:p>
    <w:p>
      <w:r>
        <w:t>[….]</w:t>
      </w:r>
    </w:p>
    <w:p>
      <w:r>
        <w:t>[Does he have underwear? All right.. all right]</w:t>
      </w:r>
    </w:p>
    <w:p>
      <w:r>
        <w:t>[..Lift him]</w:t>
      </w:r>
    </w:p>
    <w:p>
      <w:r>
        <w:t>[Good, put the other side on the back too]</w:t>
      </w:r>
    </w:p>
    <w:p>
      <w:r>
        <w:t>[No, this is the bottom one, this is the bottom one]</w:t>
      </w:r>
    </w:p>
    <w:p>
      <w:r>
        <w:t>[Then lift it up for him a little, I want to work with hot water]</w:t>
      </w:r>
    </w:p>
    <w:p>
      <w:r>
        <w:t>[Ah, Saba]</w:t>
      </w:r>
    </w:p>
    <w:p>
      <w:r>
        <w:t>[………..]</w:t>
      </w:r>
    </w:p>
    <w:p>
      <w:r>
        <w:t>[…]</w:t>
      </w:r>
    </w:p>
    <w:p>
      <w:r>
        <w:t>[Ah, this is to lift]</w:t>
      </w:r>
    </w:p>
    <w:p>
      <w:r>
        <w:t>[…….]</w:t>
      </w:r>
    </w:p>
    <w:p>
      <w:r>
        <w:t>[The other side too]</w:t>
      </w:r>
    </w:p>
    <w:p>
      <w:r>
        <w:t>[Come on, the other side, good..]</w:t>
      </w:r>
    </w:p>
    <w:p>
      <w:r>
        <w:t>[………………]</w:t>
      </w:r>
    </w:p>
    <w:p>
      <w:r>
        <w:t>[You sit here]</w:t>
      </w:r>
    </w:p>
    <w:p>
      <w:r>
        <w:t>[….]</w:t>
      </w:r>
    </w:p>
    <w:p>
      <w:r>
        <w:t>[Sir, sit please, it helps, all of you, this is what …… you sit, don't disturb me]</w:t>
      </w:r>
    </w:p>
    <w:p>
      <w:r>
        <w:t>[Come sit]</w:t>
      </w:r>
    </w:p>
    <w:p>
      <w:r>
        <w:t>[It helps, it really helps, this is how I want it.. because he helps, so he..]</w:t>
      </w:r>
    </w:p>
    <w:p>
      <w:r>
        <w:t>[………]...</w:t>
      </w:r>
    </w:p>
    <w:p>
      <w:r>
        <w:t>...[…. bathroom]</w:t>
      </w:r>
    </w:p>
    <w:p>
      <w:r>
        <w:t>[Yes, this is not with us……..]</w:t>
      </w:r>
    </w:p>
    <w:p>
      <w:r>
        <w:t>[Now what about me?]</w:t>
      </w:r>
    </w:p>
    <w:p>
      <w:r>
        <w:t>[…..]</w:t>
      </w:r>
    </w:p>
    <w:p>
      <w:r>
        <w:t>[I have pains here, here]</w:t>
      </w:r>
    </w:p>
    <w:p>
      <w:r>
        <w:t>[But there is no time, no time, we need to work, there is no time ………...]…</w:t>
      </w:r>
    </w:p>
    <w:p>
      <w:r>
        <w:t>[..………………………]... [.……….…………………]</w:t>
      </w:r>
    </w:p>
    <w:p>
      <w:r>
        <w:t>[Saba, they want you to stand]</w:t>
      </w:r>
    </w:p>
    <w:p>
      <w:r>
        <w:t>Huh?</w:t>
      </w:r>
    </w:p>
    <w:p>
      <w:r>
        <w:t>[They want you to stand, to stand on your feet]</w:t>
      </w:r>
    </w:p>
    <w:p>
      <w:r>
        <w:t>To stand?</w:t>
      </w:r>
    </w:p>
    <w:p>
      <w:r>
        <w:t>[Yes]</w:t>
      </w:r>
    </w:p>
    <w:p>
      <w:r>
        <w:t>{…}</w:t>
      </w:r>
    </w:p>
    <w:p>
      <w:r>
        <w:t>[Yes]</w:t>
      </w:r>
    </w:p>
    <w:p>
      <w:r>
        <w:t>All right, nu..</w:t>
      </w:r>
    </w:p>
    <w:p>
      <w:r>
        <w:t>[Here, he is standing]</w:t>
      </w:r>
    </w:p>
    <w:p>
      <w:r>
        <w:t>[He said that he will walk too]</w:t>
      </w:r>
    </w:p>
    <w:p>
      <w:r>
        <w:t>[He said that he will walk?]</w:t>
      </w:r>
    </w:p>
    <w:p>
      <w:r>
        <w:t>[..……….]</w:t>
      </w:r>
    </w:p>
    <w:p>
      <w:r>
        <w:t>[Can we go?]</w:t>
      </w:r>
    </w:p>
    <w:p>
      <w:r>
        <w:t>[Three days]</w:t>
      </w:r>
    </w:p>
    <w:p>
      <w:r>
        <w:t>[To go]</w:t>
      </w:r>
    </w:p>
    <w:p>
      <w:r>
        <w:t>[Feel well]</w:t>
      </w:r>
    </w:p>
    <w:p>
      <w:r>
        <w:t>[To go]</w:t>
      </w:r>
    </w:p>
    <w:p>
      <w:r>
        <w:t>[……..]</w:t>
      </w:r>
    </w:p>
    <w:p>
      <w:r>
        <w:t>I.. no.. no {….}</w:t>
      </w:r>
    </w:p>
    <w:p>
      <w:r>
        <w:t>[Take him for a moment]</w:t>
      </w:r>
    </w:p>
    <w:p>
      <w:r>
        <w:t>[Can we go]</w:t>
      </w:r>
    </w:p>
    <w:p>
      <w:r>
        <w:t>[Take him for a moment]</w:t>
      </w:r>
    </w:p>
    <w:p>
      <w:r>
        <w:t>Can we go?.. No? No</w:t>
      </w:r>
    </w:p>
    <w:p>
      <w:r>
        <w:t>[No, we need to lift him a little higher, because……]</w:t>
      </w:r>
    </w:p>
    <w:p>
      <w:r>
        <w:t>[…..]</w:t>
      </w:r>
    </w:p>
    <w:p>
      <w:r>
        <w:t>[All right, this, you know, is also good.. a little over there, no, no..]</w:t>
      </w:r>
    </w:p>
    <w:p>
      <w:r>
        <w:t>[We need to seat him]</w:t>
      </w:r>
    </w:p>
    <w:p>
      <w:r>
        <w:t>[Then let's seat him, Gideon, let's seat him..]</w:t>
      </w:r>
    </w:p>
    <w:p>
      <w:r>
        <w:t>[…..]</w:t>
      </w:r>
    </w:p>
    <w:p>
      <w:r>
        <w:t>[We need to seat him here]</w:t>
      </w:r>
    </w:p>
    <w:p>
      <w:r>
        <w:t>[Yes]</w:t>
      </w:r>
    </w:p>
    <w:p>
      <w:r>
        <w:t>[… Do you remember? He came maybe three months ago into the house]</w:t>
      </w:r>
    </w:p>
    <w:p>
      <w:r>
        <w:t>[And he wanted to go]</w:t>
      </w:r>
    </w:p>
    <w:p>
      <w:r>
        <w:t>[No, it is this light, it is exactly the same thing, he was here, you are here, and I..]</w:t>
      </w:r>
    </w:p>
    <w:p>
      <w:r>
        <w:t>[Yes?]</w:t>
      </w:r>
    </w:p>
    <w:p>
      <w:r>
        <w:t>[Yes]</w:t>
      </w:r>
    </w:p>
    <w:p>
      <w:r>
        <w:t>[They actually ……]</w:t>
      </w:r>
    </w:p>
    <w:p>
      <w:r>
        <w:t>[Do you remember him?]</w:t>
      </w:r>
    </w:p>
    <w:p>
      <w:r>
        <w:t>[………………………………………]</w:t>
      </w:r>
    </w:p>
    <w:p>
      <w:r>
        <w:t>[………………………………………]</w:t>
      </w:r>
    </w:p>
    <w:p>
      <w:r>
        <w:t>[On Friday to remove it, on Friday to remove it?]</w:t>
      </w:r>
    </w:p>
    <w:p>
      <w:r>
        <w:t>[Yes]</w:t>
      </w:r>
    </w:p>
    <w:p>
      <w:r>
        <w:t>[Him too? And replace the plaster?]</w:t>
      </w:r>
    </w:p>
    <w:p>
      <w:r>
        <w:t>[Yes]</w:t>
      </w:r>
    </w:p>
    <w:p>
      <w:r>
        <w:t>[On which day? Not tomorrow, the day after tomorrow]</w:t>
      </w:r>
    </w:p>
    <w:p>
      <w:r>
        <w:t>[Every day]</w:t>
      </w:r>
    </w:p>
    <w:p>
      <w:r>
        <w:t>[Every day]</w:t>
      </w:r>
    </w:p>
    <w:p>
      <w:r>
        <w:t>[Yes, so that it will not be on the wound]</w:t>
      </w:r>
    </w:p>
    <w:p>
      <w:r>
        <w:t>[So that it will not be …….]</w:t>
      </w:r>
    </w:p>
    <w:p>
      <w:r>
        <w:t>[All right, yes]</w:t>
      </w:r>
    </w:p>
    <w:p>
      <w:r>
        <w:t>[………..]</w:t>
      </w:r>
    </w:p>
    <w:p>
      <w:r>
        <w:t>To get up? To stand?</w:t>
      </w:r>
    </w:p>
    <w:p>
      <w:r>
        <w:t>[He is asking if he needs to get up?]</w:t>
      </w:r>
    </w:p>
    <w:p>
      <w:r>
        <w:t>[You don't have to get up, in another three days the bandages need to be removed, another three days, there is..] Huh?</w:t>
      </w:r>
    </w:p>
    <w:p>
      <w:r>
        <w:t>[Bandages here and on the back]</w:t>
      </w:r>
    </w:p>
    <w:p>
      <w:r>
        <w:t>What is this?</w:t>
      </w:r>
    </w:p>
    <w:p>
      <w:r>
        <w:t>[So in another three days it needs to be removed]</w:t>
      </w:r>
    </w:p>
    <w:p>
      <w:r>
        <w:t>Ah, ah</w:t>
      </w:r>
    </w:p>
    <w:p>
      <w:r>
        <w:t>[…. They remove the bandages..]</w:t>
      </w:r>
    </w:p>
    <w:p>
      <w:r>
        <w:t>[And we will see what will be]</w:t>
      </w:r>
    </w:p>
    <w:p>
      <w:r>
        <w:t>[And what do we do afterward?]</w:t>
      </w:r>
    </w:p>
    <w:p>
      <w:r>
        <w:t>We need to come here</w:t>
      </w:r>
    </w:p>
    <w:p>
      <w:r>
        <w:t>[Next week]</w:t>
      </w:r>
    </w:p>
    <w:p>
      <w:r>
        <w:t>To remove</w:t>
      </w:r>
    </w:p>
    <w:p>
      <w:r>
        <w:t>[No, no, no, we can remove it by ourselves]</w:t>
      </w:r>
    </w:p>
    <w:p>
      <w:r>
        <w:t>Huh?</w:t>
      </w:r>
    </w:p>
    <w:p>
      <w:r>
        <w:t>[We can remove it at home, we can remove it by ourselves, right?]</w:t>
      </w:r>
    </w:p>
    <w:p>
      <w:r>
        <w:t>[Yes..]</w:t>
      </w:r>
    </w:p>
    <w:p>
      <w:r>
        <w:t>[We can remove this by ourselves, at home]</w:t>
      </w:r>
    </w:p>
    <w:p>
      <w:r>
        <w:t>[In another three days]</w:t>
      </w:r>
    </w:p>
    <w:p>
      <w:r>
        <w:t>Here? Already?</w:t>
      </w:r>
    </w:p>
    <w:p>
      <w:r>
        <w:t>[No, in another three days]</w:t>
      </w:r>
    </w:p>
    <w:p>
      <w:r>
        <w:t>[…...]</w:t>
      </w:r>
    </w:p>
    <w:p>
      <w:r>
        <w:t>In my house?</w:t>
      </w:r>
    </w:p>
    <w:p>
      <w:r>
        <w:t>[Yes, and it is forbidden to get it wet, it is forbidden to get it wet with water, and it is forbidden to remove it, three days] It is forbidden to put water on it?</w:t>
      </w:r>
    </w:p>
    <w:p>
      <w:r>
        <w:t>[It is forbidden to put water on it]</w:t>
      </w:r>
    </w:p>
    <w:p>
      <w:r>
        <w:t>[..………………………………]</w:t>
      </w:r>
    </w:p>
    <w:p>
      <w:r>
        <w:t>[……………..…………………]</w:t>
      </w:r>
    </w:p>
    <w:p>
      <w:r>
        <w:t>[What do we do so that the blood vessel will.., flow well?] [……….]</w:t>
      </w:r>
    </w:p>
    <w:p>
      <w:r>
        <w:t>[Ah]</w:t>
      </w:r>
    </w:p>
    <w:p>
      <w:r>
        <w:t>[……………………….………]</w:t>
      </w:r>
    </w:p>
    <w:p>
      <w:r>
        <w:t>[……………………………….]</w:t>
      </w:r>
    </w:p>
    <w:p>
      <w:r>
        <w:t>[Yes, good, how much do we need to pay?]</w:t>
      </w:r>
    </w:p>
    <w:p>
      <w:r>
        <w:t>[.. He does not take]</w:t>
      </w:r>
    </w:p>
    <w:p>
      <w:r>
        <w:t>[He does not take from us?]</w:t>
      </w:r>
    </w:p>
    <w:p>
      <w:r>
        <w:t>[Wow..]</w:t>
      </w:r>
    </w:p>
    <w:p>
      <w:r>
        <w:t>[Saba, he says that it is without money]</w:t>
      </w:r>
    </w:p>
    <w:p>
      <w:r>
        <w:t>Yes?</w:t>
      </w:r>
    </w:p>
    <w:p>
      <w:r>
        <w:t>[He is not willing to take money from us]</w:t>
      </w:r>
    </w:p>
    <w:p>
      <w:r>
        <w:t>Yes?</w:t>
      </w:r>
    </w:p>
    <w:p>
      <w:r>
        <w:t>[Yes]</w:t>
      </w:r>
    </w:p>
    <w:p>
      <w:r>
        <w:t>[Thank you very much]</w:t>
      </w:r>
    </w:p>
    <w:p>
      <w:r>
        <w:t>The owner, the owner of the.. the owner of, of the house</w:t>
      </w:r>
    </w:p>
    <w:p>
      <w:r>
        <w:t>[The proprietor, yes, the expert, the expert]</w:t>
      </w:r>
    </w:p>
    <w:p>
      <w:r>
        <w:t>The expert</w:t>
      </w:r>
    </w:p>
    <w:p>
      <w:r>
        <w:t>[He does not want to take money]</w:t>
      </w:r>
    </w:p>
    <w:p>
      <w:r>
        <w:t>Yes?</w:t>
      </w:r>
    </w:p>
    <w:p>
      <w:r>
        <w:t>[..Take everything out and speak with him, outside tell him thank you …] When, do you know when we need to come?</w:t>
      </w:r>
    </w:p>
    <w:p>
      <w:r>
        <w:t>[Yes, next week, right?]</w:t>
      </w:r>
    </w:p>
    <w:p>
      <w:r>
        <w:t>[Yes]</w:t>
      </w:r>
    </w:p>
    <w:p>
      <w:r>
        <w:t>Will they come to us?</w:t>
      </w:r>
    </w:p>
    <w:p>
      <w:r>
        <w:t>[We will come here]</w:t>
      </w:r>
    </w:p>
    <w:p>
      <w:r>
        <w:t>Huh? We will come here?</w:t>
      </w:r>
    </w:p>
    <w:p>
      <w:r>
        <w:t>[Yes]</w:t>
      </w:r>
    </w:p>
    <w:p>
      <w:r>
        <w:t>Ask!</w:t>
      </w:r>
    </w:p>
    <w:p>
      <w:r>
        <w:t>[All right, all right, we will ask, Abu Yusuf]</w:t>
      </w:r>
    </w:p>
    <w:p>
      <w:r>
        <w:t>[Huh?]</w:t>
      </w:r>
    </w:p>
    <w:p>
      <w:r>
        <w:t>[…… thank you]</w:t>
      </w:r>
    </w:p>
    <w:p>
      <w:r>
        <w:t>[All right, be well.. never come on Tuesday]</w:t>
      </w:r>
    </w:p>
    <w:p>
      <w:r>
        <w:t>[Next Tuesday do not come.., ah, never come]</w:t>
      </w:r>
    </w:p>
    <w:p>
      <w:r>
        <w:t>[…]</w:t>
      </w:r>
    </w:p>
    <w:p>
      <w:r>
        <w:t>[On Wednesday..]</w:t>
      </w:r>
    </w:p>
    <w:p>
      <w:r>
        <w:t>[You too]</w:t>
      </w:r>
    </w:p>
    <w:p>
      <w:r>
        <w:t>[Wednesday, Thursday, good]</w:t>
      </w:r>
    </w:p>
    <w:p>
      <w:r>
        <w:t>[.……..…………]</w:t>
      </w:r>
    </w:p>
    <w:p>
      <w:r>
        <w:t>[..…….…………]</w:t>
      </w:r>
    </w:p>
    <w:p>
      <w:r>
        <w:t>[What is this?]</w:t>
      </w:r>
    </w:p>
    <w:p>
      <w:r>
        <w:t>[The whole family….]</w:t>
      </w:r>
    </w:p>
    <w:p>
      <w:r>
        <w:t>[…………………]</w:t>
      </w:r>
    </w:p>
    <w:p>
      <w:r>
        <w:t>[…………………]</w:t>
      </w:r>
    </w:p>
    <w:p>
      <w:r>
        <w:t>[Abu Yusuf, thank you very much]</w:t>
      </w:r>
    </w:p>
    <w:p>
      <w:r>
        <w:t>[…………………..]</w:t>
      </w:r>
    </w:p>
    <w:p>
      <w:r>
        <w:t>[…………………..]</w:t>
      </w:r>
    </w:p>
    <w:p>
      <w:r>
        <w:t>[Yusuf son of…..]</w:t>
      </w:r>
    </w:p>
    <w:p>
      <w:r>
        <w:t>"May Hashem give you blessing and success in everything you do"</w:t>
      </w:r>
    </w:p>
    <w:p>
      <w:r>
        <w:t>[Thank you, goodbye][Now for three days do not remove it][A complete recovery](Saba laughs)["Na Nach Nachma Nachman MeUman"][Thank you, goodbye][Now for three days do not remove it][A complete recovery](Saba laughs)["Na Nach Nachma Nachman MeUman"][[Amen]]</w:t>
      </w:r>
    </w:p>
    <w:p>
      <w:r>
        <w:t>[Thank you, goodbye]</w:t>
      </w:r>
    </w:p>
    <w:p>
      <w:r>
        <w:t>[Now for three days do not remove it]</w:t>
      </w:r>
    </w:p>
    <w:p>
      <w:r>
        <w:t>[A complete recovery]</w:t>
      </w:r>
    </w:p>
    <w:p>
      <w:r>
        <w:t>(Saba laughs)</w:t>
      </w:r>
    </w:p>
    <w:p>
      <w:r>
        <w:t>["Na Nach Nachma Nachman MeUman"]</w:t>
      </w:r>
    </w:p>
    <w:p>
      <w:r>
        <w:t>[Thank you, goodbye]</w:t>
      </w:r>
    </w:p>
    <w:p>
      <w:r>
        <w:t>[Now for three days do not remove it]</w:t>
      </w:r>
    </w:p>
    <w:p>
      <w:r>
        <w:t>[A complete recovery]</w:t>
      </w:r>
    </w:p>
    <w:p>
      <w:r>
        <w:t>(Saba laughs)</w:t>
      </w:r>
    </w:p>
    <w:p>
      <w:r>
        <w:t>["Na Nach Nachma Nachman MeUman"]</w:t>
      </w:r>
    </w:p>
    <w:p>
      <w:r>
        <w:t>[…………]</w:t>
      </w:r>
    </w:p>
    <w:p>
      <w:r>
        <w:t>[I have never seen such a thing yet, believe me.. Uri, you lift]</w:t>
      </w:r>
    </w:p>
    <w:p>
      <w:r>
        <w:t>[………..]</w:t>
      </w:r>
    </w:p>
    <w:p>
      <w:r>
        <w:t>[Uri, lift]</w:t>
      </w:r>
    </w:p>
    <w:p>
      <w:r>
        <w:t>[No, you lift]</w:t>
      </w:r>
    </w:p>
    <w:p>
      <w:r>
        <w:t>[………………..]</w:t>
      </w:r>
    </w:p>
    <w:p>
      <w:r>
        <w:t>[………….…….]</w:t>
      </w:r>
    </w:p>
    <w:p>
      <w:r>
        <w:t>...[……………..]</w:t>
      </w:r>
    </w:p>
    <w:p>
      <w:r>
        <w:t>[……….……….]</w:t>
      </w:r>
    </w:p>
    <w:p>
      <w:r>
        <w:t>[It is the bandages, the bandages are…..</w:t>
      </w:r>
    </w:p>
    <w:p>
      <w:r>
        <w:t>….. the bandages are ……… on the back.. here it is here………</w:t>
      </w:r>
    </w:p>
    <w:p>
      <w:r>
        <w:t>It will make it better on the leg……….. and he needs to receive vitality</w:t>
      </w:r>
    </w:p>
    <w:p>
      <w:r>
        <w:t>And me too, he made me, he made me a kind of special bandage here, for me, for me</w:t>
      </w:r>
    </w:p>
    <w:p>
      <w:r>
        <w:t>He made me, and he told me that my blood vessels, the blood]</w:t>
      </w:r>
    </w:p>
    <w:p>
      <w:r>
        <w:t>Nu</w:t>
      </w:r>
    </w:p>
    <w:p>
      <w:r>
        <w:t>[Does not flow well to the legs, now it will be better]</w:t>
      </w:r>
    </w:p>
    <w:p>
      <w:r>
        <w:t>Huh?</w:t>
      </w:r>
    </w:p>
    <w:p>
      <w:r>
        <w:t>[Now he said, it will be better]</w:t>
      </w:r>
    </w:p>
    <w:p>
      <w:r>
        <w:t>It will be..</w:t>
      </w:r>
    </w:p>
    <w:p>
      <w:r>
        <w:t>[Better]</w:t>
      </w:r>
    </w:p>
    <w:p>
      <w:r>
        <w:t>Better</w:t>
      </w:r>
    </w:p>
    <w:p>
      <w:r>
        <w:t>[Thank God]</w:t>
      </w:r>
    </w:p>
    <w:p>
      <w:r>
        <w:t>And me? And me?</w:t>
      </w:r>
    </w:p>
    <w:p>
      <w:r>
        <w:t>[You too, you will walk on your feet]</w:t>
      </w:r>
    </w:p>
    <w:p>
      <w:r>
        <w:t>Huh?</w:t>
      </w:r>
    </w:p>
    <w:p>
      <w:r>
        <w:t>[He said, next week you will be able to walk]</w:t>
      </w:r>
    </w:p>
    <w:p>
      <w:r>
        <w:t>[Next week]</w:t>
      </w:r>
    </w:p>
    <w:p>
      <w:r>
        <w:t>We need to come here</w:t>
      </w:r>
    </w:p>
    <w:p>
      <w:r>
        <w:t>[Yes, to come on Wednesday]</w:t>
      </w:r>
    </w:p>
    <w:p>
      <w:r>
        <w:t>Wednesday, here?</w:t>
      </w:r>
    </w:p>
    <w:p>
      <w:r>
        <w:t>[Yes, and he does not want to take money]</w:t>
      </w:r>
    </w:p>
    <w:p>
      <w:r>
        <w:t>(Saba laughs)</w:t>
      </w:r>
    </w:p>
    <w:p>
      <w:r>
        <w:t>[Nu, what do you say? Saba, what do you say?]</w:t>
      </w:r>
    </w:p>
    <w:p>
      <w:r>
        <w:t>I do not understand..</w:t>
      </w:r>
    </w:p>
    <w:p>
      <w:r>
        <w:t>(Saba laughs)</w:t>
      </w:r>
    </w:p>
    <w:p>
      <w:r>
        <w:t>["I do not understand”, one moment, he only said, he wants a kippah like this] Huh?</w:t>
      </w:r>
    </w:p>
    <w:p>
      <w:r>
        <w:t>[He wants us to buy him a kippah]</w:t>
      </w:r>
    </w:p>
    <w:p>
      <w:r>
        <w:t>A kippah? Give him, give him the..</w:t>
      </w:r>
    </w:p>
    <w:p>
      <w:r>
        <w:t>[No, no, no, no, no, no]</w:t>
      </w:r>
    </w:p>
    <w:p>
      <w:r>
        <w:t>Buy him one</w:t>
      </w:r>
    </w:p>
    <w:p>
      <w:r>
        <w:t>[We will buy him one, we will buy him one]</w:t>
      </w:r>
    </w:p>
    <w:p>
      <w:r>
        <w:t>Buy him one, he will give you the size, he will give you the size</w:t>
      </w:r>
    </w:p>
    <w:p>
      <w:r>
        <w:t>[I have, I have at home..]</w:t>
      </w:r>
    </w:p>
    <w:p>
      <w:r>
        <w:t>Ah</w:t>
      </w:r>
    </w:p>
    <w:p>
      <w:r>
        <w:t>[A large one]</w:t>
      </w:r>
    </w:p>
    <w:p>
      <w:r>
        <w:t>Yes?</w:t>
      </w:r>
    </w:p>
    <w:p>
      <w:r>
        <w:t>[I will give him the large one]</w:t>
      </w:r>
    </w:p>
    <w:p>
      <w:r>
        <w:t>Nu, ah.. {…..}</w:t>
      </w:r>
    </w:p>
    <w:p>
      <w:r>
        <w:t>[He, he, he spoke.., what that is is not understood, right?]</w:t>
      </w:r>
    </w:p>
    <w:p>
      <w:r>
        <w:t>{..}</w:t>
      </w:r>
    </w:p>
    <w:p>
      <w:r>
        <w:t>[He is a good man]</w:t>
      </w:r>
    </w:p>
    <w:p>
      <w:r>
        <w:t>Yes</w:t>
      </w:r>
    </w:p>
    <w:p>
      <w:r>
        <w:t>[Good]</w:t>
      </w:r>
    </w:p>
    <w:p>
      <w:r>
        <w:t>[…..]</w:t>
      </w:r>
    </w:p>
    <w:p>
      <w:r>
        <w:t>[Nu, can you walk?]</w:t>
      </w:r>
    </w:p>
    <w:p>
      <w:r>
        <w:t>No..</w:t>
      </w:r>
    </w:p>
    <w:p>
      <w:r>
        <w:t>[Not yet]</w:t>
      </w:r>
    </w:p>
    <w:p>
      <w:r>
        <w:t>No</w:t>
      </w:r>
    </w:p>
    <w:p>
      <w:r>
        <w:t>[Not yet]</w:t>
      </w:r>
    </w:p>
    <w:p>
      <w:r>
        <w:t>What does he say? Can I walk? I, I, I will I have healing?</w:t>
      </w:r>
    </w:p>
    <w:p>
      <w:r>
        <w:t>[He said that we should come all the time for treatments, and we will see]</w:t>
      </w:r>
    </w:p>
    <w:p>
      <w:r>
        <w:t>Ah, ah, he does not take money?</w:t>
      </w:r>
    </w:p>
    <w:p>
      <w:r>
        <w:t>[No]</w:t>
      </w:r>
    </w:p>
    <w:p>
      <w:r>
        <w:t>You did not give him any money?</w:t>
      </w:r>
    </w:p>
    <w:p>
      <w:r>
        <w:t>[Nothing, no nothing]</w:t>
      </w:r>
    </w:p>
    <w:p>
      <w:r>
        <w:t>(Saba laughs)</w:t>
      </w:r>
    </w:p>
    <w:p>
      <w:r>
        <w:t>[She said, the person in charge said, I said to him: "How much does it cost"?]</w:t>
      </w:r>
    </w:p>
    <w:p>
      <w:r>
        <w:t>His wife?</w:t>
      </w:r>
    </w:p>
    <w:p>
      <w:r>
        <w:t>[No, no, no, the one who does hot water, those who do hot water, so I asked them]</w:t>
      </w:r>
    </w:p>
    <w:p>
      <w:r>
        <w:t>Hot water, did he do hot water?</w:t>
      </w:r>
    </w:p>
    <w:p>
      <w:r>
        <w:t>[Yes, hot water and a bandage]</w:t>
      </w:r>
    </w:p>
    <w:p>
      <w:r>
        <w:t>Ah, ah</w:t>
      </w:r>
    </w:p>
    <w:p>
      <w:r>
        <w:t>[So I asked: "How mu.., how much to pay?"</w:t>
      </w:r>
    </w:p>
    <w:p>
      <w:r>
        <w:t>So they told me: "He said not to take money from you"]</w:t>
      </w:r>
    </w:p>
    <w:p>
      <w:r>
        <w:t>Yes?</w:t>
      </w:r>
    </w:p>
    <w:p>
      <w:r>
        <w:t>[Like that]</w:t>
      </w:r>
    </w:p>
    <w:p>
      <w:r>
        <w:t>(Saba laughs)</w:t>
      </w:r>
    </w:p>
    <w:p>
      <w:r>
        <w:t>[………………………..]</w:t>
      </w:r>
    </w:p>
    <w:p>
      <w:r>
        <w:t>[There is some ……. that you put the legs inside it, it does not make noise when you travel..</w:t>
      </w:r>
    </w:p>
    <w:p>
      <w:r>
        <w:t>The wheel …. inside, inside the..]</w:t>
      </w:r>
    </w:p>
    <w:p>
      <w:r>
        <w:t>[…………..]</w:t>
      </w:r>
    </w:p>
    <w:p>
      <w:r>
        <w:t>Are we coming on Wednesday?</w:t>
      </w:r>
    </w:p>
    <w:p>
      <w:r>
        <w:t>[Yes]</w:t>
      </w:r>
    </w:p>
    <w:p>
      <w:r>
        <w:t>Nu, and he will do some thing, some improvement</w:t>
      </w:r>
    </w:p>
    <w:p>
      <w:r>
        <w:t>[Yes]</w:t>
      </w:r>
    </w:p>
    <w:p>
      <w:r>
        <w:t>{.., you were not here}</w:t>
      </w:r>
    </w:p>
    <w:p>
      <w:r>
        <w:t>[Saba, do you want us to go to the Cave of Eliyahu HaNavi for a little while?]</w:t>
      </w:r>
    </w:p>
    <w:p>
      <w:r>
        <w:t>Nu, {look}</w:t>
      </w:r>
    </w:p>
    <w:p>
      <w:r>
        <w:t>[Yes? We will go a little, sit, look at the sea a little]</w:t>
      </w:r>
    </w:p>
    <w:p>
      <w:r>
        <w:t>Ah, ah</w:t>
      </w:r>
    </w:p>
    <w:p>
      <w:r>
        <w:t>[A little]</w:t>
      </w:r>
    </w:p>
    <w:p>
      <w:r>
        <w:t>[He said, he wants to go home]</w:t>
      </w:r>
    </w:p>
    <w:p>
      <w:r>
        <w:t>[Do you want us to go home?]</w:t>
      </w:r>
    </w:p>
    <w:p>
      <w:r>
        <w:t>Let us go home</w:t>
      </w:r>
    </w:p>
    <w:p>
      <w:r>
        <w:t>[All right]</w:t>
      </w:r>
    </w:p>
    <w:p>
      <w:r>
        <w:t>Another time, the second, on Wednesday, we will go to the cave</w:t>
      </w:r>
    </w:p>
    <w:p>
      <w:r>
        <w:t>[Wednesday, on Wednesday, yalla, yalla gentlemen, there is no time..</w:t>
      </w:r>
    </w:p>
    <w:p>
      <w:r>
        <w:t>Yalla, yalla, gentlemen, get in, we are traveling, gentlemen, everyone get in]</w:t>
      </w:r>
    </w:p>
    <w:p>
      <w:r>
        <w:t>Huh?</w:t>
      </w:r>
    </w:p>
    <w:p>
      <w:r>
        <w:t>[We are traveling, that is it]</w:t>
      </w:r>
    </w:p>
    <w:p>
      <w:r>
        <w:t>That is it?</w:t>
      </w:r>
    </w:p>
    <w:p>
      <w:r>
        <w:t>[Thank God, keys]</w:t>
      </w:r>
    </w:p>
    <w:p>
      <w:r>
        <w:t>Maybe there is someone else, take him</w:t>
      </w:r>
    </w:p>
    <w:p>
      <w:r>
        <w:t>[Ah, ah, is there someone else?]</w:t>
      </w:r>
    </w:p>
    <w:p>
      <w:r>
        <w:t>[Maybe we will go to Shimon from Haifa? Shimon from Haifa]</w:t>
      </w:r>
    </w:p>
    <w:p>
      <w:r>
        <w:t>[What? Get in already, get in, Gideon]</w:t>
      </w:r>
    </w:p>
    <w:p>
      <w:r>
        <w:t>[Ah.. can we buy a fish for Shabbos? Saba, can we stop to buy a fish?]</w:t>
      </w:r>
    </w:p>
    <w:p>
      <w:r>
        <w:t>[For the wedding]</w:t>
      </w:r>
    </w:p>
    <w:p>
      <w:r>
        <w:t>Fish?</w:t>
      </w:r>
    </w:p>
    <w:p>
      <w:r>
        <w:t>[For the wedding of.. for the sheva brachos of Avigdor, we want to buy a fish]</w:t>
      </w:r>
    </w:p>
    <w:p>
      <w:r>
        <w:t>Here? On Wednesday? Huh?</w:t>
      </w:r>
    </w:p>
    <w:p>
      <w:r>
        <w:t>[Gideon, answer]</w:t>
      </w:r>
    </w:p>
    <w:p>
      <w:r>
        <w:t>[If.., no, at the market, at the market]</w:t>
      </w:r>
    </w:p>
    <w:p>
      <w:r>
        <w:t>[Saba, do you feel well? This is how it is here now, they put on a special bandage] Yes?</w:t>
      </w:r>
    </w:p>
    <w:p>
      <w:r>
        <w:t>[With substances, olive oil and something else, I do not know how he does it] Ah, ah</w:t>
      </w:r>
    </w:p>
    <w:p>
      <w:r>
        <w:t>[And they put, and they..]</w:t>
      </w:r>
    </w:p>
    <w:p>
      <w:r>
        <w:t>The doctor gave this</w:t>
      </w:r>
    </w:p>
    <w:p>
      <w:r>
        <w:t>[Yes, and he said that this.. now it needs to moisten the bone a little</w:t>
      </w:r>
    </w:p>
    <w:p>
      <w:r>
        <w:t>So that it will be a little.. slowly, slowly, the treatments, it is not in one day]</w:t>
      </w:r>
    </w:p>
    <w:p>
      <w:r>
        <w:t>Ah, ah</w:t>
      </w:r>
    </w:p>
    <w:p>
      <w:r>
        <w:t>[He says that for a long time it was dry, you no longer moved, you did not walk]</w:t>
      </w:r>
    </w:p>
    <w:p>
      <w:r>
        <w:t>(Saba laughs)</w:t>
      </w:r>
    </w:p>
    <w:p>
      <w:r>
        <w:t>[Is everyone here? Can we go? Hello?]</w:t>
      </w:r>
    </w:p>
    <w:p>
      <w:r>
        <w:t>[Ah, ah, ah..]</w:t>
      </w:r>
    </w:p>
    <w:p>
      <w:r>
        <w:t>[Is everyone here?]</w:t>
      </w:r>
    </w:p>
    <w:p>
      <w:r>
        <w:t>[Yes]</w:t>
      </w:r>
    </w:p>
    <w:p>
      <w:r>
        <w:t>[All right, I am driving]</w:t>
      </w:r>
    </w:p>
    <w:p>
      <w:r>
        <w:t>[….]</w:t>
      </w:r>
    </w:p>
    <w:p>
      <w:r>
        <w:t>[Thank God, he is a gentile, a gentile, he is a gentile]</w:t>
      </w:r>
    </w:p>
    <w:p>
      <w:r>
        <w:t>Yes</w:t>
      </w:r>
    </w:p>
    <w:p>
      <w:r>
        <w:t>[If he has a mezuzah]</w:t>
      </w:r>
    </w:p>
    <w:p>
      <w:r>
        <w:t>Huh?</w:t>
      </w:r>
    </w:p>
    <w:p>
      <w:r>
        <w:t>[He has a mezuzah]</w:t>
      </w:r>
    </w:p>
    <w:p>
      <w:r>
        <w:t>Yes</w:t>
      </w:r>
    </w:p>
    <w:p>
      <w:r>
        <w:t>[And he honors tzaddikim..]</w:t>
      </w:r>
    </w:p>
    <w:p>
      <w:r>
        <w:t>Yes</w:t>
      </w:r>
    </w:p>
    <w:p>
      <w:r>
        <w:t>[And he honors Jewish people who, they have a kippah and..]</w:t>
      </w:r>
    </w:p>
    <w:p>
      <w:r>
        <w:t>Yes</w:t>
      </w:r>
    </w:p>
    <w:p>
      <w:r>
        <w:t>[And tzitzis]</w:t>
      </w:r>
    </w:p>
    <w:p>
      <w:r>
        <w:t>Yes</w:t>
      </w:r>
    </w:p>
    <w:p>
      <w:r>
        <w:t>[And he gives without a turn..]</w:t>
      </w:r>
    </w:p>
    <w:p>
      <w:r>
        <w:t>[And without money]</w:t>
      </w:r>
    </w:p>
    <w:p>
      <w:r>
        <w:t>[And without money]</w:t>
      </w:r>
    </w:p>
    <w:p>
      <w:r>
        <w:t>(Saba laughs)</w:t>
      </w:r>
    </w:p>
    <w:p>
      <w:r>
        <w:t>[And others, others pay a lot]</w:t>
      </w:r>
    </w:p>
    <w:p>
      <w:r>
        <w:t>Huh?</w:t>
      </w:r>
    </w:p>
    <w:p>
      <w:r>
        <w:t>[And others, others pay a lot]</w:t>
      </w:r>
    </w:p>
    <w:p>
      <w:r>
        <w:t>Yes</w:t>
      </w:r>
    </w:p>
    <w:p>
      <w:r>
        <w:t>[Oy, he is an expert, he is an expert]</w:t>
      </w:r>
    </w:p>
    <w:p>
      <w:r>
        <w:t>An expert</w:t>
      </w:r>
    </w:p>
    <w:p>
      <w:r>
        <w:t>[And they pay well, but for us he told the clerk "not to take any money from them”] Yes?</w:t>
      </w:r>
    </w:p>
    <w:p>
      <w:r>
        <w:t>[Yes]</w:t>
      </w:r>
    </w:p>
    <w:p>
      <w:r>
        <w:t>Ah, I do not understand</w:t>
      </w:r>
    </w:p>
    <w:p>
      <w:r>
        <w:t>(Saba laughs)</w:t>
      </w:r>
    </w:p>
    <w:p>
      <w:r>
        <w:t>Take this…</w:t>
      </w:r>
    </w:p>
    <w:p>
      <w:r>
        <w:t>...[……]</w:t>
      </w:r>
    </w:p>
    <w:p>
      <w:r>
        <w:t>Maybe I will put this on this</w:t>
      </w:r>
    </w:p>
    <w:p>
      <w:r>
        <w:t>[All right]</w:t>
      </w:r>
    </w:p>
    <w:p>
      <w:r>
        <w:t>No?</w:t>
      </w:r>
    </w:p>
    <w:p>
      <w:r>
        <w:t>[…...…..]</w:t>
      </w:r>
    </w:p>
    <w:p>
      <w:r>
        <w:t>[…...…..]</w:t>
      </w:r>
    </w:p>
    <w:p>
      <w:r>
        <w:t>[..All right, we are finished, we are traveling home]</w:t>
      </w:r>
    </w:p>
    <w:p>
      <w:r>
        <w:t>{Yo}</w:t>
      </w:r>
    </w:p>
    <w:p>
      <w:r>
        <w:t>[Thank God]…</w:t>
      </w:r>
    </w:p>
    <w:p>
      <w:r>
        <w:t>...{…} the place</w:t>
      </w:r>
    </w:p>
    <w:p>
      <w:r>
        <w:t>[The place]</w:t>
      </w:r>
    </w:p>
    <w:p>
      <w:r>
        <w:t>Ask the address {clearly}</w:t>
      </w:r>
    </w:p>
    <w:p>
      <w:r>
        <w:t>[Ah, all right, all right, I will ask, I, so that they will know?]</w:t>
      </w:r>
    </w:p>
    <w:p>
      <w:r>
        <w:t>Clearly</w:t>
      </w:r>
    </w:p>
    <w:p>
      <w:r>
        <w:t>[Ah, clearly]</w:t>
      </w:r>
    </w:p>
    <w:p>
      <w:r>
        <w:t>The address</w:t>
      </w:r>
    </w:p>
    <w:p>
      <w:r>
        <w:t>[I will ask, I will ask now..</w:t>
      </w:r>
    </w:p>
    <w:p>
      <w:r>
        <w:t>Excuse me, how? What street is this? What place is this? What is it called?.. And this?..</w:t>
      </w:r>
    </w:p>
    <w:p>
      <w:r>
        <w:t>I want to know what street this is, for Abu Yusuf, to know the place.. yes..</w:t>
      </w:r>
    </w:p>
    <w:p>
      <w:r>
        <w:t>It is called 134 Jaffa, thank you very much.. I have been here already, I only want to know the name]</w:t>
      </w:r>
    </w:p>
    <w:p>
      <w:r>
        <w:t>[……….]</w:t>
      </w:r>
    </w:p>
    <w:p>
      <w:r>
        <w:t>[What is your name?]</w:t>
      </w:r>
    </w:p>
    <w:p>
      <w:r>
        <w:t>[…….]</w:t>
      </w:r>
    </w:p>
    <w:p>
      <w:r>
        <w:t>[Ilan, fortunate are you, Ilan, are you also an expert on Subaru?..</w:t>
      </w:r>
    </w:p>
    <w:p>
      <w:r>
        <w:t>So perhaps we will also go in, speak with the……]…</w:t>
      </w:r>
    </w:p>
    <w:p>
      <w:r>
        <w:t>...[All right]</w:t>
      </w:r>
    </w:p>
    <w:p>
      <w:r>
        <w:t>[……..]</w:t>
      </w:r>
    </w:p>
    <w:p>
      <w:r>
        <w:t>[Yes, and its name, one hundred, one hundred? How, which alley is this? One hundred thirty?.. What did you say?]</w:t>
      </w:r>
    </w:p>
    <w:p>
      <w:r>
        <w:t>[134 Jaffa]</w:t>
      </w:r>
    </w:p>
    <w:p>
      <w:r>
        <w:t>[134, oh]</w:t>
      </w:r>
    </w:p>
    <w:p>
      <w:r>
        <w:t>[Fortunate are you]</w:t>
      </w:r>
    </w:p>
    <w:p>
      <w:r>
        <w:t>[Thank you very much, Ilan]</w:t>
      </w:r>
    </w:p>
    <w:p>
      <w:r>
        <w:t>[May you merit mitzvos]</w:t>
      </w:r>
    </w:p>
    <w:p>
      <w:r>
        <w:t>[Be well, may Hashem protect you and give you every good]</w:t>
      </w:r>
    </w:p>
    <w:p>
      <w:r>
        <w:t>[What did he say? “May you merit mitzvos" no?]</w:t>
      </w:r>
    </w:p>
    <w:p>
      <w:r>
        <w:t>[Yes, he said, “May you merit mitzvos"]</w:t>
      </w:r>
    </w:p>
    <w:p>
      <w:r>
        <w:t>[He said, “May you merit mitzvos" right?]</w:t>
      </w:r>
    </w:p>
    <w:p>
      <w:r>
        <w:t>[A Jew, he said, “May you merit mitzvos", a Jew, what, is he a gentile?..</w:t>
      </w:r>
    </w:p>
    <w:p>
      <w:r>
        <w:t>A gentile says may you merit mitzvos, a Jew would not say it?.. Today is wonders today, I do not know, something special</w:t>
      </w:r>
    </w:p>
    <w:p>
      <w:r>
        <w:t>Maybe we will go in to him, get treatments for the car for free..</w:t>
      </w:r>
    </w:p>
    <w:p>
      <w:r>
        <w:t>What is this, what is going on here today, today is wonders today, miracles of wonders, Rabbainu said:</w:t>
      </w:r>
    </w:p>
    <w:p>
      <w:r>
        <w:t>"In the future a song of wonders will be revealed, a song of kindness"]</w:t>
      </w:r>
    </w:p>
    <w:p>
      <w:r>
        <w:t>Huh?</w:t>
      </w:r>
    </w:p>
    <w:p>
      <w:r>
        <w:t>[Rabbainu said:</w:t>
      </w:r>
    </w:p>
    <w:p>
      <w:r>
        <w:t>"In the future a song of kindness will be revealed, a song of wonders, which will be the delight of the tzaddikim in Gan Eden"</w:t>
      </w:r>
    </w:p>
    <w:p>
      <w:r>
        <w:t>What song is this? Saba, "Na Nach"]</w:t>
      </w:r>
    </w:p>
    <w:p>
      <w:r>
        <w:t>(Saba laughs)</w:t>
      </w:r>
    </w:p>
    <w:p>
      <w:r>
        <w:t>[This is not, this, this is a wonder of wonders, what happened today]</w:t>
      </w:r>
    </w:p>
    <w:p>
      <w:r>
        <w:t>Yes</w:t>
      </w:r>
    </w:p>
    <w:p>
      <w:r>
        <w:t>[A wonder of wonders of all the wonders]</w:t>
      </w:r>
    </w:p>
    <w:p>
      <w:r>
        <w:t>What time is it?</w:t>
      </w:r>
    </w:p>
    <w:p>
      <w:r>
        <w:t>[Now, twelve ten, twelve oh-five]</w:t>
      </w:r>
    </w:p>
    <w:p>
      <w:r>
        <w:t>[……...]</w:t>
      </w:r>
    </w:p>
    <w:p>
      <w:r>
        <w:t>Twelve at night, huh?</w:t>
      </w:r>
    </w:p>
    <w:p>
      <w:r>
        <w:t>[Twelve in the daytime, twelve oh-five in the daytime, excuse me]</w:t>
      </w:r>
    </w:p>
    <w:p>
      <w:r>
        <w:t>Huh?</w:t>
      </w:r>
    </w:p>
    <w:p>
      <w:r>
        <w:t>[Twelve oh-five..]</w:t>
      </w:r>
    </w:p>
    <w:p>
      <w:r>
        <w:t>[Here this is Shimon's brother]</w:t>
      </w:r>
    </w:p>
    <w:p>
      <w:r>
        <w:t>[In the afternoon]</w:t>
      </w:r>
    </w:p>
    <w:p>
      <w:r>
        <w:t>[This is the restaurant of Shimon's brother]</w:t>
      </w:r>
    </w:p>
    <w:p>
      <w:r>
        <w:t>In the afternoon</w:t>
      </w:r>
    </w:p>
    <w:p>
      <w:r>
        <w:t>[Here on the main street?]</w:t>
      </w:r>
    </w:p>
    <w:p>
      <w:r>
        <w:t>[Here, here at the entrance]</w:t>
      </w:r>
    </w:p>
    <w:p>
      <w:r>
        <w:t>[…..]</w:t>
      </w:r>
    </w:p>
    <w:p>
      <w:r>
        <w:t>[Yes?]</w:t>
      </w:r>
    </w:p>
    <w:p>
      <w:r>
        <w:t>[Yes]</w:t>
      </w:r>
    </w:p>
    <w:p>
      <w:r>
        <w:t>[Shimon's brother?]</w:t>
      </w:r>
    </w:p>
    <w:p>
      <w:r>
        <w:t>[And this garage once put for them there Na Nach.. Nachman MeUman]</w:t>
      </w:r>
    </w:p>
    <w:p>
      <w:r>
        <w:t>[He said not to come on, on Tuesday, never to come on Tuesday]</w:t>
      </w:r>
    </w:p>
    <w:p>
      <w:r>
        <w:t>[Only on Wednesday]</w:t>
      </w:r>
    </w:p>
    <w:p>
      <w:r>
        <w:t>All right</w:t>
      </w:r>
    </w:p>
    <w:p>
      <w:r>
        <w:t>[Only on Wednesday..]</w:t>
      </w:r>
    </w:p>
    <w:p>
      <w:r>
        <w:t>[Take a left]</w:t>
      </w:r>
    </w:p>
    <w:p>
      <w:r>
        <w:t>[Thursday, why, because apparently on Tuesday..]</w:t>
      </w:r>
    </w:p>
    <w:p>
      <w:r>
        <w:t>[Left, left]</w:t>
      </w:r>
    </w:p>
    <w:p>
      <w:r>
        <w:t>[There are also women]</w:t>
      </w:r>
    </w:p>
    <w:p>
      <w:r>
        <w:t>Ah, ah</w:t>
      </w:r>
    </w:p>
    <w:p>
      <w:r>
        <w:t>[There are women, so he already understands, he knows that this is forbidden and that is forbidden]</w:t>
      </w:r>
    </w:p>
    <w:p>
      <w:r>
        <w:t>Yes</w:t>
      </w:r>
    </w:p>
    <w:p>
      <w:r>
        <w:t>[What is this, this, what is this? He told the clerk "not to take a single penny from us”] Yes?</w:t>
      </w:r>
    </w:p>
    <w:p>
      <w:r>
        <w:t>[I asked, I wanted to pay, "How much do we pay”]</w:t>
      </w:r>
    </w:p>
    <w:p>
      <w:r>
        <w:t>{And if he comes to me?}</w:t>
      </w:r>
    </w:p>
    <w:p>
      <w:r>
        <w:t>[So he told me that.. the clerk told me..]</w:t>
      </w:r>
    </w:p>
    <w:p>
      <w:r>
        <w:t>[Uri..]</w:t>
      </w:r>
    </w:p>
    <w:p>
      <w:r>
        <w:t>["The proprietor said not to take a single penny from you]</w:t>
      </w:r>
    </w:p>
    <w:p>
      <w:r>
        <w:t>(Saba laughs)</w:t>
      </w:r>
    </w:p>
    <w:p>
      <w:r>
        <w:t>[Look what kind of sign you can put here.. look what an intersection..]</w:t>
      </w:r>
    </w:p>
    <w:p>
      <w:r>
        <w:t>{What is this?}</w:t>
      </w:r>
    </w:p>
    <w:p>
      <w:r>
        <w:t>[Yo]</w:t>
      </w:r>
    </w:p>
    <w:p>
      <w:r>
        <w:t>[Here this is "Rambam" Hospital with all the…...]</w:t>
      </w:r>
    </w:p>
    <w:p>
      <w:r>
        <w:t>[And he put three bandages on you, not one]</w:t>
      </w:r>
    </w:p>
    <w:p>
      <w:r>
        <w:t>Yes?</w:t>
      </w:r>
    </w:p>
    <w:p>
      <w:r>
        <w:t>[Three, on the back and on the legs, it is expensive]</w:t>
      </w:r>
    </w:p>
    <w:p>
      <w:r>
        <w:t>Very {good}, two places</w:t>
      </w:r>
    </w:p>
    <w:p>
      <w:r>
        <w:t>[Here, and here, and on the back]</w:t>
      </w:r>
    </w:p>
    <w:p>
      <w:r>
        <w:t>That is two</w:t>
      </w:r>
    </w:p>
    <w:p>
      <w:r>
        <w:t>[Three]</w:t>
      </w:r>
    </w:p>
    <w:p>
      <w:r>
        <w:t>And on the back</w:t>
      </w:r>
    </w:p>
    <w:p>
      <w:r>
        <w:t>[And on the back]</w:t>
      </w:r>
    </w:p>
    <w:p>
      <w:r>
        <w:t>Three</w:t>
      </w:r>
    </w:p>
    <w:p>
      <w:r>
        <w:t>[Yes]</w:t>
      </w:r>
    </w:p>
    <w:p>
      <w:r>
        <w:t>Wednesday we need, need</w:t>
      </w:r>
    </w:p>
    <w:p>
      <w:r>
        <w:t>[To come again]</w:t>
      </w:r>
    </w:p>
    <w:p>
      <w:r>
        <w:t>Huh?</w:t>
      </w:r>
    </w:p>
    <w:p>
      <w:r>
        <w:t>[To come on Wednesday]</w:t>
      </w:r>
    </w:p>
    <w:p>
      <w:r>
        <w:t>Wednesday</w:t>
      </w:r>
    </w:p>
    <w:p>
      <w:r>
        <w:t>[I forgot to take a telephone, the telephone number..]</w:t>
      </w:r>
    </w:p>
    <w:p>
      <w:r>
        <w:t>[No need, no need]</w:t>
      </w:r>
    </w:p>
    <w:p>
      <w:r>
        <w:t>Yes</w:t>
      </w:r>
    </w:p>
    <w:p>
      <w:r>
        <w:t>[Shoyn, shoyn]</w:t>
      </w:r>
    </w:p>
    <w:p>
      <w:r>
        <w:t>[We ….., we know the place, but a telephone..]</w:t>
      </w:r>
    </w:p>
    <w:p>
      <w:r>
        <w:t>Yo</w:t>
      </w:r>
    </w:p>
    <w:p>
      <w:r>
        <w:t>[I could have called to notify them that we are coming]</w:t>
      </w:r>
    </w:p>
    <w:p>
      <w:r>
        <w:t>Yo, nu</w:t>
      </w:r>
    </w:p>
    <w:p>
      <w:r>
        <w:t>[Next time we will take a telephone number]</w:t>
      </w:r>
    </w:p>
    <w:p>
      <w:r>
        <w:t>Next time, good, but do you know the place?</w:t>
      </w:r>
    </w:p>
    <w:p>
      <w:r>
        <w:t>[Yes]</w:t>
      </w:r>
    </w:p>
    <w:p>
      <w:r>
        <w:t>{{ . .}}</w:t>
      </w:r>
    </w:p>
    <w:p>
      <w:r>
        <w:t>[So thank God, he is not a sorcerer?]</w:t>
      </w:r>
    </w:p>
    <w:p>
      <w:r>
        <w:t>No</w:t>
      </w:r>
    </w:p>
    <w:p>
      <w:r>
        <w:t>[No]</w:t>
      </w:r>
    </w:p>
    <w:p>
      <w:r>
        <w:t>No, he is an expert</w:t>
      </w:r>
    </w:p>
    <w:p>
      <w:r>
        <w:t>["An expert”]…</w:t>
      </w:r>
    </w:p>
    <w:p>
      <w:r>
        <w:t>...[..that the blood does not flow..]..</w:t>
      </w:r>
    </w:p>
    <w:p>
      <w:r>
        <w:t>...[Passes through the leg]</w:t>
      </w:r>
    </w:p>
    <w:p>
      <w:r>
        <w:t>Ah, ah</w:t>
      </w:r>
    </w:p>
    <w:p>
      <w:r>
        <w:t>[So he, so he says that he will treat it and it will pass]</w:t>
      </w:r>
    </w:p>
    <w:p>
      <w:r>
        <w:t>Yes, yes?</w:t>
      </w:r>
    </w:p>
    <w:p>
      <w:r>
        <w:t>[Yes, thank God]</w:t>
      </w:r>
    </w:p>
    <w:p>
      <w:r>
        <w:t>You too without money?</w:t>
      </w:r>
    </w:p>
    <w:p>
      <w:r>
        <w:t>[Without money, not for money]...</w:t>
      </w:r>
    </w:p>
    <w:p>
      <w:r>
        <w:t>...[..Thank God]</w:t>
      </w:r>
    </w:p>
    <w:p>
      <w:r>
        <w:t>[Here turn ….. left..]</w:t>
      </w:r>
    </w:p>
    <w:p>
      <w:r>
        <w:t>[Elazar, no? Elazar]</w:t>
      </w:r>
    </w:p>
    <w:p>
      <w:r>
        <w:t>[Yes]</w:t>
      </w:r>
    </w:p>
    <w:p>
      <w:r>
        <w:t>Ah</w:t>
      </w:r>
    </w:p>
    <w:p>
      <w:r>
        <w:t>[Turn where you..]...</w:t>
      </w:r>
    </w:p>
    <w:p>
      <w:r>
        <w:t>...He said {that we should come}</w:t>
      </w:r>
    </w:p>
    <w:p>
      <w:r>
        <w:t>[That we should come, yes]</w:t>
      </w:r>
    </w:p>
    <w:p>
      <w:r>
        <w:t>{…..}</w:t>
      </w:r>
    </w:p>
    <w:p>
      <w:r>
        <w:t>[We do not have..]…</w:t>
      </w:r>
    </w:p>
    <w:p>
      <w:r>
        <w:t>...{..} of Yosef</w:t>
      </w:r>
    </w:p>
    <w:p>
      <w:r>
        <w:t>[Of Yosef, yes]</w:t>
      </w:r>
    </w:p>
    <w:p>
      <w:r>
        <w:t>{...}</w:t>
      </w:r>
    </w:p>
    <w:p>
      <w:r>
        <w:t>[The father of.. yes]</w:t>
      </w:r>
    </w:p>
    <w:p>
      <w:r>
        <w:t>Abu Yosef</w:t>
      </w:r>
    </w:p>
    <w:p>
      <w:r>
        <w:t>[Abu Yosef, this is Yosef]</w:t>
      </w:r>
    </w:p>
    <w:p>
      <w:r>
        <w:t>[Who is that over there?]</w:t>
      </w:r>
    </w:p>
    <w:p>
      <w:r>
        <w:t>[Yaakov]</w:t>
      </w:r>
    </w:p>
    <w:p>
      <w:r>
        <w:t>[….…]...</w:t>
      </w:r>
    </w:p>
    <w:p>
      <w:r>
        <w:t>...[Saba and the friends sing the melody: “Atah Nigleita” (they speak in the background about the Petek)]</w:t>
      </w:r>
    </w:p>
    <w:p>
      <w:r>
        <w:t>[Thank God, it was successful]</w:t>
      </w:r>
    </w:p>
    <w:p>
      <w:r>
        <w:t>Huh?</w:t>
      </w:r>
    </w:p>
    <w:p>
      <w:r>
        <w:t>[We succeeded, we traveled, it was successful the whole way, we succeeded in what we wanted]</w:t>
      </w:r>
    </w:p>
    <w:p>
      <w:r>
        <w:t>{..}</w:t>
      </w:r>
    </w:p>
    <w:p>
      <w:r>
        <w:t>[Thank God, Hashem granted us success]</w:t>
      </w:r>
    </w:p>
    <w:p>
      <w:r>
        <w:t>[So today he……]</w:t>
      </w:r>
    </w:p>
    <w:p>
      <w:r>
        <w:t>I cannot understand how he does not accept money</w:t>
      </w:r>
    </w:p>
    <w:p>
      <w:r>
        <w:t>The apartment costs {...}.. yes</w:t>
      </w:r>
    </w:p>
    <w:p>
      <w:r>
        <w:t>[Apparently he has a lot]</w:t>
      </w:r>
    </w:p>
    <w:p>
      <w:r>
        <w:t>Huh?</w:t>
      </w:r>
    </w:p>
    <w:p>
      <w:r>
        <w:t>[He has many people coming, this he has..]</w:t>
      </w:r>
    </w:p>
    <w:p>
      <w:r>
        <w:t>Yes</w:t>
      </w:r>
    </w:p>
    <w:p>
      <w:r>
        <w:t>[He is apparently full of money, but the wonder, the wonder is how he does not take money from us]</w:t>
      </w:r>
    </w:p>
    <w:p>
      <w:r>
        <w:t>Yes</w:t>
      </w:r>
    </w:p>
    <w:p>
      <w:r>
        <w:t>[This is the wonder]</w:t>
      </w:r>
    </w:p>
    <w:p>
      <w:r>
        <w:t>{I do not know}, I do not understand, I do not understand</w:t>
      </w:r>
    </w:p>
    <w:p>
      <w:r>
        <w:t>[You see, this is the garage, look here, here they have a large workshop of their own]</w:t>
      </w:r>
    </w:p>
    <w:p>
      <w:r>
        <w:t>[Tzion Barzilai sings the melody: “Atah Nigleita"]</w:t>
      </w:r>
    </w:p>
    <w:p>
      <w:r>
        <w:t>[Where?]</w:t>
      </w:r>
    </w:p>
    <w:p>
      <w:r>
        <w:t>[And this is his father's place, now it is open over there]</w:t>
      </w:r>
    </w:p>
    <w:p>
      <w:r>
        <w:t>[…….]</w:t>
      </w:r>
    </w:p>
    <w:p>
      <w:r>
        <w:t>[Of that one who..]…</w:t>
      </w:r>
    </w:p>
    <w:p>
      <w:r>
        <w:t>...{..}</w:t>
      </w:r>
    </w:p>
    <w:p>
      <w:r>
        <w:t>[This is the last garage that…. greenhouse]</w:t>
      </w:r>
    </w:p>
    <w:p>
      <w:r>
        <w:t>He has a certificate of</w:t>
      </w:r>
    </w:p>
    <w:p>
      <w:r>
        <w:t>[Of an expert]</w:t>
      </w:r>
    </w:p>
    <w:p>
      <w:r>
        <w:t>{Expert}</w:t>
      </w:r>
    </w:p>
    <w:p>
      <w:r>
        <w:t>[I saw at the entrance, there are many notices where people thank him, and write him many thanks]</w:t>
      </w:r>
    </w:p>
    <w:p>
      <w:r>
        <w:t>Yes?</w:t>
      </w:r>
    </w:p>
    <w:p>
      <w:r>
        <w:t>[And he, he does not need certificates, he says that they should see how people become healthy, then they will say so themselves]</w:t>
      </w:r>
    </w:p>
    <w:p>
      <w:r>
        <w:t>[..He has all the work tools that you need..]</w:t>
      </w:r>
    </w:p>
    <w:p>
      <w:r>
        <w:t>[He does not need certificates]</w:t>
      </w:r>
    </w:p>
    <w:p>
      <w:r>
        <w:t>[If you ever have problems with brakes, tell me, Tzion, I have..]</w:t>
      </w:r>
    </w:p>
    <w:p>
      <w:r>
        <w:t>[Good]</w:t>
      </w:r>
    </w:p>
    <w:p>
      <w:r>
        <w:t>[Someone can help us for free]</w:t>
      </w:r>
    </w:p>
    <w:p>
      <w:r>
        <w:t>[Good, for free?]</w:t>
      </w:r>
    </w:p>
    <w:p>
      <w:r>
        <w:t>[Yes]</w:t>
      </w:r>
    </w:p>
    <w:p>
      <w:r>
        <w:t>[I have a little play in the wheel, maybe we should go in?]</w:t>
      </w:r>
    </w:p>
    <w:p>
      <w:r>
        <w:t>[What is there?]</w:t>
      </w:r>
    </w:p>
    <w:p>
      <w:r>
        <w:t>[………]</w:t>
      </w:r>
    </w:p>
    <w:p>
      <w:r>
        <w:t>[But this is not connected to the brakes]</w:t>
      </w:r>
    </w:p>
    <w:p>
      <w:r>
        <w:t>[Ah, he is only this, only brakes]</w:t>
      </w:r>
    </w:p>
    <w:p>
      <w:r>
        <w:t>[Only brakes]</w:t>
      </w:r>
    </w:p>
    <w:p>
      <w:r>
        <w:t>[Ah, good]…</w:t>
      </w:r>
    </w:p>
    <w:p>
      <w:r>
        <w:t>...[Rabbainu, Rabbainu already revealed to us always to go to an expert, Rabbainu said] Ah, ah</w:t>
      </w:r>
    </w:p>
    <w:p>
      <w:r>
        <w:t>Yesyes[Always to go to an expert]</w:t>
      </w:r>
    </w:p>
    <w:p>
      <w:r>
        <w:t>Yes</w:t>
      </w:r>
    </w:p>
    <w:p>
      <w:r>
        <w:t>Yes</w:t>
      </w:r>
    </w:p>
    <w:p>
      <w:r>
        <w:t>[The expert understands, he also does not take money]</w:t>
      </w:r>
    </w:p>
    <w:p>
      <w:r>
        <w:t>The greatest expert</w:t>
      </w:r>
    </w:p>
    <w:p>
      <w:r>
        <w:t>[The greatest, Rabbainu already warned about this, he warned</w:t>
      </w:r>
    </w:p>
    <w:p>
      <w:r>
        <w:t>We see that in Rabbainu's words there are all the salvations, Rabbainu warned to go to the great expert, the greatest]</w:t>
      </w:r>
    </w:p>
    <w:p>
      <w:r>
        <w:t>[Do you hear? Here..]</w:t>
      </w:r>
    </w:p>
    <w:p>
      <w:r>
        <w:t>{……} This is the.. the building</w:t>
      </w:r>
    </w:p>
    <w:p>
      <w:r>
        <w:t>[The building of..]</w:t>
      </w:r>
    </w:p>
    <w:p>
      <w:r>
        <w:t>What is this?</w:t>
      </w:r>
    </w:p>
    <w:p>
      <w:r>
        <w:t>[This is the building of 'El Al']</w:t>
      </w:r>
    </w:p>
    <w:p>
      <w:r>
        <w:t>Of?</w:t>
      </w:r>
    </w:p>
    <w:p>
      <w:r>
        <w:t>Yes?[A company of, of airplanes] Yes?Yes?[A company of, of airplanes] Yes?[Of the 'El Al' company]</w:t>
      </w:r>
    </w:p>
    <w:p>
      <w:r>
        <w:t>Yes?</w:t>
      </w:r>
    </w:p>
    <w:p>
      <w:r>
        <w:t>[A company of, of airplanes] Yes?</w:t>
      </w:r>
    </w:p>
    <w:p>
      <w:r>
        <w:t>Yes?</w:t>
      </w:r>
    </w:p>
    <w:p>
      <w:r>
        <w:t>[A company of, of airplanes] Yes?</w:t>
      </w:r>
    </w:p>
    <w:p>
      <w:r>
        <w:t>[This is a Carmelit that goes up the whole..]…</w:t>
      </w:r>
    </w:p>
    <w:p>
      <w:r>
        <w:t>[Yes][Yes][Yes][Yes]...{On Wednesday}, that he said that he will come to us</w:t>
      </w:r>
    </w:p>
    <w:p>
      <w:r>
        <w:t>[Yes][Yes]</w:t>
      </w:r>
    </w:p>
    <w:p>
      <w:r>
        <w:t>[Yes][Yes]</w:t>
      </w:r>
    </w:p>
    <w:p>
      <w:r>
        <w:t>He will come to us</w:t>
      </w:r>
    </w:p>
    <w:p>
      <w:r>
        <w:t>[That is what he told you there]</w:t>
      </w:r>
    </w:p>
    <w:p>
      <w:r>
        <w:t>I told him: "We will co.. come"</w:t>
      </w:r>
    </w:p>
    <w:p>
      <w:r>
        <w:t>[Ah, good]</w:t>
      </w:r>
    </w:p>
    <w:p>
      <w:r>
        <w:t>We will see</w:t>
      </w:r>
    </w:p>
    <w:p>
      <w:r>
        <w:t>I see a sign that he is an expert, that he is a great doctor</w:t>
      </w:r>
    </w:p>
    <w:p>
      <w:r>
        <w:t>From the fact that he does not take money from us</w:t>
      </w:r>
    </w:p>
    <w:p>
      <w:r>
        <w:t>[Wow..]</w:t>
      </w:r>
    </w:p>
    <w:p>
      <w:r>
        <w:t>It is impossible to understand</w:t>
      </w:r>
    </w:p>
    <w:p>
      <w:r>
        <w:t>[It is impossible to understand]</w:t>
      </w:r>
    </w:p>
    <w:p>
      <w:r>
        <w:t>[He said….]</w:t>
      </w:r>
    </w:p>
    <w:p>
      <w:r>
        <w:t>[That it is impossible to understand]</w:t>
      </w:r>
    </w:p>
    <w:p>
      <w:r>
        <w:t>He can take fifty</w:t>
      </w:r>
    </w:p>
    <w:p>
      <w:r>
        <w:t>[Fifty, a hundred..]</w:t>
      </w:r>
    </w:p>
    <w:p>
      <w:r>
        <w:t>A hundred, yes…</w:t>
      </w:r>
    </w:p>
    <w:p>
      <w:r>
        <w:t>...[…]</w:t>
      </w:r>
    </w:p>
    <w:p>
      <w:r>
        <w:t>Huh?</w:t>
      </w:r>
    </w:p>
    <w:p>
      <w:r>
        <w:t>[The flea market, rags, rags, market, market, market..]</w:t>
      </w:r>
    </w:p>
    <w:p>
      <w:r>
        <w:t>Market</w:t>
      </w:r>
    </w:p>
    <w:p>
      <w:r>
        <w:t>[Of rags]</w:t>
      </w:r>
    </w:p>
    <w:p>
      <w:r>
        <w:t>[Alte zachen]</w:t>
      </w:r>
    </w:p>
    <w:p>
      <w:r>
        <w:t>[Alte zachen, alte zachen]</w:t>
      </w:r>
    </w:p>
    <w:p>
      <w:r>
        <w:t>[..I do not know what it is, surely it means used things]</w:t>
      </w:r>
    </w:p>
    <w:p>
      <w:r>
        <w:t>[Alte zachen..]</w:t>
      </w:r>
    </w:p>
    <w:p>
      <w:r>
        <w:t>[Alte, this, this is "old," and zachen is "thing," "old things”, "old things"]</w:t>
      </w:r>
    </w:p>
    <w:p>
      <w:r>
        <w:t>[Ah, alte is "old, and zachen is "old"?]</w:t>
      </w:r>
    </w:p>
    <w:p>
      <w:r>
        <w:t>[Yes, al.., alte]</w:t>
      </w:r>
    </w:p>
    <w:p>
      <w:r>
        <w:t>[Alte, yes]</w:t>
      </w:r>
    </w:p>
    <w:p>
      <w:r>
        <w:t>[Rabbainu once said a statement..]...</w:t>
      </w:r>
    </w:p>
    <w:p>
      <w:r>
        <w:t>...[..The clerk told me: "The proprietor said not to take a single penny from you"]</w:t>
      </w:r>
    </w:p>
    <w:p>
      <w:r>
        <w:t>Yes? Ah</w:t>
      </w:r>
    </w:p>
    <w:p>
      <w:r>
        <w:t>[Ah, ah]</w:t>
      </w:r>
    </w:p>
    <w:p>
      <w:r>
        <w:t>[A wonder of wonders]…</w:t>
      </w:r>
    </w:p>
    <w:p>
      <w:r>
        <w:t>...[Saba and the friends sing:</w:t>
      </w:r>
    </w:p>
    <w:p>
      <w:r>
        <w:t>"Our greatness and our glory will be revealed with the coming of our righteous Messiah.."]</w:t>
      </w:r>
    </w:p>
    <w:p>
      <w:r>
        <w:t>(29:14) –</w:t>
      </w:r>
    </w:p>
    <w:p>
      <w:r>
        <w:t>[Here there is a good place, to put signs too…]</w:t>
      </w:r>
    </w:p>
    <w:p>
      <w:r>
        <w:t>[…………………..]</w:t>
      </w:r>
    </w:p>
    <w:p>
      <w:r>
        <w:t>[Saba and the friends sing:</w:t>
      </w:r>
    </w:p>
    <w:p>
      <w:r>
        <w:t>"Our greatness and our glory will be revealed with the coming of our righteous Messiah.."]</w:t>
      </w:r>
    </w:p>
    <w:p>
      <w:r>
        <w:t>Of Breslov</w:t>
      </w:r>
    </w:p>
    <w:p>
      <w:r>
        <w:t>[….]</w:t>
      </w:r>
    </w:p>
    <w:p>
      <w:r>
        <w:t>No..</w:t>
      </w:r>
    </w:p>
    <w:p>
      <w:r>
        <w:t>[Not for you]</w:t>
      </w:r>
    </w:p>
    <w:p>
      <w:r>
        <w:t>Our greatness is mine..</w:t>
      </w:r>
    </w:p>
    <w:p>
      <w:r>
        <w:t>[Of Breslov]</w:t>
      </w:r>
    </w:p>
    <w:p>
      <w:r>
        <w:t>{There is more .…}</w:t>
      </w:r>
    </w:p>
    <w:p>
      <w:r>
        <w:t>[ Of "Na Nach"]</w:t>
      </w:r>
    </w:p>
    <w:p>
      <w:r>
        <w:t>(Saba laughs)</w:t>
      </w:r>
    </w:p>
    <w:p>
      <w:r>
        <w:t>[When, when Rebbe Nassan sang this, he already saw through ruach hakodesh</w:t>
      </w:r>
    </w:p>
    <w:p>
      <w:r>
        <w:t>That the great and awesome song would yet be revealed, and then he already knew all the troubles and obstacles</w:t>
      </w:r>
    </w:p>
    <w:p>
      <w:r>
        <w:t>And then he sang: "Our righteous Messiah will reveal our greatness and our glory.."]</w:t>
      </w:r>
    </w:p>
    <w:p>
      <w:r>
        <w:t>[Saba and the friends continue to sing:</w:t>
      </w:r>
    </w:p>
    <w:p>
      <w:r>
        <w:t>"Our greatness and our glory will be revealed with the coming of our righteous Messiah..”]</w:t>
      </w:r>
    </w:p>
    <w:p>
      <w:r>
        <w:t>(31:44) -</w:t>
      </w:r>
    </w:p>
    <w:p>
      <w:r>
        <w:t>[….Here you can put several signs on several old buildings]</w:t>
      </w:r>
    </w:p>
    <w:p>
      <w:r>
        <w:t>(32:05) –</w:t>
      </w:r>
    </w:p>
    <w:p>
      <w:r>
        <w:t>[Stickers, from here you can see it, huh?]</w:t>
      </w:r>
    </w:p>
    <w:p>
      <w:r>
        <w:t>[……………]</w:t>
      </w:r>
    </w:p>
    <w:p>
      <w:r>
        <w:t>[……………]</w:t>
      </w:r>
    </w:p>
    <w:p>
      <w:r>
        <w:t>(32:54) -</w:t>
      </w:r>
    </w:p>
    <w:p>
      <w:r>
        <w:t>[...In Teveria another ten or so..]</w:t>
      </w:r>
    </w:p>
    <w:p>
      <w:r>
        <w:t>(Saba laughs)</w:t>
      </w:r>
    </w:p>
    <w:p>
      <w:r>
        <w:t>[………]</w:t>
      </w:r>
    </w:p>
    <w:p>
      <w:r>
        <w:t>[This is work every day, to go ……. find a place and put up]</w:t>
      </w:r>
    </w:p>
    <w:p>
      <w:r>
        <w:t>[Where here?]</w:t>
      </w:r>
    </w:p>
    <w:p>
      <w:r>
        <w:t>[…..Teveria]</w:t>
      </w:r>
    </w:p>
    <w:p>
      <w:r>
        <w:t>[……….…]</w:t>
      </w:r>
    </w:p>
    <w:p>
      <w:r>
        <w:t>[……… but it is not terrible]</w:t>
      </w:r>
    </w:p>
    <w:p>
      <w:r>
        <w:t>[……………………There are people there……..]</w:t>
      </w:r>
    </w:p>
    <w:p>
      <w:r>
        <w:t>[………In high places]</w:t>
      </w:r>
    </w:p>
    <w:p>
      <w:r>
        <w:t>[It is good that you said it, something good can come out of this, because - …………..]</w:t>
      </w:r>
    </w:p>
    <w:p>
      <w:r>
        <w:t>[……………Like Uri had……]</w:t>
      </w:r>
    </w:p>
    <w:p>
      <w:r>
        <w:t>[………….]</w:t>
      </w:r>
    </w:p>
    <w:p>
      <w:r>
        <w:t>[Here you can take between two balconies and put the {sign}………….]</w:t>
      </w:r>
    </w:p>
    <w:p>
      <w:r>
        <w:t>[………………….]</w:t>
      </w:r>
    </w:p>
    <w:p>
      <w:r>
        <w:t>[………………….]</w:t>
      </w:r>
    </w:p>
    <w:p>
      <w:r>
        <w:t>[…….You can ask Saba ………. Yisroel Shefer ….. what he …….</w:t>
      </w:r>
    </w:p>
    <w:p>
      <w:r>
        <w:t>Afterward we will see what we will do, first of all the………….]</w:t>
      </w:r>
    </w:p>
    <w:p>
      <w:r>
        <w:t>[Saba and the friends sing:</w:t>
      </w:r>
    </w:p>
    <w:p>
      <w:r>
        <w:t>"Our greatness and our glory will be revealed with the coming of our righteous Messiah..”]</w:t>
      </w:r>
    </w:p>
    <w:p>
      <w:r>
        <w:t>(38:44) -</w:t>
      </w:r>
    </w:p>
    <w:p>
      <w:r>
        <w:t>[They see it from Tzfas, from Yaakov Levy they see it ………]</w:t>
      </w:r>
    </w:p>
    <w:p>
      <w:r>
        <w:t>[Yes?]</w:t>
      </w:r>
    </w:p>
    <w:p>
      <w:r>
        <w:t>[From Yaakov Levy they see it..]</w:t>
      </w:r>
    </w:p>
    <w:p>
      <w:r>
        <w:t>[….]</w:t>
      </w:r>
    </w:p>
    <w:p>
      <w:r>
        <w:t>[Huh?]</w:t>
      </w:r>
    </w:p>
    <w:p>
      <w:r>
        <w:t>[Yes?]</w:t>
      </w:r>
    </w:p>
    <w:p>
      <w:r>
        <w:t>{….……} [..……………………] [..……………………]{….……} [..……………………] [..……………………][Yes, he told me..]</w:t>
      </w:r>
    </w:p>
    <w:p>
      <w:r>
        <w:t>{….……} [..……………………] [..……………………]</w:t>
      </w:r>
    </w:p>
    <w:p>
      <w:r>
        <w:t>{….……} [..……………………] [..……………………]</w:t>
      </w:r>
    </w:p>
    <w:p>
      <w:r>
        <w:t>[Saba and the friends sing:</w:t>
      </w:r>
    </w:p>
    <w:p>
      <w:r>
        <w:t>"Our greatness and our glory will be revealed with the coming of our righteous Messiah..”]</w:t>
      </w:r>
    </w:p>
    <w:p>
      <w:r>
        <w:t>"Na Nach Nachma Nachman MeUman.."]…</w:t>
      </w:r>
    </w:p>
    <w:p>
      <w:r>
        <w:br w:type="page"/>
      </w:r>
    </w:p>
    <w:p>
      <w:pPr>
        <w:pStyle w:val="Heading1"/>
      </w:pPr>
      <w:r>
        <w:t>Tape 49</w:t>
      </w:r>
    </w:p>
    <w:p>
      <w:pPr>
        <w:pStyle w:val="Heading2"/>
      </w:pPr>
      <w:r>
        <w:t>Side A (Aleph)</w:t>
      </w:r>
    </w:p>
    <w:p>
      <w:r>
        <w:t>...{all of life..} only to print and disseminate</w:t>
      </w:r>
    </w:p>
    <w:p>
      <w:r>
        <w:t>What is this?</w:t>
      </w:r>
    </w:p>
    <w:p>
      <w:r>
        <w:t>[Hot soup, hot soup]…</w:t>
      </w:r>
    </w:p>
    <w:p>
      <w:r>
        <w:t>...{..} the walking, it seems</w:t>
      </w:r>
    </w:p>
    <w:p>
      <w:r>
        <w:t>[It seems, it seems]…</w:t>
      </w:r>
    </w:p>
    <w:p>
      <w:r>
        <w:t>...[…]</w:t>
      </w:r>
    </w:p>
    <w:p>
      <w:r>
        <w:t>{To awaken, to awaken, ….}</w:t>
      </w:r>
    </w:p>
    <w:p>
      <w:r>
        <w:t>[…….Hashem Yisborach]</w:t>
      </w:r>
    </w:p>
    <w:p>
      <w:r>
        <w:t>{To awaken} to Hashem Yisborach, that they should take to heart all the words that he teaches us</w:t>
      </w:r>
    </w:p>
    <w:p>
      <w:r>
        <w:t>How to be a Jew, how to conduct oneself, how {to pray}, to print, how, how to live…</w:t>
      </w:r>
    </w:p>
    <w:p>
      <w:r>
        <w:t>...{...}</w:t>
      </w:r>
    </w:p>
    <w:p>
      <w:r>
        <w:t>[Yes, Saba]</w:t>
      </w:r>
    </w:p>
    <w:p>
      <w:r>
        <w:t>Go to.. to Discount Bank…</w:t>
      </w:r>
    </w:p>
    <w:p>
      <w:r>
        <w:t>...[Yes, yes, Saba, there will be order, with Hashem's help]</w:t>
      </w:r>
    </w:p>
    <w:p>
      <w:r>
        <w:t>To print and disseminate</w:t>
      </w:r>
    </w:p>
    <w:p>
      <w:r>
        <w:t>[Yes, there will be someone who..]…</w:t>
      </w:r>
    </w:p>
    <w:p>
      <w:r>
        <w:t>...[Yes, yes]…</w:t>
      </w:r>
    </w:p>
    <w:p>
      <w:r>
        <w:t>...Very awesome, all the words of our holy Rabbainu, all the words of Rabbainu are, are</w:t>
      </w:r>
    </w:p>
    <w:p>
      <w:r>
        <w:t>They teach us and awaken us {…} about everything, about everything…</w:t>
      </w:r>
    </w:p>
    <w:p>
      <w:r>
        <w:t>...[All the advice on how to fight with the.. how to shoot at the yetzer hara, how to win the war, yes]</w:t>
      </w:r>
    </w:p>
    <w:p>
      <w:r>
        <w:t>{{...}}</w:t>
      </w:r>
    </w:p>
    <w:p>
      <w:r>
        <w:t>[And that there is, a true Breslover who utilizes all his intellect and wisdom only for what our holy Rabbainu says</w:t>
      </w:r>
    </w:p>
    <w:p>
      <w:r>
        <w:t>That is true Breslov, and there is a Breslover who also wants his own wisdoms and the lusts</w:t>
      </w:r>
    </w:p>
    <w:p>
      <w:r>
        <w:t>And he is called a Breslover, but he is an opponent; that is what you told me tonight, so I..]</w:t>
      </w:r>
    </w:p>
    <w:p>
      <w:r>
        <w:t>Yes, yes, yes</w:t>
      </w:r>
    </w:p>
    <w:p>
      <w:r>
        <w:t>[I told this to.. to the friends, to Tzion Barzilai and to..]</w:t>
      </w:r>
    </w:p>
    <w:p>
      <w:r>
        <w:t>[To Shimon]</w:t>
      </w:r>
    </w:p>
    <w:p>
      <w:r>
        <w:t>[And to Shimon, I told them the words that you spoke with me at night</w:t>
      </w:r>
    </w:p>
    <w:p>
      <w:r>
        <w:t>With which you revived me, with such true and wondrous words, yes]…</w:t>
      </w:r>
    </w:p>
    <w:p>
      <w:r>
        <w:t>…[………….……]</w:t>
      </w:r>
    </w:p>
    <w:p>
      <w:r>
        <w:t>[…………….……]</w:t>
      </w:r>
    </w:p>
    <w:p>
      <w:r>
        <w:t>[Djembe, ..from Africa]</w:t>
      </w:r>
    </w:p>
    <w:p>
      <w:r>
        <w:t>[…………..]</w:t>
      </w:r>
    </w:p>
    <w:p>
      <w:r>
        <w:t>[……..…...]</w:t>
      </w:r>
    </w:p>
    <w:p>
      <w:r>
        <w:t>[The friends play and sing:</w:t>
      </w:r>
    </w:p>
    <w:p>
      <w:r>
        <w:t>"In you, Rabbainu, we will rejoice, in you, Rabbainu, we will be glad, in you, Rabbainu, we will rejoice and be glad in you.." Afterward they sing:</w:t>
      </w:r>
    </w:p>
    <w:p>
      <w:r>
        <w:t>"Who will give me a wing like a dove, I will fly to the holy Tzion, Uman</w:t>
      </w:r>
    </w:p>
    <w:p>
      <w:r>
        <w:t>"Na Nach Nachma Nachman MeUman.."]</w:t>
      </w:r>
    </w:p>
    <w:p>
      <w:r>
        <w:t>[This is his, and this is a darbuka]</w:t>
      </w:r>
    </w:p>
    <w:p>
      <w:r>
        <w:t>[Yes]</w:t>
      </w:r>
    </w:p>
    <w:p>
      <w:r>
        <w:t>[Ah, he has a darbuka.. his]</w:t>
      </w:r>
    </w:p>
    <w:p>
      <w:r>
        <w:t>[He also has a darbuka, it is not here..]</w:t>
      </w:r>
    </w:p>
    <w:p>
      <w:r>
        <w:t>[I already said that there need to be several {….} of ours]</w:t>
      </w:r>
    </w:p>
    <w:p>
      <w:r>
        <w:t>[Victor and…]</w:t>
      </w:r>
    </w:p>
    <w:p>
      <w:r>
        <w:t>[{Several}.. organized instruments of ours, only a keyboard is needed]</w:t>
      </w:r>
    </w:p>
    <w:p>
      <w:r>
        <w:t>[What did you say this is called?]</w:t>
      </w:r>
    </w:p>
    <w:p>
      <w:r>
        <w:t>[…….]</w:t>
      </w:r>
    </w:p>
    <w:p>
      <w:r>
        <w:t>[This—what is he called?]</w:t>
      </w:r>
    </w:p>
    <w:p>
      <w:r>
        <w:t>[….]</w:t>
      </w:r>
    </w:p>
    <w:p>
      <w:r>
        <w:t>[What is he called?]</w:t>
      </w:r>
    </w:p>
    <w:p>
      <w:r>
        <w:t>[Djembe, djembe]</w:t>
      </w:r>
    </w:p>
    <w:p>
      <w:r>
        <w:t>[Djembe.. small]</w:t>
      </w:r>
    </w:p>
    <w:p>
      <w:r>
        <w:t>[A small djembe]</w:t>
      </w:r>
    </w:p>
    <w:p>
      <w:r>
        <w:t>[Yes, there are enormous ones like this, this sort of height]</w:t>
      </w:r>
    </w:p>
    <w:p>
      <w:r>
        <w:t>[I know, djembe]</w:t>
      </w:r>
    </w:p>
    <w:p>
      <w:r>
        <w:t>[Like this..]</w:t>
      </w:r>
    </w:p>
    <w:p>
      <w:r>
        <w:t>[The friends play and sing:</w:t>
      </w:r>
    </w:p>
    <w:p>
      <w:r>
        <w:t>"Who will give me a wing like a dove, I will fly to the holy Tzion, Uman.."</w:t>
      </w:r>
    </w:p>
    <w:p>
      <w:r>
        <w:t>Afterward they sing:</w:t>
      </w:r>
    </w:p>
    <w:p>
      <w:r>
        <w:t>"Strength and splendor are her clothing, and she will laugh at the final day.."</w:t>
      </w:r>
    </w:p>
    <w:p>
      <w:r>
        <w:t>(9:18) -</w:t>
      </w:r>
    </w:p>
    <w:p>
      <w:r>
        <w:t>[Is this how one beats it?]</w:t>
      </w:r>
    </w:p>
    <w:p>
      <w:r>
        <w:t>{….}</w:t>
      </w:r>
    </w:p>
    <w:p>
      <w:r>
        <w:t>[Not too loud]</w:t>
      </w:r>
    </w:p>
    <w:p>
      <w:r>
        <w:t>[…………….]</w:t>
      </w:r>
    </w:p>
    <w:p>
      <w:r>
        <w:t>[…………]</w:t>
      </w:r>
    </w:p>
    <w:p>
      <w:r>
        <w:t>"Strength and splendor are her clothing, and she will laugh at the final day.."</w:t>
      </w:r>
    </w:p>
    <w:p>
      <w:r>
        <w:t>Afterward they sing:</w:t>
      </w:r>
    </w:p>
    <w:p>
      <w:r>
        <w:t>"In you, Rabbainu, we will rejoice, in you, Rabbainu, we will be glad, in you, Rabbainu, we will rejoice and be glad in you.." Afterward they sing:</w:t>
      </w:r>
    </w:p>
    <w:p>
      <w:r>
        <w:t>"Serve Hashem with joy, come before Him with joyful song.."</w:t>
      </w:r>
    </w:p>
    <w:p>
      <w:r>
        <w:t>Afterward they chant the melody of:</w:t>
      </w:r>
    </w:p>
    <w:p>
      <w:r>
        <w:t>"Rabbainu roared in a loud voice, there is no despair in the world at all.."</w:t>
      </w:r>
    </w:p>
    <w:p>
      <w:r>
        <w:t>And some other melody</w:t>
      </w:r>
    </w:p>
    <w:p>
      <w:r>
        <w:t>Afterward they sing:</w:t>
      </w:r>
    </w:p>
    <w:p>
      <w:r>
        <w:t>"Bar Yochai, you were anointed—fortunate are you—with oil of joy above your companions</w:t>
      </w:r>
    </w:p>
    <w:p>
      <w:r>
        <w:t>Bar Yochai, with oil of holy anointing you were anointed from the attribute of holiness</w:t>
      </w:r>
    </w:p>
    <w:p>
      <w:r>
        <w:t>{Bar Yochai}, the holy crown is worn upon your head, your glory</w:t>
      </w:r>
    </w:p>
    <w:p>
      <w:r>
        <w:t>Bar Yochai, a good dwelling you dwelt in, the day you fled, the day on which you escaped</w:t>
      </w:r>
    </w:p>
    <w:p>
      <w:r>
        <w:t>In a cave of rocks where you stood, there you acquired your majesty and your splendor</w:t>
      </w:r>
    </w:p>
    <w:p>
      <w:r>
        <w:t>Bar Yochai, acacia trees stand, they study the teachings of Hashem</w:t>
      </w:r>
    </w:p>
    <w:p>
      <w:r>
        <w:t>A wondrous light, a burning light, they burn; behold, they will instruct you, your teachers. Bar Yochai, and to the apple orchard you ascended, to gather spices in it; the secrets of Torah like blossoms and flowers. ‘Let us make man’ was said for your sake. Bar Yochai, you girded yourself with might, and in the war of the fiery law you stormed; and a sword you drew from its sheath, you unsheathed it against your adversaries</w:t>
      </w:r>
    </w:p>
    <w:p>
      <w:r>
        <w:t>Bar Yochai, you reached the place of marble stones, before a lion, a layish</w:t>
      </w:r>
    </w:p>
    <w:p>
      <w:r>
        <w:t>Also the crowning capital upon Ayish you behold, and who can behold you?.."]</w:t>
      </w:r>
    </w:p>
    <w:p>
      <w:r>
        <w:t>[...Too much]</w:t>
      </w:r>
    </w:p>
    <w:p>
      <w:r>
        <w:t>[Loud, loud, louder]</w:t>
      </w:r>
    </w:p>
    <w:p>
      <w:r>
        <w:t>[Too much, too much…]</w:t>
      </w:r>
    </w:p>
    <w:p>
      <w:r>
        <w:t>["Bar Yochai, you were anointed, fortunate…" difficult..]</w:t>
      </w:r>
    </w:p>
    <w:p>
      <w:r>
        <w:t>["Bar Yochai, in the Holy of Holies, a line of…" this is the most beautiful… it is not too loud…] […. Tell him this, this, this {..} he is with Rabbainu and I {..}, is that how one says it?] [Yes, he knows by himself, he knows]</w:t>
      </w:r>
    </w:p>
    <w:p>
      <w:r>
        <w:t>[You are with Rabbainu]</w:t>
      </w:r>
    </w:p>
    <w:p>
      <w:r>
        <w:t>[Ah?]</w:t>
      </w:r>
    </w:p>
    <w:p>
      <w:r>
        <w:t>[…….]</w:t>
      </w:r>
    </w:p>
    <w:p>
      <w:r>
        <w:t>[He… he…]</w:t>
      </w:r>
    </w:p>
    <w:p>
      <w:r>
        <w:t>(They play on the djembe)</w:t>
      </w:r>
    </w:p>
    <w:p>
      <w:r>
        <w:t>[Only like this, no more is needed ……… good]</w:t>
      </w:r>
    </w:p>
    <w:p>
      <w:r>
        <w:t>[The friends continue singing:</w:t>
      </w:r>
    </w:p>
    <w:p>
      <w:r>
        <w:t>Bar Yochai, you were anointed—fortunate are you—with oil of joy above your companions..</w:t>
      </w:r>
    </w:p>
    <w:p>
      <w:r>
        <w:t>Bar Yochai, in the Holy of Holies, a green line renews new moons</w:t>
      </w:r>
    </w:p>
    <w:p>
      <w:r>
        <w:t>Seven Sabbaths, the secret of fifty; you bound the bonds of Shin, your bonds</w:t>
      </w:r>
    </w:p>
    <w:p>
      <w:r>
        <w:t>Bar Yochai, Yod of ancient wisdom, you gazed inward toward His glory; thirty-two paths, the first of the offering; you are an anointed cherub, the radiance of your light. Bar Yochai, a light of wonder, height aloft; you feared to gaze, for great is its mystery, and none calls to her; you slumbered, an eye did not…"]…</w:t>
      </w:r>
    </w:p>
    <w:p>
      <w:r>
        <w:t>...What?</w:t>
      </w:r>
    </w:p>
    <w:p>
      <w:r>
        <w:t>[Washing hands? Washing hands?]</w:t>
      </w:r>
    </w:p>
    <w:p>
      <w:r>
        <w:t>{…}</w:t>
      </w:r>
    </w:p>
    <w:p>
      <w:r>
        <w:t>[All right, Nachman, where is the one that was hanging on the wall, my drill-driver</w:t>
      </w:r>
    </w:p>
    <w:p>
      <w:r>
        <w:t>Where did you put it?… Ah?]</w:t>
      </w:r>
    </w:p>
    <w:p>
      <w:r>
        <w:t>[….]</w:t>
      </w:r>
    </w:p>
    <w:p>
      <w:r>
        <w:t>[Where is it?]</w:t>
      </w:r>
    </w:p>
    <w:p>
      <w:r>
        <w:t>[……...] Ah..</w:t>
      </w:r>
    </w:p>
    <w:p>
      <w:r>
        <w:t>[What, do you know how to play a mandolin?]</w:t>
      </w:r>
    </w:p>
    <w:p>
      <w:r>
        <w:t>[Rebbe Yisroel, we have, there is someone new who arrived from France]</w:t>
      </w:r>
    </w:p>
    <w:p>
      <w:r>
        <w:t>Ah?</w:t>
      </w:r>
    </w:p>
    <w:p>
      <w:r>
        <w:t>[We have a new friend who arrived from France]</w:t>
      </w:r>
    </w:p>
    <w:p>
      <w:r>
        <w:t>{A shop?}</w:t>
      </w:r>
    </w:p>
    <w:p>
      <w:r>
        <w:t>[A friend, a friend, a friend who arrived from France, Aharon, Aharon Cohen, he came to live in Eretz Yisroel] Nu</w:t>
      </w:r>
    </w:p>
    <w:p>
      <w:r>
        <w:t>[He was in France, now he has come to Eretz Yisroel]</w:t>
      </w:r>
    </w:p>
    <w:p>
      <w:r>
        <w:t>{..}</w:t>
      </w:r>
    </w:p>
    <w:p>
      <w:r>
        <w:t>[Two days ago, two days ago..]</w:t>
      </w:r>
    </w:p>
    <w:p>
      <w:r>
        <w:t>Boruch Hashem</w:t>
      </w:r>
    </w:p>
    <w:p>
      <w:r>
        <w:t>[Tell him that he plays]</w:t>
      </w:r>
    </w:p>
    <w:p>
      <w:r>
        <w:t>[Yes, he also plays, he plays also..]</w:t>
      </w:r>
    </w:p>
    <w:p>
      <w:r>
        <w:t>[On the drums]</w:t>
      </w:r>
    </w:p>
    <w:p>
      <w:r>
        <w:t>[On the drums]</w:t>
      </w:r>
    </w:p>
    <w:p>
      <w:r>
        <w:t>Yes</w:t>
      </w:r>
    </w:p>
    <w:p>
      <w:r>
        <w:t>[A drummer]</w:t>
      </w:r>
    </w:p>
    <w:p>
      <w:r>
        <w:t>[[An expert, an expert]]</w:t>
      </w:r>
    </w:p>
    <w:p>
      <w:r>
        <w:t>{Yo'a}</w:t>
      </w:r>
    </w:p>
    <w:p>
      <w:r>
        <w:t>[An expert, an expert]</w:t>
      </w:r>
    </w:p>
    <w:p>
      <w:r>
        <w:t>[No, no]</w:t>
      </w:r>
    </w:p>
    <w:p>
      <w:r>
        <w:t>[What? No]</w:t>
      </w:r>
    </w:p>
    <w:p>
      <w:r>
        <w:t>[And he..]</w:t>
      </w:r>
    </w:p>
    <w:p>
      <w:r>
        <w:t>Where did he learn {..} music?</w:t>
      </w:r>
    </w:p>
    <w:p>
      <w:r>
        <w:t>[In France, in.. abroad]</w:t>
      </w:r>
    </w:p>
    <w:p>
      <w:r>
        <w:t>Yes? {He arrived here?..}</w:t>
      </w:r>
    </w:p>
    <w:p>
      <w:r>
        <w:t>[.…….]</w:t>
      </w:r>
    </w:p>
    <w:p>
      <w:r>
        <w:t>[……..]</w:t>
      </w:r>
    </w:p>
    <w:p>
      <w:r>
        <w:t>How much, what time is it?</w:t>
      </w:r>
    </w:p>
    <w:p>
      <w:r>
        <w:t>[Twenty to seven]</w:t>
      </w:r>
    </w:p>
    <w:p>
      <w:r>
        <w:t>[Twenty to seven, twenty to seven]</w:t>
      </w:r>
    </w:p>
    <w:p>
      <w:r>
        <w:t>Oy vey, oy vey, let me have my legs in bed, ah..</w:t>
      </w:r>
    </w:p>
    <w:p>
      <w:r>
        <w:t>[..Wants you to play…..]</w:t>
      </w:r>
    </w:p>
    <w:p>
      <w:r>
        <w:t>{..}</w:t>
      </w:r>
    </w:p>
    <w:p>
      <w:r>
        <w:t>[…………..]</w:t>
      </w:r>
    </w:p>
    <w:p>
      <w:r>
        <w:t>[Rebbe Yisroel, Rebbe Yisroel, Aharon sends you regards from Abraham, Abraham from Tunis, whom you visited on Sukkos, do you remember]</w:t>
      </w:r>
    </w:p>
    <w:p>
      <w:r>
        <w:t>{Nu}</w:t>
      </w:r>
    </w:p>
    <w:p>
      <w:r>
        <w:t>[He sends you regards from him]</w:t>
      </w:r>
    </w:p>
    <w:p>
      <w:r>
        <w:t>[……………….…..]</w:t>
      </w:r>
    </w:p>
    <w:p>
      <w:r>
        <w:t>[…………………...]</w:t>
      </w:r>
    </w:p>
    <w:p>
      <w:r>
        <w:t>[Rebbe Yisroel, he brought you a sweater]</w:t>
      </w:r>
    </w:p>
    <w:p>
      <w:r>
        <w:t>Ah?</w:t>
      </w:r>
    </w:p>
    <w:p>
      <w:r>
        <w:t>[A sweater, a gift]</w:t>
      </w:r>
    </w:p>
    <w:p>
      <w:r>
        <w:t>Ah?</w:t>
      </w:r>
    </w:p>
    <w:p>
      <w:r>
        <w:t>[He brought you a new sweater, Aharon]</w:t>
      </w:r>
    </w:p>
    <w:p>
      <w:r>
        <w:t>Who?</w:t>
      </w:r>
    </w:p>
    <w:p>
      <w:r>
        <w:t>[Aharon, Aharon, this one from France]</w:t>
      </w:r>
    </w:p>
    <w:p>
      <w:r>
        <w:t>Where?</w:t>
      </w:r>
    </w:p>
    <w:p>
      <w:r>
        <w:t>[Here]</w:t>
      </w:r>
    </w:p>
    <w:p>
      <w:r>
        <w:t>{...}</w:t>
      </w:r>
    </w:p>
    <w:p>
      <w:r>
        <w:t>[Yes, this is a new sweater]</w:t>
      </w:r>
    </w:p>
    <w:p>
      <w:r>
        <w:t>{………}</w:t>
      </w:r>
    </w:p>
    <w:p>
      <w:r>
        <w:t>[Who brought this?]</w:t>
      </w:r>
    </w:p>
    <w:p>
      <w:r>
        <w:t>Ah?</w:t>
      </w:r>
    </w:p>
    <w:p>
      <w:r>
        <w:t>[..He brought you a gift from France]</w:t>
      </w:r>
    </w:p>
    <w:p>
      <w:r>
        <w:t>Ah, good, I, I want to get dressed</w:t>
      </w:r>
    </w:p>
    <w:p>
      <w:r>
        <w:t>[Yes?.. It is necessary, it is necessary to take off the…]</w:t>
      </w:r>
    </w:p>
    <w:p>
      <w:r>
        <w:t>Where did he bring this from? From France?</w:t>
      </w:r>
    </w:p>
    <w:p>
      <w:r>
        <w:t>[He brought this from France, yes]</w:t>
      </w:r>
    </w:p>
    <w:p>
      <w:r>
        <w:t>{From France}</w:t>
      </w:r>
    </w:p>
    <w:p>
      <w:r>
        <w:t>[Yes, from France..]</w:t>
      </w:r>
    </w:p>
    <w:p>
      <w:r>
        <w:t>[…………………..]</w:t>
      </w:r>
    </w:p>
    <w:p>
      <w:r>
        <w:t>[…………………..]</w:t>
      </w:r>
    </w:p>
    <w:p>
      <w:r>
        <w:t>[Rebbe Yisroel]</w:t>
      </w:r>
    </w:p>
    <w:p>
      <w:r>
        <w:t>Nu</w:t>
      </w:r>
    </w:p>
    <w:p>
      <w:r>
        <w:t>[He brought from France, he brought from France several pidyonos people gave him pidyonos to deliver to you, you..]</w:t>
      </w:r>
    </w:p>
    <w:p>
      <w:r>
        <w:t>Ah</w:t>
      </w:r>
    </w:p>
    <w:p>
      <w:r>
        <w:t>[Can do this now or tomorrow, is tomorrow better?] Ah</w:t>
      </w:r>
    </w:p>
    <w:p>
      <w:r>
        <w:t>[People gave him pidyonos to deliver to you]</w:t>
      </w:r>
    </w:p>
    <w:p>
      <w:r>
        <w:t>[Did you just come from France?]</w:t>
      </w:r>
    </w:p>
    <w:p>
      <w:r>
        <w:t>[I have no time]</w:t>
      </w:r>
    </w:p>
    <w:p>
      <w:r>
        <w:t>Ah</w:t>
      </w:r>
    </w:p>
    <w:p>
      <w:r>
        <w:t>[It can wait]</w:t>
      </w:r>
    </w:p>
    <w:p>
      <w:r>
        <w:t>[Did he just come?]</w:t>
      </w:r>
    </w:p>
    <w:p>
      <w:r>
        <w:t>[Two days ago he was in France]</w:t>
      </w:r>
    </w:p>
    <w:p>
      <w:r>
        <w:t>[He is very tense]</w:t>
      </w:r>
    </w:p>
    <w:p>
      <w:r>
        <w:t>[…...]</w:t>
      </w:r>
    </w:p>
    <w:p>
      <w:r>
        <w:t>[Could it be tomorrow?]</w:t>
      </w:r>
    </w:p>
    <w:p>
      <w:r>
        <w:t>[Very good]</w:t>
      </w:r>
    </w:p>
    <w:p>
      <w:r>
        <w:t>[…….]</w:t>
      </w:r>
    </w:p>
    <w:p>
      <w:r>
        <w:t>[Nachman, Nachman]</w:t>
      </w:r>
    </w:p>
    <w:p>
      <w:r>
        <w:t>[…..]</w:t>
      </w:r>
    </w:p>
    <w:p>
      <w:r>
        <w:t>[He, he, he studies this, he knows up to….]</w:t>
      </w:r>
    </w:p>
    <w:p>
      <w:r>
        <w:t>[...This]</w:t>
      </w:r>
    </w:p>
    <w:p>
      <w:r>
        <w:t>[Ah, ah, yes]</w:t>
      </w:r>
    </w:p>
    <w:p>
      <w:r>
        <w:t>[..A drum set he knows better.. oh.. oh..</w:t>
      </w:r>
    </w:p>
    <w:p>
      <w:r>
        <w:t>I need a drum set, for weddings and this]</w:t>
      </w:r>
    </w:p>
    <w:p>
      <w:r>
        <w:t>[He, he, only he]</w:t>
      </w:r>
    </w:p>
    <w:p>
      <w:r>
        <w:t>[Yes, tell him, tell him]</w:t>
      </w:r>
    </w:p>
    <w:p>
      <w:r>
        <w:t>[Tell him that he..]</w:t>
      </w:r>
    </w:p>
    <w:p>
      <w:r>
        <w:t>[Give them the telephone..]</w:t>
      </w:r>
    </w:p>
    <w:p>
      <w:r>
        <w:t>[That is to say, you do not have a regular drummer?]</w:t>
      </w:r>
    </w:p>
    <w:p>
      <w:r>
        <w:t>[I don't have, I don't have]</w:t>
      </w:r>
    </w:p>
    <w:p>
      <w:r>
        <w:t>[He doesn't have, he doesn't have, he.., only he]</w:t>
      </w:r>
    </w:p>
    <w:p>
      <w:r>
        <w:t>[Do you understand?]</w:t>
      </w:r>
    </w:p>
    <w:p>
      <w:r>
        <w:t>[I already wanted..]...</w:t>
      </w:r>
    </w:p>
    <w:p>
      <w:r>
        <w:t>…[Yes, I was..]...</w:t>
      </w:r>
    </w:p>
    <w:p>
      <w:r>
        <w:t>...God-fearing, yes, and.. and study together, {…..} what you do not know, ask</w:t>
      </w:r>
    </w:p>
    <w:p>
      <w:r>
        <w:t>[………]…</w:t>
      </w:r>
    </w:p>
    <w:p>
      <w:r>
        <w:t>...All the words of Rabbainu, he is {….} every matter, they only teach us the way of Hashem</w:t>
      </w:r>
    </w:p>
    <w:p>
      <w:r>
        <w:t>How to serve Hashem, how to repent, how to serve Hashem, this, this..</w:t>
      </w:r>
    </w:p>
    <w:p>
      <w:r>
        <w:t>And the holy Rabbainu is the Rebbe of every one of Israel, he studies {…} with you and with me and with.. he, he teaches us, he reveals to us how to repent and how, and how to serve Hashem…</w:t>
      </w:r>
    </w:p>
    <w:p>
      <w:r>
        <w:t>...[….]</w:t>
      </w:r>
    </w:p>
    <w:p>
      <w:r>
        <w:t>That we have such a Rebbe, who knows everything that passes over us</w:t>
      </w:r>
    </w:p>
    <w:p>
      <w:r>
        <w:t>And knows the remedies and salvations of each and every one</w:t>
      </w:r>
    </w:p>
    <w:p>
      <w:r>
        <w:t>How to merit complete repentance {…} and to serve Hashem Yisborach in truth</w:t>
      </w:r>
    </w:p>
    <w:p>
      <w:r>
        <w:t>[…………..]</w:t>
      </w:r>
    </w:p>
    <w:p>
      <w:r>
        <w:t>Oy</w:t>
      </w:r>
    </w:p>
    <w:p>
      <w:r>
        <w:t>[…………..]</w:t>
      </w:r>
    </w:p>
    <w:p>
      <w:r>
        <w:t>What is this?</w:t>
      </w:r>
    </w:p>
    <w:p>
      <w:r>
        <w:t>[Yes, yes, these are the tefillin, the tefillin]…</w:t>
      </w:r>
    </w:p>
    <w:p>
      <w:r>
        <w:t>...{…. large}</w:t>
      </w:r>
    </w:p>
    <w:p>
      <w:r>
        <w:t>[Yes, yes]…</w:t>
      </w:r>
    </w:p>
    <w:p>
      <w:r>
        <w:t>...Every utterance of Rabbainu is, is all our vitality</w:t>
      </w:r>
    </w:p>
    <w:p>
      <w:r>
        <w:t>He teaches, with every utterance he revealed he, he draws us close and illuminates within us</w:t>
      </w:r>
    </w:p>
    <w:p>
      <w:r>
        <w:t>And reveals Hashem to us and.. and repentance and every, everything that we need</w:t>
      </w:r>
    </w:p>
    <w:p>
      <w:r>
        <w:t>Only we need to strengthen ourselves in faith, to strengthen ourselves in faith</w:t>
      </w:r>
    </w:p>
    <w:p>
      <w:r>
        <w:t>Everything that he teaches us, to fulfill</w:t>
      </w:r>
    </w:p>
    <w:p>
      <w:r>
        <w:t>Ah..</w:t>
      </w:r>
    </w:p>
    <w:p>
      <w:r>
        <w:t>[Rebbe Yisroel]</w:t>
      </w:r>
    </w:p>
    <w:p>
      <w:r>
        <w:t>Ah?</w:t>
      </w:r>
    </w:p>
    <w:p>
      <w:r>
        <w:t>[He still does not know how to read without vowel points, he does not know]</w:t>
      </w:r>
    </w:p>
    <w:p>
      <w:r>
        <w:t>He needs to..</w:t>
      </w:r>
    </w:p>
    <w:p>
      <w:r>
        <w:t>[Apparently.. yes]</w:t>
      </w:r>
    </w:p>
    <w:p>
      <w:r>
        <w:t>To seek some {...}, some God-fearing person, and they should study together</w:t>
      </w:r>
    </w:p>
    <w:p>
      <w:r>
        <w:t>[Yes]</w:t>
      </w:r>
    </w:p>
    <w:p>
      <w:r>
        <w:t>And what he does not know, he should ask</w:t>
      </w:r>
    </w:p>
    <w:p>
      <w:r>
        <w:t>[Yes, because he wants, he wants to engage in the "writings"]</w:t>
      </w:r>
    </w:p>
    <w:p>
      <w:r>
        <w:t>I, yes, recognize in his face</w:t>
      </w:r>
    </w:p>
    <w:p>
      <w:r>
        <w:t>[Yes]</w:t>
      </w:r>
    </w:p>
    <w:p>
      <w:r>
        <w:t>Yes</w:t>
      </w:r>
    </w:p>
    <w:p>
      <w:r>
        <w:t>[What?]</w:t>
      </w:r>
    </w:p>
    <w:p>
      <w:r>
        <w:t>Yes, Hashem Yisborach will help him, the main thing is the desire, and he should not fall</w:t>
      </w:r>
    </w:p>
    <w:p>
      <w:r>
        <w:t>That is the main thing, that he should not despair and should not fall</w:t>
      </w:r>
    </w:p>
    <w:p>
      <w:r>
        <w:t>Only renew in every, always {he will begin anew\a new life}</w:t>
      </w:r>
    </w:p>
    <w:p>
      <w:r>
        <w:t>[What do you recognize in his face?..]</w:t>
      </w:r>
    </w:p>
    <w:p>
      <w:r>
        <w:t>It is impossible to speak, the face, they are a face of {sorrow\narrowness}, a {cold} face, ah, ah, ah, ah…</w:t>
      </w:r>
    </w:p>
    <w:p>
      <w:r>
        <w:t>...Everything {that will be he can}, and what he cannot, one asks</w:t>
      </w:r>
    </w:p>
    <w:p>
      <w:r>
        <w:t>One asks {..} l.. sometimes this, sometimes this and sometimes this, one asks…</w:t>
      </w:r>
    </w:p>
    <w:p>
      <w:r>
        <w:t>...Strength</w:t>
      </w:r>
    </w:p>
    <w:p>
      <w:r>
        <w:t>[Yes]</w:t>
      </w:r>
    </w:p>
    <w:p>
      <w:r>
        <w:t>To speak</w:t>
      </w:r>
    </w:p>
    <w:p>
      <w:r>
        <w:t>[All right, all right]…</w:t>
      </w:r>
    </w:p>
    <w:p>
      <w:r>
        <w:t>...{With faith}, and simplicity, not to seek ways and not to seek, and not, not, not to be clever; to accept every utterance of Rabbainu, of blessed memory, this is from Heaven, from Hashem Yisborach Himself, every utterance of his is remedies and salvations</w:t>
      </w:r>
    </w:p>
    <w:p>
      <w:r>
        <w:t>He will rectify the entire world, all the wicked, all the wicked he will draw close…</w:t>
      </w:r>
    </w:p>
    <w:p>
      <w:r>
        <w:t>...He should not fall and should not be ashamed before any person, only before Hashem Yisborach Himself</w:t>
      </w:r>
    </w:p>
    <w:p>
      <w:r>
        <w:t>And he should fulfill, what he knows, he should fulfill, and believe and fulfill…</w:t>
      </w:r>
    </w:p>
    <w:p>
      <w:r>
        <w:t>...The holy Rabbainu renews each and every one, as though now she, he, he</w:t>
      </w:r>
    </w:p>
    <w:p>
      <w:r>
        <w:t>He becomes a baal teshuvah, and the main thing is {the "man"} the faith, that he should believe</w:t>
      </w:r>
    </w:p>
    <w:p>
      <w:r>
        <w:t>What he says, one needs to fulfill</w:t>
      </w:r>
    </w:p>
    <w:p>
      <w:r>
        <w:t>What he reveals to us, what, because every utterance of his changes, from a very high place</w:t>
      </w:r>
    </w:p>
    <w:p>
      <w:r>
        <w:t>He gives us life, he puts into us.. {...}</w:t>
      </w:r>
    </w:p>
    <w:p>
      <w:r>
        <w:t>Even as we are, the holy Rabbainu, he, he strengthens us and heals us…</w:t>
      </w:r>
    </w:p>
    <w:p>
      <w:r>
        <w:t>...The holy Rabbainu, and to study his holy books—this is all, all our life, all our vitality…</w:t>
      </w:r>
    </w:p>
    <w:p>
      <w:r>
        <w:t>...To strengthen oneself, not to fall in any way</w:t>
      </w:r>
    </w:p>
    <w:p>
      <w:r>
        <w:t>That he should listen to Rabbainu, that he should not despair, that he should not fall…</w:t>
      </w:r>
    </w:p>
    <w:p>
      <w:r>
        <w:t>...{…}, and we will merit complete repentance and every good thing and all the salvations...</w:t>
      </w:r>
    </w:p>
    <w:p>
      <w:r>
        <w:t>...[Yisroel Dagan sings:</w:t>
      </w:r>
    </w:p>
    <w:p>
      <w:r>
        <w:t>"..There ever was, I am a wondrous man and my soul is a great wonder; a novelty like me has never existed. I have triumphed and I will triumph, I have finished and I will finish, I am a river that purifies from all stains.."]</w:t>
      </w:r>
    </w:p>
    <w:p>
      <w:r>
        <w:t>[Rabbainu]…</w:t>
      </w:r>
    </w:p>
    <w:p>
      <w:r>
        <w:t>...[Yes, he has a scratch]</w:t>
      </w:r>
    </w:p>
    <w:p>
      <w:r>
        <w:t>From this that we, we, the mouth speaks</w:t>
      </w:r>
    </w:p>
    <w:p>
      <w:r>
        <w:t>[Yes]</w:t>
      </w:r>
    </w:p>
    <w:p>
      <w:r>
        <w:t>Yes?</w:t>
      </w:r>
    </w:p>
    <w:p>
      <w:r>
        <w:t>[Yes, yes, yes, yes]</w:t>
      </w:r>
    </w:p>
    <w:p>
      <w:r>
        <w:t>[Shmuel told you about...]…</w:t>
      </w:r>
    </w:p>
    <w:p>
      <w:r>
        <w:t>...[".. Yehoshua was a disciple of Moshe, who would not depart from inside the tent</w:t>
      </w:r>
    </w:p>
    <w:p>
      <w:r>
        <w:t>Who would strive all his days to see the face of Moshe.."]</w:t>
      </w:r>
    </w:p>
    <w:p>
      <w:r>
        <w:t>To see..</w:t>
      </w:r>
    </w:p>
    <w:p>
      <w:r>
        <w:t>[The face of Moshe Rabbainu]</w:t>
      </w:r>
    </w:p>
    <w:p>
      <w:r>
        <w:t>{..}</w:t>
      </w:r>
    </w:p>
    <w:p>
      <w:r>
        <w:t>["..At every time, until he merited through this that his mind flashed forth and to receive all the Torah through this.."] Ah?</w:t>
      </w:r>
    </w:p>
    <w:p>
      <w:r>
        <w:t>["Until he merited that his mind flashed forth, that his mind flashed forth and he would receive all the Torah, through this</w:t>
      </w:r>
    </w:p>
    <w:p>
      <w:r>
        <w:t>That he wanted to see the face of Moshe all the time</w:t>
      </w:r>
    </w:p>
    <w:p>
      <w:r>
        <w:t>Through which one merits true humility]</w:t>
      </w:r>
    </w:p>
    <w:p>
      <w:r>
        <w:t>{..}</w:t>
      </w:r>
    </w:p>
    <w:p>
      <w:r>
        <w:t>[Which is the subjugation of Haman-Amalek"]</w:t>
      </w:r>
    </w:p>
    <w:p>
      <w:r>
        <w:t>{..}</w:t>
      </w:r>
    </w:p>
    <w:p>
      <w:r>
        <w:t>[All his days he strove to see the face of Moshe]…</w:t>
      </w:r>
    </w:p>
    <w:p>
      <w:r>
        <w:t>...{…}</w:t>
      </w:r>
    </w:p>
    <w:p>
      <w:r>
        <w:t>[In Hebrew, in Hebrew, Saba, in Hebrew]</w:t>
      </w:r>
    </w:p>
    <w:p>
      <w:r>
        <w:t>Hashem Yisborach</w:t>
      </w:r>
    </w:p>
    <w:p>
      <w:r>
        <w:t>[Yes]</w:t>
      </w:r>
    </w:p>
    <w:p>
      <w:r>
        <w:t>Very awesome, and he saw and knew the, the..</w:t>
      </w:r>
    </w:p>
    <w:p>
      <w:r>
        <w:t>All the.. wicked, all the corruptions, and he.. he overturns everything</w:t>
      </w:r>
    </w:p>
    <w:p>
      <w:r>
        <w:t>And he stands and overturns everything to the opposite</w:t>
      </w:r>
    </w:p>
    <w:p>
      <w:r>
        <w:t>[Ahh..]</w:t>
      </w:r>
    </w:p>
    <w:p>
      <w:r>
        <w:t>Ah.. how all the wicked will be ashamed…</w:t>
      </w:r>
    </w:p>
    <w:p>
      <w:r>
        <w:t>...[The friends play and sing:</w:t>
      </w:r>
    </w:p>
    <w:p>
      <w:r>
        <w:t>"Fortunate are we, how good is our portion, that we merited to draw close to Rabbainu</w:t>
      </w:r>
    </w:p>
    <w:p>
      <w:r>
        <w:t>Uman, Uman, Rosh Hashanah.."]</w:t>
      </w:r>
    </w:p>
    <w:p>
      <w:r>
        <w:t>[They want you on the telephone]</w:t>
      </w:r>
    </w:p>
    <w:p>
      <w:r>
        <w:t>[Me?]</w:t>
      </w:r>
    </w:p>
    <w:p>
      <w:r>
        <w:t>[Yes]</w:t>
      </w:r>
    </w:p>
    <w:p>
      <w:r>
        <w:t>[Who?]</w:t>
      </w:r>
    </w:p>
    <w:p>
      <w:r>
        <w:t>[Yoske]</w:t>
      </w:r>
    </w:p>
    <w:p>
      <w:r>
        <w:t>[Tell him that I am busy]</w:t>
      </w:r>
    </w:p>
    <w:p>
      <w:r>
        <w:t>[I told him that..]</w:t>
      </w:r>
    </w:p>
    <w:p>
      <w:r>
        <w:t>[That he should telephone afterward]</w:t>
      </w:r>
    </w:p>
    <w:p>
      <w:r>
        <w:t>[It is urgent]</w:t>
      </w:r>
    </w:p>
    <w:p>
      <w:r>
        <w:t>[Afterward]</w:t>
      </w:r>
    </w:p>
    <w:p>
      <w:r>
        <w:t>[The friends continue singing:</w:t>
      </w:r>
    </w:p>
    <w:p>
      <w:r>
        <w:t>"Fortunate are we, how good is our portion, that we merited to draw close to Rabbainu</w:t>
      </w:r>
    </w:p>
    <w:p>
      <w:r>
        <w:t>Uman, Uman, Rosh Hashanah.."</w:t>
      </w:r>
    </w:p>
    <w:p>
      <w:r>
        <w:t>Afterward they sing:</w:t>
      </w:r>
    </w:p>
    <w:p>
      <w:r>
        <w:t>"In you, Rabbainu, we will rejoice, in you, Rabbainu, we will be glad, in you, Rabbainu, we will rejoice and be glad in you.."</w:t>
      </w:r>
    </w:p>
    <w:p>
      <w:r>
        <w:t>Afterward they sing:</w:t>
      </w:r>
    </w:p>
    <w:p>
      <w:r>
        <w:t>"Who will give me a wing like a dove, I will fly to the holy Tzion, Uman</w:t>
      </w:r>
    </w:p>
    <w:p>
      <w:r>
        <w:t>"Na Nach Nachma Nachman MeUman.."</w:t>
      </w:r>
    </w:p>
    <w:p>
      <w:r>
        <w:t>{45:31} …{45:49}... …[{46:05}</w:t>
      </w:r>
    </w:p>
    <w:p>
      <w:pPr>
        <w:pStyle w:val="Heading2"/>
      </w:pPr>
      <w:r>
        <w:t>Side B (Bais)</w:t>
      </w:r>
    </w:p>
    <w:p>
      <w:r>
        <w:t>...[Saba and the friends play and sing:</w:t>
      </w:r>
    </w:p>
    <w:p>
      <w:r>
        <w:t>"Fortunate are we that we merited to draw close to Rabbainu, fortunate are we.."</w:t>
      </w:r>
    </w:p>
    <w:p>
      <w:r>
        <w:t>Afterward they sing:</w:t>
      </w:r>
    </w:p>
    <w:p>
      <w:r>
        <w:t>"Na Naḥ Naḥma Naḥman MeUman.." (in several melodies)</w:t>
      </w:r>
    </w:p>
    <w:p>
      <w:r>
        <w:t>Afterward they sing:</w:t>
      </w:r>
    </w:p>
    <w:p>
      <w:r>
        <w:t>"You shall rejoice on your festival and you shall be only joyful.." Afterward they sing:</w:t>
      </w:r>
    </w:p>
    <w:p>
      <w:r>
        <w:t>"Return to Your Temple and to the Holy of Holies, the place where spirits and souls rejoice together.." Afterward they sing:</w:t>
      </w:r>
    </w:p>
    <w:p>
      <w:r>
        <w:t>"A person is obligated to become intoxicated, until he does not know.."</w:t>
      </w:r>
    </w:p>
    <w:p>
      <w:r>
        <w:t>Afterward they sing:</w:t>
      </w:r>
    </w:p>
    <w:p>
      <w:r>
        <w:t>"Oy Rebbe Nachman, oy Rebbe Nassan, laughing at the whole world..</w:t>
      </w:r>
    </w:p>
    <w:p>
      <w:r>
        <w:t>"Na Naḥ Naḥma Naḥman MeUman" laughs at the whole world..”</w:t>
      </w:r>
    </w:p>
    <w:p>
      <w:r>
        <w:t>Afterward they sing:</w:t>
      </w:r>
    </w:p>
    <w:p>
      <w:r>
        <w:t>"Our greatness and our glory will be revealed with the coming of our righteous Mashiach</w:t>
      </w:r>
    </w:p>
    <w:p>
      <w:r>
        <w:t>"Na Naḥ Naḥma Naḥman MeUman.."</w:t>
      </w:r>
    </w:p>
    <w:p>
      <w:r>
        <w:t>Afterward they sing:</w:t>
      </w:r>
    </w:p>
    <w:p>
      <w:r>
        <w:t>"A woman of valor, who can find? Her worth is far beyond pearls</w:t>
      </w:r>
    </w:p>
    <w:p>
      <w:r>
        <w:t>Her husband’s heart trusts in her, and he will lack no gain she bestows good upon him and not evil, all the days of her life she seeks wool and flax, and works willingly with her hands she is like merchant ships, from afar she brings her bread and she rises while it is still night, and gives food to her household and a portion to her maidens she considers a field and buys it, from the fruit of her hands she plants a vineyard she girds her loins with strength, and strengthens her arms she senses that her merchandise is good, her lamp does not go out at night she stretches her hands to the distaff, and her palms support the spindle she spreads her palm to the poor, and stretches her hands to the needy</w:t>
      </w:r>
    </w:p>
    <w:p>
      <w:r>
        <w:t>She does not fear snow for her household, for all her household is clothed in scarlet she makes coverings for herself, linen and purple are her clothing her husband is known at the gates, when he sits with the elders of the land she makes linen and sells it, and gives a belt to the merchant strength and splendor are her clothing, and she laughs at the final day she opens her mouth with wisdom, and the teaching of kindness is on her tongue she watches the ways of her household, and does not eat the bread of idleness her children rise and praise her, her husband and he extols her many daughters have attained valor, but you have surpassed them all charm is false and beauty is vanity, a woman who fears Hashem, she shall be praised give her from the fruit of her hands, and let her deeds praise her at the gates.." Afterward they sing in another melody:</w:t>
      </w:r>
    </w:p>
    <w:p>
      <w:r>
        <w:t>"Strength and splendor are her clothing, and she laughs at the final day.." Afterward they sing:</w:t>
      </w:r>
    </w:p>
    <w:p>
      <w:r>
        <w:t>"In you, Rabbainu, we will rejoice, in you, Rabbainu, we will be glad, in you, Rabbainu, we will rejoice and be glad in you.."</w:t>
      </w:r>
    </w:p>
    <w:p>
      <w:r>
        <w:t>Afterward they sing:</w:t>
      </w:r>
    </w:p>
    <w:p>
      <w:r>
        <w:t>"From Moshe until Rabbainu there was no one like Rabbainu Nachman in the world</w:t>
      </w:r>
    </w:p>
    <w:p>
      <w:r>
        <w:t>We travel to Rabbainu Nachman, we travel to Uman</w:t>
      </w:r>
    </w:p>
    <w:p>
      <w:r>
        <w:t>We travel to Rabbainu Nachman, we travel all the time</w:t>
      </w:r>
    </w:p>
    <w:p>
      <w:r>
        <w:t>I came to Rabbainu Nachman, joyful all the time</w:t>
      </w:r>
    </w:p>
    <w:p>
      <w:r>
        <w:t>"Na Naḥ Naḥma Naḥman MeUman" he will rectify the whole world</w:t>
      </w:r>
    </w:p>
    <w:p>
      <w:r>
        <w:t>"We have a merciful tzaddik, and his name is Rabbainu Nachman</w:t>
      </w:r>
    </w:p>
    <w:p>
      <w:r>
        <w:t>He is in Uman and prays for us all the time</w:t>
      </w:r>
    </w:p>
    <w:p>
      <w:r>
        <w:t>And whoever comes to him, especially on Rosh Hashanah</w:t>
      </w:r>
    </w:p>
    <w:p>
      <w:r>
        <w:t>He will do him an eternal favor and draw him close to the ultimate purpose</w:t>
      </w:r>
    </w:p>
    <w:p>
      <w:r>
        <w:t>From Moshe until Rabbainu there was no one like Rabbainu Na Naḥ Naḥma Naḥman MeUman..”</w:t>
      </w:r>
    </w:p>
    <w:p>
      <w:r>
        <w:t>Na Naḥ Naḥma Naḥman MeUman..”</w:t>
      </w:r>
    </w:p>
    <w:p>
      <w:r>
        <w:t>Afterward they sing:</w:t>
      </w:r>
    </w:p>
    <w:p>
      <w:r>
        <w:t>"Ho, ah, what happened, we are all traveling to Uman on Rosh Hashanah</w:t>
      </w:r>
    </w:p>
    <w:p>
      <w:r>
        <w:t>Ho, ah, what happened, Rabbainu said that one needs to be joyful</w:t>
      </w:r>
    </w:p>
    <w:p>
      <w:r>
        <w:t>Joyful all the time, and even more joyful</w:t>
      </w:r>
    </w:p>
    <w:p>
      <w:r>
        <w:t>Because Rabbainu said that one needs to be joyful</w:t>
      </w:r>
    </w:p>
    <w:p>
      <w:r>
        <w:t>Ho, ah, what happened, Rabbainu said that there is no despair at all in the world</w:t>
      </w:r>
    </w:p>
    <w:p>
      <w:r>
        <w:t>Ho, ah, what happened, Rabbainu said that everything turns around for the good</w:t>
      </w:r>
    </w:p>
    <w:p>
      <w:r>
        <w:t>"Na Naḥ Naḥma Naḥman MeUman.."..”</w:t>
      </w:r>
    </w:p>
    <w:p>
      <w:r>
        <w:t>Afterward Yisroel Dagan sings:</w:t>
      </w:r>
    </w:p>
    <w:p>
      <w:r>
        <w:t>"I have been victorious and I will be victorious, I have finished and I will finish, I am a river that purifies from all stains.."]</w:t>
      </w:r>
    </w:p>
    <w:p>
      <w:r>
        <w:t>No.. (Saba draws out this word)</w:t>
      </w:r>
    </w:p>
    <w:p>
      <w:r>
        <w:t>[…. Avigdor’s sheva brachos…]</w:t>
      </w:r>
    </w:p>
    <w:p>
      <w:r>
        <w:t>[Now?]</w:t>
      </w:r>
    </w:p>
    <w:p>
      <w:r>
        <w:t>[Yes]</w:t>
      </w:r>
    </w:p>
    <w:p>
      <w:r>
        <w:t>[….. last night …..]</w:t>
      </w:r>
    </w:p>
    <w:p>
      <w:r>
        <w:t>[………]</w:t>
      </w:r>
    </w:p>
    <w:p>
      <w:r>
        <w:t>[…..….]</w:t>
      </w:r>
    </w:p>
    <w:p>
      <w:r>
        <w:t>[Pass it on to him, we..]</w:t>
      </w:r>
    </w:p>
    <w:p>
      <w:r>
        <w:t>[….]</w:t>
      </w:r>
    </w:p>
    <w:p>
      <w:r>
        <w:t>[Saba, Avigdor’s sheva brachos are now]</w:t>
      </w:r>
    </w:p>
    <w:p>
      <w:r>
        <w:t>[In Meron]</w:t>
      </w:r>
    </w:p>
    <w:p>
      <w:r>
        <w:t>[In Meron]</w:t>
      </w:r>
    </w:p>
    <w:p>
      <w:r>
        <w:t>{…}</w:t>
      </w:r>
    </w:p>
    <w:p>
      <w:r>
        <w:t>[And they also said]</w:t>
      </w:r>
    </w:p>
    <w:p>
      <w:r>
        <w:t>[Yes]</w:t>
      </w:r>
    </w:p>
    <w:p>
      <w:r>
        <w:t>[….]</w:t>
      </w:r>
    </w:p>
    <w:p>
      <w:r>
        <w:t>Ah</w:t>
      </w:r>
    </w:p>
    <w:p>
      <w:r>
        <w:t>[….]</w:t>
      </w:r>
    </w:p>
    <w:p>
      <w:r>
        <w:t>[Yes]</w:t>
      </w:r>
    </w:p>
    <w:p>
      <w:r>
        <w:t>[Next Sunday]</w:t>
      </w:r>
    </w:p>
    <w:p>
      <w:r>
        <w:t>[Yes]</w:t>
      </w:r>
    </w:p>
    <w:p>
      <w:r>
        <w:t>[Before noon]</w:t>
      </w:r>
    </w:p>
    <w:p>
      <w:r>
        <w:t>[Yes]</w:t>
      </w:r>
    </w:p>
    <w:p>
      <w:r>
        <w:t>[Where th..]</w:t>
      </w:r>
    </w:p>
    <w:p>
      <w:r>
        <w:t>[Saba..]</w:t>
      </w:r>
    </w:p>
    <w:p>
      <w:r>
        <w:t>Give me the instrument…</w:t>
      </w:r>
    </w:p>
    <w:p>
      <w:r>
        <w:t>…[………………………] [………………ah.. ah……]</w:t>
      </w:r>
    </w:p>
    <w:p>
      <w:r>
        <w:t>[Saba, bless my wife..]…</w:t>
      </w:r>
    </w:p>
    <w:p>
      <w:r>
        <w:t>…[……..]</w:t>
      </w:r>
    </w:p>
    <w:p>
      <w:r>
        <w:t>Ah.. ah.. ah..</w:t>
      </w:r>
    </w:p>
    <w:p>
      <w:r>
        <w:t>[Ah.. ah..]</w:t>
      </w:r>
    </w:p>
    <w:p>
      <w:r>
        <w:t>[You are not my friend, I want the fire..</w:t>
      </w:r>
    </w:p>
    <w:p>
      <w:r>
        <w:t>In Breslov a fire burns, kindle it in my heart, in Breslov a fire burns, kindle it in my heart..] Ah.. ah..</w:t>
      </w:r>
    </w:p>
    <w:p>
      <w:r>
        <w:t>[All night he cried]</w:t>
      </w:r>
    </w:p>
    <w:p>
      <w:r>
        <w:t>Ah.. ah.. ah..</w:t>
      </w:r>
    </w:p>
    <w:p>
      <w:r>
        <w:t>[Yes]</w:t>
      </w:r>
    </w:p>
    <w:p>
      <w:r>
        <w:t>[Ai.. ai.. kindle it in my heart..]</w:t>
      </w:r>
    </w:p>
    <w:p>
      <w:r>
        <w:t>[They all went to sleep, but Rebbe Nassan did not go to sleep]</w:t>
      </w:r>
    </w:p>
    <w:p>
      <w:r>
        <w:t>No</w:t>
      </w:r>
    </w:p>
    <w:p>
      <w:r>
        <w:t>[He went to cry to Hashem, that he wants..]</w:t>
      </w:r>
    </w:p>
    <w:p>
      <w:r>
        <w:t>The fire</w:t>
      </w:r>
    </w:p>
    <w:p>
      <w:r>
        <w:t>[The fire]</w:t>
      </w:r>
    </w:p>
    <w:p>
      <w:r>
        <w:t>Of Breslov</w:t>
      </w:r>
    </w:p>
    <w:p>
      <w:r>
        <w:t>[Of Breslov inside the heart]</w:t>
      </w:r>
    </w:p>
    <w:p>
      <w:r>
        <w:t>Ah..</w:t>
      </w:r>
    </w:p>
    <w:p>
      <w:r>
        <w:t>[……….]</w:t>
      </w:r>
    </w:p>
    <w:p>
      <w:r>
        <w:t>[He did not want to forget, he did not want, did not want to rest</w:t>
      </w:r>
    </w:p>
    <w:p>
      <w:r>
        <w:t>He only wanted to cry and shout to Hashem Yisborach</w:t>
      </w:r>
    </w:p>
    <w:p>
      <w:r>
        <w:t>That Rabbainu’s fire should enter inside his heart, Rebbe Nassan]</w:t>
      </w:r>
    </w:p>
    <w:p>
      <w:r>
        <w:t>[“..kindle it in my heart..]</w:t>
      </w:r>
    </w:p>
    <w:p>
      <w:r>
        <w:t>Ah.. ah.. ah.. ah..</w:t>
      </w:r>
    </w:p>
    <w:p>
      <w:r>
        <w:t>[The friends sing:</w:t>
      </w:r>
    </w:p>
    <w:p>
      <w:r>
        <w:t>"In Breslov a fire burns, kindle it in my heart.."]</w:t>
      </w:r>
    </w:p>
    <w:p>
      <w:r>
        <w:t>{….}</w:t>
      </w:r>
    </w:p>
    <w:p>
      <w:r>
        <w:t>[The friends sing:</w:t>
      </w:r>
    </w:p>
    <w:p>
      <w:r>
        <w:t>"In Breslov a fire burns, kindle it in my heart.."]...</w:t>
      </w:r>
    </w:p>
    <w:p>
      <w:r>
        <w:br w:type="page"/>
      </w:r>
    </w:p>
    <w:p>
      <w:pPr>
        <w:pStyle w:val="Heading1"/>
      </w:pPr>
      <w:r>
        <w:t>Tape 50</w:t>
      </w:r>
    </w:p>
    <w:p>
      <w:pPr>
        <w:pStyle w:val="Heading2"/>
      </w:pPr>
      <w:r>
        <w:t>Side A (Aleph)</w:t>
      </w:r>
    </w:p>
    <w:p>
      <w:r>
        <w:t>...(Saba laughs)…</w:t>
      </w:r>
    </w:p>
    <w:p>
      <w:r>
        <w:t>...Ah.. ‘Tiferes’</w:t>
      </w:r>
    </w:p>
    <w:p>
      <w:r>
        <w:t>[Four weeks]</w:t>
      </w:r>
    </w:p>
    <w:p>
      <w:r>
        <w:t>Ah</w:t>
      </w:r>
    </w:p>
    <w:p>
      <w:r>
        <w:t>[This..]</w:t>
      </w:r>
    </w:p>
    <w:p>
      <w:r>
        <w:t>‘Tiferes’</w:t>
      </w:r>
    </w:p>
    <w:p>
      <w:r>
        <w:t>[Four..]</w:t>
      </w:r>
    </w:p>
    <w:p>
      <w:r>
        <w:t>Ah?</w:t>
      </w:r>
    </w:p>
    <w:p>
      <w:r>
        <w:t>[Four weeks is ‘Hod’.. no, even..]</w:t>
      </w:r>
    </w:p>
    <w:p>
      <w:r>
        <w:t>[‘Tiferes shebeHod’]</w:t>
      </w:r>
    </w:p>
    <w:p>
      <w:r>
        <w:t>[No, yes, ‘Tiferes shebeHod,’ ‘Tiferes,’ ‘Tiferes,’ ‘Tiferes’]</w:t>
      </w:r>
    </w:p>
    <w:p>
      <w:r>
        <w:t>‘Tiferes’</w:t>
      </w:r>
    </w:p>
    <w:p>
      <w:r>
        <w:t>[Shebe‘Hod’]</w:t>
      </w:r>
    </w:p>
    <w:p>
      <w:r>
        <w:t>‘Tiferes shebeHod’…</w:t>
      </w:r>
    </w:p>
    <w:p>
      <w:r>
        <w:t>...There is no {measure} for a blessing, sleep, there is no {measure}</w:t>
      </w:r>
    </w:p>
    <w:p>
      <w:r>
        <w:t>I do not, I do not know, perhaps I am sick, perhaps..</w:t>
      </w:r>
    </w:p>
    <w:p>
      <w:r>
        <w:t>This way there is a little…</w:t>
      </w:r>
    </w:p>
    <w:p>
      <w:r>
        <w:t>...{..} I am strange, but one needs to engage in.. with much vitality and arousal</w:t>
      </w:r>
    </w:p>
    <w:p>
      <w:r>
        <w:t>To speak with Hashem…</w:t>
      </w:r>
    </w:p>
    <w:p>
      <w:r>
        <w:t>...Every utterance of his, what he teaches us and revealed to us</w:t>
      </w:r>
    </w:p>
    <w:p>
      <w:r>
        <w:t>{Needs to be fulfilled simply}</w:t>
      </w:r>
    </w:p>
    <w:p>
      <w:r>
        <w:t>{…. us}, as he is, he teaches and reveals to us, he teaches us</w:t>
      </w:r>
    </w:p>
    <w:p>
      <w:r>
        <w:t>He says: "To rise for Chatzos"</w:t>
      </w:r>
    </w:p>
    <w:p>
      <w:r>
        <w:t>To practice hisbodedus, to give our entire soul for this…</w:t>
      </w:r>
    </w:p>
    <w:p>
      <w:r>
        <w:t>...Faith, if he says—"Chatzos,” this is {faith}, do {faith}, understand, understand</w:t>
      </w:r>
    </w:p>
    <w:p>
      <w:r>
        <w:t>If he says—"Tehillim"</w:t>
      </w:r>
    </w:p>
    <w:p>
      <w:r>
        <w:t>Everything he says, we need to fulfill with self-sacrifice, not to listen to anyone</w:t>
      </w:r>
    </w:p>
    <w:p>
      <w:r>
        <w:t>The holy Rabbainu {….}</w:t>
      </w:r>
    </w:p>
    <w:p>
      <w:r>
        <w:t>What he is, we merit to receive from Rabbainu, every utterance is all our vitality and the vitality of every, every person so we need to receive this with all, with all, with all his soul and with all his might</w:t>
      </w:r>
    </w:p>
    <w:p>
      <w:r>
        <w:t>There is no, there is no mis.., there is no mistake, the holy Rabbainu did not err, there is someone to rely on</w:t>
      </w:r>
    </w:p>
    <w:p>
      <w:r>
        <w:t>{{. .}}</w:t>
      </w:r>
    </w:p>
    <w:p>
      <w:r>
        <w:t>Because this is all our vitality, he says—"Chatzos"</w:t>
      </w:r>
    </w:p>
    <w:p>
      <w:r>
        <w:t>It is difficult, but one needs to devise all kinds of counsels to fulfill this</w:t>
      </w:r>
    </w:p>
    <w:p>
      <w:r>
        <w:t>To fulfill Chatzos, to rise at midnight</w:t>
      </w:r>
    </w:p>
    <w:p>
      <w:r>
        <w:t>Especially since we, we have such places, forests and.. {..}</w:t>
      </w:r>
    </w:p>
    <w:p>
      <w:r>
        <w:t>If he says—"Hisbodedus,” to speak with Hashem Yisborach</w:t>
      </w:r>
    </w:p>
    <w:p>
      <w:r>
        <w:t>We need to accept this, to fulfill this with self-sacrifice</w:t>
      </w:r>
    </w:p>
    <w:p>
      <w:r>
        <w:t>He says: "Every day, one hour of hisbodedus, every day"</w:t>
      </w:r>
    </w:p>
    <w:p>
      <w:r>
        <w:t>Nu, we need to fulfill this; if one does not fulfill it {...}</w:t>
      </w:r>
    </w:p>
    <w:p>
      <w:r>
        <w:t>We need to give our souls, to weep before Hashem Yisborach and to believe that we will merit this</w:t>
      </w:r>
    </w:p>
    <w:p>
      <w:r>
        <w:t>That we will merit to fulfill it</w:t>
      </w:r>
    </w:p>
    <w:p>
      <w:r>
        <w:t>I saw Rebbe Yisroel (Kardonner), how he gave all that he had, all his strength and all that he had</w:t>
      </w:r>
    </w:p>
    <w:p>
      <w:r>
        <w:t>To fulfill Rabbainu's words; he rose at midnight and he took, so that the neighbors would not hear</w:t>
      </w:r>
    </w:p>
    <w:p>
      <w:r>
        <w:t>He took the shoes in his hand with, in some, some hold on some thing</w:t>
      </w:r>
    </w:p>
    <w:p>
      <w:r>
        <w:t>And he went so that no person would hear; he went to speak with Hashem Yisborach in a special place</w:t>
      </w:r>
    </w:p>
    <w:p>
      <w:r>
        <w:t>The whole world makes fun of this</w:t>
      </w:r>
    </w:p>
    <w:p>
      <w:r>
        <w:t>"What is this? What will I get from this?”</w:t>
      </w:r>
    </w:p>
    <w:p>
      <w:r>
        <w:t>Boruch Hashem, fortunate are we that we merited to be in Rabbainu's portion</w:t>
      </w:r>
    </w:p>
    <w:p>
      <w:r>
        <w:t>For he teaches us how to be a Jew</w:t>
      </w:r>
    </w:p>
    <w:p>
      <w:r>
        <w:t>We need always to rejoice, by day and by night, always to rejoice that we have such a Rebbe</w:t>
      </w:r>
    </w:p>
    <w:p>
      <w:r>
        <w:t>And he teaches us "Chatzos,” oh, he says—"Chatzos,” so we need {…..}</w:t>
      </w:r>
    </w:p>
    <w:p>
      <w:r>
        <w:t>To give everything, "Chatzos"</w:t>
      </w:r>
    </w:p>
    <w:p>
      <w:r>
        <w:t>And I saw Rebbe Yisroel (Kardonner), how he was mighty and fought difficult battles over "Chatzos,” yo</w:t>
      </w:r>
    </w:p>
    <w:p>
      <w:r>
        <w:t>The holy Rabbainu says that all our life-force depends on this</w:t>
      </w:r>
    </w:p>
    <w:p>
      <w:r>
        <w:t>We need, as though, as though they want to take the whole life</w:t>
      </w:r>
    </w:p>
    <w:p>
      <w:r>
        <w:t>We do everything so that it will not take, so th.. th.. th..the soul does not go out, yes</w:t>
      </w:r>
    </w:p>
    <w:p>
      <w:r>
        <w:t>This world and the World to Come are two opposite things: either this or that</w:t>
      </w:r>
    </w:p>
    <w:p>
      <w:r>
        <w:t>Rabbainu, the holy Rabbainu, everything the holy Rabbainu says, in this world and in the World to Come, forever and ever, it is all our life-force, and this.., and we need to give our souls for this and not listen to any, any voice in the world</w:t>
      </w:r>
    </w:p>
    <w:p>
      <w:r>
        <w:t>{Su.. suddenly}</w:t>
      </w:r>
    </w:p>
    <w:p>
      <w:r>
        <w:t>The holy Ari revealed ch.. {...} "Tikun Chatzos,” the holy Ari, "Sha'arei Tzion"</w:t>
      </w:r>
    </w:p>
    <w:p>
      <w:r>
        <w:t>And Rabbainu came and said that we need to fulfill this, to rise, to rise at Chatzos</w:t>
      </w:r>
    </w:p>
    <w:p>
      <w:r>
        <w:t>He, {the holy Rabbainu\the Ari}, is the light of all the.. of all Yisroel</w:t>
      </w:r>
    </w:p>
    <w:p>
      <w:r>
        <w:t>Anyone who does not want, he can merit</w:t>
      </w:r>
    </w:p>
    <w:p>
      <w:r>
        <w:t>One does not die if one rises at midnight</w:t>
      </w:r>
    </w:p>
    <w:p>
      <w:r>
        <w:t>"So it is hard, very hard, one wants to sleep"</w:t>
      </w:r>
    </w:p>
    <w:p>
      <w:r>
        <w:t>But we need.. the holy Rabbainu, "Chatzos,” says—" Chatzos”</w:t>
      </w:r>
    </w:p>
    <w:p>
      <w:r>
        <w:t>We need to learn to rise at Chatzos, without any excuse</w:t>
      </w:r>
    </w:p>
    <w:p>
      <w:r>
        <w:t>If not, I did not merit, then fro.., then, then now.., today</w:t>
      </w:r>
    </w:p>
    <w:p>
      <w:r>
        <w:t>[Anew]</w:t>
      </w:r>
    </w:p>
    <w:p>
      <w:r>
        <w:t>{Like this}, yes</w:t>
      </w:r>
    </w:p>
    <w:p>
      <w:r>
        <w:t>But not to sleep, to forget, to forget such a thing that it, that all our life-force depends on it</w:t>
      </w:r>
    </w:p>
    <w:p>
      <w:r>
        <w:t>The holy Rabbainu says—"Chatzos,” he, he knew that he..</w:t>
      </w:r>
    </w:p>
    <w:p>
      <w:r>
        <w:t>{That we need}, we need this and this</w:t>
      </w:r>
    </w:p>
    <w:p>
      <w:r>
        <w:t>{How do I}</w:t>
      </w:r>
    </w:p>
    <w:p>
      <w:r>
        <w:t>And the whole world wants to sleep and eat and.. yes, to eat and sleep, shoyn, shoyn, that is it, that is life</w:t>
      </w:r>
    </w:p>
    <w:p>
      <w:r>
        <w:t>They do not, do not know more</w:t>
      </w:r>
    </w:p>
    <w:p>
      <w:r>
        <w:t>We ourselves know nothing</w:t>
      </w:r>
    </w:p>
    <w:p>
      <w:r>
        <w:t>The holy Rabbainu, he, he comes and teaches and revealed to us and teaches us—"midnight”</w:t>
      </w:r>
    </w:p>
    <w:p>
      <w:r>
        <w:t>If the holy Rabbainu is.., everything depends on this, the whole world {{...}} from all this.. everything</w:t>
      </w:r>
    </w:p>
    <w:p>
      <w:r>
        <w:t>{{That is it, that is it}}, yes</w:t>
      </w:r>
    </w:p>
    <w:p>
      <w:r>
        <w:t>And I saw, Boruch Hashem I merited to see how much mesiras nefesh; Rebbe Yisroel (Kardonner) at Chatzos, he {..}..</w:t>
      </w:r>
    </w:p>
    <w:p>
      <w:r>
        <w:t>The body wants the bed and to sleep, yes; Rabbainu comes: "No, in the forest"</w:t>
      </w:r>
    </w:p>
    <w:p>
      <w:r>
        <w:t>We, whoever has sense {then whoever does not}, who is wise</w:t>
      </w:r>
    </w:p>
    <w:p>
      <w:r>
        <w:t>"What will he get from midnight? Will he have a livelihood? What will he get.. from this? Will he have money?”</w:t>
      </w:r>
    </w:p>
    <w:p>
      <w:r>
        <w:t>The Men of the Great Assembly instituted three prayers for us</w:t>
      </w:r>
    </w:p>
    <w:p>
      <w:r>
        <w:t>'Shacharis', 'Minchah and 'Maariv', three prayers a day</w:t>
      </w:r>
    </w:p>
    <w:p>
      <w:r>
        <w:t>Rabbainu came and also gave us "Chatzos,” {"What else?"}</w:t>
      </w:r>
    </w:p>
    <w:p>
      <w:r>
        <w:t>And "Chatzos" is harder than all of them</w:t>
      </w:r>
    </w:p>
    <w:p>
      <w:r>
        <w:t>The holy Ari revealed this, and the holy Rabbainu said that we need to fulfill it</w:t>
      </w:r>
    </w:p>
    <w:p>
      <w:r>
        <w:t>"Chatzos,” "Sha'arei Tzion,” "Tehillim"</w:t>
      </w:r>
    </w:p>
    <w:p>
      <w:r>
        <w:t>The whole world, when there is a sick person, says some psalm from Tehillim</w:t>
      </w:r>
    </w:p>
    <w:p>
      <w:r>
        <w:t>But Tehillim, to say Tehillim</w:t>
      </w:r>
    </w:p>
    <w:p>
      <w:r>
        <w:t>Oy.. Tehillim and prayers and hisbodedus, to speak with Hashem Yisborach</w:t>
      </w:r>
    </w:p>
    <w:p>
      <w:r>
        <w:t>The holy Rabbainu took only his student Rebbe Nassan…</w:t>
      </w:r>
    </w:p>
    <w:p>
      <w:r>
        <w:t>...That we will merit to rise at Chatzos and say Tehillim and do teshuvah and serve, serve Hashem</w:t>
      </w:r>
    </w:p>
    <w:p>
      <w:r>
        <w:t>What, what, what is all this?</w:t>
      </w:r>
    </w:p>
    <w:p>
      <w:r>
        <w:t>Everything is nothing, all the money and all, and all the eating are nothing, vanity {and emptiness}</w:t>
      </w:r>
    </w:p>
    <w:p>
      <w:r>
        <w:t>And the holy Rabbainu teaches us about every day</w:t>
      </w:r>
    </w:p>
    <w:p>
      <w:r>
        <w:t>Every day and every moment he teaches us how one merits to be a Jew</w:t>
      </w:r>
    </w:p>
    <w:p>
      <w:r>
        <w:t>And the holy Rabbainu himself, after he merited what he merited</w:t>
      </w:r>
    </w:p>
    <w:p>
      <w:r>
        <w:t>They heard his hisbodedus, that he pleaded with Hashem Yisborach..</w:t>
      </w:r>
    </w:p>
    <w:p>
      <w:r>
        <w:t>He, he, he, he wept: "How does one merit to be a Jew?"</w:t>
      </w:r>
    </w:p>
    <w:p>
      <w:r>
        <w:t>And there were also some more, more people in the world who went in Rabbainu's path</w:t>
      </w:r>
    </w:p>
    <w:p>
      <w:r>
        <w:t>And merited to rise at Chatzos and serve Hashem</w:t>
      </w:r>
    </w:p>
    <w:p>
      <w:r>
        <w:t>Ah. .Ah.. Ah..</w:t>
      </w:r>
    </w:p>
    <w:p>
      <w:r>
        <w:t>But these, this, this is a world, this is life, this, but the whole world.. all is nothing</w:t>
      </w:r>
    </w:p>
    <w:p>
      <w:r>
        <w:t>With all the desires and with all the money, nothing</w:t>
      </w:r>
    </w:p>
    <w:p>
      <w:r>
        <w:t>The main thing is only to serve Hashem</w:t>
      </w:r>
    </w:p>
    <w:p>
      <w:r>
        <w:t>And no one wanted to take Breslov, "What will be?”, his daughter will suffer poverty</w:t>
      </w:r>
    </w:p>
    <w:p>
      <w:r>
        <w:t>"What for? What? Ah? Is this life? Without money, is this life?”</w:t>
      </w:r>
    </w:p>
    <w:p>
      <w:r>
        <w:t>The "Likutay Tefilos"—that is the essence of life; the "Likutay Moharan,” the Torah</w:t>
      </w:r>
    </w:p>
    <w:p>
      <w:r>
        <w:t>But the Torah—the main thing is the tzaddikim, and the main thing is the tzaddik among all the tzaddikim, of, of, of all of them; he gave us through Rebbe Nassan the..</w:t>
      </w:r>
    </w:p>
    <w:p>
      <w:r>
        <w:t>[..I..]</w:t>
      </w:r>
    </w:p>
    <w:p>
      <w:r>
        <w:t>[I cannot put this in]</w:t>
      </w:r>
    </w:p>
    <w:p>
      <w:r>
        <w:t>[You can]</w:t>
      </w:r>
    </w:p>
    <w:p>
      <w:r>
        <w:t>Such a Torah that cou.. th..</w:t>
      </w:r>
    </w:p>
    <w:p>
      <w:r>
        <w:t>I saw Rebbe N.., Rebbe Yisroel (Kardonner), that all his life-force, all the life-force, all the.. everything {this}</w:t>
      </w:r>
    </w:p>
    <w:p>
      <w:r>
        <w:t>Was how to serve Hashem</w:t>
      </w:r>
    </w:p>
    <w:p>
      <w:r>
        <w:t>{There is today, there is such a thing} they seek money and honor</w:t>
      </w:r>
    </w:p>
    <w:p>
      <w:r>
        <w:t>It is nothing, vanity of vanities</w:t>
      </w:r>
    </w:p>
    <w:p>
      <w:r>
        <w:t>[I am speaking…...]</w:t>
      </w:r>
    </w:p>
    <w:p>
      <w:r>
        <w:t>[……food at home….]</w:t>
      </w:r>
    </w:p>
    <w:p>
      <w:r>
        <w:t>Ach..</w:t>
      </w:r>
    </w:p>
    <w:p>
      <w:r>
        <w:t>[I have no strength…..]</w:t>
      </w:r>
    </w:p>
    <w:p>
      <w:r>
        <w:t>[……….……]</w:t>
      </w:r>
    </w:p>
    <w:p>
      <w:r>
        <w:t>[I have no strength for this..]</w:t>
      </w:r>
    </w:p>
    <w:p>
      <w:r>
        <w:t>He found Yisroel Ber in Teveria; he came from Tzfas to Teveria and he found me there</w:t>
      </w:r>
    </w:p>
    <w:p>
      <w:r>
        <w:t>He.. he came to our house and bought bread to eat</w:t>
      </w:r>
    </w:p>
    <w:p>
      <w:r>
        <w:t>And this was the beginning of the redemption of now</w:t>
      </w:r>
    </w:p>
    <w:p>
      <w:r>
        <w:t>The whole world opposes Breslov</w:t>
      </w:r>
    </w:p>
    <w:p>
      <w:r>
        <w:t>"What? {…}, only, only to serve Hashem? And what will be with livelihood? {From where will I take this?}”</w:t>
      </w:r>
    </w:p>
    <w:p>
      <w:r>
        <w:t>[……]</w:t>
      </w:r>
    </w:p>
    <w:p>
      <w:r>
        <w:t>[……….]</w:t>
      </w:r>
    </w:p>
    <w:p>
      <w:r>
        <w:t>The "Likutay Tefilos"</w:t>
      </w:r>
    </w:p>
    <w:p>
      <w:r>
        <w:t>The "Likutay Halachos"</w:t>
      </w:r>
    </w:p>
    <w:p>
      <w:r>
        <w:t>The "Likutay Moharan"</w:t>
      </w:r>
    </w:p>
    <w:p>
      <w:r>
        <w:t>These are the teachings of Mashiach—how one merits to fulfill the Torah, how one merits to observe and do and fulfill</w:t>
      </w:r>
    </w:p>
    <w:p>
      <w:r>
        <w:t>Ah.. Ah.. Ah.. Ah.. Ah.. Ah.. Ah…</w:t>
      </w:r>
    </w:p>
    <w:p>
      <w:r>
        <w:t>[…….]</w:t>
      </w:r>
    </w:p>
    <w:p>
      <w:r>
        <w:t>[…….]</w:t>
      </w:r>
    </w:p>
    <w:p>
      <w:r>
        <w:t>Ah..</w:t>
      </w:r>
    </w:p>
    <w:p>
      <w:r>
        <w:t>[………...….]</w:t>
      </w:r>
    </w:p>
    <w:p>
      <w:r>
        <w:t>[………..….]…</w:t>
      </w:r>
    </w:p>
    <w:p>
      <w:r>
        <w:t>...{..}…</w:t>
      </w:r>
    </w:p>
    <w:p>
      <w:r>
        <w:t>...Someone told me that he saw in Uman Rabbainu's people</w:t>
      </w:r>
    </w:p>
    <w:p>
      <w:r>
        <w:t>They took a sheet, a large sheet, and covered themselves and lit candles, yes</w:t>
      </w:r>
    </w:p>
    <w:p>
      <w:r>
        <w:t>As though already in the World to Come, as though {…}, as though he had already passed away, after the {...} passing</w:t>
      </w:r>
    </w:p>
    <w:p>
      <w:r>
        <w:t>He lit candles and covered himself with a sheet, yes, yes</w:t>
      </w:r>
    </w:p>
    <w:p>
      <w:r>
        <w:t>He {…} pictured to himself what it would be like in the grave</w:t>
      </w:r>
    </w:p>
    <w:p>
      <w:r>
        <w:t>What is this? What kind of world is this? What is this? What is all this for?</w:t>
      </w:r>
    </w:p>
    <w:p>
      <w:r>
        <w:t>The whole world chases after money and honor; what will come of this? What? What is th..? What is there from this?</w:t>
      </w:r>
    </w:p>
    <w:p>
      <w:r>
        <w:t>Ah…</w:t>
      </w:r>
    </w:p>
    <w:p>
      <w:r>
        <w:t>...{To speak}</w:t>
      </w:r>
    </w:p>
    <w:p>
      <w:r>
        <w:t>[Hashem will give you strength, Saba]</w:t>
      </w:r>
    </w:p>
    <w:p>
      <w:r>
        <w:t>This is not Chatzos; Chatzos is not at home, in the forest</w:t>
      </w:r>
    </w:p>
    <w:p>
      <w:r>
        <w:t>[Good, from today, from today]</w:t>
      </w:r>
    </w:p>
    <w:p>
      <w:r>
        <w:t>No one knew</w:t>
      </w:r>
    </w:p>
    <w:p>
      <w:r>
        <w:t>[From today]</w:t>
      </w:r>
    </w:p>
    <w:p>
      <w:r>
        <w:t>{…}, he had, had a pocket, some pocket for Rebbe Yisroel (Kardonner)</w:t>
      </w:r>
    </w:p>
    <w:p>
      <w:r>
        <w:t>And he put the shoes inside the pocket and went through the whole place where they sleep, so that they would not hear</w:t>
      </w:r>
    </w:p>
    <w:p>
      <w:r>
        <w:t>And he went to the forest; the whole world slept, only Rebbe Yisroel (Kardonner) went to the forest</w:t>
      </w:r>
    </w:p>
    <w:p>
      <w:r>
        <w:t>Ah…</w:t>
      </w:r>
    </w:p>
    <w:p>
      <w:r>
        <w:t>...He sang some melody and he was very happy, Rebbe Yisroel</w:t>
      </w:r>
    </w:p>
    <w:p>
      <w:r>
        <w:t>[Saba sings some melody..</w:t>
      </w:r>
    </w:p>
    <w:p>
      <w:r>
        <w:t>Saba and one of the friends sing:</w:t>
      </w:r>
    </w:p>
    <w:p>
      <w:r>
        <w:t>"In You our fathers trusted, in You they trusted and You delivered them, to You they cried out and escaped, in You they trusted and were not ashamed.."] They also danced in the forest, melody and dancing, yes, they lived.. yes</w:t>
      </w:r>
    </w:p>
    <w:p>
      <w:r>
        <w:t>This world is nothing, worth nothing, from sleeping, from eating, from this.. money, {...}, what is it? [Saba]…</w:t>
      </w:r>
    </w:p>
    <w:p>
      <w:r>
        <w:t>...[Saba]</w:t>
      </w:r>
    </w:p>
    <w:p>
      <w:r>
        <w:t>Nu</w:t>
      </w:r>
    </w:p>
    <w:p>
      <w:r>
        <w:t>[What yo..]…</w:t>
      </w:r>
    </w:p>
    <w:p>
      <w:r>
        <w:t>...{with the truth} one knows everything</w:t>
      </w:r>
    </w:p>
    <w:p>
      <w:r>
        <w:t>[….]</w:t>
      </w:r>
    </w:p>
    <w:p>
      <w:r>
        <w:t>[Good, if one truly wants, one knows everything, good]</w:t>
      </w:r>
    </w:p>
    <w:p>
      <w:r>
        <w:t>[…..]</w:t>
      </w:r>
    </w:p>
    <w:p>
      <w:r>
        <w:t>There is "Likutay Tefilos," that is all, this, there is, there is already a world</w:t>
      </w:r>
    </w:p>
    <w:p>
      <w:r>
        <w:t>[There are many.., there are many prayers..]</w:t>
      </w:r>
    </w:p>
    <w:p>
      <w:r>
        <w:t>[One needs to know what..]</w:t>
      </w:r>
    </w:p>
    <w:p>
      <w:r>
        <w:t>{….}, if we did not have, God forbid, "Likutay Tefilos," the "Tikkun HaKlali" is the light of Moshiach</w:t>
      </w:r>
    </w:p>
    <w:p>
      <w:r>
        <w:t>[“In You our fathers trusted, trusted, trusted..”]</w:t>
      </w:r>
    </w:p>
    <w:p>
      <w:r>
        <w:t>Ah.. ah.. ah.. ah…</w:t>
      </w:r>
    </w:p>
    <w:p>
      <w:r>
        <w:t>...[…..]</w:t>
      </w:r>
    </w:p>
    <w:p>
      <w:r>
        <w:t>"What? Why get married? At midnight one goes to the forest?</w:t>
      </w:r>
    </w:p>
    <w:p>
      <w:r>
        <w:t>And one does not need a livelihood, even bread with water is good, nu.. nu, for…"</w:t>
      </w:r>
    </w:p>
    <w:p>
      <w:r>
        <w:t>[Ay..]</w:t>
      </w:r>
    </w:p>
    <w:p>
      <w:r>
        <w:t>[Ask him...]</w:t>
      </w:r>
    </w:p>
    <w:p>
      <w:r>
        <w:t>{How is it possible}?…</w:t>
      </w:r>
    </w:p>
    <w:p>
      <w:r>
        <w:t>...[Saba, but the wife and the children, what about the wife and the children?</w:t>
      </w:r>
    </w:p>
    <w:p>
      <w:r>
        <w:t>I eat bread and water, and the wife and the children, what will I give them?]</w:t>
      </w:r>
    </w:p>
    <w:p>
      <w:r>
        <w:t>Ah</w:t>
      </w:r>
    </w:p>
    <w:p>
      <w:r>
        <w:t>[One needs a livelihood, Saba, no? Also, what does one do?]</w:t>
      </w:r>
    </w:p>
    <w:p>
      <w:r>
        <w:t>[Livelihood comes like water]</w:t>
      </w:r>
    </w:p>
    <w:p>
      <w:r>
        <w:t>[It comes by itself, it comes by itself, livelihood comes by itself, one prays]</w:t>
      </w:r>
    </w:p>
    <w:p>
      <w:r>
        <w:t>Rabbainu the holy said, they spoke: "Livelihood, livelihood, livelihood, livelihood"</w:t>
      </w:r>
    </w:p>
    <w:p>
      <w:r>
        <w:t>Then Rabbainu said: "Livelihood? - Only trust!"</w:t>
      </w:r>
    </w:p>
    <w:p>
      <w:r>
        <w:t>{All right, already} he gave livelihood, he gave us livelihood</w:t>
      </w:r>
    </w:p>
    <w:p>
      <w:r>
        <w:t>[Only trust is the livelihood, trust is the livelihood]</w:t>
      </w:r>
    </w:p>
    <w:p>
      <w:r>
        <w:t>[Ah]</w:t>
      </w:r>
    </w:p>
    <w:p>
      <w:r>
        <w:t>{..}, and what, what, what does one need so much?</w:t>
      </w:r>
    </w:p>
    <w:p>
      <w:r>
        <w:t>[That is the avodah]</w:t>
      </w:r>
    </w:p>
    <w:p>
      <w:r>
        <w:t>"Livelihood? -</w:t>
      </w:r>
    </w:p>
    <w:p>
      <w:r>
        <w:t>[Trust]</w:t>
      </w:r>
    </w:p>
    <w:p>
      <w:r>
        <w:t>Only trust!”</w:t>
      </w:r>
    </w:p>
    <w:p>
      <w:r>
        <w:t>["Trust, trust," so that, that is the livelihood, that is the avodah, trust]</w:t>
      </w:r>
    </w:p>
    <w:p>
      <w:r>
        <w:t>[..]</w:t>
      </w:r>
    </w:p>
    <w:p>
      <w:r>
        <w:t>"He goes to the forest will there be a livelihood? Will she have what to eat?</w:t>
      </w:r>
    </w:p>
    <w:p>
      <w:r>
        <w:t>What? How, how? What is this Breslov?”</w:t>
      </w:r>
    </w:p>
    <w:p>
      <w:r>
        <w:t>{I see}, everyone shouts: "Livelihood, livelihood, livelihood"</w:t>
      </w:r>
    </w:p>
    <w:p>
      <w:r>
        <w:t>Rabbainu the holy says: "Livelihood? - Only trust!"</w:t>
      </w:r>
    </w:p>
    <w:p>
      <w:r>
        <w:t>All right, he gave us livelihood</w:t>
      </w:r>
    </w:p>
    <w:p>
      <w:r>
        <w:t>[So there is already a livelihood, one does not need to worry]</w:t>
      </w:r>
    </w:p>
    <w:p>
      <w:r>
        <w:t>[…………..]</w:t>
      </w:r>
    </w:p>
    <w:p>
      <w:r>
        <w:t>I saw, guests came to Teveria from Yerushalayim and they had no money, {...} in Teveria</w:t>
      </w:r>
    </w:p>
    <w:p>
      <w:r>
        <w:t>So Rebbe Yisroel gave him, there are children, and he himself did not have, Rebbe Yisroel had no money</w:t>
      </w:r>
    </w:p>
    <w:p>
      <w:r>
        <w:t>Then the.. the..head of the family came to me:</w:t>
      </w:r>
    </w:p>
    <w:p>
      <w:r>
        <w:t>"Tell me, is Rebbe Yisroel rich?"</w:t>
      </w:r>
    </w:p>
    <w:p>
      <w:r>
        <w:t>{Nu, what, I explained to him}, then he said, he said:</w:t>
      </w:r>
    </w:p>
    <w:p>
      <w:r>
        <w:t>"He gave me a lot of money and.. and.. nu, and how, if he is not rich, if he does not have, how..?"</w:t>
      </w:r>
    </w:p>
    <w:p>
      <w:r>
        <w:t>In any case, this man studied in the great yeshiva in Meah Shearim, and became a Breslover chassid</w:t>
      </w:r>
    </w:p>
    <w:p>
      <w:r>
        <w:t>M.. m.. nu, from a Litvak he became a Breslover chassid</w:t>
      </w:r>
    </w:p>
    <w:p>
      <w:r>
        <w:t>And he gave his house and everything he had to Bres.., "Breslov, Breslov, Breslov”</w:t>
      </w:r>
    </w:p>
    <w:p>
      <w:r>
        <w:t>His name was Moshe, Moshe, Moshe {…..}, Moshe</w:t>
      </w:r>
    </w:p>
    <w:p>
      <w:r>
        <w:t>He came to Teveria and he did not have, and Rebbe Yisroel gave him money {a lot, from where?\\about, ah, shoes}</w:t>
      </w:r>
    </w:p>
    <w:p>
      <w:r>
        <w:t>He also had children, he gave charity and kindness</w:t>
      </w:r>
    </w:p>
    <w:p>
      <w:r>
        <w:t>In any case, this man heard such a thing, if so he wants to be Breslov</w:t>
      </w:r>
    </w:p>
    <w:p>
      <w:r>
        <w:t>He became Breslov…</w:t>
      </w:r>
    </w:p>
    <w:p>
      <w:r>
        <w:t>...This is a new thing, the world does not know, the world only learns Gemara</w:t>
      </w:r>
    </w:p>
    <w:p>
      <w:r>
        <w:t>But fulfillment of the Torah and the mitzvos and.. and.. yes</w:t>
      </w:r>
    </w:p>
    <w:p>
      <w:r>
        <w:t>Rabbainu the holy {..}, at night to get up at midnight and go to the forest</w:t>
      </w:r>
    </w:p>
    <w:p>
      <w:r>
        <w:t>"Nu, what will come of this? Is this money?”</w:t>
      </w:r>
    </w:p>
    <w:p>
      <w:r>
        <w:t>[Saba]</w:t>
      </w:r>
    </w:p>
    <w:p>
      <w:r>
        <w:t>What?</w:t>
      </w:r>
    </w:p>
    <w:p>
      <w:r>
        <w:t>[Bless me, that I should merit every night to get up at midnight and say "Tikkun Chatzos" and go to the forest</w:t>
      </w:r>
    </w:p>
    <w:p>
      <w:r>
        <w:t>And.. and.. and not..]</w:t>
      </w:r>
    </w:p>
    <w:p>
      <w:r>
        <w:t>{…}</w:t>
      </w:r>
    </w:p>
    <w:p>
      <w:r>
        <w:t>[..worry about livelihood, and that I should truly have trust in Hashem Yisborach as Rabbainu wants]</w:t>
      </w:r>
    </w:p>
    <w:p>
      <w:r>
        <w:t>{I thus} heard from Rebbe Yisroel, peace be upon him</w:t>
      </w:r>
    </w:p>
    <w:p>
      <w:r>
        <w:t>That the people were with Rabbainu, and they spoke together {everyone there}:</w:t>
      </w:r>
    </w:p>
    <w:p>
      <w:r>
        <w:t>"Livelihood, livelihood, livelihood, livelihood"</w:t>
      </w:r>
    </w:p>
    <w:p>
      <w:r>
        <w:t>And Rabbainu the holy said: "Livelihood? Only trust!"</w:t>
      </w:r>
    </w:p>
    <w:p>
      <w:r>
        <w:t>All right, the Tzaddik gives me, he gave everyone livelihood…</w:t>
      </w:r>
    </w:p>
    <w:p>
      <w:r>
        <w:t>...Only trust</w:t>
      </w:r>
    </w:p>
    <w:p>
      <w:r>
        <w:t>[….]</w:t>
      </w:r>
    </w:p>
    <w:p>
      <w:r>
        <w:t>[Yes]</w:t>
      </w:r>
    </w:p>
    <w:p>
      <w:r>
        <w:t>[……..….]</w:t>
      </w:r>
    </w:p>
    <w:p>
      <w:r>
        <w:t>[You already heard, "trust"]</w:t>
      </w:r>
    </w:p>
    <w:p>
      <w:r>
        <w:t>[……….]</w:t>
      </w:r>
    </w:p>
    <w:p>
      <w:r>
        <w:t>[Exactly.. to rejoice in Hashem and..]</w:t>
      </w:r>
    </w:p>
    <w:p>
      <w:r>
        <w:t>[...]</w:t>
      </w:r>
    </w:p>
    <w:p>
      <w:r>
        <w:t>[Saba]</w:t>
      </w:r>
    </w:p>
    <w:p>
      <w:r>
        <w:t>Ah?</w:t>
      </w:r>
    </w:p>
    <w:p>
      <w:r>
        <w:t>[Is it good to go on Lag BaOmer to speak about Rabbainu and to sing, and.. is it good?]</w:t>
      </w:r>
    </w:p>
    <w:p>
      <w:r>
        <w:t>Faith</w:t>
      </w:r>
    </w:p>
    <w:p>
      <w:r>
        <w:t>[To sell books and tapes, is it good?]</w:t>
      </w:r>
    </w:p>
    <w:p>
      <w:r>
        <w:t>Ah.. yes, yes certainly, if one wants truth, then Hashem Yisborach gives us an angel of truth</w:t>
      </w:r>
    </w:p>
    <w:p>
      <w:r>
        <w:t>And he teaches us about every matter, and about every day, {about this\if only}, always</w:t>
      </w:r>
    </w:p>
    <w:p>
      <w:r>
        <w:t>The angel is always found in the heart, and he teaches us everything</w:t>
      </w:r>
    </w:p>
    <w:p>
      <w:r>
        <w:t>[Duplicate this tape for me]</w:t>
      </w:r>
    </w:p>
    <w:p>
      <w:r>
        <w:t>[.…]</w:t>
      </w:r>
    </w:p>
    <w:p>
      <w:r>
        <w:t>[Saba]</w:t>
      </w:r>
    </w:p>
    <w:p>
      <w:r>
        <w:t>Ah?</w:t>
      </w:r>
    </w:p>
    <w:p>
      <w:r>
        <w:t>[..., they give him an angel, there is an angel of truth, he is with us always</w:t>
      </w:r>
    </w:p>
    <w:p>
      <w:r>
        <w:t>Whoever seeks truth, Hashem Yisborach gives him an angel..]</w:t>
      </w:r>
    </w:p>
    <w:p>
      <w:r>
        <w:t>[There is "Likutay Halachos," there is "Likutay Halachos," Saba, what you..</w:t>
      </w:r>
    </w:p>
    <w:p>
      <w:r>
        <w:t>There is "Likutay Halachos," Rebbe Nassan says..]…</w:t>
      </w:r>
    </w:p>
    <w:p>
      <w:r>
        <w:t>...{….., an angel, they give him}, everyone: "An angel, an angel, an angel, an angel"</w:t>
      </w:r>
    </w:p>
    <w:p>
      <w:r>
        <w:t>[Rebbe Nassan says: "Whoever seeks the.., whoever truly wants the truth</w:t>
      </w:r>
    </w:p>
    <w:p>
      <w:r>
        <w:t>He does not need to ask advice, Hashem Yisborach gives him advice directly"</w:t>
      </w:r>
    </w:p>
    <w:p>
      <w:r>
        <w:t>Yes, there is “such a Likutay Halachos,” exactly the matter that..]</w:t>
      </w:r>
    </w:p>
    <w:p>
      <w:r>
        <w:t>[Yes, yes, it is like the Torah and the prayers, we cannot fulfill it</w:t>
      </w:r>
    </w:p>
    <w:p>
      <w:r>
        <w:t>But in any case we pray]</w:t>
      </w:r>
    </w:p>
    <w:p>
      <w:r>
        <w:t>[..He says, but one who has a strong desire does not need to ask at all]</w:t>
      </w:r>
    </w:p>
    <w:p>
      <w:r>
        <w:t>[...]</w:t>
      </w:r>
    </w:p>
    <w:p>
      <w:r>
        <w:t>At first Rebbe Yisroel {went up}, came to Teveria, and I, and I, he found me, I found him, I was like we are here</w:t>
      </w:r>
    </w:p>
    <w:p>
      <w:r>
        <w:t>[Yes]</w:t>
      </w:r>
    </w:p>
    <w:p>
      <w:r>
        <w:t>Together, with truly great love, suddenly he disappeared</w:t>
      </w:r>
    </w:p>
    <w:p>
      <w:r>
        <w:t>"Where is Rebbe Yisroel?” I search for him in all, all the places, in all the forests, {...}</w:t>
      </w:r>
    </w:p>
    <w:p>
      <w:r>
        <w:t>I searched, "Where is Rebbe Yisroel?” I searched and searched, until I saw from afar</w:t>
      </w:r>
    </w:p>
    <w:p>
      <w:r>
        <w:t>{By} a man, there is someone, there is a man who walks around like this, from here here and from here to here</w:t>
      </w:r>
    </w:p>
    <w:p>
      <w:r>
        <w:t>And I saw how he speaks with Hashem Yisborach, and what he says, this and this and this</w:t>
      </w:r>
    </w:p>
    <w:p>
      <w:r>
        <w:t>{..}</w:t>
      </w:r>
    </w:p>
    <w:p>
      <w:r>
        <w:t>Oy, it became known to me how, he did not tell me that he was going to do hisbodedus, he went</w:t>
      </w:r>
    </w:p>
    <w:p>
      <w:r>
        <w:t>{..}, but I did not know what this was, where did he {go}? Where is he going?</w:t>
      </w:r>
    </w:p>
    <w:p>
      <w:r>
        <w:t>And I searched, searched, and searched, until I saw from afar a man walking around once this way and once that way, yes, and he, he is like, he is walking with someone and speaking with him, yes</w:t>
      </w:r>
    </w:p>
    <w:p>
      <w:r>
        <w:t>{I was with him and.. ……}</w:t>
      </w:r>
    </w:p>
    <w:p>
      <w:r>
        <w:t>[Ay..]</w:t>
      </w:r>
    </w:p>
    <w:p>
      <w:r>
        <w:t>Ahh.. a "thief" like that, suddenly he disappears, no one knows where he is</w:t>
      </w:r>
    </w:p>
    <w:p>
      <w:r>
        <w:t>So is this world, one needs to be.. Rabbainu the holy tells in the stories:</w:t>
      </w:r>
    </w:p>
    <w:p>
      <w:r>
        <w:t>"For this one a son disappeared, for this one a bridegroom disappeared, for this one whatever disappeared, disappeared"</w:t>
      </w:r>
    </w:p>
    <w:p>
      <w:r>
        <w:t>[..]</w:t>
      </w:r>
    </w:p>
    <w:p>
      <w:r>
        <w:t>{..., yes}</w:t>
      </w:r>
    </w:p>
    <w:p>
      <w:r>
        <w:t>[…]</w:t>
      </w:r>
    </w:p>
    <w:p>
      <w:r>
        <w:t>{He says to me}</w:t>
      </w:r>
    </w:p>
    <w:p>
      <w:r>
        <w:t>[The Prayer Leader]</w:t>
      </w:r>
    </w:p>
    <w:p>
      <w:r>
        <w:t>[Disappeared?]</w:t>
      </w:r>
    </w:p>
    <w:p>
      <w:r>
        <w:t>[Disappeared...]</w:t>
      </w:r>
    </w:p>
    <w:p>
      <w:r>
        <w:t>{Not d..}, no, no, they did not know where they were, disappeared, were lost</w:t>
      </w:r>
    </w:p>
    <w:p>
      <w:r>
        <w:t>[Ay..]</w:t>
      </w:r>
    </w:p>
    <w:p>
      <w:r>
        <w:t>Until they said: "There is a 'Prayer Leader who goes and speaks:</w:t>
      </w:r>
    </w:p>
    <w:p>
      <w:r>
        <w:t>"This world is nothing,” and he takes them to the forest"</w:t>
      </w:r>
    </w:p>
    <w:p>
      <w:r>
        <w:t>[….]</w:t>
      </w:r>
    </w:p>
    <w:p>
      <w:r>
        <w:t>And.. and they say only "Likutay Tefilos" and Tehillim and study, and study and serve Hashem always [……….]</w:t>
      </w:r>
    </w:p>
    <w:p>
      <w:r>
        <w:t>[……….]</w:t>
      </w:r>
    </w:p>
    <w:p>
      <w:r>
        <w:t>I did not know about hisbodedus, I did not know, this, this was a day or two since I had already drawn close, but did I know everything? I did not know</w:t>
      </w:r>
    </w:p>
    <w:p>
      <w:r>
        <w:t>Suddenly I, and.. and.. always with Rebbe Yisroel, he disappeared, he is not here, he is lost</w:t>
      </w:r>
    </w:p>
    <w:p>
      <w:r>
        <w:t>{I …}, I began to search, I did not find him, until I searched, and searched, and searched</w:t>
      </w:r>
    </w:p>
    <w:p>
      <w:r>
        <w:t>Until I saw from afar in some forest, a person walking around, here, from here to here, and from here to here</w:t>
      </w:r>
    </w:p>
    <w:p>
      <w:r>
        <w:t>Apparently with, with another one, he is speaking with him and asking him:</w:t>
      </w:r>
    </w:p>
    <w:p>
      <w:r>
        <w:t>"What do you say? What, what should I do? Maybe this way, this way?"</w:t>
      </w:r>
    </w:p>
    <w:p>
      <w:r>
        <w:t>{….}</w:t>
      </w:r>
    </w:p>
    <w:p>
      <w:r>
        <w:t>I drew close, I saw, he does not want anything from me</w:t>
      </w:r>
    </w:p>
    <w:p>
      <w:r>
        <w:t>"If you have sense and go with me to the forest—good</w:t>
      </w:r>
    </w:p>
    <w:p>
      <w:r>
        <w:t>If not—{you will be here\ you will fall}”</w:t>
      </w:r>
    </w:p>
    <w:p>
      <w:r>
        <w:t>If you are {…}, do not want forests—go, go search for money</w:t>
      </w:r>
    </w:p>
    <w:p>
      <w:r>
        <w:t>Oy, oy, Rebbe Nassan, Rebbe Nassan</w:t>
      </w:r>
    </w:p>
    <w:p>
      <w:r>
        <w:t>He cast away the whole world completely, his father and the family and the.., "Only Rabbainu"</w:t>
      </w:r>
    </w:p>
    <w:p>
      <w:r>
        <w:t>And he merited what he merited, he merited that through him we know of Rabbainu</w:t>
      </w:r>
    </w:p>
    <w:p>
      <w:r>
        <w:t>If Rebbe N.. Rebbe Nassan had not been in the world, no, we would not have known of Rabbainu at all</w:t>
      </w:r>
    </w:p>
    <w:p>
      <w:r>
        <w:t>Rebbe Nassan made the letters "Alim LiTerufah" and the "Likutay Halachos" and "Likutay Tefilos"</w:t>
      </w:r>
    </w:p>
    <w:p>
      <w:r>
        <w:t>He informed us that there is a Rebbe in the world</w:t>
      </w:r>
    </w:p>
    <w:p>
      <w:r>
        <w:t>If you have sense, buy the "Likutay Tefilos" and say a great deal of "Likutay Tefilos"</w:t>
      </w:r>
    </w:p>
    <w:p>
      <w:r>
        <w:t>{And you will be with me}, you will find vitality, {...}, yes</w:t>
      </w:r>
    </w:p>
    <w:p>
      <w:r>
        <w:t>Eternal life, everlasting life, life, that is called life</w:t>
      </w:r>
    </w:p>
    <w:p>
      <w:r>
        <w:t>This is the life of the world, where they search only for money, no, no, yes, which is nothing</w:t>
      </w:r>
    </w:p>
    <w:p>
      <w:r>
        <w:t>The money will remain, and he will pass away; two things have no permanence—the money and the person, either money, or the person, what? You want money? Go search for money, the whole world wants money and the whole world searches for money; go with the whole world, what, with me you will not find money</w:t>
      </w:r>
    </w:p>
    <w:p>
      <w:r>
        <w:t>This man from Yerushalayim who came to Teveria, nu, he was a guest, lived, lived</w:t>
      </w:r>
    </w:p>
    <w:p>
      <w:r>
        <w:t>And he did not know at all and he..</w:t>
      </w:r>
    </w:p>
    <w:p>
      <w:r>
        <w:t>{Yes}</w:t>
      </w:r>
    </w:p>
    <w:p>
      <w:r>
        <w:t>I did not know, Rebbe Yisroel did not tell me</w:t>
      </w:r>
    </w:p>
    <w:p>
      <w:r>
        <w:t>Rebbe Yisroel had, Hashem blessed be He gave him some money, he took the money</w:t>
      </w:r>
    </w:p>
    <w:p>
      <w:r>
        <w:t>He had small children at home who needed to eat, he did not think at all about his children</w:t>
      </w:r>
    </w:p>
    <w:p>
      <w:r>
        <w:t>He thought {good}, how to fulfill a mitzvah, he.. there was money, he gave it to this man</w:t>
      </w:r>
    </w:p>
    <w:p>
      <w:r>
        <w:t>He was a guest {of yours}, lived, he does not know, does not know</w:t>
      </w:r>
    </w:p>
    <w:p>
      <w:r>
        <w:t>And he spoke with him and.. th.. that they, they were hungry, that he had nothing, that he did not have even one meal</w:t>
      </w:r>
    </w:p>
    <w:p>
      <w:r>
        <w:t>Nothing, he had nothing, he was poor</w:t>
      </w:r>
    </w:p>
    <w:p>
      <w:r>
        <w:t>And Rebbe Yisroel gave him a lot of money</w:t>
      </w:r>
    </w:p>
    <w:p>
      <w:r>
        <w:t>This man thinks that Rebbe Yisroel is, he is very rich, he, and he asks me:</w:t>
      </w:r>
    </w:p>
    <w:p>
      <w:r>
        <w:t>"{What about Rebbe Yisroel …..\From where does Rebbe Yisroel …..}, is he rich?"</w:t>
      </w:r>
    </w:p>
    <w:p>
      <w:r>
        <w:t>I told him, I told him how poor he is</w:t>
      </w:r>
    </w:p>
    <w:p>
      <w:r>
        <w:t>In any case, this man was a scholar from the Litvaks…</w:t>
      </w:r>
    </w:p>
    <w:p>
      <w:pPr>
        <w:pStyle w:val="Heading2"/>
      </w:pPr>
      <w:r>
        <w:t>Side B (Bais)</w:t>
      </w:r>
    </w:p>
    <w:p>
      <w:r>
        <w:t>...from the Litvaks…</w:t>
      </w:r>
    </w:p>
    <w:p>
      <w:r>
        <w:t>...only, only, only to study, and this man, he, he, he wants to be like Rebbe Yisroel</w:t>
      </w:r>
    </w:p>
    <w:p>
      <w:r>
        <w:t>Rebbe Yisroel had a lot of money, and gave him money, money, money</w:t>
      </w:r>
    </w:p>
    <w:p>
      <w:r>
        <w:t>Then we returned to Yerushalayim; this man also lived, lived in Yerushalayim, he had an apartment</w:t>
      </w:r>
    </w:p>
    <w:p>
      <w:r>
        <w:t>And he gave us the apartment, and gave us, he became such a Breslover…</w:t>
      </w:r>
    </w:p>
    <w:p>
      <w:r>
        <w:t>...{Rebbe Yisroel} went to search for some mitzvah, until he found, until he.. until he found</w:t>
      </w:r>
    </w:p>
    <w:p>
      <w:r>
        <w:t>He found this guest, he gave him a lot of money</w:t>
      </w:r>
    </w:p>
    <w:p>
      <w:r>
        <w:t>He lived, and he came to Teveria</w:t>
      </w:r>
    </w:p>
    <w:p>
      <w:r>
        <w:t>He, and Rebbe Yisroel {he brought him, brought him a lot, he tithed until he found, yes}</w:t>
      </w:r>
    </w:p>
    <w:p>
      <w:r>
        <w:t>He gave him all the money he had, gave it for this man so that they would have food to eat</w:t>
      </w:r>
    </w:p>
    <w:p>
      <w:r>
        <w:t>And this man thought Rebbe Yisroel was a millionaire, he, he was very rich, he gives him so much money; afterward we returned to Yerushalayim, and this man became completely Breslov</w:t>
      </w:r>
    </w:p>
    <w:p>
      <w:r>
        <w:t>Hu.. hu.. hu..</w:t>
      </w:r>
    </w:p>
    <w:p>
      <w:r>
        <w:t>He became, he saw such a rich man who gives so much money to charity</w:t>
      </w:r>
    </w:p>
    <w:p>
      <w:r>
        <w:t>He.. "Good, this is life, a good life”</w:t>
      </w:r>
    </w:p>
    <w:p>
      <w:r>
        <w:t>He became Breslov, he laughed at all the scholars, at all {...}, at all of them</w:t>
      </w:r>
    </w:p>
    <w:p>
      <w:r>
        <w:t>[Saba, do you want to eat?]</w:t>
      </w:r>
    </w:p>
    <w:p>
      <w:r>
        <w:t>I want to eat, but not now</w:t>
      </w:r>
    </w:p>
    <w:p>
      <w:r>
        <w:t>[Good]</w:t>
      </w:r>
    </w:p>
    <w:p>
      <w:r>
        <w:t>Later</w:t>
      </w:r>
    </w:p>
    <w:p>
      <w:r>
        <w:t>[You can live here always, Saba]</w:t>
      </w:r>
    </w:p>
    <w:p>
      <w:r>
        <w:t>Eh? Yes?</w:t>
      </w:r>
    </w:p>
    <w:p>
      <w:r>
        <w:t>[Yes, there is a lot of room at my house, and you can stay</w:t>
      </w:r>
    </w:p>
    <w:p>
      <w:r>
        <w:t>There is room for you, for Shimon and Ilan, stay here]</w:t>
      </w:r>
    </w:p>
    <w:p>
      <w:r>
        <w:t>Nu, "Livelihood, livelihood, livelihood, livelihood”</w:t>
      </w:r>
    </w:p>
    <w:p>
      <w:r>
        <w:t>Then Rabbainu said, everyone who shouted: "Livelihood, livelihood"</w:t>
      </w:r>
    </w:p>
    <w:p>
      <w:r>
        <w:t>Then, then the holy Rabbainu said: "Livelihood? Only trust!"</w:t>
      </w:r>
    </w:p>
    <w:p>
      <w:r>
        <w:t>He gave everyone livelihood</w:t>
      </w:r>
    </w:p>
    <w:p>
      <w:r>
        <w:t>{But} Rebbe Yisroel, peace be upon him, had a ledger, he was a recorder, "a great recorder”</w:t>
      </w:r>
    </w:p>
    <w:p>
      <w:r>
        <w:t>He had a ledger, and recorded everything that he had as income and every.. yes</w:t>
      </w:r>
    </w:p>
    <w:p>
      <w:r>
        <w:t>And he gave a fifth; every month he gave a fifth of the money Hashem blessed be He gave him, he gave a fifth</w:t>
      </w:r>
    </w:p>
    <w:p>
      <w:r>
        <w:t>Nu, he did not have mo.., {when it is necessary} to do a mitzvah, he did not have money</w:t>
      </w:r>
    </w:p>
    <w:p>
      <w:r>
        <w:t>Nu, he said: "The chomesh will pay for everything"</w:t>
      </w:r>
    </w:p>
    <w:p>
      <w:r>
        <w:t>"Do I have a worry about debts? My chomesh, it will pay for everything"</w:t>
      </w:r>
    </w:p>
    <w:p>
      <w:r>
        <w:t>[The chomesh?]</w:t>
      </w:r>
    </w:p>
    <w:p>
      <w:r>
        <w:t>[The chomesh will pay for everything..]</w:t>
      </w:r>
    </w:p>
    <w:p>
      <w:r>
        <w:t>[The chomesh?]</w:t>
      </w:r>
    </w:p>
    <w:p>
      <w:r>
        <w:t>[That is trust, as it were..]</w:t>
      </w:r>
    </w:p>
    <w:p>
      <w:r>
        <w:t>[Yes]</w:t>
      </w:r>
    </w:p>
    <w:p>
      <w:r>
        <w:t>[The moment you give a fifth, it is a blessing..]</w:t>
      </w:r>
    </w:p>
    <w:p>
      <w:r>
        <w:t>[Yes, yes, yes..]</w:t>
      </w:r>
    </w:p>
    <w:p>
      <w:r>
        <w:t>[Surely very great, it will pay.. it will pay for everything]</w:t>
      </w:r>
    </w:p>
    <w:p>
      <w:r>
        <w:t>[Yes, yes]</w:t>
      </w:r>
    </w:p>
    <w:p>
      <w:r>
        <w:t>[It is also written in the "Sefer HaMidos"]</w:t>
      </w:r>
    </w:p>
    <w:p>
      <w:r>
        <w:t>[Yes]</w:t>
      </w:r>
    </w:p>
    <w:p>
      <w:r>
        <w:t>[Someone who has livelihood problems, {should do some} charity..]</w:t>
      </w:r>
    </w:p>
    <w:p>
      <w:r>
        <w:t>[Yes..]</w:t>
      </w:r>
    </w:p>
    <w:p>
      <w:r>
        <w:t>[…………..]</w:t>
      </w:r>
    </w:p>
    <w:p>
      <w:r>
        <w:t>{..}...</w:t>
      </w:r>
    </w:p>
    <w:p>
      <w:r>
        <w:t>...when he is in debt, the chomesh will pay</w:t>
      </w:r>
    </w:p>
    <w:p>
      <w:r>
        <w:t>Once he complained before me, he was already so deeply in debt to the 'chomesh', he {{..}}</w:t>
      </w:r>
    </w:p>
    <w:p>
      <w:r>
        <w:t>He had great pain, he owed money to the 'chomesh', a lot of money</w:t>
      </w:r>
    </w:p>
    <w:p>
      <w:r>
        <w:t>[Ay.. ay..]...</w:t>
      </w:r>
    </w:p>
    <w:p>
      <w:r>
        <w:t>...{...}:</w:t>
      </w:r>
    </w:p>
    <w:p>
      <w:r>
        <w:t>"I have a chomesh, a chomesh that pays all {the debt}, all the debts"</w:t>
      </w:r>
    </w:p>
    <w:p>
      <w:r>
        <w:t>"The chomesh is very rich"</w:t>
      </w:r>
    </w:p>
    <w:p>
      <w:r>
        <w:t>He went, as the world {..} searches for money, he searched for a mitzvah</w:t>
      </w:r>
    </w:p>
    <w:p>
      <w:r>
        <w:t>Maybe there will be, will be, will be {...}, maybe Hashem blessed be He will send him some mitzvah, he went to search</w:t>
      </w:r>
    </w:p>
    <w:p>
      <w:r>
        <w:t>He found every time, and they became close to Rabbainu</w:t>
      </w:r>
    </w:p>
    <w:p>
      <w:r>
        <w:t>"If he has Chassidim like these, I want to be Breslov</w:t>
      </w:r>
    </w:p>
    <w:p>
      <w:r>
        <w:t>I do not want to be a scholar, I want to be Breslov"</w:t>
      </w:r>
    </w:p>
    <w:p>
      <w:r>
        <w:t>{Yes}</w:t>
      </w:r>
    </w:p>
    <w:p>
      <w:r>
        <w:t>He had a small ledger and he was a great bookkeeper</w:t>
      </w:r>
    </w:p>
    <w:p>
      <w:r>
        <w:t>He recorded every penny Hashem blessed be He sent him, and every income and expense {..}</w:t>
      </w:r>
    </w:p>
    <w:p>
      <w:r>
        <w:t>And he made an accounting of how much he owed, how much money he owed</w:t>
      </w:r>
    </w:p>
    <w:p>
      <w:r>
        <w:t>[You see? How much … the more constrained – the more mitzvos]</w:t>
      </w:r>
    </w:p>
    <w:p>
      <w:r>
        <w:t>And he was always happy, happy, he danced and he played music</w:t>
      </w:r>
    </w:p>
    <w:p>
      <w:r>
        <w:t>He was, was, was happy as though he had all the money in the world, as though he had</w:t>
      </w:r>
    </w:p>
    <w:p>
      <w:r>
        <w:t>He had five sons, daughters and an only son</w:t>
      </w:r>
    </w:p>
    <w:p>
      <w:r>
        <w:t>The only son, his name was Mordechai, the only son</w:t>
      </w:r>
    </w:p>
    <w:p>
      <w:r>
        <w:t>I knew him when he was a small child, but he grows up, he grew up, grew up and became bar mitzvah</w:t>
      </w:r>
    </w:p>
    <w:p>
      <w:r>
        <w:t>This, this only son, and he also had, the only son had a sister, a sister</w:t>
      </w:r>
    </w:p>
    <w:p>
      <w:r>
        <w:t>And she was such a modest tzaddeikes, that there are no {words} to speak, there is no speech to speak</w:t>
      </w:r>
    </w:p>
    <w:p>
      <w:r>
        <w:t>She thought that I was a brother, Esther, her name was</w:t>
      </w:r>
    </w:p>
    <w:p>
      <w:r>
        <w:t>He, the only son, his name was Mordechai</w:t>
      </w:r>
    </w:p>
    <w:p>
      <w:r>
        <w:t>And he also had a daughter whose name was Esther, and she was such a tzaddeikes, like Queen Esther</w:t>
      </w:r>
    </w:p>
    <w:p>
      <w:r>
        <w:t>[Ahh..]</w:t>
      </w:r>
    </w:p>
    <w:p>
      <w:r>
        <w:t>Ay, she was already seven, eight years old, and she was so modest</w:t>
      </w:r>
    </w:p>
    <w:p>
      <w:r>
        <w:t>Ah, so good, ah</w:t>
      </w:r>
    </w:p>
    <w:p>
      <w:r>
        <w:t>Esther</w:t>
      </w:r>
    </w:p>
    <w:p>
      <w:r>
        <w:t>He had Mordechai and Esther at home</w:t>
      </w:r>
    </w:p>
    <w:p>
      <w:r>
        <w:t>[Ay..]</w:t>
      </w:r>
    </w:p>
    <w:p>
      <w:r>
        <w:t>And Mordechai.. became after the bar mitzvah, he had, he was sick and passed away, no, Esther, Esther passed away</w:t>
      </w:r>
    </w:p>
    <w:p>
      <w:r>
        <w:t>And Mordechai.. passed away three days before Rebbe Yisroel, and he knew that he passed away, and Rebbe Yisroel also passed away</w:t>
      </w:r>
    </w:p>
    <w:p>
      <w:r>
        <w:t>[Ahh..]</w:t>
      </w:r>
    </w:p>
    <w:p>
      <w:r>
        <w:t>There was, there was one time, there was, Rebbe Yisroel was not at home, and there is a woman and girls and children</w:t>
      </w:r>
    </w:p>
    <w:p>
      <w:r>
        <w:t>Nu, and I was there, they need to eat, they were five children {and there were}, they need to eat</w:t>
      </w:r>
    </w:p>
    <w:p>
      <w:r>
        <w:t>No, they did not have, I went to ask, to ask for alms, to ask that they have mercy</w:t>
      </w:r>
    </w:p>
    <w:p>
      <w:r>
        <w:t>I will go and search for money, they said to him, everyone said to me:</w:t>
      </w:r>
    </w:p>
    <w:p>
      <w:r>
        <w:t>"I have not sold anything yet, from where will I give money? I do not have now mo.., I do not have money"</w:t>
      </w:r>
    </w:p>
    <w:p>
      <w:r>
        <w:t>So I went to search, I found one man and his son who had a merchandise store, a store</w:t>
      </w:r>
    </w:p>
    <w:p>
      <w:r>
        <w:t>Nu, but, but {..} in the morning he, they do not sell, not.., there is no money, in the morning</w:t>
      </w:r>
    </w:p>
    <w:p>
      <w:r>
        <w:t>How I went to him at the store, he and his son, and he gave me a lot of money</w:t>
      </w:r>
    </w:p>
    <w:p>
      <w:r>
        <w:t>And I had {…} to buy bread, and.. and I had {…}, thank God, in order to give the children bread to eat; then I was very happy, that I had, thank God, something {..} to give the children, to eat b.. bread and oil</w:t>
      </w:r>
    </w:p>
    <w:p>
      <w:r>
        <w:t>{..}…</w:t>
      </w:r>
    </w:p>
    <w:p>
      <w:r>
        <w:t>...{..}</w:t>
      </w:r>
    </w:p>
    <w:p>
      <w:r>
        <w:t>He went, he was on the road and left the house without money</w:t>
      </w:r>
    </w:p>
    <w:p>
      <w:r>
        <w:t>Nu, I can {…..} I could not bear it, there are small children, they need to eat</w:t>
      </w:r>
    </w:p>
    <w:p>
      <w:r>
        <w:t>Nu, and I do not have, I also do not have {a little money}</w:t>
      </w:r>
    </w:p>
    <w:p>
      <w:r>
        <w:t>So I went to collect money so that I would have bread to give the children</w:t>
      </w:r>
    </w:p>
    <w:p>
      <w:r>
        <w:t>I went, I went from store to store, and everyone said:</w:t>
      </w:r>
    </w:p>
    <w:p>
      <w:r>
        <w:t>"What? I have not sold anything yet, what is this? There is not yet, I still do not have, no, I do not have money"</w:t>
      </w:r>
    </w:p>
    <w:p>
      <w:r>
        <w:t>Nu, I was in great distress, I need to buy for the children</w:t>
      </w:r>
    </w:p>
    <w:p>
      <w:r>
        <w:t>Nu, so I went farther, found a store, a father and his son, and he had a store of merchandise to sell, yes</w:t>
      </w:r>
    </w:p>
    <w:p>
      <w:r>
        <w:t>Nu, but {I thought}, "Now it is morning, there is no money yet"</w:t>
      </w:r>
    </w:p>
    <w:p>
      <w:r>
        <w:t>I went to him, and he went to the cash box and gave me a lot of money</w:t>
      </w:r>
    </w:p>
    <w:p>
      <w:r>
        <w:t>[..]</w:t>
      </w:r>
    </w:p>
    <w:p>
      <w:r>
        <w:t>And I became very happy from this, that I have, thank God, money to buy food for the home</w:t>
      </w:r>
    </w:p>
    <w:p>
      <w:r>
        <w:t>He does not know me, I entered the store, he went to the place of the money and took out money and gave me</w:t>
      </w:r>
    </w:p>
    <w:p>
      <w:r>
        <w:t>[..]</w:t>
      </w:r>
    </w:p>
    <w:p>
      <w:r>
        <w:t>He went on the road and did not.., left the house without money, without bread, without {bread}</w:t>
      </w:r>
    </w:p>
    <w:p>
      <w:r>
        <w:t>And I was a young man, I was a young man, nu, I was in the house like a child, like.. yes</w:t>
      </w:r>
    </w:p>
    <w:p>
      <w:r>
        <w:t>Nu, Rebbe Yisroel is not here, and the children want to eat, and I have neither money nor, nor, nor bread</w:t>
      </w:r>
    </w:p>
    <w:p>
      <w:r>
        <w:t>In short, I was, I was already, I had great distress, and I said:</w:t>
      </w:r>
    </w:p>
    <w:p>
      <w:r>
        <w:t>"Why does Hashem blessed be He not give me money for the children?"</w:t>
      </w:r>
    </w:p>
    <w:p>
      <w:r>
        <w:t>So I went and found some store, yes, that had a father there with his son</w:t>
      </w:r>
    </w:p>
    <w:p>
      <w:r>
        <w:t>I entered the store, I was very ashamed, he will show me:</w:t>
      </w:r>
    </w:p>
    <w:p>
      <w:r>
        <w:t>"Now it is morning, I still, still have not sold, there is no money yet", like everyone</w:t>
      </w:r>
    </w:p>
    <w:p>
      <w:r>
        <w:t>So he went to the place of the money and took out money and gave me a lot of money</w:t>
      </w:r>
    </w:p>
    <w:p>
      <w:r>
        <w:t>And I had to.., for the children to eat {...}, to.. eat</w:t>
      </w:r>
    </w:p>
    <w:p>
      <w:r>
        <w:t>And Rebbe Yisroel, as though he has no children, as though.. he went, he went to Meron</w:t>
      </w:r>
    </w:p>
    <w:p>
      <w:r>
        <w:t>And I remained with the children, I went to search for money, and they said to me:</w:t>
      </w:r>
    </w:p>
    <w:p>
      <w:r>
        <w:t>"What? Now it is morning, and how..? I have not sold anything yet, there is none, I also do not have money"</w:t>
      </w:r>
    </w:p>
    <w:p>
      <w:r>
        <w:t>In short, {…} I received great distress, I have no money in order to buy the children food to eat</w:t>
      </w:r>
    </w:p>
    <w:p>
      <w:r>
        <w:t>Good, {but} I found one store, and there was a father there with his son, and the father..</w:t>
      </w:r>
    </w:p>
    <w:p>
      <w:r>
        <w:t>I entered the store, and I was afraid that he would throw me outside</w:t>
      </w:r>
    </w:p>
    <w:p>
      <w:r>
        <w:t>He went to the place of the money and took out a lot of money and gave me</w:t>
      </w:r>
    </w:p>
    <w:p>
      <w:r>
        <w:t>He, I do not know him, and he does not know me, and I had money to buy food for the children</w:t>
      </w:r>
    </w:p>
    <w:p>
      <w:r>
        <w:t>He, he left me the house empty, there is no money and there is no {..} anything</w:t>
      </w:r>
    </w:p>
    <w:p>
      <w:r>
        <w:t>[Ay..]</w:t>
      </w:r>
    </w:p>
    <w:p>
      <w:r>
        <w:t>Ah..</w:t>
      </w:r>
    </w:p>
    <w:p>
      <w:r>
        <w:t>[Lessons for a whole lifetime]</w:t>
      </w:r>
    </w:p>
    <w:p>
      <w:r>
        <w:t>I was ashamed to enter the store, what? In the morning? Where is there money?</w:t>
      </w:r>
    </w:p>
    <w:p>
      <w:r>
        <w:t>I entered the store, and the father went to the place of the money and {received} money, and gave me a lot of money, and I had money to buy bread for the children</w:t>
      </w:r>
    </w:p>
    <w:p>
      <w:r>
        <w:t>But Rebbe Yisroel, as though he has no children, as though he has nothing, there is Yisroel Ber {at home} and he, he went, and the children have nothing, nothing to eat, and he went to Meron</w:t>
      </w:r>
    </w:p>
    <w:p>
      <w:r>
        <w:t>[Ahh..]</w:t>
      </w:r>
    </w:p>
    <w:p>
      <w:r>
        <w:t>Nu, I am going to collect money, and everyone says:</w:t>
      </w:r>
    </w:p>
    <w:p>
      <w:r>
        <w:t>"What? Is there money in the morning? I have not sold anything yet"</w:t>
      </w:r>
    </w:p>
    <w:p>
      <w:r>
        <w:t>So I found one, a store, a merchant, and I entered, I, I was very ashamed</w:t>
      </w:r>
    </w:p>
    <w:p>
      <w:r>
        <w:t>He will take me and throw me outside, "What money? From where money? {..}, is there money in the morning?" And he went to the place of the money and took money and gave me, and I had money to buy food for the children, and he went to Meron; he has a house with children, but there is Yisroel Ber, Yisroel Ber</w:t>
      </w:r>
    </w:p>
    <w:p>
      <w:r>
        <w:t>I went to search for money, and everyone says:</w:t>
      </w:r>
    </w:p>
    <w:p>
      <w:r>
        <w:t>"What? Is there money in the morning? I have not sold anything yet, I do not have, {…}, I also do not have money</w:t>
      </w:r>
    </w:p>
    <w:p>
      <w:r>
        <w:t>From where is there money in the morning? I have not sold anything yet"</w:t>
      </w:r>
    </w:p>
    <w:p>
      <w:r>
        <w:t>I went to search farther, I found one merchant, he and his son, and I entered the store</w:t>
      </w:r>
    </w:p>
    <w:p>
      <w:r>
        <w:t>[Yosef, I am already coming, Yosef]</w:t>
      </w:r>
    </w:p>
    <w:p>
      <w:r>
        <w:t>And I was ashamed, he, I thought that he would take me from here and throw me outside</w:t>
      </w:r>
    </w:p>
    <w:p>
      <w:r>
        <w:t>"What, is there money in the morning? What is this?"</w:t>
      </w:r>
    </w:p>
    <w:p>
      <w:r>
        <w:t>[…..…]</w:t>
      </w:r>
    </w:p>
    <w:p>
      <w:r>
        <w:t>[……..]</w:t>
      </w:r>
    </w:p>
    <w:p>
      <w:r>
        <w:t>[Saba, Saba]</w:t>
      </w:r>
    </w:p>
    <w:p>
      <w:r>
        <w:t>Eh?</w:t>
      </w:r>
    </w:p>
    <w:p>
      <w:r>
        <w:t>[May you merit mitzvos, Saba, you strengthened me very, very much, for my whole life with God's help, Saba, y..] "Money? Is there money in the morning?”</w:t>
      </w:r>
    </w:p>
    <w:p>
      <w:r>
        <w:t>[Saba, bless me that I should merit to fulfill]</w:t>
      </w:r>
    </w:p>
    <w:p>
      <w:r>
        <w:t>At any rate, I went, found a store, a father and his son, they came from the synagogue</w:t>
      </w:r>
    </w:p>
    <w:p>
      <w:r>
        <w:t>{…}, and I entered, I thoug.., I, I was very ashamed, and I had great distress</w:t>
      </w:r>
    </w:p>
    <w:p>
      <w:r>
        <w:t>He will take me {in anger\from here} {and throw, yes}:</w:t>
      </w:r>
    </w:p>
    <w:p>
      <w:r>
        <w:t>"What? Is there money in the morning? I have not sold anything yet"</w:t>
      </w:r>
    </w:p>
    <w:p>
      <w:r>
        <w:t>He gave me money for all {…, the stores}, and I had money to buy food for the children</w:t>
      </w:r>
    </w:p>
    <w:p>
      <w:r>
        <w:t>[I will stay here, I will stay here.. good]</w:t>
      </w:r>
    </w:p>
    <w:p>
      <w:r>
        <w:t>[Saba, Saba, I am going for a moment, and in another five minutes I am coming, another approximately two minutes] [……….]</w:t>
      </w:r>
    </w:p>
    <w:p>
      <w:r>
        <w:t>He has a house and children, he went to Meron</w:t>
      </w:r>
    </w:p>
    <w:p>
      <w:r>
        <w:t>He has a house and children, he went to Meron, Yisroel Ber is there</w:t>
      </w:r>
    </w:p>
    <w:p>
      <w:r>
        <w:t>"Yisroel Ber {..will buy}, he will have money and will buy for the children</w:t>
      </w:r>
    </w:p>
    <w:p>
      <w:r>
        <w:t>"Livelihood”, says Rebbe.., "Only trust"</w:t>
      </w:r>
    </w:p>
    <w:p>
      <w:r>
        <w:t>[…………]</w:t>
      </w:r>
    </w:p>
    <w:p>
      <w:r>
        <w:t>[………...]</w:t>
      </w:r>
    </w:p>
    <w:p>
      <w:r>
        <w:t>I had great distress:</w:t>
      </w:r>
    </w:p>
    <w:p>
      <w:r>
        <w:t>"What will be? The sons need to eat and I have no money, what {will be}?</w:t>
      </w:r>
    </w:p>
    <w:p>
      <w:r>
        <w:t>And everyone said that in the morning there is no money, he has not yet sold, sold, they sold nothing, they have no money.."</w:t>
      </w:r>
    </w:p>
    <w:p>
      <w:r>
        <w:t>Yes, and I was in great distress, I entered the store, he gave for all the stores</w:t>
      </w:r>
    </w:p>
    <w:p>
      <w:r>
        <w:t>He gave me a lot of money</w:t>
      </w:r>
    </w:p>
    <w:p>
      <w:r>
        <w:t>He does not know me, and I do not know him, and he gave me a lot of money</w:t>
      </w:r>
    </w:p>
    <w:p>
      <w:r>
        <w:t>I do not, not, not tell things for nothing, that is how it was, what happened I tell</w:t>
      </w:r>
    </w:p>
    <w:p>
      <w:r>
        <w:t>He left a house with small children and Yisroel Ber, and he went to Meron and he left me at home</w:t>
      </w:r>
    </w:p>
    <w:p>
      <w:r>
        <w:t>Nu, the small children need to eat, and I have no money and I have nothing, I will go search for money</w:t>
      </w:r>
    </w:p>
    <w:p>
      <w:r>
        <w:t>So everyone said:</w:t>
      </w:r>
    </w:p>
    <w:p>
      <w:r>
        <w:t>"What? Is there money in the morning? What? Are you crazy? Is there money in the morning?" and I had great distress:</w:t>
      </w:r>
    </w:p>
    <w:p>
      <w:r>
        <w:t>"What is this? What will be with the children?"</w:t>
      </w:r>
    </w:p>
    <w:p>
      <w:r>
        <w:t>Then I ent.., I found one store, and he came from the synagogue, he and his son</w:t>
      </w:r>
    </w:p>
    <w:p>
      <w:r>
        <w:t>{And I..}, and he opened the store, and I entered after him</w:t>
      </w:r>
    </w:p>
    <w:p>
      <w:r>
        <w:t>[..]</w:t>
      </w:r>
    </w:p>
    <w:p>
      <w:r>
        <w:t>{…}, and I {was careful..}, I said to him:</w:t>
      </w:r>
    </w:p>
    <w:p>
      <w:r>
        <w:t>"I have a house with small children, I need to buy"</w:t>
      </w:r>
    </w:p>
    <w:p>
      <w:r>
        <w:t>He, he heard and entered the place of the money, he opened and gave me a lot of money</w:t>
      </w:r>
    </w:p>
    <w:p>
      <w:r>
        <w:t>So that I had enough for to buy {food and.. good for the children}</w:t>
      </w:r>
    </w:p>
    <w:p>
      <w:r>
        <w:t>He gave for all, all the stores did not have money, only he, only him, and he gave me a lot of money, does not know me</w:t>
      </w:r>
    </w:p>
    <w:p>
      <w:r>
        <w:t>Providence from Hashem blessed be He</w:t>
      </w:r>
    </w:p>
    <w:p>
      <w:r>
        <w:t>Ah, he went to Meron, in Meron he, from Tzfas to Meron, three hours on foot</w:t>
      </w:r>
    </w:p>
    <w:p>
      <w:r>
        <w:t>[Oy..]</w:t>
      </w:r>
    </w:p>
    <w:p>
      <w:r>
        <w:t>Who is this?</w:t>
      </w:r>
    </w:p>
    <w:p>
      <w:r>
        <w:t>[Eh?]</w:t>
      </w:r>
    </w:p>
    <w:p>
      <w:r>
        <w:t>The children got up from sleep, and need to eat, and I am going to search for money in order to buy</w:t>
      </w:r>
    </w:p>
    <w:p>
      <w:r>
        <w:t>So all {…}.., all the stores said:</w:t>
      </w:r>
    </w:p>
    <w:p>
      <w:r>
        <w:t>"Nu, what? Are you crazy? Is there money in the morning? In the morning I have not yet, have not yet sold anything, I..”…</w:t>
      </w:r>
    </w:p>
    <w:p>
      <w:r>
        <w:t>..."Is there money in the morning?"</w:t>
      </w:r>
    </w:p>
    <w:p>
      <w:r>
        <w:t>I entered the store, and he e.., he saw me and entered the place of the money, and took out money and gave me li.., like this, {..}, a full hand of money, I had {...} for the children to buy [Ay..]</w:t>
      </w:r>
    </w:p>
    <w:p>
      <w:r>
        <w:t>Before, I was in despair:</w:t>
      </w:r>
    </w:p>
    <w:p>
      <w:r>
        <w:t>"Nu, what will be? All, all the stores, no one gave me money, what will be with the children?” {…}, I saw that one man came from the synagogue with the tallis and tefillin with his son and opens the store, nu, and they entered, and I entered after them, after them:</w:t>
      </w:r>
    </w:p>
    <w:p>
      <w:r>
        <w:t>"Money, money, I have children, and need money", {yes}</w:t>
      </w:r>
    </w:p>
    <w:p>
      <w:r>
        <w:t>Then I.., I was very ashamed, I thought he would take me and show me the door</w:t>
      </w:r>
    </w:p>
    <w:p>
      <w:r>
        <w:t>He {..} he would throw me outside:</w:t>
      </w:r>
    </w:p>
    <w:p>
      <w:r>
        <w:t>"Go! Is there money in the morning? I have not yet sold"</w:t>
      </w:r>
    </w:p>
    <w:p>
      <w:r>
        <w:t>He gave me money, a full hand of money, and I had money to buy for the children</w:t>
      </w:r>
    </w:p>
    <w:p>
      <w:r>
        <w:t>{..}</w:t>
      </w:r>
    </w:p>
    <w:p>
      <w:r>
        <w:t>[Ahh..]</w:t>
      </w:r>
    </w:p>
    <w:p>
      <w:r>
        <w:t>{..}</w:t>
      </w:r>
    </w:p>
    <w:p>
      <w:r>
        <w:t>He went to Meron, he went to Meron, to Rebbe Shimon, yes</w:t>
      </w:r>
    </w:p>
    <w:p>
      <w:r>
        <w:t>{...} there are children, they will get up and they need to eat, and Yisroel {…}</w:t>
      </w:r>
    </w:p>
    <w:p>
      <w:r>
        <w:t>Yisroel Ber is in the house, nu, nu, nu, nu, nu, nu..</w:t>
      </w:r>
    </w:p>
    <w:p>
      <w:r>
        <w:t>He went to Meron, and I went to search for money, and thank God I found money</w:t>
      </w:r>
    </w:p>
    <w:p>
      <w:r>
        <w:t>To give food to the children</w:t>
      </w:r>
    </w:p>
    <w:p>
      <w:r>
        <w:t>I went from store to store, and everyone says we have not yet sold, they sold nothing, they have no money</w:t>
      </w:r>
    </w:p>
    <w:p>
      <w:r>
        <w:t>What will be..? What will be {for\with} the children?</w:t>
      </w:r>
    </w:p>
    <w:p>
      <w:r>
        <w:t>I see that a father and his son are going to open the store, and they went and opened the store and entered</w:t>
      </w:r>
    </w:p>
    <w:p>
      <w:r>
        <w:t>And I entered after them and said to the father:</w:t>
      </w:r>
    </w:p>
    <w:p>
      <w:r>
        <w:t>"I need money for children to.. for food to.."</w:t>
      </w:r>
    </w:p>
    <w:p>
      <w:r>
        <w:t>He, he saw, I had fear that he would throw me outside</w:t>
      </w:r>
    </w:p>
    <w:p>
      <w:r>
        <w:t>So he gave me a full hand of money, and I had, thank God</w:t>
      </w:r>
    </w:p>
    <w:p>
      <w:r>
        <w:t>Ah, ah, ah..</w:t>
      </w:r>
    </w:p>
    <w:p>
      <w:r>
        <w:t>Oy, this was at the beginning, at the beginning that.. {ah.. yes, that I, but I vowed..}, Rebbe Yisroel, he came to me, nu, afterward it was night and they went to sleep, and Rebbe Yisroel, he went to pray, to the mikvah and to pray and to..</w:t>
      </w:r>
    </w:p>
    <w:p>
      <w:r>
        <w:t>He went to Meron, he has a house with small children, {and more, and more}, yes</w:t>
      </w:r>
    </w:p>
    <w:p>
      <w:r>
        <w:t>{… and left everything}, everything in the house, there was nothing, {and thank God}</w:t>
      </w:r>
    </w:p>
    <w:p>
      <w:r>
        <w:t>This merchant, he and his son, they came from the synagogue and opened the store and entered, and I entered after them:</w:t>
      </w:r>
    </w:p>
    <w:p>
      <w:r>
        <w:t>"Money, money, money, I need money"</w:t>
      </w:r>
    </w:p>
    <w:p>
      <w:r>
        <w:t>And the owner of the store {he} went to the place of the money and gave me like this, the full hand {with} money</w:t>
      </w:r>
    </w:p>
    <w:p>
      <w:r>
        <w:t>I will not forget this day, I will not be able to forget, everyone said:</w:t>
      </w:r>
    </w:p>
    <w:p>
      <w:r>
        <w:t>"There is no money, money, nu, what? What are you cra..? What, are you crazy? Is there money in the morning?"</w:t>
      </w:r>
    </w:p>
    <w:p>
      <w:r>
        <w:t>I, I see, suddenly I see one with his son, he, they have a store, they opened the store</w:t>
      </w:r>
    </w:p>
    <w:p>
      <w:r>
        <w:t>And entered, and I entered after them, "Money, money.."</w:t>
      </w:r>
    </w:p>
    <w:p>
      <w:r>
        <w:t>I was afraid, he would take me and throw me outside</w:t>
      </w:r>
    </w:p>
    <w:p>
      <w:r>
        <w:t>"What money? You come in the morning? Now I opened the store, from where do {I} have money?"</w:t>
      </w:r>
    </w:p>
    <w:p>
      <w:r>
        <w:t>He went {...}, the owner of the store, he went to the place of the money and took a full hand of money and gave me</w:t>
      </w:r>
    </w:p>
    <w:p>
      <w:r>
        <w:t>[Ay..]</w:t>
      </w:r>
    </w:p>
    <w:p>
      <w:r>
        <w:t>This day, no, it is impossible to tell, I will never forget tod.., this day</w:t>
      </w:r>
    </w:p>
    <w:p>
      <w:r>
        <w:t>And Rebbe Yisroel, what? He has children, Yisroel Ber is there, there will be.., {…..}</w:t>
      </w:r>
    </w:p>
    <w:p>
      <w:r>
        <w:t>The children, Hashem blessed be He feeds and sustains, and they will have, he went to Meron</w:t>
      </w:r>
    </w:p>
    <w:p>
      <w:r>
        <w:t>I am going to search for money in order to buy food for the children, and go from store to store and everyone says:</w:t>
      </w:r>
    </w:p>
    <w:p>
      <w:r>
        <w:t>"What, is there money in the morning? From where? In the morning? I have not yet sold anything"</w:t>
      </w:r>
    </w:p>
    <w:p>
      <w:r>
        <w:t>And I was in despair, what will be? The children need to eat and I have no money at all</w:t>
      </w:r>
    </w:p>
    <w:p>
      <w:r>
        <w:t>I see that one man with his son are going with keys and are going to a st.., to some store</w:t>
      </w:r>
    </w:p>
    <w:p>
      <w:r>
        <w:t>They open it and enter, and.. then I also entered</w:t>
      </w:r>
    </w:p>
    <w:p>
      <w:r>
        <w:t>{Yes}, I entered, I also entered, "Money, money, money"</w:t>
      </w:r>
    </w:p>
    <w:p>
      <w:r>
        <w:t>I was afraid he would throw me, {yes}</w:t>
      </w:r>
    </w:p>
    <w:p>
      <w:r>
        <w:t>He gave me a full hand of money, gave me, I saw such a wondrous thing, such</w:t>
      </w:r>
    </w:p>
    <w:p>
      <w:r>
        <w:t>I, they entered the store, and I also entered, and I said to him:</w:t>
      </w:r>
    </w:p>
    <w:p>
      <w:r>
        <w:t>"Money, I need charity, money, money"</w:t>
      </w:r>
    </w:p>
    <w:p>
      <w:r>
        <w:t>He: "Money?”, he went to the place of the money and gave a full hand of money</w:t>
      </w:r>
    </w:p>
    <w:p>
      <w:r>
        <w:t>[Yisroel Dagan sings:</w:t>
      </w:r>
    </w:p>
    <w:p>
      <w:r>
        <w:t>"Fortunate are we, how good is our portion and how pleasant is our lot and how beautiful is our inheritance, fortunate are we.."</w:t>
      </w:r>
    </w:p>
    <w:p>
      <w:r>
        <w:t>(Saba rouses him) {{. . .}}]</w:t>
      </w:r>
    </w:p>
    <w:p>
      <w:r>
        <w:t>Rebbe Yisroel went to Meron, and left me with children, ah..</w:t>
      </w:r>
    </w:p>
    <w:p>
      <w:r>
        <w:t>There is no, no, no food to eat, there are children, but there is nothing to eat, {not ….}</w:t>
      </w:r>
    </w:p>
    <w:p>
      <w:r>
        <w:t>I only went to search for money {{….}}.., in the stores, and everyone says:</w:t>
      </w:r>
    </w:p>
    <w:p>
      <w:r>
        <w:t>"What is this? Are you crazy? In the morning? I have not yet sold anything</w:t>
      </w:r>
    </w:p>
    <w:p>
      <w:r>
        <w:t>What are you saying? What do you want? Is there money in the morning?"</w:t>
      </w:r>
    </w:p>
    <w:p>
      <w:r>
        <w:t>One merchant and his son came, he opened the store and they entered, and I also entered after them:</w:t>
      </w:r>
    </w:p>
    <w:p>
      <w:r>
        <w:t>"Money, money, charity I need", {…}</w:t>
      </w:r>
    </w:p>
    <w:p>
      <w:r>
        <w:t>"Money?”, he went to the place of the money and gave me a full hand of money, and I had {thank God} money in order to buy the children.. food, and Rebbe Yisroel went to Meron</w:t>
      </w:r>
    </w:p>
    <w:p>
      <w:r>
        <w:t>He has a house and children, and he went to Meron, and money he did not, did not give me to buy for them</w:t>
      </w:r>
    </w:p>
    <w:p>
      <w:r>
        <w:t>Nu, what is there to do?</w:t>
      </w:r>
    </w:p>
    <w:p>
      <w:r>
        <w:t>I went to search for money, not {…}, I did not know, in the morning there is no money? Everyone:</w:t>
      </w:r>
    </w:p>
    <w:p>
      <w:r>
        <w:t>"What? Are you crazy? Is there money in the morning? I have not yet sold anything"</w:t>
      </w:r>
    </w:p>
    <w:p>
      <w:r>
        <w:t>Nu, what does one do?</w:t>
      </w:r>
    </w:p>
    <w:p>
      <w:r>
        <w:t>I went and saw that one man, a merchant, he and his son were going to a store and opening it and entering, ah, they entered, and I also {entered}</w:t>
      </w:r>
    </w:p>
    <w:p>
      <w:r>
        <w:t>"What do you want?”</w:t>
      </w:r>
    </w:p>
    <w:p>
      <w:r>
        <w:t>"Charity, {need} money"</w:t>
      </w:r>
    </w:p>
    <w:p>
      <w:r>
        <w:t>[..ah, yes]</w:t>
      </w:r>
    </w:p>
    <w:p>
      <w:r>
        <w:t>He gave me a handful of money</w:t>
      </w:r>
    </w:p>
    <w:p>
      <w:r>
        <w:t>[..Come, come, welcome, come, come, the redemption is beginning, come</w:t>
      </w:r>
    </w:p>
    <w:p>
      <w:r>
        <w:t>Nu, so come ………., Saba]</w:t>
      </w:r>
    </w:p>
    <w:p>
      <w:r>
        <w:t>Nu</w:t>
      </w:r>
    </w:p>
    <w:p>
      <w:r>
        <w:t>[Sharon was on the telephone, Sharon]</w:t>
      </w:r>
    </w:p>
    <w:p>
      <w:r>
        <w:t>Who has money?</w:t>
      </w:r>
    </w:p>
    <w:p>
      <w:r>
        <w:t>[Sharon was on the telephone, Sharon]</w:t>
      </w:r>
    </w:p>
    <w:p>
      <w:r>
        <w:t>Nu, he {merited..}.., did he hear?</w:t>
      </w:r>
    </w:p>
    <w:p>
      <w:r>
        <w:t>[He is on the way here, he, he now, he is coming, he is traveling to us, Sharon]</w:t>
      </w:r>
    </w:p>
    <w:p>
      <w:r>
        <w:t>What does he want?</w:t>
      </w:r>
    </w:p>
    <w:p>
      <w:r>
        <w:t>[He wants redemption, redemption..</w:t>
      </w:r>
    </w:p>
    <w:p>
      <w:r>
        <w:t>Saba, Sunday we are traveling with a house with wheels, we are going to Kiryat Shmona to turn all of Kiryat Shmona over to Rabbainu, with books and all, all the good things]</w:t>
      </w:r>
    </w:p>
    <w:p>
      <w:r>
        <w:t>But I cannot go</w:t>
      </w:r>
    </w:p>
    <w:p>
      <w:r>
        <w:t>[There is a bed inside, there is a house with wheels, with beds]</w:t>
      </w:r>
    </w:p>
    <w:p>
      <w:r>
        <w:t>Yes?</w:t>
      </w:r>
    </w:p>
    <w:p>
      <w:r>
        <w:t>[Yes]</w:t>
      </w:r>
    </w:p>
    <w:p>
      <w:r>
        <w:t>Good</w:t>
      </w:r>
    </w:p>
    <w:p>
      <w:r>
        <w:t>[And he will come, Aharon, Aharon will come, Aharon and Sharon and all the friends</w:t>
      </w:r>
    </w:p>
    <w:p>
      <w:r>
        <w:t>We will go, and Uri and.. and Shimon and Ilan, and I and you, everyone, and..]</w:t>
      </w:r>
    </w:p>
    <w:p>
      <w:r>
        <w:t>Everyone {..}</w:t>
      </w:r>
    </w:p>
    <w:p>
      <w:r>
        <w:t>[Tzion Barzilai]</w:t>
      </w:r>
    </w:p>
    <w:p>
      <w:r>
        <w:t>Everyone, everyone has no mo.., they have no money, {..}</w:t>
      </w:r>
    </w:p>
    <w:p>
      <w:r>
        <w:t>[But we have books, we have no money, we have books and cassettes and a guitar</w:t>
      </w:r>
    </w:p>
    <w:p>
      <w:r>
        <w:t>And a bed and a car, and we will travel from city to city]</w:t>
      </w:r>
    </w:p>
    <w:p>
      <w:r>
        <w:t>Good</w:t>
      </w:r>
    </w:p>
    <w:p>
      <w:r>
        <w:t>[From city to city]</w:t>
      </w:r>
    </w:p>
    <w:p>
      <w:r>
        <w:t>Certainly</w:t>
      </w:r>
    </w:p>
    <w:p>
      <w:r>
        <w:t>[Yes]...</w:t>
      </w:r>
    </w:p>
    <w:p>
      <w:r>
        <w:br w:type="page"/>
      </w:r>
    </w:p>
    <w:p>
      <w:pPr>
        <w:pStyle w:val="Heading1"/>
      </w:pPr>
      <w:r>
        <w:t>Tape 51</w:t>
      </w:r>
    </w:p>
    <w:p>
      <w:pPr>
        <w:pStyle w:val="Heading2"/>
      </w:pPr>
      <w:r>
        <w:t>Side A (Aleph)</w:t>
      </w:r>
    </w:p>
    <w:p>
      <w:r>
        <w:t>…{“..Tefillos"}?</w:t>
      </w:r>
    </w:p>
    <w:p>
      <w:r>
        <w:t>[Yes, certainly, I have it with me, I take it with me everywhere, inside the bag I take it]</w:t>
      </w:r>
    </w:p>
    <w:p>
      <w:r>
        <w:t>What this is, what this is, the whole world knows nothing about life {…}, they know nothing at all</w:t>
      </w:r>
    </w:p>
    <w:p>
      <w:r>
        <w:t>Ah, only the holy Rabbainu, he, with one utterance he revives and sustains and strengthens the whole world, each and every one</w:t>
      </w:r>
    </w:p>
    <w:p>
      <w:r>
        <w:t>{The thing li..}, such a wonder has never yet been in the world…</w:t>
      </w:r>
    </w:p>
    <w:p>
      <w:r>
        <w:t>...Oy, what we {know} is nothing, the holy Rabbainu had mercy on us, he revealed a drop from the sea</w:t>
      </w:r>
    </w:p>
    <w:p>
      <w:r>
        <w:t>Who is he, who is he, who is this "Na Na Ch"</w:t>
      </w:r>
    </w:p>
    <w:p>
      <w:r>
        <w:t>[I prayed much to Hashem, I asked Him: "Master of the Universe, what will become of me"?]</w:t>
      </w:r>
    </w:p>
    <w:p>
      <w:r>
        <w:t>Without this there is no life</w:t>
      </w:r>
    </w:p>
    <w:p>
      <w:r>
        <w:t>[There is no life]</w:t>
      </w:r>
    </w:p>
    <w:p>
      <w:r>
        <w:t>There is nothing</w:t>
      </w:r>
    </w:p>
    <w:p>
      <w:r>
        <w:t>In Tzfas, do you have a large apartment? How..?</w:t>
      </w:r>
    </w:p>
    <w:p>
      <w:r>
        <w:t>[Three rooms]</w:t>
      </w:r>
    </w:p>
    <w:p>
      <w:r>
        <w:t>Three?</w:t>
      </w:r>
    </w:p>
    <w:p>
      <w:r>
        <w:t>[Thank God, praised be His name]</w:t>
      </w:r>
    </w:p>
    <w:p>
      <w:r>
        <w:t>Three rooms?</w:t>
      </w:r>
    </w:p>
    <w:p>
      <w:r>
        <w:t>[Yes]</w:t>
      </w:r>
    </w:p>
    <w:p>
      <w:r>
        <w:t>{Do you have one ro..} for me?</w:t>
      </w:r>
    </w:p>
    <w:p>
      <w:r>
        <w:t>[Yes, there is, certainly]</w:t>
      </w:r>
    </w:p>
    <w:p>
      <w:r>
        <w:t>I wanted to travel to Yerushalayim today, but then I thought, what, what will be with Lag BaOmer?</w:t>
      </w:r>
    </w:p>
    <w:p>
      <w:r>
        <w:t>[Ah]</w:t>
      </w:r>
    </w:p>
    <w:p>
      <w:r>
        <w:t>So I will be here for Lag BaOmer, and after Lag BaOmer I will travel to Yerushalayim</w:t>
      </w:r>
    </w:p>
    <w:p>
      <w:r>
        <w:t>[Good]</w:t>
      </w:r>
    </w:p>
    <w:p>
      <w:r>
        <w:t>This is the redemption, each and every utterance is redemption for each and every one</w:t>
      </w:r>
    </w:p>
    <w:p>
      <w:r>
        <w:t>[I felt that Rebbe Nassan is angry with us, why are we not printing</w:t>
      </w:r>
    </w:p>
    <w:p>
      <w:r>
        <w:t>Li.., bo.., ah, "Likutey Tefillos", and we are showing the world..]</w:t>
      </w:r>
    </w:p>
    <w:p>
      <w:r>
        <w:t>Yes</w:t>
      </w:r>
    </w:p>
    <w:p>
      <w:r>
        <w:t>[What there is, what is this?]</w:t>
      </w:r>
    </w:p>
    <w:p>
      <w:r>
        <w:t>{What about the..}</w:t>
      </w:r>
    </w:p>
    <w:p>
      <w:r>
        <w:t>["Likutey Tefillos", Rebbe Nassan gave his life for every, for each and every letter]</w:t>
      </w:r>
    </w:p>
    <w:p>
      <w:r>
        <w:t>{For every\everything}, this was his hitb.., hitbodedu.., his hitbodedus</w:t>
      </w:r>
    </w:p>
    <w:p>
      <w:r>
        <w:t>From this he brought out some, some spark, some drop from the sea he brought out from his hitbodedus for us</w:t>
      </w:r>
    </w:p>
    <w:p>
      <w:r>
        <w:t>[Saba and Tzion Barzilai sing:</w:t>
      </w:r>
    </w:p>
    <w:p>
      <w:r>
        <w:t>"Our greatness and our glory our righteous Messiah will reveal.."]</w:t>
      </w:r>
    </w:p>
    <w:p>
      <w:r>
        <w:t>[One only takes the "Likutey Tefillos" and begins to pray</w:t>
      </w:r>
    </w:p>
    <w:p>
      <w:r>
        <w:t>Immediately one sees how the "Likutey Tefillos" plays on its own]</w:t>
      </w:r>
    </w:p>
    <w:p>
      <w:r>
        <w:t>[Saba and Tzion Barzilai continue singing:</w:t>
      </w:r>
    </w:p>
    <w:p>
      <w:r>
        <w:t>"Our greatness and our glory our righteous Messiah will reveal.."]</w:t>
      </w:r>
    </w:p>
    <w:p>
      <w:r>
        <w:t>We need to sing and chant our children, yes, like this: "Our greatness and our glory..”</w:t>
      </w:r>
    </w:p>
    <w:p>
      <w:r>
        <w:t>So that the little ones also hear {the.. this melody}</w:t>
      </w:r>
    </w:p>
    <w:p>
      <w:r>
        <w:t>[Pshh..]</w:t>
      </w:r>
    </w:p>
    <w:p>
      <w:r>
        <w:t>So that they also hear this melody</w:t>
      </w:r>
    </w:p>
    <w:p>
      <w:r>
        <w:t>"Ay, our greatness..”, he gathered the, the stones {…} he fled to some forest {…} and they did not know where Rebbe Nassan was; they went to search, and found him playing before Hashem, blessed be He, 'Our greatness and our glory..'</w:t>
      </w:r>
    </w:p>
    <w:p>
      <w:r>
        <w:t>Yes, after, after they received him with stones, he came, came to make a wedding for his son Rebbe Yitzchak</w:t>
      </w:r>
    </w:p>
    <w:p>
      <w:r>
        <w:t>Then the whole city went out toward them with stones</w:t>
      </w:r>
    </w:p>
    <w:p>
      <w:r>
        <w:t>Then he fled to some forest and.. and.. and played before Hashem, blessed be He</w:t>
      </w:r>
    </w:p>
    <w:p>
      <w:r>
        <w:t>"Our greatness and our glory our righteous Messiah will reveal..”</w:t>
      </w:r>
    </w:p>
    <w:p>
      <w:r>
        <w:t>Was there i.., is there, was there or is there in the world such a "Likutey Tefillos"?</w:t>
      </w:r>
    </w:p>
    <w:p>
      <w:r>
        <w:t>Noise, no?</w:t>
      </w:r>
    </w:p>
    <w:p>
      <w:r>
        <w:t>[Yes, it is a car, a car, a large car]</w:t>
      </w:r>
    </w:p>
    <w:p>
      <w:r>
        <w:t>We can also play the songs of the car</w:t>
      </w:r>
    </w:p>
    <w:p>
      <w:r>
        <w:t>[Yes]</w:t>
      </w:r>
    </w:p>
    <w:p>
      <w:r>
        <w:t>Every utterance is the entire Torah and all the melodies in the world and all the cures</w:t>
      </w:r>
    </w:p>
    <w:p>
      <w:r>
        <w:t>[Rebbe Nassan said: "After I wrote the "Likutey Tefillos", there will be a claim against everyone who did not pray my "Likutey Tefillos" every day", that is what Rebbe Nassan said]</w:t>
      </w:r>
    </w:p>
    <w:p>
      <w:r>
        <w:t>When there is already in the world..</w:t>
      </w:r>
    </w:p>
    <w:p>
      <w:r>
        <w:t>[Such a "Likutey Tefillos"]</w:t>
      </w:r>
    </w:p>
    <w:p>
      <w:r>
        <w:t>"Likutey Tefillos"</w:t>
      </w:r>
    </w:p>
    <w:p>
      <w:r>
        <w:t>This is Rebbe Nassan's hitbodedus, a drop from the sea, he brought it for us, for u..s</w:t>
      </w:r>
    </w:p>
    <w:p>
      <w:r>
        <w:t>To gladden us, to strengthen us, to heal us</w:t>
      </w:r>
    </w:p>
    <w:p>
      <w:r>
        <w:t>He made "Likutey Tefillos"</w:t>
      </w:r>
    </w:p>
    <w:p>
      <w:r>
        <w:t>[Rebbe Nassan's "Likutey Tefillos" are an explanation of all the troubles, of everything, an explanation of everything] of everything</w:t>
      </w:r>
    </w:p>
    <w:p>
      <w:r>
        <w:t>[….]</w:t>
      </w:r>
    </w:p>
    <w:p>
      <w:r>
        <w:t>Every utterance can heal the whole world, gladden the whole world, strengthen the whole world, every utterance, ah, ah, put, put the feet on the bed, and the head here</w:t>
      </w:r>
    </w:p>
    <w:p>
      <w:r>
        <w:t>Ah</w:t>
      </w:r>
    </w:p>
    <w:p>
      <w:r>
        <w:t>[Saba, this is the chomesh]</w:t>
      </w:r>
    </w:p>
    <w:p>
      <w:r>
        <w:t>Ah, give me, give me another time..</w:t>
      </w:r>
    </w:p>
    <w:p>
      <w:r>
        <w:t>[What?]</w:t>
      </w:r>
    </w:p>
    <w:p>
      <w:r>
        <w:t>They can take out from here, and I will remain empty</w:t>
      </w:r>
    </w:p>
    <w:p>
      <w:r>
        <w:t>There are great expert thieves</w:t>
      </w:r>
    </w:p>
    <w:p>
      <w:r>
        <w:t>[Oy vavoy]</w:t>
      </w:r>
    </w:p>
    <w:p>
      <w:r>
        <w:t>Who can take out all, everything {the account}, everything that is in all the pockets</w:t>
      </w:r>
    </w:p>
    <w:p>
      <w:r>
        <w:t>And we will not feel it at all</w:t>
      </w:r>
    </w:p>
    <w:p>
      <w:r>
        <w:t>[Pshh..]</w:t>
      </w:r>
    </w:p>
    <w:p>
      <w:r>
        <w:t>This, {nebach}</w:t>
      </w:r>
    </w:p>
    <w:p>
      <w:r>
        <w:t>[He went to print the "stories..”, Rebbe Nassan's "Likutey Halakhos"]</w:t>
      </w:r>
    </w:p>
    <w:p>
      <w:r>
        <w:t>Nu, and he did not have, he did not have bread, he did not have bread</w:t>
      </w:r>
    </w:p>
    <w:p>
      <w:r>
        <w:t>And Rebbe Nachman's wife came to Rebbe Nassan:</w:t>
      </w:r>
    </w:p>
    <w:p>
      <w:r>
        <w:t>"Nachman went to print "Likutey Halakhos", to.. print Rabbainu's books</w:t>
      </w:r>
    </w:p>
    <w:p>
      <w:r>
        <w:t>And he went and did not.., and did not leave me even one penny.. went to print</w:t>
      </w:r>
    </w:p>
    <w:p>
      <w:r>
        <w:t>You should know, that you will find all of us dead from hunger"</w:t>
      </w:r>
    </w:p>
    <w:p>
      <w:r>
        <w:t>Then Rebbe Nassan wrote to his son Rebbe Yitzchak, he was very rich, he {…} had many pockets—this for this, this for this</w:t>
      </w:r>
    </w:p>
    <w:p>
      <w:r>
        <w:t>That he should make another pocket for, for bread f.. for Rebbe {Nassan's} wife</w:t>
      </w:r>
    </w:p>
    <w:p>
      <w:r>
        <w:t>[..]</w:t>
      </w:r>
    </w:p>
    <w:p>
      <w:r>
        <w:t>For the wife of Rebbe Nachman Tulchiner</w:t>
      </w:r>
    </w:p>
    <w:p>
      <w:r>
        <w:t>This is a very beautiful thing</w:t>
      </w:r>
    </w:p>
    <w:p>
      <w:r>
        <w:t>All day and all night they did not have bread to eat</w:t>
      </w:r>
    </w:p>
    <w:p>
      <w:r>
        <w:t>Nu, so she came to Rebbe Nassan and said to him:</w:t>
      </w:r>
    </w:p>
    <w:p>
      <w:r>
        <w:t>"That you will find all of us dead</w:t>
      </w:r>
    </w:p>
    <w:p>
      <w:r>
        <w:t>Nachman went to print and he.., to.. print, and did not leave even one penny for bread [..]</w:t>
      </w:r>
    </w:p>
    <w:p>
      <w:r>
        <w:t>He went to print"</w:t>
      </w:r>
    </w:p>
    <w:p>
      <w:r>
        <w:t>And the printing of, of {this}, of the "Likutey Moharan" and the "Likutey Halakhos"</w:t>
      </w:r>
    </w:p>
    <w:p>
      <w:r>
        <w:t>He succeeded and printed without money</w:t>
      </w:r>
    </w:p>
    <w:p>
      <w:r>
        <w:t>What we have i.. in this generation, the days of the Messiah…</w:t>
      </w:r>
    </w:p>
    <w:p>
      <w:r>
        <w:t>...to the life of the World to Come</w:t>
      </w:r>
    </w:p>
    <w:p>
      <w:r>
        <w:t>The World to Come—we believe that there is {a World to Come}, but this world does not exist at all</w:t>
      </w:r>
    </w:p>
    <w:p>
      <w:r>
        <w:t>This world does not exist at all, ah.. ah.. ah..</w:t>
      </w:r>
    </w:p>
    <w:p>
      <w:r>
        <w:t>[I..]</w:t>
      </w:r>
    </w:p>
    <w:p>
      <w:r>
        <w:t>Do you know Yiddish, or do you not know?</w:t>
      </w:r>
    </w:p>
    <w:p>
      <w:r>
        <w:t>[A little]</w:t>
      </w:r>
    </w:p>
    <w:p>
      <w:r>
        <w:t>Ah, {ho..}</w:t>
      </w:r>
    </w:p>
    <w:p>
      <w:r>
        <w:t>"Our greatness..," he, he sang to Hashem, blessed be He, in Yiddish</w:t>
      </w:r>
    </w:p>
    <w:p>
      <w:r>
        <w:t>He said: "Our greatness—our greatness</w:t>
      </w:r>
    </w:p>
    <w:p>
      <w:r>
        <w:t>And our glory—and our beauty</w:t>
      </w:r>
    </w:p>
    <w:p>
      <w:r>
        <w:t>One will be in the future to come until Messiah will come"</w:t>
      </w:r>
    </w:p>
    <w:p>
      <w:r>
        <w:t>Do they throw stones today?</w:t>
      </w:r>
    </w:p>
    <w:p>
      <w:r>
        <w:t>[Not today]</w:t>
      </w:r>
    </w:p>
    <w:p>
      <w:r>
        <w:t>Not today, {today}</w:t>
      </w:r>
    </w:p>
    <w:p>
      <w:r>
        <w:t>[Today they throw..]</w:t>
      </w:r>
    </w:p>
    <w:p>
      <w:r>
        <w:t>They have already thrown all the stones</w:t>
      </w:r>
    </w:p>
    <w:p>
      <w:r>
        <w:t>[They threw all the stones]</w:t>
      </w:r>
    </w:p>
    <w:p>
      <w:r>
        <w:t>There are no stones anymore</w:t>
      </w:r>
    </w:p>
    <w:p>
      <w:r>
        <w:t>[...]</w:t>
      </w:r>
    </w:p>
    <w:p>
      <w:r>
        <w:t>What will come of this?</w:t>
      </w:r>
    </w:p>
    <w:p>
      <w:r>
        <w:t>[What?]</w:t>
      </w:r>
    </w:p>
    <w:p>
      <w:r>
        <w:t>That I lie here all the time?</w:t>
      </w:r>
    </w:p>
    <w:p>
      <w:r>
        <w:t>[What can be done, what can be done? I want to go with you everywhere]</w:t>
      </w:r>
    </w:p>
    <w:p>
      <w:r>
        <w:t>Yes</w:t>
      </w:r>
    </w:p>
    <w:p>
      <w:r>
        <w:t>[But you are in bed all the time]</w:t>
      </w:r>
    </w:p>
    <w:p>
      <w:r>
        <w:t>Ah</w:t>
      </w:r>
    </w:p>
    <w:p>
      <w:r>
        <w:t>[Saba and Tzion Barzilai sing:</w:t>
      </w:r>
    </w:p>
    <w:p>
      <w:r>
        <w:t>"Our greatness and our glory our righteous Messiah will reveal.."]</w:t>
      </w:r>
    </w:p>
    <w:p>
      <w:r>
        <w:t>[Rebbe Yisroel, in order to earn money to give toward printing</w:t>
      </w:r>
    </w:p>
    <w:p>
      <w:r>
        <w:t>So they are asking whether it is a good thing to sell cigarettes where Rabbainu's books are sold</w:t>
      </w:r>
    </w:p>
    <w:p>
      <w:r>
        <w:t>Or perhaps these are things that do not go together? It is in order to earn money for the printing] The whole world needs to be filled with "Na Naḥ"</w:t>
      </w:r>
    </w:p>
    <w:p>
      <w:r>
        <w:t>[Yes]</w:t>
      </w:r>
    </w:p>
    <w:p>
      <w:r>
        <w:t>Every door, is there a door?</w:t>
      </w:r>
    </w:p>
    <w:p>
      <w:r>
        <w:t>[Yes]</w:t>
      </w:r>
    </w:p>
    <w:p>
      <w:r>
        <w:t>"Na Naḥ"</w:t>
      </w:r>
    </w:p>
    <w:p>
      <w:r>
        <w:t>[Good, and every car too, and every car]</w:t>
      </w:r>
    </w:p>
    <w:p>
      <w:r>
        <w:t>Huh?</w:t>
      </w:r>
    </w:p>
    <w:p>
      <w:r>
        <w:t>[And every car, every car]</w:t>
      </w:r>
    </w:p>
    <w:p>
      <w:r>
        <w:t>Ah, every car</w:t>
      </w:r>
    </w:p>
    <w:p>
      <w:r>
        <w:t>[Also?]</w:t>
      </w:r>
    </w:p>
    <w:p>
      <w:r>
        <w:t>Yes</w:t>
      </w:r>
    </w:p>
    <w:p>
      <w:r>
        <w:t>[And every bus, Rebbe Yisroel, so they are asking</w:t>
      </w:r>
    </w:p>
    <w:p>
      <w:r>
        <w:t>If it is good to sell cigarettes where Rabbainu's books are sold?</w:t>
      </w:r>
    </w:p>
    <w:p>
      <w:r>
        <w:t>They are asking you what t.. whether it is possible to agree to such a thing or not to agree</w:t>
      </w:r>
    </w:p>
    <w:p>
      <w:r>
        <w:t>What do you say? Rebbe Yisroel, they will call in another few minutes]</w:t>
      </w:r>
    </w:p>
    <w:p>
      <w:r>
        <w:t>The "Likutey Tefillos," all the prayers need to be printed throughout the whole world</w:t>
      </w:r>
    </w:p>
    <w:p>
      <w:r>
        <w:t>[Yes,but..]</w:t>
      </w:r>
    </w:p>
    <w:p>
      <w:r>
        <w:t>In all yeshivas, in every place there will be "Likutey Tefillos"</w:t>
      </w:r>
    </w:p>
    <w:p>
      <w:r>
        <w:t>[Yes, yes]</w:t>
      </w:r>
    </w:p>
    <w:p>
      <w:r>
        <w:t>So that they will see whether, whether there has ever been such a thing in the world, such a wonder</w:t>
      </w:r>
    </w:p>
    <w:p>
      <w:r>
        <w:t>[Yes..]</w:t>
      </w:r>
    </w:p>
    <w:p>
      <w:r>
        <w:t>"Likutey Tefillos"</w:t>
      </w:r>
    </w:p>
    <w:p>
      <w:r>
        <w:t>[Yes]</w:t>
      </w:r>
    </w:p>
    <w:p>
      <w:r>
        <w:t>This was Rebbe Nassan's hitbodedus, and he brought out of the hitbodedus a drop from the sea for us</w:t>
      </w:r>
    </w:p>
    <w:p>
      <w:r>
        <w:t>[Yes, and what, what about selling cigarettes where they distribute the books? Is that good or not good?</w:t>
      </w:r>
    </w:p>
    <w:p>
      <w:r>
        <w:t>Because they are waiting for an answer, they will call in another few minutes]</w:t>
      </w:r>
    </w:p>
    <w:p>
      <w:r>
        <w:t>Nu, what will be..?</w:t>
      </w:r>
    </w:p>
    <w:p>
      <w:r>
        <w:t>[Yes]</w:t>
      </w:r>
    </w:p>
    <w:p>
      <w:r>
        <w:t>Perhaps, ah, ah, {..}…</w:t>
      </w:r>
    </w:p>
    <w:p>
      <w:r>
        <w:t>...[That is how he told it on..]…</w:t>
      </w:r>
    </w:p>
    <w:p>
      <w:r>
        <w:t>...[..radio, that you..]</w:t>
      </w:r>
    </w:p>
    <w:p>
      <w:r>
        <w:t>[You give blessings to people, and the blessings are fulfilled]</w:t>
      </w:r>
    </w:p>
    <w:p>
      <w:r>
        <w:t>If only</w:t>
      </w:r>
    </w:p>
    <w:p>
      <w:r>
        <w:t>[Yes, yes]</w:t>
      </w:r>
    </w:p>
    <w:p>
      <w:r>
        <w:t>[You did not hear?]</w:t>
      </w:r>
    </w:p>
    <w:p>
      <w:r>
        <w:t>[I did not hear]</w:t>
      </w:r>
    </w:p>
    <w:p>
      <w:r>
        <w:t>[Tell him that it was today, tell him that it was today]</w:t>
      </w:r>
    </w:p>
    <w:p>
      <w:r>
        <w:t>[….. I told him, but…..]</w:t>
      </w:r>
    </w:p>
    <w:p>
      <w:r>
        <w:t>[Yes]</w:t>
      </w:r>
    </w:p>
    <w:p>
      <w:r>
        <w:t>[What else did they say? What else did they say to say?]</w:t>
      </w:r>
    </w:p>
    <w:p>
      <w:r>
        <w:t>[..Tell him, tell him, Shimon, that he should bless me with health]</w:t>
      </w:r>
    </w:p>
    <w:p>
      <w:r>
        <w:t>[...]</w:t>
      </w:r>
    </w:p>
    <w:p>
      <w:r>
        <w:t>[He wants a blessing for health, this Jew wants a blessing for health]</w:t>
      </w:r>
    </w:p>
    <w:p>
      <w:r>
        <w:t>For health?</w:t>
      </w:r>
    </w:p>
    <w:p>
      <w:r>
        <w:t>[Yes]</w:t>
      </w:r>
    </w:p>
    <w:p>
      <w:r>
        <w:t>Healing, healing?</w:t>
      </w:r>
    </w:p>
    <w:p>
      <w:r>
        <w:t>[...]</w:t>
      </w:r>
    </w:p>
    <w:p>
      <w:r>
        <w:t>[Yes]</w:t>
      </w:r>
    </w:p>
    <w:p>
      <w:r>
        <w:t>Hashem, blessed be He, should help him..</w:t>
      </w:r>
    </w:p>
    <w:p>
      <w:r>
        <w:t>[A match]</w:t>
      </w:r>
    </w:p>
    <w:p>
      <w:r>
        <w:t>A complete recovery and all good, and true life</w:t>
      </w:r>
    </w:p>
    <w:p>
      <w:r>
        <w:t>[Amen, and a match, a match too]</w:t>
      </w:r>
    </w:p>
    <w:p>
      <w:r>
        <w:t>And He should give him a good and kosher match</w:t>
      </w:r>
    </w:p>
    <w:p>
      <w:r>
        <w:t>[Amen]</w:t>
      </w:r>
    </w:p>
    <w:p>
      <w:r>
        <w:t>Quickly</w:t>
      </w:r>
    </w:p>
    <w:p>
      <w:r>
        <w:t>[Amen]</w:t>
      </w:r>
    </w:p>
    <w:p>
      <w:r>
        <w:t>[………….]</w:t>
      </w:r>
    </w:p>
    <w:p>
      <w:r>
        <w:t>[………]</w:t>
      </w:r>
    </w:p>
    <w:p>
      <w:r>
        <w:t>[For me too, a blessing, a blessing]</w:t>
      </w:r>
    </w:p>
    <w:p>
      <w:r>
        <w:t>Hashem, blessed be He, should bless you with all the blessings and all the salvations</w:t>
      </w:r>
    </w:p>
    <w:p>
      <w:r>
        <w:t>[Amen]</w:t>
      </w:r>
    </w:p>
    <w:p>
      <w:r>
        <w:t>That you need</w:t>
      </w:r>
    </w:p>
    <w:p>
      <w:r>
        <w:t>[Amen]</w:t>
      </w:r>
    </w:p>
    <w:p>
      <w:r>
        <w:t>[…...]</w:t>
      </w:r>
    </w:p>
    <w:p>
      <w:r>
        <w:t>{..}, I must lie down…</w:t>
      </w:r>
    </w:p>
    <w:p>
      <w:r>
        <w:t>...[He told us that your son-in-law who spoke on the radio, it is not Shmuel, it is Yisroel Shefer] Yisroel Shefer?</w:t>
      </w:r>
    </w:p>
    <w:p>
      <w:r>
        <w:t>[Yes, he, he is the one who spoke on the radio]</w:t>
      </w:r>
    </w:p>
    <w:p>
      <w:r>
        <w:t>[Tell him]</w:t>
      </w:r>
    </w:p>
    <w:p>
      <w:r>
        <w:t>[Yes?]</w:t>
      </w:r>
    </w:p>
    <w:p>
      <w:r>
        <w:t>[That I suffer a great deal from headaches, whether he can bless me for that]</w:t>
      </w:r>
    </w:p>
    <w:p>
      <w:r>
        <w:t>[Ah, ah, yes]</w:t>
      </w:r>
    </w:p>
    <w:p>
      <w:r>
        <w:t>[Yes]</w:t>
      </w:r>
    </w:p>
    <w:p>
      <w:r>
        <w:t>[He, he, he is the one who told this, he suffers a great deal from headaches</w:t>
      </w:r>
    </w:p>
    <w:p>
      <w:r>
        <w:t>This Jew who heard the radio, he, he suffers a great deal from headaches, he..] He..</w:t>
      </w:r>
    </w:p>
    <w:p>
      <w:r>
        <w:t>[Suffers a great deal from headaches, so he wants a blessing for, for that]</w:t>
      </w:r>
    </w:p>
    <w:p>
      <w:r>
        <w:t>Ah, Hashem, blessed be He, should heal him quickly, and may he merit all the salvations</w:t>
      </w:r>
    </w:p>
    <w:p>
      <w:r>
        <w:t>[Amen]</w:t>
      </w:r>
    </w:p>
    <w:p>
      <w:r>
        <w:t>That he needs</w:t>
      </w:r>
    </w:p>
    <w:p>
      <w:r>
        <w:t>[Amen]</w:t>
      </w:r>
    </w:p>
    <w:p>
      <w:r>
        <w:t>Quickly</w:t>
      </w:r>
    </w:p>
    <w:p>
      <w:r>
        <w:t>[Amen]</w:t>
      </w:r>
    </w:p>
    <w:p>
      <w:r>
        <w:t>[So what? What does he s..? What else did you tell? Th.. what?]</w:t>
      </w:r>
    </w:p>
    <w:p>
      <w:r>
        <w:t>[Th.. he said that many people, that there was one cancer patient who was healed in his merit]</w:t>
      </w:r>
    </w:p>
    <w:p>
      <w:r>
        <w:t>[Ah, yes, and also this.. what, what th..]</w:t>
      </w:r>
    </w:p>
    <w:p>
      <w:r>
        <w:t>And also a good and righteous woman</w:t>
      </w:r>
    </w:p>
    <w:p>
      <w:r>
        <w:t>[Amen]</w:t>
      </w:r>
    </w:p>
    <w:p>
      <w:r>
        <w:t>Hashem, blessed be He, should provide one for him, and give him a good woman, and.. {prayer, ….}</w:t>
      </w:r>
    </w:p>
    <w:p>
      <w:r>
        <w:t>[Amen]</w:t>
      </w:r>
    </w:p>
    <w:p>
      <w:r>
        <w:t>[He, he continued the blessing]</w:t>
      </w:r>
    </w:p>
    <w:p>
      <w:r>
        <w:t>And He should give many sons, who truly serve Hashem</w:t>
      </w:r>
    </w:p>
    <w:p>
      <w:r>
        <w:t>[Amen]</w:t>
      </w:r>
    </w:p>
    <w:p>
      <w:r>
        <w:t>[Tell him that there was one cancer patient wh..]</w:t>
      </w:r>
    </w:p>
    <w:p>
      <w:r>
        <w:t>[Yes?]</w:t>
      </w:r>
    </w:p>
    <w:p>
      <w:r>
        <w:t>[Yes]</w:t>
      </w:r>
    </w:p>
    <w:p>
      <w:r>
        <w:t>[Ask him, what does he say about that?]</w:t>
      </w:r>
    </w:p>
    <w:p>
      <w:r>
        <w:t>[They told on the radio, today on the radio they told, that there was a cancer patient</w:t>
      </w:r>
    </w:p>
    <w:p>
      <w:r>
        <w:t>Who was healed in the merit of your blessing and your prayers]</w:t>
      </w:r>
    </w:p>
    <w:p>
      <w:r>
        <w:t>If only, if only, yes</w:t>
      </w:r>
    </w:p>
    <w:p>
      <w:r>
        <w:t>[Good, we will not, not disturb him from sleeping]…</w:t>
      </w:r>
    </w:p>
    <w:p>
      <w:r>
        <w:t>..."Will burn until the coming of Messiah"</w:t>
      </w:r>
    </w:p>
    <w:p>
      <w:r>
        <w:t>[Yes]</w:t>
      </w:r>
    </w:p>
    <w:p>
      <w:r>
        <w:t>Nu, do we need to wait for h.. him to come?</w:t>
      </w:r>
    </w:p>
    <w:p>
      <w:r>
        <w:t>That is how it is written in th.., in the letter</w:t>
      </w:r>
    </w:p>
    <w:p>
      <w:r>
        <w:t>[Yes]</w:t>
      </w:r>
    </w:p>
    <w:p>
      <w:r>
        <w:t>"And about you I said, my little fire will smolder until (Saba draws out this word) Messiah will come," so I need to be the Messiah</w:t>
      </w:r>
    </w:p>
    <w:p>
      <w:r>
        <w:t>[Yes, in the second letter]</w:t>
      </w:r>
    </w:p>
    <w:p>
      <w:r>
        <w:t>And also when Messiah comes, there are also years {and there will be} days and years, {yes\such}</w:t>
      </w:r>
    </w:p>
    <w:p>
      <w:r>
        <w:t>What is happening with the.., what is happening here with us, with the Arabs?</w:t>
      </w:r>
    </w:p>
    <w:p>
      <w:r>
        <w:t>Quiet, quiet now?</w:t>
      </w:r>
    </w:p>
    <w:p>
      <w:r>
        <w:t>[The day before yesterday]</w:t>
      </w:r>
    </w:p>
    <w:p>
      <w:r>
        <w:t>Huh? {….}</w:t>
      </w:r>
    </w:p>
    <w:p>
      <w:r>
        <w:t>[The day before yesterday, the day before yesterday, you know what happened the day before yesterday]</w:t>
      </w:r>
    </w:p>
    <w:p>
      <w:r>
        <w:t>Huh?</w:t>
      </w:r>
    </w:p>
    <w:p>
      <w:r>
        <w:t>[The day before yesterday, the day before yesterday something happened, an attack]</w:t>
      </w:r>
    </w:p>
    <w:p>
      <w:r>
        <w:t>What? What {..?}</w:t>
      </w:r>
    </w:p>
    <w:p>
      <w:r>
        <w:t>[Two days ago]</w:t>
      </w:r>
    </w:p>
    <w:p>
      <w:r>
        <w:t>Nu</w:t>
      </w:r>
    </w:p>
    <w:p>
      <w:r>
        <w:t>[So you know that an attack happened, they carried out an attack]</w:t>
      </w:r>
    </w:p>
    <w:p>
      <w:r>
        <w:t>{Ours.. what}</w:t>
      </w:r>
    </w:p>
    <w:p>
      <w:r>
        <w:t>[The Arabs, the Arabs]</w:t>
      </w:r>
    </w:p>
    <w:p>
      <w:r>
        <w:t>Nu</w:t>
      </w:r>
    </w:p>
    <w:p>
      <w:r>
        <w:t>[Murdered.., wanted to kill Jews]</w:t>
      </w:r>
    </w:p>
    <w:p>
      <w:r>
        <w:t>Did they kill any of ours?</w:t>
      </w:r>
    </w:p>
    <w:p>
      <w:r>
        <w:t>[No, they did not kill, but they inflicted wounds, on a bus, on a bus]</w:t>
      </w:r>
    </w:p>
    <w:p>
      <w:r>
        <w:t>Nu</w:t>
      </w:r>
    </w:p>
    <w:p>
      <w:r>
        <w:t>[An Arab entered and he struck with..]</w:t>
      </w:r>
    </w:p>
    <w:p>
      <w:r>
        <w:t>[An ax]</w:t>
      </w:r>
    </w:p>
    <w:p>
      <w:r>
        <w:t>Yes?</w:t>
      </w:r>
    </w:p>
    <w:p>
      <w:r>
        <w:t>[An ax, an ax, yes]</w:t>
      </w:r>
    </w:p>
    <w:p>
      <w:r>
        <w:t>{Jordan}?</w:t>
      </w:r>
    </w:p>
    <w:p>
      <w:r>
        <w:t>[With an ax, yes, so they caught him, they caught the Arab]</w:t>
      </w:r>
    </w:p>
    <w:p>
      <w:r>
        <w:t>Yes?</w:t>
      </w:r>
    </w:p>
    <w:p>
      <w:r>
        <w:t>[Yes, they put a bullet in his.. I do not know, in the legs, something]</w:t>
      </w:r>
    </w:p>
    <w:p>
      <w:r>
        <w:t>So it is not, not quiet?</w:t>
      </w:r>
    </w:p>
    <w:p>
      <w:r>
        <w:t>[Not quiet, no]</w:t>
      </w:r>
    </w:p>
    <w:p>
      <w:r>
        <w:t>And for example, is it not dangerous to travel to Haifa?</w:t>
      </w:r>
    </w:p>
    <w:p>
      <w:r>
        <w:t>[By car, it is not dangerous by car]</w:t>
      </w:r>
    </w:p>
    <w:p>
      <w:r>
        <w:t>Huh?</w:t>
      </w:r>
    </w:p>
    <w:p>
      <w:r>
        <w:t>[By car it is not dangerous]</w:t>
      </w:r>
    </w:p>
    <w:p>
      <w:r>
        <w:t>No</w:t>
      </w:r>
    </w:p>
    <w:p>
      <w:r>
        <w:t>[By vehicle it is not dangerous, no]</w:t>
      </w:r>
    </w:p>
    <w:p>
      <w:r>
        <w:t>By car it is not dangerous?</w:t>
      </w:r>
    </w:p>
    <w:p>
      <w:r>
        <w:t>[No, no]</w:t>
      </w:r>
    </w:p>
    <w:p>
      <w:r>
        <w:t>And can they {see\shoot}? No?</w:t>
      </w:r>
    </w:p>
    <w:p>
      <w:r>
        <w:t>[They can, they always can, yes, they always can]</w:t>
      </w:r>
    </w:p>
    <w:p>
      <w:r>
        <w:t>And you, where do you live?</w:t>
      </w:r>
    </w:p>
    <w:p>
      <w:r>
        <w:t>[I live in Pisgat Ze'ev]</w:t>
      </w:r>
    </w:p>
    <w:p>
      <w:r>
        <w:t>Huh?</w:t>
      </w:r>
    </w:p>
    <w:p>
      <w:r>
        <w:t>[In Yerushalayim, there is..]</w:t>
      </w:r>
    </w:p>
    <w:p>
      <w:r>
        <w:t>In Yerushalayim?</w:t>
      </w:r>
    </w:p>
    <w:p>
      <w:r>
        <w:t>[I have a room, I have a room]</w:t>
      </w:r>
    </w:p>
    <w:p>
      <w:r>
        <w:t>{….} For me?</w:t>
      </w:r>
    </w:p>
    <w:p>
      <w:r>
        <w:t>[Yes, yes]</w:t>
      </w:r>
    </w:p>
    <w:p>
      <w:r>
        <w:t>Is there a room?</w:t>
      </w:r>
    </w:p>
    <w:p>
      <w:r>
        <w:t>[There is a room..]</w:t>
      </w:r>
    </w:p>
    <w:p>
      <w:r>
        <w:t>And food?</w:t>
      </w:r>
    </w:p>
    <w:p>
      <w:r>
        <w:t>[Yes.. a room, a room that is waiting for you]</w:t>
      </w:r>
    </w:p>
    <w:p>
      <w:r>
        <w:t>Huh?</w:t>
      </w:r>
    </w:p>
    <w:p>
      <w:r>
        <w:t>[The room is waiting for you]</w:t>
      </w:r>
    </w:p>
    <w:p>
      <w:r>
        <w:t>The room?</w:t>
      </w:r>
    </w:p>
    <w:p>
      <w:r>
        <w:t>[Yes, waiting for you]</w:t>
      </w:r>
    </w:p>
    <w:p>
      <w:r>
        <w:t>Nu, perhaps we will go?</w:t>
      </w:r>
    </w:p>
    <w:p>
      <w:r>
        <w:t>[Yes, I will be happy, I will be happy if you come]</w:t>
      </w:r>
    </w:p>
    <w:p>
      <w:r>
        <w:t>What?</w:t>
      </w:r>
    </w:p>
    <w:p>
      <w:r>
        <w:t>[I will be happy, it will be a joy for me</w:t>
      </w:r>
    </w:p>
    <w:p>
      <w:r>
        <w:t>Also in.. in Pisgat Ze'ev there are many friends there, "Na Naḥ," there are many "Na Naḥ" there] Yes?</w:t>
      </w:r>
    </w:p>
    <w:p>
      <w:r>
        <w:t>[Yes, yes]</w:t>
      </w:r>
    </w:p>
    <w:p>
      <w:r>
        <w:t>When will Lag BaOmer be? On which day?</w:t>
      </w:r>
    </w:p>
    <w:p>
      <w:r>
        <w:t>[In another eight days, tell him, in another eight days]</w:t>
      </w:r>
    </w:p>
    <w:p>
      <w:r>
        <w:t>[What?]</w:t>
      </w:r>
    </w:p>
    <w:p>
      <w:r>
        <w:t>[]</w:t>
      </w:r>
    </w:p>
    <w:p>
      <w:r>
        <w:t>[Tell him, in another eight days]</w:t>
      </w:r>
    </w:p>
    <w:p>
      <w:r>
        <w:t>[In another eight days]</w:t>
      </w:r>
    </w:p>
    <w:p>
      <w:r>
        <w:t>[…………...….]</w:t>
      </w:r>
    </w:p>
    <w:p>
      <w:r>
        <w:t>[……………….]…</w:t>
      </w:r>
    </w:p>
    <w:p>
      <w:r>
        <w:t>...{Who..} the Saba, he was a student of Rebbe Avraham Kalisker, he was a tzaddik, so they called him, the world called my Saba, my son Reb Zalman Leib, he is named after him...</w:t>
      </w:r>
    </w:p>
    <w:p>
      <w:pPr>
        <w:pStyle w:val="Heading2"/>
      </w:pPr>
      <w:r>
        <w:t>Side B (Bais)</w:t>
      </w:r>
    </w:p>
    <w:p>
      <w:r>
        <w:t>…[To you, dear Barzilai, to tell you..]</w:t>
      </w:r>
    </w:p>
    <w:p>
      <w:r>
        <w:t>"My dear student"</w:t>
      </w:r>
    </w:p>
    <w:p>
      <w:r>
        <w:t>[S.., Barzilai is a student]</w:t>
      </w:r>
    </w:p>
    <w:p>
      <w:r>
        <w:t>Ah, Barzilai is..</w:t>
      </w:r>
    </w:p>
    <w:p>
      <w:r>
        <w:t>This Barzilai, this note, I opened the book</w:t>
      </w:r>
    </w:p>
    <w:p>
      <w:r>
        <w:t>[Yes]</w:t>
      </w:r>
    </w:p>
    <w:p>
      <w:r>
        <w:t>And there was a note there, I found a paper with, with writing, and this is how the writing was</w:t>
      </w:r>
    </w:p>
    <w:p>
      <w:r>
        <w:t>Tzipporah has {….} We will travel to Tzipporah and see the letters</w:t>
      </w:r>
    </w:p>
    <w:p>
      <w:r>
        <w:t>It was hard for me to accept this, what? A note? {…}, what am I? What, what?</w:t>
      </w:r>
    </w:p>
    <w:p>
      <w:r>
        <w:t>Why is it important? What? What is this? Who am I? What am I? What? What is this? A note?</w:t>
      </w:r>
    </w:p>
    <w:p>
      <w:r>
        <w:t>So afterward another note came, after the first note, another note came again</w:t>
      </w:r>
    </w:p>
    <w:p>
      <w:r>
        <w:t>It was, it was also like this, I opened the book and this letter was there, in wording like this:</w:t>
      </w:r>
    </w:p>
    <w:p>
      <w:r>
        <w:t>"It was very hard for me to descend to you, my dear student"</w:t>
      </w:r>
    </w:p>
    <w:p>
      <w:r>
        <w:t>What? Why "my {precious} student, dear"? Why?</w:t>
      </w:r>
    </w:p>
    <w:p>
      <w:r>
        <w:t>"To descend to you" is enough, what is this "my pre.. student," "my dear student?</w:t>
      </w:r>
    </w:p>
    <w:p>
      <w:r>
        <w:t>It was hard for me, what, I {…} found a grave in life, what "my dear student"?</w:t>
      </w:r>
    </w:p>
    <w:p>
      <w:r>
        <w:t>I am "my dear student"</w:t>
      </w:r>
    </w:p>
    <w:p>
      <w:r>
        <w:t>Nu, so be it, {I accepted it, {in particular} that is how it was written, what can be done?</w:t>
      </w:r>
    </w:p>
    <w:p>
      <w:r>
        <w:t>"My precious student," and "my dear student," why? Why?</w:t>
      </w:r>
    </w:p>
    <w:p>
      <w:r>
        <w:t>"It was very hard for me to descend to you, my dear student," why?</w:t>
      </w:r>
    </w:p>
    <w:p>
      <w:r>
        <w:t>["To tell you"]</w:t>
      </w:r>
    </w:p>
    <w:p>
      <w:r>
        <w:t>"To tell you," yes, "to tell you that I derived great pleasure from your service"</w:t>
      </w:r>
    </w:p>
    <w:p>
      <w:r>
        <w:t>I {….}, words like these, I cannot pray, cannot bring any holy thing out of my mouth, and I am so far away, "my dear student," to.., say, "to tell you that I derived great pleasure from your service"</w:t>
      </w:r>
    </w:p>
    <w:p>
      <w:r>
        <w:t>And more, one more, "and about you {this}.. I said," "because I de.., because I derived great pleasure from your service"</w:t>
      </w:r>
    </w:p>
    <w:p>
      <w:r>
        <w:t>"To tell you that I derived great pleasure from your service</w:t>
      </w:r>
    </w:p>
    <w:p>
      <w:r>
        <w:t>And about you I said: my little fire will smolder until Messiah comes"</w:t>
      </w:r>
    </w:p>
    <w:p>
      <w:r>
        <w:t>{..}, and I see that I was already, already very close to the grave</w:t>
      </w:r>
    </w:p>
    <w:p>
      <w:r>
        <w:t>And Hashem Yisbarach brought me back once again from the World to Come to this world</w:t>
      </w:r>
    </w:p>
    <w:p>
      <w:r>
        <w:t>Nu, {………………….. will come}</w:t>
      </w:r>
    </w:p>
    <w:p>
      <w:r>
        <w:t>Enough, {is it already finished?}, no</w:t>
      </w:r>
    </w:p>
    <w:p>
      <w:r>
        <w:t>[No]</w:t>
      </w:r>
    </w:p>
    <w:p>
      <w:r>
        <w:t>Because I can dis.., disparage the note, {…..}</w:t>
      </w:r>
    </w:p>
    <w:p>
      <w:r>
        <w:t>He tells me "and a sign,” the sign th.. that he wrote {below helped me}, "and a sign”</w:t>
      </w:r>
    </w:p>
    <w:p>
      <w:r>
        <w:t>"And a sign {a sign}: on Tammuz they will say about you that you are not fasting"</w:t>
      </w:r>
    </w:p>
    <w:p>
      <w:r>
        <w:t>On the seventeenth of Tammuz this, this, this is a very difficult fast day like Tisha B’Av, {..}</w:t>
      </w:r>
    </w:p>
    <w:p>
      <w:r>
        <w:t>"On the seventeenth of Tammuz they will say that you are not fasting"</w:t>
      </w:r>
    </w:p>
    <w:p>
      <w:r>
        <w:t>{...}, nu, and this sign I knew well</w:t>
      </w:r>
    </w:p>
    <w:p>
      <w:r>
        <w:t>{…} And a sign, the seventeenth of Tammuz, I know what happened on the seventeenth of Tammuz, you ate before the prayer</w:t>
      </w:r>
    </w:p>
    <w:p>
      <w:r>
        <w:t>"It was very hard for me to descend to you..” enough</w:t>
      </w:r>
    </w:p>
    <w:p>
      <w:r>
        <w:t>{Nu}, "my dear student {………..}"</w:t>
      </w:r>
    </w:p>
    <w:p>
      <w:r>
        <w:t>{….}, "my dear student" {to me}, why? "To descend to you"?</w:t>
      </w:r>
    </w:p>
    <w:p>
      <w:r>
        <w:t>"To tell you that I derived great pleasure from your service, and about you..," I have something to say, {and also.., also}, this is also to tell</w:t>
      </w:r>
    </w:p>
    <w:p>
      <w:r>
        <w:t>"To tell you that I derived great pleasure from your service and..</w:t>
      </w:r>
    </w:p>
    <w:p>
      <w:r>
        <w:t>["And about you I said"]</w:t>
      </w:r>
    </w:p>
    <w:p>
      <w:r>
        <w:t>Ah, "and about you I said: my little fire will smolder until Messiah comes.. and a sign, the seventeenth of Tammuz"</w:t>
      </w:r>
    </w:p>
    <w:p>
      <w:r>
        <w:t>You know what happened on the seventeenth of Tammuz</w:t>
      </w:r>
    </w:p>
    <w:p>
      <w:r>
        <w:t>"And a sign: on the seventeenth of Tammuz they will say that you are not fasting"</w:t>
      </w:r>
    </w:p>
    <w:p>
      <w:r>
        <w:t>Not ‘that I was not fasting, "that you are not fasting"</w:t>
      </w:r>
    </w:p>
    <w:p>
      <w:r>
        <w:t>They will always say that you, you do not fast on the seventeenth of Tammuz</w:t>
      </w:r>
    </w:p>
    <w:p>
      <w:r>
        <w:t>This.. Tzipporah has {…} the letters of Rabbainu</w:t>
      </w:r>
    </w:p>
    <w:p>
      <w:r>
        <w:t>[Yes]</w:t>
      </w:r>
    </w:p>
    <w:p>
      <w:r>
        <w:t>So I, I am very sorry about all the time that I was not with Rabbi Shimon</w:t>
      </w:r>
    </w:p>
    <w:p>
      <w:r>
        <w:t>What do I have to do in the world?</w:t>
      </w:r>
    </w:p>
    <w:p>
      <w:r>
        <w:t>If there had not been Rabbi Shimon, I would have been, Rebbe Yisroel and I were always with Rabbi Shimon</w:t>
      </w:r>
    </w:p>
    <w:p>
      <w:r>
        <w:t>So I was {always..} supposed to continue being with Rabbi Shimon, yes</w:t>
      </w:r>
    </w:p>
    <w:p>
      <w:r>
        <w:t>In any case, {you}, I do not, not.. in any case now</w:t>
      </w:r>
    </w:p>
    <w:p>
      <w:r>
        <w:t>From now on my place is only with Rabbi Shimon</w:t>
      </w:r>
    </w:p>
    <w:p>
      <w:r>
        <w:t>And I need someone who will be with me at Rabbi Shimon, perhaps you or, or Ilan</w:t>
      </w:r>
    </w:p>
    <w:p>
      <w:r>
        <w:t>Or you, I have two more, either you or Ilan</w:t>
      </w:r>
    </w:p>
    <w:p>
      <w:r>
        <w:t>Ilan can be with me always, and you have children, a wife and children</w:t>
      </w:r>
    </w:p>
    <w:p>
      <w:r>
        <w:t>So not, not, not always can you be with me, but Ilan, as long as Ilan does not marry</w:t>
      </w:r>
    </w:p>
    <w:p>
      <w:r>
        <w:t>Then he can be together with me..</w:t>
      </w:r>
    </w:p>
    <w:p>
      <w:r>
        <w:t>Enough, know that from now on my place is in Meron, with Rabbi Shimon</w:t>
      </w:r>
    </w:p>
    <w:p>
      <w:r>
        <w:t>I cast off Tzfas and the entire world, only {…} Meron, Rabbi Shimon</w:t>
      </w:r>
    </w:p>
    <w:p>
      <w:r>
        <w:t>And in Meron I do not want to receive, not David and not any person, only either you or</w:t>
      </w:r>
    </w:p>
    <w:p>
      <w:r>
        <w:t>[Ilan, Ilan, Ilan, Ilan]</w:t>
      </w:r>
    </w:p>
    <w:p>
      <w:r>
        <w:t>Ilan, yes, no more, if people come they will ask me {…, they will say}, tell me the name</w:t>
      </w:r>
    </w:p>
    <w:p>
      <w:r>
        <w:t>And I will say whether, whether.., whether he should come to me, or not</w:t>
      </w:r>
    </w:p>
    <w:p>
      <w:r>
        <w:t>I cannot receive now, {.. good}</w:t>
      </w:r>
    </w:p>
    <w:p>
      <w:r>
        <w:t>From now on know that my place is only Meron, Rabbi Shimon</w:t>
      </w:r>
    </w:p>
    <w:p>
      <w:r>
        <w:t>And to be there in the ‘Guesthouse,’ there is a ‘Guesthouse’</w:t>
      </w:r>
    </w:p>
    <w:p>
      <w:r>
        <w:t>I have a place to sleep and I have a {dwelling}, what is his name?</w:t>
      </w:r>
    </w:p>
    <w:p>
      <w:r>
        <w:t>[Uri]</w:t>
      </w:r>
    </w:p>
    <w:p>
      <w:r>
        <w:t>No, the husband of the woman, the daughter</w:t>
      </w:r>
    </w:p>
    <w:p>
      <w:r>
        <w:t>[The husband, Uri, Uri]</w:t>
      </w:r>
    </w:p>
    <w:p>
      <w:r>
        <w:t>Uri, yes, Uri is in Meron</w:t>
      </w:r>
    </w:p>
    <w:p>
      <w:r>
        <w:t>[Yes]</w:t>
      </w:r>
    </w:p>
    <w:p>
      <w:r>
        <w:t>And he, he will also be with me, I will have three, you and Ilan and Uri, I will have three</w:t>
      </w:r>
    </w:p>
    <w:p>
      <w:r>
        <w:t>And I want to be in some place in Meron, so that no person will know that I am there, that they will not know, yes</w:t>
      </w:r>
    </w:p>
    <w:p>
      <w:r>
        <w:t>He did shopping, David did shopping for Shabbos, and all the fruit and every thing that he bought, to throw outside</w:t>
      </w:r>
    </w:p>
    <w:p>
      <w:r>
        <w:t>No, not for me, yes</w:t>
      </w:r>
    </w:p>
    <w:p>
      <w:r>
        <w:t>In any case, these were lessons, that my place is not with David, only in Meron</w:t>
      </w:r>
    </w:p>
    <w:p>
      <w:r>
        <w:t>But.. nu, if I need to sleep, I will have a place with, with Uri, {..}</w:t>
      </w:r>
    </w:p>
    <w:p>
      <w:r>
        <w:t>He {after all}, he lives in Meron, not far from Rabbi Shimon, so.. I will have a dwelling</w:t>
      </w:r>
    </w:p>
    <w:p>
      <w:r>
        <w:t>Oy, oy, oy, oy, oy, oy, oy..</w:t>
      </w:r>
    </w:p>
    <w:p>
      <w:r>
        <w:t>{No, no, do not lift me}, what, what do you want?</w:t>
      </w:r>
    </w:p>
    <w:p>
      <w:r>
        <w:t>[Do you want to lift your legs?]</w:t>
      </w:r>
    </w:p>
    <w:p>
      <w:r>
        <w:t>Ah, ah, ah, ah, ah..</w:t>
      </w:r>
    </w:p>
    <w:p>
      <w:r>
        <w:t>That is it, the time is finished, and I am with Rabbi Shimon as you were {….}</w:t>
      </w:r>
    </w:p>
    <w:p>
      <w:r>
        <w:t>When I was with Rebbe Yisroel at Rabbi Shimon, today I will be with Rabbi Shimon, my place is not with David and not in any place, only with Rabbi Shimon; in Meron I will have three people, Uri and.. and Barzilai and.. Ilan, I will have three…</w:t>
      </w:r>
    </w:p>
    <w:p>
      <w:r>
        <w:t>...many, many wicked people, murderers and.. than whom there are, there are none worse</w:t>
      </w:r>
    </w:p>
    <w:p>
      <w:r>
        <w:t>And through Rabbainu they all drew close to Hashem Yisbarach</w:t>
      </w:r>
    </w:p>
    <w:p>
      <w:r>
        <w:t>["Na Naḥ Naḥma Naḥman meUman.."]</w:t>
      </w:r>
    </w:p>
    <w:p>
      <w:r>
        <w:t>[………]</w:t>
      </w:r>
    </w:p>
    <w:p>
      <w:r>
        <w:t>[He and I and Rebbe Nassan laugh at the whole world, have you ever heard such a thing?]</w:t>
      </w:r>
    </w:p>
    <w:p>
      <w:r>
        <w:t>[More, more, ah..]</w:t>
      </w:r>
    </w:p>
    <w:p>
      <w:r>
        <w:t>[Completely new]</w:t>
      </w:r>
    </w:p>
    <w:p>
      <w:r>
        <w:t>[Completely new]</w:t>
      </w:r>
    </w:p>
    <w:p>
      <w:r>
        <w:t>[Oy..]</w:t>
      </w:r>
    </w:p>
    <w:p>
      <w:r>
        <w:t>[……]...</w:t>
      </w:r>
    </w:p>
    <w:p>
      <w:r>
        <w:t>...night</w:t>
      </w:r>
    </w:p>
    <w:p>
      <w:r>
        <w:t>[Yes]…</w:t>
      </w:r>
    </w:p>
    <w:p>
      <w:r>
        <w:t>...we waited, and baruch Hashem, Hashem Yisbarach gave us "Likutay Moharan"</w:t>
      </w:r>
    </w:p>
    <w:p>
      <w:r>
        <w:t>The holy Rabbainu is very happy that there is "Likutay Moharan" in the world—what, every Torah is all our vitality and the life of.. and our offspring, it, it is everything…</w:t>
      </w:r>
    </w:p>
    <w:p>
      <w:r>
        <w:t>...(Saba laughs)...</w:t>
      </w:r>
    </w:p>
    <w:p>
      <w:r>
        <w:t>...ah.. ‘Tiferet’</w:t>
      </w:r>
    </w:p>
    <w:p>
      <w:r>
        <w:t>[Four weeks]</w:t>
      </w:r>
    </w:p>
    <w:p>
      <w:r>
        <w:t>Ah</w:t>
      </w:r>
    </w:p>
    <w:p>
      <w:r>
        <w:t>[This..]</w:t>
      </w:r>
    </w:p>
    <w:p>
      <w:r>
        <w:t>‘Tiferet’</w:t>
      </w:r>
    </w:p>
    <w:p>
      <w:r>
        <w:t>[Four..]</w:t>
      </w:r>
    </w:p>
    <w:p>
      <w:r>
        <w:t>Ah?</w:t>
      </w:r>
    </w:p>
    <w:p>
      <w:r>
        <w:t>[Four weeks is ‘Hod’.. no, even..]</w:t>
      </w:r>
    </w:p>
    <w:p>
      <w:r>
        <w:t>[‘Tiferet within Hod’]</w:t>
      </w:r>
    </w:p>
    <w:p>
      <w:r>
        <w:t>[No, yes, ‘Tiferet within Hod,’ ‘Tiferet,’ ‘Tiferet,’ ‘Tiferet’]</w:t>
      </w:r>
    </w:p>
    <w:p>
      <w:r>
        <w:t>‘Tiferet’</w:t>
      </w:r>
    </w:p>
    <w:p>
      <w:r>
        <w:t>[Within ‘Hod’]</w:t>
      </w:r>
    </w:p>
    <w:p>
      <w:r>
        <w:t>'Tiferes shebeHod'…</w:t>
      </w:r>
    </w:p>
    <w:p>
      <w:r>
        <w:t>...There is no {measure} for a blessing, sleep, there is no {measure}</w:t>
      </w:r>
    </w:p>
    <w:p>
      <w:r>
        <w:t>I am not, I do not know, perhaps I am sick, perhaps..</w:t>
      </w:r>
    </w:p>
    <w:p>
      <w:r>
        <w:t>Like this there is a little…</w:t>
      </w:r>
    </w:p>
    <w:p>
      <w:r>
        <w:t>...{..} I am different, but one needs to engage in.. with much vitality and awakening, to speak with Hashem…</w:t>
      </w:r>
    </w:p>
    <w:p>
      <w:r>
        <w:t>...Every utterance of his, what he teaches us and revealed to us</w:t>
      </w:r>
    </w:p>
    <w:p>
      <w:r>
        <w:t>{One needs to fulfill it simply}</w:t>
      </w:r>
    </w:p>
    <w:p>
      <w:r>
        <w:t>{…. us}, as he is, he teaches and reveals to us, he teaches us</w:t>
      </w:r>
    </w:p>
    <w:p>
      <w:r>
        <w:t>He says: "To rise at chatzos"</w:t>
      </w:r>
    </w:p>
    <w:p>
      <w:r>
        <w:t>To do hisbodedus, to give our entire soul for this…</w:t>
      </w:r>
    </w:p>
    <w:p>
      <w:r>
        <w:t>...Faith, if he says—"Chatzos,” this is {faith}, do {faith}, understand, understand</w:t>
      </w:r>
    </w:p>
    <w:p>
      <w:r>
        <w:t>If he says—"Tehillim"</w:t>
      </w:r>
    </w:p>
    <w:p>
      <w:r>
        <w:t>Everything he says, we need to fulfill with self-sacrifice, not to listen to anyone</w:t>
      </w:r>
    </w:p>
    <w:p>
      <w:r>
        <w:t>Our holy Rabbainu {….}</w:t>
      </w:r>
    </w:p>
    <w:p>
      <w:r>
        <w:t>What he is, what we merit to receive from Rabbainu, every utterance is all our vitality and the vitality of every, every person, {..}</w:t>
      </w:r>
    </w:p>
    <w:p>
      <w:r>
        <w:t>So we need to receive this with all, with all, with all his soul and with all his might</w:t>
      </w:r>
    </w:p>
    <w:p>
      <w:r>
        <w:t>There is no, there is no mi.., there is no mistake, our holy Rabbainu did not make a mistake, there is someone to rely on</w:t>
      </w:r>
    </w:p>
    <w:p>
      <w:r>
        <w:t>{{. .}}</w:t>
      </w:r>
    </w:p>
    <w:p>
      <w:r>
        <w:t>Because this is all our vitality, he says—"Chatzos"</w:t>
      </w:r>
    </w:p>
    <w:p>
      <w:r>
        <w:t>It is difficult, but one needs to use all kinds of counsel to fulfill it</w:t>
      </w:r>
    </w:p>
    <w:p>
      <w:r>
        <w:t>To fulfill chatzos, to rise at midnight</w:t>
      </w:r>
    </w:p>
    <w:p>
      <w:r>
        <w:t>Especially since we have, we have such places, forests and.. {..}</w:t>
      </w:r>
    </w:p>
    <w:p>
      <w:r>
        <w:t>If he says—"Hisbodedus,” to speak with Hashem, blessed be He</w:t>
      </w:r>
    </w:p>
    <w:p>
      <w:r>
        <w:t>We need to accept this, to fulfill this with self-sacrifice</w:t>
      </w:r>
    </w:p>
    <w:p>
      <w:r>
        <w:t>He says: "Every day, one hour of hisbodedus, every day"</w:t>
      </w:r>
    </w:p>
    <w:p>
      <w:r>
        <w:t>Nu, we need to fulfill this, if one does not fulfill {...}</w:t>
      </w:r>
    </w:p>
    <w:p>
      <w:r>
        <w:t>We need to sacrifice ourselves, to cry before Hashem, blessed be He, and to believe that we will merit this</w:t>
      </w:r>
    </w:p>
    <w:p>
      <w:r>
        <w:t>That we will merit to fulfill</w:t>
      </w:r>
    </w:p>
    <w:p>
      <w:r>
        <w:t>I saw Rebbe Yisroel, how he gave everything he had, all the strength and everything he had</w:t>
      </w:r>
    </w:p>
    <w:p>
      <w:r>
        <w:t>To fulfill Rabbainu's words, he rose at midnight and he took, so that the neighbors would not hear</w:t>
      </w:r>
    </w:p>
    <w:p>
      <w:r>
        <w:t>He took the shoes in his hand with, with some, some grasp on some thing</w:t>
      </w:r>
    </w:p>
    <w:p>
      <w:r>
        <w:t>And he went so that no person would hear, he went to speak with Hashem, blessed be He, in a special place</w:t>
      </w:r>
    </w:p>
    <w:p>
      <w:r>
        <w:t>The whole world makes a mockery of this</w:t>
      </w:r>
    </w:p>
    <w:p>
      <w:r>
        <w:t>"What is this? What will I have from this?”</w:t>
      </w:r>
    </w:p>
    <w:p>
      <w:r>
        <w:t>Boruch Hashem, fortunate are we that we merited to be in Rabbainu's portion</w:t>
      </w:r>
    </w:p>
    <w:p>
      <w:r>
        <w:t>For he teaches us how to be a Jew</w:t>
      </w:r>
    </w:p>
    <w:p>
      <w:r>
        <w:t>We need always to rejoice, by day and by night, always to rejoice that we have such a Rebbe</w:t>
      </w:r>
    </w:p>
    <w:p>
      <w:r>
        <w:t>And he teaches us "chatzos,” oh, he says—"Chatzos,” so one needs {…..}</w:t>
      </w:r>
    </w:p>
    <w:p>
      <w:r>
        <w:t>To give everything, "chatzos"</w:t>
      </w:r>
    </w:p>
    <w:p>
      <w:r>
        <w:t>And I saw Rebbe Yisroel, how he was mighty and fought difficult battles over "chatzos,” yo</w:t>
      </w:r>
    </w:p>
    <w:p>
      <w:r>
        <w:t>Our holy Rabbainu says that all our vitality depends on this</w:t>
      </w:r>
    </w:p>
    <w:p>
      <w:r>
        <w:t>We need, as though, as though they want to take all of life</w:t>
      </w:r>
    </w:p>
    <w:p>
      <w:r>
        <w:t>They do everything so that it will not take, th.. th.. th..the soul does not leave, yes</w:t>
      </w:r>
    </w:p>
    <w:p>
      <w:r>
        <w:t>This world and the World to Come are two opposite things, either this or that</w:t>
      </w:r>
    </w:p>
    <w:p>
      <w:r>
        <w:t>Rabbainu, our holy Rabbainu, everything our holy Rabbainu says, in this world and in the World to Come, forever and ever, it is all our vitality, and this.., and we need to sacrifice ourselves for it and not listen to any, any voice in the world</w:t>
      </w:r>
    </w:p>
    <w:p>
      <w:r>
        <w:t>{Su.. suddenly}</w:t>
      </w:r>
    </w:p>
    <w:p>
      <w:r>
        <w:t>The holy Arizal revealed ch.. {...} "Tikkun Chatzos," the holy Arizal, "Shaarei Tzion"</w:t>
      </w:r>
    </w:p>
    <w:p>
      <w:r>
        <w:t>And Rabbainu came and said that we need to fulfill it, to rise, to rise at chatzos</w:t>
      </w:r>
    </w:p>
    <w:p>
      <w:r>
        <w:t>He, {Rabbainu\the Arizal}, the holy one, is the light of all the.. of all Yisroel</w:t>
      </w:r>
    </w:p>
    <w:p>
      <w:r>
        <w:t>Everyone who does not want, he can merit</w:t>
      </w:r>
    </w:p>
    <w:p>
      <w:r>
        <w:t>One does not die if one rises at midnight</w:t>
      </w:r>
    </w:p>
    <w:p>
      <w:r>
        <w:t>"So it is difficult, very difficult, one wants to sleep"</w:t>
      </w:r>
    </w:p>
    <w:p>
      <w:r>
        <w:t>But we need to.. our holy Rabbainu, "Chatzos,” says—" Chatzos”</w:t>
      </w:r>
    </w:p>
    <w:p>
      <w:r>
        <w:t>One needs to learn to rise at chatzos, without any excuse</w:t>
      </w:r>
    </w:p>
    <w:p>
      <w:r>
        <w:t>If not, I did not merit, then ag.., then, then no.., today</w:t>
      </w:r>
    </w:p>
    <w:p>
      <w:r>
        <w:t>[Again]</w:t>
      </w:r>
    </w:p>
    <w:p>
      <w:r>
        <w:t>{Like this}, yes</w:t>
      </w:r>
    </w:p>
    <w:p>
      <w:r>
        <w:t>But not to sleep, to forget, to forget such a thing that it, that all our vitality depends on it</w:t>
      </w:r>
    </w:p>
    <w:p>
      <w:r>
        <w:t>Our holy Rabbainu says—"Chatzos," he, he knew that he..</w:t>
      </w:r>
    </w:p>
    <w:p>
      <w:r>
        <w:t>{That one needs}, we need this and this</w:t>
      </w:r>
    </w:p>
    <w:p>
      <w:r>
        <w:t>{How do I}</w:t>
      </w:r>
    </w:p>
    <w:p>
      <w:r>
        <w:t>And the whole world wants to sleep and eat and.. yes, to eat and sleep, shoin, shoin, that's it, that's it, life</w:t>
      </w:r>
    </w:p>
    <w:p>
      <w:r>
        <w:t>They do not, do not know more</w:t>
      </w:r>
    </w:p>
    <w:p>
      <w:r>
        <w:t>We ourselves know nothing</w:t>
      </w:r>
    </w:p>
    <w:p>
      <w:r>
        <w:t>Our holy Rabbainu, he, he came and teaches and revealed to us and teaches us—"Midnight”</w:t>
      </w:r>
    </w:p>
    <w:p>
      <w:r>
        <w:t>If our holy Rabbainu is.., everything depends on this, the whole world {{...}} from all this.. everything</w:t>
      </w:r>
    </w:p>
    <w:p>
      <w:r>
        <w:t>{{That's it, that's it}}, yes</w:t>
      </w:r>
    </w:p>
    <w:p>
      <w:r>
        <w:t>And I saw, Boruch Hashem I merited to see how much self-sacrifice, Rebbe Yisroel at chatzos, he {..}..</w:t>
      </w:r>
    </w:p>
    <w:p>
      <w:r>
        <w:t>The body wants the bed and to sleep, yes, Rabbainu comes: "No, in the forest"</w:t>
      </w:r>
    </w:p>
    <w:p>
      <w:r>
        <w:t>We, whoever has intelligence {then whoever does not}, who is wise</w:t>
      </w:r>
    </w:p>
    <w:p>
      <w:r>
        <w:t>"What will he have from midnight? Will he have a livelihood? What will he have.. from this? Will he have money?”</w:t>
      </w:r>
    </w:p>
    <w:p>
      <w:r>
        <w:t>The Men of the Great Assembly instituted three prayers for us</w:t>
      </w:r>
    </w:p>
    <w:p>
      <w:r>
        <w:t>'Shacharis,' 'Mincha and 'Maariv,' three prayers a day</w:t>
      </w:r>
    </w:p>
    <w:p>
      <w:r>
        <w:t>Rabbainu came and also gave us "chatzos,” {"What, more?"}</w:t>
      </w:r>
    </w:p>
    <w:p>
      <w:r>
        <w:t>And "chatzos" is more difficult than all of them…</w:t>
      </w:r>
    </w:p>
    <w:p>
      <w:r>
        <w:br w:type="page"/>
      </w:r>
    </w:p>
    <w:p>
      <w:pPr>
        <w:pStyle w:val="Heading1"/>
      </w:pPr>
      <w:r>
        <w:t>Tape 52</w:t>
      </w:r>
    </w:p>
    <w:p>
      <w:pPr>
        <w:pStyle w:val="Heading2"/>
      </w:pPr>
      <w:r>
        <w:t>Side A (Aleph)</w:t>
      </w:r>
    </w:p>
    <w:p>
      <w:r>
        <w:t>...[He shouts "Yehei shmei rabba" in a very loud voice]</w:t>
      </w:r>
    </w:p>
    <w:p>
      <w:r>
        <w:t>Yes</w:t>
      </w:r>
    </w:p>
    <w:p>
      <w:r>
        <w:t>[Yes, and he was in.., and he travels to Uman for Rosh Hashanah every time</w:t>
      </w:r>
    </w:p>
    <w:p>
      <w:r>
        <w:t>He was, he was divorced for many years, he sits in Meron a lot</w:t>
      </w:r>
    </w:p>
    <w:p>
      <w:r>
        <w:t>And he shouts in a loud voice, "Yehei shmei rabba," one time I heard him with my own ears, I was doing hisbodedus at the grave of the Arizal, of blessed memory, here in Tzfas, it was during 'Selichos' a few years ago and he was in Meron at Rebbe Shimon, and he shouted "Yehei shmei rabba" at midnight, I heard him all the way in Tzfas, I heard him with my own ears, Saba, all the way in Tzfas</w:t>
      </w:r>
    </w:p>
    <w:p>
      <w:r>
        <w:t>How he shouted in a loud voice, "Amen, yehei shmei rabba mevorach," in such a very powerful voice that I heard him from Meron all the way in Tzfas, with my own ears I heard, Saba</w:t>
      </w:r>
    </w:p>
    <w:p>
      <w:r>
        <w:t>So he is getting married on Lag BaOmer]</w:t>
      </w:r>
    </w:p>
    <w:p>
      <w:r>
        <w:t>Ah, ah</w:t>
      </w:r>
    </w:p>
    <w:p>
      <w:r>
        <w:t>[Yes, and I also had a bit of a miracle yesterday</w:t>
      </w:r>
    </w:p>
    <w:p>
      <w:r>
        <w:t>A week ago I, I wanted to have a tent for hisbodedus, a tent</w:t>
      </w:r>
    </w:p>
    <w:p>
      <w:r>
        <w:t>So I prayed for it, I went to the city and met one man, and he said to me: "Maybe you know someone who needs a tent?" I said to him: "I need a tent".. So he, so he agreed to give me a new tent, almost new, a very good tent, for one hundred and fifty dollars, but I did not have money, I had only, I had only one hundred and fifty shekels, that is like fifty dollars, so I said to him:</w:t>
      </w:r>
    </w:p>
    <w:p>
      <w:r>
        <w:t>"Take fifty dollars now, and another hundred dollars I will give you"</w:t>
      </w:r>
    </w:p>
    <w:p>
      <w:r>
        <w:t>I prayed to Hashem, blessed be He, that He should give me, that He should give me money, so that I could pay him for the tent, so that I would have a tent for hisbodedus, so that I can always sit in the field]</w:t>
      </w:r>
    </w:p>
    <w:p>
      <w:r>
        <w:t>Nu</w:t>
      </w:r>
    </w:p>
    <w:p>
      <w:r>
        <w:t>[So yesterday I went to Meron, and Avraham, he is getting married</w:t>
      </w:r>
    </w:p>
    <w:p>
      <w:r>
        <w:t>Avraham wants me to play for him at the wedding, that I should make melodies for him]</w:t>
      </w:r>
    </w:p>
    <w:p>
      <w:r>
        <w:t>Ah</w:t>
      </w:r>
    </w:p>
    <w:p>
      <w:r>
        <w:t>[So yesterday Avraham came to me and he gave me a hundred, took a hundred dollars and said to me: "Take a hundred dollars now for the wedding, since you are playing for me, take a hundred dollars, and afterward I will give you more, after the wedding I will give you more" so he gave me a hundred dollars, now I have enough to pay for the tent]</w:t>
      </w:r>
    </w:p>
    <w:p>
      <w:r>
        <w:t>{..}</w:t>
      </w:r>
    </w:p>
    <w:p>
      <w:r>
        <w:t>[It is a large tent with windows, it has windows]</w:t>
      </w:r>
    </w:p>
    <w:p>
      <w:r>
        <w:t>Yes?</w:t>
      </w:r>
    </w:p>
    <w:p>
      <w:r>
        <w:t>[Yes, and it has netting, so that mosquitoes or flies will not be able to enter, they cannot enter] It has..?</w:t>
      </w:r>
    </w:p>
    <w:p>
      <w:r>
        <w:t>[Netting, there is netting]</w:t>
      </w:r>
    </w:p>
    <w:p>
      <w:r>
        <w:t>Ah</w:t>
      </w:r>
    </w:p>
    <w:p>
      <w:r>
        <w:t>[So that flies cannot enter]</w:t>
      </w:r>
    </w:p>
    <w:p>
      <w:r>
        <w:t>Yes?</w:t>
      </w:r>
    </w:p>
    <w:p>
      <w:r>
        <w:t>[And mosquitoes, yes, there is room inside the tent to put a bed and a table and a chair]</w:t>
      </w:r>
    </w:p>
    <w:p>
      <w:r>
        <w:t>Yes?</w:t>
      </w:r>
    </w:p>
    <w:p>
      <w:r>
        <w:t>[Yes]</w:t>
      </w:r>
    </w:p>
    <w:p>
      <w:r>
        <w:t>He is a driver</w:t>
      </w:r>
    </w:p>
    <w:p>
      <w:r>
        <w:t>[Ah?]</w:t>
      </w:r>
    </w:p>
    <w:p>
      <w:r>
        <w:t>He is the driver</w:t>
      </w:r>
    </w:p>
    <w:p>
      <w:r>
        <w:t>[Ah, the driver is someone else, that is HaLevi, Levi, there is one man called Levi, Levi..]…</w:t>
      </w:r>
    </w:p>
    <w:p>
      <w:r>
        <w:t>...in order to collect money from the shops, it was in the morning, and they said to me:</w:t>
      </w:r>
    </w:p>
    <w:p>
      <w:r>
        <w:t>"What.., what is this? Are you crazy? Is there money in the morning? I have not sold anything yet"…</w:t>
      </w:r>
    </w:p>
    <w:p>
      <w:r>
        <w:t>...'Livelihood? Only trust!'</w:t>
      </w:r>
    </w:p>
    <w:p>
      <w:r>
        <w:t>[Now there is livelihood..</w:t>
      </w:r>
    </w:p>
    <w:p>
      <w:r>
        <w:t>and there is also chatzos, avodah, chatzos, there is chatzos, there is livelihood and trust and there is hisbodidus and..</w:t>
      </w:r>
    </w:p>
    <w:p>
      <w:r>
        <w:t>and there is a forest, there is a forest, now there is a lot of livelihood, "trust”]…</w:t>
      </w:r>
    </w:p>
    <w:p>
      <w:r>
        <w:t>...that the government {…}, should influence, influence the Russians so that they will give th-</w:t>
      </w:r>
    </w:p>
    <w:p>
      <w:r>
        <w:t>so that they will give the bones of Rabbainu, of blessed memory, to Eretz Yisroel</w:t>
      </w:r>
    </w:p>
    <w:p>
      <w:r>
        <w:t>[Ah..]</w:t>
      </w:r>
    </w:p>
    <w:p>
      <w:r>
        <w:t>So I heard, like this</w:t>
      </w:r>
    </w:p>
    <w:p>
      <w:r>
        <w:t>[If only, if only]</w:t>
      </w:r>
    </w:p>
    <w:p>
      <w:r>
        <w:t>Ah?</w:t>
      </w:r>
    </w:p>
    <w:p>
      <w:r>
        <w:t>[The whole country is waiting for Rabbainu, everyone]</w:t>
      </w:r>
    </w:p>
    <w:p>
      <w:r>
        <w:t>Yes</w:t>
      </w:r>
    </w:p>
    <w:p>
      <w:r>
        <w:t>[Even the Chabadniks have already lost all hope]</w:t>
      </w:r>
    </w:p>
    <w:p>
      <w:r>
        <w:t>Yes?</w:t>
      </w:r>
    </w:p>
    <w:p>
      <w:r>
        <w:t>[Even Chabad, they have already completely fallen into despair]</w:t>
      </w:r>
    </w:p>
    <w:p>
      <w:r>
        <w:t>Yes</w:t>
      </w:r>
    </w:p>
    <w:p>
      <w:r>
        <w:t>[Yes..]</w:t>
      </w:r>
    </w:p>
    <w:p>
      <w:r>
        <w:t>Fortunate are we, fortunate are we, fortunate are we, fortunate are we, that there is..</w:t>
      </w:r>
    </w:p>
    <w:p>
      <w:r>
        <w:t>[For us, such a Rebbe]</w:t>
      </w:r>
    </w:p>
    <w:p>
      <w:r>
        <w:t>Such a Rebbe in the world</w:t>
      </w:r>
    </w:p>
    <w:p>
      <w:r>
        <w:t>[Everyone, everyone without exception, the whole country]</w:t>
      </w:r>
    </w:p>
    <w:p>
      <w:r>
        <w:t>Yes?</w:t>
      </w:r>
    </w:p>
    <w:p>
      <w:r>
        <w:t>[Is waiting for Rabbainu, yes, they do not know, but they kno.., but they, they all..</w:t>
      </w:r>
    </w:p>
    <w:p>
      <w:r>
        <w:t>they shout everywhere: "Rabbainu, where? Where is he?"]</w:t>
      </w:r>
    </w:p>
    <w:p>
      <w:r>
        <w:t>Yes</w:t>
      </w:r>
    </w:p>
    <w:p>
      <w:r>
        <w:t>[Where? All over Tzfas they are waiting, I am looking for signs—where is "Na Na ch"?]</w:t>
      </w:r>
    </w:p>
    <w:p>
      <w:r>
        <w:t>Yes</w:t>
      </w:r>
    </w:p>
    <w:p>
      <w:r>
        <w:t>[Everyone wants "Na Nach", yes, only signs for Coca-Cola..</w:t>
      </w:r>
    </w:p>
    <w:p>
      <w:r>
        <w:t>yes, truly, such thirst …. the closer you come to Saba..]…</w:t>
      </w:r>
    </w:p>
    <w:p>
      <w:r>
        <w:t>...[I have..]</w:t>
      </w:r>
    </w:p>
    <w:p>
      <w:r>
        <w:t>Ah?</w:t>
      </w:r>
    </w:p>
    <w:p>
      <w:r>
        <w:t>[A thousand shekels, a thousand shekels, a thousand, a thousand]</w:t>
      </w:r>
    </w:p>
    <w:p>
      <w:r>
        <w:t>A thousand?..</w:t>
      </w:r>
    </w:p>
    <w:p>
      <w:r>
        <w:t>[A thousand shekels]</w:t>
      </w:r>
    </w:p>
    <w:p>
      <w:r>
        <w:t>For what?</w:t>
      </w:r>
    </w:p>
    <w:p>
      <w:r>
        <w:t>[For if, if the goyim want a little money in order to bring Rabbainu by airplane, by ship, on foot, I am prepared to give them a thousand shekels]</w:t>
      </w:r>
    </w:p>
    <w:p>
      <w:r>
        <w:t>Nu, you said, you said, and you gave</w:t>
      </w:r>
    </w:p>
    <w:p>
      <w:r>
        <w:t>[I have not yet told</w:t>
      </w:r>
    </w:p>
    <w:p>
      <w:r>
        <w:t>them, I did not tell them, I told you, you need to give them, this, this is not mine..</w:t>
      </w:r>
    </w:p>
    <w:p>
      <w:r>
        <w:t>I am prepared to give you a thousand shekels, and you will give it to them</w:t>
      </w:r>
    </w:p>
    <w:p>
      <w:r>
        <w:t>they are goyim—for, for a few "lentils”, for a little money, everything can be settled] Yes</w:t>
      </w:r>
    </w:p>
    <w:p>
      <w:r>
        <w:t>[They are like that, that is how the goyim are, they are so poor, they are so poor</w:t>
      </w:r>
    </w:p>
    <w:p>
      <w:r>
        <w:t>they have no bread, they have nothing, they, for..]</w:t>
      </w:r>
    </w:p>
    <w:p>
      <w:r>
        <w:t>Yes?</w:t>
      </w:r>
    </w:p>
    <w:p>
      <w:r>
        <w:t>[The government, the gentile one in Ukraine, they are so poor]</w:t>
      </w:r>
    </w:p>
    <w:p>
      <w:r>
        <w:t>In Ukraine</w:t>
      </w:r>
    </w:p>
    <w:p>
      <w:r>
        <w:t>[That it is possible to negotiate with them, it is not a problem, yes]</w:t>
      </w:r>
    </w:p>
    <w:p>
      <w:r>
        <w:t>Yo, yo, {they say that they...}, they, th.. are poor</w:t>
      </w:r>
    </w:p>
    <w:p>
      <w:r>
        <w:t>[Yes, they are very, very poor]</w:t>
      </w:r>
    </w:p>
    <w:p>
      <w:r>
        <w:t>Yes</w:t>
      </w:r>
    </w:p>
    <w:p>
      <w:r>
        <w:t>Oy vey, pray for me, you will be in Meron and..</w:t>
      </w:r>
    </w:p>
    <w:p>
      <w:r>
        <w:t>[I pray for you three prayers a day, every day three times]</w:t>
      </w:r>
    </w:p>
    <w:p>
      <w:r>
        <w:t>{..}</w:t>
      </w:r>
    </w:p>
    <w:p>
      <w:r>
        <w:t>[That we merit that you bring Rabbainu to us, to Eretz Yisroel, this is the essence of the redemption..</w:t>
      </w:r>
    </w:p>
    <w:p>
      <w:r>
        <w:t>Rabbainu, his holy bones, this is the complete redemption]</w:t>
      </w:r>
    </w:p>
    <w:p>
      <w:r>
        <w:t>Yes</w:t>
      </w:r>
    </w:p>
    <w:p>
      <w:r>
        <w:t>[To Yerushalayim, the Holy City, next to King David, next to all the kings of the House of David</w:t>
      </w:r>
    </w:p>
    <w:p>
      <w:r>
        <w:t>Mount Zion, "And saviors shall ascend Mount Zion"]</w:t>
      </w:r>
    </w:p>
    <w:p>
      <w:r>
        <w:t>Yo, I need k…</w:t>
      </w:r>
    </w:p>
    <w:p>
      <w:r>
        <w:t>...[There will be a beautiful wedding]</w:t>
      </w:r>
    </w:p>
    <w:p>
      <w:r>
        <w:t>[……...]</w:t>
      </w:r>
    </w:p>
    <w:p>
      <w:r>
        <w:t>Nu</w:t>
      </w:r>
    </w:p>
    <w:p>
      <w:r>
        <w:t>[Come, sit...]</w:t>
      </w:r>
    </w:p>
    <w:p>
      <w:r>
        <w:t>The Ukrainians</w:t>
      </w:r>
    </w:p>
    <w:p>
      <w:r>
        <w:t>[..come, sit already..]</w:t>
      </w:r>
    </w:p>
    <w:p>
      <w:r>
        <w:t>{Because the.. the Ukrainians}..</w:t>
      </w:r>
    </w:p>
    <w:p>
      <w:r>
        <w:t>[…..]</w:t>
      </w:r>
    </w:p>
    <w:p>
      <w:r>
        <w:t>[…..]</w:t>
      </w:r>
    </w:p>
    <w:p>
      <w:r>
        <w:t>They have no, they have no bread to eat, they are very poor, they need money</w:t>
      </w:r>
    </w:p>
    <w:p>
      <w:r>
        <w:t>[Yes]</w:t>
      </w:r>
    </w:p>
    <w:p>
      <w:r>
        <w:t>{…...}, we will give them money, yes, and they will send him</w:t>
      </w:r>
    </w:p>
    <w:p>
      <w:r>
        <w:t>[Did you hear? We will give them money, yes, that is the point]</w:t>
      </w:r>
    </w:p>
    <w:p>
      <w:r>
        <w:t>[Good, good]</w:t>
      </w:r>
    </w:p>
    <w:p>
      <w:r>
        <w:t>[There is a number, I will give you a number for the embassy, as soon as there is, Saba will press more</w:t>
      </w:r>
    </w:p>
    <w:p>
      <w:r>
        <w:t>we need to organize the fellows who.. I already have a thousand shekels to give them]</w:t>
      </w:r>
    </w:p>
    <w:p>
      <w:r>
        <w:t>Ah?</w:t>
      </w:r>
    </w:p>
    <w:p>
      <w:r>
        <w:t>[He, Sharon, he is.., he wants to donate a thousand shekels in order to bring Rabbainu]</w:t>
      </w:r>
    </w:p>
    <w:p>
      <w:r>
        <w:t>[Hello, hello, is this Ruti? …….]</w:t>
      </w:r>
    </w:p>
    <w:p>
      <w:r>
        <w:t>[I have, I have..]</w:t>
      </w:r>
    </w:p>
    <w:p>
      <w:r>
        <w:t>[Good, good, good]</w:t>
      </w:r>
    </w:p>
    <w:p>
      <w:r>
        <w:t>[Give me ... you ….. this, I am giving them the embassy's telephone number</w:t>
      </w:r>
    </w:p>
    <w:p>
      <w:r>
        <w:t>we negotiate with them, through whom I do not know, through what, whenever you decide]</w:t>
      </w:r>
    </w:p>
    <w:p>
      <w:r>
        <w:t>[Good]</w:t>
      </w:r>
    </w:p>
    <w:p>
      <w:r>
        <w:t>[[[Getting to the point..</w:t>
      </w:r>
    </w:p>
    <w:p>
      <w:r>
        <w:t>[</w:t>
      </w:r>
    </w:p>
    <w:p>
      <w:r>
        <w:t>[</w:t>
      </w:r>
    </w:p>
    <w:p>
      <w:r>
        <w:t>This can go quick-quick, these are not things that go through a door, money, this is.. with the goyim, quick-quick …</w:t>
      </w:r>
    </w:p>
    <w:p>
      <w:r>
        <w:t>[..Really? And this week, do you have?]</w:t>
      </w:r>
    </w:p>
    <w:p>
      <w:r>
        <w:t>[Me'aras HaMachpeilah, four hundred shekels]</w:t>
      </w:r>
    </w:p>
    <w:p>
      <w:r>
        <w:t>[We need to enter into this negotiation, even Breslov does not know anything]</w:t>
      </w:r>
    </w:p>
    <w:p>
      <w:r>
        <w:t>[There are enough Russians in the Land, thank God, Ukrainians ……..]</w:t>
      </w:r>
    </w:p>
    <w:p>
      <w:r>
        <w:t>[..clearly..]</w:t>
      </w:r>
    </w:p>
    <w:p>
      <w:r>
        <w:t>[What you are doing ….]</w:t>
      </w:r>
    </w:p>
    <w:p>
      <w:r>
        <w:t>[………… what, how will you know? Ahh..]</w:t>
      </w:r>
    </w:p>
    <w:p>
      <w:r>
        <w:t>What is happening with the Arabs? Are they, are they a little quiet? Are they quiet?</w:t>
      </w:r>
    </w:p>
    <w:p>
      <w:r>
        <w:t>[A few days]</w:t>
      </w:r>
    </w:p>
    <w:p>
      <w:r>
        <w:t>Ah? Ah? The Arabs</w:t>
      </w:r>
    </w:p>
    <w:p>
      <w:r>
        <w:t>[They, they do not know what to do, they are confused]</w:t>
      </w:r>
    </w:p>
    <w:p>
      <w:r>
        <w:t>Yes?</w:t>
      </w:r>
    </w:p>
    <w:p>
      <w:r>
        <w:t>[They became a little confused during..]</w:t>
      </w:r>
    </w:p>
    <w:p>
      <w:r>
        <w:t>Yes?</w:t>
      </w:r>
    </w:p>
    <w:p>
      <w:r>
        <w:t>[In the last few days, yes, they became confused]</w:t>
      </w:r>
    </w:p>
    <w:p>
      <w:r>
        <w:t>Yes?</w:t>
      </w:r>
    </w:p>
    <w:p>
      <w:r>
        <w:t>[Yes, yes, a little confused, they do not..</w:t>
      </w:r>
    </w:p>
    <w:p>
      <w:r>
        <w:t>but I think they want to kill the whole country, they..]</w:t>
      </w:r>
    </w:p>
    <w:p>
      <w:r>
        <w:t>{…}</w:t>
      </w:r>
    </w:p>
    <w:p>
      <w:r>
        <w:t>[Confused, but, ah..]</w:t>
      </w:r>
    </w:p>
    <w:p>
      <w:r>
        <w:t>They want to..</w:t>
      </w:r>
    </w:p>
    <w:p>
      <w:r>
        <w:t>[They want to..]</w:t>
      </w:r>
    </w:p>
    <w:p>
      <w:r>
        <w:t>{To kill us}</w:t>
      </w:r>
    </w:p>
    <w:p>
      <w:r>
        <w:t>[Certainly]</w:t>
      </w:r>
    </w:p>
    <w:p>
      <w:r>
        <w:t>Yes</w:t>
      </w:r>
    </w:p>
    <w:p>
      <w:r>
        <w:t>[But they do not know, they see that we want peace..</w:t>
      </w:r>
    </w:p>
    <w:p>
      <w:r>
        <w:t>our government has confused them so much that they do not know how to do it, what to do</w:t>
      </w:r>
    </w:p>
    <w:p>
      <w:r>
        <w:t>Rabin told them that he is prepared to give them the Golan]</w:t>
      </w:r>
    </w:p>
    <w:p>
      <w:r>
        <w:t>Who told them?</w:t>
      </w:r>
    </w:p>
    <w:p>
      <w:r>
        <w:t>[Rabin, Rabin, the prime minister]</w:t>
      </w:r>
    </w:p>
    <w:p>
      <w:r>
        <w:t>Nu</w:t>
      </w:r>
    </w:p>
    <w:p>
      <w:r>
        <w:t>[He told them that he is prepared to negotiate to give several settlements, to remove several settlements from the Golan, so they are confused by this, they do not know whether to go to war or peace, they do not know</w:t>
      </w:r>
    </w:p>
    <w:p>
      <w:r>
        <w:t>they see th.. perhaps it is possible to take, to steal without war, to take land without war]</w:t>
      </w:r>
    </w:p>
    <w:p>
      <w:r>
        <w:t>Yes?</w:t>
      </w:r>
    </w:p>
    <w:p>
      <w:r>
        <w:t>[Because Rabin says to them: "Take, take, we will give you, we do not want war</w:t>
      </w:r>
    </w:p>
    <w:p>
      <w:r>
        <w:t>we will make peace with you, I, we will give you land"</w:t>
      </w:r>
    </w:p>
    <w:p>
      <w:r>
        <w:t>so they became a little confused, I think Rabin also became a little confused….]</w:t>
      </w:r>
    </w:p>
    <w:p>
      <w:r>
        <w:t>[I understood, I understood..]</w:t>
      </w:r>
    </w:p>
    <w:p>
      <w:r>
        <w:t>[Rabbainu is actually doing all of this, confusing the whole world..</w:t>
      </w:r>
    </w:p>
    <w:p>
      <w:r>
        <w:t>they try to kill someone every day, but..]</w:t>
      </w:r>
    </w:p>
    <w:p>
      <w:r>
        <w:t>Yes</w:t>
      </w:r>
    </w:p>
    <w:p>
      <w:r>
        <w:t>[But one time they wound him, one time.. every day there is something]</w:t>
      </w:r>
    </w:p>
    <w:p>
      <w:r>
        <w:t>Yes?</w:t>
      </w:r>
    </w:p>
    <w:p>
      <w:r>
        <w:t>[Some kind of something, yes, but not many at once, one, two are wounded</w:t>
      </w:r>
    </w:p>
    <w:p>
      <w:r>
        <w:t>yes, they entered this past erev Shabbos, this past erev Shabbos they entered some settlement]</w:t>
      </w:r>
    </w:p>
    <w:p>
      <w:r>
        <w:t>Ah? They entered</w:t>
      </w:r>
    </w:p>
    <w:p>
      <w:r>
        <w:t>[On erev Shabbos they entered some settlement in the south, near Gaza]</w:t>
      </w:r>
    </w:p>
    <w:p>
      <w:r>
        <w:t>Nu</w:t>
      </w:r>
    </w:p>
    <w:p>
      <w:r>
        <w:t>[They went inside the settlement, and they entered an apartment</w:t>
      </w:r>
    </w:p>
    <w:p>
      <w:r>
        <w:t>After the men went to pray in the synagogue on Friday evening, there was a woman alone, and with a knife]</w:t>
      </w:r>
    </w:p>
    <w:p>
      <w:r>
        <w:t>Nu</w:t>
      </w:r>
    </w:p>
    <w:p>
      <w:r>
        <w:t>[They wounded her, she shouted: "Help, help," then the men came]</w:t>
      </w:r>
    </w:p>
    <w:p>
      <w:r>
        <w:t>Nu</w:t>
      </w:r>
    </w:p>
    <w:p>
      <w:r>
        <w:t>[And they shot, shot, killed one terrorist, and one terrorist they wounded</w:t>
      </w:r>
    </w:p>
    <w:p>
      <w:r>
        <w:t>The army, our army, saved the second terrorist, so that they would not kill him as well]</w:t>
      </w:r>
    </w:p>
    <w:p>
      <w:r>
        <w:t>[Where?]</w:t>
      </w:r>
    </w:p>
    <w:p>
      <w:r>
        <w:t>[The Jewish army guards the Arabs]</w:t>
      </w:r>
    </w:p>
    <w:p>
      <w:r>
        <w:t>[In the south]</w:t>
      </w:r>
    </w:p>
    <w:p>
      <w:r>
        <w:t>[So that they would not kill the terrorists]</w:t>
      </w:r>
    </w:p>
    <w:p>
      <w:r>
        <w:t>Yes?</w:t>
      </w:r>
    </w:p>
    <w:p>
      <w:r>
        <w:t>[Yes]</w:t>
      </w:r>
    </w:p>
    <w:p>
      <w:r>
        <w:t>Why?</w:t>
      </w:r>
    </w:p>
    <w:p>
      <w:r>
        <w:t>[It is against.., they want peace with them, peace</w:t>
      </w:r>
    </w:p>
    <w:p>
      <w:r>
        <w:t>The terrorists, they are making policemen out of the terrorists</w:t>
      </w:r>
    </w:p>
    <w:p>
      <w:r>
        <w:t>They took all the terrorists from prison, took them out</w:t>
      </w:r>
    </w:p>
    <w:p>
      <w:r>
        <w:t>And now they are making policemen out of all the terrorists</w:t>
      </w:r>
    </w:p>
    <w:p>
      <w:r>
        <w:t>To make policemen out of them, a Palestinian army, they wa.. the State of Israel is building an army, an Arab army against us]</w:t>
      </w:r>
    </w:p>
    <w:p>
      <w:r>
        <w:t>Yes?</w:t>
      </w:r>
    </w:p>
    <w:p>
      <w:r>
        <w:t>[Yes, they have become completely confused, all of them, both Rabin and Peres, they have become completely confused</w:t>
      </w:r>
    </w:p>
    <w:p>
      <w:r>
        <w:t>They do not know what they want, Rabin has now traveled to Russia]</w:t>
      </w:r>
    </w:p>
    <w:p>
      <w:r>
        <w:t>Yo</w:t>
      </w:r>
    </w:p>
    <w:p>
      <w:r>
        <w:t>[To do with the Russians, that they should not.., to ask them not to hate us]</w:t>
      </w:r>
    </w:p>
    <w:p>
      <w:r>
        <w:t>That they should not give?</w:t>
      </w:r>
    </w:p>
    <w:p>
      <w:r>
        <w:t>[That they should not hate us, that they should not hate us, that we are good people]</w:t>
      </w:r>
    </w:p>
    <w:p>
      <w:r>
        <w:t>That they should not give the bones?</w:t>
      </w:r>
    </w:p>
    <w:p>
      <w:r>
        <w:t>[No, no, that they should not hate us, he wants to make peace with the whole world, Rabin</w:t>
      </w:r>
    </w:p>
    <w:p>
      <w:r>
        <w:t>To make peace with the non-Jews, that we are like all the non-Jews]</w:t>
      </w:r>
    </w:p>
    <w:p>
      <w:r>
        <w:t>Ah, ah</w:t>
      </w:r>
    </w:p>
    <w:p>
      <w:r>
        <w:t>[He wants to show the whole world that we are like all the non-Jews</w:t>
      </w:r>
    </w:p>
    <w:p>
      <w:r>
        <w:t>Like everyone, they do not need to persecute us, not to hate us</w:t>
      </w:r>
    </w:p>
    <w:p>
      <w:r>
        <w:t>He was now, now he is in Russia]</w:t>
      </w:r>
    </w:p>
    <w:p>
      <w:r>
        <w:t>Ah?</w:t>
      </w:r>
    </w:p>
    <w:p>
      <w:r>
        <w:t>[He is now in Russia, Rabin, in Russia, in Russia]</w:t>
      </w:r>
    </w:p>
    <w:p>
      <w:r>
        <w:t>Yes?</w:t>
      </w:r>
    </w:p>
    <w:p>
      <w:r>
        <w:t>[Yes, but Russia is not Ukraine]</w:t>
      </w:r>
    </w:p>
    <w:p>
      <w:r>
        <w:t>No?</w:t>
      </w:r>
    </w:p>
    <w:p>
      <w:r>
        <w:t>[No, they are already two separate countries, Russia is Russia, and Ukraine is Ukraine] Yes?</w:t>
      </w:r>
    </w:p>
    <w:p>
      <w:r>
        <w:t>[Rabbainu is in Ukraine, not in Russia]</w:t>
      </w:r>
    </w:p>
    <w:p>
      <w:r>
        <w:t>Rabbainu {{. .}}, is in Ukraine?</w:t>
      </w:r>
    </w:p>
    <w:p>
      <w:r>
        <w:t>[Yes, once it was one large country, now it is a country, this is separate and this is separate] But his bones are still in Uman</w:t>
      </w:r>
    </w:p>
    <w:p>
      <w:r>
        <w:t>[Yes, in Ukraine]</w:t>
      </w:r>
    </w:p>
    <w:p>
      <w:r>
        <w:t>In Ukraine</w:t>
      </w:r>
    </w:p>
    <w:p>
      <w:r>
        <w:t>[Not in Russia]…</w:t>
      </w:r>
    </w:p>
    <w:p>
      <w:r>
        <w:t>...[…]</w:t>
      </w:r>
    </w:p>
    <w:p>
      <w:r>
        <w:t>There is?</w:t>
      </w:r>
    </w:p>
    <w:p>
      <w:r>
        <w:t>[The Ukrainians, the government of Ukraine, have good relations with our state] Yes?</w:t>
      </w:r>
    </w:p>
    <w:p>
      <w:r>
        <w:t>[They have an embassy here]</w:t>
      </w:r>
    </w:p>
    <w:p>
      <w:r>
        <w:t>Ah, ah</w:t>
      </w:r>
    </w:p>
    <w:p>
      <w:r>
        <w:t>[And it is possible to negotiate with them through the embassy]</w:t>
      </w:r>
    </w:p>
    <w:p>
      <w:r>
        <w:t>Yes</w:t>
      </w:r>
    </w:p>
    <w:p>
      <w:r>
        <w:t>[If they want to negotiate with them to bring the tziyun, it is possible through the embassy]</w:t>
      </w:r>
    </w:p>
    <w:p>
      <w:r>
        <w:t>Ah? {..?}</w:t>
      </w:r>
    </w:p>
    <w:p>
      <w:r>
        <w:t>[Through the embassy]</w:t>
      </w:r>
    </w:p>
    <w:p>
      <w:r>
        <w:t>Ah, ah</w:t>
      </w:r>
    </w:p>
    <w:p>
      <w:r>
        <w:t>[………...]…</w:t>
      </w:r>
    </w:p>
    <w:p>
      <w:r>
        <w:t>...food for the small children, nu, {I}, so I went to look for money, and everyone said:</w:t>
      </w:r>
    </w:p>
    <w:p>
      <w:r>
        <w:t>"What is this? Are you crazy? We..”</w:t>
      </w:r>
    </w:p>
    <w:p>
      <w:r>
        <w:t>["We did not sell anything”]</w:t>
      </w:r>
    </w:p>
    <w:p>
      <w:r>
        <w:t>"..No, we did not sell even one {prutah\pita}, {yes}</w:t>
      </w:r>
    </w:p>
    <w:p>
      <w:r>
        <w:t>How do you..? We have no money, what are you saying?"</w:t>
      </w:r>
    </w:p>
    <w:p>
      <w:r>
        <w:t>{So}, so I saw afterward that one Sephardi man came with his son to the store</w:t>
      </w:r>
    </w:p>
    <w:p>
      <w:r>
        <w:t>With the keys to open it, they opened and entered, and I entered as well, I said to him:</w:t>
      </w:r>
    </w:p>
    <w:p>
      <w:r>
        <w:t>"I need money, for the..," yes</w:t>
      </w:r>
    </w:p>
    <w:p>
      <w:r>
        <w:t>He said to me: "You need money?"</w:t>
      </w:r>
    </w:p>
    <w:p>
      <w:r>
        <w:t>He went in to the money and took like this, a han.., a handful of money, and gave it to me</w:t>
      </w:r>
    </w:p>
    <w:p>
      <w:r>
        <w:t>I had, {I remember}, then I had money</w:t>
      </w:r>
    </w:p>
    <w:p>
      <w:r>
        <w:t>[Ah..]</w:t>
      </w:r>
    </w:p>
    <w:p>
      <w:r>
        <w:t>He went to Meron</w:t>
      </w:r>
    </w:p>
    <w:p>
      <w:r>
        <w:t>[I, I received a great awakening from..]</w:t>
      </w:r>
    </w:p>
    <w:p>
      <w:r>
        <w:t>Yes</w:t>
      </w:r>
    </w:p>
    <w:p>
      <w:r>
        <w:t>[So I went to the field, went to the field.. and spoke with Hashem Yisborach and also sat a little; afterward I met Tziyon Barzilai in the field]</w:t>
      </w:r>
    </w:p>
    <w:p>
      <w:r>
        <w:t>Barzilai?</w:t>
      </w:r>
    </w:p>
    <w:p>
      <w:r>
        <w:t>[Yes]</w:t>
      </w:r>
    </w:p>
    <w:p>
      <w:r>
        <w:t>{..}</w:t>
      </w:r>
    </w:p>
    <w:p>
      <w:r>
        <w:t>[I met him in the field, and we spoke such words of strengthening from Rabbainu, and we were greatly strengthened together]</w:t>
      </w:r>
    </w:p>
    <w:p>
      <w:r>
        <w:t>{…}, however much we tell, however much we know, no, it is not even like a drop in the sea</w:t>
      </w:r>
    </w:p>
    <w:p>
      <w:r>
        <w:t>Rebbe Nassan, {…}, Rebbe Nassan:</w:t>
      </w:r>
    </w:p>
    <w:p>
      <w:r>
        <w:t>"Everything that I write and know of Rabbainu is not even like a drop in the sea of his greatness"</w:t>
      </w:r>
    </w:p>
    <w:p>
      <w:r>
        <w:t>[Saba and the friends sing:</w:t>
      </w:r>
    </w:p>
    <w:p>
      <w:r>
        <w:t>"Our greatness and our glory our righteous Mashiach will reveal.."]</w:t>
      </w:r>
    </w:p>
    <w:p>
      <w:r>
        <w:t>Nu, {…}, gave me nothing</w:t>
      </w:r>
    </w:p>
    <w:p>
      <w:r>
        <w:t>[Do you want to eat? Saba]</w:t>
      </w:r>
    </w:p>
    <w:p>
      <w:r>
        <w:t>To drink..</w:t>
      </w:r>
    </w:p>
    <w:p>
      <w:r>
        <w:t>[Cola?]</w:t>
      </w:r>
    </w:p>
    <w:p>
      <w:r>
        <w:t>Honey with milk</w:t>
      </w:r>
    </w:p>
    <w:p>
      <w:r>
        <w:t>[Milk with honey? Are you not fleishig?]</w:t>
      </w:r>
    </w:p>
    <w:p>
      <w:r>
        <w:t>Ah? Fleishig?</w:t>
      </w:r>
    </w:p>
    <w:p>
      <w:r>
        <w:t>[You are fleishig, yes, you ate..]</w:t>
      </w:r>
    </w:p>
    <w:p>
      <w:r>
        <w:t>Ah, ah</w:t>
      </w:r>
    </w:p>
    <w:p>
      <w:r>
        <w:t>[The beans]</w:t>
      </w:r>
    </w:p>
    <w:p>
      <w:r>
        <w:t>Good, good, good</w:t>
      </w:r>
    </w:p>
    <w:p>
      <w:r>
        <w:t>[Yes, maybe, maybe something else? Maybe tea with honey?]</w:t>
      </w:r>
    </w:p>
    <w:p>
      <w:r>
        <w:t>Tea with honey</w:t>
      </w:r>
    </w:p>
    <w:p>
      <w:r>
        <w:t>[Tea with honey]</w:t>
      </w:r>
    </w:p>
    <w:p>
      <w:r>
        <w:t>{..}, but half a cup</w:t>
      </w:r>
    </w:p>
    <w:p>
      <w:r>
        <w:t>[Half a cup]</w:t>
      </w:r>
    </w:p>
    <w:p>
      <w:r>
        <w:t>[…….]</w:t>
      </w:r>
    </w:p>
    <w:p>
      <w:r>
        <w:t>[…]</w:t>
      </w:r>
    </w:p>
    <w:p>
      <w:r>
        <w:t>"Our greatness and our glory our righteous Mashiach will reveal"</w:t>
      </w:r>
    </w:p>
    <w:p>
      <w:r>
        <w:t>Rebbe Nassan went {…} with the whole family and the groom Rebbe Yitzchak, it was the day of the wedding</w:t>
      </w:r>
    </w:p>
    <w:p>
      <w:r>
        <w:t>[Yes, yes]</w:t>
      </w:r>
    </w:p>
    <w:p>
      <w:r>
        <w:t>He, they traveled, they came, and the opponents, the opponents, all the opponents went with stones</w:t>
      </w:r>
    </w:p>
    <w:p>
      <w:r>
        <w:t>{…} to receive Rebbe Nassan and the groom and the bride, yes</w:t>
      </w:r>
    </w:p>
    <w:p>
      <w:r>
        <w:t>They threw large stones, and they were all in danger, and they all fled to the forests, and Rebbe Nassan fled to a large forest</w:t>
      </w:r>
    </w:p>
    <w:p>
      <w:r>
        <w:t>Afterward, when the stones ran out and it became a little quiet, then they returned, and Rebbe Nassan was not there</w:t>
      </w:r>
    </w:p>
    <w:p>
      <w:r>
        <w:t>They went to search for them, then they found in the forest, in some forest, and he, and he sang the melody</w:t>
      </w:r>
    </w:p>
    <w:p>
      <w:r>
        <w:t>"Our greatness and our glory our righteous Mashiach will reveal.."</w:t>
      </w:r>
    </w:p>
    <w:p>
      <w:r>
        <w:t>He, he played it</w:t>
      </w:r>
    </w:p>
    <w:p>
      <w:r>
        <w:t>He went to the wedding with his son, the groom and the bride, they went and received him with stones</w:t>
      </w:r>
    </w:p>
    <w:p>
      <w:r>
        <w:t>So Rebbe Nassan made a melody out of this, "Our greatness..," he sat in some forest and sang</w:t>
      </w:r>
    </w:p>
    <w:p>
      <w:r>
        <w:t>[Saba and the friends sing:</w:t>
      </w:r>
    </w:p>
    <w:p>
      <w:r>
        <w:t>"Our greatness and our glory our righteous Mashiach will reveal.."]</w:t>
      </w:r>
    </w:p>
    <w:p>
      <w:r>
        <w:t>["Na Na-ch Nach-ma Nachman of Uman" from Uman to Mount Zion... to Yerushalayim, the holy city]</w:t>
      </w:r>
    </w:p>
    <w:p>
      <w:r>
        <w:t>[Saba and the friends continue singing:</w:t>
      </w:r>
    </w:p>
    <w:p>
      <w:r>
        <w:t>"Our greatness and our glory our righteous Mashiach will reveal.."]</w:t>
      </w:r>
    </w:p>
    <w:p>
      <w:r>
        <w:t>[What lights..]</w:t>
      </w:r>
    </w:p>
    <w:p>
      <w:r>
        <w:t>[Pshh..]</w:t>
      </w:r>
    </w:p>
    <w:p>
      <w:r>
        <w:t>[In every word, in every movement]</w:t>
      </w:r>
    </w:p>
    <w:p>
      <w:r>
        <w:t>[Tea with honey, Saba, but it is hot now, it is hot, it needs to cool a little]</w:t>
      </w:r>
    </w:p>
    <w:p>
      <w:r>
        <w:t>Yo, yo, yo</w:t>
      </w:r>
    </w:p>
    <w:p>
      <w:r>
        <w:t>[Saba and the friends continue singing:</w:t>
      </w:r>
    </w:p>
    <w:p>
      <w:r>
        <w:t>[Yes ………..][……….…..]{…………}, well, explicitly "And about you I said.."[Yes ………..][……….…..]{…………}, well, explicitly "And about you I said..""Our greatness and our glory our righteous Mashiach will reveal.."]</w:t>
      </w:r>
    </w:p>
    <w:p>
      <w:r>
        <w:t>[Yes ………..]</w:t>
      </w:r>
    </w:p>
    <w:p>
      <w:r>
        <w:t>[……….…..]</w:t>
      </w:r>
    </w:p>
    <w:p>
      <w:r>
        <w:t>{…………}, well, explicitly "And about you I said.."</w:t>
      </w:r>
    </w:p>
    <w:p>
      <w:r>
        <w:t>[Yes ………..]</w:t>
      </w:r>
    </w:p>
    <w:p>
      <w:r>
        <w:t>[……….…..]</w:t>
      </w:r>
    </w:p>
    <w:p>
      <w:r>
        <w:t>{…………}, well, explicitly "And about you I said.."</w:t>
      </w:r>
    </w:p>
    <w:p>
      <w:r>
        <w:t>[..No, you are not disturbing, I am happy to hear you..]</w:t>
      </w:r>
    </w:p>
    <w:p>
      <w:r>
        <w:t>["My little fire.."]</w:t>
      </w:r>
    </w:p>
    <w:p>
      <w:r>
        <w:t>"It was very difficult for me to descend to you to tell you that I enjoyed it very much..</w:t>
      </w:r>
    </w:p>
    <w:p>
      <w:r>
        <w:t>And about you I said, my little fire will burn until Mashiach comes," nu</w:t>
      </w:r>
    </w:p>
    <w:p>
      <w:r>
        <w:t>["Be strong and courageous"..]</w:t>
      </w:r>
    </w:p>
    <w:p>
      <w:r>
        <w:t>Rebbe Nassan sang, played this song:</w:t>
      </w:r>
    </w:p>
    <w:p>
      <w:r>
        <w:t>"Our greatness and our glory our righteous Mashiach will reveal..”</w:t>
      </w:r>
    </w:p>
    <w:p>
      <w:r>
        <w:t>[Saba and the friends sing:</w:t>
      </w:r>
    </w:p>
    <w:p>
      <w:r>
        <w:t>"Our greatness and our glory our righteous Mashiach will reveal.. "Na Nach Na-chma Nachman of Uman.."..”</w:t>
      </w:r>
    </w:p>
    <w:p>
      <w:r>
        <w:t>Afterward they sing:</w:t>
      </w:r>
    </w:p>
    <w:p>
      <w:r>
        <w:t>"Our greatness and our glory.." to the melody of "Na Na-ch.."]</w:t>
      </w:r>
    </w:p>
    <w:p>
      <w:r>
        <w:t>[…………..]</w:t>
      </w:r>
    </w:p>
    <w:p>
      <w:r>
        <w:t>[..]</w:t>
      </w:r>
    </w:p>
    <w:p>
      <w:r>
        <w:t>[Saba and the friends continue singing:</w:t>
      </w:r>
    </w:p>
    <w:p>
      <w:r>
        <w:t>"Our greatness and our glory.." to the melody of "Na Na-ch.."]</w:t>
      </w:r>
    </w:p>
    <w:p>
      <w:r>
        <w:t>Is this how they receive a groom and bride when they came to get married? They throw stones?</w:t>
      </w:r>
    </w:p>
    <w:p>
      <w:r>
        <w:t>Ahh.. {well}, "Our greatness and our glory our righteous Mashiach will reveal"</w:t>
      </w:r>
    </w:p>
    <w:p>
      <w:r>
        <w:t>[No, no, this, this is yours, Saba, the tea, this is for the guests]</w:t>
      </w:r>
    </w:p>
    <w:p>
      <w:r>
        <w:t>[Chazak u'baruch, may you merit to perform mitzvos]</w:t>
      </w:r>
    </w:p>
    <w:p>
      <w:r>
        <w:t>[To your health]</w:t>
      </w:r>
    </w:p>
    <w:p>
      <w:r>
        <w:t>Nu</w:t>
      </w:r>
    </w:p>
    <w:p>
      <w:r>
        <w:t>[I will give you more, do not become discouraged]</w:t>
      </w:r>
    </w:p>
    <w:p>
      <w:r>
        <w:t>I do not want much</w:t>
      </w:r>
    </w:p>
    <w:p>
      <w:r>
        <w:t>[Eh?]</w:t>
      </w:r>
    </w:p>
    <w:p>
      <w:r>
        <w:t>No {...}</w:t>
      </w:r>
    </w:p>
    <w:p>
      <w:r>
        <w:t>[No, no, this is for Sharon, this is for Sharon and this is for.. do you also want one like this? Saba] Eh?</w:t>
      </w:r>
    </w:p>
    <w:p>
      <w:r>
        <w:t>No, no, for you there is tea, Saba, for you there is a cup of tea, tea with honey][This.. “Nachman son of Simcha" "shehakol”, ….]Hot, hot[……………….…….][……………..………]No, no, for you there is tea, Saba, for you there is a cup of tea, tea with honey][This.. “Nachman son of Simcha" "shehakol”, ….]Hot, hot[……………….…….][……………..………][Raspberry juice, do you also want some?</w:t>
      </w:r>
    </w:p>
    <w:p>
      <w:r>
        <w:t>No, no, for you there is tea, Saba, for you there is a cup of tea, tea with honey]</w:t>
      </w:r>
    </w:p>
    <w:p>
      <w:r>
        <w:t>[This.. “Nachman son of Simcha" "shehakol”, ….]</w:t>
      </w:r>
    </w:p>
    <w:p>
      <w:r>
        <w:t>Hot, hot</w:t>
      </w:r>
    </w:p>
    <w:p>
      <w:r>
        <w:t>[……………….…….]</w:t>
      </w:r>
    </w:p>
    <w:p>
      <w:r>
        <w:t>[……………..………]</w:t>
      </w:r>
    </w:p>
    <w:p>
      <w:r>
        <w:t>No, no, for you there is tea, Saba, for you there is a cup of tea, tea with honey]</w:t>
      </w:r>
    </w:p>
    <w:p>
      <w:r>
        <w:t>[This.. “Nachman son of Simcha" "shehakol”, ….]</w:t>
      </w:r>
    </w:p>
    <w:p>
      <w:r>
        <w:t>Hot, hot</w:t>
      </w:r>
    </w:p>
    <w:p>
      <w:r>
        <w:t>[……………….…….]</w:t>
      </w:r>
    </w:p>
    <w:p>
      <w:r>
        <w:t>[……………..………]</w:t>
      </w:r>
    </w:p>
    <w:p>
      <w:r>
        <w:t>[Saba and the friends sing:</w:t>
      </w:r>
    </w:p>
    <w:p>
      <w:r>
        <w:t>"Our greatness and our glory our righteous Mashiach will reveal.."]…</w:t>
      </w:r>
    </w:p>
    <w:p>
      <w:pPr>
        <w:pStyle w:val="Heading2"/>
      </w:pPr>
      <w:r>
        <w:t>Side B (Bais)</w:t>
      </w:r>
    </w:p>
    <w:p>
      <w:r>
        <w:t>...[Saba and the friends chant the melody:</w:t>
      </w:r>
    </w:p>
    <w:p>
      <w:r>
        <w:t>"A Woman of Valor”, "Our greatness and our glory our righteous Mashiach will reveal"]…</w:t>
      </w:r>
    </w:p>
    <w:p>
      <w:r>
        <w:t>..."Is there money in the morning?"</w:t>
      </w:r>
    </w:p>
    <w:p>
      <w:r>
        <w:t>I entered the store, and he e.., he saw me and entered the place of the money, and took out money</w:t>
      </w:r>
    </w:p>
    <w:p>
      <w:r>
        <w:t>And gave me li.., like this, {..}, a full hand of money, I had {...} for the children to buy</w:t>
      </w:r>
    </w:p>
    <w:p>
      <w:r>
        <w:t>[Ay..]</w:t>
      </w:r>
    </w:p>
    <w:p>
      <w:r>
        <w:t>Before, I was in despair:</w:t>
      </w:r>
    </w:p>
    <w:p>
      <w:r>
        <w:t>"Nu, what will be? All, all the stores, no one gave me money, what will be with the children?”</w:t>
      </w:r>
    </w:p>
    <w:p>
      <w:r>
        <w:t>{…}, I saw that one man came from the synagogue with the tallis and tefillin with his son</w:t>
      </w:r>
    </w:p>
    <w:p>
      <w:r>
        <w:t>And opens the store, nu, and they entered, and I entered after them, after them:</w:t>
      </w:r>
    </w:p>
    <w:p>
      <w:r>
        <w:t>"Money, money, I have children, and need money", {yes}</w:t>
      </w:r>
    </w:p>
    <w:p>
      <w:r>
        <w:t>Then I.., I was very ashamed, I thought he would take me and show me the door</w:t>
      </w:r>
    </w:p>
    <w:p>
      <w:r>
        <w:t>He {..} he would throw me outside:</w:t>
      </w:r>
    </w:p>
    <w:p>
      <w:r>
        <w:t>"Go! Is there money in the morning? I have not yet sold"</w:t>
      </w:r>
    </w:p>
    <w:p>
      <w:r>
        <w:t>He gave me money, a full hand of money, and I had money to buy for the children</w:t>
      </w:r>
    </w:p>
    <w:p>
      <w:r>
        <w:t>{..}</w:t>
      </w:r>
    </w:p>
    <w:p>
      <w:r>
        <w:t>[Ahh..]</w:t>
      </w:r>
    </w:p>
    <w:p>
      <w:r>
        <w:t>{..}</w:t>
      </w:r>
    </w:p>
    <w:p>
      <w:r>
        <w:t>He went to Meron, he went to Meron, to Rebbe Shimon, yes</w:t>
      </w:r>
    </w:p>
    <w:p>
      <w:r>
        <w:t>{...} there are children, they will get up and they need to eat, and Yisroel {…}</w:t>
      </w:r>
    </w:p>
    <w:p>
      <w:r>
        <w:t>Yisroel Ber is in the house, nu, nu, nu, nu, nu, nu..</w:t>
      </w:r>
    </w:p>
    <w:p>
      <w:r>
        <w:t>He went to Meron, and I went to search for money, and thank God I found money</w:t>
      </w:r>
    </w:p>
    <w:p>
      <w:r>
        <w:t>To give food to the children</w:t>
      </w:r>
    </w:p>
    <w:p>
      <w:r>
        <w:t>I went from store to store, and everyone says we have not yet sold, they sold nothing, they have no money</w:t>
      </w:r>
    </w:p>
    <w:p>
      <w:r>
        <w:t>What will be..? What will be {for\with} the children?</w:t>
      </w:r>
    </w:p>
    <w:p>
      <w:r>
        <w:t>I see that a father and his son are going to open the store, and they went and opened the store and entered</w:t>
      </w:r>
    </w:p>
    <w:p>
      <w:r>
        <w:t>And I entered after them and said to the father:</w:t>
      </w:r>
    </w:p>
    <w:p>
      <w:r>
        <w:t>"I need money for children to.. for food to.."</w:t>
      </w:r>
    </w:p>
    <w:p>
      <w:r>
        <w:t>He, he saw, I had fear that he would throw me outside</w:t>
      </w:r>
    </w:p>
    <w:p>
      <w:r>
        <w:t>So he gave me a full hand of money, and I had, thank God</w:t>
      </w:r>
    </w:p>
    <w:p>
      <w:r>
        <w:t>Ah, ah, ah..</w:t>
      </w:r>
    </w:p>
    <w:p>
      <w:r>
        <w:t>Oy, this was at the beginning, at the beginning that.. {ah.. yes, that I, but I vowed..}, Rebbe Yisroel, he came to me, nu, afterward it was night and they went to sleep, and Rebbe Yisroel, he went to pray, to the mikvah and to pray and to..</w:t>
      </w:r>
    </w:p>
    <w:p>
      <w:r>
        <w:t>He went to Meron, he has a house with small children, {and more, and more}, yes</w:t>
      </w:r>
    </w:p>
    <w:p>
      <w:r>
        <w:t>{… and left everything}, everything in the house, there was nothing, {and thank God}</w:t>
      </w:r>
    </w:p>
    <w:p>
      <w:r>
        <w:t>This merchant, he and his son, they came from the synagogue and opened the store and entered, and I entered after them:</w:t>
      </w:r>
    </w:p>
    <w:p>
      <w:r>
        <w:t>"Money, money, money, I need money"</w:t>
      </w:r>
    </w:p>
    <w:p>
      <w:r>
        <w:t>And the owner of the store {he} went to the place of the money and gave me like this, the full hand {with} money</w:t>
      </w:r>
    </w:p>
    <w:p>
      <w:r>
        <w:t>I will not forget this day, I will not be able to forget, everyone said:</w:t>
      </w:r>
    </w:p>
    <w:p>
      <w:r>
        <w:t>"There is no money, money, nu, what? What are you cra..? What, are you crazy? Is there money in the morning?"</w:t>
      </w:r>
    </w:p>
    <w:p>
      <w:r>
        <w:t>I, I see, suddenly I see one with his son, he, they have a store, they opened the store</w:t>
      </w:r>
    </w:p>
    <w:p>
      <w:r>
        <w:t>And entered, and I entered after them, "Money, money.."</w:t>
      </w:r>
    </w:p>
    <w:p>
      <w:r>
        <w:t>I was afraid, he would take me and throw me outside</w:t>
      </w:r>
    </w:p>
    <w:p>
      <w:r>
        <w:t>"What money? You come in the morning? Now I opened the store, from where do {I} have money?"</w:t>
      </w:r>
    </w:p>
    <w:p>
      <w:r>
        <w:t>He went {...}, the owner of the store, he went to the place of the money and took a full hand of money and gave me</w:t>
      </w:r>
    </w:p>
    <w:p>
      <w:r>
        <w:t>[Ay..]</w:t>
      </w:r>
    </w:p>
    <w:p>
      <w:r>
        <w:t>This day, no, it is impossible to tell, I will never forget tod.., this day</w:t>
      </w:r>
    </w:p>
    <w:p>
      <w:r>
        <w:t>And Rebbe Yisroel, what? He has children, Yisroel Ber is there, there will be.., {…..}</w:t>
      </w:r>
    </w:p>
    <w:p>
      <w:r>
        <w:t>The children, Hashem blessed be He feeds and sustains, and they will have, he went to Meron</w:t>
      </w:r>
    </w:p>
    <w:p>
      <w:r>
        <w:t>I am going to search for money in order to buy food for the children, and go from store to store and everyone says: "What, is there money in the morning? From where? In the morning? I have not yet sold anything"</w:t>
      </w:r>
    </w:p>
    <w:p>
      <w:r>
        <w:t>And I was in despair, what will be? The children need to eat and I have no money at all</w:t>
      </w:r>
    </w:p>
    <w:p>
      <w:r>
        <w:t>I see that one man with his son are going with keys and are going to a st.., to some store</w:t>
      </w:r>
    </w:p>
    <w:p>
      <w:r>
        <w:t>They open it and enter, and.. then I also entered</w:t>
      </w:r>
    </w:p>
    <w:p>
      <w:r>
        <w:t>{Yes}, I entered, I also entered, "Money, money, money"</w:t>
      </w:r>
    </w:p>
    <w:p>
      <w:r>
        <w:t>I was afraid he would throw me, {yes}</w:t>
      </w:r>
    </w:p>
    <w:p>
      <w:r>
        <w:t>He gave me a full hand of money, gave me, I saw such a wondrous thing, such</w:t>
      </w:r>
    </w:p>
    <w:p>
      <w:r>
        <w:t>I, they entered the store, and I also entered, and I said to him:</w:t>
      </w:r>
    </w:p>
    <w:p>
      <w:r>
        <w:t>"Money, I need charity, money, money"</w:t>
      </w:r>
    </w:p>
    <w:p>
      <w:r>
        <w:t>He: "Money?”, he went to the place of the money and gave a full hand of money</w:t>
      </w:r>
    </w:p>
    <w:p>
      <w:r>
        <w:t>[Yisroel Dagan sings:</w:t>
      </w:r>
    </w:p>
    <w:p>
      <w:r>
        <w:t>"Fortunate are we, how good is our portion and how pleasant is our lot and how beautiful is our inheritance, fortunate are we.."</w:t>
      </w:r>
    </w:p>
    <w:p>
      <w:r>
        <w:t>(Saba rouses him) {{. . .}}]</w:t>
      </w:r>
    </w:p>
    <w:p>
      <w:r>
        <w:t>Rebbe Yisroel went to Meron, and left me with children, ah..</w:t>
      </w:r>
    </w:p>
    <w:p>
      <w:r>
        <w:t>There is no, no, no food to eat, there are children, but there is nothing to eat, {not ….}</w:t>
      </w:r>
    </w:p>
    <w:p>
      <w:r>
        <w:t>I only went to search for money {{….}}.., in the stores, and everyone says:</w:t>
      </w:r>
    </w:p>
    <w:p>
      <w:r>
        <w:t>"What is this? Are you crazy? In the morning? I have not yet sold anything</w:t>
      </w:r>
    </w:p>
    <w:p>
      <w:r>
        <w:t>What are you saying? What do you want? Is there money in the morning?"</w:t>
      </w:r>
    </w:p>
    <w:p>
      <w:r>
        <w:t>One merchant and his son came, he opened the store and they entered, and I also entered after them:</w:t>
      </w:r>
    </w:p>
    <w:p>
      <w:r>
        <w:t>"Money, money, charity I need", {…}</w:t>
      </w:r>
    </w:p>
    <w:p>
      <w:r>
        <w:t>"Money?”, he went to the place of the money and gave me a full hand of money</w:t>
      </w:r>
    </w:p>
    <w:p>
      <w:r>
        <w:t>And I had {thank God} money in order to buy the children.. food</w:t>
      </w:r>
    </w:p>
    <w:p>
      <w:r>
        <w:t>And Rebbe Yisroel went to Meron</w:t>
      </w:r>
    </w:p>
    <w:p>
      <w:r>
        <w:t>He has a house and children, and he went to Meron, and money he did not, did not give me to buy for them</w:t>
      </w:r>
    </w:p>
    <w:p>
      <w:r>
        <w:t>Nu, what is there to do?</w:t>
      </w:r>
    </w:p>
    <w:p>
      <w:r>
        <w:t>I went to search for money, not {…}, I did not know, in the morning there is no money? Everyone:</w:t>
      </w:r>
    </w:p>
    <w:p>
      <w:r>
        <w:t>"What? Are you crazy? Is there money in the morning? I have not yet sold anything"</w:t>
      </w:r>
    </w:p>
    <w:p>
      <w:r>
        <w:t>Nu, what do we do?</w:t>
      </w:r>
    </w:p>
    <w:p>
      <w:r>
        <w:t>I went and saw that one man, a merchant, he and his son were going to the store and opening it and entering—ah, they entered, and I also {entered}</w:t>
      </w:r>
    </w:p>
    <w:p>
      <w:r>
        <w:t>“What do you want?”</w:t>
      </w:r>
    </w:p>
    <w:p>
      <w:r>
        <w:t>“Charity, {I need} money”</w:t>
      </w:r>
    </w:p>
    <w:p>
      <w:r>
        <w:t>[..Ah, yes]</w:t>
      </w:r>
    </w:p>
    <w:p>
      <w:r>
        <w:t>He gave me a whole handful of money</w:t>
      </w:r>
    </w:p>
    <w:p>
      <w:r>
        <w:t>[..Come, come, welcome, come, come, the redemption is beginning, come</w:t>
      </w:r>
    </w:p>
    <w:p>
      <w:r>
        <w:t>Nu, so come ………., Saba]</w:t>
      </w:r>
    </w:p>
    <w:p>
      <w:r>
        <w:t>Nu</w:t>
      </w:r>
    </w:p>
    <w:p>
      <w:r>
        <w:t>[Sharon was on the telephone, Sharon]</w:t>
      </w:r>
    </w:p>
    <w:p>
      <w:r>
        <w:t>Who has money?</w:t>
      </w:r>
    </w:p>
    <w:p>
      <w:r>
        <w:t>[Sharon was on the telephone, Sharon]</w:t>
      </w:r>
    </w:p>
    <w:p>
      <w:r>
        <w:t>Nu, he {merited..}.., did he hear?</w:t>
      </w:r>
    </w:p>
    <w:p>
      <w:r>
        <w:t>[He is on the way here, he, he now, he is coming, he is traveling to us, Sharon]</w:t>
      </w:r>
    </w:p>
    <w:p>
      <w:r>
        <w:t>What does he want?</w:t>
      </w:r>
    </w:p>
    <w:p>
      <w:r>
        <w:t>[He wants redemption, redemption..</w:t>
      </w:r>
    </w:p>
    <w:p>
      <w:r>
        <w:t>Saba, on Sunday we are traveling with a house with wheels, we are going to Kiryat Shmona to turn all of Kiryat Shmona over to Rabbainu, with books and all, all the good things] But I cannot go</w:t>
      </w:r>
    </w:p>
    <w:p>
      <w:r>
        <w:t>[There is a bed inside, there is a house with wheels, with beds]</w:t>
      </w:r>
    </w:p>
    <w:p>
      <w:r>
        <w:t>Yes?</w:t>
      </w:r>
    </w:p>
    <w:p>
      <w:r>
        <w:t>[Yes]</w:t>
      </w:r>
    </w:p>
    <w:p>
      <w:r>
        <w:t>Good</w:t>
      </w:r>
    </w:p>
    <w:p>
      <w:r>
        <w:t>[And he will come, Aharon, Aharon will come, Aharon and Sharon and all the friends</w:t>
      </w:r>
    </w:p>
    <w:p>
      <w:r>
        <w:t>We will go, and Uri and.. and Shimon and Ilan, and me and you, everyone, and..]</w:t>
      </w:r>
    </w:p>
    <w:p>
      <w:r>
        <w:t>Everyone {..}</w:t>
      </w:r>
    </w:p>
    <w:p>
      <w:r>
        <w:t>[Tzion Barzilai]</w:t>
      </w:r>
    </w:p>
    <w:p>
      <w:r>
        <w:t>Everyone, everyone has no mo.., has no money, {..}</w:t>
      </w:r>
    </w:p>
    <w:p>
      <w:r>
        <w:t>[But we have books, we have no money, we have books and cassettes and a guitar</w:t>
      </w:r>
    </w:p>
    <w:p>
      <w:r>
        <w:t>And a bed and a car, and we will travel from city to city]</w:t>
      </w:r>
    </w:p>
    <w:p>
      <w:r>
        <w:t>Good</w:t>
      </w:r>
    </w:p>
    <w:p>
      <w:r>
        <w:t>[From city to city]</w:t>
      </w:r>
    </w:p>
    <w:p>
      <w:r>
        <w:t>Certainly</w:t>
      </w:r>
    </w:p>
    <w:p>
      <w:r>
        <w:t>[Yes]</w:t>
      </w:r>
    </w:p>
    <w:p>
      <w:r>
        <w:t>When?</w:t>
      </w:r>
    </w:p>
    <w:p>
      <w:r>
        <w:t>[No.., on Sunday, Sunday, tomorrow evening is Lag BaOmer</w:t>
      </w:r>
    </w:p>
    <w:p>
      <w:r>
        <w:t>Tomorrow is Thursday, today is Wednesday, tomorrow is Thursday, afterward it will be Shabbos</w:t>
      </w:r>
    </w:p>
    <w:p>
      <w:r>
        <w:t>And on Sunday we will travel]</w:t>
      </w:r>
    </w:p>
    <w:p>
      <w:r>
        <w:t>We will go</w:t>
      </w:r>
    </w:p>
    <w:p>
      <w:r>
        <w:t>[We will go]</w:t>
      </w:r>
    </w:p>
    <w:p>
      <w:r>
        <w:t>Good</w:t>
      </w:r>
    </w:p>
    <w:p>
      <w:r>
        <w:t>[And we will begin the redemption, to announce, to announce in every place]</w:t>
      </w:r>
    </w:p>
    <w:p>
      <w:r>
        <w:t>I {..} went to seek money, so I went from store to store</w:t>
      </w:r>
    </w:p>
    <w:p>
      <w:r>
        <w:t>“Money, money, money”</w:t>
      </w:r>
    </w:p>
    <w:p>
      <w:r>
        <w:t>“Money? Are you crazy? Is there money in the morning? I have not sold anything yet, what do you want?”</w:t>
      </w:r>
    </w:p>
    <w:p>
      <w:r>
        <w:t>And the children at home need to eat, what do we do? Yo</w:t>
      </w:r>
    </w:p>
    <w:p>
      <w:r>
        <w:t>I see that one man is coming from the synagogue, he and his son, and th.., they opened the store and entered—they entered, and I also entered, and whatever will be will be; he will throw me out, that is certain</w:t>
      </w:r>
    </w:p>
    <w:p>
      <w:r>
        <w:t>And, blessed be Hashem, he—a full, a hand full of money—and gave me</w:t>
      </w:r>
    </w:p>
    <w:p>
      <w:r>
        <w:t>[Yes]</w:t>
      </w:r>
    </w:p>
    <w:p>
      <w:r>
        <w:t>So, {{… blessed be Hashem, yes, this}}</w:t>
      </w:r>
    </w:p>
    <w:p>
      <w:r>
        <w:t>[Ay..]</w:t>
      </w:r>
    </w:p>
    <w:p>
      <w:r>
        <w:t>He was an only son, everyone said:</w:t>
      </w:r>
    </w:p>
    <w:p>
      <w:r>
        <w:t>“Money? Is there money in the morning?”</w:t>
      </w:r>
    </w:p>
    <w:p>
      <w:r>
        <w:t>And he {..} gave me; I was afraid that he would throw me outside</w:t>
      </w:r>
    </w:p>
    <w:p>
      <w:r>
        <w:t>And he went to the place of the money and gave {..} a hand full of money and gave me</w:t>
      </w:r>
    </w:p>
    <w:p>
      <w:r>
        <w:t>[Ay..]</w:t>
      </w:r>
    </w:p>
    <w:p>
      <w:r>
        <w:t>He opened the store with the keys, yes, and he and his son entered, and I also entered</w:t>
      </w:r>
    </w:p>
    <w:p>
      <w:r>
        <w:t>{…}</w:t>
      </w:r>
    </w:p>
    <w:p>
      <w:r>
        <w:t>“What is this? Money? Charity? I need money”</w:t>
      </w:r>
    </w:p>
    <w:p>
      <w:r>
        <w:t>“Money? Good”</w:t>
      </w:r>
    </w:p>
    <w:p>
      <w:r>
        <w:t>He went to the place of the money and gave me a whole handful of money</w:t>
      </w:r>
    </w:p>
    <w:p>
      <w:r>
        <w:t>I, this is how I, I am not merely telling, {…}, this is how it was</w:t>
      </w:r>
    </w:p>
    <w:p>
      <w:r>
        <w:t>[Ahh..]</w:t>
      </w:r>
    </w:p>
    <w:p>
      <w:r>
        <w:t>After I had completely despaired, yes, I entered the store with the son, with the father and with his son; I said to him:</w:t>
      </w:r>
    </w:p>
    <w:p>
      <w:r>
        <w:t>“I need money”</w:t>
      </w:r>
    </w:p>
    <w:p>
      <w:r>
        <w:t>“Money? Good”</w:t>
      </w:r>
    </w:p>
    <w:p>
      <w:r>
        <w:t>He went to the place of the money and gave me a whole handful of money, and gave me</w:t>
      </w:r>
    </w:p>
    <w:p>
      <w:r>
        <w:t>And I had, I had the means to buy fo.., to buy food for the children</w:t>
      </w:r>
    </w:p>
    <w:p>
      <w:r>
        <w:t>[Ay..]</w:t>
      </w:r>
    </w:p>
    <w:p>
      <w:r>
        <w:t>{…}, have you heard such news, a thing like this?</w:t>
      </w:r>
    </w:p>
    <w:p>
      <w:r>
        <w:t>[No, this is completely new]</w:t>
      </w:r>
    </w:p>
    <w:p>
      <w:r>
        <w:t>Today you.., you</w:t>
      </w:r>
    </w:p>
    <w:p>
      <w:r>
        <w:t>[Today I heard]</w:t>
      </w:r>
    </w:p>
    <w:p>
      <w:r>
        <w:t>{..}</w:t>
      </w:r>
    </w:p>
    <w:p>
      <w:r>
        <w:t>[Today I, today I am not going to Meron, I am staying with you]</w:t>
      </w:r>
    </w:p>
    <w:p>
      <w:r>
        <w:t>I go from store to store, and everyone says:</w:t>
      </w:r>
    </w:p>
    <w:p>
      <w:r>
        <w:t>“What, are you crazy? Do I have money in the morning? I have not sold anything yet, what do you want?”</w:t>
      </w:r>
    </w:p>
    <w:p>
      <w:r>
        <w:t>And I {think}, “What, what should I do?”</w:t>
      </w:r>
    </w:p>
    <w:p>
      <w:r>
        <w:t>I see that one man is walking from the synagogue {...} and with his son, with keys</w:t>
      </w:r>
    </w:p>
    <w:p>
      <w:r>
        <w:t>And he opens the store and they entered, they entered, and I enter too</w:t>
      </w:r>
    </w:p>
    <w:p>
      <w:r>
        <w:t>“What, what do you want?”</w:t>
      </w:r>
    </w:p>
    <w:p>
      <w:r>
        <w:t>“Money, money”</w:t>
      </w:r>
    </w:p>
    <w:p>
      <w:r>
        <w:t>He..: “Money?”</w:t>
      </w:r>
    </w:p>
    <w:p>
      <w:r>
        <w:t>He went to the place of the money, full, a hand full of money, and gave me</w:t>
      </w:r>
    </w:p>
    <w:p>
      <w:r>
        <w:t>He did not know that I was looking for money, he did not know anything</w:t>
      </w:r>
    </w:p>
    <w:p>
      <w:r>
        <w:t>{…., I said to him}</w:t>
      </w:r>
    </w:p>
    <w:p>
      <w:r>
        <w:t>He, he opened the store and entered, and he and his son entered, and I entered too</w:t>
      </w:r>
    </w:p>
    <w:p>
      <w:r>
        <w:t>“Money, money, money”</w:t>
      </w:r>
    </w:p>
    <w:p>
      <w:r>
        <w:t>“Money?”</w:t>
      </w:r>
    </w:p>
    <w:p>
      <w:r>
        <w:t>He gave me a whole handful of money</w:t>
      </w:r>
    </w:p>
    <w:p>
      <w:r>
        <w:t>And I had the means to buy {everything} for the children</w:t>
      </w:r>
    </w:p>
    <w:p>
      <w:r>
        <w:t>And Rebbe Yisroel went to Meron, {nu}, he has children, so.. {…}, nothing</w:t>
      </w:r>
    </w:p>
    <w:p>
      <w:r>
        <w:t>There is Meron {already}, blessed be Hashem; he, he walked to Meron</w:t>
      </w:r>
    </w:p>
    <w:p>
      <w:r>
        <w:t>[From Tzfas, was this in Tzfas? Saba, in Tzfas, was this in Tzfas? In Tzfas?]</w:t>
      </w:r>
    </w:p>
    <w:p>
      <w:r>
        <w:t>I remained in Tzfas</w:t>
      </w:r>
    </w:p>
    <w:p>
      <w:r>
        <w:t>[So this was in Tzfas?]</w:t>
      </w:r>
    </w:p>
    <w:p>
      <w:r>
        <w:t>{Yo, yo}, in Tzfas, yo, yes</w:t>
      </w:r>
    </w:p>
    <w:p>
      <w:r>
        <w:t>He went to Meron</w:t>
      </w:r>
    </w:p>
    <w:p>
      <w:r>
        <w:t>[Meron]</w:t>
      </w:r>
    </w:p>
    <w:p>
      <w:r>
        <w:t>And I—and he left me with small children, without money, without food</w:t>
      </w:r>
    </w:p>
    <w:p>
      <w:r>
        <w:t>Nu, the children needed to eat; I went from store to store, and everyone said:</w:t>
      </w:r>
    </w:p>
    <w:p>
      <w:r>
        <w:t>[Ahh..]</w:t>
      </w:r>
    </w:p>
    <w:p>
      <w:r>
        <w:t>“Are you crazy? Do I have money in the morning? In the morning I open the store</w:t>
      </w:r>
    </w:p>
    <w:p>
      <w:r>
        <w:t>And no, I still have not sold anything—what do you want? Go, go away from here”</w:t>
      </w:r>
    </w:p>
    <w:p>
      <w:r>
        <w:t>I, I go out of the {…}, I, {yes}, I see that one man is coming from the synagogue, he and his son</w:t>
      </w:r>
    </w:p>
    <w:p>
      <w:r>
        <w:t>He op.., he took the keys and opened the store, yes</w:t>
      </w:r>
    </w:p>
    <w:p>
      <w:r>
        <w:t>They entered the store, and I entered too; they entered, and I entered, yes</w:t>
      </w:r>
    </w:p>
    <w:p>
      <w:r>
        <w:t>I looked at me as though crazy</w:t>
      </w:r>
    </w:p>
    <w:p>
      <w:r>
        <w:t>“What are you? {….}, {..} they opened the store, and you want money?”</w:t>
      </w:r>
    </w:p>
    <w:p>
      <w:r>
        <w:t>This is how it was; they ope-, opened the store and entered, and I entered too, and he gave me a whole handful of money</w:t>
      </w:r>
    </w:p>
    <w:p>
      <w:r>
        <w:t>And, blessed be Hashem, I had the means to buy food for the children</w:t>
      </w:r>
    </w:p>
    <w:p>
      <w:r>
        <w:t>[Ay, ay..]</w:t>
      </w:r>
    </w:p>
    <w:p>
      <w:r>
        <w:t>Rebbe Yisroel got up and went to Meron, and Yisroel Ber, he has Yisroel.., there is Yisroel Ber at home</w:t>
      </w:r>
    </w:p>
    <w:p>
      <w:r>
        <w:t>He went to Meron as though he had no children, as though he had no home; he went to Meron</w:t>
      </w:r>
    </w:p>
    <w:p>
      <w:r>
        <w:t>And I see that the children want to eat, nu, and I have no money</w:t>
      </w:r>
    </w:p>
    <w:p>
      <w:r>
        <w:t>I entered to seek money, and I went from store to store, and everyone says:</w:t>
      </w:r>
    </w:p>
    <w:p>
      <w:r>
        <w:t>“We have not sold yet, what? What are you {...}? In the morning you want money? I have not sold anything yet”</w:t>
      </w:r>
    </w:p>
    <w:p>
      <w:r>
        <w:t>So I despaired greatly, “What will be with the children? What will be?”</w:t>
      </w:r>
    </w:p>
    <w:p>
      <w:r>
        <w:t>The storekeeper asked me:</w:t>
      </w:r>
    </w:p>
    <w:p>
      <w:r>
        <w:t>“What do you want?”</w:t>
      </w:r>
    </w:p>
    <w:p>
      <w:r>
        <w:t>“Money, money, charity”</w:t>
      </w:r>
    </w:p>
    <w:p>
      <w:r>
        <w:t>He does not know me at all; he went to the place of the money and took a whole handful of money and gave me</w:t>
      </w:r>
    </w:p>
    <w:p>
      <w:r>
        <w:t>[Ay..]</w:t>
      </w:r>
    </w:p>
    <w:p>
      <w:r>
        <w:t>And Rebbe Yisroel went to Meron</w:t>
      </w:r>
    </w:p>
    <w:p>
      <w:r>
        <w:t>He knew that I have no money; I am a poor boy, I was a boy—what? Do I have money?</w:t>
      </w:r>
    </w:p>
    <w:p>
      <w:r>
        <w:t>He went to Meron</w:t>
      </w:r>
    </w:p>
    <w:p>
      <w:r>
        <w:t>And the children got up, no, and one has to give them food, and I have no, I have no money to buy food</w:t>
      </w:r>
    </w:p>
    <w:p>
      <w:r>
        <w:t>[..]</w:t>
      </w:r>
    </w:p>
    <w:p>
      <w:r>
        <w:t>I went to seek money, I went from store to store, and everyone says:</w:t>
      </w:r>
    </w:p>
    <w:p>
      <w:r>
        <w:t>“What? Are you crazy? In the morning, in the morning..”</w:t>
      </w:r>
    </w:p>
    <w:p>
      <w:r>
        <w:t>[Is there money?]</w:t>
      </w:r>
    </w:p>
    <w:p>
      <w:r>
        <w:t>Yes, “Do I have money? I have not, I have not sold anything yet..”</w:t>
      </w:r>
    </w:p>
    <w:p>
      <w:r>
        <w:t>[Ahh..]</w:t>
      </w:r>
    </w:p>
    <w:p>
      <w:r>
        <w:t>“Go away from here..” …</w:t>
      </w:r>
    </w:p>
    <w:p>
      <w:r>
        <w:t>...What will be? …</w:t>
      </w:r>
    </w:p>
    <w:p>
      <w:r>
        <w:t>...I have no, I have no money, and I have no.., “What will be with the children?”</w:t>
      </w:r>
    </w:p>
    <w:p>
      <w:r>
        <w:t>I..</w:t>
      </w:r>
    </w:p>
    <w:p>
      <w:r>
        <w:t>[In You they trusted, trusted..]</w:t>
      </w:r>
    </w:p>
    <w:p>
      <w:r>
        <w:t>I see one man walking from the synagogue with the tallis and tefillin and with his son</w:t>
      </w:r>
    </w:p>
    <w:p>
      <w:r>
        <w:t>They, they, they came to the store with the keys and opened the store and entered</w:t>
      </w:r>
    </w:p>
    <w:p>
      <w:r>
        <w:t>They entered, and I enter too, as though I am, I am a partner</w:t>
      </w:r>
    </w:p>
    <w:p>
      <w:r>
        <w:t>They entered, and I entered too</w:t>
      </w:r>
    </w:p>
    <w:p>
      <w:r>
        <w:t>And I said to the storekeeper:</w:t>
      </w:r>
    </w:p>
    <w:p>
      <w:r>
        <w:t>“I need money for children, for little ones who need to eat,” {good}</w:t>
      </w:r>
    </w:p>
    <w:p>
      <w:r>
        <w:t>[Good]</w:t>
      </w:r>
    </w:p>
    <w:p>
      <w:r>
        <w:t>He, he went from me, and how I feared, he would take me and throw me outside</w:t>
      </w:r>
    </w:p>
    <w:p>
      <w:r>
        <w:t>And he brings me a palmful of.. {full}, full, full of money and gave me</w:t>
      </w:r>
    </w:p>
    <w:p>
      <w:r>
        <w:t>[..]</w:t>
      </w:r>
    </w:p>
    <w:p>
      <w:r>
        <w:t>After I had already despaired, everyone says th..:</w:t>
      </w:r>
    </w:p>
    <w:p>
      <w:r>
        <w:t>"Is there money in the morning? I have not yet sold anything"</w:t>
      </w:r>
    </w:p>
    <w:p>
      <w:r>
        <w:t>He gave me a full hand.. of money, {and gave me}</w:t>
      </w:r>
    </w:p>
    <w:p>
      <w:r>
        <w:t>[Ay..]</w:t>
      </w:r>
    </w:p>
    <w:p>
      <w:r>
        <w:t>So just as I, just as it was, I tell it</w:t>
      </w:r>
    </w:p>
    <w:p>
      <w:r>
        <w:t>[Ay..]</w:t>
      </w:r>
    </w:p>
    <w:p>
      <w:r>
        <w:t>[Saba and Yisroel Dagan chant the melody of:</w:t>
      </w:r>
    </w:p>
    <w:p>
      <w:r>
        <w:t>"Na Na Nach Nachma Nachman Meuman.."]</w:t>
      </w:r>
    </w:p>
    <w:p>
      <w:r>
        <w:t>Nu..</w:t>
      </w:r>
    </w:p>
    <w:p>
      <w:r>
        <w:t>[What about the redemption? Saba]</w:t>
      </w:r>
    </w:p>
    <w:p>
      <w:r>
        <w:t>{..}</w:t>
      </w:r>
    </w:p>
    <w:p>
      <w:r>
        <w:t>[The redemption, Saba]</w:t>
      </w:r>
    </w:p>
    <w:p>
      <w:r>
        <w:t>This was.. yes, I see, he has small children who were still sleeping, he got up, he..</w:t>
      </w:r>
    </w:p>
    <w:p>
      <w:r>
        <w:t>He got up and went to Meron, as though there are no children, no money, nothing</w:t>
      </w:r>
    </w:p>
    <w:p>
      <w:r>
        <w:t>{..}</w:t>
      </w:r>
    </w:p>
    <w:p>
      <w:r>
        <w:t>He knew that I have no money, {…}, does a young man have money?, yes, yes, {...}</w:t>
      </w:r>
    </w:p>
    <w:p>
      <w:r>
        <w:t>He, he left the children with Yisroel Ber, without money, without bread</w:t>
      </w:r>
    </w:p>
    <w:p>
      <w:r>
        <w:t>I go to.. to.. to.. search for money, I {went} from store to store, everyone says the same thing:</w:t>
      </w:r>
    </w:p>
    <w:p>
      <w:r>
        <w:t>"What, are you crazy? Early in the morning is there money? What are you? Go, go away from here"</w:t>
      </w:r>
    </w:p>
    <w:p>
      <w:r>
        <w:t>[Ahh..]</w:t>
      </w:r>
    </w:p>
    <w:p>
      <w:r>
        <w:t>My heart told me, I saw the storekeeper with the keys, {and it seems}</w:t>
      </w:r>
    </w:p>
    <w:p>
      <w:r>
        <w:t>Nu, he opened the store and entered, he and his son entered, and I enter too</w:t>
      </w:r>
    </w:p>
    <w:p>
      <w:r>
        <w:t>"Money, money"</w:t>
      </w:r>
    </w:p>
    <w:p>
      <w:r>
        <w:t>He gave me a lot of money, he gave me a full hand, he entered the place of the money</w:t>
      </w:r>
    </w:p>
    <w:p>
      <w:r>
        <w:t>He came with, with his hand full of money and gave me</w:t>
      </w:r>
    </w:p>
    <w:p>
      <w:r>
        <w:t>[Ay..]</w:t>
      </w:r>
    </w:p>
    <w:p>
      <w:r>
        <w:t>Nu, nu, nu, nu</w:t>
      </w:r>
    </w:p>
    <w:p>
      <w:r>
        <w:t>[Ay.. ay..]</w:t>
      </w:r>
    </w:p>
    <w:p>
      <w:r>
        <w:t>It is a pity that not you {were, he was waiting, you, you will have money}</w:t>
      </w:r>
    </w:p>
    <w:p>
      <w:r>
        <w:t>I see that he, he takes the keys and opens the store and he and his son entered, and I enter too, "Money, money"</w:t>
      </w:r>
    </w:p>
    <w:p>
      <w:r>
        <w:t>He gave me a lot…</w:t>
      </w:r>
    </w:p>
    <w:p>
      <w:r>
        <w:br w:type="page"/>
      </w:r>
    </w:p>
    <w:p>
      <w:pPr>
        <w:pStyle w:val="Heading1"/>
      </w:pPr>
      <w:r>
        <w:t>Tape 53</w:t>
      </w:r>
    </w:p>
    <w:p>
      <w:pPr>
        <w:pStyle w:val="Heading2"/>
      </w:pPr>
      <w:r>
        <w:t>Side A (Aleph)</w:t>
      </w:r>
    </w:p>
    <w:p>
      <w:r>
        <w:t>...Ah.. 'Tiferes'</w:t>
      </w:r>
    </w:p>
    <w:p>
      <w:r>
        <w:t>[Four weeks]</w:t>
      </w:r>
    </w:p>
    <w:p>
      <w:r>
        <w:t>Ah</w:t>
      </w:r>
    </w:p>
    <w:p>
      <w:r>
        <w:t>[This..]</w:t>
      </w:r>
    </w:p>
    <w:p>
      <w:r>
        <w:t>‘Tiferes’</w:t>
      </w:r>
    </w:p>
    <w:p>
      <w:r>
        <w:t>[Four..]</w:t>
      </w:r>
    </w:p>
    <w:p>
      <w:r>
        <w:t>Ah?</w:t>
      </w:r>
    </w:p>
    <w:p>
      <w:r>
        <w:t>[Four weeks is 'Hod'.. no, even..]</w:t>
      </w:r>
    </w:p>
    <w:p>
      <w:r>
        <w:t>[‘Tiferes sheb'Hod’]</w:t>
      </w:r>
    </w:p>
    <w:p>
      <w:r>
        <w:t>[No, yes, 'Tiferes sheb'Hod', 'Tiferes', 'Tiferes', 'Tiferes']</w:t>
      </w:r>
    </w:p>
    <w:p>
      <w:r>
        <w:t>'Tiferes'</w:t>
      </w:r>
    </w:p>
    <w:p>
      <w:r>
        <w:t>[Sheb'Hod]</w:t>
      </w:r>
    </w:p>
    <w:p>
      <w:r>
        <w:t>'Tiferes sheb'Hod'…</w:t>
      </w:r>
    </w:p>
    <w:p>
      <w:r>
        <w:t>...There is no {measure} for a blessing and sleep, there is no {measure}</w:t>
      </w:r>
    </w:p>
    <w:p>
      <w:r>
        <w:t>I do not, I do not know, perhaps I am ill, perhaps..</w:t>
      </w:r>
    </w:p>
    <w:p>
      <w:r>
        <w:t>This way there is a little…</w:t>
      </w:r>
    </w:p>
    <w:p>
      <w:r>
        <w:t>...{..} I am strange, but one needs to engage in.. with much vitality and awakening, to speak with Hashem…</w:t>
      </w:r>
    </w:p>
    <w:p>
      <w:r>
        <w:t>...Every utterance of his, what he teaches us and revealed to us</w:t>
      </w:r>
    </w:p>
    <w:p>
      <w:r>
        <w:t>{One needs to fulfill simply}</w:t>
      </w:r>
    </w:p>
    <w:p>
      <w:r>
        <w:t>{…. us}, as he, he teaches and reveals to us, he teaches us</w:t>
      </w:r>
    </w:p>
    <w:p>
      <w:r>
        <w:t>He says: "To rise at chatzos"...</w:t>
      </w:r>
    </w:p>
    <w:p>
      <w:r>
        <w:t>...[Shimon Matudi chants and sings:</w:t>
      </w:r>
    </w:p>
    <w:p>
      <w:r>
        <w:t>"Na Na Nach Nachma Nachman Meuman.."</w:t>
      </w:r>
    </w:p>
    <w:p>
      <w:r>
        <w:t>(Saba rouses him)]</w:t>
      </w:r>
    </w:p>
    <w:p>
      <w:r>
        <w:t>[There is no need]</w:t>
      </w:r>
    </w:p>
    <w:p>
      <w:r>
        <w:t>[……]</w:t>
      </w:r>
    </w:p>
    <w:p>
      <w:r>
        <w:t>["Na Na Nach..”, it is impossible to pass]</w:t>
      </w:r>
    </w:p>
    <w:p>
      <w:r>
        <w:t>[Shimon Matudi continues chanting and singing:</w:t>
      </w:r>
    </w:p>
    <w:p>
      <w:r>
        <w:t>"Na Na Nach Nachma Nachman Meuman.."</w:t>
      </w:r>
    </w:p>
    <w:p>
      <w:r>
        <w:t>(Saba rouses him)]…</w:t>
      </w:r>
    </w:p>
    <w:p>
      <w:r>
        <w:t>...[Shimon Matudi continues chanting and singing:</w:t>
      </w:r>
    </w:p>
    <w:p>
      <w:r>
        <w:t>"Na Na Nach Nachma Nachman Meuman.."</w:t>
      </w:r>
    </w:p>
    <w:p>
      <w:r>
        <w:t>(Saba rouses him)]</w:t>
      </w:r>
    </w:p>
    <w:p>
      <w:r>
        <w:t>What is this?</w:t>
      </w:r>
    </w:p>
    <w:p>
      <w:r>
        <w:t>[This is nylon paper]</w:t>
      </w:r>
    </w:p>
    <w:p>
      <w:r>
        <w:t>[Shimon Matudi continues chanting and singing:</w:t>
      </w:r>
    </w:p>
    <w:p>
      <w:r>
        <w:t>"Na Na Nach Nachma Nachman Meuman.."</w:t>
      </w:r>
    </w:p>
    <w:p>
      <w:r>
        <w:t>(Saba rouses him)]…</w:t>
      </w:r>
    </w:p>
    <w:p>
      <w:r>
        <w:t>...[Rebbe Yisroel, this is the street {..}... street]</w:t>
      </w:r>
    </w:p>
    <w:p>
      <w:r>
        <w:t>Which street is this?</w:t>
      </w:r>
    </w:p>
    <w:p>
      <w:r>
        <w:t>[Rebbe Nachman of Breslov Street]</w:t>
      </w:r>
    </w:p>
    <w:p>
      <w:r>
        <w:t>Yes?</w:t>
      </w:r>
    </w:p>
    <w:p>
      <w:r>
        <w:t>[Yes, yes]</w:t>
      </w:r>
    </w:p>
    <w:p>
      <w:r>
        <w:t>One needs to dance</w:t>
      </w:r>
    </w:p>
    <w:p>
      <w:r>
        <w:t>[.. What?]</w:t>
      </w:r>
    </w:p>
    <w:p>
      <w:r>
        <w:t>One needs to dance</w:t>
      </w:r>
    </w:p>
    <w:p>
      <w:r>
        <w:t>[To dance]</w:t>
      </w:r>
    </w:p>
    <w:p>
      <w:r>
        <w:t>And to rejoice</w:t>
      </w:r>
    </w:p>
    <w:p>
      <w:r>
        <w:t>[Good, this is in Bnei Brak, in Bnei Brak]</w:t>
      </w:r>
    </w:p>
    <w:p>
      <w:r>
        <w:t>Bnei Brak</w:t>
      </w:r>
    </w:p>
    <w:p>
      <w:r>
        <w:t>[Rebbe Nachman of Breslov Street]</w:t>
      </w:r>
    </w:p>
    <w:p>
      <w:r>
        <w:t>{..}…</w:t>
      </w:r>
    </w:p>
    <w:p>
      <w:r>
        <w:t>...[It is written: Rebbe Nachman of Breslov Street, one of the greatest Chassidim of all generations] Ah?</w:t>
      </w:r>
    </w:p>
    <w:p>
      <w:r>
        <w:t>[It is written on the street sign]</w:t>
      </w:r>
    </w:p>
    <w:p>
      <w:r>
        <w:t>Yes</w:t>
      </w:r>
    </w:p>
    <w:p>
      <w:r>
        <w:t>[Rebbe Nachman of Breslov]</w:t>
      </w:r>
    </w:p>
    <w:p>
      <w:r>
        <w:t>Yo</w:t>
      </w:r>
    </w:p>
    <w:p>
      <w:r>
        <w:t>[One of the greatest Chassidim of all generations, that is what is written</w:t>
      </w:r>
    </w:p>
    <w:p>
      <w:r>
        <w:t>One of the greatest Chassidim of all generations]…</w:t>
      </w:r>
    </w:p>
    <w:p>
      <w:r>
        <w:t>...[Shimon Matudi continues chanting and singing:</w:t>
      </w:r>
    </w:p>
    <w:p>
      <w:r>
        <w:t>"Na Na Nach Nachma Nachman Meuman.."</w:t>
      </w:r>
    </w:p>
    <w:p>
      <w:r>
        <w:t>(Saba rouses him)]…</w:t>
      </w:r>
    </w:p>
    <w:p>
      <w:r>
        <w:t>...[Shimon Matudi continues chanting and singing:</w:t>
      </w:r>
    </w:p>
    <w:p>
      <w:r>
        <w:t>"Na Na Nach Nachma Nachman Meuman.."</w:t>
      </w:r>
    </w:p>
    <w:p>
      <w:r>
        <w:t>(Saba rouses him)]…</w:t>
      </w:r>
    </w:p>
    <w:p>
      <w:r>
        <w:t>...{..}…</w:t>
      </w:r>
    </w:p>
    <w:p>
      <w:r>
        <w:t>...Ah.. ah.. ah..</w:t>
      </w:r>
    </w:p>
    <w:p>
      <w:r>
        <w:t>[Ah.. ah.. ah.. ah.. ah..]...</w:t>
      </w:r>
    </w:p>
    <w:p>
      <w:r>
        <w:t>…[This is the only book in the world that it is possible to study twenty-four hours without stopping, new, always new, the "Likutei Moharan"]</w:t>
      </w:r>
    </w:p>
    <w:p>
      <w:r>
        <w:t>{Nu}</w:t>
      </w:r>
    </w:p>
    <w:p>
      <w:r>
        <w:t>[It is possible to study it without a break]</w:t>
      </w:r>
    </w:p>
    <w:p>
      <w:r>
        <w:t>Without a break</w:t>
      </w:r>
    </w:p>
    <w:p>
      <w:r>
        <w:t>[Without a break, and not to sleep and not to eat..</w:t>
      </w:r>
    </w:p>
    <w:p>
      <w:r>
        <w:t>It is a wonder of wonders, this book is a wonder of wonders, a wonder of wonders</w:t>
      </w:r>
    </w:p>
    <w:p>
      <w:r>
        <w:t>I saw how Rabbainu draws people close with the "Likutei Moharan"</w:t>
      </w:r>
    </w:p>
    <w:p>
      <w:r>
        <w:t>Babies only begin with "Likutei Moharan", they love this book</w:t>
      </w:r>
    </w:p>
    <w:p>
      <w:r>
        <w:t>They cannot leave it, like their heart]</w:t>
      </w:r>
    </w:p>
    <w:p>
      <w:r>
        <w:t>There was among the opponents of Rabbainu, of blessed memory, one great gaon, and he said:</w:t>
      </w:r>
    </w:p>
    <w:p>
      <w:r>
        <w:t>"A book like the "Likutei Moharan", there is none"</w:t>
      </w:r>
    </w:p>
    <w:p>
      <w:r>
        <w:t>[There is none]</w:t>
      </w:r>
    </w:p>
    <w:p>
      <w:r>
        <w:t>So he said, they said:</w:t>
      </w:r>
    </w:p>
    <w:p>
      <w:r>
        <w:t>"He became crazy"</w:t>
      </w:r>
    </w:p>
    <w:p>
      <w:r>
        <w:t>This is what he said:</w:t>
      </w:r>
    </w:p>
    <w:p>
      <w:r>
        <w:t>"Like, a book like the "Likutei Moharan", there is none"</w:t>
      </w:r>
    </w:p>
    <w:p>
      <w:r>
        <w:t>[There is none, the "Yemei Moharnat" of Rebbe Nassan, the "Yemei Moharnat" of Rebbe Nassan is also a sweet book]</w:t>
      </w:r>
    </w:p>
    <w:p>
      <w:r>
        <w:t>{..}</w:t>
      </w:r>
    </w:p>
    <w:p>
      <w:r>
        <w:t>["Yemei Moharnat" of Rebbe Nassan, "Yemei Moharnat" of Rebbe Nassan]</w:t>
      </w:r>
    </w:p>
    <w:p>
      <w:r>
        <w:t>Yo</w:t>
      </w:r>
    </w:p>
    <w:p>
      <w:r>
        <w:t>[It is a very strong book, very strong, "Alim L'Terufah" also</w:t>
      </w:r>
    </w:p>
    <w:p>
      <w:r>
        <w:t>In "Alim L'Terufah" there are such remedies there..]</w:t>
      </w:r>
    </w:p>
    <w:p>
      <w:r>
        <w:t>{..}</w:t>
      </w:r>
    </w:p>
    <w:p>
      <w:r>
        <w:t>["Alim L'Terufah", "Hishtapchus Hanefesh", "Meshivas Nefesh", this is books that did not exist in the world, "Likutei Eitzos"] Why do you not come to me to print the books?</w:t>
      </w:r>
    </w:p>
    <w:p>
      <w:r>
        <w:t>[Saba, it is being worked on now, the books are being worked on]</w:t>
      </w:r>
    </w:p>
    <w:p>
      <w:r>
        <w:t>Ah</w:t>
      </w:r>
    </w:p>
    <w:p>
      <w:r>
        <w:t>[I am praying]</w:t>
      </w:r>
    </w:p>
    <w:p>
      <w:r>
        <w:t>{..}</w:t>
      </w:r>
    </w:p>
    <w:p>
      <w:r>
        <w:t>[………………………………………..]...</w:t>
      </w:r>
    </w:p>
    <w:p>
      <w:r>
        <w:t>...[A good dream in Tzfas]</w:t>
      </w:r>
    </w:p>
    <w:p>
      <w:r>
        <w:t>Ah?</w:t>
      </w:r>
    </w:p>
    <w:p>
      <w:r>
        <w:t>[I heard, you dreamed a good dream in Tzfas]…</w:t>
      </w:r>
    </w:p>
    <w:p>
      <w:r>
        <w:t>...{..} to help and to rectify and to renew, the holy Rabbainu…</w:t>
      </w:r>
    </w:p>
    <w:p>
      <w:r>
        <w:t>...{…}</w:t>
      </w:r>
    </w:p>
    <w:p>
      <w:r>
        <w:t>There will be all the healings and salvations for everyone…</w:t>
      </w:r>
    </w:p>
    <w:p>
      <w:r>
        <w:t>...{…}...</w:t>
      </w:r>
    </w:p>
    <w:p>
      <w:r>
        <w:t>...that He should help him, th.. yes, all his words and that he spoke with you, he should speak before Hashem Yisborach, before the tzaddik…</w:t>
      </w:r>
    </w:p>
    <w:p>
      <w:r>
        <w:t>...from the kabbalists and.. nothing, nothing, nothing, it is not, this, this is nothing…</w:t>
      </w:r>
    </w:p>
    <w:p>
      <w:r>
        <w:t>...{like Rabbainu}</w:t>
      </w:r>
    </w:p>
    <w:p>
      <w:r>
        <w:t>[He only wants to know what to do with these amulets, the old ones, he th..]…</w:t>
      </w:r>
    </w:p>
    <w:p>
      <w:r>
        <w:t>...He shines, gives {...} us rectifications for everything, for all, for all the days of our lives, for us and for our offspring and for every, and for every person…</w:t>
      </w:r>
    </w:p>
    <w:p>
      <w:r>
        <w:t>...What, what I have to say, I cannot, oy vey, {he should engage in this} always</w:t>
      </w:r>
    </w:p>
    <w:p>
      <w:r>
        <w:t>Does he not have "Likutay Tefilos"?</w:t>
      </w:r>
    </w:p>
    <w:p>
      <w:r>
        <w:t>[I will obtain it]</w:t>
      </w:r>
    </w:p>
    <w:p>
      <w:r>
        <w:t>He should buy it</w:t>
      </w:r>
    </w:p>
    <w:p>
      <w:r>
        <w:t>[He should buy it, yes, he should buy it]</w:t>
      </w:r>
    </w:p>
    <w:p>
      <w:r>
        <w:t>Yes…</w:t>
      </w:r>
    </w:p>
    <w:p>
      <w:r>
        <w:t>...and also "Likutay Halachos," "Likutay Halachos" and "Likutay Aitzos" and..</w:t>
      </w:r>
    </w:p>
    <w:p>
      <w:r>
        <w:t>And "Meshivas Nefesh," "Hishtapchus Hanefesh," these are the books Rabbainu revealed</w:t>
      </w:r>
    </w:p>
    <w:p>
      <w:r>
        <w:t>They are rectifications and salvations for everyone as he is, whatever has passed over him…</w:t>
      </w:r>
    </w:p>
    <w:p>
      <w:r>
        <w:t>...to whatever place, it is nothing, it is nothing</w:t>
      </w:r>
    </w:p>
    <w:p>
      <w:r>
        <w:t>This amulet, this amulet, this amulet is nothing, it is a matter of money</w:t>
      </w:r>
    </w:p>
    <w:p>
      <w:r>
        <w:t>He, they take money for this, the kabbalists, {….}</w:t>
      </w:r>
    </w:p>
    <w:p>
      <w:r>
        <w:t>[Yes, nu]</w:t>
      </w:r>
    </w:p>
    <w:p>
      <w:r>
        <w:t>It is not worth anything at all, not anything, it is nothing, the main thing is the holy Rabbainu</w:t>
      </w:r>
    </w:p>
    <w:p>
      <w:r>
        <w:t>He is the foundation of everything, of the Torah, and of repentance, and of.. {….} everything, of all the rectifications…</w:t>
      </w:r>
    </w:p>
    <w:p>
      <w:r>
        <w:t>...Ah, when I was young, I spoke a great deal about Rabbainu with the world</w:t>
      </w:r>
    </w:p>
    <w:p>
      <w:r>
        <w:t>And Baruch Hashem there were many true baalei teshuvah</w:t>
      </w:r>
    </w:p>
    <w:p>
      <w:r>
        <w:t>And even now I do everything possible</w:t>
      </w:r>
    </w:p>
    <w:p>
      <w:r>
        <w:t>This is the main root and rectification of all Yisroel, of each and every person as he is</w:t>
      </w:r>
    </w:p>
    <w:p>
      <w:r>
        <w:t>And he heals and strengthens {…} and gives us life</w:t>
      </w:r>
    </w:p>
    <w:p>
      <w:r>
        <w:t>{….}, there is no, there is no describing, there is no estimating…</w:t>
      </w:r>
    </w:p>
    <w:p>
      <w:pPr>
        <w:pStyle w:val="Heading2"/>
      </w:pPr>
      <w:r>
        <w:t>Side B (Bais)</w:t>
      </w:r>
    </w:p>
    <w:p>
      <w:r>
        <w:t>...[…. Do you remember me from Rambam? I once brought you up home]</w:t>
      </w:r>
    </w:p>
    <w:p>
      <w:r>
        <w:t>Yes, yes, yes, yes</w:t>
      </w:r>
    </w:p>
    <w:p>
      <w:r>
        <w:t>[Ho.. I want a blessing from you, I want you to be healthy, yes]</w:t>
      </w:r>
    </w:p>
    <w:p>
      <w:r>
        <w:t>{...}</w:t>
      </w:r>
    </w:p>
    <w:p>
      <w:r>
        <w:t>[Do you remember that I brought you some mezonos?]</w:t>
      </w:r>
    </w:p>
    <w:p>
      <w:r>
        <w:t>Yes, yes, yes</w:t>
      </w:r>
    </w:p>
    <w:p>
      <w:r>
        <w:t>[There, he remembers]</w:t>
      </w:r>
    </w:p>
    <w:p>
      <w:r>
        <w:t>{……}</w:t>
      </w:r>
    </w:p>
    <w:p>
      <w:r>
        <w:t>[I heard that you are here, so I came to see you</w:t>
      </w:r>
    </w:p>
    <w:p>
      <w:r>
        <w:t>You are "the One Who gives strength to the weary," nu, give something]</w:t>
      </w:r>
    </w:p>
    <w:p>
      <w:r>
        <w:t>May Hashem help you to have much, much strength</w:t>
      </w:r>
    </w:p>
    <w:p>
      <w:r>
        <w:t>[I miss you]</w:t>
      </w:r>
    </w:p>
    <w:p>
      <w:r>
        <w:t>{…..}</w:t>
      </w:r>
    </w:p>
    <w:p>
      <w:r>
        <w:t>[I want to be with you, I miss you.. may you be healthy]</w:t>
      </w:r>
    </w:p>
    <w:p>
      <w:r>
        <w:t>Amen, you too</w:t>
      </w:r>
    </w:p>
    <w:p>
      <w:r>
        <w:t>[Bless me that I should be healthy]</w:t>
      </w:r>
    </w:p>
    <w:p>
      <w:r>
        <w:t>Creator of the world.. may you be healthy..</w:t>
      </w:r>
    </w:p>
    <w:p>
      <w:r>
        <w:t>[Amen, blessing and success]</w:t>
      </w:r>
    </w:p>
    <w:p>
      <w:r>
        <w:t>{…..}</w:t>
      </w:r>
    </w:p>
    <w:p>
      <w:r>
        <w:t>[My grandson.., amen]</w:t>
      </w:r>
    </w:p>
    <w:p>
      <w:r>
        <w:t>{…}</w:t>
      </w:r>
    </w:p>
    <w:p>
      <w:r>
        <w:t>[I need a blessing for my grandson for a shidduch, he is a good young man, studying in a yeshivah]</w:t>
      </w:r>
    </w:p>
    <w:p>
      <w:r>
        <w:t>{…..}</w:t>
      </w:r>
    </w:p>
    <w:p>
      <w:r>
        <w:t>[I always ask, when I am in Yerushalayim I ask about you, I lived at 5 Rambam</w:t>
      </w:r>
    </w:p>
    <w:p>
      <w:r>
        <w:t>Yesterday I was at a doctor for my ….., I saw how they take you out for a walk] Yes, yes, yes</w:t>
      </w:r>
    </w:p>
    <w:p>
      <w:r>
        <w:t>[I asked where you were, and I came here, nu</w:t>
      </w:r>
    </w:p>
    <w:p>
      <w:r>
        <w:t>Bless me that I should find a shidduch for my grandson]</w:t>
      </w:r>
    </w:p>
    <w:p>
      <w:r>
        <w:t>{…}</w:t>
      </w:r>
    </w:p>
    <w:p>
      <w:r>
        <w:t>[Avraham Alexander…]{…}</w:t>
      </w:r>
    </w:p>
    <w:p>
      <w:r>
        <w:t>[He remembers the mashed potatoes that I brought him]</w:t>
      </w:r>
    </w:p>
    <w:p>
      <w:r>
        <w:t>Big..</w:t>
      </w:r>
    </w:p>
    <w:p>
      <w:r>
        <w:t>[Yes?]</w:t>
      </w:r>
    </w:p>
    <w:p>
      <w:r>
        <w:t>[That it was so good, yes]</w:t>
      </w:r>
    </w:p>
    <w:p>
      <w:r>
        <w:t>{……..}</w:t>
      </w:r>
    </w:p>
    <w:p>
      <w:r>
        <w:t>[Does he hear? ….]</w:t>
      </w:r>
    </w:p>
    <w:p>
      <w:r>
        <w:t>{…. kimen}</w:t>
      </w:r>
    </w:p>
    <w:p>
      <w:r>
        <w:t>[Nu]</w:t>
      </w:r>
    </w:p>
    <w:p>
      <w:r>
        <w:t>{…….}</w:t>
      </w:r>
    </w:p>
    <w:p>
      <w:r>
        <w:t>[Amen, I want to continue doing]</w:t>
      </w:r>
    </w:p>
    <w:p>
      <w:r>
        <w:t>{…….}</w:t>
      </w:r>
    </w:p>
    <w:p>
      <w:r>
        <w:t>[What you did for me will accrue to your merit all the years, he says to me]</w:t>
      </w:r>
    </w:p>
    <w:p>
      <w:r>
        <w:t>[…]</w:t>
      </w:r>
    </w:p>
    <w:p>
      <w:r>
        <w:t>{……..}</w:t>
      </w:r>
    </w:p>
    <w:p>
      <w:r>
        <w:t>[What did I do? I want to continue doing, I miss it]</w:t>
      </w:r>
    </w:p>
    <w:p>
      <w:r>
        <w:t>{……}</w:t>
      </w:r>
    </w:p>
    <w:p>
      <w:r>
        <w:t>[Amen]</w:t>
      </w:r>
    </w:p>
    <w:p>
      <w:r>
        <w:t>{…..}</w:t>
      </w:r>
    </w:p>
    <w:p>
      <w:r>
        <w:t>[Avraham Alexander Diskin son of Chaya …. that he should become engaged to the true shidduch..]</w:t>
      </w:r>
    </w:p>
    <w:p>
      <w:r>
        <w:t>{…} at Rambam</w:t>
      </w:r>
    </w:p>
    <w:p>
      <w:r>
        <w:t>[At Ramb,am 17, yes]</w:t>
      </w:r>
    </w:p>
    <w:p>
      <w:r>
        <w:t>{…}</w:t>
      </w:r>
    </w:p>
    <w:p>
      <w:r>
        <w:t>[Yes, I brought you up, I saw your children]</w:t>
      </w:r>
    </w:p>
    <w:p>
      <w:r>
        <w:t>Yes, yes, yes</w:t>
      </w:r>
    </w:p>
    <w:p>
      <w:r>
        <w:t>[Yes, yes]</w:t>
      </w:r>
    </w:p>
    <w:p>
      <w:r>
        <w:t>May you have salvation for everyone</w:t>
      </w:r>
    </w:p>
    <w:p>
      <w:r>
        <w:t>[Amen, amen]</w:t>
      </w:r>
    </w:p>
    <w:p>
      <w:r>
        <w:t>Also for the rest of the children</w:t>
      </w:r>
    </w:p>
    <w:p>
      <w:r>
        <w:t>[Amen, that you should bring Mashiach speedily in our days, after all, you can bring the redemption, hasten the salvation, a little faster]</w:t>
      </w:r>
    </w:p>
    <w:p>
      <w:r>
        <w:t>Yes, yes, yes</w:t>
      </w:r>
    </w:p>
    <w:p>
      <w:r>
        <w:t>[A little faster]</w:t>
      </w:r>
    </w:p>
    <w:p>
      <w:r>
        <w:t>{…}</w:t>
      </w:r>
    </w:p>
    <w:p>
      <w:r>
        <w:t>[Hasten the salvation, that it should go toward Mashiach]</w:t>
      </w:r>
    </w:p>
    <w:p>
      <w:r>
        <w:t>{….}</w:t>
      </w:r>
    </w:p>
    <w:p>
      <w:r>
        <w:t>[What?]</w:t>
      </w:r>
    </w:p>
    <w:p>
      <w:r>
        <w:t>{……..}</w:t>
      </w:r>
    </w:p>
    <w:p>
      <w:r>
        <w:t>[What?]</w:t>
      </w:r>
    </w:p>
    <w:p>
      <w:r>
        <w:t>{In the merit of what you did}</w:t>
      </w:r>
    </w:p>
    <w:p>
      <w:r>
        <w:t>[What did I do? I did nothing, I want to continue doing, I miss you, he says to him, that I did for him, I do not know what, I said I want to do, I miss him, I miss him, immediately when he left, I missed him</w:t>
      </w:r>
    </w:p>
    <w:p>
      <w:r>
        <w:t>Every time I enjoyed going in to him, every day I came from work and cooked mashed potatoes for him]</w:t>
      </w:r>
    </w:p>
    <w:p>
      <w:r>
        <w:t>{Cease asking, it is good}</w:t>
      </w:r>
    </w:p>
    <w:p>
      <w:r>
        <w:t>[No, I am asking, fine, never mind]</w:t>
      </w:r>
    </w:p>
    <w:p>
      <w:r>
        <w:t>{……} children</w:t>
      </w:r>
    </w:p>
    <w:p>
      <w:r>
        <w:t>[Baruch Hashem, I am telling you that I need a shidduch for my grandson</w:t>
      </w:r>
    </w:p>
    <w:p>
      <w:r>
        <w:t>I have already married off several grandchildren, Baruch Hashem]</w:t>
      </w:r>
    </w:p>
    <w:p>
      <w:r>
        <w:t>Yes?</w:t>
      </w:r>
    </w:p>
    <w:p>
      <w:r>
        <w:t>[Yes, I was not long ago ……. the Master of the World helped</w:t>
      </w:r>
    </w:p>
    <w:p>
      <w:r>
        <w:t>Bless me that I will be able to continue, I cannot continue without you</w:t>
      </w:r>
    </w:p>
    <w:p>
      <w:r>
        <w:t>That I should be healthy and that I should be able, I miss you]</w:t>
      </w:r>
    </w:p>
    <w:p>
      <w:r>
        <w:t>May there be health and much nachas from the children, from the grandchildren, from everyone</w:t>
      </w:r>
    </w:p>
    <w:p>
      <w:r>
        <w:t>[Also from my husband..]</w:t>
      </w:r>
    </w:p>
    <w:p>
      <w:r>
        <w:t>Ah?</w:t>
      </w:r>
    </w:p>
    <w:p>
      <w:r>
        <w:t>[My husband with health and blessing, and much nachas from all the children]</w:t>
      </w:r>
    </w:p>
    <w:p>
      <w:r>
        <w:t>What about your husband?</w:t>
      </w:r>
    </w:p>
    <w:p>
      <w:r>
        <w:t>[Baruch Hashem, he studies, he has become a "kollelnik"]</w:t>
      </w:r>
    </w:p>
    <w:p>
      <w:r>
        <w:t>Ah?</w:t>
      </w:r>
    </w:p>
    <w:p>
      <w:r>
        <w:t>[He left work, sits and studies]</w:t>
      </w:r>
    </w:p>
    <w:p>
      <w:r>
        <w:t>Does he really sit and study?</w:t>
      </w:r>
    </w:p>
    <w:p>
      <w:r>
        <w:t>[Yes, yes, he sits and studies, yes, yes]</w:t>
      </w:r>
    </w:p>
    <w:p>
      <w:r>
        <w:t>{…………..}</w:t>
      </w:r>
    </w:p>
    <w:p>
      <w:r>
        <w:t>[Yes, he wants to come, only he does not know that you are here</w:t>
      </w:r>
    </w:p>
    <w:p>
      <w:r>
        <w:t>And only yesterday I learned that you are here, yes, may you be healthy, be healthy]</w:t>
      </w:r>
    </w:p>
    <w:p>
      <w:r>
        <w:t>Amen, you too</w:t>
      </w:r>
    </w:p>
    <w:p>
      <w:r>
        <w:t>[May we hear good tidings]</w:t>
      </w:r>
    </w:p>
    <w:p>
      <w:r>
        <w:t>{…..}</w:t>
      </w:r>
    </w:p>
    <w:p>
      <w:r>
        <w:t>[And in this time, may Mashiach arrive]</w:t>
      </w:r>
    </w:p>
    <w:p>
      <w:r>
        <w:t>{…………….} "Yiddish nachas"</w:t>
      </w:r>
    </w:p>
    <w:p>
      <w:r>
        <w:t>[Amen, amen, amen, baruch Hashem, I have children who learn in kollel..]</w:t>
      </w:r>
    </w:p>
    <w:p>
      <w:r>
        <w:t>Is that so?</w:t>
      </w:r>
    </w:p>
    <w:p>
      <w:r>
        <w:t>[Yes, baruch Hashem….]</w:t>
      </w:r>
    </w:p>
    <w:p>
      <w:r>
        <w:t>{…}</w:t>
      </w:r>
    </w:p>
    <w:p>
      <w:r>
        <w:t>[Without the evil eye, without the evil eye, I need you to pray for a shidduch..]</w:t>
      </w:r>
    </w:p>
    <w:p>
      <w:r>
        <w:t>Do you want to go?</w:t>
      </w:r>
    </w:p>
    <w:p>
      <w:r>
        <w:t>[Certainly, I want to go.., {it is a little high} …………….….</w:t>
      </w:r>
    </w:p>
    <w:p>
      <w:r>
        <w:t>grandchildren …. grandchildren, they all go..]</w:t>
      </w:r>
    </w:p>
    <w:p>
      <w:r>
        <w:t>{..}</w:t>
      </w:r>
    </w:p>
    <w:p>
      <w:r>
        <w:t>[To kollel and they also go to yeshivos, baruch Hashem]</w:t>
      </w:r>
    </w:p>
    <w:p>
      <w:r>
        <w:t>{...}</w:t>
      </w:r>
    </w:p>
    <w:p>
      <w:r>
        <w:t>[Baruch Hashem]</w:t>
      </w:r>
    </w:p>
    <w:p>
      <w:r>
        <w:t>{…}</w:t>
      </w:r>
    </w:p>
    <w:p>
      <w:r>
        <w:t>[………………………………………………….…….]...</w:t>
      </w:r>
    </w:p>
    <w:p>
      <w:r>
        <w:t>...{Yes, ho.. ho..}</w:t>
      </w:r>
    </w:p>
    <w:p>
      <w:r>
        <w:t>[Who is this?]</w:t>
      </w:r>
    </w:p>
    <w:p>
      <w:r>
        <w:t>From Bnei Brak</w:t>
      </w:r>
    </w:p>
    <w:p>
      <w:r>
        <w:t>[They are neighbors, they were neighbors]</w:t>
      </w:r>
    </w:p>
    <w:p>
      <w:r>
        <w:t>She is a woman, she did many acts of charity for me, without measure</w:t>
      </w:r>
    </w:p>
    <w:p>
      <w:r>
        <w:t>She came early in the morning and brought me food and.. and more, and more, and more, what she did for me…</w:t>
      </w:r>
    </w:p>
    <w:p>
      <w:r>
        <w:t>...{…….}</w:t>
      </w:r>
    </w:p>
    <w:p>
      <w:r>
        <w:t>She searched a great deal, until she found me</w:t>
      </w:r>
    </w:p>
    <w:p>
      <w:r>
        <w:t>{……………….}…</w:t>
      </w:r>
    </w:p>
    <w:p>
      <w:r>
        <w:t>...{…}…</w:t>
      </w:r>
    </w:p>
    <w:p>
      <w:r>
        <w:t>...She brought me</w:t>
      </w:r>
    </w:p>
    <w:p>
      <w:r>
        <w:t>[Yes]</w:t>
      </w:r>
    </w:p>
    <w:p>
      <w:r>
        <w:t>Food and salads every day</w:t>
      </w:r>
    </w:p>
    <w:p>
      <w:r>
        <w:t>[Good ones?]</w:t>
      </w:r>
    </w:p>
    <w:p>
      <w:r>
        <w:t>Yes…</w:t>
      </w:r>
    </w:p>
    <w:p>
      <w:r>
        <w:t>...Baruch Hashem, she has many grandchildren, engaged in Torah</w:t>
      </w:r>
    </w:p>
    <w:p>
      <w:r>
        <w:t>Yoy, yoy, yoy, yoy, they go to yeshivos and are servants of Hashem…</w:t>
      </w:r>
    </w:p>
    <w:p>
      <w:r>
        <w:t>...[Is this in the merit of the charity that she did?]</w:t>
      </w:r>
    </w:p>
    <w:p>
      <w:r>
        <w:t>Ah?</w:t>
      </w:r>
    </w:p>
    <w:p>
      <w:r>
        <w:t>[Is it in the merit of the charity that she did, that she has grandchildren?]</w:t>
      </w:r>
    </w:p>
    <w:p>
      <w:r>
        <w:t>Nu, certainly, certainly, charity is something that endures forever and for all eternity…</w:t>
      </w:r>
    </w:p>
    <w:p>
      <w:r>
        <w:t>...[…….]…</w:t>
      </w:r>
    </w:p>
    <w:p>
      <w:r>
        <w:t>...He, he was a friend of Rebbe Yisroel (Kardonner)</w:t>
      </w:r>
    </w:p>
    <w:p>
      <w:r>
        <w:t>[Yes, yes]</w:t>
      </w:r>
    </w:p>
    <w:p>
      <w:r>
        <w:t>They were friends, true friends, friends</w:t>
      </w:r>
    </w:p>
    <w:p>
      <w:r>
        <w:t>[There is, there is, now they made a book of, of Rebbe Shimshon Barsky]</w:t>
      </w:r>
    </w:p>
    <w:p>
      <w:r>
        <w:t>Yes?</w:t>
      </w:r>
    </w:p>
    <w:p>
      <w:r>
        <w:t>[Yes, yes, he made, he made the book "Likutey Eitzos Mevu'aros"]</w:t>
      </w:r>
    </w:p>
    <w:p>
      <w:r>
        <w:t>Yes, yes</w:t>
      </w:r>
    </w:p>
    <w:p>
      <w:r>
        <w:t>[So.. so at the end of the book it is written about Rebbe Yisroel (Kardonner) that he was.. that they were friends]</w:t>
      </w:r>
    </w:p>
    <w:p>
      <w:r>
        <w:t>Yes</w:t>
      </w:r>
    </w:p>
    <w:p>
      <w:r>
        <w:t>[And they, they did not, they did not want, they did not want to engage in earning a livelihood, only in the service of Hashem</w:t>
      </w:r>
    </w:p>
    <w:p>
      <w:r>
        <w:t>They, they were together, and after that Rebbe Yisroel (Kardonner) came to Meron, and he remained in Ukraine, in Russia]…</w:t>
      </w:r>
    </w:p>
    <w:p>
      <w:r>
        <w:t>...Ah</w:t>
      </w:r>
    </w:p>
    <w:p>
      <w:r>
        <w:t>[Did you know him, Rebbe Shimshon Barsky?]</w:t>
      </w:r>
    </w:p>
    <w:p>
      <w:r>
        <w:t>No, no, only from Rebbe Yisroel did I hear {about Rebbe Shimshon Barsky}</w:t>
      </w:r>
    </w:p>
    <w:p>
      <w:r>
        <w:t>What I heard, what I heard from Rebbe Yisroel</w:t>
      </w:r>
    </w:p>
    <w:p>
      <w:r>
        <w:t>[..]</w:t>
      </w:r>
    </w:p>
    <w:p>
      <w:r>
        <w:t>His words, of the book "Likutey Eitzos," are a great wonder</w:t>
      </w:r>
    </w:p>
    <w:p>
      <w:r>
        <w:t>[He was a great-grandson, a great-grandson of Rabbainu]</w:t>
      </w:r>
    </w:p>
    <w:p>
      <w:r>
        <w:t>He was a grandson of Rabbainu, Rebbe Shimshon Barsky…</w:t>
      </w:r>
    </w:p>
    <w:p>
      <w:r>
        <w:t>...[...]</w:t>
      </w:r>
    </w:p>
    <w:p>
      <w:r>
        <w:t>Ah?</w:t>
      </w:r>
    </w:p>
    <w:p>
      <w:r>
        <w:t>[The story of Rav Tzvi]</w:t>
      </w:r>
    </w:p>
    <w:p>
      <w:r>
        <w:t>Ah, yoy..</w:t>
      </w:r>
    </w:p>
    <w:p>
      <w:r>
        <w:t>I was in.. in.. {…}</w:t>
      </w:r>
    </w:p>
    <w:p>
      <w:r>
        <w:t>He, oy..</w:t>
      </w:r>
    </w:p>
    <w:p>
      <w:r>
        <w:t>"They do not want me to draw close to Rabbainu, I will not st.. I will go to Yerushalayim"</w:t>
      </w:r>
    </w:p>
    <w:p>
      <w:r>
        <w:t>"Ah, Rav Tzvi, you have no money?”</w:t>
      </w:r>
    </w:p>
    <w:p>
      <w:r>
        <w:t>He {shouted}:</w:t>
      </w:r>
    </w:p>
    <w:p>
      <w:r>
        <w:t>"My legs are strong, I will go with my legs {to Yerushalayim}</w:t>
      </w:r>
    </w:p>
    <w:p>
      <w:r>
        <w:t>I have, baruch Hashem, very strong legs, yes, and I will go on foot to Yerushalayim"</w:t>
      </w:r>
    </w:p>
    <w:p>
      <w:r>
        <w:t>[Saba, Friday]</w:t>
      </w:r>
    </w:p>
    <w:p>
      <w:r>
        <w:t>He went on Friday, he, he got up in the morning and went to the synagogue to pray</w:t>
      </w:r>
    </w:p>
    <w:p>
      <w:r>
        <w:t>And after the prayer he went to Yerushalayim</w:t>
      </w:r>
    </w:p>
    <w:p>
      <w:r>
        <w:t>["Where is Rav Tzvi?”..</w:t>
      </w:r>
    </w:p>
    <w:p>
      <w:r>
        <w:t>Saba, everyone asked: "Where is Rav Tzvi?"</w:t>
      </w:r>
    </w:p>
    <w:p>
      <w:r>
        <w:t>Friday, Erev Shabbos, he took the tallis and tefillin and went to Yerushalayim]</w:t>
      </w:r>
    </w:p>
    <w:p>
      <w:r>
        <w:t>Yes</w:t>
      </w:r>
    </w:p>
    <w:p>
      <w:r>
        <w:t>[He said: "I cannot endure humiliations like, like Rebbe Yisroel Ber"]</w:t>
      </w:r>
    </w:p>
    <w:p>
      <w:r>
        <w:t>And he went to Teveria, he found me {in Teveria}</w:t>
      </w:r>
    </w:p>
    <w:p>
      <w:r>
        <w:t>Afterward everyone became opponents of, of Rav Tzvi Rosenthal</w:t>
      </w:r>
    </w:p>
    <w:p>
      <w:r>
        <w:t>He, he was the student of, of the Chafetz Chaim', and they paid no attention to that</w:t>
      </w:r>
    </w:p>
    <w:p>
      <w:r>
        <w:t>{….}, I told him that this is the matter, the matter of the holy Rabbainu is a matter that is very hidden from the world</w:t>
      </w:r>
    </w:p>
    <w:p>
      <w:r>
        <w:t>And if you w.., you put your, your mind and your heart into the words of Rabbainu, {…}</w:t>
      </w:r>
    </w:p>
    <w:p>
      <w:r>
        <w:t>You will become a completely different matter, yes</w:t>
      </w:r>
    </w:p>
    <w:p>
      <w:r>
        <w:t>He.. yes, when he said: "I want to be Breslov"</w:t>
      </w:r>
    </w:p>
    <w:p>
      <w:r>
        <w:t>And his father-in-law and his wife did not want it, so he went to Yerushalayim</w:t>
      </w:r>
    </w:p>
    <w:p>
      <w:r>
        <w:t>He left his father-in-law and his wife, and he went to Yerushalayim, he had small children</w:t>
      </w:r>
    </w:p>
    <w:p>
      <w:r>
        <w:t>Nu, he went to Yerushalayim, on foot</w:t>
      </w:r>
    </w:p>
    <w:p>
      <w:r>
        <w:t>[Saba, the mukhtar caught you]</w:t>
      </w:r>
    </w:p>
    <w:p>
      <w:r>
        <w:t>Yoy, "I cannot be in Teveria, they do not want to.. {…….} to be t.. in Breslov</w:t>
      </w:r>
    </w:p>
    <w:p>
      <w:r>
        <w:t>So I am forced to go to Yerushalayim, to Rav Shlomo {Kardonner}, Rav Shlomo Wexler"</w:t>
      </w:r>
    </w:p>
    <w:p>
      <w:r>
        <w:t>[Saba, and the mukhtar, the mukhtar caught you, he asked you: "Where is Rav Tzvi?"]</w:t>
      </w:r>
    </w:p>
    <w:p>
      <w:r>
        <w:t>Yes, {on the contrary} I was in great danger, {…}, I, they wanted to give me blows, great blows, and they said to me: "You will receive blows until you say where Tzvi Rosenthal went, where is he?"</w:t>
      </w:r>
    </w:p>
    <w:p>
      <w:r>
        <w:t>[So what did you tell them?]</w:t>
      </w:r>
    </w:p>
    <w:p>
      <w:r>
        <w:t>"I cannot be in Teveria, I am forced to travel to Yerushalayim"</w:t>
      </w:r>
    </w:p>
    <w:p>
      <w:r>
        <w:t>[So what did you tell them?]</w:t>
      </w:r>
    </w:p>
    <w:p>
      <w:r>
        <w:t>Ah?</w:t>
      </w:r>
    </w:p>
    <w:p>
      <w:r>
        <w:t>[So what did you tell them? What did you say to..]</w:t>
      </w:r>
    </w:p>
    <w:p>
      <w:r>
        <w:t>{..}, I told them that they should send people to search for him on the road to Yerushalayim</w:t>
      </w:r>
    </w:p>
    <w:p>
      <w:r>
        <w:t>In Afula, and in the settlements, {…}, because I saw that I was in danger, {….}</w:t>
      </w:r>
    </w:p>
    <w:p>
      <w:r>
        <w:t>I told them that they should send people to search on.. the road to Yerushalayim</w:t>
      </w:r>
    </w:p>
    <w:p>
      <w:r>
        <w:t>[In Afula]</w:t>
      </w:r>
    </w:p>
    <w:p>
      <w:r>
        <w:t>Afula, they found me in Afula, and found Rav Tzvi in Afula</w:t>
      </w:r>
    </w:p>
    <w:p>
      <w:r>
        <w:t>And they said.., and the soldiers, and said, told him that he should return to Teveria</w:t>
      </w:r>
    </w:p>
    <w:p>
      <w:r>
        <w:t>[And if not?]</w:t>
      </w:r>
    </w:p>
    <w:p>
      <w:r>
        <w:t>He did not want to, he said to them, "We are soldiers, you do not want to, we, we will take you" they took him to Teveria, they brought him to Teveria</w:t>
      </w:r>
    </w:p>
    <w:p>
      <w:r>
        <w:t>And in the morning they took him to Rav Moshe Kliers, and he made papers</w:t>
      </w:r>
    </w:p>
    <w:p>
      <w:r>
        <w:t>[A handshake pledge]</w:t>
      </w:r>
    </w:p>
    <w:p>
      <w:r>
        <w:t>For him to sign them, that he would not {work} by Rebbe Yisroel or by Yisroel Ber</w:t>
      </w:r>
    </w:p>
    <w:p>
      <w:r>
        <w:t>He signed, because he was in danger, he signed</w:t>
      </w:r>
    </w:p>
    <w:p>
      <w:r>
        <w:t>But he signed {and did …...}, he said the oath, he said the.. the..</w:t>
      </w:r>
    </w:p>
    <w:p>
      <w:r>
        <w:t>[He passed away]</w:t>
      </w:r>
    </w:p>
    <w:p>
      <w:r>
        <w:t>Ah?</w:t>
      </w:r>
    </w:p>
    <w:p>
      <w:r>
        <w:t>[He passed away]</w:t>
      </w:r>
    </w:p>
    <w:p>
      <w:r>
        <w:t>Ah</w:t>
      </w:r>
    </w:p>
    <w:p>
      <w:r>
        <w:t>[In the end he passed away, Saba] Ah, ah..</w:t>
      </w:r>
    </w:p>
    <w:p>
      <w:r>
        <w:t>[Did he, did he come, did he come to you in a dream?]</w:t>
      </w:r>
    </w:p>
    <w:p>
      <w:r>
        <w:t>Ah?</w:t>
      </w:r>
    </w:p>
    <w:p>
      <w:r>
        <w:t>[Did he come to you in a dream?]</w:t>
      </w:r>
    </w:p>
    <w:p>
      <w:r>
        <w:t>Yes, yes, Rav, Rav Tzvi, I saw him in a dream, and at night, at midnight he..</w:t>
      </w:r>
    </w:p>
    <w:p>
      <w:r>
        <w:t>I went to the mikveh, he.., he came beside me and he spoke with me, I said to him:</w:t>
      </w:r>
    </w:p>
    <w:p>
      <w:r>
        <w:t>"Rav Tzvi, you signed the..{...}”</w:t>
      </w:r>
    </w:p>
    <w:p>
      <w:r>
        <w:t>[Papers]</w:t>
      </w:r>
    </w:p>
    <w:p>
      <w:r>
        <w:t>"Moshe, by Moshe Kliers, to the rabbi, that you are forbidden to speak with me and to stand beside me, nu, what will be?"</w:t>
      </w:r>
    </w:p>
    <w:p>
      <w:r>
        <w:t>Ah, he said that now he does not want to, no, he will not listen, not to Rav Kliers and not</w:t>
      </w:r>
    </w:p>
    <w:p>
      <w:r>
        <w:t>And not, whatever will be will be, he will not {…}, he will not be..</w:t>
      </w:r>
    </w:p>
    <w:p>
      <w:r>
        <w:t>[He will not listen to them]</w:t>
      </w:r>
    </w:p>
    <w:p>
      <w:r>
        <w:t>Ah?</w:t>
      </w:r>
    </w:p>
    <w:p>
      <w:r>
        <w:t>[He will not listen to them, he will be a Breslov Chassid]</w:t>
      </w:r>
    </w:p>
    <w:p>
      <w:r>
        <w:t>Ah, yes</w:t>
      </w:r>
    </w:p>
    <w:p>
      <w:r>
        <w:t>He is a strong man, he {could be a hero}</w:t>
      </w:r>
    </w:p>
    <w:p>
      <w:r>
        <w:t>[Saba, he, he used to learn "Reishis Chochmah"]</w:t>
      </w:r>
    </w:p>
    <w:p>
      <w:r>
        <w:t>He, he, afterward went with me to the mikveh, and he.. to the mikveh</w:t>
      </w:r>
    </w:p>
    <w:p>
      <w:r>
        <w:t>And people came and saw such a thing, but baruch Hashem we were saved from them, and.. baruch Hashem</w:t>
      </w:r>
    </w:p>
    <w:p>
      <w:r>
        <w:t>Afterward I saw that it had been a dream, no mikveh and no..</w:t>
      </w:r>
    </w:p>
    <w:p>
      <w:r>
        <w:t>I only heard the weeping of his wife over him, and he, she weeps: "Rav, Rav Tzvi passed away"</w:t>
      </w:r>
    </w:p>
    <w:p>
      <w:r>
        <w:t>She remained a widow with small children, the children now are, they are by, in Karlin</w:t>
      </w:r>
    </w:p>
    <w:p>
      <w:r>
        <w:t>[Yes]</w:t>
      </w:r>
    </w:p>
    <w:p>
      <w:r>
        <w:t>Ah, but it was a beautiful story, ho, ho, ho..</w:t>
      </w:r>
    </w:p>
    <w:p>
      <w:r>
        <w:t>And generation after generation tells the story of Rav Tzvi, Rav Tzvi Rosenthal</w:t>
      </w:r>
    </w:p>
    <w:p>
      <w:r>
        <w:t>["Where is Rav Tzvi?”]</w:t>
      </w:r>
    </w:p>
    <w:p>
      <w:r>
        <w:t>He did not want to go with the soldiers; they said to him: "We will take you to the car"</w:t>
      </w:r>
    </w:p>
    <w:p>
      <w:r>
        <w:t>That is how it was; they brought him to Teveria, and they told me that Rav Tzvi was in Teveria</w:t>
      </w:r>
    </w:p>
    <w:p>
      <w:r>
        <w:t>He became ill and.. he died, passed away</w:t>
      </w:r>
    </w:p>
    <w:p>
      <w:r>
        <w:t>[Saba, they said about you that you were a spy, remember? They said..]</w:t>
      </w:r>
    </w:p>
    <w:p>
      <w:r>
        <w:t>He signed what the rabbi, Rav Moshe Kliers, wrote for him; he signed it</w:t>
      </w:r>
    </w:p>
    <w:p>
      <w:r>
        <w:t>[Saba, they said you were a spy]</w:t>
      </w:r>
    </w:p>
    <w:p>
      <w:r>
        <w:t>Ah</w:t>
      </w:r>
    </w:p>
    <w:p>
      <w:r>
        <w:t>[They said you were a spy, they said you were a spy, that you send people to Uman]</w:t>
      </w:r>
    </w:p>
    <w:p>
      <w:r>
        <w:t>Yes, yes, the mukhtar wanted a lot of money; if they sent me to Russia, each one would give money</w:t>
      </w:r>
    </w:p>
    <w:p>
      <w:r>
        <w:t>In order not to send me {to Russia}, to Russia</w:t>
      </w:r>
    </w:p>
    <w:p>
      <w:r>
        <w:t>But he became ill and.. and passed away</w:t>
      </w:r>
    </w:p>
    <w:p>
      <w:r>
        <w:t>[Saba, is he with Rabbainu now?]</w:t>
      </w:r>
    </w:p>
    <w:p>
      <w:r>
        <w:t>He contracted an illness of the lung and..</w:t>
      </w:r>
    </w:p>
    <w:p>
      <w:r>
        <w:t>[Saba, is he with Rabbainu now?]</w:t>
      </w:r>
    </w:p>
    <w:p>
      <w:r>
        <w:t>Oy, the story of Rav Tzvi Rosenthal is a wondrous story</w:t>
      </w:r>
    </w:p>
    <w:p>
      <w:r>
        <w:t>He did not, did not say anything; he took the tallis and tefillin and went to pray, after the prayer he went to Yerushalayim</w:t>
      </w:r>
    </w:p>
    <w:p>
      <w:r>
        <w:t>[……...]</w:t>
      </w:r>
    </w:p>
    <w:p>
      <w:r>
        <w:t>[………]</w:t>
      </w:r>
    </w:p>
    <w:p>
      <w:r>
        <w:t>And on Shabbos he was {in Afula\a downfall}; Motzaei Shabbos the soldiers came and brought him to Teveria</w:t>
      </w:r>
    </w:p>
    <w:p>
      <w:r>
        <w:t>[To make known]</w:t>
      </w:r>
    </w:p>
    <w:p>
      <w:r>
        <w:t>[Fortunate are you]</w:t>
      </w:r>
    </w:p>
    <w:p>
      <w:r>
        <w:t>He was mighty, mighty, and he, even if he would die, die, he would be Breslov</w:t>
      </w:r>
    </w:p>
    <w:p>
      <w:r>
        <w:t>[…….]</w:t>
      </w:r>
    </w:p>
    <w:p>
      <w:r>
        <w:t>[Saba, there is a new bomb]</w:t>
      </w:r>
    </w:p>
    <w:p>
      <w:r>
        <w:t>Ah?</w:t>
      </w:r>
    </w:p>
    <w:p>
      <w:r>
        <w:t>[There is a new bomb]</w:t>
      </w:r>
    </w:p>
    <w:p>
      <w:r>
        <w:t>What?</w:t>
      </w:r>
    </w:p>
    <w:p>
      <w:r>
        <w:t>['Trust', 'Trust']</w:t>
      </w:r>
    </w:p>
    <w:p>
      <w:r>
        <w:t>'Trust', yes, yes, the gentiles said: that the.. {the Israe..}.., that the Jews, they have..</w:t>
      </w:r>
    </w:p>
    <w:p>
      <w:r>
        <w:t>[A weapon]</w:t>
      </w:r>
    </w:p>
    <w:p>
      <w:r>
        <w:t>A new bomb, that they did not know what, what it was, what, and the name of the bomb is 'Trust'</w:t>
      </w:r>
    </w:p>
    <w:p>
      <w:r>
        <w:t>This is a {..} new bomb that has never existed</w:t>
      </w:r>
    </w:p>
    <w:p>
      <w:r>
        <w:t>[Trust in Hashem]</w:t>
      </w:r>
    </w:p>
    <w:p>
      <w:r>
        <w:t>[……]</w:t>
      </w:r>
    </w:p>
    <w:p>
      <w:r>
        <w:t>[Yes]</w:t>
      </w:r>
    </w:p>
    <w:p>
      <w:r>
        <w:t>[To make known..]</w:t>
      </w:r>
    </w:p>
    <w:p>
      <w:r>
        <w:t>They heard: “'Trust', 'Trust', 'Trust'”</w:t>
      </w:r>
    </w:p>
    <w:p>
      <w:r>
        <w:t>Fear fell upon them, fear</w:t>
      </w:r>
    </w:p>
    <w:p>
      <w:r>
        <w:t>"Oy vey, the name of the new bomb..”</w:t>
      </w:r>
    </w:p>
    <w:p>
      <w:r>
        <w:t>[‘Trust’]</w:t>
      </w:r>
    </w:p>
    <w:p>
      <w:r>
        <w:t>"It is 'Trust'”</w:t>
      </w:r>
    </w:p>
    <w:p>
      <w:r>
        <w:t>[Saba, "Our fathers trusted", King David says: "Fortunate is the man who trusts in You"]</w:t>
      </w:r>
    </w:p>
    <w:p>
      <w:r>
        <w:t>[["Fortunate is the man who trusts in You..”]]</w:t>
      </w:r>
    </w:p>
    <w:p>
      <w:r>
        <w:t>“'Trust', 'Trust', 'Trust', 'Trust'..”</w:t>
      </w:r>
    </w:p>
    <w:p>
      <w:r>
        <w:t>["Our fathers trusted.. in You they trusted, trusted, trusted.."]</w:t>
      </w:r>
    </w:p>
    <w:p>
      <w:r>
        <w:t>What is this? Only 'Trust'?</w:t>
      </w:r>
    </w:p>
    <w:p>
      <w:r>
        <w:t>[{One needs} also to make known]</w:t>
      </w:r>
    </w:p>
    <w:p>
      <w:r>
        <w:t>[Indeed, trust in Hashem is the most..]</w:t>
      </w:r>
    </w:p>
    <w:p>
      <w:r>
        <w:t>They heard: "Trust", great fear fell upon them</w:t>
      </w:r>
    </w:p>
    <w:p>
      <w:r>
        <w:t>"Who knows what kind of bomb this is? Whose name..”</w:t>
      </w:r>
    </w:p>
    <w:p>
      <w:r>
        <w:t>They did not.., they had not yet heard that there is a bomb whose name is 'Trust'</w:t>
      </w:r>
    </w:p>
    <w:p>
      <w:r>
        <w:t>[Trust in Hashem is a bomb against all the gentiles]</w:t>
      </w:r>
    </w:p>
    <w:p>
      <w:r>
        <w:t>[‘Trust’]</w:t>
      </w:r>
    </w:p>
    <w:p>
      <w:r>
        <w:t>[Saba, is this the bomb against all the gentiles?]</w:t>
      </w:r>
    </w:p>
    <w:p>
      <w:r>
        <w:t>["In You they trusted..”]</w:t>
      </w:r>
    </w:p>
    <w:p>
      <w:r>
        <w:t>[Saba, is this how we defeat the gentiles?]</w:t>
      </w:r>
    </w:p>
    <w:p>
      <w:r>
        <w:t>Ah?</w:t>
      </w:r>
    </w:p>
    <w:p>
      <w:r>
        <w:t>[Is this how we defeat the gentiles with the bomb 'Trust'? With ‘Trust’]</w:t>
      </w:r>
    </w:p>
    <w:p>
      <w:r>
        <w:t>Ah, ah</w:t>
      </w:r>
    </w:p>
    <w:p>
      <w:r>
        <w:t>The gentiles heard: “'Trust', 'Trust', 'Trust'”</w:t>
      </w:r>
    </w:p>
    <w:p>
      <w:r>
        <w:t>Then great fear fell upon them</w:t>
      </w:r>
    </w:p>
    <w:p>
      <w:r>
        <w:t>"What is this? What?”</w:t>
      </w:r>
    </w:p>
    <w:p>
      <w:r>
        <w:t>The bomb that.. our new one, its name is 'Trust', 'Trust'</w:t>
      </w:r>
    </w:p>
    <w:p>
      <w:r>
        <w:t>[Say ‘to make known’ too, say to him ‘to make known’ too]</w:t>
      </w:r>
    </w:p>
    <w:p>
      <w:r>
        <w:t>[Saba, what about 'to make known'?]</w:t>
      </w:r>
    </w:p>
    <w:p>
      <w:r>
        <w:t>[[“To make known.. to make known.. to make known.. to make known.. to make known.. to make known.. to make known..]]</w:t>
      </w:r>
    </w:p>
    <w:p>
      <w:r>
        <w:t>["Na Nach.. to make known.. to make known..]</w:t>
      </w:r>
    </w:p>
    <w:p>
      <w:r>
        <w:t>'To make known' is also a bomb, but 'Trust' is {…} very easy</w:t>
      </w:r>
    </w:p>
    <w:p>
      <w:r>
        <w:t>[……….]</w:t>
      </w:r>
    </w:p>
    <w:p>
      <w:r>
        <w:t>[Saba, there is a root of all the bombs, "Na Nach Nachma Nachman MeUman", that is all the bombs]</w:t>
      </w:r>
    </w:p>
    <w:p>
      <w:r>
        <w:t>The gentiles received the bomb 'Trust'; it, it is easy, easy to say</w:t>
      </w:r>
    </w:p>
    <w:p>
      <w:r>
        <w:t>[Saba and the friends sing:</w:t>
      </w:r>
    </w:p>
    <w:p>
      <w:r>
        <w:t>"To make known.. to make known.. to make known.. to make known..</w:t>
      </w:r>
    </w:p>
    <w:p>
      <w:r>
        <w:t>That all who hope in You will not be ashamed and all who take refuge in You will never be humiliated.."]</w:t>
      </w:r>
    </w:p>
    <w:p>
      <w:r>
        <w:t>[……………………..]</w:t>
      </w:r>
    </w:p>
    <w:p>
      <w:r>
        <w:t>[……………………..]</w:t>
      </w:r>
    </w:p>
    <w:p>
      <w:r>
        <w:t>Nu, and 'Trust', the gentiles, all the gentiles, when they heard the melody of, of 'Trust', then great fear fell upon them: "Oh.. oh.. this is a new bomb whose name is 'Trust'; who ever heard such a name?</w:t>
      </w:r>
    </w:p>
    <w:p>
      <w:r>
        <w:t>'Trust', 'Trust', 'Trust', 'Trust'..”…</w:t>
      </w:r>
    </w:p>
    <w:p>
      <w:r>
        <w:br w:type="page"/>
      </w:r>
    </w:p>
    <w:p>
      <w:pPr>
        <w:pStyle w:val="Heading1"/>
      </w:pPr>
      <w:r>
        <w:t>Tape 54</w:t>
      </w:r>
    </w:p>
    <w:p>
      <w:pPr>
        <w:pStyle w:val="Heading2"/>
      </w:pPr>
      <w:r>
        <w:t>Side A (Aleph)</w:t>
      </w:r>
    </w:p>
    <w:p>
      <w:r>
        <w:t>...With faith, truly, then you will see salvations</w:t>
      </w:r>
    </w:p>
    <w:p>
      <w:r>
        <w:t>[Amen, amen]…</w:t>
      </w:r>
    </w:p>
    <w:p>
      <w:r>
        <w:t>...With faith, truly</w:t>
      </w:r>
    </w:p>
    <w:p>
      <w:r>
        <w:t>[Yes]…</w:t>
      </w:r>
    </w:p>
    <w:p>
      <w:r>
        <w:t>...And the blessing "Blessed are You, Hashem, Who hears prayer..", He, {He .…}</w:t>
      </w:r>
    </w:p>
    <w:p>
      <w:r>
        <w:t>He hears all our prayers, and in the end, in the end, there will be the salvation</w:t>
      </w:r>
    </w:p>
    <w:p>
      <w:r>
        <w:t>[Amen]</w:t>
      </w:r>
    </w:p>
    <w:p>
      <w:r>
        <w:t>But no, it is forbidden for us to question, why, why not, no, no, no eyes, no, no, no see</w:t>
      </w:r>
    </w:p>
    <w:p>
      <w:r>
        <w:t>So this is the essence of faith, to believe in Hashem…</w:t>
      </w:r>
    </w:p>
    <w:p>
      <w:r>
        <w:t>...I suffered in the mouth, I suffered very much, great pains</w:t>
      </w:r>
    </w:p>
    <w:p>
      <w:r>
        <w:t>And I strengthened myself to pray every day to Hashem; I prayed and prayed and prayed</w:t>
      </w:r>
    </w:p>
    <w:p>
      <w:r>
        <w:t>Until I see that they have passed, the suffering went away, {...}, and I do not know where it went, but it went away from me</w:t>
      </w:r>
    </w:p>
    <w:p>
      <w:r>
        <w:t>Yes</w:t>
      </w:r>
    </w:p>
    <w:p>
      <w:r>
        <w:t>I had anguish, great anguish; I could not bear the pains, I prayed every day to Hashem Yisburach</w:t>
      </w:r>
    </w:p>
    <w:p>
      <w:r>
        <w:t>And I pray, I pray, and.. and.. and I do not see, see</w:t>
      </w:r>
    </w:p>
    <w:p>
      <w:r>
        <w:t>{Today}, now I see, Hashem Yisburach hears prayer, and baruch Hashem, {everything} is all right</w:t>
      </w:r>
    </w:p>
    <w:p>
      <w:r>
        <w:t>The teeth and this, and the gums and the entire mouth, everything is all right, baruch Hashem</w:t>
      </w:r>
    </w:p>
    <w:p>
      <w:r>
        <w:t>Perhaps one should not tell it, but Hashem's kindnesses and His wonders need to be spoken of…</w:t>
      </w:r>
    </w:p>
    <w:p>
      <w:r>
        <w:t>...A lot</w:t>
      </w:r>
    </w:p>
    <w:p>
      <w:r>
        <w:t>[Good]</w:t>
      </w:r>
    </w:p>
    <w:p>
      <w:r>
        <w:t>{We do not know}…</w:t>
      </w:r>
    </w:p>
    <w:p>
      <w:r>
        <w:t>...May He give him {strength, may He give him this, may He give..}, to pray every day to Hashem Yisburach truly, with faith [Good, he can come in]…</w:t>
      </w:r>
    </w:p>
    <w:p>
      <w:r>
        <w:t>...I suffered very much in the mouth, the gums and the teeth, and I had, I suffered very much, pains and great anguish; I prayed and prayed, today I see that Hashem Yisburach hears all the prayers and took away from me {..} all the suffering, I can eat and I do not suffer</w:t>
      </w:r>
    </w:p>
    <w:p>
      <w:r>
        <w:t>I tell this in order to strengthen oneself and to pray to Hashem every day, to pray to Hashem about every matter, {with faith}, with faith, Hashem Yisburach hears our prayers…</w:t>
      </w:r>
    </w:p>
    <w:p>
      <w:r>
        <w:t>...{And I}…</w:t>
      </w:r>
    </w:p>
    <w:p>
      <w:r>
        <w:t>...The suffering went away from me…</w:t>
      </w:r>
    </w:p>
    <w:p>
      <w:r>
        <w:t>...[How did he say it to you, Saba, the journalist? How did the journalist say it to you?</w:t>
      </w:r>
    </w:p>
    <w:p>
      <w:r>
        <w:t>"There is in the note..”, nu, how did the journalist say it to you?]</w:t>
      </w:r>
    </w:p>
    <w:p>
      <w:r>
        <w:t>"Clear signs of the redemption"</w:t>
      </w:r>
    </w:p>
    <w:p>
      <w:r>
        <w:t>The officer said to me: "Give me the note"</w:t>
      </w:r>
    </w:p>
    <w:p>
      <w:r>
        <w:t>I said to him: "I do not remember where I gave it"</w:t>
      </w:r>
    </w:p>
    <w:p>
      <w:r>
        <w:t>Then he said: "I have soldiers, enough, enough, enough, enough soldiers, we will search everywhere"</w:t>
      </w:r>
    </w:p>
    <w:p>
      <w:r>
        <w:t>Then I said: "Who knows? Chas v'shalom, who knows? Perhaps they will find it?”</w:t>
      </w:r>
    </w:p>
    <w:p>
      <w:r>
        <w:t>Then I remembered that Simcha, that Avraham Nassan came at the beginning of the night and asked me t.. t.. that it should be with him for the night [the note]</w:t>
      </w:r>
    </w:p>
    <w:p>
      <w:r>
        <w:t>This note</w:t>
      </w:r>
    </w:p>
    <w:p>
      <w:r>
        <w:t>Nu, nu, nu, the officer said, he will search</w:t>
      </w:r>
    </w:p>
    <w:p>
      <w:r>
        <w:t>I said, I said: "Nu, nu, he can search"</w:t>
      </w:r>
    </w:p>
    <w:p>
      <w:r>
        <w:t>{…}, Avraham, Avraham Nassan, he.. {}</w:t>
      </w:r>
    </w:p>
    <w:p>
      <w:r>
        <w:t>[He took it, he took it, yes]</w:t>
      </w:r>
    </w:p>
    <w:p>
      <w:r>
        <w:t>Eh?</w:t>
      </w:r>
    </w:p>
    <w:p>
      <w:r>
        <w:t>[He took it]</w:t>
      </w:r>
    </w:p>
    <w:p>
      <w:r>
        <w:t>He took it</w:t>
      </w:r>
    </w:p>
    <w:p>
      <w:r>
        <w:t>[Yes]</w:t>
      </w:r>
    </w:p>
    <w:p>
      <w:r>
        <w:t>The..</w:t>
      </w:r>
    </w:p>
    <w:p>
      <w:r>
        <w:t>[The note]</w:t>
      </w:r>
    </w:p>
    <w:p>
      <w:r>
        <w:t>Eh?</w:t>
      </w:r>
    </w:p>
    <w:p>
      <w:r>
        <w:t>[The note, he took the note]</w:t>
      </w:r>
    </w:p>
    <w:p>
      <w:r>
        <w:t>The note, yes</w:t>
      </w:r>
    </w:p>
    <w:p>
      <w:r>
        <w:t>[Yes]</w:t>
      </w:r>
    </w:p>
    <w:p>
      <w:r>
        <w:t>Yes</w:t>
      </w:r>
    </w:p>
    <w:p>
      <w:r>
        <w:t>[Yes]</w:t>
      </w:r>
    </w:p>
    <w:p>
      <w:r>
        <w:t>Yes</w:t>
      </w:r>
    </w:p>
    <w:p>
      <w:r>
        <w:t>They will search</w:t>
      </w:r>
    </w:p>
    <w:p>
      <w:r>
        <w:t>{….}, the officer does not, does not, does not know you at all</w:t>
      </w:r>
    </w:p>
    <w:p>
      <w:r>
        <w:t>[Does not know at all..]</w:t>
      </w:r>
    </w:p>
    <w:p>
      <w:r>
        <w:t>If there is Avraham N.. Nassan</w:t>
      </w:r>
    </w:p>
    <w:p>
      <w:r>
        <w:t>[Yes, he knows nothing]</w:t>
      </w:r>
    </w:p>
    <w:p>
      <w:r>
        <w:t>Nu, he can search</w:t>
      </w:r>
    </w:p>
    <w:p>
      <w:r>
        <w:t>[How did he.., how did he say it to you, "Give th.., give the note, give"]</w:t>
      </w:r>
    </w:p>
    <w:p>
      <w:r>
        <w:t>Eh?</w:t>
      </w:r>
    </w:p>
    <w:p>
      <w:r>
        <w:t>["Give the note"]</w:t>
      </w:r>
    </w:p>
    <w:p>
      <w:r>
        <w:t>Yes, like this, with great arrogance: "Give the note"</w:t>
      </w:r>
    </w:p>
    <w:p>
      <w:r>
        <w:t>I said to him: "I do not remember where {..}.., where I gave it"</w:t>
      </w:r>
    </w:p>
    <w:p>
      <w:r>
        <w:t>"Ah, you do not remember, I have soldie.., enough soldiers, they will search everywhere, until they find it"</w:t>
      </w:r>
    </w:p>
    <w:p>
      <w:r>
        <w:t>Then I was afraid, perhaps they will search and search until they find it</w:t>
      </w:r>
    </w:p>
    <w:p>
      <w:r>
        <w:t>[Yes]</w:t>
      </w:r>
    </w:p>
    <w:p>
      <w:r>
        <w:t>Who knows?</w:t>
      </w:r>
    </w:p>
    <w:p>
      <w:r>
        <w:t>Then I remembered, there was Simcha {Bunim}, Simcha, Avraham Nassan was there at the beginning of the night and asked me</w:t>
      </w:r>
    </w:p>
    <w:p>
      <w:r>
        <w:t>To give him the note, and I gave it to him, and he left, nu, he can search, everywhere</w:t>
      </w:r>
    </w:p>
    <w:p>
      <w:r>
        <w:t>Oy, when I remembered that the note was with Avraham Nassan, I had great joy</w:t>
      </w:r>
    </w:p>
    <w:p>
      <w:r>
        <w:t>They will search and search, they will search</w:t>
      </w:r>
    </w:p>
    <w:p>
      <w:r>
        <w:t>[Avraham]</w:t>
      </w:r>
    </w:p>
    <w:p>
      <w:r>
        <w:t>[What? I am com..]</w:t>
      </w:r>
    </w:p>
    <w:p>
      <w:r>
        <w:t>[………..]</w:t>
      </w:r>
    </w:p>
    <w:p>
      <w:r>
        <w:t>[………..]</w:t>
      </w:r>
    </w:p>
    <w:p>
      <w:r>
        <w:t>[Rebbe Nachman of Tulchin printed "Likutay Halachos," then Rebbe Nachman came to him in a dream</w:t>
      </w:r>
    </w:p>
    <w:p>
      <w:r>
        <w:t>"Good, it is good that you made the "Likutay Halachos," do you remember?]</w:t>
      </w:r>
    </w:p>
    <w:p>
      <w:r>
        <w:t>There was, {he became, he to see Rabbainu}, then he told him:</w:t>
      </w:r>
    </w:p>
    <w:p>
      <w:r>
        <w:t>"I cannot bear it"</w:t>
      </w:r>
    </w:p>
    <w:p>
      <w:r>
        <w:t>[Yes]</w:t>
      </w:r>
    </w:p>
    <w:p>
      <w:r>
        <w:t>Then Rabbainu said to him:</w:t>
      </w:r>
    </w:p>
    <w:p>
      <w:r>
        <w:t>"But you did well.."</w:t>
      </w:r>
    </w:p>
    <w:p>
      <w:r>
        <w:t>[Ah, yes]</w:t>
      </w:r>
    </w:p>
    <w:p>
      <w:r>
        <w:t>You made the "Likutay Halachos" and "Likutay Tefilos," what, what do you want?"</w:t>
      </w:r>
    </w:p>
    <w:p>
      <w:r>
        <w:t>Then Moshe Rabbainu stood up</w:t>
      </w:r>
    </w:p>
    <w:p>
      <w:r>
        <w:t>[Yes]</w:t>
      </w:r>
    </w:p>
    <w:p>
      <w:r>
        <w:t>He said to him:</w:t>
      </w:r>
    </w:p>
    <w:p>
      <w:r>
        <w:t>"What do you say, good? Very good"</w:t>
      </w:r>
    </w:p>
    <w:p>
      <w:r>
        <w:t>[What, what did he say? That he had great opposition? It was impossible to bear?</w:t>
      </w:r>
    </w:p>
    <w:p>
      <w:r>
        <w:t>What did he say? That it was impossible to bear? He had opposition?]</w:t>
      </w:r>
    </w:p>
    <w:p>
      <w:r>
        <w:t>Rebbe Nassan {said}</w:t>
      </w:r>
    </w:p>
    <w:p>
      <w:r>
        <w:t>[Yes]</w:t>
      </w:r>
    </w:p>
    <w:p>
      <w:r>
        <w:t>The opposition was very great</w:t>
      </w:r>
    </w:p>
    <w:p>
      <w:r>
        <w:t>[Great, yes, yes]</w:t>
      </w:r>
    </w:p>
    <w:p>
      <w:r>
        <w:t>{Very .…}</w:t>
      </w:r>
    </w:p>
    <w:p>
      <w:r>
        <w:t>[Yes]</w:t>
      </w:r>
    </w:p>
    <w:p>
      <w:r>
        <w:t>{{. .}}, every moment there was..</w:t>
      </w:r>
    </w:p>
    <w:p>
      <w:r>
        <w:t>[Yes]</w:t>
      </w:r>
    </w:p>
    <w:p>
      <w:r>
        <w:t>Miracles that he..</w:t>
      </w:r>
    </w:p>
    <w:p>
      <w:r>
        <w:t>[Th.. that he was alive]</w:t>
      </w:r>
    </w:p>
    <w:p>
      <w:r>
        <w:t>Remained alive</w:t>
      </w:r>
    </w:p>
    <w:p>
      <w:r>
        <w:t>[That he was alive, yes]</w:t>
      </w:r>
    </w:p>
    <w:p>
      <w:r>
        <w:t>{Yes}</w:t>
      </w:r>
    </w:p>
    <w:p>
      <w:r>
        <w:t>Then he said to Rabbainu: "I cannot, cannot bear it"</w:t>
      </w:r>
    </w:p>
    <w:p>
      <w:r>
        <w:t>[Yes]</w:t>
      </w:r>
    </w:p>
    <w:p>
      <w:r>
        <w:t>Then Rabbainu said to him:</w:t>
      </w:r>
    </w:p>
    <w:p>
      <w:r>
        <w:t>"But you did well, why are you crying so much? You did well</w:t>
      </w:r>
    </w:p>
    <w:p>
      <w:r>
        <w:t>You made "Likutay Halachos" and "Likutay," "Likutay Halachos" and "Likutay Tefilos"..”</w:t>
      </w:r>
    </w:p>
    <w:p>
      <w:r>
        <w:t>[Yes]</w:t>
      </w:r>
    </w:p>
    <w:p>
      <w:r>
        <w:t>Nu, what, what, what do you want? Why are you crying so much?"</w:t>
      </w:r>
    </w:p>
    <w:p>
      <w:r>
        <w:t>Then Moshe Rabbainu said:</w:t>
      </w:r>
    </w:p>
    <w:p>
      <w:r>
        <w:t>"What..”, yes, "Why do you, why do you, why do you say that you did well? Very good!"</w:t>
      </w:r>
    </w:p>
    <w:p>
      <w:r>
        <w:t>When I remembered that you were there at night and asked for the note and took it, I said, they will search, they will search</w:t>
      </w:r>
    </w:p>
    <w:p>
      <w:r>
        <w:t>The note is with Avraham Nassan, and they do not know</w:t>
      </w:r>
    </w:p>
    <w:p>
      <w:r>
        <w:t>[What did the officer say? “This note..”]</w:t>
      </w:r>
    </w:p>
    <w:p>
      <w:r>
        <w:t>[What, what did the officer say? The officer, what did he say to you, "Give the note," what did the officer say?]</w:t>
      </w:r>
    </w:p>
    <w:p>
      <w:r>
        <w:t>{Yes}</w:t>
      </w:r>
    </w:p>
    <w:p>
      <w:r>
        <w:t>["That it can drive people insane..”]</w:t>
      </w:r>
    </w:p>
    <w:p>
      <w:r>
        <w:t>The officer did not stand alone</w:t>
      </w:r>
    </w:p>
    <w:p>
      <w:r>
        <w:t>[Ah, yes]</w:t>
      </w:r>
    </w:p>
    <w:p>
      <w:r>
        <w:t>With several, offi.., with several officers</w:t>
      </w:r>
    </w:p>
    <w:p>
      <w:r>
        <w:t>[Several officers]</w:t>
      </w:r>
    </w:p>
    <w:p>
      <w:r>
        <w:t>{Und.., under him, already}</w:t>
      </w:r>
    </w:p>
    <w:p>
      <w:r>
        <w:t>And he said to me, among all, all the officers:</w:t>
      </w:r>
    </w:p>
    <w:p>
      <w:r>
        <w:t>[Yes]</w:t>
      </w:r>
    </w:p>
    <w:p>
      <w:r>
        <w:t>"Give the note"</w:t>
      </w:r>
    </w:p>
    <w:p>
      <w:r>
        <w:t>[Yes, why, why, why?]</w:t>
      </w:r>
    </w:p>
    <w:p>
      <w:r>
        <w:t>"Give the note"</w:t>
      </w:r>
    </w:p>
    <w:p>
      <w:r>
        <w:t>[Why?]</w:t>
      </w:r>
    </w:p>
    <w:p>
      <w:r>
        <w:t>I said to him:</w:t>
      </w:r>
    </w:p>
    <w:p>
      <w:r>
        <w:t>[Yes]</w:t>
      </w:r>
    </w:p>
    <w:p>
      <w:r>
        <w:t>"What.."</w:t>
      </w:r>
    </w:p>
    <w:p>
      <w:r>
        <w:t>[Yes]</w:t>
      </w:r>
    </w:p>
    <w:p>
      <w:r>
        <w:t>"What is in the note?"</w:t>
      </w:r>
    </w:p>
    <w:p>
      <w:r>
        <w:t>["What is in the note, yes]</w:t>
      </w:r>
    </w:p>
    <w:p>
      <w:r>
        <w:t>"You do not know?..”</w:t>
      </w:r>
    </w:p>
    <w:p>
      <w:r>
        <w:t>[Yes]</w:t>
      </w:r>
    </w:p>
    <w:p>
      <w:r>
        <w:t>"It will drive all of Bnei Brak and the whole world insane"</w:t>
      </w:r>
    </w:p>
    <w:p>
      <w:r>
        <w:t>Nu.. nu, then you.., "I do not remember where..”</w:t>
      </w:r>
    </w:p>
    <w:p>
      <w:r>
        <w:t>[Where..]</w:t>
      </w:r>
    </w:p>
    <w:p>
      <w:r>
        <w:t>"I gave it"</w:t>
      </w:r>
    </w:p>
    <w:p>
      <w:r>
        <w:t>"I have enough soldiers, sufficient, they will search and search, until they find it"</w:t>
      </w:r>
    </w:p>
    <w:p>
      <w:r>
        <w:t>["Bedikas chametz”]</w:t>
      </w:r>
    </w:p>
    <w:p>
      <w:r>
        <w:t>[“Bedikas chametz"?]</w:t>
      </w:r>
    </w:p>
    <w:p>
      <w:r>
        <w:t>And I was afraid, perhaps they would search and find it?</w:t>
      </w:r>
    </w:p>
    <w:p>
      <w:r>
        <w:t>Then I remembered, he.. Avraham Nassan was there at the beginning of the night and took it from me, asked me that it should be with him; I gave it to him</w:t>
      </w:r>
    </w:p>
    <w:p>
      <w:r>
        <w:t>Then, baruch Hashem, I had a little rest; baruch Hashem, the note is with Avraham Nassan</w:t>
      </w:r>
    </w:p>
    <w:p>
      <w:r>
        <w:t>And no one knows, only me, if so he can, can search</w:t>
      </w:r>
    </w:p>
    <w:p>
      <w:r>
        <w:t>This is what the officer said to me, {what does it do, what, what is with it}:</w:t>
      </w:r>
    </w:p>
    <w:p>
      <w:r>
        <w:t>"It will drive all of Bnei Brak and the whole world insane"</w:t>
      </w:r>
    </w:p>
    <w:p>
      <w:r>
        <w:t>[Ask him why Bnei Brak]</w:t>
      </w:r>
    </w:p>
    <w:p>
      <w:r>
        <w:t>[Eh?]</w:t>
      </w:r>
    </w:p>
    <w:p>
      <w:r>
        <w:t>[Ask him, why specifically Bnei Brak..]</w:t>
      </w:r>
    </w:p>
    <w:p>
      <w:r>
        <w:t>[...]</w:t>
      </w:r>
    </w:p>
    <w:p>
      <w:r>
        <w:t>[Rebbe Yisroel, why specifically Bnei Brak?]</w:t>
      </w:r>
    </w:p>
    <w:p>
      <w:r>
        <w:t>Eh?</w:t>
      </w:r>
    </w:p>
    <w:p>
      <w:r>
        <w:t>[Why did he mention Bnei Brak, specifically Bnei Brak, and not Yerushalayim or Tzfas?]</w:t>
      </w:r>
    </w:p>
    <w:p>
      <w:r>
        <w:t>I, it is a dream, what, what do I know? Did I make it?</w:t>
      </w:r>
    </w:p>
    <w:p>
      <w:r>
        <w:t>They told me this, the officer said to me: "Give, give me, give the note"</w:t>
      </w:r>
    </w:p>
    <w:p>
      <w:r>
        <w:t>[Rebbe Yisroel, is the note dangerous for Bnei Brak? Is the note a danger to Bnei Brak?]</w:t>
      </w:r>
    </w:p>
    <w:p>
      <w:r>
        <w:t>Yes</w:t>
      </w:r>
    </w:p>
    <w:p>
      <w:r>
        <w:t>[Why?]</w:t>
      </w:r>
    </w:p>
    <w:p>
      <w:r>
        <w:t>All of Bnei Brak were opponents of Breslov, the whole world</w:t>
      </w:r>
    </w:p>
    <w:p>
      <w:r>
        <w:t>Who is laughing?</w:t>
      </w:r>
    </w:p>
    <w:p>
      <w:r>
        <w:t>{There was once}…</w:t>
      </w:r>
    </w:p>
    <w:p>
      <w:r>
        <w:t>...Nu,nu, they will search</w:t>
      </w:r>
    </w:p>
    <w:p>
      <w:r>
        <w:t>[They will search..]</w:t>
      </w:r>
    </w:p>
    <w:p>
      <w:r>
        <w:t>They can search</w:t>
      </w:r>
    </w:p>
    <w:p>
      <w:r>
        <w:t>[But he s.., he sai.., he said to you that they had been sent, do you remember?]</w:t>
      </w:r>
    </w:p>
    <w:p>
      <w:r>
        <w:t>Eh?</w:t>
      </w:r>
    </w:p>
    <w:p>
      <w:r>
        <w:t>[He said, the officer, the officer]</w:t>
      </w:r>
    </w:p>
    <w:p>
      <w:r>
        <w:t>Nu</w:t>
      </w:r>
    </w:p>
    <w:p>
      <w:r>
        <w:t>[Said, that they sent us, "Bring the note," do you remember? This is what the officer said to you]</w:t>
      </w:r>
    </w:p>
    <w:p>
      <w:r>
        <w:t>Yes</w:t>
      </w:r>
    </w:p>
    <w:p>
      <w:r>
        <w:t>[That someone sent them to take the note]</w:t>
      </w:r>
    </w:p>
    <w:p>
      <w:r>
        <w:t>The note</w:t>
      </w:r>
    </w:p>
    <w:p>
      <w:r>
        <w:t>[Yes, they sent them from Breslov, do you remember? Do you remember? Someone.., right? Right?]</w:t>
      </w:r>
    </w:p>
    <w:p>
      <w:r>
        <w:t>{..}</w:t>
      </w:r>
    </w:p>
    <w:p>
      <w:r>
        <w:t>[Something like that, right?]</w:t>
      </w:r>
    </w:p>
    <w:p>
      <w:r>
        <w:t>{..}</w:t>
      </w:r>
    </w:p>
    <w:p>
      <w:r>
        <w:t>[This is what he said to you, "They sent us, bring us the note, this note.."]</w:t>
      </w:r>
    </w:p>
    <w:p>
      <w:r>
        <w:t>{Then I said to him..}</w:t>
      </w:r>
    </w:p>
    <w:p>
      <w:r>
        <w:t>["It will drive all the..”]</w:t>
      </w:r>
    </w:p>
    <w:p>
      <w:r>
        <w:t>I said to him: "What is this?"</w:t>
      </w:r>
    </w:p>
    <w:p>
      <w:r>
        <w:t>Then he: "Why are you.., why are you so afraid?"</w:t>
      </w:r>
    </w:p>
    <w:p>
      <w:r>
        <w:t>[Yes]</w:t>
      </w:r>
    </w:p>
    <w:p>
      <w:r>
        <w:t>He: "What? That the note, it will drive all of Bnei Brak and the whole world insane"</w:t>
      </w:r>
    </w:p>
    <w:p>
      <w:r>
        <w:t>"All of Bnei Brak and the whole world"</w:t>
      </w:r>
    </w:p>
    <w:p>
      <w:r>
        <w:t>[He said, how did he say it?]</w:t>
      </w:r>
    </w:p>
    <w:p>
      <w:r>
        <w:t>"Give the note"</w:t>
      </w:r>
    </w:p>
    <w:p>
      <w:r>
        <w:t>[Yes]</w:t>
      </w:r>
    </w:p>
    <w:p>
      <w:r>
        <w:t>"What is there? What fear is there, what, why are you so afraid?"</w:t>
      </w:r>
    </w:p>
    <w:p>
      <w:r>
        <w:t>He: "What? It will drive all of Bnei Brak and the whole world insane"</w:t>
      </w:r>
    </w:p>
    <w:p>
      <w:r>
        <w:t>Today there is no, no..</w:t>
      </w:r>
    </w:p>
    <w:p>
      <w:r>
        <w:t>[There is no officer]</w:t>
      </w:r>
    </w:p>
    <w:p>
      <w:r>
        <w:t>The synagogue of, of the opponents</w:t>
      </w:r>
    </w:p>
    <w:p>
      <w:r>
        <w:t>[Yes]</w:t>
      </w:r>
    </w:p>
    <w:p>
      <w:r>
        <w:t>Was completely destroyed</w:t>
      </w:r>
    </w:p>
    <w:p>
      <w:r>
        <w:t>[Yes]</w:t>
      </w:r>
    </w:p>
    <w:p>
      <w:r>
        <w:t>The government</w:t>
      </w:r>
    </w:p>
    <w:p>
      <w:r>
        <w:t>[Yes]</w:t>
      </w:r>
    </w:p>
    <w:p>
      <w:r>
        <w:t>Paid them money, yes, for the synagogue, and they took, {and it is not} any book, any Torah, any book it is, they need to demolish it and..</w:t>
      </w:r>
    </w:p>
    <w:p>
      <w:r>
        <w:t>[Yes]</w:t>
      </w:r>
    </w:p>
    <w:p>
      <w:r>
        <w:t>And..</w:t>
      </w:r>
    </w:p>
    <w:p>
      <w:r>
        <w:t>[Yes]</w:t>
      </w:r>
    </w:p>
    <w:p>
      <w:r>
        <w:t>And make a road</w:t>
      </w:r>
    </w:p>
    <w:p>
      <w:r>
        <w:t>[A road, he is telling about Teveria, that there were the synagogue of the opponents, nothing remained of them; the government gave them money and demolished for them the……]</w:t>
      </w:r>
    </w:p>
    <w:p>
      <w:r>
        <w:t>[..]</w:t>
      </w:r>
    </w:p>
    <w:p>
      <w:r>
        <w:t>[…...]</w:t>
      </w:r>
    </w:p>
    <w:p>
      <w:r>
        <w:t>[Where? In Teveria, right? In Teveria?]</w:t>
      </w:r>
    </w:p>
    <w:p>
      <w:r>
        <w:t>Eh?</w:t>
      </w:r>
    </w:p>
    <w:p>
      <w:r>
        <w:t>[In Teveria, right?]</w:t>
      </w:r>
    </w:p>
    <w:p>
      <w:r>
        <w:t>Yoa, yoa</w:t>
      </w:r>
    </w:p>
    <w:p>
      <w:r>
        <w:t>[Yes, yes, yes]</w:t>
      </w:r>
    </w:p>
    <w:p>
      <w:r>
        <w:t>In Teveria</w:t>
      </w:r>
    </w:p>
    <w:p>
      <w:r>
        <w:t>[Yes, the Misnagdim]</w:t>
      </w:r>
    </w:p>
    <w:p>
      <w:r>
        <w:t>The dream was in Teveria</w:t>
      </w:r>
    </w:p>
    <w:p>
      <w:r>
        <w:t>And there were also many times about a dream</w:t>
      </w:r>
    </w:p>
    <w:p>
      <w:r>
        <w:t>[Yes]</w:t>
      </w:r>
    </w:p>
    <w:p>
      <w:r>
        <w:t>This dream</w:t>
      </w:r>
    </w:p>
    <w:p>
      <w:r>
        <w:t>[About the.. about what?]</w:t>
      </w:r>
    </w:p>
    <w:p>
      <w:r>
        <w:t>One time</w:t>
      </w:r>
    </w:p>
    <w:p>
      <w:r>
        <w:t>[Yes]</w:t>
      </w:r>
    </w:p>
    <w:p>
      <w:r>
        <w:t>Then soldiers, officers came</w:t>
      </w:r>
    </w:p>
    <w:p>
      <w:r>
        <w:t>[Yes]</w:t>
      </w:r>
    </w:p>
    <w:p>
      <w:r>
        <w:t>Many</w:t>
      </w:r>
    </w:p>
    <w:p>
      <w:r>
        <w:t>[Yes]</w:t>
      </w:r>
    </w:p>
    <w:p>
      <w:r>
        <w:t>Then the senior officer came to me, "Give..”, he said to me with his finger: "Give the Petek"</w:t>
      </w:r>
    </w:p>
    <w:p>
      <w:r>
        <w:t>I said to him: "What is already in the Petek?"</w:t>
      </w:r>
    </w:p>
    <w:p>
      <w:r>
        <w:t>"What? It will drive all Bnei Brak and the whole world crazy"</w:t>
      </w:r>
    </w:p>
    <w:p>
      <w:r>
        <w:t>[What? Such a small thing]</w:t>
      </w:r>
    </w:p>
    <w:p>
      <w:r>
        <w:t>First, first it will drive Bnei Brak crazy, the Bnei Brak, Bnei Brak, afterward the whole world</w:t>
      </w:r>
    </w:p>
    <w:p>
      <w:r>
        <w:t>You, you ask what is {already\fear}?</w:t>
      </w:r>
    </w:p>
    <w:p>
      <w:r>
        <w:t>[Yes]</w:t>
      </w:r>
    </w:p>
    <w:p>
      <w:r>
        <w:t>"It will drive all Bnei Brak and the whole world crazy"</w:t>
      </w:r>
    </w:p>
    <w:p>
      <w:r>
        <w:t>Nu, I said to him: "I do not remember where I gave it"</w:t>
      </w:r>
    </w:p>
    <w:p>
      <w:r>
        <w:t>Then he said: "You do not remember? I have many soldiers, they will search, they will search and they will search, until they find it"</w:t>
      </w:r>
    </w:p>
    <w:p>
      <w:r>
        <w:t>Then I remembered, I had great fear, I remembered that you were there at the beginning of the night and asked me</w:t>
      </w:r>
    </w:p>
    <w:p>
      <w:r>
        <w:t>You want to strengthen yourself and rejoice, so that I should give you for this night</w:t>
      </w:r>
    </w:p>
    <w:p>
      <w:r>
        <w:t>[Yes]</w:t>
      </w:r>
    </w:p>
    <w:p>
      <w:r>
        <w:t>The Petek, I gave it to him, I gave it to you, I said, now I heard that they want the Petek</w:t>
      </w:r>
    </w:p>
    <w:p>
      <w:r>
        <w:t>Because it will drive all, all Bnei Brak and the whole world crazy</w:t>
      </w:r>
    </w:p>
    <w:p>
      <w:r>
        <w:t>[Let them search]</w:t>
      </w:r>
    </w:p>
    <w:p>
      <w:r>
        <w:t>{Yes}</w:t>
      </w:r>
    </w:p>
    <w:p>
      <w:r>
        <w:t>"I have enough soldiers, they will search and they will search, until they find it"</w:t>
      </w:r>
    </w:p>
    <w:p>
      <w:r>
        <w:t>I had great fear, perhaps {they will be}, perhaps they will find it?</w:t>
      </w:r>
    </w:p>
    <w:p>
      <w:r>
        <w:t>[Yes]</w:t>
      </w:r>
    </w:p>
    <w:p>
      <w:r>
        <w:t>I remembered that you were by me at the beginning of the night and asked me to give you, to you</w:t>
      </w:r>
    </w:p>
    <w:p>
      <w:r>
        <w:t>To give you in order to gladden yourself, ah, to give, to give you the Petek</w:t>
      </w:r>
    </w:p>
    <w:p>
      <w:r>
        <w:t>Ahh.. nu, they will search, they will search, they can {search it}</w:t>
      </w:r>
    </w:p>
    <w:p>
      <w:r>
        <w:t>I was already in an old-age home</w:t>
      </w:r>
    </w:p>
    <w:p>
      <w:r>
        <w:t>[Yes]</w:t>
      </w:r>
    </w:p>
    <w:p>
      <w:r>
        <w:t>I said to the officer: "Why are you so afraid of the Petek?"</w:t>
      </w:r>
    </w:p>
    <w:p>
      <w:r>
        <w:t>[Yes]</w:t>
      </w:r>
    </w:p>
    <w:p>
      <w:r>
        <w:t>"What?.."</w:t>
      </w:r>
    </w:p>
    <w:p>
      <w:r>
        <w:t>[What, you do not know]</w:t>
      </w:r>
    </w:p>
    <w:p>
      <w:r>
        <w:t>"I am telling you, it will drive all Bnei Brak and the whole world crazy"</w:t>
      </w:r>
    </w:p>
    <w:p>
      <w:r>
        <w:t>Nu, I said to him: "I do not remember where I gave it",</w:t>
      </w:r>
    </w:p>
    <w:p>
      <w:r>
        <w:t>Then he said to me: "You do not remember?.."</w:t>
      </w:r>
    </w:p>
    <w:p>
      <w:r>
        <w:t>[Yes]</w:t>
      </w:r>
    </w:p>
    <w:p>
      <w:r>
        <w:t>"I have many soldiers, they will search and they will search, until they find it"</w:t>
      </w:r>
    </w:p>
    <w:p>
      <w:r>
        <w:t>You, they did not know, did not, did not know of you at all, so I was certain that they would not, that they would not search by you</w:t>
      </w:r>
    </w:p>
    <w:p>
      <w:r>
        <w:t>[Yes]</w:t>
      </w:r>
    </w:p>
    <w:p>
      <w:r>
        <w:t>[………….]</w:t>
      </w:r>
    </w:p>
    <w:p>
      <w:r>
        <w:t>[………….]</w:t>
      </w:r>
    </w:p>
    <w:p>
      <w:r>
        <w:t>"What? You ask what, what is with the Petek? What, what can it do?</w:t>
      </w:r>
    </w:p>
    <w:p>
      <w:r>
        <w:t>It will drive all Bnei Brak and the whole world crazy"</w:t>
      </w:r>
    </w:p>
    <w:p>
      <w:r>
        <w:t>[I spoke, this one who is working …. water on me, and I am speaking..:</w:t>
      </w:r>
    </w:p>
    <w:p>
      <w:r>
        <w:t>“{..}, I have to hang up, I am all water, I am drowning”</w:t>
      </w:r>
    </w:p>
    <w:p>
      <w:r>
        <w:t>You see, no, I could not speak, in short, what bits]</w:t>
      </w:r>
    </w:p>
    <w:p>
      <w:r>
        <w:t>[Give me the telephone number, I will call him, do you want?]</w:t>
      </w:r>
    </w:p>
    <w:p>
      <w:r>
        <w:t>[No, no, I stammered the telephone number here to him, and I said to him:</w:t>
      </w:r>
    </w:p>
    <w:p>
      <w:r>
        <w:t>"I am all water, I have to flee"</w:t>
      </w:r>
    </w:p>
    <w:p>
      <w:r>
        <w:t>He did not understand, you understand, I—until I catch him</w:t>
      </w:r>
    </w:p>
    <w:p>
      <w:r>
        <w:t>"Hello, who is this, Ilan?”</w:t>
      </w:r>
    </w:p>
    <w:p>
      <w:r>
        <w:t>I shout to him: "Mordechai, I have to hang up.. how.. what to think]</w:t>
      </w:r>
    </w:p>
    <w:p>
      <w:r>
        <w:t>[But the thing paid off, what do you want?]</w:t>
      </w:r>
    </w:p>
    <w:p>
      <w:r>
        <w:t>[Yes, you know what, no, one sees it tangibly</w:t>
      </w:r>
    </w:p>
    <w:p>
      <w:r>
        <w:t>More than this, what, see what he did to me..</w:t>
      </w:r>
    </w:p>
    <w:p>
      <w:r>
        <w:t>How he answered me, how he answered me: “Hello, shalom..”]</w:t>
      </w:r>
    </w:p>
    <w:p>
      <w:r>
        <w:t>I asked him: "What are you afraid {..}..</w:t>
      </w:r>
    </w:p>
    <w:p>
      <w:r>
        <w:t>[Yes, yes]</w:t>
      </w:r>
    </w:p>
    <w:p>
      <w:r>
        <w:t>"Of the Petek?"</w:t>
      </w:r>
    </w:p>
    <w:p>
      <w:r>
        <w:t>[Yes]</w:t>
      </w:r>
    </w:p>
    <w:p>
      <w:r>
        <w:t>Then he: "What are you saying?.."</w:t>
      </w:r>
    </w:p>
    <w:p>
      <w:r>
        <w:t>[Ah]</w:t>
      </w:r>
    </w:p>
    <w:p>
      <w:r>
        <w:t>"It will drive all Bnei Brak and the whole world crazy"</w:t>
      </w:r>
    </w:p>
    <w:p>
      <w:r>
        <w:t>Then they {came}, officers, many officers</w:t>
      </w:r>
    </w:p>
    <w:p>
      <w:r>
        <w:t>[Yes]</w:t>
      </w:r>
    </w:p>
    <w:p>
      <w:r>
        <w:t>With many soldiers to search for the Petek</w:t>
      </w:r>
    </w:p>
    <w:p>
      <w:r>
        <w:t>[… the telephone of …. by the post office, I want ….. there are three telephones there]</w:t>
      </w:r>
    </w:p>
    <w:p>
      <w:r>
        <w:t>[I gave him your telephone number, he said he would call, see what this is, all water]</w:t>
      </w:r>
    </w:p>
    <w:p>
      <w:r>
        <w:t>[What? He actually sprayed water on you?]</w:t>
      </w:r>
    </w:p>
    <w:p>
      <w:r>
        <w:t>[No, he..]</w:t>
      </w:r>
    </w:p>
    <w:p>
      <w:r>
        <w:t>But I was strong, I was sure that they would not, that they would not find it</w:t>
      </w:r>
    </w:p>
    <w:p>
      <w:r>
        <w:t>[Yes]</w:t>
      </w:r>
    </w:p>
    <w:p>
      <w:r>
        <w:t>It is with Avraham Nassan, the Petek is with Avraham Nassan</w:t>
      </w:r>
    </w:p>
    <w:p>
      <w:r>
        <w:t>[Yes]</w:t>
      </w:r>
    </w:p>
    <w:p>
      <w:r>
        <w:t>And the officer does not know</w:t>
      </w:r>
    </w:p>
    <w:p>
      <w:r>
        <w:t>[Yes]</w:t>
      </w:r>
    </w:p>
    <w:p>
      <w:r>
        <w:t>I asked him: "What are you so afraid of about the Petek?"</w:t>
      </w:r>
    </w:p>
    <w:p>
      <w:r>
        <w:t>[Yes, yes, "What, don't you know?”]</w:t>
      </w:r>
    </w:p>
    <w:p>
      <w:r>
        <w:t>"What {to do\you}? It will drive all of Bnei Brak and the whole world mad"</w:t>
      </w:r>
    </w:p>
    <w:p>
      <w:r>
        <w:t>[The whole world]</w:t>
      </w:r>
    </w:p>
    <w:p>
      <w:r>
        <w:t>Yes, {…}</w:t>
      </w:r>
    </w:p>
    <w:p>
      <w:r>
        <w:t>Ahh</w:t>
      </w:r>
    </w:p>
    <w:p>
      <w:r>
        <w:t>[…..]…</w:t>
      </w:r>
    </w:p>
    <w:p>
      <w:r>
        <w:t>...{...}, that they should search and not find it, {it will be} with Avraham Nassan</w:t>
      </w:r>
    </w:p>
    <w:p>
      <w:r>
        <w:t>[But, but you forgot]</w:t>
      </w:r>
    </w:p>
    <w:p>
      <w:r>
        <w:t>{..}</w:t>
      </w:r>
    </w:p>
    <w:p>
      <w:r>
        <w:t>["Tonight, tonight Rebbe Nassan, Rebbe Nassan was in Breslov, tonight Rebbe Nassan was in Breslov”] Nu, yo?</w:t>
      </w:r>
    </w:p>
    <w:p>
      <w:r>
        <w:t>["You don't know, you never heard such a thing? Rebbe Nassan was in Breslov”]</w:t>
      </w:r>
    </w:p>
    <w:p>
      <w:r>
        <w:t>Then I said to him {to the wealthy man}</w:t>
      </w:r>
    </w:p>
    <w:p>
      <w:r>
        <w:t>[Yes, I promise you]</w:t>
      </w:r>
    </w:p>
    <w:p>
      <w:r>
        <w:t>"I promise you.."</w:t>
      </w:r>
    </w:p>
    <w:p>
      <w:r>
        <w:t>[Yes]</w:t>
      </w:r>
    </w:p>
    <w:p>
      <w:r>
        <w:t>"As long as I am alive, he will not be in Breslov"</w:t>
      </w:r>
    </w:p>
    <w:p>
      <w:r>
        <w:t>["He will not be in Breslov”]</w:t>
      </w:r>
    </w:p>
    <w:p>
      <w:r>
        <w:t>He did not live through the night, he, he died that night</w:t>
      </w:r>
    </w:p>
    <w:p>
      <w:r>
        <w:t>[..]</w:t>
      </w:r>
    </w:p>
    <w:p>
      <w:r>
        <w:t>There was a funeral</w:t>
      </w:r>
    </w:p>
    <w:p>
      <w:r>
        <w:t>[There was a funeral]</w:t>
      </w:r>
    </w:p>
    <w:p>
      <w:r>
        <w:t>This night</w:t>
      </w:r>
    </w:p>
    <w:p>
      <w:r>
        <w:t>[Yes, he said, he said: "As long as I am alive, he will not be Rebbe Nassan”]</w:t>
      </w:r>
    </w:p>
    <w:p>
      <w:r>
        <w:t>Yes</w:t>
      </w:r>
    </w:p>
    <w:p>
      <w:r>
        <w:t>[Yes]</w:t>
      </w:r>
    </w:p>
    <w:p>
      <w:r>
        <w:t>"I promise you</w:t>
      </w:r>
    </w:p>
    <w:p>
      <w:r>
        <w:t>[Yes, yes]</w:t>
      </w:r>
    </w:p>
    <w:p>
      <w:r>
        <w:t>As long as I am alive.."</w:t>
      </w:r>
    </w:p>
    <w:p>
      <w:r>
        <w:t>[Yes]</w:t>
      </w:r>
    </w:p>
    <w:p>
      <w:r>
        <w:t>"He will not be in Breslov"</w:t>
      </w:r>
    </w:p>
    <w:p>
      <w:r>
        <w:t>["He will not be in Breslov”]</w:t>
      </w:r>
    </w:p>
    <w:p>
      <w:r>
        <w:t>"I promise you, as long as I am alive, he will not be in Breslov," he died tonight</w:t>
      </w:r>
    </w:p>
    <w:p>
      <w:r>
        <w:t>[They had, they had great fear, they were afraid that..]</w:t>
      </w:r>
    </w:p>
    <w:p>
      <w:r>
        <w:t>Yes</w:t>
      </w:r>
    </w:p>
    <w:p>
      <w:r>
        <w:t>[They would throw Rebbe Nassan]</w:t>
      </w:r>
    </w:p>
    <w:p>
      <w:r>
        <w:t>Yes, yes</w:t>
      </w:r>
    </w:p>
    <w:p>
      <w:r>
        <w:t>[Out of Breslov]</w:t>
      </w:r>
    </w:p>
    <w:p>
      <w:r>
        <w:t>Yes</w:t>
      </w:r>
    </w:p>
    <w:p>
      <w:r>
        <w:t>[Yes]</w:t>
      </w:r>
    </w:p>
    <w:p>
      <w:r>
        <w:t>Then they said to the wealthy man: "He was, tonight Rebbe Nassan was in Breslov"</w:t>
      </w:r>
    </w:p>
    <w:p>
      <w:r>
        <w:t>[Yes]</w:t>
      </w:r>
    </w:p>
    <w:p>
      <w:r>
        <w:t>He said: "Do not worry at all.."</w:t>
      </w:r>
    </w:p>
    <w:p>
      <w:r>
        <w:t>[Yes]</w:t>
      </w:r>
    </w:p>
    <w:p>
      <w:r>
        <w:t>"As long as, I promise you.."</w:t>
      </w:r>
    </w:p>
    <w:p>
      <w:r>
        <w:t>[Yes]</w:t>
      </w:r>
    </w:p>
    <w:p>
      <w:r>
        <w:t>"As long as I am alive, he will not be in Breslov"</w:t>
      </w:r>
    </w:p>
    <w:p>
      <w:r>
        <w:t>[……….]…</w:t>
      </w:r>
    </w:p>
    <w:p>
      <w:r>
        <w:t>..."Do not worry at all, I promise you, as long as I am alive, he will not be in Breslov"</w:t>
      </w:r>
    </w:p>
    <w:p>
      <w:r>
        <w:t>He died...</w:t>
      </w:r>
    </w:p>
    <w:p>
      <w:r>
        <w:t>…[ he did not spray water on you]</w:t>
      </w:r>
    </w:p>
    <w:p>
      <w:r>
        <w:t>[What?]</w:t>
      </w:r>
    </w:p>
    <w:p>
      <w:r>
        <w:t>[…. did not spray water on you, when you spoke with him..]</w:t>
      </w:r>
    </w:p>
    <w:p>
      <w:r>
        <w:t>[...]...</w:t>
      </w:r>
    </w:p>
    <w:p>
      <w:r>
        <w:t>[Of plastic, an identity card, it is called: "A new identity card"</w:t>
      </w:r>
    </w:p>
    <w:p>
      <w:r>
        <w:t>The name of it, the name of it: "A new identity card," that is the name of it</w:t>
      </w:r>
    </w:p>
    <w:p>
      <w:r>
        <w:t>"A Petek, a Petek from Rabbainu," whoever wants "a new identity card," has "Na Na ch"</w:t>
      </w:r>
    </w:p>
    <w:p>
      <w:r>
        <w:t>Everyone, all the friends very, very, were very impressed by it]</w:t>
      </w:r>
    </w:p>
    <w:p>
      <w:r>
        <w:t>Yes</w:t>
      </w:r>
    </w:p>
    <w:p>
      <w:r>
        <w:t>[They said that it came out very beautiful, yes, all the friends, they saw it, it came out very beautiful..</w:t>
      </w:r>
    </w:p>
    <w:p>
      <w:r>
        <w:t>A Petek, the size of an identity card, there is "a new identity card”, "Na..”</w:t>
      </w:r>
    </w:p>
    <w:p>
      <w:r>
        <w:t>{Yes}</w:t>
      </w:r>
    </w:p>
    <w:p>
      <w:r>
        <w:t>["Na ch Na cham Na chman meUman".., do you want "a new identity card"? We will give you</w:t>
      </w:r>
    </w:p>
    <w:p>
      <w:r>
        <w:t>They can take one by Rebbe Yisroel Ber, there is a Petek the size of an identity card</w:t>
      </w:r>
    </w:p>
    <w:p>
      <w:r>
        <w:t>There is a Petek, there is nothing to worry about, whoever wants an identity card, there is..]…</w:t>
      </w:r>
    </w:p>
    <w:p>
      <w:pPr>
        <w:pStyle w:val="Heading2"/>
      </w:pPr>
      <w:r>
        <w:t>Side B (Bais)</w:t>
      </w:r>
    </w:p>
    <w:p>
      <w:r>
        <w:t>...{..}</w:t>
      </w:r>
    </w:p>
    <w:p>
      <w:r>
        <w:t>["Na Na Nach" stickers]</w:t>
      </w:r>
    </w:p>
    <w:p>
      <w:r>
        <w:t>Yes</w:t>
      </w:r>
    </w:p>
    <w:p>
      <w:r>
        <w:t>[Yes, people see, here in Bnei Brak I saw several buses, they have stickers]</w:t>
      </w:r>
    </w:p>
    <w:p>
      <w:r>
        <w:t>What is there?</w:t>
      </w:r>
    </w:p>
    <w:p>
      <w:r>
        <w:t>[No, of religious people, 'Egged,' not 'Egged,' everyone takes them, they want to have protection</w:t>
      </w:r>
    </w:p>
    <w:p>
      <w:r>
        <w:t>There was a great miracle with the sticker, there was one of the friends, the Arabs threw a Molotov cocktail at his car</w:t>
      </w:r>
    </w:p>
    <w:p>
      <w:r>
        <w:t>And nothing happened, the bottle stood like this and did not explode, yes, stood at attention, did not explode</w:t>
      </w:r>
    </w:p>
    <w:p>
      <w:r>
        <w:t>And in Beitar there was a great miracle, an Arab threw a Molotov cocktail, he had a sticker on the car</w:t>
      </w:r>
    </w:p>
    <w:p>
      <w:r>
        <w:t>The Molotov cocktail stands, does not explode, did not explode, everyone saw the wondrous miracle]</w:t>
      </w:r>
    </w:p>
    <w:p>
      <w:r>
        <w:t>Yes</w:t>
      </w:r>
    </w:p>
    <w:p>
      <w:r>
        <w:t>[Arabs threw a Molotov cocktail at a car, and it did not explode</w:t>
      </w:r>
    </w:p>
    <w:p>
      <w:r>
        <w:t>He had a sticker inside the car, and the Molotov cocktail fell on the car and stood upright, did not explode]</w:t>
      </w:r>
    </w:p>
    <w:p>
      <w:r>
        <w:t>[...the new note]</w:t>
      </w:r>
    </w:p>
    <w:p>
      <w:r>
        <w:t>[Yes.., have you heard this already? No?]</w:t>
      </w:r>
    </w:p>
    <w:p>
      <w:r>
        <w:t>[…..]</w:t>
      </w:r>
    </w:p>
    <w:p>
      <w:r>
        <w:t>[Yes, yes, eh?]</w:t>
      </w:r>
    </w:p>
    <w:p>
      <w:r>
        <w:t>[Moshe ….]</w:t>
      </w:r>
    </w:p>
    <w:p>
      <w:r>
        <w:t>[Who?]</w:t>
      </w:r>
    </w:p>
    <w:p>
      <w:r>
        <w:t>[.. the new note]</w:t>
      </w:r>
    </w:p>
    <w:p>
      <w:r>
        <w:t>[Moshe.. no]</w:t>
      </w:r>
    </w:p>
    <w:p>
      <w:r>
        <w:t>[Abba...]</w:t>
      </w:r>
    </w:p>
    <w:p>
      <w:r>
        <w:t>[But this is a great innovation, a new identity card—this never existed yet]</w:t>
      </w:r>
    </w:p>
    <w:p>
      <w:r>
        <w:t>[..the new note..]</w:t>
      </w:r>
    </w:p>
    <w:p>
      <w:r>
        <w:t>[All the friends are very happy..]</w:t>
      </w:r>
    </w:p>
    <w:p>
      <w:r>
        <w:t>[Abba]</w:t>
      </w:r>
    </w:p>
    <w:p>
      <w:r>
        <w:t>[We have a new identity card]</w:t>
      </w:r>
    </w:p>
    <w:p>
      <w:r>
        <w:t>{Yes}</w:t>
      </w:r>
    </w:p>
    <w:p>
      <w:r>
        <w:t>[The size of the note, an identity card, there is..]</w:t>
      </w:r>
    </w:p>
    <w:p>
      <w:r>
        <w:t>[Abba]</w:t>
      </w:r>
    </w:p>
    <w:p>
      <w:r>
        <w:t>[Very happy]</w:t>
      </w:r>
    </w:p>
    <w:p>
      <w:r>
        <w:t>[Abba, because the note..]</w:t>
      </w:r>
    </w:p>
    <w:p>
      <w:r>
        <w:t>[Yes, sing to him, sing to him "Na Na Nach," nu, sing to him, nu]</w:t>
      </w:r>
    </w:p>
    <w:p>
      <w:r>
        <w:t>["Na-cham.."]</w:t>
      </w:r>
    </w:p>
    <w:p>
      <w:r>
        <w:t>[Out loud, nu]</w:t>
      </w:r>
    </w:p>
    <w:p>
      <w:r>
        <w:t>["Na Nach.."]</w:t>
      </w:r>
    </w:p>
    <w:p>
      <w:r>
        <w:t>["..man MeUman," out loud, nu]</w:t>
      </w:r>
    </w:p>
    <w:p>
      <w:r>
        <w:t>["Na Na Nach.."]…</w:t>
      </w:r>
    </w:p>
    <w:p>
      <w:r>
        <w:t>…"..MeUman"</w:t>
      </w:r>
    </w:p>
    <w:p>
      <w:r>
        <w:t>[But I have not seen it yet]</w:t>
      </w:r>
    </w:p>
    <w:p>
      <w:r>
        <w:t>[An identity card, I also have not seen it, I only, only heard that…]…</w:t>
      </w:r>
    </w:p>
    <w:p>
      <w:r>
        <w:t>...[..note, you can send all the friends to come to Meron, there are in Meron"</w:t>
      </w:r>
    </w:p>
    <w:p>
      <w:r>
        <w:t>Tell them there is in Meron a "new identity card," whoever wants to take one, from Meron</w:t>
      </w:r>
    </w:p>
    <w:p>
      <w:r>
        <w:t>{…}.., there they sell a "new identity card,” a note]</w:t>
      </w:r>
    </w:p>
    <w:p>
      <w:r>
        <w:t>[..]…</w:t>
      </w:r>
    </w:p>
    <w:p>
      <w:r>
        <w:t>... all the great ones waited</w:t>
      </w:r>
    </w:p>
    <w:p>
      <w:r>
        <w:t>[Do you know this story?]</w:t>
      </w:r>
    </w:p>
    <w:p>
      <w:r>
        <w:t>And each time they asked Feigele, what does she say now?</w:t>
      </w:r>
    </w:p>
    <w:p>
      <w:r>
        <w:t>So she said: "To wait,” so they waited…</w:t>
      </w:r>
    </w:p>
    <w:p>
      <w:r>
        <w:t>...yes</w:t>
      </w:r>
    </w:p>
    <w:p>
      <w:r>
        <w:t>[She was..]</w:t>
      </w:r>
    </w:p>
    <w:p>
      <w:r>
        <w:t>She did not, did not, did not.. {the difficulty} was, if she had been someone else, she would have told the doctors to perform an operation, but she did not, she said: "To wait,” they waited, if Feigele says to wait, then they waited...</w:t>
      </w:r>
    </w:p>
    <w:p>
      <w:r>
        <w:t>...{without more..}, so we danced, and thank God Tzipporah is here</w:t>
      </w:r>
    </w:p>
    <w:p>
      <w:r>
        <w:t>[What do you mean?]</w:t>
      </w:r>
    </w:p>
    <w:p>
      <w:r>
        <w:t>The midwife Feigele, she said to the doctor, to all the great doctors, "To wait," so they waited</w:t>
      </w:r>
    </w:p>
    <w:p>
      <w:r>
        <w:t>Until she came out without, without an operation</w:t>
      </w:r>
    </w:p>
    <w:p>
      <w:r>
        <w:t>[Who is the midwife?]</w:t>
      </w:r>
    </w:p>
    <w:p>
      <w:r>
        <w:t>Eh?</w:t>
      </w:r>
    </w:p>
    <w:p>
      <w:r>
        <w:t>[Who, who is the midwife? Who is the midwife?]</w:t>
      </w:r>
    </w:p>
    <w:p>
      <w:r>
        <w:t>Feigele</w:t>
      </w:r>
    </w:p>
    <w:p>
      <w:r>
        <w:t>[Is that your daughter? Or..]</w:t>
      </w:r>
    </w:p>
    <w:p>
      <w:r>
        <w:t>No</w:t>
      </w:r>
    </w:p>
    <w:p>
      <w:r>
        <w:t>[Ah, another Feigele]</w:t>
      </w:r>
    </w:p>
    <w:p>
      <w:r>
        <w:t>Another one, certainly</w:t>
      </w:r>
    </w:p>
    <w:p>
      <w:r>
        <w:t>[Ah, she was in the hospital?]</w:t>
      </w:r>
    </w:p>
    <w:p>
      <w:r>
        <w:t>{And the son}, no, at home</w:t>
      </w:r>
    </w:p>
    <w:p>
      <w:r>
        <w:t>[Ah]</w:t>
      </w:r>
    </w:p>
    <w:p>
      <w:r>
        <w:t>But the doctors came with all the implements, with all their tools</w:t>
      </w:r>
    </w:p>
    <w:p>
      <w:r>
        <w:t>[Yes]</w:t>
      </w:r>
    </w:p>
    <w:p>
      <w:r>
        <w:t>Yes, and Feigele was already at home and she said: "To wait, to wait, to wait”</w:t>
      </w:r>
    </w:p>
    <w:p>
      <w:r>
        <w:t>So they waited, until she came out without an operation</w:t>
      </w:r>
    </w:p>
    <w:p>
      <w:r>
        <w:t>[And when did you dance? When, when did you dance?]</w:t>
      </w:r>
    </w:p>
    <w:p>
      <w:r>
        <w:t>Eh?</w:t>
      </w:r>
    </w:p>
    <w:p>
      <w:r>
        <w:t>[You said that you danced with Rav Shlomo]</w:t>
      </w:r>
    </w:p>
    <w:p>
      <w:r>
        <w:t>In the synagogue, the synagogue was very close to my house</w:t>
      </w:r>
    </w:p>
    <w:p>
      <w:r>
        <w:t>[Ah, ah]</w:t>
      </w:r>
    </w:p>
    <w:p>
      <w:r>
        <w:t>We danced, and she, and she came out</w:t>
      </w:r>
    </w:p>
    <w:p>
      <w:r>
        <w:t>[Who came out?]</w:t>
      </w:r>
    </w:p>
    <w:p>
      <w:r>
        <w:t>Without an operation</w:t>
      </w:r>
    </w:p>
    <w:p>
      <w:r>
        <w:t>[Who was it?]</w:t>
      </w:r>
    </w:p>
    <w:p>
      <w:r>
        <w:t>They were already holding the implements in their hands, yes, to perform the operation</w:t>
      </w:r>
    </w:p>
    <w:p>
      <w:r>
        <w:t>But Feigele told them, the doctors, "To wait,” no, they did not do anything, but they waited</w:t>
      </w:r>
    </w:p>
    <w:p>
      <w:r>
        <w:t>[And who was born then?]</w:t>
      </w:r>
    </w:p>
    <w:p>
      <w:r>
        <w:t>Tzipporah</w:t>
      </w:r>
    </w:p>
    <w:p>
      <w:r>
        <w:t>[Tzipporah, your daughter?]</w:t>
      </w:r>
    </w:p>
    <w:p>
      <w:r>
        <w:t>Yes</w:t>
      </w:r>
    </w:p>
    <w:p>
      <w:r>
        <w:t>[Named after Feigele]</w:t>
      </w:r>
    </w:p>
    <w:p>
      <w:r>
        <w:t>Yes</w:t>
      </w:r>
    </w:p>
    <w:p>
      <w:r>
        <w:t>Feigele told the greatest doctors in Yerushalayim, she said: "To wait”</w:t>
      </w:r>
    </w:p>
    <w:p>
      <w:r>
        <w:t>So they waited, and Tzipporah was born</w:t>
      </w:r>
    </w:p>
    <w:p>
      <w:r>
        <w:t>[Did you give her the name Tzipporah after the midwife?]</w:t>
      </w:r>
    </w:p>
    <w:p>
      <w:r>
        <w:t>Yes, it was the same name, the midwife was Feigele, this is Tzipporah</w:t>
      </w:r>
    </w:p>
    <w:p>
      <w:r>
        <w:t>And Tzipporah.. Feigele, she was the midwife</w:t>
      </w:r>
    </w:p>
    <w:p>
      <w:r>
        <w:t>And they, and she told the greatest doctors in Yerushalayim, "To wait,” so they waited</w:t>
      </w:r>
    </w:p>
    <w:p>
      <w:r>
        <w:t>Afterward the doctors asked her: "Feigele, what do you say now?"</w:t>
      </w:r>
    </w:p>
    <w:p>
      <w:r>
        <w:t>She said: "To wait"</w:t>
      </w:r>
    </w:p>
    <w:p>
      <w:r>
        <w:t>[Was this in Mea Shearim?]</w:t>
      </w:r>
    </w:p>
    <w:p>
      <w:r>
        <w:t>In the Old City</w:t>
      </w:r>
    </w:p>
    <w:p>
      <w:r>
        <w:t>[Yes, in the Old City, yes]</w:t>
      </w:r>
    </w:p>
    <w:p>
      <w:r>
        <w:t>Near the Western Wall</w:t>
      </w:r>
    </w:p>
    <w:p>
      <w:r>
        <w:t>[Was it in "Batei Machaseh"?]</w:t>
      </w:r>
    </w:p>
    <w:p>
      <w:r>
        <w:t>Eh?</w:t>
      </w:r>
    </w:p>
    <w:p>
      <w:r>
        <w:t>[In "Batei Machaseh"? In "Batei Machaseh"? In "Batei Machaseh"?]</w:t>
      </w:r>
    </w:p>
    <w:p>
      <w:r>
        <w:t>What is waiting?</w:t>
      </w:r>
    </w:p>
    <w:p>
      <w:r>
        <w:t>[There is, there is, in the Old City there is "Batei Machaseh," where he lived..]</w:t>
      </w:r>
    </w:p>
    <w:p>
      <w:r>
        <w:t>Ah, near "Batei Machaseh"</w:t>
      </w:r>
    </w:p>
    <w:p>
      <w:r>
        <w:t>[Near, near..]</w:t>
      </w:r>
    </w:p>
    <w:p>
      <w:r>
        <w:t>Yes</w:t>
      </w:r>
    </w:p>
    <w:p>
      <w:r>
        <w:t>[Because Rav Shlomo lived there]</w:t>
      </w:r>
    </w:p>
    <w:p>
      <w:r>
        <w:t>Yes</w:t>
      </w:r>
    </w:p>
    <w:p>
      <w:r>
        <w:t>[Rav Shlomo Wexler]</w:t>
      </w:r>
    </w:p>
    <w:p>
      <w:r>
        <w:t>And the doctors said that it was impossible without an operation, impossible in any way without an operation</w:t>
      </w:r>
    </w:p>
    <w:p>
      <w:r>
        <w:t>And they asked Feigele: "What do you say now?"</w:t>
      </w:r>
    </w:p>
    <w:p>
      <w:r>
        <w:t>So she said: "To wait"</w:t>
      </w:r>
    </w:p>
    <w:p>
      <w:r>
        <w:t>They waited , and it began, she began to co.., to come out by a miracle, with great miracles</w:t>
      </w:r>
    </w:p>
    <w:p>
      <w:r>
        <w:t>[And you danced in order to sweeten?]</w:t>
      </w:r>
    </w:p>
    <w:p>
      <w:r>
        <w:t>Yes</w:t>
      </w:r>
    </w:p>
    <w:p>
      <w:r>
        <w:t>[With Rav Shlomo Wexler?]</w:t>
      </w:r>
    </w:p>
    <w:p>
      <w:r>
        <w:t>We did, Rav Shlomo and I and others danced in order that it should come out</w:t>
      </w:r>
    </w:p>
    <w:p>
      <w:r>
        <w:t>And my dancing sweetened the judgments so that it would open, that it would come out, that this would come out</w:t>
      </w:r>
    </w:p>
    <w:p>
      <w:r>
        <w:t>I was in the house, I heard, I saw how the doctors ask of.., to "Feigele:</w:t>
      </w:r>
    </w:p>
    <w:p>
      <w:r>
        <w:t>What do you say now?"</w:t>
      </w:r>
    </w:p>
    <w:p>
      <w:r>
        <w:t>She said: "To wait," {oh, this ….}…</w:t>
      </w:r>
    </w:p>
    <w:p>
      <w:r>
        <w:t>…[Like this]</w:t>
      </w:r>
    </w:p>
    <w:p>
      <w:r>
        <w:t>Where is he?</w:t>
      </w:r>
    </w:p>
    <w:p>
      <w:r>
        <w:t>[Listen, listen, where.. it is plastic, it is plastic, this that can be heard, this]</w:t>
      </w:r>
    </w:p>
    <w:p>
      <w:r>
        <w:t>Where did he go?</w:t>
      </w:r>
    </w:p>
    <w:p>
      <w:r>
        <w:t>[Here, beautiful, beautiful]</w:t>
      </w:r>
    </w:p>
    <w:p>
      <w:r>
        <w:t>Fine, fine</w:t>
      </w:r>
    </w:p>
    <w:p>
      <w:r>
        <w:t>[Be healthy, Saba]</w:t>
      </w:r>
    </w:p>
    <w:p>
      <w:r>
        <w:t>Eh?…</w:t>
      </w:r>
    </w:p>
    <w:p>
      <w:r>
        <w:t>...[Saba, may God protect you, in the merit of "Na Na Nach Nachma Nachman MeUman"]…</w:t>
      </w:r>
    </w:p>
    <w:p>
      <w:r>
        <w:t>...["..It is hard for me to descend to you to.., to descend to you, my precious student, to tell you that I enjoyed very much</w:t>
      </w:r>
    </w:p>
    <w:p>
      <w:r>
        <w:t>Your service, and about you I said: My little fire will burn until the Messiah comes</w:t>
      </w:r>
    </w:p>
    <w:p>
      <w:r>
        <w:t>Be strong and courageous in your service, Na Na Nach Nachma Nachman MeUman, and with this I will reveal to you a secret, and it is</w:t>
      </w:r>
    </w:p>
    <w:p>
      <w:r>
        <w:t>Full and heaped from line to line, Patzpatzyah, and through strengthening the service you will understand it, and the sign: the seventeenth of Tammuz, they will say that you are not fasting"</w:t>
      </w:r>
    </w:p>
    <w:p>
      <w:r>
        <w:t>"Na Na Nach Nachma Nachman MeUman"</w:t>
      </w:r>
    </w:p>
    <w:p>
      <w:r>
        <w:t>May you have length of days and years, and may you merit to live until the coming of our righteous Messiah</w:t>
      </w:r>
    </w:p>
    <w:p>
      <w:r>
        <w:t>And forever, and forever, and forever, and forever]</w:t>
      </w:r>
    </w:p>
    <w:p>
      <w:r>
        <w:t>[The friends sing:</w:t>
      </w:r>
    </w:p>
    <w:p>
      <w:r>
        <w:t>"Fortunate are we, how good is our portion, that we merited to draw close to Rabbainu</w:t>
      </w:r>
    </w:p>
    <w:p>
      <w:r>
        <w:t>Rosh Hashanah with Rabbainu.."</w:t>
      </w:r>
    </w:p>
    <w:p>
      <w:r>
        <w:t>Afterward they sing:</w:t>
      </w:r>
    </w:p>
    <w:p>
      <w:r>
        <w:t>"Na Na Nach Nachma Nachman MeUman.."]</w:t>
      </w:r>
    </w:p>
    <w:p>
      <w:r>
        <w:t>[………………..]</w:t>
      </w:r>
    </w:p>
    <w:p>
      <w:r>
        <w:t>[………………..]</w:t>
      </w:r>
    </w:p>
    <w:p>
      <w:r>
        <w:t>[Also the second one, now we put in…. so that it will be ….]</w:t>
      </w:r>
    </w:p>
    <w:p>
      <w:r>
        <w:t>[Why, what happened with the second? The second, how long?..]</w:t>
      </w:r>
    </w:p>
    <w:p>
      <w:r>
        <w:t>[No, it stood for a long time..]</w:t>
      </w:r>
    </w:p>
    <w:p>
      <w:r>
        <w:t>[Ah..]</w:t>
      </w:r>
    </w:p>
    <w:p>
      <w:r>
        <w:t>[They make a new one and..]</w:t>
      </w:r>
    </w:p>
    <w:p>
      <w:r>
        <w:t>[Yes, all right, all right..]</w:t>
      </w:r>
    </w:p>
    <w:p>
      <w:r>
        <w:t>[……..]</w:t>
      </w:r>
    </w:p>
    <w:p>
      <w:r>
        <w:t>[But Uri, you know, he..]</w:t>
      </w:r>
    </w:p>
    <w:p>
      <w:r>
        <w:t>[Yes?]</w:t>
      </w:r>
    </w:p>
    <w:p>
      <w:r>
        <w:t>[Uri will not leave under any circumstances]</w:t>
      </w:r>
    </w:p>
    <w:p>
      <w:r>
        <w:t>[I am not leaving Uri]</w:t>
      </w:r>
    </w:p>
    <w:p>
      <w:r>
        <w:t>[Uri will not leave him, ……]</w:t>
      </w:r>
    </w:p>
    <w:p>
      <w:r>
        <w:t>[Only Uri]</w:t>
      </w:r>
    </w:p>
    <w:p>
      <w:r>
        <w:t>[Through fire and water he will not leave him]</w:t>
      </w:r>
    </w:p>
    <w:p>
      <w:r>
        <w:t>[I am with Uri]</w:t>
      </w:r>
    </w:p>
    <w:p>
      <w:r>
        <w:t>[You have a friend like this, be careful not to leave him]</w:t>
      </w:r>
    </w:p>
    <w:p>
      <w:r>
        <w:t>[Yes]</w:t>
      </w:r>
    </w:p>
    <w:p>
      <w:r>
        <w:t>[You will not find another friend like this..]</w:t>
      </w:r>
    </w:p>
    <w:p>
      <w:r>
        <w:t>[Believe me, this.., you know, all the time you say, he all the time effaces himself before you in such a way</w:t>
      </w:r>
    </w:p>
    <w:p>
      <w:r>
        <w:t>It is impossible to explain]</w:t>
      </w:r>
    </w:p>
    <w:p>
      <w:r>
        <w:t>[Who?]</w:t>
      </w:r>
    </w:p>
    <w:p>
      <w:r>
        <w:t>[Uri, he.., every time I say, I use tricks on him, how will I succeed</w:t>
      </w:r>
    </w:p>
    <w:p>
      <w:r>
        <w:t>Give me, I say to him, one time to defeat you, to nullify myself to you</w:t>
      </w:r>
    </w:p>
    <w:p>
      <w:r>
        <w:t>I use tricks on him and this, I come to nullify myself to him, he has already nullified himself {in advance}</w:t>
      </w:r>
    </w:p>
    <w:p>
      <w:r>
        <w:t>It is impossible to understand this……. Someone comes, says to him: Who? Who said "Na Na-ch Nachma Nachman MeUman"?</w:t>
      </w:r>
    </w:p>
    <w:p>
      <w:r>
        <w:t>[He says to him: “I said", "Na Na-ch Nach.. Na..”]</w:t>
      </w:r>
    </w:p>
    <w:p>
      <w:r>
        <w:t>..Someone came to me at the hilula, began shouting, says to me:</w:t>
      </w:r>
    </w:p>
    <w:p>
      <w:r>
        <w:t>"Who said to.. put the..? to bring up the gr.., Rabbainu’s bones to the Land, the grave.. who said? I said to him: “I said "Na Na..” ……… and he did not leave, now I had no strength to sing ………</w:t>
      </w:r>
    </w:p>
    <w:p>
      <w:r>
        <w:t>Give me strength "Na Nach..", until he despaired and left ….]</w:t>
      </w:r>
    </w:p>
    <w:p>
      <w:r>
        <w:t>[Something, something]</w:t>
      </w:r>
    </w:p>
    <w:p>
      <w:r>
        <w:t>[You surely stood there some seven, eight hours..]</w:t>
      </w:r>
    </w:p>
    <w:p>
      <w:r>
        <w:t>[I stood, I did nothing, I only sang the entire time ……]</w:t>
      </w:r>
    </w:p>
    <w:p>
      <w:r>
        <w:t>[…. What was there?]</w:t>
      </w:r>
    </w:p>
    <w:p>
      <w:r>
        <w:t>[………]</w:t>
      </w:r>
    </w:p>
    <w:p>
      <w:r>
        <w:t>[You know what, a day, a day after the distribution, after the hilula]</w:t>
      </w:r>
    </w:p>
    <w:p>
      <w:r>
        <w:t>[Yes]</w:t>
      </w:r>
    </w:p>
    <w:p>
      <w:r>
        <w:t>[We opened at twelve]</w:t>
      </w:r>
    </w:p>
    <w:p>
      <w:r>
        <w:t>[What are you saying]</w:t>
      </w:r>
    </w:p>
    <w:p>
      <w:r>
        <w:t>[We sold double the hilula]...</w:t>
      </w:r>
    </w:p>
    <w:p>
      <w:r>
        <w:t>...{They were all} opponents</w:t>
      </w:r>
    </w:p>
    <w:p>
      <w:r>
        <w:t>[The scholars will have heart disease because they were opponents]</w:t>
      </w:r>
    </w:p>
    <w:p>
      <w:r>
        <w:t>Because they were opponents of Breslov</w:t>
      </w:r>
    </w:p>
    <w:p>
      <w:r>
        <w:t>[They were opponents of Breslov]</w:t>
      </w:r>
    </w:p>
    <w:p>
      <w:r>
        <w:t>[What.., the great scholars, what afterward?]</w:t>
      </w:r>
    </w:p>
    <w:p>
      <w:r>
        <w:t>[They will have heart disease..]</w:t>
      </w:r>
    </w:p>
    <w:p>
      <w:r>
        <w:t>[Who, who?]</w:t>
      </w:r>
    </w:p>
    <w:p>
      <w:r>
        <w:t>[They were o.., the great scholars]</w:t>
      </w:r>
    </w:p>
    <w:p>
      <w:r>
        <w:t>[Nu]</w:t>
      </w:r>
    </w:p>
    <w:p>
      <w:r>
        <w:t>[I do not know what he is doing with this utterance, I do not know what..</w:t>
      </w:r>
    </w:p>
    <w:p>
      <w:r>
        <w:t>I am only telling you what he said, simply, perhaps it is easier to understand..]…</w:t>
      </w:r>
    </w:p>
    <w:p>
      <w:r>
        <w:t>...{Our holy Rabbainu} and it will be another world</w:t>
      </w:r>
    </w:p>
    <w:p>
      <w:r>
        <w:t>[What did he say? Rabbainu..]…</w:t>
      </w:r>
    </w:p>
    <w:p>
      <w:r>
        <w:t>...Yes, ho.. ho.. ho.. it is going quickly</w:t>
      </w:r>
    </w:p>
    <w:p>
      <w:r>
        <w:t>[……...….]</w:t>
      </w:r>
    </w:p>
    <w:p>
      <w:r>
        <w:t>[………….]…</w:t>
      </w:r>
    </w:p>
    <w:p>
      <w:r>
        <w:t>...This is the main point in the whole Torah, of the whole Torah, of the whole Torah and the mitzvos, it will be another world</w:t>
      </w:r>
    </w:p>
    <w:p>
      <w:r>
        <w:t>[Soon, soon, soon, soon, soon]</w:t>
      </w:r>
    </w:p>
    <w:p>
      <w:r>
        <w:t>[Everything is on Rabbainu’s books]</w:t>
      </w:r>
    </w:p>
    <w:p>
      <w:r>
        <w:t>[Yes..]</w:t>
      </w:r>
    </w:p>
    <w:p>
      <w:r>
        <w:t>[You can give it to him, tell him that you are giving to tzedakah]</w:t>
      </w:r>
    </w:p>
    <w:p>
      <w:r>
        <w:t>[I am giving tzedakah for a pidyon nefesh]</w:t>
      </w:r>
    </w:p>
    <w:p>
      <w:r>
        <w:t>Ah, ah..</w:t>
      </w:r>
    </w:p>
    <w:p>
      <w:r>
        <w:t>[Tell him]</w:t>
      </w:r>
    </w:p>
    <w:p>
      <w:r>
        <w:t>[He is giving you tzedakah, Rebbe Yisroel]</w:t>
      </w:r>
    </w:p>
    <w:p>
      <w:r>
        <w:t>Yes?</w:t>
      </w:r>
    </w:p>
    <w:p>
      <w:r>
        <w:t>[Yes]</w:t>
      </w:r>
    </w:p>
    <w:p>
      <w:r>
        <w:t>Where {..}…</w:t>
      </w:r>
    </w:p>
    <w:p>
      <w:r>
        <w:t>...Falls and falls, and falls</w:t>
      </w:r>
    </w:p>
    <w:p>
      <w:r>
        <w:t>[The falsehood]</w:t>
      </w:r>
    </w:p>
    <w:p>
      <w:r>
        <w:t>And the truth rises and rises, and rises</w:t>
      </w:r>
    </w:p>
    <w:p>
      <w:r>
        <w:t>[Ho]</w:t>
      </w:r>
    </w:p>
    <w:p>
      <w:r>
        <w:t>[If only it were so, if only it were so, if only it were so]</w:t>
      </w:r>
    </w:p>
    <w:p>
      <w:r>
        <w:t>["Na Na-ch Nachma Nachman MeUman"]</w:t>
      </w:r>
    </w:p>
    <w:p>
      <w:r>
        <w:t>[With Hashem’s help, with Hashem’s help, with Hashem’s help, with Hashem’s help]</w:t>
      </w:r>
    </w:p>
    <w:p>
      <w:r>
        <w:t>[The friends sing:</w:t>
      </w:r>
    </w:p>
    <w:p>
      <w:r>
        <w:t>"Na Na-ch Nachma Nachman MeUman.."]…</w:t>
      </w:r>
    </w:p>
    <w:p>
      <w:r>
        <w:t>...[The friends sing:</w:t>
      </w:r>
    </w:p>
    <w:p>
      <w:r>
        <w:t>"Na Na-ch Nachma Nachman MeUman.."</w:t>
      </w:r>
    </w:p>
    <w:p>
      <w:r>
        <w:t>(Saba rouses the friends)]</w:t>
      </w:r>
    </w:p>
    <w:p>
      <w:r>
        <w:t>[May we merit the complete redemption soon, may we merit the complete redemption, Rabbainu, soon]</w:t>
      </w:r>
    </w:p>
    <w:p>
      <w:r>
        <w:t>{Who is this?}</w:t>
      </w:r>
    </w:p>
    <w:p>
      <w:r>
        <w:t>[This is .… ben Chana, .… ben Chana]…</w:t>
      </w:r>
    </w:p>
    <w:p>
      <w:r>
        <w:t>...There will be Breslov chasidim</w:t>
      </w:r>
    </w:p>
    <w:p>
      <w:r>
        <w:t>[Yes, soon, soon]</w:t>
      </w:r>
    </w:p>
    <w:p>
      <w:r>
        <w:t>[Shalom aleichem]</w:t>
      </w:r>
    </w:p>
    <w:p>
      <w:r>
        <w:t>[Shalom aleichem, aleichem shalom]</w:t>
      </w:r>
    </w:p>
    <w:p>
      <w:r>
        <w:t>[Shalom aleichem]</w:t>
      </w:r>
    </w:p>
    <w:p>
      <w:r>
        <w:t>[Shalom aleichem, Rabbainu]</w:t>
      </w:r>
    </w:p>
    <w:p>
      <w:r>
        <w:t>[Shalom aleichem]…</w:t>
      </w:r>
    </w:p>
    <w:p>
      <w:r>
        <w:t>...[Today, today someone called from Arad, he lives there, he is the only Breslov chasid in Arad, the only one]</w:t>
      </w:r>
    </w:p>
    <w:p>
      <w:r>
        <w:t>The only one</w:t>
      </w:r>
    </w:p>
    <w:p>
      <w:r>
        <w:t>[Yes]</w:t>
      </w:r>
    </w:p>
    <w:p>
      <w:r>
        <w:t>In Arad</w:t>
      </w:r>
    </w:p>
    <w:p>
      <w:r>
        <w:t>[Yes, and now he will begin distributing books and "Na Na-ch," with Hashem’s help</w:t>
      </w:r>
    </w:p>
    <w:p>
      <w:r>
        <w:t>He is the only one, alone in Arad, Breslov, yes</w:t>
      </w:r>
    </w:p>
    <w:p>
      <w:r>
        <w:t>And he invites you, if you want to come to him, he invites you to his home]</w:t>
      </w:r>
    </w:p>
    <w:p>
      <w:r>
        <w:t>Where?</w:t>
      </w:r>
    </w:p>
    <w:p>
      <w:r>
        <w:t>[Arad, it is in the Negev]</w:t>
      </w:r>
    </w:p>
    <w:p>
      <w:r>
        <w:t>Arad, ah</w:t>
      </w:r>
    </w:p>
    <w:p>
      <w:r>
        <w:t>[And he..]</w:t>
      </w:r>
    </w:p>
    <w:p>
      <w:r>
        <w:t>But..</w:t>
      </w:r>
    </w:p>
    <w:p>
      <w:r>
        <w:t>[He will take you to the Dead Sea]</w:t>
      </w:r>
    </w:p>
    <w:p>
      <w:r>
        <w:t>I do not want to go outside the border of the Land of Israel</w:t>
      </w:r>
    </w:p>
    <w:p>
      <w:r>
        <w:t>[Arad is not in the Land of Israel?]</w:t>
      </w:r>
    </w:p>
    <w:p>
      <w:r>
        <w:t>Ah?</w:t>
      </w:r>
    </w:p>
    <w:p>
      <w:r>
        <w:t>[Arad?]</w:t>
      </w:r>
    </w:p>
    <w:p>
      <w:r>
        <w:t>I do not know</w:t>
      </w:r>
    </w:p>
    <w:p>
      <w:r>
        <w:t>[It, it is near Be’er Sheva, Be’er Sheva is in the Land of Israel?]</w:t>
      </w:r>
    </w:p>
    <w:p>
      <w:r>
        <w:t>Yes</w:t>
      </w:r>
    </w:p>
    <w:p>
      <w:r>
        <w:t>[So Arad is also in the Land of Israel, it is near the Dead Sea, it is fifteen minutes from the Dead Sea by car</w:t>
      </w:r>
    </w:p>
    <w:p>
      <w:r>
        <w:t>He said that he will take you to the Dead Sea, to go in the hot water with the sulfur]</w:t>
      </w:r>
    </w:p>
    <w:p>
      <w:r>
        <w:t>Yes?</w:t>
      </w:r>
    </w:p>
    <w:p>
      <w:r>
        <w:t>[Yes, there are hot, hot, hot, ‘Hamei Ein Gedi,’ these are such good baths</w:t>
      </w:r>
    </w:p>
    <w:p>
      <w:r>
        <w:t>If you want, you can come to Arad, travel to Arad</w:t>
      </w:r>
    </w:p>
    <w:p>
      <w:r>
        <w:t>Whenever you want, he invites you]</w:t>
      </w:r>
    </w:p>
    <w:p>
      <w:r>
        <w:t>Who?</w:t>
      </w:r>
    </w:p>
    <w:p>
      <w:r>
        <w:t>[His name is Yonatan Abuchatzira]</w:t>
      </w:r>
    </w:p>
    <w:p>
      <w:r>
        <w:t>Abuchatzira?</w:t>
      </w:r>
    </w:p>
    <w:p>
      <w:r>
        <w:t>[That is his name, but he is not connected to the family..]…</w:t>
      </w:r>
    </w:p>
    <w:p>
      <w:r>
        <w:t>...{}...</w:t>
      </w:r>
    </w:p>
    <w:p>
      <w:r>
        <w:t>...They came to take, to take Tzipora, they saw that it was impossible without, without surgery, yes, without surgery</w:t>
      </w:r>
    </w:p>
    <w:p>
      <w:r>
        <w:t>So Feigale said, said to the doctors "to wait”, and if she said to wait, then everyone waited, Feigale.., and.. and Tzipora was born</w:t>
      </w:r>
    </w:p>
    <w:p>
      <w:r>
        <w:t>[…….]</w:t>
      </w:r>
    </w:p>
    <w:p>
      <w:r>
        <w:t>[I told him to arrange it and strengthen himself, no….]</w:t>
      </w:r>
    </w:p>
    <w:p>
      <w:r>
        <w:t>[Yes, they wanted to perform surgery, the doctors]</w:t>
      </w:r>
    </w:p>
    <w:p>
      <w:r>
        <w:t>[Yes, I told him]</w:t>
      </w:r>
    </w:p>
    <w:p>
      <w:r>
        <w:t>[He did ……]</w:t>
      </w:r>
    </w:p>
    <w:p>
      <w:r>
        <w:t>Her husband Shmuel studied under Rabbi Yogel</w:t>
      </w:r>
    </w:p>
    <w:p>
      <w:r>
        <w:t>[Rabbi Yogel?]</w:t>
      </w:r>
    </w:p>
    <w:p>
      <w:r>
        <w:t>And he had a daughter and she studies a lot, yes</w:t>
      </w:r>
    </w:p>
    <w:p>
      <w:r>
        <w:t>And he {...}, and he wanted Shmuel, he would be a rosh yeshiva.. by him</w:t>
      </w:r>
    </w:p>
    <w:p>
      <w:r>
        <w:t>He wanted Shmuel, and Shmuel wanted Tzipora</w:t>
      </w:r>
    </w:p>
    <w:p>
      <w:r>
        <w:t>Shmuel did not, did not have a match, yes, everyone did not see, no, none of all the matches seemed right in his eyes</w:t>
      </w:r>
    </w:p>
    <w:p>
      <w:r>
        <w:t>There were matches with wealthy people, much money, and he did not want</w:t>
      </w:r>
    </w:p>
    <w:p>
      <w:r>
        <w:t>He, he went once with Tzipora, and he said, that he already had a bride, it was Tzipora [………]</w:t>
      </w:r>
    </w:p>
    <w:p>
      <w:r>
        <w:t>[He did not say anything, he only recounted how his daughter was born</w:t>
      </w:r>
    </w:p>
    <w:p>
      <w:r>
        <w:t>He said that there was a problem.., before, presumably many years ago</w:t>
      </w:r>
    </w:p>
    <w:p>
      <w:r>
        <w:t>So he said that.. he recounted that.., he began to recount, the moment he began {to make contact} several times and this, then he began to recount that his daughter, that his daughter was supposed to be born, then there were problems, and all the doctors came, but with them came, with them came..]...</w:t>
      </w:r>
    </w:p>
    <w:p>
      <w:r>
        <w:t>...{Yogel} saw that Shmuel is, he is a genius.. {himself}</w:t>
      </w:r>
    </w:p>
    <w:p>
      <w:r>
        <w:t>He wanted Shmuel for his daughter, and Shmuel did not want any match, only Tzipora</w:t>
      </w:r>
    </w:p>
    <w:p>
      <w:r>
        <w:t>[The daughter of the Breslover]</w:t>
      </w:r>
    </w:p>
    <w:p>
      <w:r>
        <w:t>Ah, ah, yo</w:t>
      </w:r>
    </w:p>
    <w:p>
      <w:r>
        <w:t>He came, and he said to them, to the father and the mother:</w:t>
      </w:r>
    </w:p>
    <w:p>
      <w:r>
        <w:t>"I, thank God, already have a match, I already have a bride"</w:t>
      </w:r>
    </w:p>
    <w:p>
      <w:r>
        <w:t>"Who is she?"</w:t>
      </w:r>
    </w:p>
    <w:p>
      <w:r>
        <w:t>"The daughter of Yisroel Ber"</w:t>
      </w:r>
    </w:p>
    <w:p>
      <w:r>
        <w:t>"Oy, the daughter of Yisroel Ber {in Meah Shearim}, Meah Shearim?</w:t>
      </w:r>
    </w:p>
    <w:p>
      <w:r>
        <w:t>Ah, what? He, he, he is poor and he is poor, what will be? Who will make a wedding?</w:t>
      </w:r>
    </w:p>
    <w:p>
      <w:r>
        <w:t>Why did he want a poor man</w:t>
      </w:r>
    </w:p>
    <w:p>
      <w:r>
        <w:t>Oy, Yisroel Ber Odesser is among the very destitute poor, the very great ones"</w:t>
      </w:r>
    </w:p>
    <w:p>
      <w:r>
        <w:t>[Shimon, Shimon]</w:t>
      </w:r>
    </w:p>
    <w:p>
      <w:r>
        <w:t>[Yes, yes, yes]</w:t>
      </w:r>
    </w:p>
    <w:p>
      <w:r>
        <w:t>Ah, all the gabbaim come, come to me to steal, ah</w:t>
      </w:r>
    </w:p>
    <w:p>
      <w:r>
        <w:t>But no, they cannot, Hashem, blessed be He, guards me…</w:t>
      </w:r>
    </w:p>
    <w:p>
      <w:r>
        <w:t>...Alfandri, he came to.., he lived in Tzfas, he came to Teveria to the yeshiva of Rabbi Meir Baal HaNes and I asked him that I want to serve him, he agreed that.. that I would merit to serve him, but afterward he heard me saying "Likutei Tefilos," so I came {…} I asked him: "What do you want? What do you want? Tea or coffee?"</w:t>
      </w:r>
    </w:p>
    <w:p>
      <w:r>
        <w:t>"I do not want anything, you will not serve me"</w:t>
      </w:r>
    </w:p>
    <w:p>
      <w:r>
        <w:t>[Rabbi Alfandri, he was..]</w:t>
      </w:r>
    </w:p>
    <w:p>
      <w:r>
        <w:t>[A great tzaddik]</w:t>
      </w:r>
    </w:p>
    <w:p>
      <w:r>
        <w:t>He was a great elder, an elder</w:t>
      </w:r>
    </w:p>
    <w:p>
      <w:r>
        <w:t>And he held our holy Rabbainu in very high esteem, yes</w:t>
      </w:r>
    </w:p>
    <w:p>
      <w:r>
        <w:t>He said to me:</w:t>
      </w:r>
    </w:p>
    <w:p>
      <w:r>
        <w:t>“I had heard about him, that he is great in Torah, but I knew nothing</w:t>
      </w:r>
    </w:p>
    <w:p>
      <w:r>
        <w:t>I, what I hear from you, I did not know at all”</w:t>
      </w:r>
    </w:p>
    <w:p>
      <w:r>
        <w:t>He said:</w:t>
      </w:r>
    </w:p>
    <w:p>
      <w:r>
        <w:t>“I want you to give to Yisroel Ber so that there will be bread for the small children, they will have bread”</w:t>
      </w:r>
    </w:p>
    <w:p>
      <w:r>
        <w:t>Then they said:</w:t>
      </w:r>
    </w:p>
    <w:p>
      <w:r>
        <w:t>“We are not giving him anything, he studies Breslov books..”…</w:t>
      </w:r>
    </w:p>
    <w:p>
      <w:r>
        <w:t>…“..You do not know that he studies Breslov books? We will not give him anything”</w:t>
      </w:r>
    </w:p>
    <w:p>
      <w:r>
        <w:t>My children and I suffered great hunger, like in the desert</w:t>
      </w:r>
    </w:p>
    <w:p>
      <w:r>
        <w:t>They did not want to give me bread for the children</w:t>
      </w:r>
    </w:p>
    <w:p>
      <w:r>
        <w:t>“He studies Breslov books, we do not want him”…</w:t>
      </w:r>
    </w:p>
    <w:p>
      <w:r>
        <w:t>...But perhaps either Sarah, or Miriam…</w:t>
      </w:r>
    </w:p>
    <w:p>
      <w:r>
        <w:t>...Ah, the holy Rabbainu had two daughters, Sarah and Miriam, {...}, Rabbainu’s daughters</w:t>
      </w:r>
    </w:p>
    <w:p>
      <w:r>
        <w:t>[Good, because he has, there is..]</w:t>
      </w:r>
    </w:p>
    <w:p>
      <w:r>
        <w:t>{Either a.. or}, either Sarah, or Miriam</w:t>
      </w:r>
    </w:p>
    <w:p>
      <w:r>
        <w:t>[Good, because..]…</w:t>
      </w:r>
    </w:p>
    <w:p>
      <w:r>
        <w:t>...Yo, nu</w:t>
      </w:r>
    </w:p>
    <w:p>
      <w:r>
        <w:t>[So..]</w:t>
      </w:r>
    </w:p>
    <w:p>
      <w:r>
        <w:t>{…...} he will have a daughter Miriam</w:t>
      </w:r>
    </w:p>
    <w:p>
      <w:r>
        <w:t>[That is a good name]</w:t>
      </w:r>
    </w:p>
    <w:p>
      <w:r>
        <w:t>Eh?</w:t>
      </w:r>
    </w:p>
    <w:p>
      <w:r>
        <w:t>[That is a name..]</w:t>
      </w:r>
    </w:p>
    <w:p>
      <w:r>
        <w:t>Ah, that is a {good} name, Miriam, certainly</w:t>
      </w:r>
    </w:p>
    <w:p>
      <w:r>
        <w:t>[Good, I will tell him]…</w:t>
      </w:r>
    </w:p>
    <w:p>
      <w:r>
        <w:t>...The holy Rabbainu had daughters, he also had a daughter Chaya, Chaya and also Miriam</w:t>
      </w:r>
    </w:p>
    <w:p>
      <w:r>
        <w:t>...[...]</w:t>
      </w:r>
    </w:p>
    <w:p>
      <w:r>
        <w:t>...Adel is the Baal Shem Tov’s daughter</w:t>
      </w:r>
    </w:p>
    <w:p>
      <w:r>
        <w:t>[Yes]…</w:t>
      </w:r>
    </w:p>
    <w:p>
      <w:r>
        <w:t>...Good</w:t>
      </w:r>
    </w:p>
    <w:p>
      <w:r>
        <w:t>[But perhaps Miriam is better?]</w:t>
      </w:r>
    </w:p>
    <w:p>
      <w:r>
        <w:t>Eh?</w:t>
      </w:r>
    </w:p>
    <w:p>
      <w:r>
        <w:t>[But perhaps Miriam is better]</w:t>
      </w:r>
    </w:p>
    <w:p>
      <w:r>
        <w:t>Adel</w:t>
      </w:r>
    </w:p>
    <w:p>
      <w:r>
        <w:t>[Yes]</w:t>
      </w:r>
    </w:p>
    <w:p>
      <w:r>
        <w:t>Good</w:t>
      </w:r>
    </w:p>
    <w:p>
      <w:r>
        <w:t>[Which is better, Adel or Miriam?]</w:t>
      </w:r>
    </w:p>
    <w:p>
      <w:r>
        <w:t>I do not know…</w:t>
      </w:r>
    </w:p>
    <w:p>
      <w:r>
        <w:t>...{That is good}...</w:t>
      </w:r>
    </w:p>
    <w:p>
      <w:r>
        <w:t>...Adel, or</w:t>
      </w:r>
    </w:p>
    <w:p>
      <w:r>
        <w:t>[Adel or Miriam?]…</w:t>
      </w:r>
    </w:p>
    <w:p>
      <w:r>
        <w:t>...Either Adel or Miriam</w:t>
      </w:r>
    </w:p>
    <w:p>
      <w:r>
        <w:t>[Or, or]</w:t>
      </w:r>
    </w:p>
    <w:p>
      <w:r>
        <w:t>[No..]…</w:t>
      </w:r>
    </w:p>
    <w:p>
      <w:r>
        <w:t>...{No\perhaps} they need to bring Rabbainu’s bones to Eretz Yisroel…</w:t>
      </w:r>
    </w:p>
    <w:p>
      <w:r>
        <w:t>...[Which is more fitting?]</w:t>
      </w:r>
    </w:p>
    <w:p>
      <w:r>
        <w:t>{Two}, Adel is the Baal Shem Tov’s daughter</w:t>
      </w:r>
    </w:p>
    <w:p>
      <w:r>
        <w:t>[Yes]</w:t>
      </w:r>
    </w:p>
    <w:p>
      <w:r>
        <w:t>Adel</w:t>
      </w:r>
    </w:p>
    <w:p>
      <w:r>
        <w:t>[Yes]</w:t>
      </w:r>
    </w:p>
    <w:p>
      <w:r>
        <w:t>And Miriam is Rabbainu’s daughter</w:t>
      </w:r>
    </w:p>
    <w:p>
      <w:r>
        <w:t>[Yes, so?]</w:t>
      </w:r>
    </w:p>
    <w:p>
      <w:r>
        <w:t>So either this one, or this one, Miriam is a {{….}} beautiful name, Miriam</w:t>
      </w:r>
    </w:p>
    <w:p>
      <w:r>
        <w:t>[………]</w:t>
      </w:r>
    </w:p>
    <w:p>
      <w:r>
        <w:t>[……...]…</w:t>
      </w:r>
    </w:p>
    <w:p>
      <w:r>
        <w:br w:type="page"/>
      </w:r>
    </w:p>
    <w:p>
      <w:pPr>
        <w:pStyle w:val="Heading1"/>
      </w:pPr>
      <w:r>
        <w:t>Tape 55</w:t>
      </w:r>
    </w:p>
    <w:p>
      <w:pPr>
        <w:pStyle w:val="Heading2"/>
      </w:pPr>
      <w:r>
        <w:t>Side A (Aleph)</w:t>
      </w:r>
    </w:p>
    <w:p>
      <w:r>
        <w:t>...{Weeping} to Hashem Yisbarach, he said, he said to him:</w:t>
      </w:r>
    </w:p>
    <w:p>
      <w:r>
        <w:t>“Our greatness and our glory our righteous Mashiach will reveal”</w:t>
      </w:r>
    </w:p>
    <w:p>
      <w:r>
        <w:t>[Yashar koach]</w:t>
      </w:r>
    </w:p>
    <w:p>
      <w:r>
        <w:t>[Saba, cola]</w:t>
      </w:r>
    </w:p>
    <w:p>
      <w:r>
        <w:t>Blessed are You, Hashem..</w:t>
      </w:r>
    </w:p>
    <w:p>
      <w:r>
        <w:t>[Ahh..]</w:t>
      </w:r>
    </w:p>
    <w:p>
      <w:r>
        <w:t>[The redemption has begun]</w:t>
      </w:r>
    </w:p>
    <w:p>
      <w:r>
        <w:t>[Yes, you told me, on the telephone..]</w:t>
      </w:r>
    </w:p>
    <w:p>
      <w:r>
        <w:t>[Yes]</w:t>
      </w:r>
    </w:p>
    <w:p>
      <w:r>
        <w:t>[You told me that the redemption has begun]</w:t>
      </w:r>
    </w:p>
    <w:p>
      <w:r>
        <w:t>[Saba said: “Rebbe Yisroel (Kardonner) came from Tzfas and found me in Teveria, and began the redemption"] Ah</w:t>
      </w:r>
    </w:p>
    <w:p>
      <w:r>
        <w:t>[Many Torahs of Saba.. each time he makes a new beginning]</w:t>
      </w:r>
    </w:p>
    <w:p>
      <w:r>
        <w:t>[Ai di di di..]</w:t>
      </w:r>
    </w:p>
    <w:p>
      <w:r>
        <w:t>[Everything he eats is your blessing]</w:t>
      </w:r>
    </w:p>
    <w:p>
      <w:r>
        <w:t>Ah</w:t>
      </w:r>
    </w:p>
    <w:p>
      <w:r>
        <w:t>[Ai di di di..]</w:t>
      </w:r>
    </w:p>
    <w:p>
      <w:r>
        <w:t>[Ten years ago …. he had a dream that the time of the redemption is very near]</w:t>
      </w:r>
    </w:p>
    <w:p>
      <w:r>
        <w:t>[He saw the scroll]</w:t>
      </w:r>
    </w:p>
    <w:p>
      <w:r>
        <w:t>[Yes, …. Rebbe Yisroel (Kardonner), his handwriting]</w:t>
      </w:r>
    </w:p>
    <w:p>
      <w:r>
        <w:t>[Ai di di di..]</w:t>
      </w:r>
    </w:p>
    <w:p>
      <w:r>
        <w:t>[The time of the redemption is very near]</w:t>
      </w:r>
    </w:p>
    <w:p>
      <w:r>
        <w:t>[Di ai di di..]</w:t>
      </w:r>
    </w:p>
    <w:p>
      <w:r>
        <w:t>[You say this was written at the beginning of the scroll, who knows what was written at the end]</w:t>
      </w:r>
    </w:p>
    <w:p>
      <w:r>
        <w:t>Those stones made many melodies</w:t>
      </w:r>
    </w:p>
    <w:p>
      <w:r>
        <w:t>[The stones of the Litvaks made melodies]</w:t>
      </w:r>
    </w:p>
    <w:p>
      <w:r>
        <w:t>[They made melodies]</w:t>
      </w:r>
    </w:p>
    <w:p>
      <w:r>
        <w:t>[They hear them to this day, that which Rebbe Nassan …..]</w:t>
      </w:r>
    </w:p>
    <w:p>
      <w:r>
        <w:t>[Our greatness and our glory our righteous Mashiach will reveal.. Do you want more cola? Saba]</w:t>
      </w:r>
    </w:p>
    <w:p>
      <w:r>
        <w:t>No</w:t>
      </w:r>
    </w:p>
    <w:p>
      <w:r>
        <w:t>[To your health]</w:t>
      </w:r>
    </w:p>
    <w:p>
      <w:r>
        <w:t>[Fortunate are we, how good is our portion…. Fortunate are we]</w:t>
      </w:r>
    </w:p>
    <w:p>
      <w:r>
        <w:t>[Fortunate are we, how good is our portion]</w:t>
      </w:r>
    </w:p>
    <w:p>
      <w:r>
        <w:t>[Fortunate are we, how good is our portion, a song of Rabbainu.., of Rebbe Nassan, fortunate are we, how good is our portion]</w:t>
      </w:r>
    </w:p>
    <w:p>
      <w:r>
        <w:t>[He sang that too..]</w:t>
      </w:r>
    </w:p>
    <w:p>
      <w:r>
        <w:t>[..He sang that in the forest too]</w:t>
      </w:r>
    </w:p>
    <w:p>
      <w:r>
        <w:t>[That I do not know, that is what he related]</w:t>
      </w:r>
    </w:p>
    <w:p>
      <w:r>
        <w:t>[No, no, only the first song….]</w:t>
      </w:r>
    </w:p>
    <w:p>
      <w:r>
        <w:t>[No, that is another time, on another occasion, there are more opportunities..]</w:t>
      </w:r>
    </w:p>
    <w:p>
      <w:r>
        <w:t>[May there be more….]</w:t>
      </w:r>
    </w:p>
    <w:p>
      <w:r>
        <w:t>[That is with the hot water in the mikveh, when they took the clothes, there are many stories, ahh.. ai di di di di..]</w:t>
      </w:r>
    </w:p>
    <w:p>
      <w:r>
        <w:t>[“My Rav Moishele knows how to say five hundred times, Master of the World"]</w:t>
      </w:r>
    </w:p>
    <w:p>
      <w:r>
        <w:t>[A thousand]</w:t>
      </w:r>
    </w:p>
    <w:p>
      <w:r>
        <w:t>[A thousand times…. Now already a thousand… after five hundred years this is…]</w:t>
      </w:r>
    </w:p>
    <w:p>
      <w:r>
        <w:t>[Ahh..]</w:t>
      </w:r>
    </w:p>
    <w:p>
      <w:r>
        <w:t>[[Fortunate are we, how good is our portion and how pleasant is our lot and how beautiful is our inheritance]]</w:t>
      </w:r>
    </w:p>
    <w:p>
      <w:r>
        <w:t>[We raised a glass, blessed be Hashem]</w:t>
      </w:r>
    </w:p>
    <w:p>
      <w:r>
        <w:t>[Eh?]</w:t>
      </w:r>
    </w:p>
    <w:p>
      <w:r>
        <w:t>[We raised a glass over the fact that they are bringing Rabbainu..]</w:t>
      </w:r>
    </w:p>
    <w:p>
      <w:r>
        <w:t>[Nu, if only, if only]</w:t>
      </w:r>
    </w:p>
    <w:p>
      <w:r>
        <w:t>[………..]</w:t>
      </w:r>
    </w:p>
    <w:p>
      <w:r>
        <w:t>[Certainly, certainly]</w:t>
      </w:r>
    </w:p>
    <w:p>
      <w:r>
        <w:t>[If it were real it would be immediate, no, what are you talking about]</w:t>
      </w:r>
    </w:p>
    <w:p>
      <w:r>
        <w:t>[No, no, no.. clear, completely clear, completely clear..</w:t>
      </w:r>
    </w:p>
    <w:p>
      <w:r>
        <w:t>Fortunate are we, how good is our portion.. yes]</w:t>
      </w:r>
    </w:p>
    <w:p>
      <w:r>
        <w:t>[……….]...</w:t>
      </w:r>
    </w:p>
    <w:p>
      <w:r>
        <w:t>...If they convert, then, then it will be possible to accept him, but they will convert quickly</w:t>
      </w:r>
    </w:p>
    <w:p>
      <w:r>
        <w:t>[Yes, because in the days of Mashiach it is written, they no longer accept]</w:t>
      </w:r>
    </w:p>
    <w:p>
      <w:r>
        <w:t>[I have conquered and I will conquer..]…</w:t>
      </w:r>
    </w:p>
    <w:p>
      <w:r>
        <w:t>...[He said, that he had been in the lowest depths of the netherworld, and he heard this song</w:t>
      </w:r>
    </w:p>
    <w:p>
      <w:r>
        <w:t>And he came out of the lowest depths of the netherworld with this song]</w:t>
      </w:r>
    </w:p>
    <w:p>
      <w:r>
        <w:t>Yes</w:t>
      </w:r>
    </w:p>
    <w:p>
      <w:r>
        <w:t>[And now he made a new cassette, he asked me, if I agree that he should take my songs and make a new cassette out of it, I told him, that I agree, I do not..]</w:t>
      </w:r>
    </w:p>
    <w:p>
      <w:r>
        <w:t>{..}</w:t>
      </w:r>
    </w:p>
    <w:p>
      <w:r>
        <w:t>[I want, if he can publicize Rabbainu’s name there, that he should publicize it as much as possible</w:t>
      </w:r>
    </w:p>
    <w:p>
      <w:r>
        <w:t>That I do not, I made these cassettes only for Rabbainu, so that Rabbainu’s name would be publicized</w:t>
      </w:r>
    </w:p>
    <w:p>
      <w:r>
        <w:t>And if he wants to publicize Rabbainu’s name, let him do it, that is all]</w:t>
      </w:r>
    </w:p>
    <w:p>
      <w:r>
        <w:t>[……...]</w:t>
      </w:r>
    </w:p>
    <w:p>
      <w:r>
        <w:t>[Blessed be Hashem, “I have conquered and I will conquer”]</w:t>
      </w:r>
    </w:p>
    <w:p>
      <w:r>
        <w:t>“I have finished and I will finish”</w:t>
      </w:r>
    </w:p>
    <w:p>
      <w:r>
        <w:t>[“I am a river that purifies from all stains”</w:t>
      </w:r>
    </w:p>
    <w:p>
      <w:r>
        <w:t>I am a man of wonder, and my soul is a great wonder</w:t>
      </w:r>
    </w:p>
    <w:p>
      <w:r>
        <w:t>An innovation like me has never existed”]</w:t>
      </w:r>
    </w:p>
    <w:p>
      <w:r>
        <w:t>[Shimon has a surprise, an underground cassette]</w:t>
      </w:r>
    </w:p>
    <w:p>
      <w:r>
        <w:t>[What?]</w:t>
      </w:r>
    </w:p>
    <w:p>
      <w:r>
        <w:t>[An underground cassette]</w:t>
      </w:r>
    </w:p>
    <w:p>
      <w:r>
        <w:t>[What is that? Ah, ….]</w:t>
      </w:r>
    </w:p>
    <w:p>
      <w:r>
        <w:t>[I am “Na Na ch” who purifies from all stains]</w:t>
      </w:r>
    </w:p>
    <w:p>
      <w:r>
        <w:t>[..You heard, did you hear?]</w:t>
      </w:r>
    </w:p>
    <w:p>
      <w:r>
        <w:t>[….]</w:t>
      </w:r>
    </w:p>
    <w:p>
      <w:r>
        <w:t>Nu</w:t>
      </w:r>
    </w:p>
    <w:p>
      <w:r>
        <w:t>[Apparently, apparently that..]</w:t>
      </w:r>
    </w:p>
    <w:p>
      <w:r>
        <w:t>[Yes]...</w:t>
      </w:r>
    </w:p>
    <w:p>
      <w:r>
        <w:t>...[Yisroel Dagan sings the melody: Our greatness and our glory (Aishes Chayil)]</w:t>
      </w:r>
    </w:p>
    <w:p>
      <w:r>
        <w:t>Ahh..</w:t>
      </w:r>
    </w:p>
    <w:p>
      <w:r>
        <w:t>[Our greatness.. Yaakov, {there are} legs, the legs]</w:t>
      </w:r>
    </w:p>
    <w:p>
      <w:r>
        <w:t>{Yes, this}</w:t>
      </w:r>
    </w:p>
    <w:p>
      <w:r>
        <w:t>[What?]</w:t>
      </w:r>
    </w:p>
    <w:p>
      <w:r>
        <w:t>The legs..</w:t>
      </w:r>
    </w:p>
    <w:p>
      <w:r>
        <w:t>[Legs for the bed]</w:t>
      </w:r>
    </w:p>
    <w:p>
      <w:r>
        <w:t>On the bed</w:t>
      </w:r>
    </w:p>
    <w:p>
      <w:r>
        <w:t>[All right, no problem]</w:t>
      </w:r>
    </w:p>
    <w:p>
      <w:r>
        <w:t>[The friends sing the melody of:</w:t>
      </w:r>
    </w:p>
    <w:p>
      <w:r>
        <w:t>“Na Na ch Na cham Na chman of Uman..”</w:t>
      </w:r>
    </w:p>
    <w:p>
      <w:r>
        <w:t>And afterward Yisroel Dagan sings “Our greatness and our glory” to this melody]</w:t>
      </w:r>
    </w:p>
    <w:p>
      <w:r>
        <w:t>[Yisroel]</w:t>
      </w:r>
    </w:p>
    <w:p>
      <w:r>
        <w:t>[Eh?]</w:t>
      </w:r>
    </w:p>
    <w:p>
      <w:r>
        <w:t>[Can you….]</w:t>
      </w:r>
    </w:p>
    <w:p>
      <w:r>
        <w:t>[Yes]…</w:t>
      </w:r>
    </w:p>
    <w:p>
      <w:r>
        <w:t>…{Where?}</w:t>
      </w:r>
    </w:p>
    <w:p>
      <w:r>
        <w:t>[By Rebbe Nachman]</w:t>
      </w:r>
    </w:p>
    <w:p>
      <w:r>
        <w:t>[…….…..]</w:t>
      </w:r>
    </w:p>
    <w:p>
      <w:r>
        <w:t>[………...]</w:t>
      </w:r>
    </w:p>
    <w:p>
      <w:r>
        <w:t>Ah</w:t>
      </w:r>
    </w:p>
    <w:p>
      <w:r>
        <w:t>[There is milk with honey here]</w:t>
      </w:r>
    </w:p>
    <w:p>
      <w:r>
        <w:t>Yes? Milk?</w:t>
      </w:r>
    </w:p>
    <w:p>
      <w:r>
        <w:t>[Yes]</w:t>
      </w:r>
    </w:p>
    <w:p>
      <w:r>
        <w:t>{..}, they said that I am dairy, meaty</w:t>
      </w:r>
    </w:p>
    <w:p>
      <w:r>
        <w:t>[You ate sour cream]</w:t>
      </w:r>
    </w:p>
    <w:p>
      <w:r>
        <w:t>[No, no, he did not eat..]</w:t>
      </w:r>
    </w:p>
    <w:p>
      <w:r>
        <w:t>Eh?</w:t>
      </w:r>
    </w:p>
    <w:p>
      <w:r>
        <w:t>[We clarified it now and it is all right]</w:t>
      </w:r>
    </w:p>
    <w:p>
      <w:r>
        <w:t>Blessed are You, Hashem..</w:t>
      </w:r>
    </w:p>
    <w:p>
      <w:r>
        <w:t>[…………….………..]</w:t>
      </w:r>
    </w:p>
    <w:p>
      <w:r>
        <w:t>Yaakov ShiloachYaakov Shiloach[…………….………..]</w:t>
      </w:r>
    </w:p>
    <w:p>
      <w:r>
        <w:t>Yaakov Shiloach</w:t>
      </w:r>
    </w:p>
    <w:p>
      <w:r>
        <w:t>Yaakov Shiloach</w:t>
      </w:r>
    </w:p>
    <w:p>
      <w:r>
        <w:t>...{Good}, give me another, I told Hashem Yisbarach to give me another, I do not want [Shimon...]</w:t>
      </w:r>
    </w:p>
    <w:p>
      <w:r>
        <w:t>You have a son, Eliyahu, don’t you?</w:t>
      </w:r>
    </w:p>
    <w:p>
      <w:r>
        <w:t>[Yes, yes]</w:t>
      </w:r>
    </w:p>
    <w:p>
      <w:r>
        <w:t>[Mother, where..]…</w:t>
      </w:r>
    </w:p>
    <w:p>
      <w:r>
        <w:t>...Yes?</w:t>
      </w:r>
    </w:p>
    <w:p>
      <w:r>
        <w:t>[Yes]…</w:t>
      </w:r>
    </w:p>
    <w:p>
      <w:r>
        <w:t>...{..shamash} by your father-in-law</w:t>
      </w:r>
    </w:p>
    <w:p>
      <w:r>
        <w:t>[You can, it is near Yerushalayim]…</w:t>
      </w:r>
    </w:p>
    <w:p>
      <w:r>
        <w:t>...There is already “Likutey Moharan” and there is already “Likutey Tefilos”</w:t>
      </w:r>
    </w:p>
    <w:p>
      <w:r>
        <w:t>And there is already {spee..}.., ah, “Sippurey Maasiyos”</w:t>
      </w:r>
    </w:p>
    <w:p>
      <w:r>
        <w:t>And there is already.. and there is, and there is, and there is everything</w:t>
      </w:r>
    </w:p>
    <w:p>
      <w:r>
        <w:t>[Here is cola, Saba, cola]</w:t>
      </w:r>
    </w:p>
    <w:p>
      <w:r>
        <w:t>Hold it</w:t>
      </w:r>
    </w:p>
    <w:p>
      <w:r>
        <w:t>[Good, good]</w:t>
      </w:r>
    </w:p>
    <w:p>
      <w:r>
        <w:t>Oy, blessed are You, Hashem, {our God, King} of the universe, through Whose word everything came to be..</w:t>
      </w:r>
    </w:p>
    <w:p>
      <w:r>
        <w:t>[Amen]</w:t>
      </w:r>
    </w:p>
    <w:p>
      <w:r>
        <w:t>[We sang about the wedding, “Fortunate are we, fortunate are we that we have such a Rebbe,” we sang at the wedding]</w:t>
      </w:r>
    </w:p>
    <w:p>
      <w:r>
        <w:t>Eh?</w:t>
      </w:r>
    </w:p>
    <w:p>
      <w:r>
        <w:t>[We sang at the wedding, “Fortunate are we that we have such a Rebbe”]</w:t>
      </w:r>
    </w:p>
    <w:p>
      <w:r>
        <w:t>“Fortunate are we..”</w:t>
      </w:r>
    </w:p>
    <w:p>
      <w:r>
        <w:t>[“That we have such a Rebbe,” and all kinds of our songs, of joy, and the story of “Our greatness and our glory,” the melody of the stones]</w:t>
      </w:r>
    </w:p>
    <w:p>
      <w:r>
        <w:t>Yo, “Our greatness and our glory,” they threw stones, and Rebbe Nassan made a melody from it</w:t>
      </w:r>
    </w:p>
    <w:p>
      <w:r>
        <w:t>[Saba sings:</w:t>
      </w:r>
    </w:p>
    <w:p>
      <w:r>
        <w:t>“Our greatness and our glory our righteous Mashiach will reveal..”]</w:t>
      </w:r>
    </w:p>
    <w:p>
      <w:r>
        <w:t>I lay here</w:t>
      </w:r>
    </w:p>
    <w:p>
      <w:r>
        <w:t>Oy, I only want to sleep, to lie down and sleep, and to eat and sleep, that is all, that is my avodah</w:t>
      </w:r>
    </w:p>
    <w:p>
      <w:r>
        <w:t>[And we, everything that we do, we do not do what you do through eating and drinking</w:t>
      </w:r>
    </w:p>
    <w:p>
      <w:r>
        <w:t>Saba, you only eat and sleep and drink, and we, with everything that we do</w:t>
      </w:r>
    </w:p>
    <w:p>
      <w:r>
        <w:t>You do more, what we do not do, how is that? Such a wonder</w:t>
      </w:r>
    </w:p>
    <w:p>
      <w:r>
        <w:t>But Rabbainu is with you, gave you a note, “My precious student,” “Concerning you I said”]</w:t>
      </w:r>
    </w:p>
    <w:p>
      <w:r>
        <w:t>{Yes}, azoi (like this), I do not understand how he does not cast me outside, “Go away from me”</w:t>
      </w:r>
    </w:p>
    <w:p>
      <w:r>
        <w:t>Oy, what, what avodah, what self-sacrifice he suffers for us</w:t>
      </w:r>
    </w:p>
    <w:p>
      <w:r>
        <w:t>In order to make from us some, some, some vessel for Hashem Yisbarach</w:t>
      </w:r>
    </w:p>
    <w:p>
      <w:r>
        <w:t>Oy, oy, oy.. this is how I want to lie, to lie and to rest</w:t>
      </w:r>
    </w:p>
    <w:p>
      <w:r>
        <w:t>[Saba, I am going to rest a little too]</w:t>
      </w:r>
    </w:p>
    <w:p>
      <w:r>
        <w:t>{Yes, that is all}</w:t>
      </w:r>
    </w:p>
    <w:p>
      <w:r>
        <w:t>Bring me something good to eat, I only want to eat and sleep, do you not know?...</w:t>
      </w:r>
    </w:p>
    <w:p>
      <w:r>
        <w:t>...[Saba sings:</w:t>
      </w:r>
    </w:p>
    <w:p>
      <w:r>
        <w:t>“Our greatness and our glory our righteous Mashiach will reveal..”]</w:t>
      </w:r>
    </w:p>
    <w:p>
      <w:r>
        <w:t>[He star.., he was awake but he did not speak]</w:t>
      </w:r>
    </w:p>
    <w:p>
      <w:r>
        <w:t>He was, Rebbe Nassan fled to some distant forest, and he sang to Hashem Yisbarach</w:t>
      </w:r>
    </w:p>
    <w:p>
      <w:r>
        <w:t>“Our greatness and our glory..” about, about these stones</w:t>
      </w:r>
    </w:p>
    <w:p>
      <w:r>
        <w:t>But Mashiach will reveal who, {what it is, wha.. what it is}</w:t>
      </w:r>
    </w:p>
    <w:p>
      <w:r>
        <w:t>[.. {recorded} the conversation, began to speak …. he said to me, he spoke about himself, said..] {fortunate is he\now}, why did you not awaken me and take me to Meron, to Rebbe Shimon?</w:t>
      </w:r>
    </w:p>
    <w:p>
      <w:r>
        <w:t>[Good, I am moving……...]</w:t>
      </w:r>
    </w:p>
    <w:p>
      <w:r>
        <w:t>[…………...]</w:t>
      </w:r>
    </w:p>
    <w:p>
      <w:r>
        <w:t>Ah</w:t>
      </w:r>
    </w:p>
    <w:p>
      <w:r>
        <w:t>[…………..]</w:t>
      </w:r>
    </w:p>
    <w:p>
      <w:r>
        <w:t>[…………..]</w:t>
      </w:r>
    </w:p>
    <w:p>
      <w:r>
        <w:t>[Saba and the friends chant and sing:</w:t>
      </w:r>
    </w:p>
    <w:p>
      <w:r>
        <w:t>“You revealed Yourself to reveal to Your people Torah and mitzvos..”]</w:t>
      </w:r>
    </w:p>
    <w:p>
      <w:r>
        <w:t>{Only this} that there already is, the holy Rabbainu is in the world, and..</w:t>
      </w:r>
    </w:p>
    <w:p>
      <w:r>
        <w:t>And he gave us “Likutey Moharan” and “Sippurey Maasiyos” and “Likutey Halachos” and “Likutey Tefilos”</w:t>
      </w:r>
    </w:p>
    <w:p>
      <w:r>
        <w:t>He already, he already {{….}}, he already.. created a new world</w:t>
      </w:r>
    </w:p>
    <w:p>
      <w:r>
        <w:t>A new world, not {to make} this, this world, a new world of Torah and prayer, and of serving Hashem</w:t>
      </w:r>
    </w:p>
    <w:p>
      <w:r>
        <w:t>[Saba continues to chant and sing:</w:t>
      </w:r>
    </w:p>
    <w:p>
      <w:r>
        <w:t>“You revealed Yourself in the cloud of Your glory to Your holy people to speak with them..”</w:t>
      </w:r>
    </w:p>
    <w:p>
      <w:r>
        <w:t>And Shimon Mitodi joins in]</w:t>
      </w:r>
    </w:p>
    <w:p>
      <w:r>
        <w:t>The melody, the melody comes from Gan Eden, the melody, {such a melody}</w:t>
      </w:r>
    </w:p>
    <w:p>
      <w:r>
        <w:t>[Saba continues to chant and sing:</w:t>
      </w:r>
    </w:p>
    <w:p>
      <w:r>
        <w:t>“You revealed Yourself..”]</w:t>
      </w:r>
    </w:p>
    <w:p>
      <w:r>
        <w:t>{With this melody …}, the holy Rabbainu will bring the Jewish people to Hashem Yisbarach with this melody</w:t>
      </w:r>
    </w:p>
    <w:p>
      <w:r>
        <w:t>[Saba and Shimon Mitodi continue chanting the melody:</w:t>
      </w:r>
    </w:p>
    <w:p>
      <w:r>
        <w:t>“You revealed Yourself..”]</w:t>
      </w:r>
    </w:p>
    <w:p>
      <w:r>
        <w:t>The world of rectification, this melody is the world of rectification</w:t>
      </w:r>
    </w:p>
    <w:p>
      <w:r>
        <w:t>[Saba and Shimon Mitodi continue chanting the melody:</w:t>
      </w:r>
    </w:p>
    <w:p>
      <w:r>
        <w:t>“You revealed Yourself..” {{Ai . .}}]…</w:t>
      </w:r>
    </w:p>
    <w:p>
      <w:pPr>
        <w:pStyle w:val="Heading2"/>
      </w:pPr>
      <w:r>
        <w:t>Side B (Bais)</w:t>
      </w:r>
    </w:p>
    <w:p>
      <w:r>
        <w:t>...[Saba and Shimon Mitodi chant the melody:</w:t>
      </w:r>
    </w:p>
    <w:p>
      <w:r>
        <w:t>“You revealed Yourself..”]</w:t>
      </w:r>
    </w:p>
    <w:p>
      <w:r>
        <w:t>Ah.. ah.. ah..</w:t>
      </w:r>
    </w:p>
    <w:p>
      <w:r>
        <w:t>[Ah.. ah.. ah..]</w:t>
      </w:r>
    </w:p>
    <w:p>
      <w:r>
        <w:t>[Ah, Uri is not here?]</w:t>
      </w:r>
    </w:p>
    <w:p>
      <w:r>
        <w:t>[Eh?]</w:t>
      </w:r>
    </w:p>
    <w:p>
      <w:r>
        <w:t>[Uri is not here]</w:t>
      </w:r>
    </w:p>
    <w:p>
      <w:r>
        <w:t>[No, …….]</w:t>
      </w:r>
    </w:p>
    <w:p>
      <w:r>
        <w:t>[……..…..]…</w:t>
      </w:r>
    </w:p>
    <w:p>
      <w:r>
        <w:t>...[Saba chants the melody:</w:t>
      </w:r>
    </w:p>
    <w:p>
      <w:r>
        <w:t>“You revealed Yourself..”]</w:t>
      </w:r>
    </w:p>
    <w:p>
      <w:r>
        <w:t>[Which Torah portion?]</w:t>
      </w:r>
    </w:p>
    <w:p>
      <w:r>
        <w:t>[……….…...……..]</w:t>
      </w:r>
    </w:p>
    <w:p>
      <w:r>
        <w:t>[……………….…..]</w:t>
      </w:r>
    </w:p>
    <w:p>
      <w:r>
        <w:t>[Ah]…</w:t>
      </w:r>
    </w:p>
    <w:p>
      <w:r>
        <w:t>...Ah.. ah.. ah.. ah.. ah…</w:t>
      </w:r>
    </w:p>
    <w:p>
      <w:r>
        <w:t>...[………...……]</w:t>
      </w:r>
    </w:p>
    <w:p>
      <w:r>
        <w:t>[…………...……]</w:t>
      </w:r>
    </w:p>
    <w:p>
      <w:r>
        <w:t>[It does not matter]...</w:t>
      </w:r>
    </w:p>
    <w:p>
      <w:r>
        <w:t>...[Wild fowl, for the lungs]</w:t>
      </w:r>
    </w:p>
    <w:p>
      <w:r>
        <w:t>[……...]</w:t>
      </w:r>
    </w:p>
    <w:p>
      <w:r>
        <w:t>Matzos?</w:t>
      </w:r>
    </w:p>
    <w:p>
      <w:r>
        <w:t>[Feathers, a feather, a feather]</w:t>
      </w:r>
    </w:p>
    <w:p>
      <w:r>
        <w:t>Feathers</w:t>
      </w:r>
    </w:p>
    <w:p>
      <w:r>
        <w:t>[Feathers of a fowl, a wild fowl]</w:t>
      </w:r>
    </w:p>
    <w:p>
      <w:r>
        <w:t>Nu</w:t>
      </w:r>
    </w:p>
    <w:p>
      <w:r>
        <w:t>[And it is written in “Sefer Hamidos,” it is a segulah, it is a segulah for the lungs]</w:t>
      </w:r>
    </w:p>
    <w:p>
      <w:r>
        <w:t>Yes? {Nu}</w:t>
      </w:r>
    </w:p>
    <w:p>
      <w:r>
        <w:t>[What must one do with the feather?]</w:t>
      </w:r>
    </w:p>
    <w:p>
      <w:r>
        <w:t>Eh?</w:t>
      </w:r>
    </w:p>
    <w:p>
      <w:r>
        <w:t>[What must one do with the feather for the lungs?]</w:t>
      </w:r>
    </w:p>
    <w:p>
      <w:r>
        <w:t>Distribute it to the sick</w:t>
      </w:r>
    </w:p>
    <w:p>
      <w:r>
        <w:t>[Thank you very much]…</w:t>
      </w:r>
    </w:p>
    <w:p>
      <w:r>
        <w:t>...Yes, and take care that no child should remain</w:t>
      </w:r>
    </w:p>
    <w:p>
      <w:r>
        <w:t>[Alone]</w:t>
      </w:r>
    </w:p>
    <w:p>
      <w:r>
        <w:t>Downstairs</w:t>
      </w:r>
    </w:p>
    <w:p>
      <w:r>
        <w:t>[All right]…</w:t>
      </w:r>
    </w:p>
    <w:p>
      <w:r>
        <w:t>...{…….}, I already blessed all the children</w:t>
      </w:r>
    </w:p>
    <w:p>
      <w:r>
        <w:t>[Come home..]</w:t>
      </w:r>
    </w:p>
    <w:p>
      <w:r>
        <w:t>[…….]…</w:t>
      </w:r>
    </w:p>
    <w:p>
      <w:r>
        <w:t>...[Blessed be Hashem..]</w:t>
      </w:r>
    </w:p>
    <w:p>
      <w:r>
        <w:t>[……...]</w:t>
      </w:r>
    </w:p>
    <w:p>
      <w:r>
        <w:t>Where is Osher?</w:t>
      </w:r>
    </w:p>
    <w:p>
      <w:r>
        <w:t>[Yes, now I am traveling to Osher’s house]…</w:t>
      </w:r>
    </w:p>
    <w:p>
      <w:r>
        <w:t>...{..}…</w:t>
      </w:r>
    </w:p>
    <w:p>
      <w:r>
        <w:t>...[Which street is it?]</w:t>
      </w:r>
    </w:p>
    <w:p>
      <w:r>
        <w:t>[Asher, Akiva Street]</w:t>
      </w:r>
    </w:p>
    <w:p>
      <w:r>
        <w:t>Asher, Asher, nu, Asher</w:t>
      </w:r>
    </w:p>
    <w:p>
      <w:r>
        <w:t>[………]…</w:t>
      </w:r>
    </w:p>
    <w:p>
      <w:r>
        <w:t>...Ah..</w:t>
      </w:r>
    </w:p>
    <w:p>
      <w:r>
        <w:t>Maybe you do not know</w:t>
      </w:r>
    </w:p>
    <w:p>
      <w:r>
        <w:t>[..]</w:t>
      </w:r>
    </w:p>
    <w:p>
      <w:r>
        <w:t>The address?</w:t>
      </w:r>
    </w:p>
    <w:p>
      <w:r>
        <w:t>[I know the address, Avraham Nassan explained to me how to get there</w:t>
      </w:r>
    </w:p>
    <w:p>
      <w:r>
        <w:t>So now I am trying what he told me]</w:t>
      </w:r>
    </w:p>
    <w:p>
      <w:r>
        <w:t>[Let us hope it will be good]...</w:t>
      </w:r>
    </w:p>
    <w:p>
      <w:r>
        <w:t>...Asher</w:t>
      </w:r>
    </w:p>
    <w:p>
      <w:r>
        <w:t>[Excuse me, Akiva Street, Akiva Street.. I do not know, so who knows?] Ah.. ah…</w:t>
      </w:r>
    </w:p>
    <w:p>
      <w:r>
        <w:t>...{Ah}…</w:t>
      </w:r>
    </w:p>
    <w:p>
      <w:r>
        <w:t>...{..}..</w:t>
      </w:r>
    </w:p>
    <w:p>
      <w:r>
        <w:t>[…….]</w:t>
      </w:r>
    </w:p>
    <w:p>
      <w:r>
        <w:t>[This, this?]</w:t>
      </w:r>
    </w:p>
    <w:p>
      <w:r>
        <w:t>[…….]...</w:t>
      </w:r>
    </w:p>
    <w:p>
      <w:r>
        <w:t>...Nassan…</w:t>
      </w:r>
    </w:p>
    <w:p>
      <w:r>
        <w:t>...Ah.. ah.. ah.. ah.. ah.. ah.. ah.. ah.. ah..</w:t>
      </w:r>
    </w:p>
    <w:p>
      <w:r>
        <w:t>[Blessed be Hashem]</w:t>
      </w:r>
    </w:p>
    <w:p>
      <w:r>
        <w:t>Nu, Avraham Nassan</w:t>
      </w:r>
    </w:p>
    <w:p>
      <w:r>
        <w:t>Avraham Nassan, ah.. ah.. ah...</w:t>
      </w:r>
    </w:p>
    <w:p>
      <w:r>
        <w:t>...Asher, ah.. ah.. ah.. ah.. ah..</w:t>
      </w:r>
    </w:p>
    <w:p>
      <w:r>
        <w:t>Nu..</w:t>
      </w:r>
    </w:p>
    <w:p>
      <w:r>
        <w:t>Nu, Avraham Natan, ah.. ah.. ah..</w:t>
      </w:r>
    </w:p>
    <w:p>
      <w:r>
        <w:t>Nu, where is he? Avraham Natan</w:t>
      </w:r>
    </w:p>
    <w:p>
      <w:r>
        <w:t>AvrahamNatan, ah…</w:t>
      </w:r>
    </w:p>
    <w:p>
      <w:r>
        <w:t>...AvrahamNatan, Asher…</w:t>
      </w:r>
    </w:p>
    <w:p>
      <w:r>
        <w:t>...{Ah..}…</w:t>
      </w:r>
    </w:p>
    <w:p>
      <w:r>
        <w:t>...Ah.. ah.. ah.. ah.. ah..</w:t>
      </w:r>
    </w:p>
    <w:p>
      <w:r>
        <w:t>Avraham Natan, ah.. ah..</w:t>
      </w:r>
    </w:p>
    <w:p>
      <w:r>
        <w:t>[Ah.. ah.. ah..]</w:t>
      </w:r>
    </w:p>
    <w:p>
      <w:r>
        <w:t>[..We are on the way]</w:t>
      </w:r>
    </w:p>
    <w:p>
      <w:r>
        <w:t>{…. Avraham Natan}</w:t>
      </w:r>
    </w:p>
    <w:p>
      <w:r>
        <w:t>Nu, where is Asher, Avraham Natan, ah..</w:t>
      </w:r>
    </w:p>
    <w:p>
      <w:r>
        <w:t>Avraham Natan, Asher</w:t>
      </w:r>
    </w:p>
    <w:p>
      <w:r>
        <w:t>Yes? Not yet</w:t>
      </w:r>
    </w:p>
    <w:p>
      <w:r>
        <w:t>Ah.. ah.. ah.. ah.. ah.. ah.. ah..</w:t>
      </w:r>
    </w:p>
    <w:p>
      <w:r>
        <w:t>[Ah, this is….]</w:t>
      </w:r>
    </w:p>
    <w:p>
      <w:r>
        <w:t>Oy, oy vey, Avraham Natan, ah.. ah..</w:t>
      </w:r>
    </w:p>
    <w:p>
      <w:r>
        <w:t>[What minute, twenty-one thirty]…</w:t>
      </w:r>
    </w:p>
    <w:p>
      <w:r>
        <w:t>...Ah.. ah.. ah..</w:t>
      </w:r>
    </w:p>
    <w:p>
      <w:r>
        <w:t>[Presumably they will have parking, they do not have a car] Asher, Avraham Natan</w:t>
      </w:r>
    </w:p>
    <w:p>
      <w:r>
        <w:t>Ah.. ah.. ah.. ah..</w:t>
      </w:r>
    </w:p>
    <w:p>
      <w:r>
        <w:t>[Ah..]</w:t>
      </w:r>
    </w:p>
    <w:p>
      <w:r>
        <w:t>Asher</w:t>
      </w:r>
    </w:p>
    <w:p>
      <w:r>
        <w:t>[Ho.. ho.. ho.. ho..]</w:t>
      </w:r>
    </w:p>
    <w:p>
      <w:r>
        <w:t>Ah.. ah.. ah.. ah..</w:t>
      </w:r>
    </w:p>
    <w:p>
      <w:r>
        <w:t>Asher, Avraham Natan</w:t>
      </w:r>
    </w:p>
    <w:p>
      <w:r>
        <w:t>[We arrived at Osher's house]</w:t>
      </w:r>
    </w:p>
    <w:p>
      <w:r>
        <w:t>[]</w:t>
      </w:r>
    </w:p>
    <w:p>
      <w:r>
        <w:t>Who is this?</w:t>
      </w:r>
    </w:p>
    <w:p>
      <w:r>
        <w:t>[This is Shimon, Rebbe Yisroel]</w:t>
      </w:r>
    </w:p>
    <w:p>
      <w:r>
        <w:t>Oy vey</w:t>
      </w:r>
    </w:p>
    <w:p>
      <w:r>
        <w:t>You {..}, already, already know?</w:t>
      </w:r>
    </w:p>
    <w:p>
      <w:r>
        <w:t>[Maybe, yes, I do not know, it could be]…</w:t>
      </w:r>
    </w:p>
    <w:p>
      <w:r>
        <w:t>...Ah.. ah..</w:t>
      </w:r>
    </w:p>
    <w:p>
      <w:r>
        <w:t>[So maybe he spoke in……]</w:t>
      </w:r>
    </w:p>
    <w:p>
      <w:r>
        <w:t>[…...]</w:t>
      </w:r>
    </w:p>
    <w:p>
      <w:r>
        <w:t>[Oh, but is this the house?]...</w:t>
      </w:r>
    </w:p>
    <w:p>
      <w:r>
        <w:t>...[Yes]</w:t>
      </w:r>
    </w:p>
    <w:p>
      <w:r>
        <w:t>Avraham was not here?</w:t>
      </w:r>
    </w:p>
    <w:p>
      <w:r>
        <w:t>[Yet..]…</w:t>
      </w:r>
    </w:p>
    <w:p>
      <w:r>
        <w:t>…“..Na Nach Nachma Nachman MeUman,” {..} and Hashem Yisbarach will give him a complete recovery and all the salvations</w:t>
      </w:r>
    </w:p>
    <w:p>
      <w:r>
        <w:t>[Amen, amen]</w:t>
      </w:r>
    </w:p>
    <w:p>
      <w:r>
        <w:t>That they need</w:t>
      </w:r>
    </w:p>
    <w:p>
      <w:r>
        <w:t>[Amen]…</w:t>
      </w:r>
    </w:p>
    <w:p>
      <w:r>
        <w:t>...They should say the “Tikkun HaKlali”</w:t>
      </w:r>
    </w:p>
    <w:p>
      <w:r>
        <w:t>[Yes]…</w:t>
      </w:r>
    </w:p>
    <w:p>
      <w:r>
        <w:t>...With the prayer afterward</w:t>
      </w:r>
    </w:p>
    <w:p>
      <w:r>
        <w:t>[Ah, ah, yes, yes]</w:t>
      </w:r>
    </w:p>
    <w:p>
      <w:r>
        <w:t>If possible</w:t>
      </w:r>
    </w:p>
    <w:p>
      <w:r>
        <w:t>[Yes]…</w:t>
      </w:r>
    </w:p>
    <w:p>
      <w:r>
        <w:t>...{Nu}, as one speaks with a friend, in a language {that\she} understands</w:t>
      </w:r>
    </w:p>
    <w:p>
      <w:r>
        <w:t>[Yes, yes]</w:t>
      </w:r>
    </w:p>
    <w:p>
      <w:r>
        <w:t>To pray to Hashem</w:t>
      </w:r>
    </w:p>
    <w:p>
      <w:r>
        <w:t>[All right]</w:t>
      </w:r>
    </w:p>
    <w:p>
      <w:r>
        <w:t>In.. with simplicity, faith</w:t>
      </w:r>
    </w:p>
    <w:p>
      <w:r>
        <w:t>[Good]…</w:t>
      </w:r>
    </w:p>
    <w:p>
      <w:r>
        <w:t>...They should speak as one speaks with a fr.., with friends</w:t>
      </w:r>
    </w:p>
    <w:p>
      <w:r>
        <w:t>[Good]</w:t>
      </w:r>
    </w:p>
    <w:p>
      <w:r>
        <w:t>As one speaks with a son, with a father..</w:t>
      </w:r>
    </w:p>
    <w:p>
      <w:r>
        <w:t>[Yes]</w:t>
      </w:r>
    </w:p>
    <w:p>
      <w:r>
        <w:t>[Yes]</w:t>
      </w:r>
    </w:p>
    <w:p>
      <w:r>
        <w:t>He should speak with Hashem</w:t>
      </w:r>
    </w:p>
    <w:p>
      <w:r>
        <w:t>[Yes]…</w:t>
      </w:r>
    </w:p>
    <w:p>
      <w:r>
        <w:br w:type="page"/>
      </w:r>
    </w:p>
    <w:p>
      <w:pPr>
        <w:pStyle w:val="Heading1"/>
      </w:pPr>
      <w:r>
        <w:t>Tape 56</w:t>
      </w:r>
    </w:p>
    <w:p>
      <w:pPr>
        <w:pStyle w:val="Heading2"/>
      </w:pPr>
      <w:r>
        <w:t>Side A (Aleph)</w:t>
      </w:r>
    </w:p>
    <w:p>
      <w:r>
        <w:t>...[……….]</w:t>
      </w:r>
    </w:p>
    <w:p>
      <w:r>
        <w:t>[..A telephone book, did you not see it? A black one like that]</w:t>
      </w:r>
    </w:p>
    <w:p>
      <w:r>
        <w:t>[No….]</w:t>
      </w:r>
    </w:p>
    <w:p>
      <w:r>
        <w:t>[………..]…</w:t>
      </w:r>
    </w:p>
    <w:p>
      <w:r>
        <w:t>...We will return, but now I</w:t>
      </w:r>
    </w:p>
    <w:p>
      <w:r>
        <w:t>[Not now, not now, after the wedding, right? Saba]</w:t>
      </w:r>
    </w:p>
    <w:p>
      <w:r>
        <w:t>Ah?</w:t>
      </w:r>
    </w:p>
    <w:p>
      <w:r>
        <w:t>[There is also a wedding tomorrow]</w:t>
      </w:r>
    </w:p>
    <w:p>
      <w:r>
        <w:t>Yes?</w:t>
      </w:r>
    </w:p>
    <w:p>
      <w:r>
        <w:t>[Yes, Avigdor's]</w:t>
      </w:r>
    </w:p>
    <w:p>
      <w:r>
        <w:t>Avigdor's</w:t>
      </w:r>
    </w:p>
    <w:p>
      <w:r>
        <w:t>[You made the match]</w:t>
      </w:r>
    </w:p>
    <w:p>
      <w:r>
        <w:t>I did not know</w:t>
      </w:r>
    </w:p>
    <w:p>
      <w:r>
        <w:t>[Yes, you made the match]</w:t>
      </w:r>
    </w:p>
    <w:p>
      <w:r>
        <w:t>Ah?</w:t>
      </w:r>
    </w:p>
    <w:p>
      <w:r>
        <w:t>[You made the match]</w:t>
      </w:r>
    </w:p>
    <w:p>
      <w:r>
        <w:t>The match?</w:t>
      </w:r>
    </w:p>
    <w:p>
      <w:r>
        <w:t>[Yes, you made the match]</w:t>
      </w:r>
    </w:p>
    <w:p>
      <w:r>
        <w:t>Yes?</w:t>
      </w:r>
    </w:p>
    <w:p>
      <w:r>
        <w:t>[Yes, so you need to be at the wedding, to rejoice over the wedding]</w:t>
      </w:r>
    </w:p>
    <w:p>
      <w:r>
        <w:t>I made a match</w:t>
      </w:r>
    </w:p>
    <w:p>
      <w:r>
        <w:t>[Yes]</w:t>
      </w:r>
    </w:p>
    <w:p>
      <w:r>
        <w:t>With, he and his wife with.. what is his name?</w:t>
      </w:r>
    </w:p>
    <w:p>
      <w:r>
        <w:t>[Avigdor, Avigdor, Avigdor]</w:t>
      </w:r>
    </w:p>
    <w:p>
      <w:r>
        <w:t>No, even before</w:t>
      </w:r>
    </w:p>
    <w:p>
      <w:r>
        <w:t>[Gideon, Gideon]</w:t>
      </w:r>
    </w:p>
    <w:p>
      <w:r>
        <w:t>Gideon, Gideon</w:t>
      </w:r>
    </w:p>
    <w:p>
      <w:r>
        <w:t>[Yes, yes]</w:t>
      </w:r>
    </w:p>
    <w:p>
      <w:r>
        <w:t>{..}, I made a match, Gideon with his wife</w:t>
      </w:r>
    </w:p>
    <w:p>
      <w:r>
        <w:t>[Yes, now there is another match, Avigdor and his wife]</w:t>
      </w:r>
    </w:p>
    <w:p>
      <w:r>
        <w:t>{Nu}</w:t>
      </w:r>
    </w:p>
    <w:p>
      <w:r>
        <w:t>[They are getting married tomorrow evening]</w:t>
      </w:r>
    </w:p>
    <w:p>
      <w:r>
        <w:t>Yes</w:t>
      </w:r>
    </w:p>
    <w:p>
      <w:r>
        <w:t>[Yes, here in Yerushalayim]</w:t>
      </w:r>
    </w:p>
    <w:p>
      <w:r>
        <w:t>{Yes}</w:t>
      </w:r>
    </w:p>
    <w:p>
      <w:r>
        <w:t>[Saba, bless my wife for healing, my wife]</w:t>
      </w:r>
    </w:p>
    <w:p>
      <w:r>
        <w:t>Ah?</w:t>
      </w:r>
    </w:p>
    <w:p>
      <w:r>
        <w:t>[Bless my wife.. Neve..]…</w:t>
      </w:r>
    </w:p>
    <w:p>
      <w:r>
        <w:t>...[A good month]</w:t>
      </w:r>
    </w:p>
    <w:p>
      <w:r>
        <w:t>[………..]</w:t>
      </w:r>
    </w:p>
    <w:p>
      <w:r>
        <w:t>[If only]</w:t>
      </w:r>
    </w:p>
    <w:p>
      <w:r>
        <w:t>Is there liver?</w:t>
      </w:r>
    </w:p>
    <w:p>
      <w:r>
        <w:t>[Yes, there is, they are preparing it now]</w:t>
      </w:r>
    </w:p>
    <w:p>
      <w:r>
        <w:t>Ah? Good</w:t>
      </w:r>
    </w:p>
    <w:p>
      <w:r>
        <w:t>[Cooking]</w:t>
      </w:r>
    </w:p>
    <w:p>
      <w:r>
        <w:t>Good…</w:t>
      </w:r>
    </w:p>
    <w:p>
      <w:r>
        <w:t>...{..} liver</w:t>
      </w:r>
    </w:p>
    <w:p>
      <w:r>
        <w:t>[Yes, he is preparing it now]</w:t>
      </w:r>
    </w:p>
    <w:p>
      <w:r>
        <w:t>Ah?</w:t>
      </w:r>
    </w:p>
    <w:p>
      <w:r>
        <w:t>[He is preparing liver]</w:t>
      </w:r>
    </w:p>
    <w:p>
      <w:r>
        <w:t>Yes</w:t>
      </w:r>
    </w:p>
    <w:p>
      <w:r>
        <w:t>[I am going, Rebbe Yisroel, I am going]</w:t>
      </w:r>
    </w:p>
    <w:p>
      <w:r>
        <w:t>Good</w:t>
      </w:r>
    </w:p>
    <w:p>
      <w:r>
        <w:t>[Goodbye, all the best]</w:t>
      </w:r>
    </w:p>
    <w:p>
      <w:r>
        <w:t>When will you come?</w:t>
      </w:r>
    </w:p>
    <w:p>
      <w:r>
        <w:t>[Maybe at night, with Hashem's help, all the best, Rebbe Yisroel.. all the best]</w:t>
      </w:r>
    </w:p>
    <w:p>
      <w:r>
        <w:t>[……]</w:t>
      </w:r>
    </w:p>
    <w:p>
      <w:r>
        <w:t>[With Hashem's help]</w:t>
      </w:r>
    </w:p>
    <w:p>
      <w:r>
        <w:t>[……]…</w:t>
      </w:r>
    </w:p>
    <w:p>
      <w:r>
        <w:t>...He, he has the tree that..</w:t>
      </w:r>
    </w:p>
    <w:p>
      <w:r>
        <w:t>[Which tree?]</w:t>
      </w:r>
    </w:p>
    <w:p>
      <w:r>
        <w:t>It fell, the tree</w:t>
      </w:r>
    </w:p>
    <w:p>
      <w:r>
        <w:t>[The tree?]</w:t>
      </w:r>
    </w:p>
    <w:p>
      <w:r>
        <w:t>[……]</w:t>
      </w:r>
    </w:p>
    <w:p>
      <w:r>
        <w:t>[Yes, in the “Cripple”]</w:t>
      </w:r>
    </w:p>
    <w:p>
      <w:r>
        <w:t>[Of the “Cripple”?]</w:t>
      </w:r>
    </w:p>
    <w:p>
      <w:r>
        <w:t>Ah? Of the “Cripple”</w:t>
      </w:r>
    </w:p>
    <w:p>
      <w:r>
        <w:t>[It is watered]</w:t>
      </w:r>
    </w:p>
    <w:p>
      <w:r>
        <w:t>It is watered</w:t>
      </w:r>
    </w:p>
    <w:p>
      <w:r>
        <w:t>[…….…….]</w:t>
      </w:r>
    </w:p>
    <w:p>
      <w:r>
        <w:t>[…………..]</w:t>
      </w:r>
    </w:p>
    <w:p>
      <w:r>
        <w:t>[And everyone came to Rabbainu to receive rectification]</w:t>
      </w:r>
    </w:p>
    <w:p>
      <w:r>
        <w:t>[…..….]</w:t>
      </w:r>
    </w:p>
    <w:p>
      <w:r>
        <w:t>[……...]</w:t>
      </w:r>
    </w:p>
    <w:p>
      <w:r>
        <w:t>He will rectify the whole world, each and every one, with complete perfection, a complete rectification</w:t>
      </w:r>
    </w:p>
    <w:p>
      <w:r>
        <w:t>[Ah]</w:t>
      </w:r>
    </w:p>
    <w:p>
      <w:r>
        <w:t>[All the best, goodbye]</w:t>
      </w:r>
    </w:p>
    <w:p>
      <w:r>
        <w:t>[All the best..]</w:t>
      </w:r>
    </w:p>
    <w:p>
      <w:r>
        <w:t>[……….…]</w:t>
      </w:r>
    </w:p>
    <w:p>
      <w:r>
        <w:t>[………….]…</w:t>
      </w:r>
    </w:p>
    <w:p>
      <w:r>
        <w:t>...I, {do} the legs and that they should be inside the bed, ah, oy, oy</w:t>
      </w:r>
    </w:p>
    <w:p>
      <w:r>
        <w:t>[They are already inside the bed, Saba]</w:t>
      </w:r>
    </w:p>
    <w:p>
      <w:r>
        <w:t>Ah?</w:t>
      </w:r>
    </w:p>
    <w:p>
      <w:r>
        <w:t>[They are inside the bed, the legs are inside the bed]</w:t>
      </w:r>
    </w:p>
    <w:p>
      <w:r>
        <w:t>The socks</w:t>
      </w:r>
    </w:p>
    <w:p>
      <w:r>
        <w:t>[The legs]</w:t>
      </w:r>
    </w:p>
    <w:p>
      <w:r>
        <w:t>The legs</w:t>
      </w:r>
    </w:p>
    <w:p>
      <w:r>
        <w:t>[Inside the bed]</w:t>
      </w:r>
    </w:p>
    <w:p>
      <w:r>
        <w:t>Ah.. ah..</w:t>
      </w:r>
    </w:p>
    <w:p>
      <w:r>
        <w:t>[…..]</w:t>
      </w:r>
    </w:p>
    <w:p>
      <w:r>
        <w:t>[Do you want to sit?]</w:t>
      </w:r>
    </w:p>
    <w:p>
      <w:r>
        <w:t>{..}, ah.. ah..</w:t>
      </w:r>
    </w:p>
    <w:p>
      <w:r>
        <w:t>{..}</w:t>
      </w:r>
    </w:p>
    <w:p>
      <w:r>
        <w:t>[To sit..]…</w:t>
      </w:r>
    </w:p>
    <w:p>
      <w:r>
        <w:t>...Ah…</w:t>
      </w:r>
    </w:p>
    <w:p>
      <w:r>
        <w:t>[……….…]</w:t>
      </w:r>
    </w:p>
    <w:p>
      <w:r>
        <w:t>[He is waiting for you]</w:t>
      </w:r>
    </w:p>
    <w:p>
      <w:r>
        <w:t>[Ah?]</w:t>
      </w:r>
    </w:p>
    <w:p>
      <w:r>
        <w:t>[…...]</w:t>
      </w:r>
    </w:p>
    <w:p>
      <w:r>
        <w:t>Shoin, shoin</w:t>
      </w:r>
    </w:p>
    <w:p>
      <w:r>
        <w:t>[Does someone have a telephone card.., a Telecard? Is there somewhere here to buy one in the area?]</w:t>
      </w:r>
    </w:p>
    <w:p>
      <w:r>
        <w:t>[………….]</w:t>
      </w:r>
    </w:p>
    <w:p>
      <w:r>
        <w:t>[……….…]…</w:t>
      </w:r>
    </w:p>
    <w:p>
      <w:r>
        <w:t>...{Nu}</w:t>
      </w:r>
    </w:p>
    <w:p>
      <w:r>
        <w:t>[Then can I use the car, in order to go hire some, some musician?]</w:t>
      </w:r>
    </w:p>
    <w:p>
      <w:r>
        <w:t>Yes, yes</w:t>
      </w:r>
    </w:p>
    <w:p>
      <w:r>
        <w:t>[All right]</w:t>
      </w:r>
    </w:p>
    <w:p>
      <w:r>
        <w:t>[If it is possible to do..]…</w:t>
      </w:r>
    </w:p>
    <w:p>
      <w:r>
        <w:t>{..}...</w:t>
      </w:r>
    </w:p>
    <w:p>
      <w:r>
        <w:t>[.….………] …[..…………]</w:t>
      </w:r>
    </w:p>
    <w:p>
      <w:r>
        <w:t>...It is impossible to speak</w:t>
      </w:r>
    </w:p>
    <w:p>
      <w:r>
        <w:t>[..]</w:t>
      </w:r>
    </w:p>
    <w:p>
      <w:r>
        <w:t>Because I am ill</w:t>
      </w:r>
    </w:p>
    <w:p>
      <w:r>
        <w:t>[Yes, yes]</w:t>
      </w:r>
    </w:p>
    <w:p>
      <w:r>
        <w:t>Very, and very weak</w:t>
      </w:r>
    </w:p>
    <w:p>
      <w:r>
        <w:t>[Because he traveled from Haifa to Yerushalayim especially to see you, he made a long trip] From Yerushalayim?</w:t>
      </w:r>
    </w:p>
    <w:p>
      <w:r>
        <w:t>[From Haifa to Yerushalayim]</w:t>
      </w:r>
    </w:p>
    <w:p>
      <w:r>
        <w:t>Yes?</w:t>
      </w:r>
    </w:p>
    <w:p>
      <w:r>
        <w:t>[Yes, so he, he asked that you receive him]</w:t>
      </w:r>
    </w:p>
    <w:p>
      <w:r>
        <w:t>Ah, good, {all right..}, bring him in and tell him that there is nothing to {tell}..</w:t>
      </w:r>
    </w:p>
    <w:p>
      <w:r>
        <w:t>[Did you hear, he said that he is weak and ill, but I said that you made a long trip and..</w:t>
      </w:r>
    </w:p>
    <w:p>
      <w:r>
        <w:t>He said, yes, to let him in, that he should come in, but.., as though he can “arrange it,” he just lay down]</w:t>
      </w:r>
    </w:p>
    <w:p>
      <w:r>
        <w:t>[Okay..]</w:t>
      </w:r>
    </w:p>
    <w:p>
      <w:r>
        <w:t>[I think, are you a photographer? Yes?]</w:t>
      </w:r>
    </w:p>
    <w:p>
      <w:r>
        <w:t>[Yes, yes]</w:t>
      </w:r>
    </w:p>
    <w:p>
      <w:r>
        <w:t>[If you want ……….]</w:t>
      </w:r>
    </w:p>
    <w:p>
      <w:r>
        <w:t>[…]</w:t>
      </w:r>
    </w:p>
    <w:p>
      <w:r>
        <w:t>[..He agrees, only ah, the matter of the……]</w:t>
      </w:r>
    </w:p>
    <w:p>
      <w:r>
        <w:t>[…..]</w:t>
      </w:r>
    </w:p>
    <w:p>
      <w:r>
        <w:t>[That it should be nice like this]</w:t>
      </w:r>
    </w:p>
    <w:p>
      <w:r>
        <w:t>[………]</w:t>
      </w:r>
    </w:p>
    <w:p>
      <w:r>
        <w:t>[……...]</w:t>
      </w:r>
    </w:p>
    <w:p>
      <w:r>
        <w:t>[Rebbe Yisroel, here, the journalist has arrived; he wanted to say hello to you]</w:t>
      </w:r>
    </w:p>
    <w:p>
      <w:r>
        <w:t>Where, where, where is he?</w:t>
      </w:r>
    </w:p>
    <w:p>
      <w:r>
        <w:t>[Nu, say hello to him]</w:t>
      </w:r>
    </w:p>
    <w:p>
      <w:r>
        <w:t>[Hello, hello..]</w:t>
      </w:r>
    </w:p>
    <w:p>
      <w:r>
        <w:t>Shalom aleichem, hello..</w:t>
      </w:r>
    </w:p>
    <w:p>
      <w:r>
        <w:t>[How are you?]</w:t>
      </w:r>
    </w:p>
    <w:p>
      <w:r>
        <w:t>Ah, give him, give him a chair to sit on</w:t>
      </w:r>
    </w:p>
    <w:p>
      <w:r>
        <w:t>[Yes, yes, yes..]</w:t>
      </w:r>
    </w:p>
    <w:p>
      <w:r>
        <w:t>[This is Ronen, and he is the photographer]</w:t>
      </w:r>
    </w:p>
    <w:p>
      <w:r>
        <w:t>Yes, sit down, sit down</w:t>
      </w:r>
    </w:p>
    <w:p>
      <w:r>
        <w:t>[Rebbe Yisroel, the journalist and the photographer are here]</w:t>
      </w:r>
    </w:p>
    <w:p>
      <w:r>
        <w:t>Ah?</w:t>
      </w:r>
    </w:p>
    <w:p>
      <w:r>
        <w:t>[There is one journalist, a writer, and one photographer..]</w:t>
      </w:r>
    </w:p>
    <w:p>
      <w:r>
        <w:t>And one?</w:t>
      </w:r>
    </w:p>
    <w:p>
      <w:r>
        <w:t>[A photographer, takes pictures, photographs]</w:t>
      </w:r>
    </w:p>
    <w:p>
      <w:r>
        <w:t>Ah, a photographer</w:t>
      </w:r>
    </w:p>
    <w:p>
      <w:r>
        <w:t>[Can he photograph you?]</w:t>
      </w:r>
    </w:p>
    <w:p>
      <w:r>
        <w:t>Yes, yes, yes</w:t>
      </w:r>
    </w:p>
    <w:p>
      <w:r>
        <w:t>[I told you, generally he agrees, only that..]</w:t>
      </w:r>
    </w:p>
    <w:p>
      <w:r>
        <w:t>[I, I am from the newspaper "Kol Haifa"; you put up signs in Haifa]</w:t>
      </w:r>
    </w:p>
    <w:p>
      <w:r>
        <w:t>[Rebbe Yisroel, he says that he works for the newspaper "Kol Haifa"..]</w:t>
      </w:r>
    </w:p>
    <w:p>
      <w:r>
        <w:t>Yes?</w:t>
      </w:r>
    </w:p>
    <w:p>
      <w:r>
        <w:t>[Yes, he has just arrived from Haifa]</w:t>
      </w:r>
    </w:p>
    <w:p>
      <w:r>
        <w:t>Shalom aleichem once again</w:t>
      </w:r>
    </w:p>
    <w:p>
      <w:r>
        <w:t>[Rebbe Yisroel]</w:t>
      </w:r>
    </w:p>
    <w:p>
      <w:r>
        <w:t>I cannot, cannot, I thoug.., I thought perhaps {I would have a front}, th.. th…</w:t>
      </w:r>
    </w:p>
    <w:p>
      <w:r>
        <w:t>...{Such a matter}, but I am very ill and I am very weak</w:t>
      </w:r>
    </w:p>
    <w:p>
      <w:r>
        <w:t>[Ah, ah]</w:t>
      </w:r>
    </w:p>
    <w:p>
      <w:r>
        <w:t>But I, I received them and.. of necessity {..}..</w:t>
      </w:r>
    </w:p>
    <w:p>
      <w:r>
        <w:t>[Thank you very much]</w:t>
      </w:r>
    </w:p>
    <w:p>
      <w:r>
        <w:t>{I could … without t… without receiving.. shoyn}</w:t>
      </w:r>
    </w:p>
    <w:p>
      <w:r>
        <w:t>But I {not upon you, cannot receive now}, excuse me</w:t>
      </w:r>
    </w:p>
    <w:p>
      <w:r>
        <w:t>[No problem]</w:t>
      </w:r>
    </w:p>
    <w:p>
      <w:r>
        <w:t>Yes, that I am not able to receive them like, like everyone, but nevertheless I honor them</w:t>
      </w:r>
    </w:p>
    <w:p>
      <w:r>
        <w:t>So I, I speak with them, yes, I, not upon you, {...}</w:t>
      </w:r>
    </w:p>
    <w:p>
      <w:r>
        <w:t>I, my age, do you know?</w:t>
      </w:r>
    </w:p>
    <w:p>
      <w:r>
        <w:t>[One hundred and four]</w:t>
      </w:r>
    </w:p>
    <w:p>
      <w:r>
        <w:t>My age</w:t>
      </w:r>
    </w:p>
    <w:p>
      <w:r>
        <w:t>[Yes, one hundred and four?]</w:t>
      </w:r>
    </w:p>
    <w:p>
      <w:r>
        <w:t>Yes</w:t>
      </w:r>
    </w:p>
    <w:p>
      <w:r>
        <w:t>[Very old; where were you born?]</w:t>
      </w:r>
    </w:p>
    <w:p>
      <w:r>
        <w:t>I was born in Teveria</w:t>
      </w:r>
    </w:p>
    <w:p>
      <w:r>
        <w:t>[In Teveria; my father and my mother were also born in Teveria]</w:t>
      </w:r>
    </w:p>
    <w:p>
      <w:r>
        <w:t>[He said that his father and mother are also from Teveria]</w:t>
      </w:r>
    </w:p>
    <w:p>
      <w:r>
        <w:t>In any case the father and the mother, in the city of Teveria</w:t>
      </w:r>
    </w:p>
    <w:p>
      <w:r>
        <w:t>[Ah, ah]</w:t>
      </w:r>
    </w:p>
    <w:p>
      <w:r>
        <w:t>I was born, and I merited to draw close to Rabbainu and to believe at a small age, at a young age, yes</w:t>
      </w:r>
    </w:p>
    <w:p>
      <w:r>
        <w:t>I saw the.. {writings} of Rabbainu, so I said, this is only for me</w:t>
      </w:r>
    </w:p>
    <w:p>
      <w:r>
        <w:t>And I had opposition with the yeshivah and with everyone, with the father and the mother and the whole city, the whole city, the whole yeshivah</w:t>
      </w:r>
    </w:p>
    <w:p>
      <w:r>
        <w:t>They opposed me and made of me.. {…}, I suffered many troubles</w:t>
      </w:r>
    </w:p>
    <w:p>
      <w:r>
        <w:t>But, blessed be Hashem, I, I take very great delight in the troubles, in what I suffered, yes</w:t>
      </w:r>
    </w:p>
    <w:p>
      <w:r>
        <w:t>So he {said to me}, it is very good to draw close to the Tzadik and.. {and from, from sorrow} in the service of Hashem</w:t>
      </w:r>
    </w:p>
    <w:p>
      <w:r>
        <w:t>{Always} from, ah..</w:t>
      </w:r>
    </w:p>
    <w:p>
      <w:r>
        <w:t>[…….]</w:t>
      </w:r>
    </w:p>
    <w:p>
      <w:r>
        <w:t>[Ah, no, I did not understand]</w:t>
      </w:r>
    </w:p>
    <w:p>
      <w:r>
        <w:t>I suffered from the father and from the mother; the father was blind in both his eyes, and he cried before me:</w:t>
      </w:r>
    </w:p>
    <w:p>
      <w:r>
        <w:t>"Why do you need Breslov? I do not want Breslov; who will take you as a son-in-law?</w:t>
      </w:r>
    </w:p>
    <w:p>
      <w:r>
        <w:t>And how is such a thing possible {…}, that you will not have mercy on me and will be Breslov?"</w:t>
      </w:r>
    </w:p>
    <w:p>
      <w:r>
        <w:t>I said to Father:</w:t>
      </w:r>
    </w:p>
    <w:p>
      <w:r>
        <w:t>"That is it, it will not chan.., not cha.., not change, and you will have no sage, no warrior, to help {..}"</w:t>
      </w:r>
    </w:p>
    <w:p>
      <w:r>
        <w:t>I said to Father: "I am only Breslov"</w:t>
      </w:r>
    </w:p>
    <w:p>
      <w:r>
        <w:t>And I suffered what is impossible to describe; I had no bread, not for me and not for the children</w:t>
      </w:r>
    </w:p>
    <w:p>
      <w:r>
        <w:t>And no garment and no bread and no money, and I suffered everything for the truth, for Breslov</w:t>
      </w:r>
    </w:p>
    <w:p>
      <w:r>
        <w:t>Oy vey..</w:t>
      </w:r>
    </w:p>
    <w:p>
      <w:r>
        <w:t>He, he, he was very important to the president, and this, this {"Mashiach vet kumen," yes, yes}</w:t>
      </w:r>
    </w:p>
    <w:p>
      <w:r>
        <w:t>To President Shazar this man was very important, yes</w:t>
      </w:r>
    </w:p>
    <w:p>
      <w:r>
        <w:t>But I did not do it for the president and not for any.. I only learned {the words} from our holy Rabbainu; then, then in a moment it was not, I said to Father:</w:t>
      </w:r>
    </w:p>
    <w:p>
      <w:r>
        <w:t>"This, I am only B.., I am only Breslov"</w:t>
      </w:r>
    </w:p>
    <w:p>
      <w:r>
        <w:t>[If I understood correctly, ….. did not want him to be in Breslov..]</w:t>
      </w:r>
    </w:p>
    <w:p>
      <w:r>
        <w:t>And he was very distressed and he cried over me and said to me:</w:t>
      </w:r>
    </w:p>
    <w:p>
      <w:r>
        <w:t>"Who will take you as a son-in-law, who..? Breslov?, this is he.. {he does not ….}”…</w:t>
      </w:r>
    </w:p>
    <w:p>
      <w:r>
        <w:t>...{Yes}, I merited to overcome everything, and blessed be Hashem, to this day I am only Breslov</w:t>
      </w:r>
    </w:p>
    <w:p>
      <w:r>
        <w:t>And also {there were}, it was wonders of wonders; there were renowned men and.. and men of {good name}, ah..</w:t>
      </w:r>
    </w:p>
    <w:p>
      <w:r>
        <w:t>And they oppose Breslov; {I, was, was liv.., strengthened}, I did not listen to them at all</w:t>
      </w:r>
    </w:p>
    <w:p>
      <w:r>
        <w:t>{I am} only Breslov to this day</w:t>
      </w:r>
    </w:p>
    <w:p>
      <w:r>
        <w:t>[…...]</w:t>
      </w:r>
    </w:p>
    <w:p>
      <w:r>
        <w:t>{..}, what, the world does not know at all what this is here, what this matter of, of our holy Rabbainu is</w:t>
      </w:r>
    </w:p>
    <w:p>
      <w:r>
        <w:t>It is a matter that is impossible; I have no strength to speak and tell..</w:t>
      </w:r>
    </w:p>
    <w:p>
      <w:r>
        <w:t>[I will ask you a few more..]</w:t>
      </w:r>
    </w:p>
    <w:p>
      <w:r>
        <w:t>What this is</w:t>
      </w:r>
    </w:p>
    <w:p>
      <w:r>
        <w:t>[.., may I ask you a few more questions?]</w:t>
      </w:r>
    </w:p>
    <w:p>
      <w:r>
        <w:t>I did not have, I am ashamed to speak</w:t>
      </w:r>
    </w:p>
    <w:p>
      <w:r>
        <w:t>The children {suffered}, the girls; they did not know what an alef is and what a bet is and what a 'patach' is</w:t>
      </w:r>
    </w:p>
    <w:p>
      <w:r>
        <w:t>They did not know at all, because they went to school, and Rav Moshe {Bela}, Blum, Rav Moshe</w:t>
      </w:r>
    </w:p>
    <w:p>
      <w:r>
        <w:t>He was the head, head, the head of 'Agudat Yisroel', and he told me that he would speak, and he did nothing; and my children already, all of them, every week they sent them home, home, because I had no money to pay {them}; and blessed be Hashem, to this day I hold firm, and I am far from all those {the head}</w:t>
      </w:r>
    </w:p>
    <w:p>
      <w:r>
        <w:t>From all those, they, who are sunk in all the desires and.. and money and all the desires</w:t>
      </w:r>
    </w:p>
    <w:p>
      <w:r>
        <w:t>[…..]</w:t>
      </w:r>
    </w:p>
    <w:p>
      <w:r>
        <w:t>And blessed be Hashem, I was far from them, and I was a warrior, a warrior, and I stood against all of them</w:t>
      </w:r>
    </w:p>
    <w:p>
      <w:r>
        <w:t>There was Kliers, Kliers, Rav Moshe Kliers; you {..}, have you heard? About {Rav}, about Moshe Kliers?</w:t>
      </w:r>
    </w:p>
    <w:p>
      <w:r>
        <w:t>And blessed be Hashem, to this day, I, blessed be Hashem, was a warrior and stood against, against, against..</w:t>
      </w:r>
    </w:p>
    <w:p>
      <w:r>
        <w:t>I do not want to.. to accuse and speak, {yes}</w:t>
      </w:r>
    </w:p>
    <w:p>
      <w:r>
        <w:t>Blessed be Hashem, I am very happy that I merited to draw close to Rabbainu through {suffering}</w:t>
      </w:r>
    </w:p>
    <w:p>
      <w:r>
        <w:t>Through {this that I.. suffe.., that I suffered such harsh humiliations}</w:t>
      </w:r>
    </w:p>
    <w:p>
      <w:r>
        <w:t>{Nachal …… and I did not..}</w:t>
      </w:r>
    </w:p>
    <w:p>
      <w:r>
        <w:t>Someone who hears this can, can say that it is impossible, impossible, {that he is lying}</w:t>
      </w:r>
    </w:p>
    <w:p>
      <w:r>
        <w:t>But {.. the reality was like this}, and I stood against Rav Moshe Kliers</w:t>
      </w:r>
    </w:p>
    <w:p>
      <w:r>
        <w:t>[….]</w:t>
      </w:r>
    </w:p>
    <w:p>
      <w:r>
        <w:t>He was a gaon, famous, he.. {this is a known thing}, ah</w:t>
      </w:r>
    </w:p>
    <w:p>
      <w:r>
        <w:t>{And.. also in my time there was} the Rav, the Rav, the gaon Alfandari</w:t>
      </w:r>
    </w:p>
    <w:p>
      <w:r>
        <w:t>He came, Rav Alfandari, {yes}, he came to Teveria to take baths there</w:t>
      </w:r>
    </w:p>
    <w:p>
      <w:r>
        <w:t>And I asked him to let me attend upon {him}, attend upon him, yes</w:t>
      </w:r>
    </w:p>
    <w:p>
      <w:r>
        <w:t>And what happened happened; he did not want me to attend upon him, because he was a strong man, a man of truth, a strong man</w:t>
      </w:r>
    </w:p>
    <w:p>
      <w:r>
        <w:t>[You instructed, … you instructed, you said to put up signs]</w:t>
      </w:r>
    </w:p>
    <w:p>
      <w:r>
        <w:t>Ah?</w:t>
      </w:r>
    </w:p>
    <w:p>
      <w:r>
        <w:t>[You said to put up signs]</w:t>
      </w:r>
    </w:p>
    <w:p>
      <w:r>
        <w:t>[He says that you asked to publicize the signs of "Na Nach" everywhere]</w:t>
      </w:r>
    </w:p>
    <w:p>
      <w:r>
        <w:t>Ah?</w:t>
      </w:r>
    </w:p>
    <w:p>
      <w:r>
        <w:t>[He is asking about the signs]</w:t>
      </w:r>
    </w:p>
    <w:p>
      <w:r>
        <w:t>I {have} friends who do it, they do it</w:t>
      </w:r>
    </w:p>
    <w:p>
      <w:r>
        <w:t>[Why, why do they do it?]</w:t>
      </w:r>
    </w:p>
    <w:p>
      <w:r>
        <w:t>Because they know the craft, because they know well how {……}, to put together and to do, yes</w:t>
      </w:r>
    </w:p>
    <w:p>
      <w:r>
        <w:t>And blessed be Hashem, blessed be Hashem</w:t>
      </w:r>
    </w:p>
    <w:p>
      <w:r>
        <w:t>[Rebbe Yisroel, he asks why signs need to be affixed?]</w:t>
      </w:r>
    </w:p>
    <w:p>
      <w:r>
        <w:t>Ah?</w:t>
      </w:r>
    </w:p>
    <w:p>
      <w:r>
        <w:t>[He asks, why, why signs?]</w:t>
      </w:r>
    </w:p>
    <w:p>
      <w:r>
        <w:t>Why?</w:t>
      </w:r>
    </w:p>
    <w:p>
      <w:r>
        <w:t>[For what purpose.. do signs need to be put everywhere?..]</w:t>
      </w:r>
    </w:p>
    <w:p>
      <w:r>
        <w:t>Ah, to publicize, to publicize, because the whole world was opposed, the whole world were opposed to, {to signs}</w:t>
      </w:r>
    </w:p>
    <w:p>
      <w:r>
        <w:t>Only I was the sole one who said: "I am only Breslov"</w:t>
      </w:r>
    </w:p>
    <w:p>
      <w:r>
        <w:t>The Blessed Hashem brought about wonders, that.. that President Shazar received me, and..</w:t>
      </w:r>
    </w:p>
    <w:p>
      <w:r>
        <w:t>And he felt and saw that I was a person of self-sacrifice {like this}, {……..} to speak at all with the world</w:t>
      </w:r>
    </w:p>
    <w:p>
      <w:r>
        <w:t>{And how is it I}, I am always {attached} and bound to Breslov</w:t>
      </w:r>
    </w:p>
    <w:p>
      <w:r>
        <w:t>{Blessed is Hashem}</w:t>
      </w:r>
    </w:p>
    <w:p>
      <w:r>
        <w:t>[They say, they say that you received a letter from the Rebbe, from Rebbe Nachman of Breslov]</w:t>
      </w:r>
    </w:p>
    <w:p>
      <w:r>
        <w:t>Oy, and I {…}.., what I suffered from Breslov</w:t>
      </w:r>
    </w:p>
    <w:p>
      <w:r>
        <w:t>Only, only.. everyone, everyone, great and small, pointed with a finger:</w:t>
      </w:r>
    </w:p>
    <w:p>
      <w:r>
        <w:t>"Ah, here is Breslov, this is Breslov"</w:t>
      </w:r>
    </w:p>
    <w:p>
      <w:r>
        <w:t>[……..]</w:t>
      </w:r>
    </w:p>
    <w:p>
      <w:r>
        <w:t>[The meaning is that also, also the chareidim would oppose him..]</w:t>
      </w:r>
    </w:p>
    <w:p>
      <w:r>
        <w:t>Blessed is Hashem, I received, and it is a gift, such a gift that there is no, no, no, no equal to it</w:t>
      </w:r>
    </w:p>
    <w:p>
      <w:r>
        <w:t>[What.. what did he say?]</w:t>
      </w:r>
    </w:p>
    <w:p>
      <w:r>
        <w:t>[Rebbe Yisroel..]</w:t>
      </w:r>
    </w:p>
    <w:p>
      <w:r>
        <w:t>I did not have, I studied Breslov books, and they were all opponents and they..</w:t>
      </w:r>
    </w:p>
    <w:p>
      <w:r>
        <w:t>And they sent, removed my children from the school, {and they fell and it is forbidden}</w:t>
      </w:r>
    </w:p>
    <w:p>
      <w:r>
        <w:t>And it is forbidden to study {..} and it is forbidden {to speak}</w:t>
      </w:r>
    </w:p>
    <w:p>
      <w:r>
        <w:t>[Wh.. why do they say..?]</w:t>
      </w:r>
    </w:p>
    <w:p>
      <w:r>
        <w:t>Blessed is Hashem, I was strong, a mighty strong man, and I stood against great ones, famous throughout the world</w:t>
      </w:r>
    </w:p>
    <w:p>
      <w:r>
        <w:t>But Rav Moshe Klirs, {there} everyone knows that he was, his name was very great, greatly renowned</w:t>
      </w:r>
    </w:p>
    <w:p>
      <w:r>
        <w:t>And blessed is Hashem, I, I was strong and stood against everyone</w:t>
      </w:r>
    </w:p>
    <w:p>
      <w:r>
        <w:t>[……..]</w:t>
      </w:r>
    </w:p>
    <w:p>
      <w:r>
        <w:t>[……..]</w:t>
      </w:r>
    </w:p>
    <w:p>
      <w:r>
        <w:t>{Sit down a chair and you will know everything about me}, what is the name?</w:t>
      </w:r>
    </w:p>
    <w:p>
      <w:r>
        <w:t>[Meir Shalom]</w:t>
      </w:r>
    </w:p>
    <w:p>
      <w:r>
        <w:t>Ah?</w:t>
      </w:r>
    </w:p>
    <w:p>
      <w:r>
        <w:t>[This is Daniel's son, Daniel's son]</w:t>
      </w:r>
    </w:p>
    <w:p>
      <w:r>
        <w:t>The son?</w:t>
      </w:r>
    </w:p>
    <w:p>
      <w:r>
        <w:t>[No, no, the journalist is here, the..]</w:t>
      </w:r>
    </w:p>
    <w:p>
      <w:r>
        <w:t>The journalist</w:t>
      </w:r>
    </w:p>
    <w:p>
      <w:r>
        <w:t>[Yes, here he is]</w:t>
      </w:r>
    </w:p>
    <w:p>
      <w:r>
        <w:t>Yes, blessed is Hashem..</w:t>
      </w:r>
    </w:p>
    <w:p>
      <w:r>
        <w:t>[Rebbe Yisroel, he is asking..]</w:t>
      </w:r>
    </w:p>
    <w:p>
      <w:r>
        <w:t>I merited</w:t>
      </w:r>
    </w:p>
    <w:p>
      <w:r>
        <w:t>[Yes]</w:t>
      </w:r>
    </w:p>
    <w:p>
      <w:r>
        <w:t>To overcome and strengthen myself and to be a mighty strong man against the entire world and against all the opponents</w:t>
      </w:r>
    </w:p>
    <w:p>
      <w:r>
        <w:t>Who had a great name..</w:t>
      </w:r>
    </w:p>
    <w:p>
      <w:r>
        <w:t>[Why? Why did they oppose?]</w:t>
      </w:r>
    </w:p>
    <w:p>
      <w:r>
        <w:t>And blessed is Hashem, I was alone and stood against everyone, and Hashem Yisbarach gave me a gift, that in Yerushalayim, in Chevron, there was, there was a yeshivah, and Rebbe Yisroel my teacher, Rebbe Yisroel Halperin (Kardonner), he, he..</w:t>
      </w:r>
    </w:p>
    <w:p>
      <w:r>
        <w:t>Right away a connection was made between us, yes</w:t>
      </w:r>
    </w:p>
    <w:p>
      <w:r>
        <w:t>And I stood against everyone, and blessed is Hashem, to this day I am only Breslov, blessed is Hashem</w:t>
      </w:r>
    </w:p>
    <w:p>
      <w:r>
        <w:t>[Why, why did they not, not love Breslov? Why, why did they oppose?]</w:t>
      </w:r>
    </w:p>
    <w:p>
      <w:r>
        <w:t>[Rebbe Yisroel, he is asking, why did all.., everyone oppose Breslov? He does not understand..]</w:t>
      </w:r>
    </w:p>
    <w:p>
      <w:r>
        <w:t>Ahh..</w:t>
      </w:r>
    </w:p>
    <w:p>
      <w:r>
        <w:t>[He does not understand this, what is the reason?]</w:t>
      </w:r>
    </w:p>
    <w:p>
      <w:r>
        <w:t>I do not have, I do not have the strength to speak, {already} I have spoken a great deal, I do not have the strength {to tell it}</w:t>
      </w:r>
    </w:p>
    <w:p>
      <w:r>
        <w:t>But the time will come when I will tell</w:t>
      </w:r>
    </w:p>
    <w:p>
      <w:r>
        <w:t>[………]</w:t>
      </w:r>
    </w:p>
    <w:p>
      <w:r>
        <w:t>[……… there is also more..]</w:t>
      </w:r>
    </w:p>
    <w:p>
      <w:r>
        <w:t>He was the truth of all the great ones, of all {..}.., of all the great ones</w:t>
      </w:r>
    </w:p>
    <w:p>
      <w:r>
        <w:t>He was against everyone, they did not, {do not know, they …}..</w:t>
      </w:r>
    </w:p>
    <w:p>
      <w:r>
        <w:t>They {did not}, they, they were against him nothing, nothing, {...}, yes</w:t>
      </w:r>
    </w:p>
    <w:p>
      <w:r>
        <w:t>[Ah.. what..]</w:t>
      </w:r>
    </w:p>
    <w:p>
      <w:r>
        <w:t>Rav Alfandari asked them to give me bread, only for the children, that they should give me bread; they said:</w:t>
      </w:r>
    </w:p>
    <w:p>
      <w:r>
        <w:t>"No, this is not a yeshivah student, he studies Breslov books, we will not give him, {..}, we will not give him"</w:t>
      </w:r>
    </w:p>
    <w:p>
      <w:r>
        <w:t>But even so, they gave an additional half-lira, half a lira</w:t>
      </w:r>
    </w:p>
    <w:p>
      <w:r>
        <w:t>[…..….]</w:t>
      </w:r>
    </w:p>
    <w:p>
      <w:r>
        <w:t>[….…..]</w:t>
      </w:r>
    </w:p>
    <w:p>
      <w:r>
        <w:t>{If not ….}, there would not have been enough for bread for the children; I had ten children</w:t>
      </w:r>
    </w:p>
    <w:p>
      <w:r>
        <w:t>[………]</w:t>
      </w:r>
    </w:p>
    <w:p>
      <w:r>
        <w:t>[……...]</w:t>
      </w:r>
    </w:p>
    <w:p>
      <w:r>
        <w:t>[What, what is the meaning of the signs? What is the meaning of the..]</w:t>
      </w:r>
    </w:p>
    <w:p>
      <w:r>
        <w:t>[Rebbe Yisroel, he is asking what, what is the meaning of the signs of "Na Na ch"? What are the signs for?] of the signs?</w:t>
      </w:r>
    </w:p>
    <w:p>
      <w:r>
        <w:t>[What, what is the message?]</w:t>
      </w:r>
    </w:p>
    <w:p>
      <w:r>
        <w:t>Because our holy Rabbainu revealed about this, that he is alluded to in the Torah, in the verse, in the verse..</w:t>
      </w:r>
    </w:p>
    <w:p>
      <w:r>
        <w:t>["A flowing brook"]</w:t>
      </w:r>
    </w:p>
    <w:p>
      <w:r>
        <w:t>"A flowing brook," yes, yes</w:t>
      </w:r>
    </w:p>
    <w:p>
      <w:r>
        <w:t>He revealed that his name is, is, that his name is "a brook.."; the initial letters are his name:</w:t>
      </w:r>
    </w:p>
    <w:p>
      <w:r>
        <w:t>"N'achal N'ovea M'ekor Ch'ochmah"</w:t>
      </w:r>
    </w:p>
    <w:p>
      <w:r>
        <w:t>And our holy Rabbainu revealed that he is alluded to in this verse in the Tanach, {…}..</w:t>
      </w:r>
    </w:p>
    <w:p>
      <w:r>
        <w:t>"N'achal N'ovea M'ekor Ch'ochmah"</w:t>
      </w:r>
    </w:p>
    <w:p>
      <w:r>
        <w:t>And also, and also our holy Rabbainu is alluded to in the verse..</w:t>
      </w:r>
    </w:p>
    <w:p>
      <w:r>
        <w:t>'Simple, doubled, tripled, quadrupled,' the name "Nachman" has four letters; this is the name "Havayah"</w:t>
      </w:r>
    </w:p>
    <w:p>
      <w:r>
        <w:t>The name Yud Kei Vav Kei also has four letters, and he is alluded to in this verse:</w:t>
      </w:r>
    </w:p>
    <w:p>
      <w:r>
        <w:t>"N'achal N'ovea M'ekor Ch'ochmah," {..}..</w:t>
      </w:r>
    </w:p>
    <w:p>
      <w:r>
        <w:t>[They are talking..]</w:t>
      </w:r>
    </w:p>
    <w:p>
      <w:r>
        <w:t>So all those {who are, who merit} to draw close to our holy Rabbainu, they, they suffer greatly, {….}</w:t>
      </w:r>
    </w:p>
    <w:p>
      <w:r>
        <w:t>Because the whole, whole world persecutes them and humiliates them, yes</w:t>
      </w:r>
    </w:p>
    <w:p>
      <w:r>
        <w:t>But this is a great good, because everything they suffer for the truth is very great</w:t>
      </w:r>
    </w:p>
    <w:p>
      <w:r>
        <w:t>[What? Everyone who draws close to him?]</w:t>
      </w:r>
    </w:p>
    <w:p>
      <w:r>
        <w:t>Ah..</w:t>
      </w:r>
    </w:p>
    <w:p>
      <w:r>
        <w:t>[…speaking]</w:t>
      </w:r>
    </w:p>
    <w:p>
      <w:r>
        <w:t>They all.. I, in Teveria, a small city, I saw {all of them, ..}</w:t>
      </w:r>
    </w:p>
    <w:p>
      <w:r>
        <w:t>[…..]</w:t>
      </w:r>
    </w:p>
    <w:p>
      <w:r>
        <w:t>{…}, they were arrogant people, and thought they could study; they did not have an ember from our holy Rabbainu</w:t>
      </w:r>
    </w:p>
    <w:p>
      <w:r>
        <w:t>They did not {...}, did not, did not know even, even, even one word</w:t>
      </w:r>
    </w:p>
    <w:p>
      <w:r>
        <w:t>From our holy Rabbainu about himself, of his greatness, {..}..</w:t>
      </w:r>
    </w:p>
    <w:p>
      <w:r>
        <w:t>[..]</w:t>
      </w:r>
    </w:p>
    <w:p>
      <w:r>
        <w:t>Blessed is Hashem, I..</w:t>
      </w:r>
    </w:p>
    <w:p>
      <w:r>
        <w:t>[They are talking..]</w:t>
      </w:r>
    </w:p>
    <w:p>
      <w:r>
        <w:t>I..</w:t>
      </w:r>
    </w:p>
    <w:p>
      <w:r>
        <w:t>[Honored Rav..]</w:t>
      </w:r>
    </w:p>
    <w:p>
      <w:r>
        <w:t>Cannot describe, I was a lone man and stood against the entire world</w:t>
      </w:r>
    </w:p>
    <w:p>
      <w:r>
        <w:t>{They were jealous of our holy Rabbainu}, of himself, he said like this:</w:t>
      </w:r>
    </w:p>
    <w:p>
      <w:r>
        <w:t>"I and my disciple, and the disciples of Rebbe Nassan, laugh at the entire world"</w:t>
      </w:r>
    </w:p>
    <w:p>
      <w:r>
        <w:t>And there is also a teaching from our holy Rabbainu; he said:</w:t>
      </w:r>
    </w:p>
    <w:p>
      <w:r>
        <w:t>"I, I was victorious, I finished and I will finish”</w:t>
      </w:r>
    </w:p>
    <w:p>
      <w:r>
        <w:t>I finished: he came into the world to reveal the truth, that desires are nothing and money is nothing, yes</w:t>
      </w:r>
    </w:p>
    <w:p>
      <w:r>
        <w:t>And he merited that they all fell and were completely nullified before every word of his</w:t>
      </w:r>
    </w:p>
    <w:p>
      <w:r>
        <w:t>[Did you receive a letter from him?]</w:t>
      </w:r>
    </w:p>
    <w:p>
      <w:r>
        <w:t>As one sees in the "Sippurei Maasiyos," one sees, one sees, one sees such a, such a thing in the world?</w:t>
      </w:r>
    </w:p>
    <w:p>
      <w:r>
        <w:t>No, such "Likutay Tfilos," such "Sippurei Maasiyos" exist? Is there anything else in the world?</w:t>
      </w:r>
    </w:p>
    <w:p>
      <w:r>
        <w:t>[Did you receive a letter from him?]</w:t>
      </w:r>
    </w:p>
    <w:p>
      <w:r>
        <w:t>Blessed is Hashem, I was strong against the entire world and studied Breslov books</w:t>
      </w:r>
    </w:p>
    <w:p>
      <w:r>
        <w:t>And immediately they can, {can live}</w:t>
      </w:r>
    </w:p>
    <w:p>
      <w:r>
        <w:t>[Ah, honored Rav, did you receive a letter from him?]</w:t>
      </w:r>
    </w:p>
    <w:p>
      <w:r>
        <w:t>And blessed is Hashem..</w:t>
      </w:r>
    </w:p>
    <w:p>
      <w:r>
        <w:t>[Rebbe Yisroel..]</w:t>
      </w:r>
    </w:p>
    <w:p>
      <w:r>
        <w:t>I {how} defeated everyone; our holy Rabbainu says:</w:t>
      </w:r>
    </w:p>
    <w:p>
      <w:r>
        <w:t>"I finished and I will finish, I was victorious and I will be victorious," our holy Rabbainu</w:t>
      </w:r>
    </w:p>
    <w:p>
      <w:r>
        <w:t>Because he came into the world {to remove} the desires from the world, {{…}}, the desires and the money and the desires, {yes}</w:t>
      </w:r>
    </w:p>
    <w:p>
      <w:r>
        <w:t>He.. nu, but the world was growing stronger, so our holy Rabbainu {{says here}}:</w:t>
      </w:r>
    </w:p>
    <w:p>
      <w:r>
        <w:t>"I was victorious and I will be victorious; I finished, I finished with the entire world"</w:t>
      </w:r>
    </w:p>
    <w:p>
      <w:r>
        <w:t>He finished; he left nothing of the desires, yes</w:t>
      </w:r>
    </w:p>
    <w:p>
      <w:r>
        <w:t>The entire world, all the sages, all the geniuses, he, he defeated them and said {this}:</w:t>
      </w:r>
    </w:p>
    <w:p>
      <w:r>
        <w:t>"I finished and I will finish, I was victorious and I will be victorious"</w:t>
      </w:r>
    </w:p>
    <w:p>
      <w:r>
        <w:t>And blessed is Hashem, I merited to draw close to our holy Rabbainu out of great anguish and out of a broken heart</w:t>
      </w:r>
    </w:p>
    <w:p>
      <w:r>
        <w:t>And blessed is Hashem, I stood against the father and against the mother and against the entire world and against the yeshivah and against all..</w:t>
      </w:r>
    </w:p>
    <w:p>
      <w:r>
        <w:t>I was alone against everyone; I was the worst, the simplest, and everyone was a great scholar, {yes}</w:t>
      </w:r>
    </w:p>
    <w:p>
      <w:r>
        <w:t>And blessed is Hashem, I defeated them, all of them.. to this day</w:t>
      </w:r>
    </w:p>
    <w:p>
      <w:r>
        <w:t>[Rebbe Yisroel, he is asking about the letter]</w:t>
      </w:r>
    </w:p>
    <w:p>
      <w:r>
        <w:t>{..}</w:t>
      </w:r>
    </w:p>
    <w:p>
      <w:r>
        <w:t>[He is asking about the Petek]</w:t>
      </w:r>
    </w:p>
    <w:p>
      <w:r>
        <w:t>{Nu ...}, you know that I had a letter..</w:t>
      </w:r>
    </w:p>
    <w:p>
      <w:r>
        <w:t>[Yes, he is asking, the journalist is asking, the journalist is asking about the letter, about the Petek]</w:t>
      </w:r>
    </w:p>
    <w:p>
      <w:r>
        <w:t>Yes</w:t>
      </w:r>
    </w:p>
    <w:p>
      <w:r>
        <w:t>[He wants to know what the Petek is?..]</w:t>
      </w:r>
    </w:p>
    <w:p>
      <w:r>
        <w:t>Oh, I opened a book and found a letter; like this, like this it was, the wording {the wondrous}, the wording of the.. letter</w:t>
      </w:r>
    </w:p>
    <w:p>
      <w:r>
        <w:t>[What, what was the wording?]</w:t>
      </w:r>
    </w:p>
    <w:p>
      <w:r>
        <w:t>{{I the..}}, I was the worst of everyone, and I defeated them</w:t>
      </w:r>
    </w:p>
    <w:p>
      <w:r>
        <w:t>For the truth has such power that it, that it defeats the.. whole world</w:t>
      </w:r>
    </w:p>
    <w:p>
      <w:r>
        <w:t>[Rebbe Yisroel..]</w:t>
      </w:r>
    </w:p>
    <w:p>
      <w:r>
        <w:t>And the holy Rabbainu said: "I and Rebbe Nassan laugh at the whole world"</w:t>
      </w:r>
    </w:p>
    <w:p>
      <w:r>
        <w:t>[Rebbe Yisroel, he is asking what..]</w:t>
      </w:r>
    </w:p>
    <w:p>
      <w:r>
        <w:t>Such books, such books</w:t>
      </w:r>
    </w:p>
    <w:p>
      <w:r>
        <w:t>"Sippurei Maasiyos," Likutay.., "Likutay Moharan," "Likutay Tfilos," and more, and more, and more</w:t>
      </w:r>
    </w:p>
    <w:p>
      <w:r>
        <w:t>What, blessed be Hashem, I am happy to this day that I merited to overcome everything, the whole world</w:t>
      </w:r>
    </w:p>
    <w:p>
      <w:r>
        <w:t>And I stood alone against everyone; they all had haughtiness, masters of, masters of pride, who think that they</w:t>
      </w:r>
    </w:p>
    <w:p>
      <w:r>
        <w:t>That they can learn, but it was with falsehood</w:t>
      </w:r>
    </w:p>
    <w:p>
      <w:r>
        <w:t>{How can you}.., against the holy Rabbainu they can, even one utterance they can speak</w:t>
      </w:r>
    </w:p>
    <w:p>
      <w:r>
        <w:t>Such "Sippurei Maasiyos" never were, there are none, there are none in.., there are no more in the world, only one</w:t>
      </w:r>
    </w:p>
    <w:p>
      <w:r>
        <w:t>Such "Likutay Tfilos" {..}, and such "Sippurei Maasiyos," {and..} such utterances</w:t>
      </w:r>
    </w:p>
    <w:p>
      <w:r>
        <w:t>Such utterances exist nowhere else in the world, {ah, this, and this} is revealed and revealed</w:t>
      </w:r>
    </w:p>
    <w:p>
      <w:r>
        <w:t>{The world already had} tzaddikim, not like today</w:t>
      </w:r>
    </w:p>
    <w:p>
      <w:r>
        <w:t>But he had the power to show the whole world that they are liars, yes</w:t>
      </w:r>
    </w:p>
    <w:p>
      <w:r>
        <w:t>[Rebbe Yisroel, he is asking what is the wording of the Petek?]</w:t>
      </w:r>
    </w:p>
    <w:p>
      <w:r>
        <w:t>Ah?</w:t>
      </w:r>
    </w:p>
    <w:p>
      <w:r>
        <w:t>[He is asking what the wording is, the wording written in the Petek, what is written in the Petek?]</w:t>
      </w:r>
    </w:p>
    <w:p>
      <w:r>
        <w:t>Ah? What is written? It is written in the Petek: th..{..}</w:t>
      </w:r>
    </w:p>
    <w:p>
      <w:r>
        <w:t>"It is very difficult for me to descend to you, my precious student, to tell you that I had very much pleasure</w:t>
      </w:r>
    </w:p>
    <w:p>
      <w:r>
        <w:t>I had very much pleasure from your avodah, and concerning you I said.."</w:t>
      </w:r>
    </w:p>
    <w:p>
      <w:r>
        <w:t>Like this {..}, this is the wording of the letter, "and concerning you I said, my little fire.."</w:t>
      </w:r>
    </w:p>
    <w:p>
      <w:r>
        <w:t>There is a teaching from the holy Rabbainu; he said.. he said:</w:t>
      </w:r>
    </w:p>
    <w:p>
      <w:r>
        <w:t>[“My fire..”]</w:t>
      </w:r>
    </w:p>
    <w:p>
      <w:r>
        <w:t>"My fire will burn until the coming of Mashiach"</w:t>
      </w:r>
    </w:p>
    <w:p>
      <w:r>
        <w:t>The fire, his Torah is fire, actual fire</w:t>
      </w:r>
    </w:p>
    <w:p>
      <w:r>
        <w:t>He, he stood against all the great ones, all the scholars, against them all</w:t>
      </w:r>
    </w:p>
    <w:p>
      <w:r>
        <w:t>Rav Alfandari was a world-renowned genius; he asked them to give, they said:</w:t>
      </w:r>
    </w:p>
    <w:p>
      <w:r>
        <w:t>"No, to this man we will not give, {….}, he studies Breslov books"</w:t>
      </w:r>
    </w:p>
    <w:p>
      <w:r>
        <w:t>And I did not listen to Father, and not to Mother, and not to the whole world</w:t>
      </w:r>
    </w:p>
    <w:p>
      <w:r>
        <w:t>There is much more to say, but I have no strength to speak; but when you come, you will know what there is in the world</w:t>
      </w:r>
    </w:p>
    <w:p>
      <w:r>
        <w:t>Only if there were nothing in the world but only one page from "Sippurei Maasiyos," one page from "Likutay Moharan"</w:t>
      </w:r>
    </w:p>
    <w:p>
      <w:r>
        <w:t>One page from "Likutay Halachos," {yes}</w:t>
      </w:r>
    </w:p>
    <w:p>
      <w:r>
        <w:t>{Then the sages would have had no place for anything}</w:t>
      </w:r>
    </w:p>
    <w:p>
      <w:r>
        <w:t>[The whole world was.. what?]</w:t>
      </w:r>
    </w:p>
    <w:p>
      <w:r>
        <w:t>And blessed be Hashem, I merited to study, to study Rav Alfandari</w:t>
      </w:r>
    </w:p>
    <w:p>
      <w:r>
        <w:t>And blessed be Hashem, I was strong against the whole world, like the holy Rabbainu; he was strong against the whole world</w:t>
      </w:r>
    </w:p>
    <w:p>
      <w:r>
        <w:t>They were not, they were not even anything, literally absolute zero</w:t>
      </w:r>
    </w:p>
    <w:p>
      <w:r>
        <w:t>{The.. against the.., against Rashi}, against the holy Rabbainu</w:t>
      </w:r>
    </w:p>
    <w:p>
      <w:r>
        <w:t>This is the matter {...} to this day, if he were {…., if he were..}, if he were</w:t>
      </w:r>
    </w:p>
    <w:p>
      <w:r>
        <w:t>If, if he were revealed in the world, the world would not have been as it is now</w:t>
      </w:r>
    </w:p>
    <w:p>
      <w:r>
        <w:t>It would have been a world where everyone was true holy tzaddikim</w:t>
      </w:r>
    </w:p>
    <w:p>
      <w:r>
        <w:t>And blessed be Hashem, I merited and stood strong against them all</w:t>
      </w:r>
    </w:p>
    <w:p>
      <w:r>
        <w:t>Against Father and Mother and the family and the whole city and all, all Eretz Yisroel</w:t>
      </w:r>
    </w:p>
    <w:p>
      <w:r>
        <w:t>All Yerushalayim, when they saw me, then, then, then, then everyone would say that I am Breslov</w:t>
      </w:r>
    </w:p>
    <w:p>
      <w:r>
        <w:t>[Ask him why the world does not draw close to him?</w:t>
      </w:r>
    </w:p>
    <w:p>
      <w:r>
        <w:t>You know what, we will forgo that question; we will ask him..]</w:t>
      </w:r>
    </w:p>
    <w:p>
      <w:r>
        <w:t>{...}</w:t>
      </w:r>
    </w:p>
    <w:p>
      <w:r>
        <w:t>[About the earthquake, did he predict the earthquake?]</w:t>
      </w:r>
    </w:p>
    <w:p>
      <w:r>
        <w:t>{..}</w:t>
      </w:r>
    </w:p>
    <w:p>
      <w:r>
        <w:t>Even one utterance cannot be revealed; the matter of Rabbainu is a secret from the whole world</w:t>
      </w:r>
    </w:p>
    <w:p>
      <w:r>
        <w:t>[……..]</w:t>
      </w:r>
    </w:p>
    <w:p>
      <w:r>
        <w:t>A secret, no, nothing {..}, they do not {..}, they do not know of him, the whole world</w:t>
      </w:r>
    </w:p>
    <w:p>
      <w:r>
        <w:t>[A secret from the whole world, the whole world does not know of him.. Rebbe Yisroel..]</w:t>
      </w:r>
    </w:p>
    <w:p>
      <w:r>
        <w:t>And he laughs; he said:</w:t>
      </w:r>
    </w:p>
    <w:p>
      <w:r>
        <w:t>"I and Rebbe Nassan laugh at the whole world"</w:t>
      </w:r>
    </w:p>
    <w:p>
      <w:r>
        <w:t>[The matter of the……. is important, because it does not seem to me that.. I was beside him, and it does not seem to me..]</w:t>
      </w:r>
    </w:p>
    <w:p>
      <w:r>
        <w:t>[……]</w:t>
      </w:r>
    </w:p>
    <w:p>
      <w:r>
        <w:t>[For three years already he spoke, he said..]</w:t>
      </w:r>
    </w:p>
    <w:p>
      <w:r>
        <w:t>[Okay]</w:t>
      </w:r>
    </w:p>
    <w:p>
      <w:r>
        <w:t>[Now we do not need weapons, we have "Na Na Nach"..]</w:t>
      </w:r>
    </w:p>
    <w:p>
      <w:r>
        <w:t>[What does he think about the Chassidim of the Lubavitcher Rebbe? Is.., is the Lubavitcher Rebbe Mashiach?]</w:t>
      </w:r>
    </w:p>
    <w:p>
      <w:r>
        <w:t>[Rebbe Yisroel..]</w:t>
      </w:r>
    </w:p>
    <w:p>
      <w:r>
        <w:t>I want to see the man who is the.., who came to me</w:t>
      </w:r>
    </w:p>
    <w:p>
      <w:r>
        <w:t>[Here, here he is, here he is, here..]</w:t>
      </w:r>
    </w:p>
    <w:p>
      <w:r>
        <w:t>What? What is he asking?…</w:t>
      </w:r>
    </w:p>
    <w:p>
      <w:pPr>
        <w:pStyle w:val="Heading2"/>
      </w:pPr>
      <w:r>
        <w:t>Side B (Bais)</w:t>
      </w:r>
    </w:p>
    <w:p>
      <w:r>
        <w:t>...I did not, I could not, I could not bear the haughtiness of the world</w:t>
      </w:r>
    </w:p>
    <w:p>
      <w:r>
        <w:t>{This is falsehood}</w:t>
      </w:r>
    </w:p>
    <w:p>
      <w:r>
        <w:t>[You can ask him about Lubavitch]</w:t>
      </w:r>
    </w:p>
    <w:p>
      <w:r>
        <w:t>I was born in the home of a poor man, a very poor man in Teveria, yes</w:t>
      </w:r>
    </w:p>
    <w:p>
      <w:r>
        <w:t>And I had nothing to eat {...}, neither I nor the children</w:t>
      </w:r>
    </w:p>
    <w:p>
      <w:r>
        <w:t>And I suffered what is impossible to describe, and blessed be Hashem, I defeated them all</w:t>
      </w:r>
    </w:p>
    <w:p>
      <w:r>
        <w:t>[Rebbe Yisroel, Rebbe Yisroel, the journalist is asking you, what do you think about, about the rabbi from Chabad? The Rebbe from Chabad, he is asking what, what do you think about this?]</w:t>
      </w:r>
    </w:p>
    <w:p>
      <w:r>
        <w:t>MeChabash?</w:t>
      </w:r>
    </w:p>
    <w:p>
      <w:r>
        <w:t>[From Chabad]</w:t>
      </w:r>
    </w:p>
    <w:p>
      <w:r>
        <w:t>What MeChabash?</w:t>
      </w:r>
    </w:p>
    <w:p>
      <w:r>
        <w:t>[From Chabad, Chabad]</w:t>
      </w:r>
    </w:p>
    <w:p>
      <w:r>
        <w:t>[Lubavitch]</w:t>
      </w:r>
    </w:p>
    <w:p>
      <w:r>
        <w:t>From Chabad?</w:t>
      </w:r>
    </w:p>
    <w:p>
      <w:r>
        <w:t>[Yes, yes, he is asking what..]</w:t>
      </w:r>
    </w:p>
    <w:p>
      <w:r>
        <w:t>I cannot hear from them</w:t>
      </w:r>
    </w:p>
    <w:p>
      <w:r>
        <w:t>Blessed be Hashem, I am clean; I did not, did not, did not, did not want to hear any utterance from them</w:t>
      </w:r>
    </w:p>
    <w:p>
      <w:r>
        <w:t>Falsehood! Falsehood! Yes</w:t>
      </w:r>
    </w:p>
    <w:p>
      <w:r>
        <w:t>[You mean..]</w:t>
      </w:r>
    </w:p>
    <w:p>
      <w:r>
        <w:t>And blessed be Hashem, I did not, did not, I was in great anguish in my home, and I defeated the whole world</w:t>
      </w:r>
    </w:p>
    <w:p>
      <w:r>
        <w:t>[…….]</w:t>
      </w:r>
    </w:p>
    <w:p>
      <w:r>
        <w:t>[…]</w:t>
      </w:r>
    </w:p>
    <w:p>
      <w:r>
        <w:t>"Likutay Moharan," there is not one page from "Likutay Moharan" against the entire Torah</w:t>
      </w:r>
    </w:p>
    <w:p>
      <w:r>
        <w:t>One page from "Likutay Moharan," so they do not know, they do not know at all what Rabbainu is</w:t>
      </w:r>
    </w:p>
    <w:p>
      <w:r>
        <w:t>Blessed be Hashem..</w:t>
      </w:r>
    </w:p>
    <w:p>
      <w:r>
        <w:t>[Does he mean falsehood, when he says: "falsehood,” does he mean a false Mashiach?..]</w:t>
      </w:r>
    </w:p>
    <w:p>
      <w:r>
        <w:t>We merited that the light of the holy Rabbainu is now being revealed</w:t>
      </w:r>
    </w:p>
    <w:p>
      <w:r>
        <w:t>[Yes]</w:t>
      </w:r>
    </w:p>
    <w:p>
      <w:r>
        <w:t>[..this is no longer relevant]</w:t>
      </w:r>
    </w:p>
    <w:p>
      <w:r>
        <w:t>[You think in a way..]</w:t>
      </w:r>
    </w:p>
    <w:p>
      <w:r>
        <w:t>[Correct, correct]</w:t>
      </w:r>
    </w:p>
    <w:p>
      <w:r>
        <w:t>[….. the readers do not think so]</w:t>
      </w:r>
    </w:p>
    <w:p>
      <w:r>
        <w:t>[Correct]</w:t>
      </w:r>
    </w:p>
    <w:p>
      <w:r>
        <w:t>[Does it mean falsehood, when you say.., when he said: “falsehood"</w:t>
      </w:r>
    </w:p>
    <w:p>
      <w:r>
        <w:t>Does it mean.., is the Lubavitcher the Mashiach, is.., is that the meaning of the falsehood he said?]</w:t>
      </w:r>
    </w:p>
    <w:p>
      <w:r>
        <w:t>[Ah, no, he answered…]</w:t>
      </w:r>
    </w:p>
    <w:p>
      <w:r>
        <w:t>[Because he claimed.., after all, the whole thing was.., this whole matter that he..]</w:t>
      </w:r>
    </w:p>
    <w:p>
      <w:r>
        <w:t>[Yes, yes, yes, I know..]</w:t>
      </w:r>
    </w:p>
    <w:p>
      <w:r>
        <w:t>[That his Chassidim claimed]</w:t>
      </w:r>
    </w:p>
    <w:p>
      <w:r>
        <w:t>[Rebbe.., Rebbe Yisroel, he says, what, what do you mean when you say that: “Chabad is false”?] Eh?</w:t>
      </w:r>
    </w:p>
    <w:p>
      <w:r>
        <w:t>[What, what, what exactly do you mean? Are you speaking about the Rebbe of Chabad?]</w:t>
      </w:r>
    </w:p>
    <w:p>
      <w:r>
        <w:t>The holy Rabbainu revealed that his name is alluded to in the Torah, in the Written Torah, yes</w:t>
      </w:r>
    </w:p>
    <w:p>
      <w:r>
        <w:t>Nachal, there is a verse: “N’achal N’ovea M’akor Ch’ochmah”</w:t>
      </w:r>
    </w:p>
    <w:p>
      <w:r>
        <w:t>This is the holy Rabbainu, “Nachman,” it is an acronym, “Nachman,” yes</w:t>
      </w:r>
    </w:p>
    <w:p>
      <w:r>
        <w:t>And also he, he, he..</w:t>
      </w:r>
    </w:p>
    <w:p>
      <w:r>
        <w:t>{Mitzvah}, this is a secret, the holy Rabbainu, he {ascended}, he said: “I am a secret from the whole world”</w:t>
      </w:r>
    </w:p>
    <w:p>
      <w:r>
        <w:t>The whole world does not know what it is, what Rabbainu is</w:t>
      </w:r>
    </w:p>
    <w:p>
      <w:r>
        <w:t>There were geniuses, {}, famous men, but they did not know even one utterance from the holy Rabbainu…</w:t>
      </w:r>
    </w:p>
    <w:p>
      <w:r>
        <w:t>...This is something entirely new {. and spiritual}, which had never existed, had not been revealed in the world</w:t>
      </w:r>
    </w:p>
    <w:p>
      <w:r>
        <w:t>[What does he think about Zionism?]</w:t>
      </w:r>
    </w:p>
    <w:p>
      <w:r>
        <w:t>And baruch Hashem, I was strong, I am strong against everyone, against everyone</w:t>
      </w:r>
    </w:p>
    <w:p>
      <w:r>
        <w:t>It is such a wondrous matter that the whole world, all of them do not, do not, do not, do not know at all what Rabbainu is</w:t>
      </w:r>
    </w:p>
    <w:p>
      <w:r>
        <w:t>All the great men and all the wise men and all {the world} do not know at all what the holy Rabbainu is</w:t>
      </w:r>
    </w:p>
    <w:p>
      <w:r>
        <w:t>[Rebbe Yisroel..]</w:t>
      </w:r>
    </w:p>
    <w:p>
      <w:r>
        <w:t>And there is more to.. speak {eh, fr.. from him}, and it is impossible to.. speak {…} of a matter of such wonders, of such wonders, “Likutay Moharan,” all {these}, every page, every {} utterance of his</w:t>
      </w:r>
    </w:p>
    <w:p>
      <w:r>
        <w:t>{…., not yet}, no, the whole world is worth nothing compared with every utterance of his</w:t>
      </w:r>
    </w:p>
    <w:p>
      <w:r>
        <w:t>And he was such a tzaddik and sage that there was none like him, that there was none like him in this world, {like him}</w:t>
      </w:r>
    </w:p>
    <w:p>
      <w:r>
        <w:t>And he laughed at all of them, {..}, and said:</w:t>
      </w:r>
    </w:p>
    <w:p>
      <w:r>
        <w:t>“I and Rebbe Nassan laugh at the whole world”</w:t>
      </w:r>
    </w:p>
    <w:p>
      <w:r>
        <w:t>Two people {there were}</w:t>
      </w:r>
    </w:p>
    <w:p>
      <w:r>
        <w:t>[Rebbe Yisroel]</w:t>
      </w:r>
    </w:p>
    <w:p>
      <w:r>
        <w:t>Yoy</w:t>
      </w:r>
    </w:p>
    <w:p>
      <w:r>
        <w:t>[The journalist Shlomi, he asks, asks what do you, what do you think about Zionism?]</w:t>
      </w:r>
    </w:p>
    <w:p>
      <w:r>
        <w:t>About?</w:t>
      </w:r>
    </w:p>
    <w:p>
      <w:r>
        <w:t>[About Zionism, about the Zionists]</w:t>
      </w:r>
    </w:p>
    <w:p>
      <w:r>
        <w:t>About the Zionists?</w:t>
      </w:r>
    </w:p>
    <w:p>
      <w:r>
        <w:t>[Yes, those who established the..]</w:t>
      </w:r>
    </w:p>
    <w:p>
      <w:r>
        <w:t>{…..}, entirely a mistake, a mistake, falsehood and a mistake like Chabad</w:t>
      </w:r>
    </w:p>
    <w:p>
      <w:r>
        <w:t>Baruch Hashem that I was saved, {…}</w:t>
      </w:r>
    </w:p>
    <w:p>
      <w:r>
        <w:t>And I drew, drew Shmuel Horowitz close; he was a grandson of the holy Shelah</w:t>
      </w:r>
    </w:p>
    <w:p>
      <w:r>
        <w:t>And he, I drew him close to the holy Rabbainu, yes</w:t>
      </w:r>
    </w:p>
    <w:p>
      <w:r>
        <w:t>He, and his father was an opponent, he pleaded with him:</w:t>
      </w:r>
    </w:p>
    <w:p>
      <w:r>
        <w:t>“Have mercy on me, and do not be Breslov”</w:t>
      </w:r>
    </w:p>
    <w:p>
      <w:r>
        <w:t>And Shmuel was strong as iron, strong, and he stood and said to his father:</w:t>
      </w:r>
    </w:p>
    <w:p>
      <w:r>
        <w:t>“I am only Breslov”</w:t>
      </w:r>
    </w:p>
    <w:p>
      <w:r>
        <w:t>[…….]</w:t>
      </w:r>
    </w:p>
    <w:p>
      <w:r>
        <w:t>[Why, why not begin, why not begin, let us begin with the “Shulchan Aruch”..]</w:t>
      </w:r>
    </w:p>
    <w:p>
      <w:r>
        <w:t>The world knows nothing of Breslov, what it is, what Breslov is</w:t>
      </w:r>
    </w:p>
    <w:p>
      <w:r>
        <w:t>Such a sage and such a tzaddik..</w:t>
      </w:r>
    </w:p>
    <w:p>
      <w:r>
        <w:t>[What does he think about the Holocaust?]</w:t>
      </w:r>
    </w:p>
    <w:p>
      <w:r>
        <w:t>There is not, there is not in the world, there is not in the world, and more, and more there is what to.. there is much to speak, but I cannot speak, yes, baruch Hashem I am happy that you merited to come and see me and hear a few utterances</w:t>
      </w:r>
    </w:p>
    <w:p>
      <w:r>
        <w:t>What, what is impossible, what is impossible to speak in this world</w:t>
      </w:r>
    </w:p>
    <w:p>
      <w:r>
        <w:t>Nai (new), every utterance of the holy Rabbainu is completely new, completely new, {…}</w:t>
      </w:r>
    </w:p>
    <w:p>
      <w:r>
        <w:t>And he was, Rav Kook, he, he received me and he said: “Only Breslov”</w:t>
      </w:r>
    </w:p>
    <w:p>
      <w:r>
        <w:t>He said to me: “Only Breslov exists in the world”</w:t>
      </w:r>
    </w:p>
    <w:p>
      <w:r>
        <w:t>And baruch Hashem I, baruch Hashem {I have already} prevailed and I..</w:t>
      </w:r>
    </w:p>
    <w:p>
      <w:r>
        <w:t>The holy Rabbainu, he {..} said: “I prevailed and I will prevail, I prevaile.. I finished and I will finish”</w:t>
      </w:r>
    </w:p>
    <w:p>
      <w:r>
        <w:t>He came into the world to nullify the evil inclination, the lusts of the world</w:t>
      </w:r>
    </w:p>
    <w:p>
      <w:r>
        <w:t>And so, and he came to.. the world did not know, no, and they did not want to know and did not..</w:t>
      </w:r>
    </w:p>
    <w:p>
      <w:r>
        <w:t>They were always, all of them, immersed, immersed in all the lusts, {….} in all the lusts, yes</w:t>
      </w:r>
    </w:p>
    <w:p>
      <w:r>
        <w:t>And they wanted to be possessors of pride {and possessors of honor}</w:t>
      </w:r>
    </w:p>
    <w:p>
      <w:r>
        <w:t>But the truth is the power that conquers everything</w:t>
      </w:r>
    </w:p>
    <w:p>
      <w:r>
        <w:t>[Rebbe Yisroel, Rebbe Yisroel]</w:t>
      </w:r>
    </w:p>
    <w:p>
      <w:r>
        <w:t>Yoy</w:t>
      </w:r>
    </w:p>
    <w:p>
      <w:r>
        <w:t>[The journalist, he asks what do you, what do you say about the Holocaust, what happened in the war...?] About?</w:t>
      </w:r>
    </w:p>
    <w:p>
      <w:r>
        <w:t>[About the Holocaust, the Holocaust]</w:t>
      </w:r>
    </w:p>
    <w:p>
      <w:r>
        <w:t>{Midnight}</w:t>
      </w:r>
    </w:p>
    <w:p>
      <w:r>
        <w:t>[The Holocaust with Hitler, Hitler]</w:t>
      </w:r>
    </w:p>
    <w:p>
      <w:r>
        <w:t>The Torah?</w:t>
      </w:r>
    </w:p>
    <w:p>
      <w:r>
        <w:t>[The Holocaust, the Holocaust, Hitler, the World War, the World War]</w:t>
      </w:r>
    </w:p>
    <w:p>
      <w:r>
        <w:t>[About the Holocaust]</w:t>
      </w:r>
    </w:p>
    <w:p>
      <w:r>
        <w:t>I do not understand what you {who} to speak</w:t>
      </w:r>
    </w:p>
    <w:p>
      <w:r>
        <w:t>[He asks what do you say about what happened with Hitler?]</w:t>
      </w:r>
    </w:p>
    <w:p>
      <w:r>
        <w:t>{In Russia?}</w:t>
      </w:r>
    </w:p>
    <w:p>
      <w:r>
        <w:t>[No, in Germany]</w:t>
      </w:r>
    </w:p>
    <w:p>
      <w:r>
        <w:t>[The Holocaust, the Holocaust]</w:t>
      </w:r>
    </w:p>
    <w:p>
      <w:r>
        <w:t>In Germa.. ah, in Germany</w:t>
      </w:r>
    </w:p>
    <w:p>
      <w:r>
        <w:t>[Yes]</w:t>
      </w:r>
    </w:p>
    <w:p>
      <w:r>
        <w:t>Hitler?</w:t>
      </w:r>
    </w:p>
    <w:p>
      <w:r>
        <w:t>[Yes, yes]</w:t>
      </w:r>
    </w:p>
    <w:p>
      <w:r>
        <w:t>[What he did]</w:t>
      </w:r>
    </w:p>
    <w:p>
      <w:r>
        <w:t>[Why did it happen?]</w:t>
      </w:r>
    </w:p>
    <w:p>
      <w:r>
        <w:t>It was a preparation for the Redemption, everyone suffered such as had not been in the whole world {…..}</w:t>
      </w:r>
    </w:p>
    <w:p>
      <w:r>
        <w:t>But the truth possesses power and it overcomes the whole world</w:t>
      </w:r>
    </w:p>
    <w:p>
      <w:r>
        <w:t>[A preparation for the Redemption]</w:t>
      </w:r>
    </w:p>
    <w:p>
      <w:r>
        <w:t>[Yes]</w:t>
      </w:r>
    </w:p>
    <w:p>
      <w:r>
        <w:t>The holy Rabbainu had {already} a teaching:</w:t>
      </w:r>
    </w:p>
    <w:p>
      <w:r>
        <w:t>“I, I.. I am a flowing spring, the source of wisdom”</w:t>
      </w:r>
    </w:p>
    <w:p>
      <w:r>
        <w:t>They all did not know at all even what the meaning is, what it is, what it is, no, they all did not know at all</w:t>
      </w:r>
    </w:p>
    <w:p>
      <w:r>
        <w:t>At all, what Rabbainu is and what the Torah is</w:t>
      </w:r>
    </w:p>
    <w:p>
      <w:r>
        <w:t>[They do not know at all what Rabbainu is, what the Torah is]</w:t>
      </w:r>
    </w:p>
    <w:p>
      <w:r>
        <w:t>This is the matter, {..} a new matter, a new Torah and a new power that is against the whole world</w:t>
      </w:r>
    </w:p>
    <w:p>
      <w:r>
        <w:t>Against all the wise men of the whole world</w:t>
      </w:r>
    </w:p>
    <w:p>
      <w:r>
        <w:t>All of them are not worth even one utterance of his</w:t>
      </w:r>
    </w:p>
    <w:p>
      <w:r>
        <w:t>This is a new matter {very much}, this is the matter of Breslov, the holy Rabbainu revealed only, only some</w:t>
      </w:r>
    </w:p>
    <w:p>
      <w:r>
        <w:t>Some small thing, some, some drop from the se.., {….}, from the great sea, some drop</w:t>
      </w:r>
    </w:p>
    <w:p>
      <w:r>
        <w:t>He, he, he, he opened and revealed, all, that the whole world knows nothing even of what it is, yes</w:t>
      </w:r>
    </w:p>
    <w:p>
      <w:r>
        <w:t>And does not recognize, they do not recognize and do not know what it is, what Rebbe Nachman is</w:t>
      </w:r>
    </w:p>
    <w:p>
      <w:r>
        <w:t>And he laughed at all of them, {. .}</w:t>
      </w:r>
    </w:p>
    <w:p>
      <w:r>
        <w:t>One utterance of his from the tales</w:t>
      </w:r>
    </w:p>
    <w:p>
      <w:r>
        <w:t>{{. .}} An utterance from his Torah, he, he..</w:t>
      </w:r>
    </w:p>
    <w:p>
      <w:r>
        <w:t>He {….…}, I, it is impossible to.. speak of this</w:t>
      </w:r>
    </w:p>
    <w:p>
      <w:r>
        <w:t>[Why does he live near Meron?]</w:t>
      </w:r>
    </w:p>
    <w:p>
      <w:r>
        <w:t>All the wise men, the whole world, all of them do not, do not know at all what Rebbe.., Rabbainu “Na Nach Nachma Nachman MeUman” is</w:t>
      </w:r>
    </w:p>
    <w:p>
      <w:r>
        <w:t>[“Na Nach Nachma Nachman MeUman” is the name of the..]</w:t>
      </w:r>
    </w:p>
    <w:p>
      <w:r>
        <w:t>[Yes]</w:t>
      </w:r>
    </w:p>
    <w:p>
      <w:r>
        <w:t>[He is not permanently there.. not permanently..]</w:t>
      </w:r>
    </w:p>
    <w:p>
      <w:r>
        <w:t>[Ah, he is not permanently there, so there is no point in asking……]</w:t>
      </w:r>
    </w:p>
    <w:p>
      <w:r>
        <w:t>[……]</w:t>
      </w:r>
    </w:p>
    <w:p>
      <w:r>
        <w:t>[What is expected, what is expected?]</w:t>
      </w:r>
    </w:p>
    <w:p>
      <w:r>
        <w:t>There will be..</w:t>
      </w:r>
    </w:p>
    <w:p>
      <w:r>
        <w:t>[What is expected?..]</w:t>
      </w:r>
    </w:p>
    <w:p>
      <w:r>
        <w:t>There will yet be a time when I hope in Hashem, perhaps I will merit to prevail through prayers and..</w:t>
      </w:r>
    </w:p>
    <w:p>
      <w:r>
        <w:t>And to continue and tell what the holy Rabbainu is, what it is..</w:t>
      </w:r>
    </w:p>
    <w:p>
      <w:r>
        <w:t>One can expire from the magnitude of {{the li.., the l..}.., {{the companionship\the vitality}}</w:t>
      </w:r>
    </w:p>
    <w:p>
      <w:r>
        <w:t>Of every utterance that the holy Rabbainu revealed in the world {about every thing} in the world</w:t>
      </w:r>
    </w:p>
    <w:p>
      <w:r>
        <w:t>“Sipuray Ma’asiyos,” even one utterance—who knows {..} the “Sipuray Ma’asiyos”</w:t>
      </w:r>
    </w:p>
    <w:p>
      <w:r>
        <w:t>And his Torah, his Torah, {…}</w:t>
      </w:r>
    </w:p>
    <w:p>
      <w:r>
        <w:t>They all see, they were Chabad {and Gur}, all of them were, were wi.., they thought they were wise, that they were geniuses</w:t>
      </w:r>
    </w:p>
    <w:p>
      <w:r>
        <w:t>But they are falsehood! They {can} do nothing, only falsehood and falsehood, and falsehood!</w:t>
      </w:r>
    </w:p>
    <w:p>
      <w:r>
        <w:t>Baruch Hashem, I am not speaking for nothing</w:t>
      </w:r>
    </w:p>
    <w:p>
      <w:r>
        <w:t>Who could bring into the world such a thing, entirely new, every Torah he revealed in “Likutay Moharan”</w:t>
      </w:r>
    </w:p>
    <w:p>
      <w:r>
        <w:t>Are you a journalist? Take the “Likutay Moharan” and see what it is</w:t>
      </w:r>
    </w:p>
    <w:p>
      <w:r>
        <w:t>[Take the “Likutay Moharan”.., are you a journalist? Take the “Likutay Moharan” and see..]</w:t>
      </w:r>
    </w:p>
    <w:p>
      <w:r>
        <w:t>And they will be completely nullified</w:t>
      </w:r>
    </w:p>
    <w:p>
      <w:r>
        <w:t>[Take the.. why?]</w:t>
      </w:r>
    </w:p>
    <w:p>
      <w:r>
        <w:t>[Take the “Likutay Moharan,” the book of Rebbe Nachman]</w:t>
      </w:r>
    </w:p>
    <w:p>
      <w:r>
        <w:t>[Ah, ah]</w:t>
      </w:r>
    </w:p>
    <w:p>
      <w:r>
        <w:t>[And see..]</w:t>
      </w:r>
    </w:p>
    <w:p>
      <w:r>
        <w:t>[What is written, good, Rebbe Yisroel]</w:t>
      </w:r>
    </w:p>
    <w:p>
      <w:r>
        <w:t>Yoy</w:t>
      </w:r>
    </w:p>
    <w:p>
      <w:r>
        <w:t>[He asks you when will Mashiach come?]</w:t>
      </w:r>
    </w:p>
    <w:p>
      <w:r>
        <w:t>(Saba laughs)</w:t>
      </w:r>
    </w:p>
    <w:p>
      <w:r>
        <w:t>[..……….]</w:t>
      </w:r>
    </w:p>
    <w:p>
      <w:r>
        <w:t>[………...]</w:t>
      </w:r>
    </w:p>
    <w:p>
      <w:r>
        <w:t>{{. .}}</w:t>
      </w:r>
    </w:p>
    <w:p>
      <w:r>
        <w:t>If the holy Rabbainu is already in the world, then the coming of Mashiach is already here</w:t>
      </w:r>
    </w:p>
    <w:p>
      <w:r>
        <w:t>No, no, this is a matter, a {holy} matter and entirely very hidden</w:t>
      </w:r>
    </w:p>
    <w:p>
      <w:r>
        <w:t>The holy Rabbainu said that he is a secret from the whole world, {{a secret}}, the world does not know</w:t>
      </w:r>
    </w:p>
    <w:p>
      <w:r>
        <w:t>[Secret, a secret, hidden]</w:t>
      </w:r>
    </w:p>
    <w:p>
      <w:r>
        <w:t>[Yes]</w:t>
      </w:r>
    </w:p>
    <w:p>
      <w:r>
        <w:t>But there is more, {{this was only}}, only what can be spoken with the mouth</w:t>
      </w:r>
    </w:p>
    <w:p>
      <w:r>
        <w:t>But there is more and more, and more</w:t>
      </w:r>
    </w:p>
    <w:p>
      <w:r>
        <w:t>Ah, Rabbainu, the holy Rabbainu, he, he, he had a disciple</w:t>
      </w:r>
    </w:p>
    <w:p>
      <w:r>
        <w:t>Such a disciple who stood against the whole world, like Rabbainu</w:t>
      </w:r>
    </w:p>
    <w:p>
      <w:r>
        <w:t>Rebbe Nassan</w:t>
      </w:r>
    </w:p>
    <w:p>
      <w:r>
        <w:t>Look at his books, look a little at his utterances</w:t>
      </w:r>
    </w:p>
    <w:p>
      <w:r>
        <w:t>Just to speak? Oy, oy, oy..</w:t>
      </w:r>
    </w:p>
    <w:p>
      <w:r>
        <w:t>[What will happen..]</w:t>
      </w:r>
    </w:p>
    <w:p>
      <w:r>
        <w:t>His books, his disciples, his holiness, his wisdom, this is all, everything completely new</w:t>
      </w:r>
    </w:p>
    <w:p>
      <w:r>
        <w:t>[Rebbe Yisroel..]</w:t>
      </w:r>
    </w:p>
    <w:p>
      <w:r>
        <w:t>I, my children did not know what aleph was and what beis was</w:t>
      </w:r>
    </w:p>
    <w:p>
      <w:r>
        <w:t>I had nothing with which to pay Moshe Blum’s salary, {...}, he was the head of ‘Agudas Yisroel,’ yes</w:t>
      </w:r>
    </w:p>
    <w:p>
      <w:r>
        <w:t>And he gave me neither bread nor money nor, like..</w:t>
      </w:r>
    </w:p>
    <w:p>
      <w:r>
        <w:t>Oy, yes, he is only the pride, he is the “head of Agudas Yisroel,” whatever that is, only the pride</w:t>
      </w:r>
    </w:p>
    <w:p>
      <w:r>
        <w:t>[Rebbe Yisroel..]</w:t>
      </w:r>
    </w:p>
    <w:p>
      <w:r>
        <w:t>“Head of Agudas Yisroel”</w:t>
      </w:r>
    </w:p>
    <w:p>
      <w:r>
        <w:t>[Rebbe Yisroel, Rebbe Yisroel, the journalist asks..]</w:t>
      </w:r>
    </w:p>
    <w:p>
      <w:r>
        <w:t>But there is more, there is more and more, and more, and more, but it is impossible {..}..</w:t>
      </w:r>
    </w:p>
    <w:p>
      <w:r>
        <w:t>[Rebbe Yisroel..]</w:t>
      </w:r>
    </w:p>
    <w:p>
      <w:r>
        <w:t>To speak at one time, {..}</w:t>
      </w:r>
    </w:p>
    <w:p>
      <w:r>
        <w:t>This, these are wonders, such wonders that they do not know at all, all the great men and all the {{…}}.., the wise men</w:t>
      </w:r>
    </w:p>
    <w:p>
      <w:r>
        <w:t>They do not know even one utterance, they know nothing</w:t>
      </w:r>
    </w:p>
    <w:p>
      <w:r>
        <w:t>[Rebbe Yisroel]</w:t>
      </w:r>
    </w:p>
    <w:p>
      <w:r>
        <w:t>Yoy</w:t>
      </w:r>
    </w:p>
    <w:p>
      <w:r>
        <w:t>[He asks what will happen when Mashiach comes?]</w:t>
      </w:r>
    </w:p>
    <w:p>
      <w:r>
        <w:t>Ah?</w:t>
      </w:r>
    </w:p>
    <w:p>
      <w:r>
        <w:t>[What will happen in the world when Mashiach comes? What will then be in the world?]</w:t>
      </w:r>
    </w:p>
    <w:p>
      <w:r>
        <w:t>{..}</w:t>
      </w:r>
    </w:p>
    <w:p>
      <w:r>
        <w:t>[He wants to know]</w:t>
      </w:r>
    </w:p>
    <w:p>
      <w:r>
        <w:t>I do not have the strength to speak, {to speak of this}, we must take some break, some {..}, it is impossible</w:t>
      </w:r>
    </w:p>
    <w:p>
      <w:r>
        <w:t>[A break]</w:t>
      </w:r>
    </w:p>
    <w:p>
      <w:r>
        <w:t>It is impossible to speak</w:t>
      </w:r>
    </w:p>
    <w:p>
      <w:r>
        <w:t>[… Perhaps we will wait about a quarter of an hour?]</w:t>
      </w:r>
    </w:p>
    <w:p>
      <w:r>
        <w:t>[Rebbe Yisroel, can we stop for a quarter of an hour, and afterward continue speaking?]</w:t>
      </w:r>
    </w:p>
    <w:p>
      <w:r>
        <w:t>Ah?</w:t>
      </w:r>
    </w:p>
    <w:p>
      <w:r>
        <w:t>[Can we stop for a quarter of an hour, and continue to..]</w:t>
      </w:r>
    </w:p>
    <w:p>
      <w:r>
        <w:t>What, what, what?</w:t>
      </w:r>
    </w:p>
    <w:p>
      <w:r>
        <w:t>[Can we stop for a quarter of an hour, stop speaking for a quarter of an hour, and afterward speak more? Can you?] No, I do not have the strength to speak</w:t>
      </w:r>
    </w:p>
    <w:p>
      <w:r>
        <w:t>But this, this is a matter, even if they spoke the entire time only {{….}}, only o..{..} the holy Rabbainu</w:t>
      </w:r>
    </w:p>
    <w:p>
      <w:r>
        <w:t>There {will be} no, even one utterance, they will not, will not know, they do not know, even one utterance</w:t>
      </w:r>
    </w:p>
    <w:p>
      <w:r>
        <w:t>This is such a wondrous matter as never existed, {…...}</w:t>
      </w:r>
    </w:p>
    <w:p>
      <w:r>
        <w:t>When Mashiach comes {it will be}, he will reveal, he will reveal the holy Rabbainu</w:t>
      </w:r>
    </w:p>
    <w:p>
      <w:r>
        <w:t>Who is this, who is Rebbe.., Rabbainu {{Rebbe Na ch}} Na ch man</w:t>
      </w:r>
    </w:p>
    <w:p>
      <w:r>
        <w:t>[That means Mashiach will be Rebbe Nachman? Or..]</w:t>
      </w:r>
    </w:p>
    <w:p>
      <w:r>
        <w:t>[...He will reveal who he is, reveal who he is..]</w:t>
      </w:r>
    </w:p>
    <w:p>
      <w:r>
        <w:t>{He}</w:t>
      </w:r>
    </w:p>
    <w:p>
      <w:r>
        <w:t>[He will reveal who this Rebbe Nachman is, he will reveal his greatness]</w:t>
      </w:r>
    </w:p>
    <w:p>
      <w:r>
        <w:t>[Ah]</w:t>
      </w:r>
    </w:p>
    <w:p>
      <w:r>
        <w:t>[The light of Rebbe Nachman is hidden]</w:t>
      </w:r>
    </w:p>
    <w:p>
      <w:r>
        <w:t>[Ah, I understood]</w:t>
      </w:r>
    </w:p>
    <w:p>
      <w:r>
        <w:t>{..}</w:t>
      </w:r>
    </w:p>
    <w:p>
      <w:r>
        <w:t>[But Mashiach, he will reveal his hidden Torah]</w:t>
      </w:r>
    </w:p>
    <w:p>
      <w:r>
        <w:t>All of them are not worth one utterance {{who...}}, all of them whirl completely before every utterance of his</w:t>
      </w:r>
    </w:p>
    <w:p>
      <w:r>
        <w:t>{Not} only the “Sipuray Ma’asiyos,” only the “Likutay Moharan,” such Torahs</w:t>
      </w:r>
    </w:p>
    <w:p>
      <w:r>
        <w:t>Now speak, sp.. {speak\with the friends}, ah.. l.. “Likutay Moharan,” study “Likutay Tefilos”</w:t>
      </w:r>
    </w:p>
    <w:p>
      <w:r>
        <w:t>{…..}, truly humble yourself, because we do not know at all</w:t>
      </w:r>
    </w:p>
    <w:p>
      <w:r>
        <w:t>He, he was such a wondrous sage, who knows {…} how to draw the whole world close to Hashem Yisbarach</w:t>
      </w:r>
    </w:p>
    <w:p>
      <w:r>
        <w:t>[Ah, you can ask him one last question]</w:t>
      </w:r>
    </w:p>
    <w:p>
      <w:r>
        <w:t>[..]</w:t>
      </w:r>
    </w:p>
    <w:p>
      <w:r>
        <w:t>[What will actually be with Haifa? I.., my readers are in Haifa</w:t>
      </w:r>
    </w:p>
    <w:p>
      <w:r>
        <w:t>So they would like to hear, what does the Rebbe say about Haifa, what will be in Haifa?]</w:t>
      </w:r>
    </w:p>
    <w:p>
      <w:r>
        <w:t>Mashiach, all the work of Mashiach..</w:t>
      </w:r>
    </w:p>
    <w:p>
      <w:r>
        <w:t>[In general, what will happen with the city of Haifa?]</w:t>
      </w:r>
    </w:p>
    <w:p>
      <w:r>
        <w:t>That he will bring the light of Mashiach into the world</w:t>
      </w:r>
    </w:p>
    <w:p>
      <w:r>
        <w:t>{.. th..} Every utterance of his is a wellspring, he is a sea of wisdom, he is a wellspring, yes</w:t>
      </w:r>
    </w:p>
    <w:p>
      <w:r>
        <w:t>They do not know at all what it is</w:t>
      </w:r>
    </w:p>
    <w:p>
      <w:r>
        <w:t>[Rebbe Yisroel, Rebbe Yisroel]</w:t>
      </w:r>
    </w:p>
    <w:p>
      <w:r>
        <w:t>Yoy</w:t>
      </w:r>
    </w:p>
    <w:p>
      <w:r>
        <w:t>[This journalist comes from Haifa, he writes in a newspaper of Haifa]</w:t>
      </w:r>
    </w:p>
    <w:p>
      <w:r>
        <w:t>Yoy</w:t>
      </w:r>
    </w:p>
    <w:p>
      <w:r>
        <w:t>[He wants to know what, what is the matter of Haifa?]</w:t>
      </w:r>
    </w:p>
    <w:p>
      <w:r>
        <w:t>[What is your opinion?]</w:t>
      </w:r>
    </w:p>
    <w:p>
      <w:r>
        <w:t>[What is your opinion about Haifa?]</w:t>
      </w:r>
    </w:p>
    <w:p>
      <w:r>
        <w:t>No, not now, we must take some break, I do not have, I do not have the strength to speak</w:t>
      </w:r>
    </w:p>
    <w:p>
      <w:r>
        <w:t>[….]</w:t>
      </w:r>
    </w:p>
    <w:p>
      <w:r>
        <w:t>[Rebbe Yisroel]</w:t>
      </w:r>
    </w:p>
    <w:p>
      <w:r>
        <w:t>Ah.. {….}, this is the whole world with all their wisdoms, with all the wisdoms</w:t>
      </w:r>
    </w:p>
    <w:p>
      <w:r>
        <w:t>They are not worth one utterance of the holy Rabbainu, they are worth nothing</w:t>
      </w:r>
    </w:p>
    <w:p>
      <w:r>
        <w:t>This is such a wondrous matter, a wonder of all wonders, such a wonder</w:t>
      </w:r>
    </w:p>
    <w:p>
      <w:r>
        <w:t>There has not yet been such a wonder in the world, and he is completely new</w:t>
      </w:r>
    </w:p>
    <w:p>
      <w:r>
        <w:t>[Rebbe Yisroel, Rebbe Yisroel, when Rabbainu made the journey in the Land]</w:t>
      </w:r>
    </w:p>
    <w:p>
      <w:r>
        <w:t>Ah?</w:t>
      </w:r>
    </w:p>
    <w:p>
      <w:r>
        <w:t>[Rabbainu made a journey to Eretz Yisroel, he arrived in Haifa at first]</w:t>
      </w:r>
    </w:p>
    <w:p>
      <w:r>
        <w:t>Yoy, nu</w:t>
      </w:r>
    </w:p>
    <w:p>
      <w:r>
        <w:t>[The first place when he came to the Land]</w:t>
      </w:r>
    </w:p>
    <w:p>
      <w:r>
        <w:t>[When he arrived in the Land, he first of all arrived in Haifa]</w:t>
      </w:r>
    </w:p>
    <w:p>
      <w:r>
        <w:t>[But it was an Arab village]</w:t>
      </w:r>
    </w:p>
    <w:p>
      <w:r>
        <w:t>Yes, yes, {oy, oy vey}, the government did not want to let him enter to.. to.. {...}.., to Jaffa</w:t>
      </w:r>
    </w:p>
    <w:p>
      <w:r>
        <w:t>They were afraid of him, they, they, they feared th.. {yes}</w:t>
      </w:r>
    </w:p>
    <w:p>
      <w:r>
        <w:t>But this, he has {for him} such a power, that I have {for me}, he can turn the whole world entirely to the opposite, yes</w:t>
      </w:r>
    </w:p>
    <w:p>
      <w:r>
        <w:t>[…]</w:t>
      </w:r>
    </w:p>
    <w:p>
      <w:r>
        <w:t>[In this letter..]</w:t>
      </w:r>
    </w:p>
    <w:p>
      <w:r>
        <w:t>I had, baruch Hashem, several times when I was connected and bound to President Shazar, yes</w:t>
      </w:r>
    </w:p>
    <w:p>
      <w:r>
        <w:t>And I was the worst {….} of them all</w:t>
      </w:r>
    </w:p>
    <w:p>
      <w:r>
        <w:t>Nu, but, but one spark {{fro..}} of the truth that stands against {{….}}, against the whole world</w:t>
      </w:r>
    </w:p>
    <w:p>
      <w:r>
        <w:t>Against all, against all the {….} mighty forces, against all the powers, {yes}</w:t>
      </w:r>
    </w:p>
    <w:p>
      <w:r>
        <w:t>{...}, there has not yet been such a sage in the world, there have not yet been such utterances</w:t>
      </w:r>
    </w:p>
    <w:p>
      <w:r>
        <w:t>Such “Sipuray Ma’asiyos,” what is this?</w:t>
      </w:r>
    </w:p>
    <w:p>
      <w:r>
        <w:t>[..]</w:t>
      </w:r>
    </w:p>
    <w:p>
      <w:r>
        <w:t>Baruch Hashem, I was patient and did not, I did not have a piece of bread, neither I nor my children, {yes}</w:t>
      </w:r>
    </w:p>
    <w:p>
      <w:r>
        <w:t>But baruch Hashem, I am very strong and I stand against the whole world</w:t>
      </w:r>
    </w:p>
    <w:p>
      <w:r>
        <w:t>For they have nothing, as though, as though they do not exist in the world, nothing.. entirely</w:t>
      </w:r>
    </w:p>
    <w:p>
      <w:r>
        <w:t>They do not know even one utterance from the holy Rabbainu</w:t>
      </w:r>
    </w:p>
    <w:p>
      <w:r>
        <w:t>[Try to ask him one more time..]</w:t>
      </w:r>
    </w:p>
    <w:p>
      <w:r>
        <w:t>They do not know at all what it is</w:t>
      </w:r>
    </w:p>
    <w:p>
      <w:r>
        <w:t>[What question?]</w:t>
      </w:r>
    </w:p>
    <w:p>
      <w:r>
        <w:t>[What is his opinion about Haifa?]</w:t>
      </w:r>
    </w:p>
    <w:p>
      <w:r>
        <w:t>But the time has come {that... already} the holy Rabbainu was in the world, and he revealed a little of the holy Rabbainu</w:t>
      </w:r>
    </w:p>
    <w:p>
      <w:r>
        <w:t>{From what matter}</w:t>
      </w:r>
    </w:p>
    <w:p>
      <w:r>
        <w:t>{.. What}</w:t>
      </w:r>
    </w:p>
    <w:p>
      <w:r>
        <w:t>[…….]</w:t>
      </w:r>
    </w:p>
    <w:p>
      <w:r>
        <w:t>Oy</w:t>
      </w:r>
    </w:p>
    <w:p>
      <w:r>
        <w:t>[…]</w:t>
      </w:r>
    </w:p>
    <w:p>
      <w:r>
        <w:t>I cannot speak {…}</w:t>
      </w:r>
    </w:p>
    <w:p>
      <w:r>
        <w:t>[What is his opinion]</w:t>
      </w:r>
    </w:p>
    <w:p>
      <w:r>
        <w:t>[What does he think about Haifa]</w:t>
      </w:r>
    </w:p>
    <w:p>
      <w:r>
        <w:t>[Rebbe Yisroel, he asks, he asks again, what, what is your opinion about Haifa?</w:t>
      </w:r>
    </w:p>
    <w:p>
      <w:r>
        <w:t>In particular, what is special in Haifa?]</w:t>
      </w:r>
    </w:p>
    <w:p>
      <w:r>
        <w:t>Haifa?</w:t>
      </w:r>
    </w:p>
    <w:p>
      <w:r>
        <w:t>[Because he writes in Haifa, the newspaper of, in Haifa]</w:t>
      </w:r>
    </w:p>
    <w:p>
      <w:r>
        <w:t>This, this, Haifa is the opposite of the truth, and all of Haifa and all the wise men and all the..</w:t>
      </w:r>
    </w:p>
    <w:p>
      <w:r>
        <w:t>Is not worth one utterance of what the holy Rabbainu revealed.. in the world</w:t>
      </w:r>
    </w:p>
    <w:p>
      <w:r>
        <w:t>But this, this stands, this power stands against the whole world, and there will be a new matter, there will be the matter of the Redemption, when all will be transformed only to serve Hashem, and they will pay no heed and will cast away all the lusts and all the..</w:t>
      </w:r>
    </w:p>
    <w:p>
      <w:r>
        <w:t>{The service}, the foolishness, {……..}</w:t>
      </w:r>
    </w:p>
    <w:p>
      <w:r>
        <w:t>[All will be transformed to serve Hashem..]</w:t>
      </w:r>
    </w:p>
    <w:p>
      <w:r>
        <w:t>This, this is such a power that there is no power whatsoever that could stand against it, yes</w:t>
      </w:r>
    </w:p>
    <w:p>
      <w:r>
        <w:t>But there is, the time will come when we will merit, but I, I hope that we will merit slowly, slowly</w:t>
      </w:r>
    </w:p>
    <w:p>
      <w:r>
        <w:t>To make known and reveal {…} a drop from the sea of his great.., of his greatness and his wisdom and his righteousness</w:t>
      </w:r>
    </w:p>
    <w:p>
      <w:r>
        <w:t>There is not, there is not, there is not</w:t>
      </w:r>
    </w:p>
    <w:p>
      <w:r>
        <w:t>[……..]</w:t>
      </w:r>
    </w:p>
    <w:p>
      <w:r>
        <w:t>[..to tell, to make known..]</w:t>
      </w:r>
    </w:p>
    <w:p>
      <w:r>
        <w:t>His wisdom and his righteousness, this, this, every utterance of his, the "Sipuray Ma’asiyos"</w:t>
      </w:r>
    </w:p>
    <w:p>
      <w:r>
        <w:t>Are there any other such "Sipuray Ma’asiyos" in the world? Is there another such?</w:t>
      </w:r>
    </w:p>
    <w:p>
      <w:r>
        <w:t>In general they, they, they do not, do not, do not know and do not want to know</w:t>
      </w:r>
    </w:p>
    <w:p>
      <w:r>
        <w:t>What the "Sipuray Ma’asiyos" is, what "Likutay Moharan" is, what it is..</w:t>
      </w:r>
    </w:p>
    <w:p>
      <w:r>
        <w:t>[………]</w:t>
      </w:r>
    </w:p>
    <w:p>
      <w:r>
        <w:t>[……...]</w:t>
      </w:r>
    </w:p>
    <w:p>
      <w:r>
        <w:t>{……}</w:t>
      </w:r>
    </w:p>
    <w:p>
      <w:r>
        <w:t>And I merited to overcome all the.., all the powers, {…}</w:t>
      </w:r>
    </w:p>
    <w:p>
      <w:r>
        <w:t>What, my father was very poor and also, and also was blind and did not see with his two eyes</w:t>
      </w:r>
    </w:p>
    <w:p>
      <w:r>
        <w:t>Did not, does not see, yes</w:t>
      </w:r>
    </w:p>
    <w:p>
      <w:r>
        <w:t>But nevertheless I merited through this to overcome them all, and to defeat them</w:t>
      </w:r>
    </w:p>
    <w:p>
      <w:r>
        <w:t>But, but I do not need to speak at all</w:t>
      </w:r>
    </w:p>
    <w:p>
      <w:r>
        <w:t>Yes..</w:t>
      </w:r>
    </w:p>
    <w:p>
      <w:r>
        <w:t>What the holy Rabbainu revealed, there is not in the world, there had not been in the world</w:t>
      </w:r>
    </w:p>
    <w:p>
      <w:r>
        <w:t>Such a Torah, such a light, such a wonder, wh.. {..} unique, he is unique {knew} in the world, there is no other {….}</w:t>
      </w:r>
    </w:p>
    <w:p>
      <w:r>
        <w:t>Are there any other such "Sipuray Ma’asiyos," and like "Likutay Moharan," and also, no, no, there is not..</w:t>
      </w:r>
    </w:p>
    <w:p>
      <w:r>
        <w:t>There is no {anyone here} who could bring into his heart some, some spark, some drop from the sea</w:t>
      </w:r>
    </w:p>
    <w:p>
      <w:r>
        <w:t>Like what he revealed</w:t>
      </w:r>
    </w:p>
    <w:p>
      <w:r>
        <w:t>So this is a new thing that had not been i.. it is new, which had not been in the world, had not yet.., had not yet been in the world</w:t>
      </w:r>
    </w:p>
    <w:p>
      <w:r>
        <w:t>Such wonders as the holy Rabbainu</w:t>
      </w:r>
    </w:p>
    <w:p>
      <w:r>
        <w:t>[Okay, thank you very much]</w:t>
      </w:r>
    </w:p>
    <w:p>
      <w:r>
        <w:t>[………]</w:t>
      </w:r>
    </w:p>
    <w:p>
      <w:r>
        <w:t>[Okay]</w:t>
      </w:r>
    </w:p>
    <w:p>
      <w:r>
        <w:t>[This is …….]</w:t>
      </w:r>
    </w:p>
    <w:p>
      <w:r>
        <w:t>I left them, they wanted pride and a possessor of pr.. possessors of pride, he, {yes}</w:t>
      </w:r>
    </w:p>
    <w:p>
      <w:r>
        <w:t>{They do not, do not..}</w:t>
      </w:r>
    </w:p>
    <w:p>
      <w:r>
        <w:t>["And about you I said..”]</w:t>
      </w:r>
    </w:p>
    <w:p>
      <w:r>
        <w:t>But they do not {….}, they do not, eh.. {uh.. he has not in his heart, in my heart} even some utterance {fr.. from this}</w:t>
      </w:r>
    </w:p>
    <w:p>
      <w:r>
        <w:t>[………]</w:t>
      </w:r>
    </w:p>
    <w:p>
      <w:r>
        <w:t>[Thank you very much..]</w:t>
      </w:r>
    </w:p>
    <w:p>
      <w:r>
        <w:t>The holy Rabbainu revealed such wonders as had not yet been in the world</w:t>
      </w:r>
    </w:p>
    <w:p>
      <w:r>
        <w:t>[………….]</w:t>
      </w:r>
    </w:p>
    <w:p>
      <w:r>
        <w:t>[………….]</w:t>
      </w:r>
    </w:p>
    <w:p>
      <w:r>
        <w:t>There is not, there is not in the world like his Torah, like his wonder, like his wisdom</w:t>
      </w:r>
    </w:p>
    <w:p>
      <w:r>
        <w:t>As he {{said it}}, this, this, this, this, this is such a holy Mashiach</w:t>
      </w:r>
    </w:p>
    <w:p>
      <w:r>
        <w:t>But he took all {{….} the ultimate purpose}</w:t>
      </w:r>
    </w:p>
    <w:p>
      <w:r>
        <w:t>And he, and he.. illuminated in the world the light of Mashiach</w:t>
      </w:r>
    </w:p>
    <w:p>
      <w:r>
        <w:t>The light of, of that which is destined now to shine in the world through our righteous Mashiach</w:t>
      </w:r>
    </w:p>
    <w:p>
      <w:r>
        <w:t>The holy Rabbainu revealed everything that he is, when he will reveal himself</w:t>
      </w:r>
    </w:p>
    <w:p>
      <w:r>
        <w:t>When he will reveal one Torah from "Likutay Moharan," {…., yes}</w:t>
      </w:r>
    </w:p>
    <w:p>
      <w:r>
        <w:t>Baruch Hashem, this, this is such a wonder as had not been in the world, completely new</w:t>
      </w:r>
    </w:p>
    <w:p>
      <w:r>
        <w:t>What, {about what that\\we\\until now} we are speaking, but..</w:t>
      </w:r>
    </w:p>
    <w:p>
      <w:r>
        <w:t>But the matter of the holy Rabbainu is completely a secret from the whole world</w:t>
      </w:r>
    </w:p>
    <w:p>
      <w:r>
        <w:t>All of them, all of them do not know at all what it is, what Rebbe Nachman is</w:t>
      </w:r>
    </w:p>
    <w:p>
      <w:r>
        <w:t>[Good, thank you very much, I have to return to Haifa, thank you very much]</w:t>
      </w:r>
    </w:p>
    <w:p>
      <w:r>
        <w:t>{Yoy}</w:t>
      </w:r>
    </w:p>
    <w:p>
      <w:r>
        <w:t>[………]</w:t>
      </w:r>
    </w:p>
    <w:p>
      <w:r>
        <w:t>{First of all} some, some introduction that you merited to hear fr.. fr.. fr.. fr..</w:t>
      </w:r>
    </w:p>
    <w:p>
      <w:r>
        <w:t>Of such wonders, such wonders as do not exist in the world, in the entire world</w:t>
      </w:r>
    </w:p>
    <w:p>
      <w:r>
        <w:t>{Will there be} another such?</w:t>
      </w:r>
    </w:p>
    <w:p>
      <w:r>
        <w:t>[Thank you very much]</w:t>
      </w:r>
    </w:p>
    <w:p>
      <w:r>
        <w:t>Such wonders, such a wonder</w:t>
      </w:r>
    </w:p>
    <w:p>
      <w:r>
        <w:t>The holy Rabbainu revealed only a drop from the sea fr.. from himself</w:t>
      </w:r>
    </w:p>
    <w:p>
      <w:r>
        <w:t>[Thank you very much]</w:t>
      </w:r>
    </w:p>
    <w:p>
      <w:r>
        <w:t>Only a drop from the sea</w:t>
      </w:r>
    </w:p>
    <w:p>
      <w:r>
        <w:t>[Goodbye]</w:t>
      </w:r>
    </w:p>
    <w:p>
      <w:r>
        <w:t>[Rebbe Yisroel, he needs to go, he said goodbye to you][Rebbe Yisroel, he needs to go, he said goodbye to you]Ah, good, goodbye, goodbye, peace upon you</w:t>
      </w:r>
    </w:p>
    <w:p>
      <w:r>
        <w:t>[Rebbe Yisroel, he needs to go, he said goodbye to you]</w:t>
      </w:r>
    </w:p>
    <w:p>
      <w:r>
        <w:t>[Rebbe Yisroel, he needs to go, he said goodbye to you]</w:t>
      </w:r>
    </w:p>
    <w:p>
      <w:r>
        <w:t>[Goodbye]</w:t>
      </w:r>
    </w:p>
    <w:p>
      <w:r>
        <w:t>Baruch Hashem, this {then will be} the joy</w:t>
      </w:r>
    </w:p>
    <w:p>
      <w:r>
        <w:t>[…………………………………………………………..] […………………………………………………………..] {40:09}</w:t>
      </w:r>
    </w:p>
    <w:p>
      <w:r>
        <w:t>[…………………………………………….……..……..] […………………………………………….…………….]</w:t>
      </w:r>
    </w:p>
    <w:p>
      <w:r>
        <w:t>...{42:23}</w:t>
      </w:r>
    </w:p>
    <w:p>
      <w:r>
        <w:t>I cannot bear the bad smell of, of {……}…</w:t>
      </w:r>
    </w:p>
    <w:p>
      <w:r>
        <w:t>...of their falsehood</w:t>
      </w:r>
    </w:p>
    <w:p>
      <w:r>
        <w:t>But at home..</w:t>
      </w:r>
    </w:p>
    <w:p>
      <w:r>
        <w:t>[…………]</w:t>
      </w:r>
    </w:p>
    <w:p>
      <w:r>
        <w:t>[………...]</w:t>
      </w:r>
    </w:p>
    <w:p>
      <w:r>
        <w:t>There is no other in the world, such truth, such wisdom, such Torah, there is not</w:t>
      </w:r>
    </w:p>
    <w:p>
      <w:r>
        <w:t>But the time will come {when it will be revealed}</w:t>
      </w:r>
    </w:p>
    <w:p>
      <w:r>
        <w:t>I, but he {very good}.. to send regards to President Shazar</w:t>
      </w:r>
    </w:p>
    <w:p>
      <w:r>
        <w:t>[Rebbe Yisroel, who, who needs to send regards to President Shazar? Who?]</w:t>
      </w:r>
    </w:p>
    <w:p>
      <w:r>
        <w:t>Eh?</w:t>
      </w:r>
    </w:p>
    <w:p>
      <w:r>
        <w:t>[Who needs to send regards to the president?</w:t>
      </w:r>
    </w:p>
    <w:p>
      <w:r>
        <w:t>Who needs to send regards to President Shazar? Who?]</w:t>
      </w:r>
    </w:p>
    <w:p>
      <w:r>
        <w:t>Who?</w:t>
      </w:r>
    </w:p>
    <w:p>
      <w:r>
        <w:t>[Who? Who? From whom are you asking that he send regards?]</w:t>
      </w:r>
    </w:p>
    <w:p>
      <w:r>
        <w:t>No, no, no, no, no, no, I regret, I do not, I {regret, . .}, yes</w:t>
      </w:r>
    </w:p>
    <w:p>
      <w:r>
        <w:t>Such a wonder as does not exist in the world</w:t>
      </w:r>
    </w:p>
    <w:p>
      <w:r>
        <w:t>Every utterance of his…</w:t>
      </w:r>
    </w:p>
    <w:p>
      <w:r>
        <w:br w:type="page"/>
      </w:r>
    </w:p>
    <w:p>
      <w:pPr>
        <w:pStyle w:val="Heading1"/>
      </w:pPr>
      <w:r>
        <w:t>Tape 57</w:t>
      </w:r>
    </w:p>
    <w:p>
      <w:pPr>
        <w:pStyle w:val="Heading2"/>
      </w:pPr>
      <w:r>
        <w:t>Side A (Aleph)</w:t>
      </w:r>
    </w:p>
    <w:p>
      <w:r>
        <w:t>...[Independence Day]</w:t>
      </w:r>
    </w:p>
    <w:p>
      <w:r>
        <w:t>Independence Day</w:t>
      </w:r>
    </w:p>
    <w:p>
      <w:r>
        <w:t>[Today]</w:t>
      </w:r>
    </w:p>
    <w:p>
      <w:r>
        <w:t>Yes</w:t>
      </w:r>
    </w:p>
    <w:p>
      <w:r>
        <w:t>[Yes]</w:t>
      </w:r>
    </w:p>
    <w:p>
      <w:r>
        <w:t>Thursday..</w:t>
      </w:r>
    </w:p>
    <w:p>
      <w:r>
        <w:t>[Day.., yes]</w:t>
      </w:r>
    </w:p>
    <w:p>
      <w:r>
        <w:t>Today</w:t>
      </w:r>
    </w:p>
    <w:p>
      <w:r>
        <w:t>[Now]</w:t>
      </w:r>
    </w:p>
    <w:p>
      <w:r>
        <w:t>Eh</w:t>
      </w:r>
    </w:p>
    <w:p>
      <w:r>
        <w:t>[So there is Independence Day for the state]</w:t>
      </w:r>
    </w:p>
    <w:p>
      <w:r>
        <w:t>{..}, until the evening</w:t>
      </w:r>
    </w:p>
    <w:p>
      <w:r>
        <w:t>[Yes]</w:t>
      </w:r>
    </w:p>
    <w:p>
      <w:r>
        <w:t>{….}, the funeral has not yet been</w:t>
      </w:r>
    </w:p>
    <w:p>
      <w:r>
        <w:t>[Of whom?]</w:t>
      </w:r>
    </w:p>
    <w:p>
      <w:r>
        <w:t>The..</w:t>
      </w:r>
    </w:p>
    <w:p>
      <w:r>
        <w:t>[Of Hadera]</w:t>
      </w:r>
    </w:p>
    <w:p>
      <w:r>
        <w:t>The funeral of, of Hadera</w:t>
      </w:r>
    </w:p>
    <w:p>
      <w:r>
        <w:t>[Do not know, was it?]</w:t>
      </w:r>
    </w:p>
    <w:p>
      <w:r>
        <w:t>[…. At three, they said..]</w:t>
      </w:r>
    </w:p>
    <w:p>
      <w:r>
        <w:t>[They said that it would be at three]</w:t>
      </w:r>
    </w:p>
    <w:p>
      <w:r>
        <w:t>{….}</w:t>
      </w:r>
    </w:p>
    <w:p>
      <w:r>
        <w:t>[Another half hour, Rebbe Yisroel, another half hour..]</w:t>
      </w:r>
    </w:p>
    <w:p>
      <w:r>
        <w:t>[Ah, does he want to go to the funeral?]</w:t>
      </w:r>
    </w:p>
    <w:p>
      <w:r>
        <w:t>[There will be … the funeral will be in another half hour]</w:t>
      </w:r>
    </w:p>
    <w:p>
      <w:r>
        <w:t>Yes?</w:t>
      </w:r>
    </w:p>
    <w:p>
      <w:r>
        <w:t>[…………..]</w:t>
      </w:r>
    </w:p>
    <w:p>
      <w:r>
        <w:t>[……..……]</w:t>
      </w:r>
    </w:p>
    <w:p>
      <w:r>
        <w:t>There are six dead</w:t>
      </w:r>
    </w:p>
    <w:p>
      <w:r>
        <w:t>[Yes, Rebbe Yisroel]</w:t>
      </w:r>
    </w:p>
    <w:p>
      <w:r>
        <w:t>[How many?]</w:t>
      </w:r>
    </w:p>
    <w:p>
      <w:r>
        <w:t>[Six]</w:t>
      </w:r>
    </w:p>
    <w:p>
      <w:r>
        <w:t>{Soldiers..}</w:t>
      </w:r>
    </w:p>
    <w:p>
      <w:r>
        <w:t>[Five, five, five, one of them is the terrorist]</w:t>
      </w:r>
    </w:p>
    <w:p>
      <w:r>
        <w:t>Eh?</w:t>
      </w:r>
    </w:p>
    <w:p>
      <w:r>
        <w:t>[Ah, yes]</w:t>
      </w:r>
    </w:p>
    <w:p>
      <w:r>
        <w:t>[Five]</w:t>
      </w:r>
    </w:p>
    <w:p>
      <w:r>
        <w:t>[Th.. there are five Jews and the terrorist, the terrorist is also among the dead, there are five Jews and the terrorist]</w:t>
      </w:r>
    </w:p>
    <w:p>
      <w:r>
        <w:t>[Ask him what there is to do on..]</w:t>
      </w:r>
    </w:p>
    <w:p>
      <w:r>
        <w:t>[Rebbe Yisroel, what is good to do on Independence Day? Tachanun, nothing, or Hallel?] To pray to Hashem, eh…</w:t>
      </w:r>
    </w:p>
    <w:p>
      <w:r>
        <w:t>...What happened in Yerushalayim, an Arab went with a taxi and with bombs, to do as in Hadera and Afula</w:t>
      </w:r>
    </w:p>
    <w:p>
      <w:r>
        <w:t>And they exploded on the way with the Arab, before he entered Ramot</w:t>
      </w:r>
    </w:p>
    <w:p>
      <w:r>
        <w:t>He, he wanted to go to Ramot to leave the taxi with the bombs there</w:t>
      </w:r>
    </w:p>
    <w:p>
      <w:r>
        <w:t>{…}, and they exploded on the way, and he and the.. and the taxi {exploded}, and there was nothing in Ramot</w:t>
      </w:r>
    </w:p>
    <w:p>
      <w:r>
        <w:t>I think perhaps they will be afraid to go again, {..}</w:t>
      </w:r>
    </w:p>
    <w:p>
      <w:r>
        <w:t>If it explodes on the way, then {…} they will be afraid to go</w:t>
      </w:r>
    </w:p>
    <w:p>
      <w:r>
        <w:t>You did not hear about this?</w:t>
      </w:r>
    </w:p>
    <w:p>
      <w:r>
        <w:t>[Yes, yes]</w:t>
      </w:r>
    </w:p>
    <w:p>
      <w:r>
        <w:t>Eh?</w:t>
      </w:r>
    </w:p>
    <w:p>
      <w:r>
        <w:t>[Yes]</w:t>
      </w:r>
    </w:p>
    <w:p>
      <w:r>
        <w:t>You heard</w:t>
      </w:r>
    </w:p>
    <w:p>
      <w:r>
        <w:t>[Yes]…</w:t>
      </w:r>
    </w:p>
    <w:p>
      <w:r>
        <w:t>...What happened in Yerushalayim?</w:t>
      </w:r>
    </w:p>
    <w:p>
      <w:r>
        <w:t>[No, Rebbe Yisroel]</w:t>
      </w:r>
    </w:p>
    <w:p>
      <w:r>
        <w:t>No?</w:t>
      </w:r>
    </w:p>
    <w:p>
      <w:r>
        <w:t>[No]</w:t>
      </w:r>
    </w:p>
    <w:p>
      <w:r>
        <w:t>He will tell you, I have no strength, he will tell</w:t>
      </w:r>
    </w:p>
    <w:p>
      <w:r>
        <w:t>I told him what I heard, he knows</w:t>
      </w:r>
    </w:p>
    <w:p>
      <w:r>
        <w:t>[…]</w:t>
      </w:r>
    </w:p>
    <w:p>
      <w:r>
        <w:t>An Arab went with a car full of bombs to Ramot, so that it would be like in Hadera and like in other places, yes, so the.. so the taxi exploded with the bombs and with the Arab on the way, before they entered {..} Ramot [……..]</w:t>
      </w:r>
    </w:p>
    <w:p>
      <w:r>
        <w:t>[Blessed is Hashem]</w:t>
      </w:r>
    </w:p>
    <w:p>
      <w:r>
        <w:t>This, all, all, the whole world knows about this</w:t>
      </w:r>
    </w:p>
    <w:p>
      <w:r>
        <w:t>On the way, before he entered Ramot, the whole taxi exploded, and the bom.. everything, with the Arab</w:t>
      </w:r>
    </w:p>
    <w:p>
      <w:r>
        <w:t>{..}, perhaps they will be afraid to go again with bombs</w:t>
      </w:r>
    </w:p>
    <w:p>
      <w:r>
        <w:t>[………]</w:t>
      </w:r>
    </w:p>
    <w:p>
      <w:r>
        <w:t>[….…..]…</w:t>
      </w:r>
    </w:p>
    <w:p>
      <w:r>
        <w:t>...This was not in the Torah, and all {the miracles\the Mishnah} in the entire Torah, in every Torah of Rabbainu</w:t>
      </w:r>
    </w:p>
    <w:p>
      <w:r>
        <w:t>At every moment th..{…. will be} now we already have the holy Rabbainu</w:t>
      </w:r>
    </w:p>
    <w:p>
      <w:r>
        <w:t>It has already been revealed in the world that there is the holy Rabbainu "Na Na Nach Nachma Nachman MeUman"</w:t>
      </w:r>
    </w:p>
    <w:p>
      <w:r>
        <w:t>Rabbainu revealed this, he is greater and higher than everything</w:t>
      </w:r>
    </w:p>
    <w:p>
      <w:r>
        <w:t>There has not yet been such a novelty, such wonders have not yet been in the world</w:t>
      </w:r>
    </w:p>
    <w:p>
      <w:r>
        <w:t>Only now, at the time of the redemption, Rabbainu began {….} to be revealed in the world</w:t>
      </w:r>
    </w:p>
    <w:p>
      <w:r>
        <w:t>{Withou..t} any actions, yes, of himself he is becoming known</w:t>
      </w:r>
    </w:p>
    <w:p>
      <w:r>
        <w:t>[Rebbe Yisroel]…</w:t>
      </w:r>
    </w:p>
    <w:p>
      <w:r>
        <w:t>...{..}...</w:t>
      </w:r>
    </w:p>
    <w:p>
      <w:r>
        <w:t>...{Gives me this, who is this he comes}, but certainly he will say "Na Na Nach"—this is a healing {and ato..nement}, and everything, this is the whole Torah, "Na Na Nach Nachma Nachman MeUman"—this is the entire Torah</w:t>
      </w:r>
    </w:p>
    <w:p>
      <w:r>
        <w:t>Included in this are all the tzaddikim and all {..}, and the entire Torah</w:t>
      </w:r>
    </w:p>
    <w:p>
      <w:r>
        <w:t>[……...]…</w:t>
      </w:r>
    </w:p>
    <w:p>
      <w:r>
        <w:t>...[Nu..]</w:t>
      </w:r>
    </w:p>
    <w:p>
      <w:r>
        <w:t>[They called..]...</w:t>
      </w:r>
    </w:p>
    <w:p>
      <w:r>
        <w:t>...These are letters in which all the tzaddikim and the entire Torah are included, in each and every utterance of his…</w:t>
      </w:r>
    </w:p>
    <w:p>
      <w:r>
        <w:t>...It is not I who says, he, I merited…</w:t>
      </w:r>
    </w:p>
    <w:p>
      <w:r>
        <w:t>...{..} he says this, yes, it is in his books, yes…</w:t>
      </w:r>
    </w:p>
    <w:p>
      <w:r>
        <w:t>..."Nachma Nachman..”</w:t>
      </w:r>
    </w:p>
    <w:p>
      <w:r>
        <w:t>[……..]</w:t>
      </w:r>
    </w:p>
    <w:p>
      <w:r>
        <w:t>"MeUman"</w:t>
      </w:r>
    </w:p>
    <w:p>
      <w:r>
        <w:t>["Na Na Nach Nachma Nachman MeUman"]...</w:t>
      </w:r>
    </w:p>
    <w:p>
      <w:r>
        <w:t>...{"Na Na Nach"}</w:t>
      </w:r>
    </w:p>
    <w:p>
      <w:r>
        <w:t>[….]</w:t>
      </w:r>
    </w:p>
    <w:p>
      <w:r>
        <w:t>It is not much</w:t>
      </w:r>
    </w:p>
    <w:p>
      <w:r>
        <w:t>[Yes]…</w:t>
      </w:r>
    </w:p>
    <w:p>
      <w:r>
        <w:t>...[Yes]</w:t>
      </w:r>
    </w:p>
    <w:p>
      <w:r>
        <w:t>"Na Na Nach", "Na Na Nach"—is it hard to say?</w:t>
      </w:r>
    </w:p>
    <w:p>
      <w:r>
        <w:t>[No]</w:t>
      </w:r>
    </w:p>
    <w:p>
      <w:r>
        <w:t>"Nachma Nachman"—is it hard to say?</w:t>
      </w:r>
    </w:p>
    <w:p>
      <w:r>
        <w:t>[No]</w:t>
      </w:r>
    </w:p>
    <w:p>
      <w:r>
        <w:t>"Nachma Nachman MeUman"</w:t>
      </w:r>
    </w:p>
    <w:p>
      <w:r>
        <w:t>"MeUman" is not a name, it is {it is, . .} the.. the.. place where he is found..</w:t>
      </w:r>
    </w:p>
    <w:p>
      <w:r>
        <w:t>[Ah]</w:t>
      </w:r>
    </w:p>
    <w:p>
      <w:r>
        <w:t>It is Uman, Uman—from Uman</w:t>
      </w:r>
    </w:p>
    <w:p>
      <w:r>
        <w:t>[But "Na Na Nach" is a name]</w:t>
      </w:r>
    </w:p>
    <w:p>
      <w:r>
        <w:t>But "Na Na Nach.."</w:t>
      </w:r>
    </w:p>
    <w:p>
      <w:r>
        <w:t>[It is a name]</w:t>
      </w:r>
    </w:p>
    <w:p>
      <w:r>
        <w:t>"Nachma Nachman {..} MeUman", not {..}, just, ah.. someone, it is {..} exactly {the letters}, ah, yes</w:t>
      </w:r>
    </w:p>
    <w:p>
      <w:r>
        <w:t>{...} "MeUman", "Nachman", {..}, "Nachma Nachman MeUman"…</w:t>
      </w:r>
    </w:p>
    <w:p>
      <w:r>
        <w:t>...{Letters}, it can, for all the illnesses, for all the.. for everything…</w:t>
      </w:r>
    </w:p>
    <w:p>
      <w:r>
        <w:t>..."Nachma Nachman MeUman"…</w:t>
      </w:r>
    </w:p>
    <w:p>
      <w:r>
        <w:t>..."{..}.. Nachman MeUman" is very easy</w:t>
      </w:r>
    </w:p>
    <w:p>
      <w:r>
        <w:t>[Good]</w:t>
      </w:r>
    </w:p>
    <w:p>
      <w:r>
        <w:t>[And also Yoel said that he has a g..]…</w:t>
      </w:r>
    </w:p>
    <w:p>
      <w:r>
        <w:t>...[Here in this area he has a growth]</w:t>
      </w:r>
    </w:p>
    <w:p>
      <w:r>
        <w:t>Yes</w:t>
      </w:r>
    </w:p>
    <w:p>
      <w:r>
        <w:t>[Between the fingers of the hand]</w:t>
      </w:r>
    </w:p>
    <w:p>
      <w:r>
        <w:t>Yes, yes, {..} "Na Na Nach"</w:t>
      </w:r>
    </w:p>
    <w:p>
      <w:r>
        <w:t>[So he..]</w:t>
      </w:r>
    </w:p>
    <w:p>
      <w:r>
        <w:t>{Good}…</w:t>
      </w:r>
    </w:p>
    <w:p>
      <w:r>
        <w:t>...{Good}</w:t>
      </w:r>
    </w:p>
    <w:p>
      <w:r>
        <w:t>["Na Na Nach"]</w:t>
      </w:r>
    </w:p>
    <w:p>
      <w:r>
        <w:t>"Na Na Nach"</w:t>
      </w:r>
    </w:p>
    <w:p>
      <w:r>
        <w:t>["Nachma Nachman"]</w:t>
      </w:r>
    </w:p>
    <w:p>
      <w:r>
        <w:t>"Nachma Nachman"</w:t>
      </w:r>
    </w:p>
    <w:p>
      <w:r>
        <w:t>["MeUman"]</w:t>
      </w:r>
    </w:p>
    <w:p>
      <w:r>
        <w:t>"MeUman"</w:t>
      </w:r>
    </w:p>
    <w:p>
      <w:r>
        <w:t>[Yes]…</w:t>
      </w:r>
    </w:p>
    <w:p>
      <w:r>
        <w:t>...They do not believe, they will laugh at me</w:t>
      </w:r>
    </w:p>
    <w:p>
      <w:r>
        <w:t>[Yes]</w:t>
      </w:r>
    </w:p>
    <w:p>
      <w:r>
        <w:t>The doctors</w:t>
      </w:r>
    </w:p>
    <w:p>
      <w:r>
        <w:t>[No..]…</w:t>
      </w:r>
    </w:p>
    <w:p>
      <w:r>
        <w:t>...When they say it to him with sincerity and simplicity and with faith</w:t>
      </w:r>
    </w:p>
    <w:p>
      <w:r>
        <w:t>[Yes, then he does not ne..]…</w:t>
      </w:r>
    </w:p>
    <w:p>
      <w:r>
        <w:t>...Afterwards it is possible to.. not to.. to go to a doctor</w:t>
      </w:r>
    </w:p>
    <w:p>
      <w:r>
        <w:t>[That he should say "Na Na Nach"?]</w:t>
      </w:r>
    </w:p>
    <w:p>
      <w:r>
        <w:t>They told me that this is the name, to say this name "Nachman", "Na Na Nach Nachma Nachman MeUman", {yes}, nu</w:t>
      </w:r>
    </w:p>
    <w:p>
      <w:r>
        <w:t>[He can say to the doctors]</w:t>
      </w:r>
    </w:p>
    <w:p>
      <w:r>
        <w:t>Yes</w:t>
      </w:r>
    </w:p>
    <w:p>
      <w:r>
        <w:t>[That they should learn]</w:t>
      </w:r>
    </w:p>
    <w:p>
      <w:r>
        <w:t>They told me so, and I said it, and a healing was effected</w:t>
      </w:r>
    </w:p>
    <w:p>
      <w:r>
        <w:t>[Ah, all right]…</w:t>
      </w:r>
    </w:p>
    <w:p>
      <w:r>
        <w:t>...{……}, "Na Na Nach Nachma Nachman MeUman"…</w:t>
      </w:r>
    </w:p>
    <w:p>
      <w:r>
        <w:t>...{….}, therefore one needs {…}, ah.. "MeUman", {I ……}, he dwells in Uman</w:t>
      </w:r>
    </w:p>
    <w:p>
      <w:r>
        <w:t>[R.. Rebbe Yisroel, excuse me, Rebbe Yisroel]…</w:t>
      </w:r>
    </w:p>
    <w:p>
      <w:r>
        <w:t>...{..}...</w:t>
      </w:r>
    </w:p>
    <w:p>
      <w:r>
        <w:t>...{….}…</w:t>
      </w:r>
    </w:p>
    <w:p>
      <w:r>
        <w:t>...{….}, eh?</w:t>
      </w:r>
    </w:p>
    <w:p>
      <w:r>
        <w:t>[I do not know]…</w:t>
      </w:r>
    </w:p>
    <w:p>
      <w:r>
        <w:t>...Eh?</w:t>
      </w:r>
    </w:p>
    <w:p>
      <w:r>
        <w:t>[When someone told you, then I heard]</w:t>
      </w:r>
    </w:p>
    <w:p>
      <w:r>
        <w:t>What?</w:t>
      </w:r>
    </w:p>
    <w:p>
      <w:r>
        <w:t>[When someone came and told you, only then I heard]</w:t>
      </w:r>
    </w:p>
    <w:p>
      <w:r>
        <w:t>You heard</w:t>
      </w:r>
    </w:p>
    <w:p>
      <w:r>
        <w:t>[When they told you]</w:t>
      </w:r>
    </w:p>
    <w:p>
      <w:r>
        <w:t>Ah, you, youstood</w:t>
      </w:r>
    </w:p>
    <w:p>
      <w:r>
        <w:t>[Yes]</w:t>
      </w:r>
    </w:p>
    <w:p>
      <w:r>
        <w:t>{...}…</w:t>
      </w:r>
    </w:p>
    <w:p>
      <w:r>
        <w:t>...You alsoheard</w:t>
      </w:r>
    </w:p>
    <w:p>
      <w:r>
        <w:t>[Ah, I heard, but..]…</w:t>
      </w:r>
    </w:p>
    <w:p>
      <w:r>
        <w:t>...[But the police caught them]</w:t>
      </w:r>
    </w:p>
    <w:p>
      <w:r>
        <w:t>Ah, they caught them</w:t>
      </w:r>
    </w:p>
    <w:p>
      <w:r>
        <w:t>[That is what I think, yes]</w:t>
      </w:r>
    </w:p>
    <w:p>
      <w:r>
        <w:t>Ah…</w:t>
      </w:r>
    </w:p>
    <w:p>
      <w:r>
        <w:t>...All the Germans in the name of Hitler</w:t>
      </w:r>
    </w:p>
    <w:p>
      <w:r>
        <w:t>[……]</w:t>
      </w:r>
    </w:p>
    <w:p>
      <w:r>
        <w:t>The entire government, all the Germans, only under one name, under the name Hitler</w:t>
      </w:r>
    </w:p>
    <w:p>
      <w:r>
        <w:t>[Do I have something in my eye?]…</w:t>
      </w:r>
    </w:p>
    <w:p>
      <w:r>
        <w:t>...{..}...</w:t>
      </w:r>
    </w:p>
    <w:p>
      <w:r>
        <w:t>...In the name of {..} the State of Hitler</w:t>
      </w:r>
    </w:p>
    <w:p>
      <w:r>
        <w:t>Hitler, all of Germany, all the Germans are Hitler</w:t>
      </w:r>
    </w:p>
    <w:p>
      <w:r>
        <w:t>[Can they convert?]</w:t>
      </w:r>
    </w:p>
    <w:p>
      <w:r>
        <w:t>{..}</w:t>
      </w:r>
    </w:p>
    <w:p>
      <w:r>
        <w:t>[…………..]…</w:t>
      </w:r>
    </w:p>
    <w:p>
      <w:r>
        <w:t>...A mattress, and he will lie down, and he will tell them, he, he, he..</w:t>
      </w:r>
    </w:p>
    <w:p>
      <w:r>
        <w:t>He does not know where to go, whether to Teveria, whether to Tzfas, whether to Yerushalayim</w:t>
      </w:r>
    </w:p>
    <w:p>
      <w:r>
        <w:t>[……...]</w:t>
      </w:r>
    </w:p>
    <w:p>
      <w:r>
        <w:t>He does not have..</w:t>
      </w:r>
    </w:p>
    <w:p>
      <w:r>
        <w:t>[………]</w:t>
      </w:r>
    </w:p>
    <w:p>
      <w:r>
        <w:t>[………]</w:t>
      </w:r>
    </w:p>
    <w:p>
      <w:r>
        <w:t>[….a mattress……]</w:t>
      </w:r>
    </w:p>
    <w:p>
      <w:r>
        <w:t>[….To bring a mattress with me there?]</w:t>
      </w:r>
    </w:p>
    <w:p>
      <w:r>
        <w:t>[No, no, they have there, he will find something to lie down on, I do not know, ……]</w:t>
      </w:r>
    </w:p>
    <w:p>
      <w:r>
        <w:t>[….]</w:t>
      </w:r>
    </w:p>
    <w:p>
      <w:r>
        <w:t>[Ask him]...</w:t>
      </w:r>
    </w:p>
    <w:p>
      <w:r>
        <w:t>...If he tells them that he wants to go to the ‘Western Wall’ to pray</w:t>
      </w:r>
    </w:p>
    <w:p>
      <w:r>
        <w:t>{Because} he is ill, and that he will pray that Hashem Yisborach give him a complete healing</w:t>
      </w:r>
    </w:p>
    <w:p>
      <w:r>
        <w:t>[………..a complete healing]</w:t>
      </w:r>
    </w:p>
    <w:p>
      <w:r>
        <w:t>Yes, he will take a mattress and lie down</w:t>
      </w:r>
    </w:p>
    <w:p>
      <w:r>
        <w:t>"I have nowhere to go, there is no, I do not know which acquaintances, {who, who, .…}</w:t>
      </w:r>
    </w:p>
    <w:p>
      <w:r>
        <w:t>I do not know whether to go to Yerushalayim, whether to go to Teveria, whether to go here, here.." […………]...</w:t>
      </w:r>
    </w:p>
    <w:p>
      <w:r>
        <w:t>...That he should take a mattress and lie down on it, he, he will say, his head hurts, he cannot walk</w:t>
      </w:r>
    </w:p>
    <w:p>
      <w:r>
        <w:t>And also "It hurts me here too, I do not know where to go”</w:t>
      </w:r>
    </w:p>
    <w:p>
      <w:r>
        <w:t>That they should tell him where to go, whether to Yerushalayim, whether to Tzfas</w:t>
      </w:r>
    </w:p>
    <w:p>
      <w:r>
        <w:t>{Yes, yes}, yes, suddenly he will take a mattress and lie down, and lie on it</w:t>
      </w:r>
    </w:p>
    <w:p>
      <w:r>
        <w:t>"Then get up, there is work”</w:t>
      </w:r>
    </w:p>
    <w:p>
      <w:r>
        <w:t>"I hurt here and my head hurts, I cannot walk"</w:t>
      </w:r>
    </w:p>
    <w:p>
      <w:r>
        <w:t>Ah.. ah.. ah…</w:t>
      </w:r>
    </w:p>
    <w:p>
      <w:r>
        <w:t>...Yoy, there are many things, he should make himself as if he does not know where to go</w:t>
      </w:r>
    </w:p>
    <w:p>
      <w:r>
        <w:t>{No, no, no, no, no, no, no, no, no}</w:t>
      </w:r>
    </w:p>
    <w:p>
      <w:r>
        <w:t>And he will tell them, Yisroel Ber Odesser told me to do for you, like one who is not.. like {..} crazy, yes</w:t>
      </w:r>
    </w:p>
    <w:p>
      <w:r>
        <w:t>Nu, “{I do not} know what to do"</w:t>
      </w:r>
    </w:p>
    <w:p>
      <w:r>
        <w:t>[Does he need to tell them that you told him?]</w:t>
      </w:r>
    </w:p>
    <w:p>
      <w:r>
        <w:t>{…}</w:t>
      </w:r>
    </w:p>
    <w:p>
      <w:r>
        <w:t>[Need, need for you th.., to tell them that you told him?]</w:t>
      </w:r>
    </w:p>
    <w:p>
      <w:r>
        <w:t>No, no, Heaven forbid</w:t>
      </w:r>
    </w:p>
    <w:p>
      <w:r>
        <w:t>[No, no]</w:t>
      </w:r>
    </w:p>
    <w:p>
      <w:r>
        <w:t>They will take me to prison, they know nothing at all</w:t>
      </w:r>
    </w:p>
    <w:p>
      <w:r>
        <w:t>[Good, good]</w:t>
      </w:r>
    </w:p>
    <w:p>
      <w:r>
        <w:t>They will know that he is not, not, abnormal, then this, this {they will know}</w:t>
      </w:r>
    </w:p>
    <w:p>
      <w:r>
        <w:t>[But does he need to mention your name?]</w:t>
      </w:r>
    </w:p>
    <w:p>
      <w:r>
        <w:t>Eh?</w:t>
      </w:r>
    </w:p>
    <w:p>
      <w:r>
        <w:t>[Rebbe Yisroel Ber Odesser]</w:t>
      </w:r>
    </w:p>
    <w:p>
      <w:r>
        <w:t>No, no, no, no, nothing, nothing</w:t>
      </w:r>
    </w:p>
    <w:p>
      <w:r>
        <w:t>They will {take me} to prison, "What is this?..”</w:t>
      </w:r>
    </w:p>
    <w:p>
      <w:r>
        <w:t>[Perhaps..]</w:t>
      </w:r>
    </w:p>
    <w:p>
      <w:r>
        <w:t>"He takes, takes soldiers, and makes himself crazy?”</w:t>
      </w:r>
    </w:p>
    <w:p>
      <w:r>
        <w:t>No, no, no, no {..}.., not {to mention\he will mention} my name</w:t>
      </w:r>
    </w:p>
    <w:p>
      <w:r>
        <w:t>Only on his own, his mind is not in order, one time he says this, one time he says this</w:t>
      </w:r>
    </w:p>
    <w:p>
      <w:r>
        <w:t>[…...]</w:t>
      </w:r>
    </w:p>
    <w:p>
      <w:r>
        <w:t>[Yes, Rebbe Yisroel, perhaps he, he will say that he can teach them the song "Na Na Nach"</w:t>
      </w:r>
    </w:p>
    <w:p>
      <w:r>
        <w:t>{..}</w:t>
      </w:r>
    </w:p>
    <w:p>
      <w:r>
        <w:t>[That he should teach?]</w:t>
      </w:r>
    </w:p>
    <w:p>
      <w:r>
        <w:t>Yes, that is possible, he should make himself like a crazy person, like someone abnormal</w:t>
      </w:r>
    </w:p>
    <w:p>
      <w:r>
        <w:t>He will take a mattress and lie down on it</w:t>
      </w:r>
    </w:p>
    <w:p>
      <w:r>
        <w:t>"Nu, what are you, what, what?”</w:t>
      </w:r>
    </w:p>
    <w:p>
      <w:r>
        <w:t>There is work? What work? {Good, good}, I will earn money?”</w:t>
      </w:r>
    </w:p>
    <w:p>
      <w:r>
        <w:t>Good</w:t>
      </w:r>
    </w:p>
    <w:p>
      <w:r>
        <w:t>[Does he need to take a mattress with him from home? Does he need to bring a mattress from home?]</w:t>
      </w:r>
    </w:p>
    <w:p>
      <w:r>
        <w:t>There are mattresses there</w:t>
      </w:r>
    </w:p>
    <w:p>
      <w:r>
        <w:t>{There is, he will take for himself}, no, it does not matter where it is from, he has a mattress</w:t>
      </w:r>
    </w:p>
    <w:p>
      <w:r>
        <w:t>Perhaps he, he is ill, {because, he}, "It hurts me {here and here}”</w:t>
      </w:r>
    </w:p>
    <w:p>
      <w:r>
        <w:t>Sometimes the legs hurt, sometimes the hands hurt</w:t>
      </w:r>
    </w:p>
    <w:p>
      <w:r>
        <w:t>Until {it will be, th..}, they will begin to think that he is not, not normal, then {this will be}</w:t>
      </w:r>
    </w:p>
    <w:p>
      <w:r>
        <w:t>Then they will tell him: "Go home, you are not a good soldier, go home, and it is over”…</w:t>
      </w:r>
    </w:p>
    <w:p>
      <w:r>
        <w:t>..."It hurts me here and it also hurts me here and also the legs"</w:t>
      </w:r>
    </w:p>
    <w:p>
      <w:r>
        <w:t>They will bring doctors, the doctors, he will tell them: "It hurts me here and it hurts me here" the doctors will not know, he, they will write that he is ill, yes…</w:t>
      </w:r>
    </w:p>
    <w:p>
      <w:r>
        <w:t>...My name</w:t>
      </w:r>
    </w:p>
    <w:p>
      <w:r>
        <w:t>{…}, because there are more, more soldiers, who need to be abnormal, nu…</w:t>
      </w:r>
    </w:p>
    <w:p>
      <w:r>
        <w:t>...A great remedy, that they should think he is not so normal</w:t>
      </w:r>
    </w:p>
    <w:p>
      <w:r>
        <w:t>[..In a place where there is no truth, where you see that the truth is absent, there is no truth</w:t>
      </w:r>
    </w:p>
    <w:p>
      <w:r>
        <w:t>Then he should make himself li.. like a madman..]…</w:t>
      </w:r>
    </w:p>
    <w:p>
      <w:r>
        <w:t>..."Sometimes I have pains here and sometimes here, sometimes the legs, sometimes the hands</w:t>
      </w:r>
    </w:p>
    <w:p>
      <w:r>
        <w:t>I do not know what to do, I need a doctor</w:t>
      </w:r>
    </w:p>
    <w:p>
      <w:r>
        <w:t>{…}, and also a hospital, {…}, because it hurts me here"</w:t>
      </w:r>
    </w:p>
    <w:p>
      <w:r>
        <w:t>The doctor will ask: "Here?”</w:t>
      </w:r>
    </w:p>
    <w:p>
      <w:r>
        <w:t>"Here also, not only here"</w:t>
      </w:r>
    </w:p>
    <w:p>
      <w:r>
        <w:t>[…….]</w:t>
      </w:r>
    </w:p>
    <w:p>
      <w:r>
        <w:t>[………….]</w:t>
      </w:r>
    </w:p>
    <w:p>
      <w:r>
        <w:t>Only that he should not mention my name, because I can go to prison</w:t>
      </w:r>
    </w:p>
    <w:p>
      <w:r>
        <w:t>That I teach the soldiers that he should make himself like, like {…}, abnormal</w:t>
      </w:r>
    </w:p>
    <w:p>
      <w:r>
        <w:t>This is only me{?}, that they should know nothing of me at all</w:t>
      </w:r>
    </w:p>
    <w:p>
      <w:r>
        <w:t>[..]…</w:t>
      </w:r>
    </w:p>
    <w:p>
      <w:r>
        <w:t>...{...} I do not know, what is this?</w:t>
      </w:r>
    </w:p>
    <w:p>
      <w:r>
        <w:t>[………..]</w:t>
      </w:r>
    </w:p>
    <w:p>
      <w:r>
        <w:t>They will give him a doctor, and to the doctor he will say, here, {there is already here}</w:t>
      </w:r>
    </w:p>
    <w:p>
      <w:r>
        <w:t>“{Why} do I have pains here, here and here and there, {..}</w:t>
      </w:r>
    </w:p>
    <w:p>
      <w:r>
        <w:t>The legs, I cannot walk on the legs, and cannot walk in shoes”</w:t>
      </w:r>
    </w:p>
    <w:p>
      <w:r>
        <w:t>[What?]</w:t>
      </w:r>
    </w:p>
    <w:p>
      <w:r>
        <w:t>{…}, he will go without shoes, and say that his legs hurt him, so he cannot walk with shoes, yes, yes</w:t>
      </w:r>
    </w:p>
    <w:p>
      <w:r>
        <w:t>[…….…..]</w:t>
      </w:r>
    </w:p>
    <w:p>
      <w:r>
        <w:t>[…………]…</w:t>
      </w:r>
    </w:p>
    <w:p>
      <w:r>
        <w:t>...The doctors will know that my hea.., my legs hurt</w:t>
      </w:r>
    </w:p>
    <w:p>
      <w:r>
        <w:t>{..}, sometimes he has pains here and there, yes</w:t>
      </w:r>
    </w:p>
    <w:p>
      <w:r>
        <w:t>"{Because} yesterday my legs hurt, and today my heart hurts"…</w:t>
      </w:r>
    </w:p>
    <w:p>
      <w:r>
        <w:t>...They will come and tell him:</w:t>
      </w:r>
    </w:p>
    <w:p>
      <w:r>
        <w:t>"Go, go home, you are completely exempt"</w:t>
      </w:r>
    </w:p>
    <w:p>
      <w:r>
        <w:t>Yes</w:t>
      </w:r>
    </w:p>
    <w:p>
      <w:r>
        <w:t>He will go without my fee.., without shoes, his legs hurt him, he cannot walk {..} with shoes, he wants a doctor and a hospital…</w:t>
      </w:r>
    </w:p>
    <w:p>
      <w:r>
        <w:t>...{Also the legs}</w:t>
      </w:r>
    </w:p>
    <w:p>
      <w:r>
        <w:t>Only that they should not know that I told them…</w:t>
      </w:r>
    </w:p>
    <w:p>
      <w:r>
        <w:t>..."{...} money, I want to travel to Yerushalayim, without money they do not want to take me" [That he should ask for money in order to travel?]…</w:t>
      </w:r>
    </w:p>
    <w:p>
      <w:r>
        <w:t>...He will have many names</w:t>
      </w:r>
    </w:p>
    <w:p>
      <w:r>
        <w:t>[Many names]</w:t>
      </w:r>
    </w:p>
    <w:p>
      <w:r>
        <w:t>Yes</w:t>
      </w:r>
    </w:p>
    <w:p>
      <w:r>
        <w:t>[You will have many names..]</w:t>
      </w:r>
    </w:p>
    <w:p>
      <w:r>
        <w:t>He has a name such and such, {..}, Shimon and.. I do not know the name he has, he does not know</w:t>
      </w:r>
    </w:p>
    <w:p>
      <w:r>
        <w:t>In any case, he should make himself as if he is not normal, and he should also continue with this, {..}</w:t>
      </w:r>
    </w:p>
    <w:p>
      <w:r>
        <w:t>"Perhaps you will give me money, I want to travel to Yerushalayim, to the ‘Western Wall,’ to pray"</w:t>
      </w:r>
    </w:p>
    <w:p>
      <w:r>
        <w:t>{Yes}…</w:t>
      </w:r>
    </w:p>
    <w:p>
      <w:r>
        <w:t>...{You will see} in him, only this way he is such a person, that he is abnormal</w:t>
      </w:r>
    </w:p>
    <w:p>
      <w:r>
        <w:t>He has no name and he has no this, he has no, it hurts him here, yes</w:t>
      </w:r>
    </w:p>
    <w:p>
      <w:r>
        <w:t>He cannot walk in shoes? His legs hurt him</w:t>
      </w:r>
    </w:p>
    <w:p>
      <w:r>
        <w:t>"Give me a doctor who will see what, what this is, what, what, what there is in the legs"</w:t>
      </w:r>
    </w:p>
    <w:p>
      <w:r>
        <w:t>They have several kinds of doctors, yes</w:t>
      </w:r>
    </w:p>
    <w:p>
      <w:r>
        <w:t>There are doctors for legs, there are {illnesses..}.., doctors for the head, they have many kinds of doctors; he has all kinds of illnesses</w:t>
      </w:r>
    </w:p>
    <w:p>
      <w:r>
        <w:t>He does not know what to do and where to turn, either to Tzfas or to Yerushalayim</w:t>
      </w:r>
    </w:p>
    <w:p>
      <w:r>
        <w:t>Without money they do not want, the driver does not want to take him</w:t>
      </w:r>
    </w:p>
    <w:p>
      <w:r>
        <w:t>[….….]</w:t>
      </w:r>
    </w:p>
    <w:p>
      <w:r>
        <w:t>[……..]…</w:t>
      </w:r>
    </w:p>
    <w:p>
      <w:r>
        <w:t>..."{Bring} a hospital, I am ill, only I need a doctor and a hospital</w:t>
      </w:r>
    </w:p>
    <w:p>
      <w:r>
        <w:t>I cannot eat, it hurts me here and it hurt me here"…</w:t>
      </w:r>
    </w:p>
    <w:p>
      <w:r>
        <w:t>...Only a doctor and a hospital</w:t>
      </w:r>
    </w:p>
    <w:p>
      <w:r>
        <w:t>[………..]</w:t>
      </w:r>
    </w:p>
    <w:p>
      <w:r>
        <w:t>[……]…</w:t>
      </w:r>
    </w:p>
    <w:p>
      <w:r>
        <w:t>...[And to perform netilas yadayim, one needs to perform the washing..]...</w:t>
      </w:r>
    </w:p>
    <w:p>
      <w:r>
        <w:t>...”{..}, either Tzfas, or Meron, or {..} Yerushalayim, I do not know where</w:t>
      </w:r>
    </w:p>
    <w:p>
      <w:r>
        <w:t>And I have no family, {I do n..ot know what to do}, where to be</w:t>
      </w:r>
    </w:p>
    <w:p>
      <w:r>
        <w:t>I {..} am sometimes in this synagogue, sometimes a synagogue.., another synagogue</w:t>
      </w:r>
    </w:p>
    <w:p>
      <w:r>
        <w:t>No, they do not want to, nu, so I do not know what to do</w:t>
      </w:r>
    </w:p>
    <w:p>
      <w:r>
        <w:t>I only know that I am ill and I need a doctor and a hospital, that is all"</w:t>
      </w:r>
    </w:p>
    <w:p>
      <w:r>
        <w:t>[There is no doubt, if you do what he says, it is one hundred percent certain, {one million percent..}] [….]</w:t>
      </w:r>
    </w:p>
    <w:p>
      <w:r>
        <w:t>[I do not know you.. because it is difficult, I am full of cleverness, so I think..]</w:t>
      </w:r>
    </w:p>
    <w:p>
      <w:r>
        <w:t>"I am ill, sometimes it hurts him here, sometimes it hur.., hurts him here, he does not know what to do</w:t>
      </w:r>
    </w:p>
    <w:p>
      <w:r>
        <w:t>Perhaps the doctor will give me medicines?”</w:t>
      </w:r>
    </w:p>
    <w:p>
      <w:r>
        <w:t>[……...…]</w:t>
      </w:r>
    </w:p>
    <w:p>
      <w:r>
        <w:t>[Do you think he will return today?]</w:t>
      </w:r>
    </w:p>
    <w:p>
      <w:r>
        <w:t>[…………..Especially since tomorrow….]…</w:t>
      </w:r>
    </w:p>
    <w:p>
      <w:r>
        <w:t>...{To the doctors}, "I need great doctors and a hospital</w:t>
      </w:r>
    </w:p>
    <w:p>
      <w:r>
        <w:t>If they give me great doctors, then we w.., then we w.. w.. will know what to do"…</w:t>
      </w:r>
    </w:p>
    <w:p>
      <w:r>
        <w:t>...[Shalom aleichem, Saba, {….}]</w:t>
      </w:r>
    </w:p>
    <w:p>
      <w:r>
        <w:t>What?</w:t>
      </w:r>
    </w:p>
    <w:p>
      <w:r>
        <w:t>[Shalom aleichem, "Na Na Nach Nachma Nachman MeUman"]</w:t>
      </w:r>
    </w:p>
    <w:p>
      <w:r>
        <w:t>I am not a doctor</w:t>
      </w:r>
    </w:p>
    <w:p>
      <w:r>
        <w:t>[What?]</w:t>
      </w:r>
    </w:p>
    <w:p>
      <w:r>
        <w:t>A hospital is, is falsehood, they say that they are doctors, and they know nothing</w:t>
      </w:r>
    </w:p>
    <w:p>
      <w:r>
        <w:t>[Saba, this is for you]</w:t>
      </w:r>
    </w:p>
    <w:p>
      <w:r>
        <w:t>{Who\And} are you?</w:t>
      </w:r>
    </w:p>
    <w:p>
      <w:r>
        <w:t>[Moshe from Har Nof]</w:t>
      </w:r>
    </w:p>
    <w:p>
      <w:r>
        <w:t>Eh?</w:t>
      </w:r>
    </w:p>
    <w:p>
      <w:r>
        <w:t>[Moshe from Har Nof]</w:t>
      </w:r>
    </w:p>
    <w:p>
      <w:r>
        <w:t>[He did not hear..]</w:t>
      </w:r>
    </w:p>
    <w:p>
      <w:r>
        <w:t>[Moshe, Moshe from Har Nof]</w:t>
      </w:r>
    </w:p>
    <w:p>
      <w:r>
        <w:t>Moshe from Har Nof</w:t>
      </w:r>
    </w:p>
    <w:p>
      <w:r>
        <w:t>Nu, bring me in</w:t>
      </w:r>
    </w:p>
    <w:p>
      <w:r>
        <w:t>[Yes, all right]</w:t>
      </w:r>
    </w:p>
    <w:p>
      <w:r>
        <w:t>[…..]</w:t>
      </w:r>
    </w:p>
    <w:p>
      <w:r>
        <w:t>[………..]</w:t>
      </w:r>
    </w:p>
    <w:p>
      <w:r>
        <w:t>Ah.. ah..</w:t>
      </w:r>
    </w:p>
    <w:p>
      <w:r>
        <w:t>The doctors, they do not know what this is, this is a healing</w:t>
      </w:r>
    </w:p>
    <w:p>
      <w:r>
        <w:t>[Yes]</w:t>
      </w:r>
    </w:p>
    <w:p>
      <w:r>
        <w:t>They do not know, they do not, do not know what this is</w:t>
      </w:r>
    </w:p>
    <w:p>
      <w:r>
        <w:t>[No..]</w:t>
      </w:r>
    </w:p>
    <w:p>
      <w:r>
        <w:t>They are liars, not doctors</w:t>
      </w:r>
    </w:p>
    <w:p>
      <w:r>
        <w:t>[What is this? Saba]</w:t>
      </w:r>
    </w:p>
    <w:p>
      <w:r>
        <w:t>{..}</w:t>
      </w:r>
    </w:p>
    <w:p>
      <w:r>
        <w:t>[What do they need to know?]</w:t>
      </w:r>
    </w:p>
    <w:p>
      <w:r>
        <w:t>{…}, ah..</w:t>
      </w:r>
    </w:p>
    <w:p>
      <w:r>
        <w:t>The doctors do not know what this is</w:t>
      </w:r>
    </w:p>
    <w:p>
      <w:r>
        <w:t>[What is this? What do they need to know?]</w:t>
      </w:r>
    </w:p>
    <w:p>
      <w:r>
        <w:t>{This is the healing}</w:t>
      </w:r>
    </w:p>
    <w:p>
      <w:r>
        <w:t>[A healing?]</w:t>
      </w:r>
    </w:p>
    <w:p>
      <w:r>
        <w:t>Yes</w:t>
      </w:r>
    </w:p>
    <w:p>
      <w:r>
        <w:t>[Yes, the entire Torah, healing]</w:t>
      </w:r>
    </w:p>
    <w:p>
      <w:r>
        <w:t>They do not know</w:t>
      </w:r>
    </w:p>
    <w:p>
      <w:r>
        <w:t>[They do not know that this is a healing]</w:t>
      </w:r>
    </w:p>
    <w:p>
      <w:r>
        <w:t>They do not know, they, they say that it is.. they are doctors, and they are liars, ah.. ah.. ah..</w:t>
      </w:r>
    </w:p>
    <w:p>
      <w:r>
        <w:t>[Saba, do you want something to drink? David, do you want to bring him a drink?]</w:t>
      </w:r>
    </w:p>
    <w:p>
      <w:r>
        <w:t>[Yes, what does he want?]</w:t>
      </w:r>
    </w:p>
    <w:p>
      <w:r>
        <w:t>[Saba, what do you want to drink?]</w:t>
      </w:r>
    </w:p>
    <w:p>
      <w:r>
        <w:t>Ah, I went out for a walk and I had no strength, I returned</w:t>
      </w:r>
    </w:p>
    <w:p>
      <w:r>
        <w:t>[A complete healing, may Hashem give you strength]</w:t>
      </w:r>
    </w:p>
    <w:p>
      <w:r>
        <w:t>"Bring a doctor"</w:t>
      </w:r>
    </w:p>
    <w:p>
      <w:r>
        <w:t>[Here, here is the doctor]</w:t>
      </w:r>
    </w:p>
    <w:p>
      <w:r>
        <w:t>The doctor does not know that this is a healing, {….}</w:t>
      </w:r>
    </w:p>
    <w:p>
      <w:r>
        <w:t>[…………..]</w:t>
      </w:r>
    </w:p>
    <w:p>
      <w:r>
        <w:t>[…………..]</w:t>
      </w:r>
    </w:p>
    <w:p>
      <w:r>
        <w:t>[Saba, there is someone named Avraham Weitzhandler, Avraham Weitzhandler, he publishes Breslov books..]...</w:t>
      </w:r>
    </w:p>
    <w:p>
      <w:r>
        <w:t>...[Saba and the friends sing:</w:t>
      </w:r>
    </w:p>
    <w:p>
      <w:r>
        <w:t>"Our greatness and our glory—our righteous Mashiach will reveal.."]</w:t>
      </w:r>
    </w:p>
    <w:p>
      <w:r>
        <w:t>I have no strength</w:t>
      </w:r>
    </w:p>
    <w:p>
      <w:r>
        <w:t>Ah…</w:t>
      </w:r>
    </w:p>
    <w:p>
      <w:r>
        <w:t>...[Ah.. ah.. ah..]…</w:t>
      </w:r>
    </w:p>
    <w:p>
      <w:r>
        <w:t>...He wants to catch me, they speak falsehood, {it is difficult for him} ah..</w:t>
      </w:r>
    </w:p>
    <w:p>
      <w:r>
        <w:t>[Who wants to catch you? Saba, who wants to catch you? Who is it that wants to catch you?]</w:t>
      </w:r>
    </w:p>
    <w:p>
      <w:r>
        <w:t>This is a special school, this is not ordinary</w:t>
      </w:r>
    </w:p>
    <w:p>
      <w:r>
        <w:t>[…………]</w:t>
      </w:r>
    </w:p>
    <w:p>
      <w:r>
        <w:t>[………...]</w:t>
      </w:r>
    </w:p>
    <w:p>
      <w:r>
        <w:t>[Saba, what do they learn in this school? What do they learn there?]</w:t>
      </w:r>
    </w:p>
    <w:p>
      <w:r>
        <w:t>[Saba sings the melody of: "Na Na Nach.."]</w:t>
      </w:r>
    </w:p>
    <w:p>
      <w:r>
        <w:t>This melody.. without end</w:t>
      </w:r>
    </w:p>
    <w:p>
      <w:r>
        <w:t>[Saba and the friends continue singing the melody of: "Na Na Nach.."] Ah..</w:t>
      </w:r>
    </w:p>
    <w:p>
      <w:r>
        <w:t>Perhaps there is liver here? {Yes?}, I see liver</w:t>
      </w:r>
    </w:p>
    <w:p>
      <w:r>
        <w:t>[I see liver]</w:t>
      </w:r>
    </w:p>
    <w:p>
      <w:r>
        <w:t>Avraham's liver</w:t>
      </w:r>
    </w:p>
    <w:p>
      <w:r>
        <w:t>[Whose liver?]</w:t>
      </w:r>
    </w:p>
    <w:p>
      <w:r>
        <w:t>[Avraham gave]</w:t>
      </w:r>
    </w:p>
    <w:p>
      <w:r>
        <w:t>[Ah, of Avraham from Ramat Gan]</w:t>
      </w:r>
    </w:p>
    <w:p>
      <w:r>
        <w:t>[He was here, he made liver for him]</w:t>
      </w:r>
    </w:p>
    <w:p>
      <w:r>
        <w:t>[Ah, was he here today?]</w:t>
      </w:r>
    </w:p>
    <w:p>
      <w:r>
        <w:t>[Yes, hu wa…….]</w:t>
      </w:r>
    </w:p>
    <w:p>
      <w:r>
        <w:t>[The liver of Avraham]</w:t>
      </w:r>
    </w:p>
    <w:p>
      <w:r>
        <w:t>[Saba and the friends continue chanting the melody of: "Na Na Nach.."]…</w:t>
      </w:r>
    </w:p>
    <w:p>
      <w:r>
        <w:t>...{..}, now that it became quiet, everyone came, but Rebbe Nassan was not {there}, was</w:t>
      </w:r>
    </w:p>
    <w:p>
      <w:r>
        <w:t>They went to look for Rebbe Nassan, they found him in such a dance and with such a melody:</w:t>
      </w:r>
    </w:p>
    <w:p>
      <w:r>
        <w:t>Ah.. ah.. ah.. ah.. ah.. ah.. ah..</w:t>
      </w:r>
    </w:p>
    <w:p>
      <w:r>
        <w:t>[Saba and the friends sing:</w:t>
      </w:r>
    </w:p>
    <w:p>
      <w:r>
        <w:t>"Fortunate are we, how good is our portion and how pleasant is our lot.."]</w:t>
      </w:r>
    </w:p>
    <w:p>
      <w:r>
        <w:t>What is this? What melody is this?</w:t>
      </w:r>
    </w:p>
    <w:p>
      <w:r>
        <w:t>[The friends continue singing:</w:t>
      </w:r>
    </w:p>
    <w:p>
      <w:r>
        <w:t>"Fortunate are we, how good is our portion and how pleasant is our lot.."]</w:t>
      </w:r>
    </w:p>
    <w:p>
      <w:r>
        <w:t>"Our greatness..", he said to Hashem Yisborach, Rebbe Nassan said to Hashem Yisborach</w:t>
      </w:r>
    </w:p>
    <w:p>
      <w:r>
        <w:t>[Saba and the friends sing:</w:t>
      </w:r>
    </w:p>
    <w:p>
      <w:r>
        <w:t>"Our greatness and our glory, our righteous Messiah will reveal.."</w:t>
      </w:r>
    </w:p>
    <w:p>
      <w:r>
        <w:t>Afterward they sing:</w:t>
      </w:r>
    </w:p>
    <w:p>
      <w:r>
        <w:t>"Our greatness and our glory, our righteous Messiah will reveal..", to the melody of "Na Na Nach.."]</w:t>
      </w:r>
    </w:p>
    <w:p>
      <w:r>
        <w:t>[………..]</w:t>
      </w:r>
    </w:p>
    <w:p>
      <w:r>
        <w:t>[………..]</w:t>
      </w:r>
    </w:p>
    <w:p>
      <w:r>
        <w:t>[Saba continues singing:</w:t>
      </w:r>
    </w:p>
    <w:p>
      <w:r>
        <w:t>"Our greatness and our glory, our righteous Messiah will reveal.." to the melody of "Na Na Nach.."]</w:t>
      </w:r>
    </w:p>
    <w:p>
      <w:r>
        <w:t>[Blessed are You, Hashem our God, King of the world, Who creates the fruit of the tree]</w:t>
      </w:r>
    </w:p>
    <w:p>
      <w:r>
        <w:t>[Amen]</w:t>
      </w:r>
    </w:p>
    <w:p>
      <w:r>
        <w:t>Ah.. ah.. ah..</w:t>
      </w:r>
    </w:p>
    <w:p>
      <w:r>
        <w:t>[Saba and the friends continue singing:</w:t>
      </w:r>
    </w:p>
    <w:p>
      <w:r>
        <w:t>"Our greatness and our glory, our righteous Messiah will reveal.." to the melody of "Na Na Nach.."]</w:t>
      </w:r>
    </w:p>
    <w:p>
      <w:r>
        <w:t>[………...]</w:t>
      </w:r>
    </w:p>
    <w:p>
      <w:r>
        <w:t>[Saba sings:</w:t>
      </w:r>
    </w:p>
    <w:p>
      <w:r>
        <w:t>"Our greatness and our glory, our righteous Messiah will reveal.." to the melody of "Na Na Nach.."]</w:t>
      </w:r>
    </w:p>
    <w:p>
      <w:r>
        <w:t>[…………]</w:t>
      </w:r>
    </w:p>
    <w:p>
      <w:r>
        <w:t>[…………]</w:t>
      </w:r>
    </w:p>
    <w:p>
      <w:r>
        <w:t>Ah.. ah.. ah.. ah..</w:t>
      </w:r>
    </w:p>
    <w:p>
      <w:r>
        <w:t>[…………]</w:t>
      </w:r>
    </w:p>
    <w:p>
      <w:r>
        <w:t>[…..…….]</w:t>
      </w:r>
    </w:p>
    <w:p>
      <w:r>
        <w:t>[Saba sings:</w:t>
      </w:r>
    </w:p>
    <w:p>
      <w:r>
        <w:t>"Our greatness and our glory, our righteous Messiah will reveal.." to the melody of "Na Na Nach.."]</w:t>
      </w:r>
    </w:p>
    <w:p>
      <w:r>
        <w:t>[Today someone came, today someone came, so he asked him…..]</w:t>
      </w:r>
    </w:p>
    <w:p>
      <w:r>
        <w:t>[Saba sings:</w:t>
      </w:r>
    </w:p>
    <w:p>
      <w:r>
        <w:t>"Our greatness and our glory, our righteous Messiah will reveal.." to the melody of "Na Na Nach.."]</w:t>
      </w:r>
    </w:p>
    <w:p>
      <w:r>
        <w:t>[For an hour he explained to him how to make himself crazy, …. he tells him what to do]</w:t>
      </w:r>
    </w:p>
    <w:p>
      <w:r>
        <w:t>[What did he tell him?]</w:t>
      </w:r>
    </w:p>
    <w:p>
      <w:r>
        <w:t>[…. That one, because there were many things, he took the cassette and went to Tzfas and wrote everything down] Rebbe Nassan {spoke}, he said to the opponents who threw stones, he said to them:</w:t>
      </w:r>
    </w:p>
    <w:p>
      <w:r>
        <w:t>"Our greatness and our glory, our righteous Messiah will reveal"</w:t>
      </w:r>
    </w:p>
    <w:p>
      <w:r>
        <w:t>[“..It hurts me here, it hurts me here, it hurts me here, it hurts me here, it hurts me here..”</w:t>
      </w:r>
    </w:p>
    <w:p>
      <w:r>
        <w:t>To take a mattress, to lie down, to say "Na Na Nach"]</w:t>
      </w:r>
    </w:p>
    <w:p>
      <w:r>
        <w:t>{..}</w:t>
      </w:r>
    </w:p>
    <w:p>
      <w:r>
        <w:t>["I have no strength..” yes, tell them: “I do not know where to go, to Teveria, to Tzfas, to Yerushalayim; give me money, I want to go a little {to the Western Wall} to pray….</w:t>
      </w:r>
    </w:p>
    <w:p>
      <w:r>
        <w:t>You know what, that if a person does this with sincerity, they release him immediately</w:t>
      </w:r>
    </w:p>
    <w:p>
      <w:r>
        <w:t>But with sincerity, as he did it truly, it is hard to believe …………….</w:t>
      </w:r>
    </w:p>
    <w:p>
      <w:r>
        <w:t>When was he in the army ……… I know what it is, I know the army</w:t>
      </w:r>
    </w:p>
    <w:p>
      <w:r>
        <w:t>And if he does what he said, “tick-tock", even without problems, on the spot they will give him ….</w:t>
      </w:r>
    </w:p>
    <w:p>
      <w:r>
        <w:t>To come without shoes, he said that he should go without shoes ……… I have no strength</w:t>
      </w:r>
    </w:p>
    <w:p>
      <w:r>
        <w:t>Tell them, so that you will have money, “Give me money…. to the Western Wall … to pray</w:t>
      </w:r>
    </w:p>
    <w:p>
      <w:r>
        <w:t>When I have money I will pay you back”</w:t>
      </w:r>
    </w:p>
    <w:p>
      <w:r>
        <w:t>Tell them th.., and the entire time he told him: “Be careful not to say that I told you..”]</w:t>
      </w:r>
    </w:p>
    <w:p>
      <w:r>
        <w:t>(Saba and the friends laugh)</w:t>
      </w:r>
    </w:p>
    <w:p>
      <w:r>
        <w:t>[“..Because they will put me in prison, what is this? I tell them to say.., to say that they are crazy"]</w:t>
      </w:r>
    </w:p>
    <w:p>
      <w:r>
        <w:t>[Saba sings:</w:t>
      </w:r>
    </w:p>
    <w:p>
      <w:r>
        <w:t>"Our greatness and our glory, our righteous Messiah will reveal.." to the melody of "Na Na Nach.."]</w:t>
      </w:r>
    </w:p>
    <w:p>
      <w:r>
        <w:t>Ah..</w:t>
      </w:r>
    </w:p>
    <w:p>
      <w:r>
        <w:t>[Completely new]</w:t>
      </w:r>
    </w:p>
    <w:p>
      <w:r>
        <w:t>[What?]</w:t>
      </w:r>
    </w:p>
    <w:p>
      <w:r>
        <w:t>[Completely new]…</w:t>
      </w:r>
    </w:p>
    <w:p>
      <w:pPr>
        <w:pStyle w:val="Heading2"/>
      </w:pPr>
      <w:r>
        <w:t>Side B (Bais)</w:t>
      </w:r>
    </w:p>
    <w:p>
      <w:r>
        <w:t>...It is written {in the Petek}:</w:t>
      </w:r>
    </w:p>
    <w:p>
      <w:r>
        <w:t>"And about you I said, my little fire will burn until Mashiach comes"</w:t>
      </w:r>
    </w:p>
    <w:p>
      <w:r>
        <w:t>Nu, I must be, wait until the coming of Mashiach</w:t>
      </w:r>
    </w:p>
    <w:p>
      <w:r>
        <w:t>All my friends are already {with, there}, there in the Land, all, everyone</w:t>
      </w:r>
    </w:p>
    <w:p>
      <w:r>
        <w:t>Twenty, fifteen, ten years, but {did not} remain? - only I alone, I must wait until the coming of Mashiach</w:t>
      </w:r>
    </w:p>
    <w:p>
      <w:r>
        <w:t>Nu, nu, nu, nu..</w:t>
      </w:r>
    </w:p>
    <w:p>
      <w:r>
        <w:t>For this reason I am here, not there</w:t>
      </w:r>
    </w:p>
    <w:p>
      <w:r>
        <w:t>In Rabbainu’s letter it is written in these words:</w:t>
      </w:r>
    </w:p>
    <w:p>
      <w:r>
        <w:t>"And about you I said, my little fire will burn until Mashiach comes"</w:t>
      </w:r>
    </w:p>
    <w:p>
      <w:r>
        <w:t>I must wait until the coming of Mashiach</w:t>
      </w:r>
    </w:p>
    <w:p>
      <w:r>
        <w:t>There are many who say:</w:t>
      </w:r>
    </w:p>
    <w:p>
      <w:r>
        <w:t>"What is he doing here? He needs to be there, what, what is he doing here?" Nu, so this is the answer, in Rabbainu’s letter it is written: "Until the coming of Mashiach"</w:t>
      </w:r>
    </w:p>
    <w:p>
      <w:r>
        <w:t>I am waiting for the coming of Mashiach; for this reason I am here, not there</w:t>
      </w:r>
    </w:p>
    <w:p>
      <w:r>
        <w:t>{Weber, Weber}</w:t>
      </w:r>
    </w:p>
    <w:p>
      <w:r>
        <w:t>[Nu, nu]</w:t>
      </w:r>
    </w:p>
    <w:p>
      <w:r>
        <w:t>Is {Weber} not here?</w:t>
      </w:r>
    </w:p>
    <w:p>
      <w:r>
        <w:t>[No]</w:t>
      </w:r>
    </w:p>
    <w:p>
      <w:r>
        <w:t>[…………]</w:t>
      </w:r>
    </w:p>
    <w:p>
      <w:r>
        <w:t>[………...]</w:t>
      </w:r>
    </w:p>
    <w:p>
      <w:r>
        <w:t>I must wait until the coming of Mashiach</w:t>
      </w:r>
    </w:p>
    <w:p>
      <w:r>
        <w:t>What am I doing here?</w:t>
      </w:r>
    </w:p>
    <w:p>
      <w:r>
        <w:t>Go already, go already, you are not one of ours, you, there is your place</w:t>
      </w:r>
    </w:p>
    <w:p>
      <w:r>
        <w:t>But in the Petek it is written:</w:t>
      </w:r>
    </w:p>
    <w:p>
      <w:r>
        <w:t>"Until the coming of Mashiach", nu, so {because}, must wait until the coming of Mashiach, nu, nu</w:t>
      </w:r>
    </w:p>
    <w:p>
      <w:r>
        <w:t>[……..…]</w:t>
      </w:r>
    </w:p>
    <w:p>
      <w:r>
        <w:t>[…….….]</w:t>
      </w:r>
    </w:p>
    <w:p>
      <w:r>
        <w:t>[Yisroel Ber son of Isaac Shlomo]</w:t>
      </w:r>
    </w:p>
    <w:p>
      <w:r>
        <w:t>[Rebbe Yisroel son of Isaac Shlomo]</w:t>
      </w:r>
    </w:p>
    <w:p>
      <w:r>
        <w:t>[……]</w:t>
      </w:r>
    </w:p>
    <w:p>
      <w:r>
        <w:t>[Rebbe Yisroel]</w:t>
      </w:r>
    </w:p>
    <w:p>
      <w:r>
        <w:t>Yoy</w:t>
      </w:r>
    </w:p>
    <w:p>
      <w:r>
        <w:t>[There is the Torah reading]</w:t>
      </w:r>
    </w:p>
    <w:p>
      <w:r>
        <w:t>Bless Hashem, the blessed One</w:t>
      </w:r>
    </w:p>
    <w:p>
      <w:r>
        <w:t>[[[Blessed is Hashem, the blessed One, forever and ever]]]</w:t>
      </w:r>
    </w:p>
    <w:p>
      <w:r>
        <w:t>{Blessed} is Hashem, the blessed One, forever and ever</w:t>
      </w:r>
    </w:p>
    <w:p>
      <w:r>
        <w:t>Blessed are You, Hashem our God, King of the world, Who chose us from all the peoples</w:t>
      </w:r>
    </w:p>
    <w:p>
      <w:r>
        <w:t>And gave us His Torah; blessed are You, Hashem, Giver of the Torah</w:t>
      </w:r>
    </w:p>
    <w:p>
      <w:r>
        <w:t>[[[Amen]]]</w:t>
      </w:r>
    </w:p>
    <w:p>
      <w:r>
        <w:t>[And Hashem spoke to Moshe son of Aharon, saying..]</w:t>
      </w:r>
    </w:p>
    <w:p>
      <w:r>
        <w:t>[…..]</w:t>
      </w:r>
    </w:p>
    <w:p>
      <w:r>
        <w:t>[And Hashem spoke to Moshe after the death of the two sons of Aharon, when they drew near before Hashem and died; and Hashem said to Moshe: Speak to Aharon your brother, and he shall not come at any time..]…</w:t>
      </w:r>
    </w:p>
    <w:p>
      <w:r>
        <w:t>...Who gave us a Torah of truth and planted eternal life within us</w:t>
      </w:r>
    </w:p>
    <w:p>
      <w:r>
        <w:t>Blessed are You, Hashem, Giver of the Torah</w:t>
      </w:r>
    </w:p>
    <w:p>
      <w:r>
        <w:t>[[[Amen]]]...</w:t>
      </w:r>
    </w:p>
    <w:p>
      <w:r>
        <w:t>...The coming of Mashiach</w:t>
      </w:r>
    </w:p>
    <w:p>
      <w:r>
        <w:t>[..Blessed are You, Hashem, Giver of the Torah]</w:t>
      </w:r>
    </w:p>
    <w:p>
      <w:r>
        <w:t>[[[Amen]]]…</w:t>
      </w:r>
    </w:p>
    <w:p>
      <w:r>
        <w:t>...Mashiach, I {...}, I must wait</w:t>
      </w:r>
    </w:p>
    <w:p>
      <w:r>
        <w:t>[………………….…]</w:t>
      </w:r>
    </w:p>
    <w:p>
      <w:r>
        <w:t>[…………………….]…</w:t>
      </w:r>
    </w:p>
    <w:p>
      <w:r>
        <w:t>...{..}, what are you doing here?</w:t>
      </w:r>
    </w:p>
    <w:p>
      <w:r>
        <w:t>Ah, the holy Rabbainu writes to me: "About you I said, until the coming of Mashiach" I {….} wait</w:t>
      </w:r>
    </w:p>
    <w:p>
      <w:r>
        <w:t>[..…………………] […………..………]</w:t>
      </w:r>
    </w:p>
    <w:p>
      <w:r>
        <w:t>[He is Mashiach]…</w:t>
      </w:r>
    </w:p>
    <w:p>
      <w:r>
        <w:t>...[……….………] [………..………..]...</w:t>
      </w:r>
    </w:p>
    <w:p>
      <w:r>
        <w:t>...[The friends sing:</w:t>
      </w:r>
    </w:p>
    <w:p>
      <w:r>
        <w:t>"Na Na Nach Nachma Nachman MeUman.."</w:t>
      </w:r>
    </w:p>
    <w:p>
      <w:r>
        <w:t>(Saba rouses the friends)] [……….…………] [………………….]</w:t>
      </w:r>
    </w:p>
    <w:p>
      <w:r>
        <w:t>It is written in the letter:</w:t>
      </w:r>
    </w:p>
    <w:p>
      <w:r>
        <w:t>"And about you I said, until the coming of Mashiach", nu, {..} I must be here</w:t>
      </w:r>
    </w:p>
    <w:p>
      <w:r>
        <w:t>(I do not understand, because one cannot hear well)…</w:t>
      </w:r>
    </w:p>
    <w:p>
      <w:r>
        <w:t>...[One of the friends chants the melody: “Until He favors us..”</w:t>
      </w:r>
    </w:p>
    <w:p>
      <w:r>
        <w:t>(Saba rouses him)]</w:t>
      </w:r>
    </w:p>
    <w:p>
      <w:r>
        <w:t>[Saba, give a blessing, Saba, bless ….]</w:t>
      </w:r>
    </w:p>
    <w:p>
      <w:r>
        <w:t>I need to wait, what do you want from me?</w:t>
      </w:r>
    </w:p>
    <w:p>
      <w:r>
        <w:t>[I want a blessing]</w:t>
      </w:r>
    </w:p>
    <w:p>
      <w:r>
        <w:t>"Until the coming of Mashiach"</w:t>
      </w:r>
    </w:p>
    <w:p>
      <w:r>
        <w:t>[The friend continues chanting the melody: “Until He favors us..”]…</w:t>
      </w:r>
    </w:p>
    <w:p>
      <w:r>
        <w:t>..."{And about you} I said, until the coming of Mashiach"</w:t>
      </w:r>
    </w:p>
    <w:p>
      <w:r>
        <w:t>[…. The truth is that they will give him in the yeshiva]…</w:t>
      </w:r>
    </w:p>
    <w:p>
      <w:r>
        <w:t>...{...}, he is a great doctor, he does not, he wants a lot of money, so I will not go</w:t>
      </w:r>
    </w:p>
    <w:p>
      <w:r>
        <w:t>There are many for whom it is a wonder, what am I doing here, I need to be there, not here?</w:t>
      </w:r>
    </w:p>
    <w:p>
      <w:r>
        <w:t>But the holy Rabbainu writes in the letter:</w:t>
      </w:r>
    </w:p>
    <w:p>
      <w:r>
        <w:t>"About you I said, until the coming of Mashiach"</w:t>
      </w:r>
    </w:p>
    <w:p>
      <w:r>
        <w:t>["My little fire”]</w:t>
      </w:r>
    </w:p>
    <w:p>
      <w:r>
        <w:t>Nu, I must wait</w:t>
      </w:r>
    </w:p>
    <w:p>
      <w:r>
        <w:t>["And about you I said, my little fire.."]</w:t>
      </w:r>
    </w:p>
    <w:p>
      <w:r>
        <w:t>Yes</w:t>
      </w:r>
    </w:p>
    <w:p>
      <w:r>
        <w:t>["My little fire"]</w:t>
      </w:r>
    </w:p>
    <w:p>
      <w:r>
        <w:t>"My little fire {will burn..} until the coming of Mashiach"</w:t>
      </w:r>
    </w:p>
    <w:p>
      <w:r>
        <w:t>[Good morning..]…</w:t>
      </w:r>
    </w:p>
    <w:p>
      <w:r>
        <w:t>...[What did he say?]</w:t>
      </w:r>
    </w:p>
    <w:p>
      <w:r>
        <w:t>[Sometimes without money, for free]</w:t>
      </w:r>
    </w:p>
    <w:p>
      <w:r>
        <w:t>[Ah]</w:t>
      </w:r>
    </w:p>
    <w:p>
      <w:r>
        <w:t>[…..]</w:t>
      </w:r>
    </w:p>
    <w:p>
      <w:r>
        <w:t>[No, that is good..]</w:t>
      </w:r>
    </w:p>
    <w:p>
      <w:r>
        <w:t>Where is Momo?</w:t>
      </w:r>
    </w:p>
    <w:p>
      <w:r>
        <w:t>[Who is Momo?]</w:t>
      </w:r>
    </w:p>
    <w:p>
      <w:r>
        <w:t>[He was here last night]</w:t>
      </w:r>
    </w:p>
    <w:p>
      <w:r>
        <w:t>Yes?</w:t>
      </w:r>
    </w:p>
    <w:p>
      <w:r>
        <w:t>[Yes, yes]</w:t>
      </w:r>
    </w:p>
    <w:p>
      <w:r>
        <w:t>Why did you not tell me?</w:t>
      </w:r>
    </w:p>
    <w:p>
      <w:r>
        <w:t>[Yes, yes, we told you, we told you, yes]</w:t>
      </w:r>
    </w:p>
    <w:p>
      <w:r>
        <w:t>[He spoke..]</w:t>
      </w:r>
    </w:p>
    <w:p>
      <w:r>
        <w:t>[You spoke with him, yes, you spoke with him]</w:t>
      </w:r>
    </w:p>
    <w:p>
      <w:r>
        <w:t>Yes?</w:t>
      </w:r>
    </w:p>
    <w:p>
      <w:r>
        <w:t>[You asked him if he, if he..]</w:t>
      </w:r>
    </w:p>
    <w:p>
      <w:r>
        <w:t>{I am he I..}, he did not, did not tell me that he is {Momo\Weber}?</w:t>
      </w:r>
    </w:p>
    <w:p>
      <w:r>
        <w:t>[…..]</w:t>
      </w:r>
    </w:p>
    <w:p>
      <w:r>
        <w:t>[Yes, yes]...</w:t>
      </w:r>
    </w:p>
    <w:p>
      <w:r>
        <w:t>...[Rebbe Nassan, and he said]</w:t>
      </w:r>
    </w:p>
    <w:p>
      <w:r>
        <w:t>Oh..</w:t>
      </w:r>
    </w:p>
    <w:p>
      <w:r>
        <w:t>[And he said that in "Likutay Tefilos" there are all the books of mussar, in "Likutay Tefilos"]</w:t>
      </w:r>
    </w:p>
    <w:p>
      <w:r>
        <w:t>That {was worthwhile}</w:t>
      </w:r>
    </w:p>
    <w:p>
      <w:r>
        <w:t>“The Light of the Redemption,” every word of his is the light of the Redemption, yes</w:t>
      </w:r>
    </w:p>
    <w:p>
      <w:r>
        <w:t>[Reb Dov of Warsaw stood against all the opponents, and he said that Rabbainu, drawing close to Rabbainu is a merit—you told me—that he would read "Likutay Moharan," so he would put a towel on his head, when Reb Dov of Warsaw, yes]</w:t>
      </w:r>
    </w:p>
    <w:p>
      <w:r>
        <w:t>He girded a belt around his head, so that it would not explode</w:t>
      </w:r>
    </w:p>
    <w:p>
      <w:r>
        <w:t>[From "Likutay Moharan"]</w:t>
      </w:r>
    </w:p>
    <w:p>
      <w:r>
        <w:t>"Likutay Moharan," yes</w:t>
      </w:r>
    </w:p>
    <w:p>
      <w:r>
        <w:t>All the studies are not difficult for him, only "Likutay Moharan"</w:t>
      </w:r>
    </w:p>
    <w:p>
      <w:r>
        <w:t>When he studies "Likutay Moharan," he is compelled to..</w:t>
      </w:r>
    </w:p>
    <w:p>
      <w:r>
        <w:t>[Put on a belt]</w:t>
      </w:r>
    </w:p>
    <w:p>
      <w:r>
        <w:t>With a belt, so that it should not, should not explode</w:t>
      </w:r>
    </w:p>
    <w:p>
      <w:r>
        <w:t>So that the head should not explode, {..}</w:t>
      </w:r>
    </w:p>
    <w:p>
      <w:r>
        <w:t>He told me</w:t>
      </w:r>
    </w:p>
    <w:p>
      <w:r>
        <w:t>[Yes?]</w:t>
      </w:r>
    </w:p>
    <w:p>
      <w:r>
        <w:t>Yes</w:t>
      </w:r>
    </w:p>
    <w:p>
      <w:r>
        <w:t>[Rebbe Shmuel Horowitz, Rebbe Shmuel Horowitz tells a lot about you]</w:t>
      </w:r>
    </w:p>
    <w:p>
      <w:r>
        <w:t>Rav Shmuel Horowitz, he was {..}, he studied by him for free, without money</w:t>
      </w:r>
    </w:p>
    <w:p>
      <w:r>
        <w:t>[He had, had, Rebbe Dov of Warsaw had "Likutay Tefilos" and "Sipuray Ma'asiyos"]</w:t>
      </w:r>
    </w:p>
    <w:p>
      <w:r>
        <w:t>{Yes}, yes</w:t>
      </w:r>
    </w:p>
    <w:p>
      <w:r>
        <w:t>[And he did not want to sell the book to Rebbe Shmuel Horowitz</w:t>
      </w:r>
    </w:p>
    <w:p>
      <w:r>
        <w:t>He said: This book, I should sell you such a book?]</w:t>
      </w:r>
    </w:p>
    <w:p>
      <w:r>
        <w:t>Yes</w:t>
      </w:r>
    </w:p>
    <w:p>
      <w:r>
        <w:t>["Likutay Tefilos"?]</w:t>
      </w:r>
    </w:p>
    <w:p>
      <w:r>
        <w:t>[“Likutay Halachos"...]</w:t>
      </w:r>
    </w:p>
    <w:p>
      <w:r>
        <w:t>[Rebbe Shmuel Horowitz relates that you gave him "Likutay Halachos"</w:t>
      </w:r>
    </w:p>
    <w:p>
      <w:r>
        <w:t>Rebbe Shmuel Horowitz relates that you gave him "Likutay Halachos"</w:t>
      </w:r>
    </w:p>
    <w:p>
      <w:r>
        <w:t>You gave him "Likutay Halachos," to Rebbe Shmuel Horowitz</w:t>
      </w:r>
    </w:p>
    <w:p>
      <w:r>
        <w:t>He related that you served Hashem with Rebbe Alter Ben Tzion and with Rebbe Yaakov Ze'ev]</w:t>
      </w:r>
    </w:p>
    <w:p>
      <w:r>
        <w:t>{Yaakov Ze'ev..}</w:t>
      </w:r>
    </w:p>
    <w:p>
      <w:r>
        <w:t>[In Meron, on Lag BaOmer in Meron, and you went to Shimon HaTzaddik in Yerushalayim, you went to Shimon HaTzaddik]</w:t>
      </w:r>
    </w:p>
    <w:p>
      <w:r>
        <w:t>{..}</w:t>
      </w:r>
    </w:p>
    <w:p>
      <w:r>
        <w:t>[Saba, Rebbe Nachman and Rebbe Nassan laugh at the whole world]</w:t>
      </w:r>
    </w:p>
    <w:p>
      <w:r>
        <w:t>[Yisroel Ber]</w:t>
      </w:r>
    </w:p>
    <w:p>
      <w:r>
        <w:t>[Rebbe Nassan and Rebbe Nachman]</w:t>
      </w:r>
    </w:p>
    <w:p>
      <w:r>
        <w:t>[Yisroel Ber, say Yisroel Ber too]</w:t>
      </w:r>
    </w:p>
    <w:p>
      <w:r>
        <w:t>[I told him this, he did not.., in Uman I told him]</w:t>
      </w:r>
    </w:p>
    <w:p>
      <w:r>
        <w:t>[….]…</w:t>
      </w:r>
    </w:p>
    <w:p>
      <w:r>
        <w:t>...{This} is a new bomb</w:t>
      </w:r>
    </w:p>
    <w:p>
      <w:r>
        <w:t>['Trust']</w:t>
      </w:r>
    </w:p>
    <w:p>
      <w:r>
        <w:t>'Trust,' yes, {{there, in..}}</w:t>
      </w:r>
    </w:p>
    <w:p>
      <w:r>
        <w:t>[A new bomb]</w:t>
      </w:r>
    </w:p>
    <w:p>
      <w:r>
        <w:t>'Trust'</w:t>
      </w:r>
    </w:p>
    <w:p>
      <w:r>
        <w:t>[We trusted]</w:t>
      </w:r>
    </w:p>
    <w:p>
      <w:r>
        <w:t>“We had not heard until now that there is a bomb whose name is 'Trust'”</w:t>
      </w:r>
    </w:p>
    <w:p>
      <w:r>
        <w:t>[Saba, there is another new bomb]</w:t>
      </w:r>
    </w:p>
    <w:p>
      <w:r>
        <w:t>Ah?</w:t>
      </w:r>
    </w:p>
    <w:p>
      <w:r>
        <w:t>[There is another bomb]</w:t>
      </w:r>
    </w:p>
    <w:p>
      <w:r>
        <w:t>Ah, yo, which?</w:t>
      </w:r>
    </w:p>
    <w:p>
      <w:r>
        <w:t>['To make known,' 'to make known,' 'to make known']</w:t>
      </w:r>
    </w:p>
    <w:p>
      <w:r>
        <w:t>No, 'Trust' is everyone, all the Jews</w:t>
      </w:r>
    </w:p>
    <w:p>
      <w:r>
        <w:t>[………….]</w:t>
      </w:r>
    </w:p>
    <w:p>
      <w:r>
        <w:t>[Saba, there is a bomb..]</w:t>
      </w:r>
    </w:p>
    <w:p>
      <w:r>
        <w:t>They hear, they, that we are singing 'Trust,' 'Trust,' 'Trust'</w:t>
      </w:r>
    </w:p>
    <w:p>
      <w:r>
        <w:t>So they say, it is a bomb whose name is 'Trusting,' 'Trust'</w:t>
      </w:r>
    </w:p>
    <w:p>
      <w:r>
        <w:t>[Special, Saba, there is a very big bomb]</w:t>
      </w:r>
    </w:p>
    <w:p>
      <w:r>
        <w:t>[He already knows]</w:t>
      </w:r>
    </w:p>
    <w:p>
      <w:r>
        <w:t>[Saba, "Na Nach Nachma Nachman MeUman" is the strongest bomb, against all the gentiles]</w:t>
      </w:r>
    </w:p>
    <w:p>
      <w:r>
        <w:t>[…]</w:t>
      </w:r>
    </w:p>
    <w:p>
      <w:r>
        <w:t>[Song of 'simple, doubled, tripled, quadrupled']</w:t>
      </w:r>
    </w:p>
    <w:p>
      <w:r>
        <w:t>[Saba and the friends sing:</w:t>
      </w:r>
    </w:p>
    <w:p>
      <w:r>
        <w:t>“In You our fathers trusted; they trusted in You and You delivered them. They cried to You and escaped; they trusted in You and were not ashamed..”</w:t>
      </w:r>
    </w:p>
    <w:p>
      <w:r>
        <w:t>Afterward they sing:</w:t>
      </w:r>
    </w:p>
    <w:p>
      <w:r>
        <w:t>“To make known, to make known, to make known, that all who hope in You will not be ashamed and will not be humiliated forever, all who take refuge in You..”]</w:t>
      </w:r>
    </w:p>
    <w:p>
      <w:r>
        <w:t>[Saba, goodbye, Saba, we are going to Kfar Saba, we are going to Kfar Saba, Saba]</w:t>
      </w:r>
    </w:p>
    <w:p>
      <w:r>
        <w:t>Good</w:t>
      </w:r>
    </w:p>
    <w:p>
      <w:r>
        <w:t>[Bless us for peace]</w:t>
      </w:r>
    </w:p>
    <w:p>
      <w:r>
        <w:t>I cannot</w:t>
      </w:r>
    </w:p>
    <w:p>
      <w:r>
        <w:t>[Saba, bless us, Saba]</w:t>
      </w:r>
    </w:p>
    <w:p>
      <w:r>
        <w:t>[…………..…]</w:t>
      </w:r>
    </w:p>
    <w:p>
      <w:r>
        <w:t>[………..…...]</w:t>
      </w:r>
    </w:p>
    <w:p>
      <w:r>
        <w:t>[Good, we are already going, Saba, all the best, we are traveling to Kfar Saba, Saba, feel well</w:t>
      </w:r>
    </w:p>
    <w:p>
      <w:r>
        <w:t>All the best, Saba, goodbye]</w:t>
      </w:r>
    </w:p>
    <w:p>
      <w:r>
        <w:t>[Shalom aleichem, Saba, goodbye, Saba, may you be healthy, Saba</w:t>
      </w:r>
    </w:p>
    <w:p>
      <w:r>
        <w:t>In the merit of "Na Nach Nachma Nachman MeUman"]</w:t>
      </w:r>
    </w:p>
    <w:p>
      <w:r>
        <w:t>[May our righteous Mashiach come]</w:t>
      </w:r>
    </w:p>
    <w:p>
      <w:r>
        <w:t>[Saba, goodbye, Saba, be healthy]</w:t>
      </w:r>
    </w:p>
    <w:p>
      <w:r>
        <w:t>[May you have health to rectify us…..]</w:t>
      </w:r>
    </w:p>
    <w:p>
      <w:r>
        <w:t>{{. . .}}…</w:t>
      </w:r>
    </w:p>
    <w:p>
      <w:r>
        <w:t>...They left me completely</w:t>
      </w:r>
    </w:p>
    <w:p>
      <w:r>
        <w:t>God forbid, if not for this, I would have died already</w:t>
      </w:r>
    </w:p>
    <w:p>
      <w:r>
        <w:t>Oy…</w:t>
      </w:r>
    </w:p>
    <w:p>
      <w:r>
        <w:t>...They will make for me…</w:t>
      </w:r>
    </w:p>
    <w:p>
      <w:r>
        <w:t>...Do you know how to make it?</w:t>
      </w:r>
    </w:p>
    <w:p>
      <w:r>
        <w:t>[Yes]</w:t>
      </w:r>
    </w:p>
    <w:p>
      <w:r>
        <w:t>Boil the water and put in the egg and cover it for four moments, five moments</w:t>
      </w:r>
    </w:p>
    <w:p>
      <w:r>
        <w:t>And afterward {…} take the.. lid, {..good}…</w:t>
      </w:r>
    </w:p>
    <w:p>
      <w:r>
        <w:t>...But, blessed is Hashem, the lusts left me completely</w:t>
      </w:r>
    </w:p>
    <w:p>
      <w:r>
        <w:t>I have no d.., I do not know whether there is lust in the world, whether there is a woman in the world, whether there is lust in the world</w:t>
      </w:r>
    </w:p>
    <w:p>
      <w:r>
        <w:t>This, this is Hashem's kindnesses and His wonders, miracles and wonders, that this is not an ordinary thing</w:t>
      </w:r>
    </w:p>
    <w:p>
      <w:r>
        <w:t>That a person lives in this world and has no lust whatsoever for a woman, th.. this is a wonder, a wonder, and wonders of the Creator</w:t>
      </w:r>
    </w:p>
    <w:p>
      <w:r>
        <w:t>A great wonder, I do not know by what, how I merited this, but I merited this</w:t>
      </w:r>
    </w:p>
    <w:p>
      <w:r>
        <w:t>Without any.. I saw some word of Rabbainu in some, in the book, in the book "Sichos Haran" and "Likutay Moharan"</w:t>
      </w:r>
    </w:p>
    <w:p>
      <w:r>
        <w:t>{...}, so this worked wonders for me, wonders</w:t>
      </w:r>
    </w:p>
    <w:p>
      <w:r>
        <w:t>Our holy Rabbainu, he, he purifies the person from all, from all evil, from all the lusts; this is the essence of evil</w:t>
      </w:r>
    </w:p>
    <w:p>
      <w:r>
        <w:t>Oy vey, oy vey, I left Karlin, I should have always been at the Kotel</w:t>
      </w:r>
    </w:p>
    <w:p>
      <w:r>
        <w:t>Nu..</w:t>
      </w:r>
    </w:p>
    <w:p>
      <w:r>
        <w:t>["I left..” what?]</w:t>
      </w:r>
    </w:p>
    <w:p>
      <w:r>
        <w:t>From now on I perhaps.. from now on</w:t>
      </w:r>
    </w:p>
    <w:p>
      <w:r>
        <w:t>Oy vey, oy, Hashem Yisborach did {such} things with me, such wondrous things</w:t>
      </w:r>
    </w:p>
    <w:p>
      <w:r>
        <w:t>So that there did not remain {…} in my heart {..} and in me any, any pride, any honor, any pride, God forbid</w:t>
      </w:r>
    </w:p>
    <w:p>
      <w:r>
        <w:t>No, and the main thing, I am clean of the blemish of the covenant</w:t>
      </w:r>
    </w:p>
    <w:p>
      <w:r>
        <w:t>God forbid, if this were in me, I would die every day, I would die</w:t>
      </w:r>
    </w:p>
    <w:p>
      <w:r>
        <w:t>And blessed is Hashem, I do not need the war and the work, {…} anything</w:t>
      </w:r>
    </w:p>
    <w:p>
      <w:r>
        <w:t>{No, no, no, they do not come to me}, I have no w.., no war and no dealings with them</w:t>
      </w:r>
    </w:p>
    <w:p>
      <w:r>
        <w:t>[I have no war and no.. with them]</w:t>
      </w:r>
    </w:p>
    <w:p>
      <w:r>
        <w:t>[Rebbe Yisroel..]</w:t>
      </w:r>
    </w:p>
    <w:p>
      <w:r>
        <w:t>They are completely angry with me; they do not want to recognize me</w:t>
      </w:r>
    </w:p>
    <w:p>
      <w:r>
        <w:t>[What avodah do you have now? Now you also have a war]</w:t>
      </w:r>
    </w:p>
    <w:p>
      <w:r>
        <w:t>Ah?</w:t>
      </w:r>
    </w:p>
    <w:p>
      <w:r>
        <w:t>[Now you also have a war]</w:t>
      </w:r>
    </w:p>
    <w:p>
      <w:r>
        <w:t>{…….}, Essentially, essentially, the general lust is the main thing</w:t>
      </w:r>
    </w:p>
    <w:p>
      <w:r>
        <w:t>[Yes, yes, that there is not]</w:t>
      </w:r>
    </w:p>
    <w:p>
      <w:r>
        <w:t>If, God forbid, this is not in order, then everything is not in order</w:t>
      </w:r>
    </w:p>
    <w:p>
      <w:r>
        <w:t>{…}, this is the root of, of, of the entire Torah, of all.., the root</w:t>
      </w:r>
    </w:p>
    <w:p>
      <w:r>
        <w:t>If, God forbid, I had any scent of lust, I would die, I could not live</w:t>
      </w:r>
    </w:p>
    <w:p>
      <w:r>
        <w:t>And blessed is Hashem, the lusts are, they are at the end of the world, they..</w:t>
      </w:r>
    </w:p>
    <w:p>
      <w:r>
        <w:t>[…..]</w:t>
      </w:r>
    </w:p>
    <w:p>
      <w:r>
        <w:t>[At the end of the world..]</w:t>
      </w:r>
    </w:p>
    <w:p>
      <w:r>
        <w:t>They do not come to me at all, this..</w:t>
      </w:r>
    </w:p>
    <w:p>
      <w:r>
        <w:t>I do not need any war</w:t>
      </w:r>
    </w:p>
    <w:p>
      <w:r>
        <w:t>{I do not..}.., the "Tikkun Haklali" I do not, do not say, but I am very distressed about, about this</w:t>
      </w:r>
    </w:p>
    <w:p>
      <w:r>
        <w:t>Because one needs to say it, it is the "Tikkun Haklali," but the elders told me:</w:t>
      </w:r>
    </w:p>
    <w:p>
      <w:r>
        <w:t>“Whoever is clean and there is no.., and..ai.. and.. and he is clean from the general lust, he..</w:t>
      </w:r>
    </w:p>
    <w:p>
      <w:r>
        <w:t>He is the root, the whole, the main thing of all, this is the main thing”</w:t>
      </w:r>
    </w:p>
    <w:p>
      <w:r>
        <w:t>For what a person was created, came into this world, only for this, to break the lust, {yes}</w:t>
      </w:r>
    </w:p>
    <w:p>
      <w:r>
        <w:t>And I have no war with the lust, {no, they do not come to me,}</w:t>
      </w:r>
    </w:p>
    <w:p>
      <w:r>
        <w:t>{So} the lust, as long as a person is in this world, as long as he has {..}</w:t>
      </w:r>
    </w:p>
    <w:p>
      <w:r>
        <w:t>Some li.., no, it does not leave him, the lust does not leave the person</w:t>
      </w:r>
    </w:p>
    <w:p>
      <w:r>
        <w:t>And me, they left me and they are at the end of the world; when I am here, they are at the end of the world</w:t>
      </w:r>
    </w:p>
    <w:p>
      <w:r>
        <w:t>I do not know whether there is lust in the world, whether there is a woman in the world</w:t>
      </w:r>
    </w:p>
    <w:p>
      <w:r>
        <w:t>{..} Completely clean, God forbid, if I had not been, if I had not been {… in the mikveh, the.. in the mikveh .…} I would have gone all the days of my life, I would have gone every day to the mikveh, every day.. to the mikveh</w:t>
      </w:r>
    </w:p>
    <w:p>
      <w:r>
        <w:t>No, but today I have neither a mikveh nor the "Tikkun Haklali," I have nothing for which</w:t>
      </w:r>
    </w:p>
    <w:p>
      <w:r>
        <w:t>Perhaps it is not worthwhile to publicize this, to say this</w:t>
      </w:r>
    </w:p>
    <w:p>
      <w:r>
        <w:t>But it is good that they should know that it is possible, possible to be rid of them</w:t>
      </w:r>
    </w:p>
    <w:p>
      <w:r>
        <w:t>If one truly wants, then it is possible, possible.. to be rid of them</w:t>
      </w:r>
    </w:p>
    <w:p>
      <w:r>
        <w:t>{..}, it will be completely angry so that they will not come</w:t>
      </w:r>
    </w:p>
    <w:p>
      <w:r>
        <w:t>I do not feel whether there is lust in the world, whether there is a woman in the world</w:t>
      </w:r>
    </w:p>
    <w:p>
      <w:r>
        <w:t>As though there is no lust at all and there is no, no woman in the world</w:t>
      </w:r>
    </w:p>
    <w:p>
      <w:r>
        <w:t>If, if, if there were, God forbid, if I had wars {…} in this, I would die, yes</w:t>
      </w:r>
    </w:p>
    <w:p>
      <w:r>
        <w:t>Blessed is Hashem, they know this and they left me completely</w:t>
      </w:r>
    </w:p>
    <w:p>
      <w:r>
        <w:t>Hashem Yisborach, this is not from me, a gift from Hashem Yisborach, because this is not, this is not might, our might, "What are we, what is our life, what..”</w:t>
      </w:r>
    </w:p>
    <w:p>
      <w:r>
        <w:t>I have no war at all, so to fight {with the..}.., no, no, no, no, they do not come, there is no, I have no one with whom to fight [………..]</w:t>
      </w:r>
    </w:p>
    <w:p>
      <w:r>
        <w:t>[…..……]</w:t>
      </w:r>
    </w:p>
    <w:p>
      <w:r>
        <w:t>On the contrary, it is better if there is a war and one gives to Hashem Yisborach.. everything, one's whole life</w:t>
      </w:r>
    </w:p>
    <w:p>
      <w:r>
        <w:t>Then to fight, {..}, but {the avodah} who, but the avodah when one merits, when one merits..</w:t>
      </w:r>
    </w:p>
    <w:p>
      <w:r>
        <w:t>To be rid of them without war, without war, I have no war</w:t>
      </w:r>
    </w:p>
    <w:p>
      <w:r>
        <w:t>If, God forbid, there is some blemish, one needs to fight, a war</w:t>
      </w:r>
    </w:p>
    <w:p>
      <w:r>
        <w:t>But {{...}} I have none, uh.. there is no one with whom to fight</w:t>
      </w:r>
    </w:p>
    <w:p>
      <w:r>
        <w:t>[Rebbe Yisroel, since when?]</w:t>
      </w:r>
    </w:p>
    <w:p>
      <w:r>
        <w:t>Ah?</w:t>
      </w:r>
    </w:p>
    <w:p>
      <w:r>
        <w:t>[From what age?]</w:t>
      </w:r>
    </w:p>
    <w:p>
      <w:r>
        <w:t>[Since when?]</w:t>
      </w:r>
    </w:p>
    <w:p>
      <w:r>
        <w:t>Ah</w:t>
      </w:r>
    </w:p>
    <w:p>
      <w:r>
        <w:t>[You have no war?]</w:t>
      </w:r>
    </w:p>
    <w:p>
      <w:r>
        <w:t>Ah.. ah.. {certainly and.. f.. I did not have {this\by me} twenty years ago</w:t>
      </w:r>
    </w:p>
    <w:p>
      <w:r>
        <w:t>{From now} I was not immersed in l.., but, but there were wars</w:t>
      </w:r>
    </w:p>
    <w:p>
      <w:r>
        <w:t>[Ask him whether at the time he received the Petek..]</w:t>
      </w:r>
    </w:p>
    <w:p>
      <w:r>
        <w:t>Certainly, ah..</w:t>
      </w:r>
    </w:p>
    <w:p>
      <w:r>
        <w:t>[...]</w:t>
      </w:r>
    </w:p>
    <w:p>
      <w:r>
        <w:t>[When you received the Petek, did you still have a war.. with the lusts?]</w:t>
      </w:r>
    </w:p>
    <w:p>
      <w:r>
        <w:t>{…}..</w:t>
      </w:r>
    </w:p>
    <w:p>
      <w:r>
        <w:t>Blessed is Hashem, also the lust for eating is not, not as it was</w:t>
      </w:r>
    </w:p>
    <w:p>
      <w:r>
        <w:t>I eat {once a little, ...}, I eat one egg a day</w:t>
      </w:r>
    </w:p>
    <w:p>
      <w:r>
        <w:t>I am thinking of beginning {…} to eat two eggs, one in the morning and one at night, in the evening</w:t>
      </w:r>
    </w:p>
    <w:p>
      <w:r>
        <w:t>But I think..</w:t>
      </w:r>
    </w:p>
    <w:p>
      <w:r>
        <w:t>Perhaps it is not, no, it is fattening, eggs fatten the body</w:t>
      </w:r>
    </w:p>
    <w:p>
      <w:r>
        <w:t>Nu, I do not know, I, my daughter Tzipporah, she says, more than.., one egg a day, no more</w:t>
      </w:r>
    </w:p>
    <w:p>
      <w:r>
        <w:t>But.. I think this is no rule at all, if, if the body wants, if, in the morning and in the evening, at night</w:t>
      </w:r>
    </w:p>
    <w:p>
      <w:r>
        <w:t>Perhaps it is nothing, a great distance from one egg to the next, in the morning and in the evening</w:t>
      </w:r>
    </w:p>
    <w:p>
      <w:r>
        <w:t>Nu, we will think about it..</w:t>
      </w:r>
    </w:p>
    <w:p>
      <w:r>
        <w:t>[………..]</w:t>
      </w:r>
    </w:p>
    <w:p>
      <w:r>
        <w:t>[………..]</w:t>
      </w:r>
    </w:p>
    <w:p>
      <w:r>
        <w:t>[……“Sometimes I am here, and sometimes I am in a place where there is not a single creature..”..]</w:t>
      </w:r>
    </w:p>
    <w:p>
      <w:r>
        <w:t>[…….]</w:t>
      </w:r>
    </w:p>
    <w:p>
      <w:r>
        <w:t>Ah, I..</w:t>
      </w:r>
    </w:p>
    <w:p>
      <w:r>
        <w:t>{I} when I was young, {..}, I had a war, not {..}, to break the lust for eating, yes</w:t>
      </w:r>
    </w:p>
    <w:p>
      <w:r>
        <w:t>I, in our home there was no meat even, even on Shabbos, no meat</w:t>
      </w:r>
    </w:p>
    <w:p>
      <w:r>
        <w:t>There were good foods, but no meat</w:t>
      </w:r>
    </w:p>
    <w:p>
      <w:r>
        <w:t>I loved meat very much, because I did not have any, I did not eat, so I had an appetite to eat meat</w:t>
      </w:r>
    </w:p>
    <w:p>
      <w:r>
        <w:t>And in the yeshiva they gave every night, or not every night, three, four times a week</w:t>
      </w:r>
    </w:p>
    <w:p>
      <w:r>
        <w:t>It.. meat, good meat</w:t>
      </w:r>
    </w:p>
    <w:p>
      <w:r>
        <w:t>Then {there was … want..}, ah, to eat meat, and I..</w:t>
      </w:r>
    </w:p>
    <w:p>
      <w:r>
        <w:t>"Do you want”</w:t>
      </w:r>
    </w:p>
    <w:p>
      <w:r>
        <w:t>"No”</w:t>
      </w:r>
    </w:p>
    <w:p>
      <w:r>
        <w:t>I did not eat the meat, I left it in the bowl, {the meat}</w:t>
      </w:r>
    </w:p>
    <w:p>
      <w:r>
        <w:t>And there was suffering, I suffered greatly from this, the body wanted</w:t>
      </w:r>
    </w:p>
    <w:p>
      <w:r>
        <w:t>And I fought and subdued it and did not eat, so I did not eat meat</w:t>
      </w:r>
    </w:p>
    <w:p>
      <w:r>
        <w:t>There were good slaughterers, God-fearing and expert, yo, but..</w:t>
      </w:r>
    </w:p>
    <w:p>
      <w:r>
        <w:t>Oy, oy, oy, oy vey, oy vey, ah…</w:t>
      </w:r>
    </w:p>
    <w:p>
      <w:r>
        <w:t>...{..} A very hard war, the meat, afterward I wanted meat, to be like the living</w:t>
      </w:r>
    </w:p>
    <w:p>
      <w:r>
        <w:t>Nu, but I had a hard war</w:t>
      </w:r>
    </w:p>
    <w:p>
      <w:r>
        <w:t>But today, today I have no wa.., no war</w:t>
      </w:r>
    </w:p>
    <w:p>
      <w:r>
        <w:t>Yo, yo, yes, yes, no, no, I have no.. I have no w.., there is no war</w:t>
      </w:r>
    </w:p>
    <w:p>
      <w:r>
        <w:t>[Perhaps there are other wars, other ones?]</w:t>
      </w:r>
    </w:p>
    <w:p>
      <w:r>
        <w:t>{In the lusts.. no..}</w:t>
      </w:r>
    </w:p>
    <w:p>
      <w:r>
        <w:t>[..Other wars and not with the lusts……]…</w:t>
      </w:r>
    </w:p>
    <w:p>
      <w:r>
        <w:t>...[Rebbe Yisroel, David asks, why did Rabbainu send you the Petek? {When you were young}?]</w:t>
      </w:r>
    </w:p>
    <w:p>
      <w:r>
        <w:t>One Petek I know by heart precisely</w:t>
      </w:r>
    </w:p>
    <w:p>
      <w:r>
        <w:t>"It was very difficult for me to descend to you to tell you that I derived great pleasure from your avodah"</w:t>
      </w:r>
    </w:p>
    <w:p>
      <w:r>
        <w:t>Nu</w:t>
      </w:r>
    </w:p>
    <w:p>
      <w:r>
        <w:t>[What about "my dear student"?]</w:t>
      </w:r>
    </w:p>
    <w:p>
      <w:r>
        <w:t>{{Ah, ah, more, there will be more}}</w:t>
      </w:r>
    </w:p>
    <w:p>
      <w:r>
        <w:t>[..Wait..]</w:t>
      </w:r>
    </w:p>
    <w:p>
      <w:r>
        <w:t>A little patience, what, what, what did you say?</w:t>
      </w:r>
    </w:p>
    <w:p>
      <w:r>
        <w:t>[You said, "It was very difficult for me to descend to you"]</w:t>
      </w:r>
    </w:p>
    <w:p>
      <w:r>
        <w:t>My student, studen..</w:t>
      </w:r>
    </w:p>
    <w:p>
      <w:r>
        <w:t>[Ah, ah, ah, "My dear student"]</w:t>
      </w:r>
    </w:p>
    <w:p>
      <w:r>
        <w:t>"My dear student," yo</w:t>
      </w:r>
    </w:p>
    <w:p>
      <w:r>
        <w:t>[You said.., you skipped]</w:t>
      </w:r>
    </w:p>
    <w:p>
      <w:r>
        <w:t>"To tell you..,</w:t>
      </w:r>
    </w:p>
    <w:p>
      <w:r>
        <w:t>[Ah, good, good]</w:t>
      </w:r>
    </w:p>
    <w:p>
      <w:r>
        <w:t>"That I derived great pleasure from your avodah," that is one thing</w:t>
      </w:r>
    </w:p>
    <w:p>
      <w:r>
        <w:t>[..]</w:t>
      </w:r>
    </w:p>
    <w:p>
      <w:r>
        <w:t>And there is another thing, "And about you I said, my little fire will burn until Mashi... until Mashiach comes" this matter, that our holy Rabbainu informs me that I will be at the coming of Mashiach, until, until the coming of Mashiach, "And about you I said, my little fire will burn until Mashiach comes"</w:t>
      </w:r>
    </w:p>
    <w:p>
      <w:r>
        <w:t>So this is not, no, no longer, I began to think about this, that our holy Rabbainu informs me and strengthens me, he {..} informs me:</w:t>
      </w:r>
    </w:p>
    <w:p>
      <w:r>
        <w:t>"And about you I said, my little fire {will burn} until Mashiach comes"</w:t>
      </w:r>
    </w:p>
    <w:p>
      <w:r>
        <w:t>This.. it appears from this that I will live until the coming of Mashiach</w:t>
      </w:r>
    </w:p>
    <w:p>
      <w:r>
        <w:t>"And about you I said.. {. . until M.., until M.., Mashiach} will come"</w:t>
      </w:r>
    </w:p>
    <w:p>
      <w:r>
        <w:t>The lust is, here, there at the end of the world, what connection do I have?</w:t>
      </w:r>
    </w:p>
    <w:p>
      <w:r>
        <w:t>I have no connection; at least let them be angry with me, I do not want to know her, she is completely angry</w:t>
      </w:r>
    </w:p>
    <w:p>
      <w:r>
        <w:t>She does not want to know me, does not want to come near me, no...</w:t>
      </w:r>
    </w:p>
    <w:p>
      <w:r>
        <w:t>...Ashkenazi, he, he once caused me great distress</w:t>
      </w:r>
    </w:p>
    <w:p>
      <w:r>
        <w:t>He took all of Rabbainu's books from me and put them in some chest, {..}</w:t>
      </w:r>
    </w:p>
    <w:p>
      <w:r>
        <w:t>And there was a window near the roof, a window, a very high window</w:t>
      </w:r>
    </w:p>
    <w:p>
      <w:r>
        <w:t>He put in this window the {...}, the chest with the books</w:t>
      </w:r>
    </w:p>
    <w:p>
      <w:r>
        <w:t>Good, I did not, did not know where, I only knew that I did not have them</w:t>
      </w:r>
    </w:p>
    <w:p>
      <w:r>
        <w:t>{. .} Hashem Yisborach had mercy on me, that he br.., t.. brought down the chest and gave it back to me</w:t>
      </w:r>
    </w:p>
    <w:p>
      <w:r>
        <w:t>The chest with the books</w:t>
      </w:r>
    </w:p>
    <w:p>
      <w:r>
        <w:t>{….}, he remembers this</w:t>
      </w:r>
    </w:p>
    <w:p>
      <w:r>
        <w:t>But this was, he should not have done this, because I had great distress</w:t>
      </w:r>
    </w:p>
    <w:p>
      <w:r>
        <w:t>I need Rabbainu's books every day, nu, and he took every b.., all of Rabbainu's books</w:t>
      </w:r>
    </w:p>
    <w:p>
      <w:r>
        <w:t>And put them in a chest and put it in the window; there was a high dome, yes, no, it is impossible, hard to bring down</w:t>
      </w:r>
    </w:p>
    <w:p>
      <w:r>
        <w:t>But I did not know where, until he himself, he brought down the chest with the books and gave it to me</w:t>
      </w:r>
    </w:p>
    <w:p>
      <w:r>
        <w:t>Oy</w:t>
      </w:r>
    </w:p>
    <w:p>
      <w:r>
        <w:t>Uh.. ayah, I need the legs on the bed, ah, ah, ah, {..}</w:t>
      </w:r>
    </w:p>
    <w:p>
      <w:r>
        <w:t>Ah…</w:t>
      </w:r>
    </w:p>
    <w:p>
      <w:r>
        <w:t>...That I should hear Kedushah every day, the Torah reading and Barchu</w:t>
      </w:r>
    </w:p>
    <w:p>
      <w:r>
        <w:t>[He asks that we should hear every day, Kedushah, the Torah reading, and Barchu……</w:t>
      </w:r>
    </w:p>
    <w:p>
      <w:r>
        <w:t>They ask for a blessing]</w:t>
      </w:r>
    </w:p>
    <w:p>
      <w:r>
        <w:t>But I do not like to make publicity, that they should come.. to pray here, nu, afterward…</w:t>
      </w:r>
    </w:p>
    <w:p>
      <w:r>
        <w:t>...{Tell} me</w:t>
      </w:r>
    </w:p>
    <w:p>
      <w:r>
        <w:t>[Yes]</w:t>
      </w:r>
    </w:p>
    <w:p>
      <w:r>
        <w:t>The name</w:t>
      </w:r>
    </w:p>
    <w:p>
      <w:r>
        <w:t>[The name, ah, the name of the.. excuse me]</w:t>
      </w:r>
    </w:p>
    <w:p>
      <w:r>
        <w:t>[Shimon son of Yaakov]</w:t>
      </w:r>
    </w:p>
    <w:p>
      <w:r>
        <w:t>[Shimon son of Yaakov]…</w:t>
      </w:r>
    </w:p>
    <w:p>
      <w:r>
        <w:t>...{And he and..}.. Ilan w.., will go and bring it</w:t>
      </w:r>
    </w:p>
    <w:p>
      <w:r>
        <w:t>[Good, but..]…</w:t>
      </w:r>
    </w:p>
    <w:p>
      <w:r>
        <w:t>...[..Rabbainu here]</w:t>
      </w:r>
    </w:p>
    <w:p>
      <w:r>
        <w:t>Ah, ah</w:t>
      </w:r>
    </w:p>
    <w:p>
      <w:r>
        <w:t>[It is difficult to go abroad for this]</w:t>
      </w:r>
    </w:p>
    <w:p>
      <w:r>
        <w:t>{To cry} to Hashem Yisborach that..</w:t>
      </w:r>
    </w:p>
    <w:p>
      <w:r>
        <w:t>[That they should bring]</w:t>
      </w:r>
    </w:p>
    <w:p>
      <w:r>
        <w:t>Yes, th..</w:t>
      </w:r>
    </w:p>
    <w:p>
      <w:r>
        <w:t>[But no, they do not bring]</w:t>
      </w:r>
    </w:p>
    <w:p>
      <w:r>
        <w:t>{} And to bring the bones to Eretz Yisroel</w:t>
      </w:r>
    </w:p>
    <w:p>
      <w:r>
        <w:t>[To pray, to pray to Hashem about this]</w:t>
      </w:r>
    </w:p>
    <w:p>
      <w:r>
        <w:t>{Oy vey}</w:t>
      </w:r>
    </w:p>
    <w:p>
      <w:r>
        <w:t>[Yes]</w:t>
      </w:r>
    </w:p>
    <w:p>
      <w:r>
        <w:t>[Some time ago he said the gentiles want money</w:t>
      </w:r>
    </w:p>
    <w:p>
      <w:r>
        <w:t>To give them money and then they will give us the bones]</w:t>
      </w:r>
    </w:p>
    <w:p>
      <w:r>
        <w:t>[…….]</w:t>
      </w:r>
    </w:p>
    <w:p>
      <w:r>
        <w:t>[Yes]</w:t>
      </w:r>
    </w:p>
    <w:p>
      <w:r>
        <w:t>[…….]</w:t>
      </w:r>
    </w:p>
    <w:p>
      <w:r>
        <w:t>[No, this.., this does not work out, this is the problem, it is not succeeding]</w:t>
      </w:r>
    </w:p>
    <w:p>
      <w:r>
        <w:t>[The problem is that there is opposition within Breslov, there is much opposition to this]</w:t>
      </w:r>
    </w:p>
    <w:p>
      <w:r>
        <w:t>Ah, there is?</w:t>
      </w:r>
    </w:p>
    <w:p>
      <w:r>
        <w:t>[Within Breslov there is much opposition to this, and this is the problem]</w:t>
      </w:r>
    </w:p>
    <w:p>
      <w:r>
        <w:t>This</w:t>
      </w:r>
    </w:p>
    <w:p>
      <w:r>
        <w:t>[The state wanted to do it, President Herzog, do you remember? President Herzog, the previous president]</w:t>
      </w:r>
    </w:p>
    <w:p>
      <w:r>
        <w:t>Who?</w:t>
      </w:r>
    </w:p>
    <w:p>
      <w:r>
        <w:t>[Herzog, Herzog, he is the previous president, now the president is Weizman, but there was a previous president, Herzog, and he wanted to do it</w:t>
      </w:r>
    </w:p>
    <w:p>
      <w:r>
        <w:t>You met with him, with the previous president, and he, and you told him that he needs to go to Uman {yes}, and he said that he wants to, but he cannot, as president he cannot, so..]</w:t>
      </w:r>
    </w:p>
    <w:p>
      <w:r>
        <w:t>[Why?]</w:t>
      </w:r>
    </w:p>
    <w:p>
      <w:r>
        <w:t>[Then there were no contact, relations.. a gift that he said this..]</w:t>
      </w:r>
    </w:p>
    <w:p>
      <w:r>
        <w:t>[Rebbe Yisroel, Rebbe Yisroel..]</w:t>
      </w:r>
    </w:p>
    <w:p>
      <w:r>
        <w:t>[No, but, tell him that this.., ask him whether it will be carried out, or whether this, or whether this will not happen]</w:t>
      </w:r>
    </w:p>
    <w:p>
      <w:r>
        <w:t>[No, certainly it will happen, but when]</w:t>
      </w:r>
    </w:p>
    <w:p>
      <w:r>
        <w:t>[…..]</w:t>
      </w:r>
    </w:p>
    <w:p>
      <w:r>
        <w:t>[Certainly it will be, but when]</w:t>
      </w:r>
    </w:p>
    <w:p>
      <w:r>
        <w:t>{..}</w:t>
      </w:r>
    </w:p>
    <w:p>
      <w:r>
        <w:t>[Whether it will really be, or whether this.., Rebbe Nachman...]</w:t>
      </w:r>
    </w:p>
    <w:p>
      <w:r>
        <w:t>[Rebbe Yisroel..]</w:t>
      </w:r>
    </w:p>
    <w:p>
      <w:r>
        <w:t>[He wants there to be..]</w:t>
      </w:r>
    </w:p>
    <w:p>
      <w:r>
        <w:t>{..}</w:t>
      </w:r>
    </w:p>
    <w:p>
      <w:r>
        <w:t>[No, but how will it really happen, because you see that it does not..]</w:t>
      </w:r>
    </w:p>
    <w:p>
      <w:r>
        <w:t>[What do we need to do for this?]</w:t>
      </w:r>
    </w:p>
    <w:p>
      <w:r>
        <w:t>[What, will it work out..]</w:t>
      </w:r>
    </w:p>
    <w:p>
      <w:r>
        <w:t>[No, but I say ….]</w:t>
      </w:r>
    </w:p>
    <w:p>
      <w:r>
        <w:t>[I do not want to.. to press … I am afraid to press]</w:t>
      </w:r>
    </w:p>
    <w:p>
      <w:r>
        <w:t>[...Tell him]</w:t>
      </w:r>
    </w:p>
    <w:p>
      <w:r>
        <w:t>I do not know</w:t>
      </w:r>
    </w:p>
    <w:p>
      <w:r>
        <w:t>Ah…</w:t>
      </w:r>
    </w:p>
    <w:p>
      <w:r>
        <w:t>...[...He said..]...</w:t>
      </w:r>
    </w:p>
    <w:p>
      <w:r>
        <w:t>...{} The whole world is included, each one with all the remedies</w:t>
      </w:r>
    </w:p>
    <w:p>
      <w:r>
        <w:t>[All what?]</w:t>
      </w:r>
    </w:p>
    <w:p>
      <w:r>
        <w:t>It is a wonder that never was, a new wonder, our holy Rabbainu is a matter..</w:t>
      </w:r>
    </w:p>
    <w:p>
      <w:r>
        <w:t>[..A new wonder]</w:t>
      </w:r>
    </w:p>
    <w:p>
      <w:r>
        <w:t>Awesome, an awesome wonder such as has not yet been in the world, from the day the world was created</w:t>
      </w:r>
    </w:p>
    <w:p>
      <w:r>
        <w:t>[It is an awesome matter, an awesome wonder, something that had not been in the world since the world was created</w:t>
      </w:r>
    </w:p>
    <w:p>
      <w:r>
        <w:t>He spoke about Rabbainu, Rebbe Nachman]...</w:t>
      </w:r>
    </w:p>
    <w:p>
      <w:r>
        <w:t>...Faith, faith</w:t>
      </w:r>
    </w:p>
    <w:p>
      <w:r>
        <w:t>[Excuse me, what?]</w:t>
      </w:r>
    </w:p>
    <w:p>
      <w:r>
        <w:t>{Not in your…..}, {in the Torah in.. in..} in our holy Rabbainu</w:t>
      </w:r>
    </w:p>
    <w:p>
      <w:r>
        <w:t>{..}</w:t>
      </w:r>
    </w:p>
    <w:p>
      <w:r>
        <w:t>[One needs faith, faith in Rabbainu?]</w:t>
      </w:r>
    </w:p>
    <w:p>
      <w:r>
        <w:t>Yes, certainly</w:t>
      </w:r>
    </w:p>
    <w:p>
      <w:r>
        <w:t>[Yes]</w:t>
      </w:r>
    </w:p>
    <w:p>
      <w:r>
        <w:t>Certainly</w:t>
      </w:r>
    </w:p>
    <w:p>
      <w:r>
        <w:t>[And.. and through this..]</w:t>
      </w:r>
    </w:p>
    <w:p>
      <w:r>
        <w:t>With each and every word of his, he rectifies and renews {with this} and heals us…</w:t>
      </w:r>
    </w:p>
    <w:p>
      <w:r>
        <w:br w:type="page"/>
      </w:r>
    </w:p>
    <w:p>
      <w:pPr>
        <w:pStyle w:val="Heading1"/>
      </w:pPr>
      <w:r>
        <w:t>Tape 58</w:t>
      </w:r>
    </w:p>
    <w:p>
      <w:pPr>
        <w:pStyle w:val="Heading2"/>
      </w:pPr>
      <w:r>
        <w:t>Side A (Aleph)</w:t>
      </w:r>
    </w:p>
    <w:p>
      <w:r>
        <w:t>...[Isaac..</w:t>
      </w:r>
    </w:p>
    <w:p>
      <w:r>
        <w:t>He was in Tel Aviv, you had a good friend]</w:t>
      </w:r>
    </w:p>
    <w:p>
      <w:r>
        <w:t>Where is he now?</w:t>
      </w:r>
    </w:p>
    <w:p>
      <w:r>
        <w:t>[Now he is in Yerushalayim, he wanted to take a match]</w:t>
      </w:r>
    </w:p>
    <w:p>
      <w:r>
        <w:t>Did his wife pass away?</w:t>
      </w:r>
    </w:p>
    <w:p>
      <w:r>
        <w:t>[No, I think she is alive, I think, he told you that he wants to take the most beautiful woman in the world; in the end he said: "I will show the baal davar," right? Do you remember? You told us</w:t>
      </w:r>
    </w:p>
    <w:p>
      <w:r>
        <w:t>He was a friend, a friend in Tel Aviv, the Breslover Chassidim said:</w:t>
      </w:r>
    </w:p>
    <w:p>
      <w:r>
        <w:t>"Now Rebbe Yisroel Ber is set, he has money for his entire life, he does not need to work"]</w:t>
      </w:r>
    </w:p>
    <w:p>
      <w:r>
        <w:t>[The friends sing:</w:t>
      </w:r>
    </w:p>
    <w:p>
      <w:r>
        <w:t>"Fortunate are we, how good is our portion and how pleasant is our lot.."]</w:t>
      </w:r>
    </w:p>
    <w:p>
      <w:r>
        <w:t>[Oy, Uman, Uman]</w:t>
      </w:r>
    </w:p>
    <w:p>
      <w:r>
        <w:t>[Saba, it is impossible to leave you, soon it is Shabbos, it is already impossible to leave you]</w:t>
      </w:r>
    </w:p>
    <w:p>
      <w:r>
        <w:t>Ah</w:t>
      </w:r>
    </w:p>
    <w:p>
      <w:r>
        <w:t>[…………]</w:t>
      </w:r>
    </w:p>
    <w:p>
      <w:r>
        <w:t>[Good Shabbos, Saba]</w:t>
      </w:r>
    </w:p>
    <w:p>
      <w:r>
        <w:t>[Good Shabbos, be healthy, feel well..]</w:t>
      </w:r>
    </w:p>
    <w:p>
      <w:r>
        <w:t>Give me a little olive oil</w:t>
      </w:r>
    </w:p>
    <w:p>
      <w:r>
        <w:t>[Olive oil]</w:t>
      </w:r>
    </w:p>
    <w:p>
      <w:r>
        <w:t>[Here, Saba]</w:t>
      </w:r>
    </w:p>
    <w:p>
      <w:r>
        <w:t>{With} the challah</w:t>
      </w:r>
    </w:p>
    <w:p>
      <w:r>
        <w:t>[Yes]</w:t>
      </w:r>
    </w:p>
    <w:p>
      <w:r>
        <w:t>[Shalom aleichem]</w:t>
      </w:r>
    </w:p>
    <w:p>
      <w:r>
        <w:t>[Oh, you arrived early]</w:t>
      </w:r>
    </w:p>
    <w:p>
      <w:r>
        <w:t>[Olive oil, Saba]</w:t>
      </w:r>
    </w:p>
    <w:p>
      <w:r>
        <w:t>[I looked for you]</w:t>
      </w:r>
    </w:p>
    <w:p>
      <w:r>
        <w:t>[I heard that you are here..]</w:t>
      </w:r>
    </w:p>
    <w:p>
      <w:r>
        <w:t>[I looked and looked for you, where are you?]</w:t>
      </w:r>
    </w:p>
    <w:p>
      <w:r>
        <w:t>[How do you feel..]</w:t>
      </w:r>
    </w:p>
    <w:p>
      <w:r>
        <w:t>[Fine, I have not seen you for many years..]</w:t>
      </w:r>
    </w:p>
    <w:p>
      <w:r>
        <w:t>[Right, right, I..]</w:t>
      </w:r>
    </w:p>
    <w:p>
      <w:r>
        <w:t>[How are you..]</w:t>
      </w:r>
    </w:p>
    <w:p>
      <w:r>
        <w:t>[….I said that you]</w:t>
      </w:r>
    </w:p>
    <w:p>
      <w:r>
        <w:t>[Yes]</w:t>
      </w:r>
    </w:p>
    <w:p>
      <w:r>
        <w:t>[That you are here, and I came..]</w:t>
      </w:r>
    </w:p>
    <w:p>
      <w:r>
        <w:t>[It is all right, be healthy..]</w:t>
      </w:r>
    </w:p>
    <w:p>
      <w:r>
        <w:t>[I saw that he is already here, we are already talking..]</w:t>
      </w:r>
    </w:p>
    <w:p>
      <w:r>
        <w:t>[I am with the family, nu..]</w:t>
      </w:r>
    </w:p>
    <w:p>
      <w:r>
        <w:t>[Yes]</w:t>
      </w:r>
    </w:p>
    <w:p>
      <w:r>
        <w:t>[….I feel well, …..]</w:t>
      </w:r>
    </w:p>
    <w:p>
      <w:r>
        <w:t>[…...]...</w:t>
      </w:r>
    </w:p>
    <w:p>
      <w:r>
        <w:t>...Who is this?</w:t>
      </w:r>
    </w:p>
    <w:p>
      <w:r>
        <w:t>[Srul, Srul]</w:t>
      </w:r>
    </w:p>
    <w:p>
      <w:r>
        <w:t>[Shaper Yisroel, Yisroel, he wants to hear a beautiful story</w:t>
      </w:r>
    </w:p>
    <w:p>
      <w:r>
        <w:t>I tell him that th.., that there is a great commotion throughout the.. throughout the Land</w:t>
      </w:r>
    </w:p>
    <w:p>
      <w:r>
        <w:t>They want to know, where is the master of the Petek? Whether he is one hundred or two hundred years old</w:t>
      </w:r>
    </w:p>
    <w:p>
      <w:r>
        <w:t>They do not know how old he is, it needs to be checked, what do you say? Saba]</w:t>
      </w:r>
    </w:p>
    <w:p>
      <w:r>
        <w:t>[He says he has already passed the.., he is already approaching bar mitzvah.. that is what he said] [Yes]</w:t>
      </w:r>
    </w:p>
    <w:p>
      <w:r>
        <w:t>I must lie down</w:t>
      </w:r>
    </w:p>
    <w:p>
      <w:r>
        <w:t>[Yes]</w:t>
      </w:r>
    </w:p>
    <w:p>
      <w:r>
        <w:t>[To lie down, and eat? And eat, Saba, also? Be healthy, Saba, Good Shabbos, Saba] Good Shabbos</w:t>
      </w:r>
    </w:p>
    <w:p>
      <w:r>
        <w:t>[All the best, Good Shabbos, yes, yes, only that we should not disturb him]</w:t>
      </w:r>
    </w:p>
    <w:p>
      <w:r>
        <w:t>[Slowly, slowly, no, no, no, no, no, I am going now to the Kotel shortly]</w:t>
      </w:r>
    </w:p>
    <w:p>
      <w:r>
        <w:t>[Yes, yes..]</w:t>
      </w:r>
    </w:p>
    <w:p>
      <w:r>
        <w:t>[Leave it, he is fine, no need]</w:t>
      </w:r>
    </w:p>
    <w:p>
      <w:r>
        <w:t>[Yes, thank you very much..]</w:t>
      </w:r>
    </w:p>
    <w:p>
      <w:r>
        <w:t>[Yasher koach]</w:t>
      </w:r>
    </w:p>
    <w:p>
      <w:r>
        <w:t>[Be healthy]</w:t>
      </w:r>
    </w:p>
    <w:p>
      <w:r>
        <w:t>[All the best]</w:t>
      </w:r>
    </w:p>
    <w:p>
      <w:r>
        <w:t>[Good Shabbos]</w:t>
      </w:r>
    </w:p>
    <w:p>
      <w:r>
        <w:t>[Be healthy]</w:t>
      </w:r>
    </w:p>
    <w:p>
      <w:r>
        <w:t>[Yasher koach]</w:t>
      </w:r>
    </w:p>
    <w:p>
      <w:r>
        <w:t>[Health]</w:t>
      </w:r>
    </w:p>
    <w:p>
      <w:r>
        <w:t>[May you have a Good Shabbos..]</w:t>
      </w:r>
    </w:p>
    <w:p>
      <w:r>
        <w:t>{Where to?}</w:t>
      </w:r>
    </w:p>
    <w:p>
      <w:r>
        <w:t>[They are traveling, to Tzfas they are traveling]</w:t>
      </w:r>
    </w:p>
    <w:p>
      <w:r>
        <w:t>[Meron, Meron a little..]</w:t>
      </w:r>
    </w:p>
    <w:p>
      <w:r>
        <w:t>Meron</w:t>
      </w:r>
    </w:p>
    <w:p>
      <w:r>
        <w:t>[Meron]</w:t>
      </w:r>
    </w:p>
    <w:p>
      <w:r>
        <w:t>[Meron and Tzfas]</w:t>
      </w:r>
    </w:p>
    <w:p>
      <w:r>
        <w:t>[Ah.. ah..]…</w:t>
      </w:r>
    </w:p>
    <w:p>
      <w:r>
        <w:t>...[Saba and the friends sing:</w:t>
      </w:r>
    </w:p>
    <w:p>
      <w:r>
        <w:t>"Na Na Nach Nachma Nachman MeUman.."]</w:t>
      </w:r>
    </w:p>
    <w:p>
      <w:r>
        <w:t>[…………..]</w:t>
      </w:r>
    </w:p>
    <w:p>
      <w:r>
        <w:t>[Good Shabbos, Saba, be healthy, all the best]</w:t>
      </w:r>
    </w:p>
    <w:p>
      <w:r>
        <w:t>{Good Shabbos, Good Shabbos}</w:t>
      </w:r>
    </w:p>
    <w:p>
      <w:r>
        <w:t>[Good Shabbos]</w:t>
      </w:r>
    </w:p>
    <w:p>
      <w:r>
        <w:t>[Father, let us go wash you now before Shabbos..]…</w:t>
      </w:r>
    </w:p>
    <w:p>
      <w:r>
        <w:t>...{….} The time of the coming of Mashiach</w:t>
      </w:r>
    </w:p>
    <w:p>
      <w:r>
        <w:t>[“Will be" means we are here? Is that right?]</w:t>
      </w:r>
    </w:p>
    <w:p>
      <w:r>
        <w:t>[…...]</w:t>
      </w:r>
    </w:p>
    <w:p>
      <w:r>
        <w:t>[… Blessed is Hashem]</w:t>
      </w:r>
    </w:p>
    <w:p>
      <w:r>
        <w:t>I already have for several years, they told me in notes, they told me:</w:t>
      </w:r>
    </w:p>
    <w:p>
      <w:r>
        <w:t>"The time of the Redemption is very near"</w:t>
      </w:r>
    </w:p>
    <w:p>
      <w:r>
        <w:t>[Yes]</w:t>
      </w:r>
    </w:p>
    <w:p>
      <w:r>
        <w:t>Still I, I {do not see}, but he w.., will come</w:t>
      </w:r>
    </w:p>
    <w:p>
      <w:r>
        <w:t>Mashiach will come, and s.., all the salvations will come</w:t>
      </w:r>
    </w:p>
    <w:p>
      <w:r>
        <w:t>[Amen]</w:t>
      </w:r>
    </w:p>
    <w:p>
      <w:r>
        <w:t>Mashiach will rectify us {…} and.. and all Yisroel</w:t>
      </w:r>
    </w:p>
    <w:p>
      <w:r>
        <w:t>[Amen]</w:t>
      </w:r>
    </w:p>
    <w:p>
      <w:r>
        <w:t>The entire people of Yisroel</w:t>
      </w:r>
    </w:p>
    <w:p>
      <w:r>
        <w:t>He does not want {that any should be missing}, that any piece of Yisroel should be missing, everyone whole</w:t>
      </w:r>
    </w:p>
    <w:p>
      <w:r>
        <w:t>Ai, how is it possible? He.., he.., Rebbe Nachman can {...} everything</w:t>
      </w:r>
    </w:p>
    <w:p>
      <w:r>
        <w:t>["He..” what? "He..”?]</w:t>
      </w:r>
    </w:p>
    <w:p>
      <w:r>
        <w:t>[…….]</w:t>
      </w:r>
    </w:p>
    <w:p>
      <w:r>
        <w:t>[He said, “He..”?, “How is it possible..”]</w:t>
      </w:r>
    </w:p>
    <w:p>
      <w:r>
        <w:t>[…..]</w:t>
      </w:r>
    </w:p>
    <w:p>
      <w:r>
        <w:t>[..and he..]</w:t>
      </w:r>
    </w:p>
    <w:p>
      <w:r>
        <w:t>What do you want here?</w:t>
      </w:r>
    </w:p>
    <w:p>
      <w:r>
        <w:t>[I am going to pray, Rebbe Yisroel]</w:t>
      </w:r>
    </w:p>
    <w:p>
      <w:r>
        <w:t>Maybe there is none</w:t>
      </w:r>
    </w:p>
    <w:p>
      <w:r>
        <w:t>[What?]</w:t>
      </w:r>
    </w:p>
    <w:p>
      <w:r>
        <w:t>Maybe there is none now</w:t>
      </w:r>
    </w:p>
    <w:p>
      <w:r>
        <w:t>[No, there is none now]</w:t>
      </w:r>
    </w:p>
    <w:p>
      <w:r>
        <w:t>Afterwards we will see</w:t>
      </w:r>
    </w:p>
    <w:p>
      <w:r>
        <w:t>[]</w:t>
      </w:r>
    </w:p>
    <w:p>
      <w:r>
        <w:t>[Maybe there is none now]…</w:t>
      </w:r>
    </w:p>
    <w:p>
      <w:r>
        <w:t>...(Saba laughs)…</w:t>
      </w:r>
    </w:p>
    <w:p>
      <w:r>
        <w:t>...Oy vey, {I}, I know, you do not know, I know</w:t>
      </w:r>
    </w:p>
    <w:p>
      <w:r>
        <w:t>Oy, oy, oy, oy</w:t>
      </w:r>
    </w:p>
    <w:p>
      <w:r>
        <w:t>I, I suffered, what I received, what I merited by drawing close to Rabbainu, what I suffered</w:t>
      </w:r>
    </w:p>
    <w:p>
      <w:r>
        <w:t>This cannot be estimated and there is no {….}, there are no words with which to speak</w:t>
      </w:r>
    </w:p>
    <w:p>
      <w:r>
        <w:t>For they were all opponents, {..} I was only one, one, and a simple man, he has no mind and has no wisdom and has no.. and I defeated them all, they are all already under the stones, and I am here in bed</w:t>
      </w:r>
    </w:p>
    <w:p>
      <w:r>
        <w:t>Yo, speak with Tzipora, that she should buy me a piece, a piece of good liver, fresh, good and fresh</w:t>
      </w:r>
    </w:p>
    <w:p>
      <w:r>
        <w:t>And buy me fresh eggs, four, five</w:t>
      </w:r>
    </w:p>
    <w:p>
      <w:r>
        <w:t>Ah…</w:t>
      </w:r>
    </w:p>
    <w:p>
      <w:r>
        <w:t>...[Rebbe Yisroel, now do you know why you suffered so much?]</w:t>
      </w:r>
    </w:p>
    <w:p>
      <w:r>
        <w:t>Ah?</w:t>
      </w:r>
    </w:p>
    <w:p>
      <w:r>
        <w:t>[Now do you understand why you suffered so much to draw close to Rabbainu? Now do you understand why?] Melodies?</w:t>
      </w:r>
    </w:p>
    <w:p>
      <w:r>
        <w:t>[No, I am asking, do you now know why you suffered so much? Now do you understand why?]</w:t>
      </w:r>
    </w:p>
    <w:p>
      <w:r>
        <w:t>I, if only, now I say {...} it was harder {it was …}</w:t>
      </w:r>
    </w:p>
    <w:p>
      <w:r>
        <w:t>Everyone laughed at him, and there was not one with me</w:t>
      </w:r>
    </w:p>
    <w:p>
      <w:r>
        <w:t>[And now..]</w:t>
      </w:r>
    </w:p>
    <w:p>
      <w:r>
        <w:t>But in the heart? They were all with me in concealment, no, no, without..</w:t>
      </w:r>
    </w:p>
    <w:p>
      <w:r>
        <w:t>[Ah]</w:t>
      </w:r>
    </w:p>
    <w:p>
      <w:r>
        <w:t>Without {knowledge}, then they were all with me, they felt that Breslov is not simple</w:t>
      </w:r>
    </w:p>
    <w:p>
      <w:r>
        <w:t>They felt that I laugh at everyone, at all the great scholars</w:t>
      </w:r>
    </w:p>
    <w:p>
      <w:r>
        <w:t>And Rav Moshe Kliers also understood in his heart, he understood that I am {...}, that I am more important {than he} [Yes?]</w:t>
      </w:r>
    </w:p>
    <w:p>
      <w:r>
        <w:t>He felt in his heart, he was the rabbi in.., he was all the.. all the.. but {. .}</w:t>
      </w:r>
    </w:p>
    <w:p>
      <w:r>
        <w:t>But not many days, he became ill and passed away and became, and there was a funeral, a large funeral</w:t>
      </w:r>
    </w:p>
    <w:p>
      <w:r>
        <w:t>They came from Yerushalayim {for Havdalah}, to.. to the funeral, he had a great name throughout the world</w:t>
      </w:r>
    </w:p>
    <w:p>
      <w:r>
        <w:t>But Yisroel Ber, I was in great disgrace and lowliness, and I laughed, here, there, I laughed at everyone</w:t>
      </w:r>
    </w:p>
    <w:p>
      <w:r>
        <w:t>And in this way I drew several souls from them close, from the great ones, yes</w:t>
      </w:r>
    </w:p>
    <w:p>
      <w:r>
        <w:t>His words, mine, would enter his heart, he would be ashamed in his heart</w:t>
      </w:r>
    </w:p>
    <w:p>
      <w:r>
        <w:t>It was a kind of display like that, only the greatness of the Creator</w:t>
      </w:r>
    </w:p>
    <w:p>
      <w:r>
        <w:t>[Which great.., which great ones did you draw close? Rebbe Yisroel]</w:t>
      </w:r>
    </w:p>
    <w:p>
      <w:r>
        <w:t>Ah?</w:t>
      </w:r>
    </w:p>
    <w:p>
      <w:r>
        <w:t>[Which great ones did you draw close?]</w:t>
      </w:r>
    </w:p>
    <w:p>
      <w:r>
        <w:t>Which great ones? They were all great, but the greater, {{the sick one}}, was Moshe Kliers</w:t>
      </w:r>
    </w:p>
    <w:p>
      <w:r>
        <w:t>Yes, Moshe Kliers, one night, {I ate like, ...}.., I remember as though it were now</w:t>
      </w:r>
    </w:p>
    <w:p>
      <w:r>
        <w:t>He went, I {th…}, I prayed Maariv together with him, and after the prayer he went home</w:t>
      </w:r>
    </w:p>
    <w:p>
      <w:r>
        <w:t>And his house was close to the synagogue, and he went and said, and spoke lashon hara and disgrace about our holy Rabbainu and about Rebbe Nassan, and afterwards they cut up his son</w:t>
      </w:r>
    </w:p>
    <w:p>
      <w:r>
        <w:t>{Th.. it is not, not, ah, whether on that same day or the next}</w:t>
      </w:r>
    </w:p>
    <w:p>
      <w:r>
        <w:t>{Or, or} tomorrow, they cut up his son {into pieces}, into pieces, and his cries were throughout Tzfas</w:t>
      </w:r>
    </w:p>
    <w:p>
      <w:r>
        <w:t>This was in Tzfas</w:t>
      </w:r>
    </w:p>
    <w:p>
      <w:r>
        <w:t>The next morning he came under heavy guard by the English to Tzfas, and he saw the pieces, the pieces.. of the son</w:t>
      </w:r>
    </w:p>
    <w:p>
      <w:r>
        <w:t>He {….} contracted the {sugar} illness, diabetes, sugar, and was {si.., sick} for some months</w:t>
      </w:r>
    </w:p>
    <w:p>
      <w:r>
        <w:t>And there was a funeral {…} and th.. and he passed away</w:t>
      </w:r>
    </w:p>
    <w:p>
      <w:r>
        <w:t>But I.., he spoke lashon hara about our holy Rabbainu and about Rebbe Nassan</w:t>
      </w:r>
    </w:p>
    <w:p>
      <w:r>
        <w:t>Oy vey, what he suffered in his lifetime, what he, I think he had regret over all this</w:t>
      </w:r>
    </w:p>
    <w:p>
      <w:r>
        <w:t>There were very harsh punishments, which it is impossible to speak w.. with the mouth</w:t>
      </w:r>
    </w:p>
    <w:p>
      <w:r>
        <w:t>What Hashem Yisbarach repays for disgrace of the tzaddik</w:t>
      </w:r>
    </w:p>
    <w:p>
      <w:r>
        <w:t>And regarding the honor of the tzaddik, the Holy One, Blessed Be He, is more particular than over the entire Torah</w:t>
      </w:r>
    </w:p>
    <w:p>
      <w:r>
        <w:t>Only he and Rebbe Nassan, two people, laugh at the whole world</w:t>
      </w:r>
    </w:p>
    <w:p>
      <w:r>
        <w:t>Breslov, Breslov is not yet, there will yet be what is impossible to d.., to estimate and describe</w:t>
      </w:r>
    </w:p>
    <w:p>
      <w:r>
        <w:t>There will be such a Rebbe, such joy in the world, which has not been, been since the day the world was created</w:t>
      </w:r>
    </w:p>
    <w:p>
      <w:r>
        <w:t>When our holy Rabbainu was revealed</w:t>
      </w:r>
    </w:p>
    <w:p>
      <w:r>
        <w:t>Our holy Rabbainu said: “Mashiach will give a commentary on the ‘Likutay Moharan’”</w:t>
      </w:r>
    </w:p>
    <w:p>
      <w:r>
        <w:t>Yes, no tzaddik said such a thing</w:t>
      </w:r>
    </w:p>
    <w:p>
      <w:r>
        <w:t>“Mashiach will give a commentary on, on his book, on the ‘Likutay Moharan’</w:t>
      </w:r>
    </w:p>
    <w:p>
      <w:r>
        <w:t>He spoke briefly, this is a drop from the sea, this is a drop from the sea, still less, more</w:t>
      </w:r>
    </w:p>
    <w:p>
      <w:r>
        <w:t>“A novelty like me has still never been in the world,” and we speak and do not know.., know anything at all</w:t>
      </w:r>
    </w:p>
    <w:p>
      <w:r>
        <w:t>And the whole world {...}, the whole world did not know {…} of Rabbainu, there were great ones, gaonim and scholars</w:t>
      </w:r>
    </w:p>
    <w:p>
      <w:r>
        <w:t>And they knew nothing of our holy Rabbainu; on the contrary, they opposed, they persecuted, disgraced</w:t>
      </w:r>
    </w:p>
    <w:p>
      <w:r>
        <w:t>{Our} holy Rabbainu {in the world}, what was, {and perhaps} now it will be the opposite, it will be..</w:t>
      </w:r>
    </w:p>
    <w:p>
      <w:r>
        <w:t>...[{Rebbe Yisroel}, Rabbainu will rectify everyone?] Ah?</w:t>
      </w:r>
    </w:p>
    <w:p>
      <w:r>
        <w:t>[Rabbainu will rectify everyone? Rabbainu]</w:t>
      </w:r>
    </w:p>
    <w:p>
      <w:r>
        <w:t>Nu</w:t>
      </w:r>
    </w:p>
    <w:p>
      <w:r>
        <w:t>[Will rectify everyone?]</w:t>
      </w:r>
    </w:p>
    <w:p>
      <w:r>
        <w:t>Certainly, all {..}, all, all Yisroel</w:t>
      </w:r>
    </w:p>
    <w:p>
      <w:r>
        <w:t>[Completely?]</w:t>
      </w:r>
    </w:p>
    <w:p>
      <w:r>
        <w:t>Only the gentiles will be like, like animals, like ants and..</w:t>
      </w:r>
    </w:p>
    <w:p>
      <w:r>
        <w:t>They will know how to stand all day and eat straw</w:t>
      </w:r>
    </w:p>
    <w:p>
      <w:r>
        <w:t>And I saw all of them, they had a great livelihood, a very ample livelihood, and..</w:t>
      </w:r>
    </w:p>
    <w:p>
      <w:r>
        <w:t>And I did not have bread to eat, I and the children did not have bread to eat</w:t>
      </w:r>
    </w:p>
    <w:p>
      <w:r>
        <w:t>And so {…} I left, I left the children and went to pray, {..} and I returned, and there was no bread. I remember that once a certain learned man came to Teveria, and he was, he had no sons, and he came to Teveria and would pray, pray at the graves of tzaddikim that he should have sons, and he gave me shekels several times and.. {….. shekels …..}, supported me, supported me, and afterwards he went down and said to me: “Today no, no, I can no longer”</w:t>
      </w:r>
    </w:p>
    <w:p>
      <w:r>
        <w:t>Oy, what, the humiliations of hunger, this is impossible to describe</w:t>
      </w:r>
    </w:p>
    <w:p>
      <w:r>
        <w:t>I suffered hunger, hunger, to die, yes</w:t>
      </w:r>
    </w:p>
    <w:p>
      <w:r>
        <w:t>And there was no one who would have compassion {always}, give me some, some, some, {nu}, some penny</w:t>
      </w:r>
    </w:p>
    <w:p>
      <w:r>
        <w:t>And this is good; at the time of the event I was suffering and I was angry with Hashem Yisbarach, “Why? Why?” and now I say: “If only I had suffered more”</w:t>
      </w:r>
    </w:p>
    <w:p>
      <w:r>
        <w:t>[Why?]</w:t>
      </w:r>
    </w:p>
    <w:p>
      <w:r>
        <w:t>The children grew up through miracles and remained alive, Chava and Tzipora, five daughters</w:t>
      </w:r>
    </w:p>
    <w:p>
      <w:r>
        <w:t>{..}, boruch Hashem, they all have bread to eat, and they have what to eat and they have a livelihood, but not, not as I desire</w:t>
      </w:r>
    </w:p>
    <w:p>
      <w:r>
        <w:t>[Why not as you desire?]</w:t>
      </w:r>
    </w:p>
    <w:p>
      <w:r>
        <w:t>They became, I do not know, like this, this is my trial</w:t>
      </w:r>
    </w:p>
    <w:p>
      <w:r>
        <w:t>A person {…} knows nothing, we, {...} need, we need to.. to.. to.. to..</w:t>
      </w:r>
    </w:p>
    <w:p>
      <w:r>
        <w:t>To repeat many times</w:t>
      </w:r>
    </w:p>
    <w:p>
      <w:r>
        <w:t>Our holy Rabbainu said: “Hashem is great, {yes}, and we know nothing at all”</w:t>
      </w:r>
    </w:p>
    <w:p>
      <w:r>
        <w:t>In all the words, everything is included in it</w:t>
      </w:r>
    </w:p>
    <w:p>
      <w:r>
        <w:t>“Hashem is great, and we know nothing at all”</w:t>
      </w:r>
    </w:p>
    <w:p>
      <w:r>
        <w:t>Only these words, {th.. th.. that there are} words, and included in it are the entire Torah and all Yisroel and everything that.. that.. that happened and that passed over us, everything is included in it</w:t>
      </w:r>
    </w:p>
    <w:p>
      <w:r>
        <w:t>[In which words?]</w:t>
      </w:r>
    </w:p>
    <w:p>
      <w:r>
        <w:t>Only the words that he said: “Master of the world”</w:t>
      </w:r>
    </w:p>
    <w:p>
      <w:r>
        <w:t>{Th.. th.. who stood}, that Rabbainu said: “Hashem is great, Hashem is great, and we know nothing at all”</w:t>
      </w:r>
    </w:p>
    <w:p>
      <w:r>
        <w:t>In this are included the entire Torah and all Yisroel and all, and all that passed and all that will pass</w:t>
      </w:r>
    </w:p>
    <w:p>
      <w:r>
        <w:t>Everything is i.. {in these} words, he spoke briefly</w:t>
      </w:r>
    </w:p>
    <w:p>
      <w:r>
        <w:t>“Hashem is great, and we know nothing at all”</w:t>
      </w:r>
    </w:p>
    <w:p>
      <w:r>
        <w:t>{..}…</w:t>
      </w:r>
    </w:p>
    <w:p>
      <w:r>
        <w:t>...Such a “Likutay Moharan,” does it exist in the world, since the day the world was created?</w:t>
      </w:r>
    </w:p>
    <w:p>
      <w:r>
        <w:t>L.. such a “Likutay Tefilos,” does it exist in the world?</w:t>
      </w:r>
    </w:p>
    <w:p>
      <w:r>
        <w:t>Who can say that there is {in the world} even one utterance from the “Likutay Tefilos”?</w:t>
      </w:r>
    </w:p>
    <w:p>
      <w:r>
        <w:t>Such truth, such Torah, such a “Likutay Tefilos,” has not yet been in the world</w:t>
      </w:r>
    </w:p>
    <w:p>
      <w:r>
        <w:t>{Ah, ah, ho, and..} and there is more to speak, speak, speak</w:t>
      </w:r>
    </w:p>
    <w:p>
      <w:r>
        <w:t>This is not even a drop from the sea</w:t>
      </w:r>
    </w:p>
    <w:p>
      <w:r>
        <w:t>And the matter of his greatness and the essence of his greatness, that he can help us, {..}</w:t>
      </w:r>
    </w:p>
    <w:p>
      <w:r>
        <w:t>Such sick people, I can help even a sick person who has no cure, {then} I can heal him</w:t>
      </w:r>
    </w:p>
    <w:p>
      <w:r>
        <w:t>If we had known of this, believed in this, it was, we would have been holy tzaddikim; what had never been in the world already exists in the world, “Likutay Moharan,” Mashiach will give a commentary on it</w:t>
      </w:r>
    </w:p>
    <w:p>
      <w:r>
        <w:t>There is already “Likutay Moharan”</w:t>
      </w:r>
    </w:p>
    <w:p>
      <w:r>
        <w:t>There is already “Likutay Tefilos”</w:t>
      </w:r>
    </w:p>
    <w:p>
      <w:r>
        <w:t>There is already “Likutay Halachos”</w:t>
      </w:r>
    </w:p>
    <w:p>
      <w:r>
        <w:t>There is already “Likutay Eitzos”</w:t>
      </w:r>
    </w:p>
    <w:p>
      <w:r>
        <w:t>There is already {“Sichos,” what there is}</w:t>
      </w:r>
    </w:p>
    <w:p>
      <w:r>
        <w:t>Every {utterance}, all the great ones throughout the world will fall, will be ashamed, {yes}</w:t>
      </w:r>
    </w:p>
    <w:p>
      <w:r>
        <w:t>“What is this? Where were we? We had Rebbe Nachman of Breslov and we knew nothing at all”…</w:t>
      </w:r>
    </w:p>
    <w:p>
      <w:r>
        <w:t>...Perhaps there is a fresh egg that will be hot with olive oil and with a piece of bread</w:t>
      </w:r>
    </w:p>
    <w:p>
      <w:r>
        <w:t>{. . .}, ah.. a roll and.. whatever there is</w:t>
      </w:r>
    </w:p>
    <w:p>
      <w:r>
        <w:t>{Oy, oy, oy, oy, oy, oy, oy}</w:t>
      </w:r>
    </w:p>
    <w:p>
      <w:r>
        <w:t>I {..} and the children were {in danger, that all of them}, like Rebbe Nassan, like by Rebbe Nassan {writes ...}</w:t>
      </w:r>
    </w:p>
    <w:p>
      <w:r>
        <w:t>Rebbe Nassan went {to buy, to..}, to print “Likutay Halachos”</w:t>
      </w:r>
    </w:p>
    <w:p>
      <w:r>
        <w:t>And he did not even have for the expenses {to travel}, and so he traveled and printed “Likutay Halachos”</w:t>
      </w:r>
    </w:p>
    <w:p>
      <w:r>
        <w:t>And the wife of Rebbe Nassan, of Rebbe Nachman of Tulchin, she wrote to Rebbe Nassan:</w:t>
      </w:r>
    </w:p>
    <w:p>
      <w:r>
        <w:t>“Know that I.., you will find us dead from hunger, no, we have no..</w:t>
      </w:r>
    </w:p>
    <w:p>
      <w:r>
        <w:t>Nachman traveled and did not leave even one penny, and we have no bread”</w:t>
      </w:r>
    </w:p>
    <w:p>
      <w:r>
        <w:t>Then he wrote to Rebbe Nassan, that he should make another pocket and give for bread for {..}</w:t>
      </w:r>
    </w:p>
    <w:p>
      <w:r>
        <w:t>For the children of, of Rebbe Nachman of Tulchin</w:t>
      </w:r>
    </w:p>
    <w:p>
      <w:r>
        <w:t>{This is how the…. were printed}, this is how the “Likutay Halachos” was printed</w:t>
      </w:r>
    </w:p>
    <w:p>
      <w:r>
        <w:t>I {..} Rebbe Nachman, Rebbe Alfandari, the Rav, Rav Alfandari was the gaon of the generation</w:t>
      </w:r>
    </w:p>
    <w:p>
      <w:r>
        <w:t>And he asked the administrators of the yeshiva to give me bread for the children</w:t>
      </w:r>
    </w:p>
    <w:p>
      <w:r>
        <w:t>And they said: “No, not to Yisroel Ber, he studies Breslov books, we will not give him anything”</w:t>
      </w:r>
    </w:p>
    <w:p>
      <w:r>
        <w:t>Rav Moshe, Rav Moshe Kliers, yes, afterwards he became ill and passed away</w:t>
      </w:r>
    </w:p>
    <w:p>
      <w:r>
        <w:t>He was the head of the yeshiva, and everything was in the hand, in his hand, yes</w:t>
      </w:r>
    </w:p>
    <w:p>
      <w:r>
        <w:t>{Yes, and that is it, and.. yes, and..}</w:t>
      </w:r>
    </w:p>
    <w:p>
      <w:r>
        <w:t>His administrator said: “Rav Moshe does not want to give them anything, he studies Breslov books in the yeshiva”…</w:t>
      </w:r>
    </w:p>
    <w:p>
      <w:r>
        <w:t>...{He was} a young man of thirty or less, yes, a young man</w:t>
      </w:r>
    </w:p>
    <w:p>
      <w:r>
        <w:t>And he spoke about Rebbe Nassan and about our holy Rabbainu, he spoke lashon hara</w:t>
      </w:r>
    </w:p>
    <w:p>
      <w:r>
        <w:t>Oh, what he suffered, oy vey, oy vey, oy vey, what he saw and what he suffered {for this}</w:t>
      </w:r>
    </w:p>
    <w:p>
      <w:r>
        <w:t>For having disgraced the tzaddik</w:t>
      </w:r>
    </w:p>
    <w:p>
      <w:r>
        <w:t>Who can estimate this?</w:t>
      </w:r>
    </w:p>
    <w:p>
      <w:r>
        <w:t>What he suffered</w:t>
      </w:r>
    </w:p>
    <w:p>
      <w:r>
        <w:t>All, {there was all ..…}, th.. all the dollars of America were in his hand</w:t>
      </w:r>
    </w:p>
    <w:p>
      <w:r>
        <w:t>And I had no bread, no, neither I nor my little children, I had no bread to eat</w:t>
      </w:r>
    </w:p>
    <w:p>
      <w:r>
        <w:t>I do not {...}, I am ashamed to tell it, but the truth is like this</w:t>
      </w:r>
    </w:p>
    <w:p>
      <w:r>
        <w:t>Ah</w:t>
      </w:r>
    </w:p>
    <w:p>
      <w:r>
        <w:t>[……..]…</w:t>
      </w:r>
    </w:p>
    <w:p>
      <w:r>
        <w:t>...I walked from Meah Shearim {….} to Shaarei Chesed with, with, with sick legs, and I asked:</w:t>
      </w:r>
    </w:p>
    <w:p>
      <w:r>
        <w:t>“I need bread for children”</w:t>
      </w:r>
    </w:p>
    <w:p>
      <w:r>
        <w:t>And there was no one who would give me; I, I returned and I had nothing, no bread and no money and nothing</w:t>
      </w:r>
    </w:p>
    <w:p>
      <w:r>
        <w:t>I returned home, and I saw that the children wanted bread and were crying: “Bread, bread, bread”</w:t>
      </w:r>
    </w:p>
    <w:p>
      <w:r>
        <w:t>And there was no one who would have compassion and give me bread, only</w:t>
      </w:r>
    </w:p>
    <w:p>
      <w:r>
        <w:t>There was great danger, we all were, I do not know how I r.., how we remained alive</w:t>
      </w:r>
    </w:p>
    <w:p>
      <w:r>
        <w:t>One child, six years old, sh.. one child, a little child, one child, he m.. died of hunger</w:t>
      </w:r>
    </w:p>
    <w:p>
      <w:r>
        <w:t>He became swollen like this and he died</w:t>
      </w:r>
    </w:p>
    <w:p>
      <w:r>
        <w:t>{The heart aches}, my first child, passed away from hunger</w:t>
      </w:r>
    </w:p>
    <w:p>
      <w:r>
        <w:t>Who can estimate? Who can tell?</w:t>
      </w:r>
    </w:p>
    <w:p>
      <w:r>
        <w:t>But this was, now I see that it is good, good and good…</w:t>
      </w:r>
    </w:p>
    <w:p>
      <w:r>
        <w:t>...I tasted the taste, how children cry, {come} and cry: “Bread, bread, bread”</w:t>
      </w:r>
    </w:p>
    <w:p>
      <w:r>
        <w:t>And no, no n.., and I had nothing to give them</w:t>
      </w:r>
    </w:p>
    <w:p>
      <w:r>
        <w:t>This taste is more {than shame}, a little child asks for bread, and I had nothing to give him, like this, a piece of bread, some piece, just a piece, so that he would feel the taste of bread…</w:t>
      </w:r>
    </w:p>
    <w:p>
      <w:r>
        <w:t>...[Rebbe Yisroel, he asks whether “Sichos Haran,” {if\with} “Chayei Moharan”]</w:t>
      </w:r>
    </w:p>
    <w:p>
      <w:r>
        <w:t>Ah?</w:t>
      </w:r>
    </w:p>
    <w:p>
      <w:r>
        <w:t>[Rebbe Yisroel, he asks whether “Sichos Haran”]</w:t>
      </w:r>
    </w:p>
    <w:p>
      <w:r>
        <w:t>“Sichos Haran,” “Chayei Moharan”</w:t>
      </w:r>
    </w:p>
    <w:p>
      <w:r>
        <w:t>[Whether it is like “Likutay Moharan”?]</w:t>
      </w:r>
    </w:p>
    <w:p>
      <w:r>
        <w:t>What there is there, days, the great sea would not provide enough ink to write, to write about, about the greatness of Rabbainu, of blessed memory</w:t>
      </w:r>
    </w:p>
    <w:p>
      <w:r>
        <w:t>That he was i.., in such a world</w:t>
      </w:r>
    </w:p>
    <w:p>
      <w:r>
        <w:t>And I was only {drawn close}, and they said:</w:t>
      </w:r>
    </w:p>
    <w:p>
      <w:r>
        <w:t>“It is forbidden to give him bread for.., it is forbidden to give him bread</w:t>
      </w:r>
    </w:p>
    <w:p>
      <w:r>
        <w:t>He studies all day and all {the night} ‘Likutay Halachos’..”</w:t>
      </w:r>
    </w:p>
    <w:p>
      <w:r>
        <w:t>[…...]</w:t>
      </w:r>
    </w:p>
    <w:p>
      <w:r>
        <w:t>“He studies at night with Rebbe Yisroel ‘Likutay Halachos,’ at night</w:t>
      </w:r>
    </w:p>
    <w:p>
      <w:r>
        <w:t>We study Gemara all day and sleep at night</w:t>
      </w:r>
    </w:p>
    <w:p>
      <w:r>
        <w:t>And they studied ‘Likutay Halachos’ at night, and we sleep</w:t>
      </w:r>
    </w:p>
    <w:p>
      <w:r>
        <w:t>If we had not been sleeping, they would not have allowed them {..} to study ‘Likutay Halachos’..”</w:t>
      </w:r>
    </w:p>
    <w:p>
      <w:r>
        <w:t>But they were sleeping…</w:t>
      </w:r>
    </w:p>
    <w:p>
      <w:r>
        <w:t>...When day came and the children opened their mouths: “Bread, bread, bread”</w:t>
      </w:r>
    </w:p>
    <w:p>
      <w:r>
        <w:t>And I had no bread to give them, oy, what a taste this is</w:t>
      </w:r>
    </w:p>
    <w:p>
      <w:r>
        <w:t>One child, one year old, passed away; then he became swollen, and {the body} became like gold, and became swollen</w:t>
      </w:r>
    </w:p>
    <w:p>
      <w:r>
        <w:t>Until his soul departed, until his soul departed from hunger</w:t>
      </w:r>
    </w:p>
    <w:p>
      <w:r>
        <w:t>Such a thing is not heard of in the world…</w:t>
      </w:r>
    </w:p>
    <w:p>
      <w:r>
        <w:t>...{Exaggerating}, I am not lying, I am not exaggerating and not lying</w:t>
      </w:r>
    </w:p>
    <w:p>
      <w:r>
        <w:t>I am not {..} able t.. to tell and describe the situation as it was…</w:t>
      </w:r>
    </w:p>
    <w:p>
      <w:r>
        <w:t>...[Rebbe Yisroel, the friend, is asking]</w:t>
      </w:r>
    </w:p>
    <w:p>
      <w:r>
        <w:t>Ah?</w:t>
      </w:r>
    </w:p>
    <w:p>
      <w:r>
        <w:t>[He is asking, Yisroel our friend, Yisroel here, he is asking</w:t>
      </w:r>
    </w:p>
    <w:p>
      <w:r>
        <w:t>Whether it is possible to take what is written in “Likutay Halachos” as practical halacha]</w:t>
      </w:r>
    </w:p>
    <w:p>
      <w:r>
        <w:t>Ah?</w:t>
      </w:r>
    </w:p>
    <w:p>
      <w:r>
        <w:t>[He is asking whether the halachos that Rebbe Nassan brings in “Likutay Halachos”</w:t>
      </w:r>
    </w:p>
    <w:p>
      <w:r>
        <w:t>Whether this is practical halacha for us? Definitive halachos that he brings..]</w:t>
      </w:r>
    </w:p>
    <w:p>
      <w:r>
        <w:t>For all generations, for all eternity, for all generations, and it will not be enough to tell and describe what we suffered</w:t>
      </w:r>
    </w:p>
    <w:p>
      <w:r>
        <w:t>We were in lowliness, more than Jews among the gentiles, in great lowliness, in great disgrace</w:t>
      </w:r>
    </w:p>
    <w:p>
      <w:r>
        <w:t>“What? He studies ‘Likutay Halachos’ of Rebbe Nassan”</w:t>
      </w:r>
    </w:p>
    <w:p>
      <w:r>
        <w:t>I, boruch Hashem, overcame and withstood {the trial}, such disgrace, a one-year-old child passed away {..}</w:t>
      </w:r>
    </w:p>
    <w:p>
      <w:r>
        <w:t>And he {…}, he became like, like a mountain, yes, his body from hunger</w:t>
      </w:r>
    </w:p>
    <w:p>
      <w:r>
        <w:t>And he, he died, a child {of mine\one year old}…</w:t>
      </w:r>
    </w:p>
    <w:p>
      <w:r>
        <w:t>...To describe and tell, to speak so much, to tell a drop from the sea</w:t>
      </w:r>
    </w:p>
    <w:p>
      <w:r>
        <w:t>What {...}, that we suffered from the fact that he is “Breslov,” only that he.., only that he is “Breslov”…</w:t>
      </w:r>
    </w:p>
    <w:p>
      <w:r>
        <w:t>...[Whether the halachos that Rebbe Nassan brings in “Likutay Halachos”</w:t>
      </w:r>
    </w:p>
    <w:p>
      <w:r>
        <w:t>This is halacha.., whether this is definitive halacha for us?]</w:t>
      </w:r>
    </w:p>
    <w:p>
      <w:r>
        <w:t>Ah?</w:t>
      </w:r>
    </w:p>
    <w:p>
      <w:r>
        <w:t>[He is asking, Yisroel is asking, whether the halachos that Rebbe Nassan brings in “Likutay Halachos”</w:t>
      </w:r>
    </w:p>
    <w:p>
      <w:r>
        <w:t>This is definitive halacha for us? Is this practical halacha?]</w:t>
      </w:r>
    </w:p>
    <w:p>
      <w:r>
        <w:t>There are no words, there are no words {t.. to speak, to speak from the utterance}, to speak im.., there is none</w:t>
      </w:r>
    </w:p>
    <w:p>
      <w:r>
        <w:t>It is impossible to tell {and desc..}.., and to describe and speak of this</w:t>
      </w:r>
    </w:p>
    <w:p>
      <w:r>
        <w:t>However much you hear, it is still not like a drop from the sea…</w:t>
      </w:r>
    </w:p>
    <w:p>
      <w:r>
        <w:t>...{About every ascent}, what the “Likutay Halachos” and “Likutay Moharan”</w:t>
      </w:r>
    </w:p>
    <w:p>
      <w:r>
        <w:t>I do not know how, how it came about {in this world today}, how it came about</w:t>
      </w:r>
    </w:p>
    <w:p>
      <w:r>
        <w:t>We laughed at everyone; we {laughed at them}…</w:t>
      </w:r>
    </w:p>
    <w:p>
      <w:r>
        <w:t>...{..}...</w:t>
      </w:r>
    </w:p>
    <w:p>
      <w:r>
        <w:t>...[….]</w:t>
      </w:r>
    </w:p>
    <w:p>
      <w:r>
        <w:t>In Teveria and in Tzfas and in Yerushalayim, there were two Breslovers, Yis.., Rebbe Yisroel (Kardonner) and Yisroel Ber</w:t>
      </w:r>
    </w:p>
    <w:p>
      <w:r>
        <w:t>And I.., and…</w:t>
      </w:r>
    </w:p>
    <w:p>
      <w:pPr>
        <w:pStyle w:val="Heading2"/>
      </w:pPr>
      <w:r>
        <w:t>Side B (Bais)</w:t>
      </w:r>
    </w:p>
    <w:p>
      <w:r>
        <w:t>...{..} But in our hearts we laughed at them {well}…</w:t>
      </w:r>
    </w:p>
    <w:p>
      <w:r>
        <w:t>...A one-year-old child, my first child, passed away from hunger</w:t>
      </w:r>
    </w:p>
    <w:p>
      <w:r>
        <w:t>How much weeping he wept: "Bread, bread, bread"</w:t>
      </w:r>
    </w:p>
    <w:p>
      <w:r>
        <w:t>So, so it was, and he became no, no, what is it called?</w:t>
      </w:r>
    </w:p>
    <w:p>
      <w:r>
        <w:t>He became like this, like a mountain, his body became like {a river} from hunger, yes</w:t>
      </w:r>
    </w:p>
    <w:p>
      <w:r>
        <w:t>And he cried until he died: "Bread, bread, bread"</w:t>
      </w:r>
    </w:p>
    <w:p>
      <w:r>
        <w:t>There will be what to tell, a story, what to tell, {what to speak}, about his people, about my people</w:t>
      </w:r>
    </w:p>
    <w:p>
      <w:r>
        <w:t>Our holy Rabbainu said:</w:t>
      </w:r>
    </w:p>
    <w:p>
      <w:r>
        <w:t>"There will be what to speak and what to tell about my people, who my people are"...</w:t>
      </w:r>
    </w:p>
    <w:p>
      <w:r>
        <w:t>...Oy, I, and now I laugh, I cried, a one-year-old died by me from hunger</w:t>
      </w:r>
    </w:p>
    <w:p>
      <w:r>
        <w:t>And he became swollen, swollen like a mountain from hunger</w:t>
      </w:r>
    </w:p>
    <w:p>
      <w:r>
        <w:t>I do not exaggerate and I do not lie, chas v'shalom</w:t>
      </w:r>
    </w:p>
    <w:p>
      <w:r>
        <w:t>This is still not, is not yet {...}, like a drop from the sea of what I suffered</w:t>
      </w:r>
    </w:p>
    <w:p>
      <w:r>
        <w:t>{The name of} Breslov, we did not have women to marry {you}</w:t>
      </w:r>
    </w:p>
    <w:p>
      <w:r>
        <w:t>All the women did not want, did not want Breslov</w:t>
      </w:r>
    </w:p>
    <w:p>
      <w:r>
        <w:t>"What, Breslov, they need neither money nor honor nor anything, why get married?”…</w:t>
      </w:r>
    </w:p>
    <w:p>
      <w:r>
        <w:t>...Now I laugh, but then I did not laugh</w:t>
      </w:r>
    </w:p>
    <w:p>
      <w:r>
        <w:t>I suffered what there is no such thing in the world, such a death</w:t>
      </w:r>
    </w:p>
    <w:p>
      <w:r>
        <w:t>{…}, such, such, such, there is not, there is not in the world, only, only for Breslov</w:t>
      </w:r>
    </w:p>
    <w:p>
      <w:r>
        <w:t>Hunger was created only for Breslov, and all the troubles and suffering for Breslov</w:t>
      </w:r>
    </w:p>
    <w:p>
      <w:r>
        <w:t>Let us see {..} what soldiers they are, they, what heroes they are…</w:t>
      </w:r>
    </w:p>
    <w:p>
      <w:r>
        <w:t>...{…} I saw that he died every day, each and every day</w:t>
      </w:r>
    </w:p>
    <w:p>
      <w:r>
        <w:t>Not only did he d.., he died at {six} years old</w:t>
      </w:r>
    </w:p>
    <w:p>
      <w:r>
        <w:t>{Six} years, every day, every day he dies, every day he dies {.…}</w:t>
      </w:r>
    </w:p>
    <w:p>
      <w:r>
        <w:t>And he suffered such hunger, hunger, "Bread, bread, bread, bread"…</w:t>
      </w:r>
    </w:p>
    <w:p>
      <w:r>
        <w:t>...My father-in-law would beat Rebbe Yisroel, and tore out his beard, yes</w:t>
      </w:r>
    </w:p>
    <w:p>
      <w:r>
        <w:t>"What is this? What do you want from my son-in-law? What is this? That he should be Breslov?</w:t>
      </w:r>
    </w:p>
    <w:p>
      <w:r>
        <w:t>What? I will not {stop}, I have Arabs who will kill you on the way {to..}..</w:t>
      </w:r>
    </w:p>
    <w:p>
      <w:r>
        <w:t>When you go to Meron, they will kill you on the way"</w:t>
      </w:r>
    </w:p>
    <w:p>
      <w:r>
        <w:t>They said {to us} to Rebbe Yisroel (Kardonner)</w:t>
      </w:r>
    </w:p>
    <w:p>
      <w:r>
        <w:t>"They will kill you, leave {…} my son-in-law.. leave him.."…</w:t>
      </w:r>
    </w:p>
    <w:p>
      <w:r>
        <w:t>...And when the whole world sees the worth of my people</w:t>
      </w:r>
    </w:p>
    <w:p>
      <w:r>
        <w:t>That they are ready to sacrifice {their lives\everything} for the truth</w:t>
      </w:r>
    </w:p>
    <w:p>
      <w:r>
        <w:t>They were hero.. what heroes they are, ch.., they, Breslover Chassidim, what heroes they are</w:t>
      </w:r>
    </w:p>
    <w:p>
      <w:r>
        <w:t>What geniuses they are, but not, not, without a name, without noise…</w:t>
      </w:r>
    </w:p>
    <w:p>
      <w:r>
        <w:t>...They are all under the stones, all the opponents, only I remained alone</w:t>
      </w:r>
    </w:p>
    <w:p>
      <w:r>
        <w:t>I remained only one, alone, everyone died, only I {..} remained alone, one hundred years old</w:t>
      </w:r>
    </w:p>
    <w:p>
      <w:r>
        <w:t>There is no {...} one hundred years, there is no ninety years old, yes</w:t>
      </w:r>
    </w:p>
    <w:p>
      <w:r>
        <w:t>Everyone who came to Rabbainu for Rosh Hashanah had great miracles, how he remained alive</w:t>
      </w:r>
    </w:p>
    <w:p>
      <w:r>
        <w:t>And boruch Hashem, everyone returned {..} in peace…</w:t>
      </w:r>
    </w:p>
    <w:p>
      <w:r>
        <w:t>...They, and they laughed at them, "They are Breslov"</w:t>
      </w:r>
    </w:p>
    <w:p>
      <w:r>
        <w:t>They threw stones, "This is Breslov," yes</w:t>
      </w:r>
    </w:p>
    <w:p>
      <w:r>
        <w:t>They saw a Breslover Chassid, they threw stones at him, that he should die</w:t>
      </w:r>
    </w:p>
    <w:p>
      <w:r>
        <w:t>"Why Breslov? Why should he live?”</w:t>
      </w:r>
    </w:p>
    <w:p>
      <w:r>
        <w:t>"If Breslov? It is better that he die than be Breslov"…</w:t>
      </w:r>
    </w:p>
    <w:p>
      <w:r>
        <w:t>...(Saba laughs)...</w:t>
      </w:r>
    </w:p>
    <w:p>
      <w:r>
        <w:t>...{..laughs}, but then I cried, my son lies, one year old, he dies, he dies from hunger</w:t>
      </w:r>
    </w:p>
    <w:p>
      <w:r>
        <w:t>I do not lie and do not exaggerate</w:t>
      </w:r>
    </w:p>
    <w:p>
      <w:r>
        <w:t>And every night, and every night he cried the entire night: "Bread, bread, bread"</w:t>
      </w:r>
    </w:p>
    <w:p>
      <w:r>
        <w:t>The entire night he cried, I hear, and still I have nothing to give him</w:t>
      </w:r>
    </w:p>
    <w:p>
      <w:r>
        <w:t>Who can speak and tell what passed over "Breslov"?…</w:t>
      </w:r>
    </w:p>
    <w:p>
      <w:r>
        <w:t>...And there will be the resurrection of the dead…</w:t>
      </w:r>
    </w:p>
    <w:p>
      <w:r>
        <w:t>...The whole world will travel, {..}, the whole world will come, {they . .} to our holy Rabbainu for Rosh Hashanah</w:t>
      </w:r>
    </w:p>
    <w:p>
      <w:r>
        <w:t>And how will it be and.. what will be…</w:t>
      </w:r>
    </w:p>
    <w:p>
      <w:r>
        <w:t>...{Ah}..</w:t>
      </w:r>
    </w:p>
    <w:p>
      <w:r>
        <w:t>If so, there is no need to travel to Uman</w:t>
      </w:r>
    </w:p>
    <w:p>
      <w:r>
        <w:t>[Yes, certainly]</w:t>
      </w:r>
    </w:p>
    <w:p>
      <w:r>
        <w:t>It will be Yerushalayim</w:t>
      </w:r>
    </w:p>
    <w:p>
      <w:r>
        <w:t>{..} Only there needs to be a place for the whole world, so that they will have where, where to stand, {..}…</w:t>
      </w:r>
    </w:p>
    <w:p>
      <w:r>
        <w:t>...What, what was done was done and not, and the thing was not done</w:t>
      </w:r>
    </w:p>
    <w:p>
      <w:r>
        <w:t>All the heretics and all the Zionists, they, they hoped that our holy Rabbainu would be in Yerushalayim, and the whole world would come</w:t>
      </w:r>
    </w:p>
    <w:p>
      <w:r>
        <w:t>And great miracles and wonders would be performed…</w:t>
      </w:r>
    </w:p>
    <w:p>
      <w:r>
        <w:t>...{Ah}.. ah.. ah.. ah.. ah.. ah.. ah..</w:t>
      </w:r>
    </w:p>
    <w:p>
      <w:r>
        <w:t>{He says that he has a profit (gain) here}</w:t>
      </w:r>
    </w:p>
    <w:p>
      <w:r>
        <w:t>All the airplanes will not suffice, however many there are in the world will not suffice for the whole world, everyone is coming to.. to Yerushalayim</w:t>
      </w:r>
    </w:p>
    <w:p>
      <w:r>
        <w:t>{..}</w:t>
      </w:r>
    </w:p>
    <w:p>
      <w:r>
        <w:t>[…….]</w:t>
      </w:r>
    </w:p>
    <w:p>
      <w:r>
        <w:t>[Will there be a beautiful wedding? Rebbe Yisroel]</w:t>
      </w:r>
    </w:p>
    <w:p>
      <w:r>
        <w:t>Ohh.. what a wedding we will have…</w:t>
      </w:r>
    </w:p>
    <w:p>
      <w:r>
        <w:t>...I cannot laugh so much, I have no strength</w:t>
      </w:r>
    </w:p>
    <w:p>
      <w:r>
        <w:t>[Hashem will give strength..]…</w:t>
      </w:r>
    </w:p>
    <w:p>
      <w:r>
        <w:t>...Will the whole world travel to Uman?</w:t>
      </w:r>
    </w:p>
    <w:p>
      <w:r>
        <w:t>[No]</w:t>
      </w:r>
    </w:p>
    <w:p>
      <w:r>
        <w:t>The whole world will travel to Yerushalayim</w:t>
      </w:r>
    </w:p>
    <w:p>
      <w:r>
        <w:t>[Yes]</w:t>
      </w:r>
    </w:p>
    <w:p>
      <w:r>
        <w:t>{{…}}, if not Yerushalayim, then Uman, either Yerushalayim, or Uman…</w:t>
      </w:r>
    </w:p>
    <w:p>
      <w:r>
        <w:t>...{Do not worry}, I was in Uman, two years ago {..} and a year ago I was in Uman</w:t>
      </w:r>
    </w:p>
    <w:p>
      <w:r>
        <w:t>And this year perhaps we will be in Yerushalayim, ah.. we will see…</w:t>
      </w:r>
    </w:p>
    <w:p>
      <w:r>
        <w:t>...For all, ah.. l.. for all the.. the.. {kites}, for all the airplanes that will come to take us to.. to Yerushalayim, they will come without money, and whoever wants, ah.. Uman, {{. .}}, will board the airplane without money...</w:t>
      </w:r>
    </w:p>
    <w:p>
      <w:r>
        <w:t>...[…]...</w:t>
      </w:r>
    </w:p>
    <w:p>
      <w:r>
        <w:t>...{..} And not, not to do like this…</w:t>
      </w:r>
    </w:p>
    <w:p>
      <w:r>
        <w:t>...This, this is the opposite of the Torah, the Torah warns us to give {..}, to give honor to a woman</w:t>
      </w:r>
    </w:p>
    <w:p>
      <w:r>
        <w:t>Honor, all the honor to a woman</w:t>
      </w:r>
    </w:p>
    <w:p>
      <w:r>
        <w:t>[Yes]</w:t>
      </w:r>
    </w:p>
    <w:p>
      <w:r>
        <w:t>And.. and.. but.. and this is in the way of the Torah, but not like this…</w:t>
      </w:r>
    </w:p>
    <w:p>
      <w:r>
        <w:t>...This is not the way of the Torah, go, that he should go, he should go from us…</w:t>
      </w:r>
    </w:p>
    <w:p>
      <w:r>
        <w:t>...{..}…</w:t>
      </w:r>
    </w:p>
    <w:p>
      <w:r>
        <w:t>...[Saba and the friends sing:</w:t>
      </w:r>
    </w:p>
    <w:p>
      <w:r>
        <w:t>"I shall arrange the meal for the morning of Shabbos.."</w:t>
      </w:r>
    </w:p>
    <w:p>
      <w:r>
        <w:t>Afterward they sing:</w:t>
      </w:r>
    </w:p>
    <w:p>
      <w:r>
        <w:t>"Chai Hashem uvaruch tzuri.."</w:t>
      </w:r>
    </w:p>
    <w:p>
      <w:r>
        <w:t>Afterward they sing:</w:t>
      </w:r>
    </w:p>
    <w:p>
      <w:r>
        <w:t>"Na Nach Nachma Nachman MeUman.."]</w:t>
      </w:r>
    </w:p>
    <w:p>
      <w:r>
        <w:t>Ah, ah</w:t>
      </w:r>
    </w:p>
    <w:p>
      <w:r>
        <w:t>[…..]…</w:t>
      </w:r>
    </w:p>
    <w:p>
      <w:r>
        <w:t>...Amulets, who can write them?</w:t>
      </w:r>
    </w:p>
    <w:p>
      <w:r>
        <w:t>[Do you want me to write them? Saba]</w:t>
      </w:r>
    </w:p>
    <w:p>
      <w:r>
        <w:t>No, no</w:t>
      </w:r>
    </w:p>
    <w:p>
      <w:r>
        <w:t>[No?]</w:t>
      </w:r>
    </w:p>
    <w:p>
      <w:r>
        <w:t>I have already forgotten</w:t>
      </w:r>
    </w:p>
    <w:p>
      <w:r>
        <w:t>[Do you want me to write them?]</w:t>
      </w:r>
    </w:p>
    <w:p>
      <w:r>
        <w:t>Good</w:t>
      </w:r>
    </w:p>
    <w:p>
      <w:r>
        <w:t>[Yes?]</w:t>
      </w:r>
    </w:p>
    <w:p>
      <w:r>
        <w:t>Yes, yes</w:t>
      </w:r>
    </w:p>
    <w:p>
      <w:r>
        <w:t>[With God's help, yes, Saba]</w:t>
      </w:r>
    </w:p>
    <w:p>
      <w:r>
        <w:t>Yes, they already want to buy them, they say that it protects them</w:t>
      </w:r>
    </w:p>
    <w:p>
      <w:r>
        <w:t>[Do I give them to you, or do I sell them to you?]</w:t>
      </w:r>
    </w:p>
    <w:p>
      <w:r>
        <w:t>{…}, I do not, I have no strength</w:t>
      </w:r>
    </w:p>
    <w:p>
      <w:r>
        <w:t>Write them and sell them to them, whoever wants will buy</w:t>
      </w:r>
    </w:p>
    <w:p>
      <w:r>
        <w:t>[Good, Saba..]…</w:t>
      </w:r>
    </w:p>
    <w:p>
      <w:r>
        <w:t>...[Do they believe in "Na Nach"?]</w:t>
      </w:r>
    </w:p>
    <w:p>
      <w:r>
        <w:t>Ah?</w:t>
      </w:r>
    </w:p>
    <w:p>
      <w:r>
        <w:t>[Is there an inyan?]</w:t>
      </w:r>
    </w:p>
    <w:p>
      <w:r>
        <w:t>Is there?</w:t>
      </w:r>
    </w:p>
    <w:p>
      <w:r>
        <w:t>[An inyan, that they, that they believe in.. in the Petek? The Druze, is it good that they believe in the Petek?] Ah, certainly</w:t>
      </w:r>
    </w:p>
    <w:p>
      <w:r>
        <w:t>[Pshh..]…</w:t>
      </w:r>
    </w:p>
    <w:p>
      <w:r>
        <w:t>...{...}…</w:t>
      </w:r>
    </w:p>
    <w:p>
      <w:r>
        <w:t>...Now the time has arrived for the complete redemption that will be, that will be with great miracles and wonders</w:t>
      </w:r>
    </w:p>
    <w:p>
      <w:r>
        <w:t>Before the eyes of all the nations, before the eyes of the whole world</w:t>
      </w:r>
    </w:p>
    <w:p>
      <w:r>
        <w:t>Dread and fear will fall upon them, upon all the nations, because of Israel, from Israel, yes</w:t>
      </w:r>
    </w:p>
    <w:p>
      <w:r>
        <w:t>And there will be wondrous news, this is wondrous news, {new}..</w:t>
      </w:r>
    </w:p>
    <w:p>
      <w:r>
        <w:t>..{..}, many kindnesses, many miracles</w:t>
      </w:r>
    </w:p>
    <w:p>
      <w:r>
        <w:t>{….} from us</w:t>
      </w:r>
    </w:p>
    <w:p>
      <w:r>
        <w:t>Nu, has Abba come? Not yet</w:t>
      </w:r>
    </w:p>
    <w:p>
      <w:r>
        <w:t>[He has not arrived yet]…</w:t>
      </w:r>
    </w:p>
    <w:p>
      <w:r>
        <w:t>...[The light of the Tzaddik needs to spread throughout the whole world now]</w:t>
      </w:r>
    </w:p>
    <w:p>
      <w:r>
        <w:t>Yes</w:t>
      </w:r>
    </w:p>
    <w:p>
      <w:r>
        <w:t>[Yes, yes, now, now th.., now, now that the messiah fal.., the false messiah arose]</w:t>
      </w:r>
    </w:p>
    <w:p>
      <w:r>
        <w:t>{..}</w:t>
      </w:r>
    </w:p>
    <w:p>
      <w:r>
        <w:t>[Now that the false messiah arose]</w:t>
      </w:r>
    </w:p>
    <w:p>
      <w:r>
        <w:t>Yes</w:t>
      </w:r>
    </w:p>
    <w:p>
      <w:r>
        <w:t>[Then the light of the Tzaddik will spread]…</w:t>
      </w:r>
    </w:p>
    <w:p>
      <w:r>
        <w:t>...[Outside, outside on every vehicle there is "Na Nach Nachma Nachman MeUman"]</w:t>
      </w:r>
    </w:p>
    <w:p>
      <w:r>
        <w:t>Yes, yes</w:t>
      </w:r>
    </w:p>
    <w:p>
      <w:r>
        <w:t>[Yes, on every vehicle outside now, everyone asks, "What is this? Who is this? Mo is this? What?..”]..</w:t>
      </w:r>
    </w:p>
    <w:p>
      <w:r>
        <w:t>...["Na Nach" will conquer the whole world, the "Na Nach"]</w:t>
      </w:r>
    </w:p>
    <w:p>
      <w:r>
        <w:t>{Yes}</w:t>
      </w:r>
    </w:p>
    <w:p>
      <w:r>
        <w:t>[The name of the Tzaddik]…</w:t>
      </w:r>
    </w:p>
    <w:p>
      <w:r>
        <w:t>...[Secular Jews, secular Jews]</w:t>
      </w:r>
    </w:p>
    <w:p>
      <w:r>
        <w:t>Yes</w:t>
      </w:r>
    </w:p>
    <w:p>
      <w:r>
        <w:t>[They put it in the car]</w:t>
      </w:r>
    </w:p>
    <w:p>
      <w:r>
        <w:t>Ah? Yes?</w:t>
      </w:r>
    </w:p>
    <w:p>
      <w:r>
        <w:t>[Yes, yes, yes]</w:t>
      </w:r>
    </w:p>
    <w:p>
      <w:r>
        <w:t>[…...]</w:t>
      </w:r>
    </w:p>
    <w:p>
      <w:r>
        <w:t>[Someone spoke with a taxi driver, a taxi driver]</w:t>
      </w:r>
    </w:p>
    <w:p>
      <w:r>
        <w:t>Nu</w:t>
      </w:r>
    </w:p>
    <w:p>
      <w:r>
        <w:t>[So there was, there was a sticker of "Na Nach"]</w:t>
      </w:r>
    </w:p>
    <w:p>
      <w:r>
        <w:t>Yo</w:t>
      </w:r>
    </w:p>
    <w:p>
      <w:r>
        <w:t>[So the person asked him: "What is this "Na Nach"?]</w:t>
      </w:r>
    </w:p>
    <w:p>
      <w:r>
        <w:t>Yo</w:t>
      </w:r>
    </w:p>
    <w:p>
      <w:r>
        <w:t>[So he said: "I don't know," what is it, everyone says: "They stuck it on my car"]</w:t>
      </w:r>
    </w:p>
    <w:p>
      <w:r>
        <w:t>{..}</w:t>
      </w:r>
    </w:p>
    <w:p>
      <w:r>
        <w:t>[So he said to him: "It is a great thing, now it is in all the yeshivas"</w:t>
      </w:r>
    </w:p>
    <w:p>
      <w:r>
        <w:t>And he, and he took out from his pocket the, took out from his pocket the plastic Petek, so he said to him: "You see, I am in a yeshiva, I have a yeshiva, and it is in all the yeshivas"]…</w:t>
      </w:r>
    </w:p>
    <w:p>
      <w:r>
        <w:t>...How will everyone come for Rosh Hasha..</w:t>
      </w:r>
    </w:p>
    <w:p>
      <w:r>
        <w:t>...for Rosh Hashanah to Uman…</w:t>
      </w:r>
    </w:p>
    <w:p>
      <w:r>
        <w:t>...{..}…</w:t>
      </w:r>
    </w:p>
    <w:p>
      <w:r>
        <w:t>...{Won't Abba give you another shekel?}</w:t>
      </w:r>
    </w:p>
    <w:p>
      <w:r>
        <w:t>[…….]</w:t>
      </w:r>
    </w:p>
    <w:p>
      <w:r>
        <w:t>[…….]...</w:t>
      </w:r>
    </w:p>
    <w:p>
      <w:r>
        <w:t>...{This.. is for captives who believe in money}</w:t>
      </w:r>
    </w:p>
    <w:p>
      <w:r>
        <w:t>{………………….Yiddish..…………………………..} {…………………………………………….………} {…………………………………………………….} {………………………………………..…………..} {…………………………………………..………..} {………………………………………...……….…}</w:t>
      </w:r>
    </w:p>
    <w:p>
      <w:r>
        <w:t>...[Do you want to lie down? Rebbe Yisroel]</w:t>
      </w:r>
    </w:p>
    <w:p>
      <w:r>
        <w:t>{……...Yiddish…………………..……}</w:t>
      </w:r>
    </w:p>
    <w:p>
      <w:r>
        <w:t>{……………………………….…….}…</w:t>
      </w:r>
    </w:p>
    <w:p>
      <w:r>
        <w:t>...{………….Yiddish…………………..} {…………………….………………..} {………………………………………} {………………………………………}…</w:t>
      </w:r>
    </w:p>
    <w:p>
      <w:r>
        <w:t>...{………………Yiddish……………….}</w:t>
      </w:r>
    </w:p>
    <w:p>
      <w:r>
        <w:t>{………………….……………………}…</w:t>
      </w:r>
    </w:p>
    <w:p>
      <w:r>
        <w:t>...{…………………Yiddish…….………..} {…………………….……….………….} {………………………………….……..}…</w:t>
      </w:r>
    </w:p>
    <w:p>
      <w:r>
        <w:t>...{Ah.. ah..ah.. ah.. ah..}…</w:t>
      </w:r>
    </w:p>
    <w:p>
      <w:r>
        <w:t>...{………Yiddish……...…………… …..} {……………………………….………….} {…………………Yiddish……...}…</w:t>
      </w:r>
    </w:p>
    <w:p>
      <w:r>
        <w:t>...{..}…</w:t>
      </w:r>
    </w:p>
    <w:p>
      <w:r>
        <w:t>...{……………………Yiddish………..} {…………………………………..…} {Nu.. nu……………………………….} {……………………………………..} {…………………………….……….} {……………………………………..} {……………………………………..} {……………………………………..} {……………………………….…….} {………………………….………….} {……………………………………..} {……………………………………..} {…………………….……………….}…</w:t>
      </w:r>
    </w:p>
    <w:p>
      <w:r>
        <w:t>...{Ah.. ah.. ah.. ah..}</w:t>
      </w:r>
    </w:p>
    <w:p>
      <w:r>
        <w:t>{………………………………………….….} {Nu.. nu...…………………………… nu.. nu..}…</w:t>
      </w:r>
    </w:p>
    <w:p>
      <w:r>
        <w:t>…{…………………………………………..} {………………………………………………}</w:t>
      </w:r>
    </w:p>
    <w:p>
      <w:r>
        <w:t>{……………………………………………..</w:t>
      </w:r>
    </w:p>
    <w:p>
      <w:r>
        <w:t>{Nu.. nu..}…</w:t>
      </w:r>
    </w:p>
    <w:p>
      <w:r>
        <w:t>...I want to get up</w:t>
      </w:r>
    </w:p>
    <w:p>
      <w:r>
        <w:t>Ah, yo</w:t>
      </w:r>
    </w:p>
    <w:p>
      <w:r>
        <w:t>Ah, {that way}, ah, shoyn…</w:t>
      </w:r>
    </w:p>
    <w:p>
      <w:r>
        <w:t>...{I ...}, Mother gave me a piece of bread with a few drops of olive oil</w:t>
      </w:r>
    </w:p>
    <w:p>
      <w:r>
        <w:t>So I said to Mother {..}: "Give me one more drop"</w:t>
      </w:r>
    </w:p>
    <w:p>
      <w:r>
        <w:t>She yelled at me:</w:t>
      </w:r>
    </w:p>
    <w:p>
      <w:r>
        <w:t>"What is with you? If I have no oil, there will be none for Shabbos, {this} cholent {…} without flavor" nu, nu…</w:t>
      </w:r>
    </w:p>
    <w:p>
      <w:r>
        <w:t>...{}...</w:t>
      </w:r>
    </w:p>
    <w:p>
      <w:r>
        <w:br w:type="page"/>
      </w:r>
    </w:p>
    <w:p>
      <w:pPr>
        <w:pStyle w:val="Heading1"/>
      </w:pPr>
      <w:r>
        <w:t>Tape 59</w:t>
      </w:r>
    </w:p>
    <w:p>
      <w:pPr>
        <w:pStyle w:val="Heading2"/>
      </w:pPr>
      <w:r>
        <w:t>Side A (Aleph)</w:t>
      </w:r>
    </w:p>
    <w:p>
      <w:r>
        <w:t>...[..the student of Rabbi Schick, does Saba know him?]</w:t>
      </w:r>
    </w:p>
    <w:p>
      <w:r>
        <w:t>Rabbi..?</w:t>
      </w:r>
    </w:p>
    <w:p>
      <w:r>
        <w:t>[Rabbi Schick]</w:t>
      </w:r>
    </w:p>
    <w:p>
      <w:r>
        <w:t>{Schick?}</w:t>
      </w:r>
    </w:p>
    <w:p>
      <w:r>
        <w:t>[From Yavne'el]</w:t>
      </w:r>
    </w:p>
    <w:p>
      <w:r>
        <w:t>Ah?…</w:t>
      </w:r>
    </w:p>
    <w:p>
      <w:r>
        <w:t>…"..very much from your service, and about you I said: My little fire will smolder until Mashiach comes</w:t>
      </w:r>
    </w:p>
    <w:p>
      <w:r>
        <w:t>Be strong and courageous in your service, Na Nach Nachma Nachman MeUman"</w:t>
      </w:r>
    </w:p>
    <w:p>
      <w:r>
        <w:t>[……..…..]</w:t>
      </w:r>
    </w:p>
    <w:p>
      <w:r>
        <w:t>[………….]</w:t>
      </w:r>
    </w:p>
    <w:p>
      <w:r>
        <w:t>"Na Nach Nachma Nachman MeUman," do you know who said this?</w:t>
      </w:r>
    </w:p>
    <w:p>
      <w:r>
        <w:t>[What?]</w:t>
      </w:r>
    </w:p>
    <w:p>
      <w:r>
        <w:t>"Na Nach Nachma Nachman MeUman"</w:t>
      </w:r>
    </w:p>
    <w:p>
      <w:r>
        <w:t>We are compelled and need to wait until {Mashiach\a savior} comes, I cannot leave here beforehand I cannot leave here, only until, until, until Mashiach comes, what? What do you think?</w:t>
      </w:r>
    </w:p>
    <w:p>
      <w:r>
        <w:t>"It was very difficult for me to descend to you, my precious student, to tell you that I derived great pleasure from your service, and about you I said: My little fire.. my fire will burn until the coming of Mashiach</w:t>
      </w:r>
    </w:p>
    <w:p>
      <w:r>
        <w:t>Na Nach Nachman MeUman"</w:t>
      </w:r>
    </w:p>
    <w:p>
      <w:r>
        <w:t>Who revealed this "Na Nach"? Rabbainu Hakadosh revealed it, we do not know even one letter</w:t>
      </w:r>
    </w:p>
    <w:p>
      <w:r>
        <w:t>Only Rabbainu Hakadosh revealed from this, {who is this}, do you know who I am?</w:t>
      </w:r>
    </w:p>
    <w:p>
      <w:r>
        <w:t>I am "Na Nach Nachma Nachman MeUman"…</w:t>
      </w:r>
    </w:p>
    <w:p>
      <w:r>
        <w:t>...You, I will inform you who I am, I am "Na Nach Nachma Nachman MeUman"</w:t>
      </w:r>
    </w:p>
    <w:p>
      <w:r>
        <w:t>[………..]</w:t>
      </w:r>
    </w:p>
    <w:p>
      <w:r>
        <w:t>[………..]</w:t>
      </w:r>
    </w:p>
    <w:p>
      <w:r>
        <w:t>You do not know who I am? I am "Na Nach Nachman MeUman"</w:t>
      </w:r>
    </w:p>
    <w:p>
      <w:r>
        <w:t>I will inform you who I am, I am "Na Nach Nachma Nachman MeUman"</w:t>
      </w:r>
    </w:p>
    <w:p>
      <w:r>
        <w:t>[………..]</w:t>
      </w:r>
    </w:p>
    <w:p>
      <w:r>
        <w:t>[………..]</w:t>
      </w:r>
    </w:p>
    <w:p>
      <w:r>
        <w:t>You do not know who I am, I am "Na Nach Nachma Nachman MeUman"</w:t>
      </w:r>
    </w:p>
    <w:p>
      <w:r>
        <w:t>{Yes}</w:t>
      </w:r>
    </w:p>
    <w:p>
      <w:r>
        <w:t>Do you know who I am? No, you do not know, I will inform you, I am "Na Nach Nachma Nachman MeUman" what is this?</w:t>
      </w:r>
    </w:p>
    <w:p>
      <w:r>
        <w:t>[This is tomato soup, from Daniel Zafran]</w:t>
      </w:r>
    </w:p>
    <w:p>
      <w:r>
        <w:t>Oh, good, thank you very much, is there no more?</w:t>
      </w:r>
    </w:p>
    <w:p>
      <w:r>
        <w:t>[There is more, there is more]…</w:t>
      </w:r>
    </w:p>
    <w:p>
      <w:r>
        <w:t>...The {whole} world does not know who I am, I am "Na Nach Nachma Nachman MeUman"</w:t>
      </w:r>
    </w:p>
    <w:p>
      <w:r>
        <w:t>I, I inform you, what the whole world does not know, I will inform you</w:t>
      </w:r>
    </w:p>
    <w:p>
      <w:r>
        <w:t>The whole world does not know who I am, I will inform you, I am "Na Nach Nachma Nachman MeUman"</w:t>
      </w:r>
    </w:p>
    <w:p>
      <w:r>
        <w:t>I will inform you who I am, I am "Na Nach Nachma Nachman MeUman"</w:t>
      </w:r>
    </w:p>
    <w:p>
      <w:r>
        <w:t>The whole world does not know, it is not {..} not so difficult, and the whole world does not know who I am?</w:t>
      </w:r>
    </w:p>
    <w:p>
      <w:r>
        <w:t>I am "Na Nach Nachma Nachman MeUman"</w:t>
      </w:r>
    </w:p>
    <w:p>
      <w:r>
        <w:t>Where is {this}, the.. the.. television? The.. telephone? The.. the.. the..</w:t>
      </w:r>
    </w:p>
    <w:p>
      <w:r>
        <w:t>[Radio]</w:t>
      </w:r>
    </w:p>
    <w:p>
      <w:r>
        <w:t>The telephone, the telephone, no? The.. who is this?</w:t>
      </w:r>
    </w:p>
    <w:p>
      <w:r>
        <w:t>Where is the telephone? Where is "Yediot Acharonot"? Where are they?</w:t>
      </w:r>
    </w:p>
    <w:p>
      <w:r>
        <w:t>Why did they not know who I am?</w:t>
      </w:r>
    </w:p>
    <w:p>
      <w:r>
        <w:t>The whole {..}, the whole world, the whole government, does not know who I am, I will inform you</w:t>
      </w:r>
    </w:p>
    <w:p>
      <w:r>
        <w:t>I am "Na Nach Nachma Nachman MeUman"</w:t>
      </w:r>
    </w:p>
    <w:p>
      <w:r>
        <w:t>[…………..]</w:t>
      </w:r>
    </w:p>
    <w:p>
      <w:r>
        <w:t>[…………..]…</w:t>
      </w:r>
    </w:p>
    <w:p>
      <w:r>
        <w:t>...Ah…</w:t>
      </w:r>
    </w:p>
    <w:p>
      <w:r>
        <w:t>...{He says\to inform} the whole world, they do not know who I am</w:t>
      </w:r>
    </w:p>
    <w:p>
      <w:r>
        <w:t>I am "Na Nach Nachma Nachman MeUman"…</w:t>
      </w:r>
    </w:p>
    <w:p>
      <w:r>
        <w:t>...you who I am, I am "Na Nach Nachma Nachman MeUman," that is it</w:t>
      </w:r>
    </w:p>
    <w:p>
      <w:r>
        <w:t>The whole world does not know and does not know who I am, I am "Na Nach Nachma Nachman MeUman"</w:t>
      </w:r>
    </w:p>
    <w:p>
      <w:r>
        <w:t>[………]</w:t>
      </w:r>
    </w:p>
    <w:p>
      <w:r>
        <w:t>[………]…</w:t>
      </w:r>
    </w:p>
    <w:p>
      <w:r>
        <w:t>...The whole world does not know who I am, I will inform you here, now, who I am</w:t>
      </w:r>
    </w:p>
    <w:p>
      <w:r>
        <w:t>I am "Na Nach Nachma Nachman MeUman," that is all, you still do not know who I am?</w:t>
      </w:r>
    </w:p>
    <w:p>
      <w:r>
        <w:t>Where is the television? Where is "Yediot"? What is this?</w:t>
      </w:r>
    </w:p>
    <w:p>
      <w:r>
        <w:t>[…..]</w:t>
      </w:r>
    </w:p>
    <w:p>
      <w:r>
        <w:t>They need to inform the whole world who I am, I am "Na Nach Nachma Nachman MeUman"</w:t>
      </w:r>
    </w:p>
    <w:p>
      <w:r>
        <w:t>[……..]</w:t>
      </w:r>
    </w:p>
    <w:p>
      <w:r>
        <w:t>[……..]…</w:t>
      </w:r>
    </w:p>
    <w:p>
      <w:r>
        <w:t>...The whole world does not know who I am, and I will inform you, I am "Na Nach Nachma Nachman MeUman"…</w:t>
      </w:r>
    </w:p>
    <w:p>
      <w:r>
        <w:t>...{..}…</w:t>
      </w:r>
    </w:p>
    <w:p>
      <w:r>
        <w:t>...The whole world does not know who I am, and I will inform you, I am "Na Nach Nachma Nachman MeUman," {..} […..…]</w:t>
      </w:r>
    </w:p>
    <w:p>
      <w:r>
        <w:t>[..……]…</w:t>
      </w:r>
    </w:p>
    <w:p>
      <w:r>
        <w:t>...I will inform you who I am, I am "Na Nach Nachma Nachman MeUman," this is me</w:t>
      </w:r>
    </w:p>
    <w:p>
      <w:r>
        <w:t>[……..]…</w:t>
      </w:r>
    </w:p>
    <w:p>
      <w:r>
        <w:t>...The television still has not come? What is with them?</w:t>
      </w:r>
    </w:p>
    <w:p>
      <w:r>
        <w:t>["The television still has not come?"]</w:t>
      </w:r>
    </w:p>
    <w:p>
      <w:r>
        <w:t>They have no sense, all the television you need to come here, what is this?</w:t>
      </w:r>
    </w:p>
    <w:p>
      <w:r>
        <w:t>[…….]…</w:t>
      </w:r>
    </w:p>
    <w:p>
      <w:r>
        <w:t>...{..}, and the Rebbe, we need to search very much for a Rebbe, a Rebbe who can help us</w:t>
      </w:r>
    </w:p>
    <w:p>
      <w:r>
        <w:t>The Rebbe of the world is Rabbainu Hakadosh, Rebbe "Na Nach Nachma Nachman MeUman"</w:t>
      </w:r>
    </w:p>
    <w:p>
      <w:r>
        <w:t>He is the Rebbe of the whole world, of all Israel, of..</w:t>
      </w:r>
    </w:p>
    <w:p>
      <w:r>
        <w:t>The Rebbe of, of, of the Torah, and of all Israel</w:t>
      </w:r>
    </w:p>
    <w:p>
      <w:r>
        <w:t>[…..]</w:t>
      </w:r>
    </w:p>
    <w:p>
      <w:r>
        <w:t>[Of the Torah]</w:t>
      </w:r>
    </w:p>
    <w:p>
      <w:r>
        <w:t>[….…..]</w:t>
      </w:r>
    </w:p>
    <w:p>
      <w:r>
        <w:t>[……...]…</w:t>
      </w:r>
    </w:p>
    <w:p>
      <w:r>
        <w:t>..."{Fortunate are we, the..} that we have such a Rebbe.."</w:t>
      </w:r>
    </w:p>
    <w:p>
      <w:r>
        <w:t>The whole world needs to know who the Rebbe is, the Rebbe is "Na Nach Nachma Nachman MeUman"</w:t>
      </w:r>
    </w:p>
    <w:p>
      <w:r>
        <w:t>This is the Rebbe of, of all Israel</w:t>
      </w:r>
    </w:p>
    <w:p>
      <w:r>
        <w:t>{What this is}</w:t>
      </w:r>
    </w:p>
    <w:p>
      <w:r>
        <w:t>"Fortunate are we, how good is our portion, that we have such a Rebbe"</w:t>
      </w:r>
    </w:p>
    <w:p>
      <w:r>
        <w:t>The Rebbe has already prepared for us</w:t>
      </w:r>
    </w:p>
    <w:p>
      <w:r>
        <w:t>"Likutei Moharan"</w:t>
      </w:r>
    </w:p>
    <w:p>
      <w:r>
        <w:t>"Likutei Tefilot"</w:t>
      </w:r>
    </w:p>
    <w:p>
      <w:r>
        <w:t>"Likutei Halachot"</w:t>
      </w:r>
    </w:p>
    <w:p>
      <w:r>
        <w:t>"Likutei Etzot"</w:t>
      </w:r>
    </w:p>
    <w:p>
      <w:r>
        <w:t>He has already prepared for us, for us everything, for each and every one</w:t>
      </w:r>
    </w:p>
    <w:p>
      <w:r>
        <w:t>The remedies and the salvations and the rectifications</w:t>
      </w:r>
    </w:p>
    <w:p>
      <w:r>
        <w:t>[……...…..]</w:t>
      </w:r>
    </w:p>
    <w:p>
      <w:r>
        <w:t>[……...…..]…</w:t>
      </w:r>
    </w:p>
    <w:p>
      <w:r>
        <w:t>...Rabbainu Hakadosh, to inform and publicize, Rabbainu Hakadosh Rebbe Nachman, he is.. from Breslov</w:t>
      </w:r>
    </w:p>
    <w:p>
      <w:r>
        <w:t>He is our Rebbe and the Rebbe of all Israel, {..} for each and every one</w:t>
      </w:r>
    </w:p>
    <w:p>
      <w:r>
        <w:t>He has all kinds of advice, all kinds of remedies that he nee.., he needs</w:t>
      </w:r>
    </w:p>
    <w:p>
      <w:r>
        <w:t>[….]…</w:t>
      </w:r>
    </w:p>
    <w:p>
      <w:r>
        <w:t>...Ah.. ah..</w:t>
      </w:r>
    </w:p>
    <w:p>
      <w:r>
        <w:t>What is with them?…</w:t>
      </w:r>
    </w:p>
    <w:p>
      <w:r>
        <w:t>...[At least how many times does one need to say "Na.. Na Nach," at least?..]</w:t>
      </w:r>
    </w:p>
    <w:p>
      <w:r>
        <w:t>[Rebbe Yisroel, he is asking, how many times does one need to say "Na Nach," at least?]…</w:t>
      </w:r>
    </w:p>
    <w:p>
      <w:r>
        <w:t>...[Is Saba traveling to Uman for Rosh Hashanah?]</w:t>
      </w:r>
    </w:p>
    <w:p>
      <w:r>
        <w:t>{{. .}} I hope and pray and long for it…</w:t>
      </w:r>
    </w:p>
    <w:p>
      <w:r>
        <w:t>…[{If} one needs to travel]</w:t>
      </w:r>
    </w:p>
    <w:p>
      <w:r>
        <w:t>Not {{….}} to travel, to Uman</w:t>
      </w:r>
    </w:p>
    <w:p>
      <w:r>
        <w:t>[Rebbe Levi Yitzchak Bender..]</w:t>
      </w:r>
    </w:p>
    <w:p>
      <w:r>
        <w:t>To Rabbainu Hakadosh</w:t>
      </w:r>
    </w:p>
    <w:p>
      <w:r>
        <w:t>[Rebbe Levi Yitzchak Bender, have you heard of him?]</w:t>
      </w:r>
    </w:p>
    <w:p>
      <w:r>
        <w:t>Ah?</w:t>
      </w:r>
    </w:p>
    <w:p>
      <w:r>
        <w:t>[May the memory of the righteous be for a blessing, Rebbe Levi Yitzchak Bender said that in Eretz Yisroel it is more important to be..</w:t>
      </w:r>
    </w:p>
    <w:p>
      <w:r>
        <w:t>In Eretz Yisroel it is more important to remain in the Land]</w:t>
      </w:r>
    </w:p>
    <w:p>
      <w:r>
        <w:t>I do not hear and do not know</w:t>
      </w:r>
    </w:p>
    <w:p>
      <w:r>
        <w:t>[…….]</w:t>
      </w:r>
    </w:p>
    <w:p>
      <w:r>
        <w:t>[…]</w:t>
      </w:r>
    </w:p>
    <w:p>
      <w:r>
        <w:t>[Did he hold of Rebbe Levi Yitzchak?]</w:t>
      </w:r>
    </w:p>
    <w:p>
      <w:r>
        <w:t>[Ask him]…</w:t>
      </w:r>
    </w:p>
    <w:p>
      <w:r>
        <w:t>...[Do you hold of Rebbe Levi Yitzchak?]</w:t>
      </w:r>
    </w:p>
    <w:p>
      <w:r>
        <w:t>Ah?</w:t>
      </w:r>
    </w:p>
    <w:p>
      <w:r>
        <w:t>[Do you hold of Rebbe Levi Yitzchak? Fr..]</w:t>
      </w:r>
    </w:p>
    <w:p>
      <w:r>
        <w:t>[He is asking whether you hold of Rebbe Levi Yitzchak?]</w:t>
      </w:r>
    </w:p>
    <w:p>
      <w:r>
        <w:t>[Bender]</w:t>
      </w:r>
    </w:p>
    <w:p>
      <w:r>
        <w:t>[Bender]</w:t>
      </w:r>
    </w:p>
    <w:p>
      <w:r>
        <w:t>The main thing is Rabbainu Hakadosh, Rebbe Nachman</w:t>
      </w:r>
    </w:p>
    <w:p>
      <w:r>
        <w:t>This is the main thing and the foundation of the entire Torah and of each one of Israel</w:t>
      </w:r>
    </w:p>
    <w:p>
      <w:r>
        <w:t>To rectify him, {..} to help him with all the salvations, here he is the main thing</w:t>
      </w:r>
    </w:p>
    <w:p>
      <w:r>
        <w:t>[And who do you say, who is Mashiach?]</w:t>
      </w:r>
    </w:p>
    <w:p>
      <w:r>
        <w:t>[Do you not know that the Admor of Lubavitch passed away?]</w:t>
      </w:r>
    </w:p>
    <w:p>
      <w:r>
        <w:t>[Doesn't know]</w:t>
      </w:r>
    </w:p>
    <w:p>
      <w:r>
        <w:t>[Did you hear that the Admor of Lubavitch passed away?]</w:t>
      </w:r>
    </w:p>
    <w:p>
      <w:r>
        <w:t>God forbid, may Hashem guard Israel from this</w:t>
      </w:r>
    </w:p>
    <w:p>
      <w:r>
        <w:t>[What?]</w:t>
      </w:r>
    </w:p>
    <w:p>
      <w:r>
        <w:t>From Chabad</w:t>
      </w:r>
    </w:p>
    <w:p>
      <w:r>
        <w:t>[Why?]</w:t>
      </w:r>
    </w:p>
    <w:p>
      <w:r>
        <w:t>I have no strength to speak, and if it is difficult for you, go…</w:t>
      </w:r>
    </w:p>
    <w:p>
      <w:r>
        <w:t>...If there is Rabbainu Hakadosh, then..</w:t>
      </w:r>
    </w:p>
    <w:p>
      <w:r>
        <w:t>[That is enough]</w:t>
      </w:r>
    </w:p>
    <w:p>
      <w:r>
        <w:t>There is already everything</w:t>
      </w:r>
    </w:p>
    <w:p>
      <w:r>
        <w:t>[Yes]</w:t>
      </w:r>
    </w:p>
    <w:p>
      <w:r>
        <w:t>We do not need to seek Chabad, we do not need Chabad…</w:t>
      </w:r>
    </w:p>
    <w:p>
      <w:r>
        <w:t>...{...}, Hashem gave me good gifts, for I know such wondrous things</w:t>
      </w:r>
    </w:p>
    <w:p>
      <w:r>
        <w:t>That it is impossible to speak {with it}, with, with everyone</w:t>
      </w:r>
    </w:p>
    <w:p>
      <w:r>
        <w:t>There are things that he, that they conceal the truth</w:t>
      </w:r>
    </w:p>
    <w:p>
      <w:r>
        <w:t>But if they truly want? If they pray to Hashem Yitbarach in truth, then one merits, merits wondrous things [One needs to do hitbodedut every day]</w:t>
      </w:r>
    </w:p>
    <w:p>
      <w:r>
        <w:t>Yes</w:t>
      </w:r>
    </w:p>
    <w:p>
      <w:r>
        <w:t>[…...]</w:t>
      </w:r>
    </w:p>
    <w:p>
      <w:r>
        <w:t>[And to perform "Tikkun Chatzot"]</w:t>
      </w:r>
    </w:p>
    <w:p>
      <w:r>
        <w:t>[….]…</w:t>
      </w:r>
    </w:p>
    <w:p>
      <w:r>
        <w:t>...[……….]</w:t>
      </w:r>
    </w:p>
    <w:p>
      <w:r>
        <w:t>[……….…]…</w:t>
      </w:r>
    </w:p>
    <w:p>
      <w:r>
        <w:t>...Rabbainu Rebbe Nachman is our main thing, root, and foundation, and that of all Israel</w:t>
      </w:r>
    </w:p>
    <w:p>
      <w:r>
        <w:t>And of all the rectifications and the answers and the.. he is everything, without, without his help, we have nothing</w:t>
      </w:r>
    </w:p>
    <w:p>
      <w:r>
        <w:t>He is the main thing and the foundation</w:t>
      </w:r>
    </w:p>
    <w:p>
      <w:r>
        <w:t>[There is..]</w:t>
      </w:r>
    </w:p>
    <w:p>
      <w:r>
        <w:t>That is how he, he, he revealed to us, a drop from the sea</w:t>
      </w:r>
    </w:p>
    <w:p>
      <w:r>
        <w:t>[There is a Torah in "Likutei Moharan": "The main thing and the foundation upon which everything depends"]</w:t>
      </w:r>
    </w:p>
    <w:p>
      <w:r>
        <w:t>Oh..</w:t>
      </w:r>
    </w:p>
    <w:p>
      <w:r>
        <w:t>[Ah]</w:t>
      </w:r>
    </w:p>
    <w:p>
      <w:r>
        <w:t>Well, if there is no faith, there is nothing</w:t>
      </w:r>
    </w:p>
    <w:p>
      <w:r>
        <w:t>[Yes, it is written: And "they believed in Hashem and in Moshe His servant"]</w:t>
      </w:r>
    </w:p>
    <w:p>
      <w:r>
        <w:t>Oh…</w:t>
      </w:r>
    </w:p>
    <w:p>
      <w:r>
        <w:t>...["To cast away all the wisdoms, only.."]</w:t>
      </w:r>
    </w:p>
    <w:p>
      <w:r>
        <w:t>{..}</w:t>
      </w:r>
    </w:p>
    <w:p>
      <w:r>
        <w:t>["Innocence and simplicity"]</w:t>
      </w:r>
    </w:p>
    <w:p>
      <w:r>
        <w:t>This world is very dangerous, we need abundant mercy and to pray to Hashem Yitbarach always</w:t>
      </w:r>
    </w:p>
    <w:p>
      <w:r>
        <w:t>That we should merit to know the truth</w:t>
      </w:r>
    </w:p>
    <w:p>
      <w:r>
        <w:t>There are many liars in the world who destroy the world</w:t>
      </w:r>
    </w:p>
    <w:p>
      <w:r>
        <w:t>But Hashem Yitbarach is very great, He will turn everything to good</w:t>
      </w:r>
    </w:p>
    <w:p>
      <w:r>
        <w:t>[There are many false famous leaders]</w:t>
      </w:r>
    </w:p>
    <w:p>
      <w:r>
        <w:t>Yes, yes, Rabbainu Hakadosh revealed wonders grea.., great about this…</w:t>
      </w:r>
    </w:p>
    <w:p>
      <w:r>
        <w:t>...[To travel to Uman for Rosh Hashanah]</w:t>
      </w:r>
    </w:p>
    <w:p>
      <w:r>
        <w:t>Ah?</w:t>
      </w:r>
    </w:p>
    <w:p>
      <w:r>
        <w:t>[Whether to travel to Uman for Rosh Hashanah]</w:t>
      </w:r>
    </w:p>
    <w:p>
      <w:r>
        <w:t>If only, if only, we will do everything, {{..}}</w:t>
      </w:r>
    </w:p>
    <w:p>
      <w:r>
        <w:t>Hashem Yitbarach {..} will do good for us, will help us</w:t>
      </w:r>
    </w:p>
    <w:p>
      <w:r>
        <w:t>[Amen]</w:t>
      </w:r>
    </w:p>
    <w:p>
      <w:r>
        <w:t>This is the main thing and the foundation and the root of all Israel and of the entire Torah</w:t>
      </w:r>
    </w:p>
    <w:p>
      <w:r>
        <w:t>There is much to speak and tell about what is in the world now</w:t>
      </w:r>
    </w:p>
    <w:p>
      <w:r>
        <w:t>[{This is here}]…</w:t>
      </w:r>
    </w:p>
    <w:p>
      <w:r>
        <w:t>...{..I merited to leave the desires}</w:t>
      </w:r>
    </w:p>
    <w:p>
      <w:r>
        <w:t>And I have no {disqualifying thing\disqualification}, no blemish, no desire, no sort of {evil} thing, God forbid</w:t>
      </w:r>
    </w:p>
    <w:p>
      <w:r>
        <w:t>This, this altogether, I did not merit this, except through Rabbainu Hakadosh</w:t>
      </w:r>
    </w:p>
    <w:p>
      <w:r>
        <w:t>[Give me, give me a blessing, that I should merit]…</w:t>
      </w:r>
    </w:p>
    <w:p>
      <w:r>
        <w:t>...The desires flee from me, {as though} they are completely angry with me, like a divorce</w:t>
      </w:r>
    </w:p>
    <w:p>
      <w:r>
        <w:t>[………]</w:t>
      </w:r>
    </w:p>
    <w:p>
      <w:r>
        <w:t>They have no power and no, and no.. God forbid, any sort of blemish with which to cause me to stumble through any thought, through any blemished thing, through any evil thing, this is Rabbainu Hakadosh</w:t>
      </w:r>
    </w:p>
    <w:p>
      <w:r>
        <w:t>The Slonim Chassidim, they, they persecuted me all the days of my life, and blessed is Hashem I was truly strong, and did not..</w:t>
      </w:r>
    </w:p>
    <w:p>
      <w:r>
        <w:t>And I was strong against all of them</w:t>
      </w:r>
    </w:p>
    <w:p>
      <w:r>
        <w:t>[Who? Who are all of them?]</w:t>
      </w:r>
    </w:p>
    <w:p>
      <w:r>
        <w:t>[All sorts, all the opponents, Slonim, Karlin, in Teveria..]</w:t>
      </w:r>
    </w:p>
    <w:p>
      <w:r>
        <w:t>{..}</w:t>
      </w:r>
    </w:p>
    <w:p>
      <w:r>
        <w:t>[Many..]</w:t>
      </w:r>
    </w:p>
    <w:p>
      <w:r>
        <w:t>I am greatly astonished, as long as a person lives he has desires, and for me the desires are completely angry with me {..}</w:t>
      </w:r>
    </w:p>
    <w:p>
      <w:r>
        <w:t>As though there is no desire in the world</w:t>
      </w:r>
    </w:p>
    <w:p>
      <w:r>
        <w:t>[As though there is no desire]</w:t>
      </w:r>
    </w:p>
    <w:p>
      <w:r>
        <w:t>I have no battle, no.. I need, no, do not need, not th.., {not any th.., service}, any battle</w:t>
      </w:r>
    </w:p>
    <w:p>
      <w:r>
        <w:t>[…]</w:t>
      </w:r>
    </w:p>
    <w:p>
      <w:r>
        <w:t>[Do not need any battle]</w:t>
      </w:r>
    </w:p>
    <w:p>
      <w:r>
        <w:t>For me it is as though there are no desires in the world, no, there are none in the world…</w:t>
      </w:r>
    </w:p>
    <w:p>
      <w:r>
        <w:t>...[……]</w:t>
      </w:r>
    </w:p>
    <w:p>
      <w:r>
        <w:t>[He wants a blessing..]</w:t>
      </w:r>
    </w:p>
    <w:p>
      <w:r>
        <w:t>I do not {need}</w:t>
      </w:r>
    </w:p>
    <w:p>
      <w:r>
        <w:t>[That children should be born to his sister]</w:t>
      </w:r>
    </w:p>
    <w:p>
      <w:r>
        <w:t>I have no…</w:t>
      </w:r>
    </w:p>
    <w:p>
      <w:r>
        <w:t>...They fled from me, the desires, as from fire…</w:t>
      </w:r>
    </w:p>
    <w:p>
      <w:r>
        <w:t>...{..}</w:t>
      </w:r>
    </w:p>
    <w:p>
      <w:r>
        <w:t>[…….]</w:t>
      </w:r>
    </w:p>
    <w:p>
      <w:r>
        <w:t>[…….]…</w:t>
      </w:r>
    </w:p>
    <w:p>
      <w:r>
        <w:t>...[He wants to know whether this, "And with this I will reveal a secret to you," pertains to "Na Nach"</w:t>
      </w:r>
    </w:p>
    <w:p>
      <w:r>
        <w:t>Or pertains to what comes after this, "full and heaped from edge to edge"?]</w:t>
      </w:r>
    </w:p>
    <w:p>
      <w:r>
        <w:t>I know nothing, I know nothing</w:t>
      </w:r>
    </w:p>
    <w:p>
      <w:r>
        <w:t>[Yes]…</w:t>
      </w:r>
    </w:p>
    <w:p>
      <w:r>
        <w:t>...[…..]…</w:t>
      </w:r>
    </w:p>
    <w:p>
      <w:r>
        <w:t>...{…..} admixture of judgment at all amen</w:t>
      </w:r>
    </w:p>
    <w:p>
      <w:r>
        <w:t>[[[Amen]]]</w:t>
      </w:r>
    </w:p>
    <w:p>
      <w:r>
        <w:t>Now guard me…</w:t>
      </w:r>
    </w:p>
    <w:p>
      <w:r>
        <w:t>...[This is very great]</w:t>
      </w:r>
    </w:p>
    <w:p>
      <w:r>
        <w:t>Ah?</w:t>
      </w:r>
    </w:p>
    <w:p>
      <w:r>
        <w:t>[And this is very great]</w:t>
      </w:r>
    </w:p>
    <w:p>
      <w:r>
        <w:t>And this is very great, well</w:t>
      </w:r>
    </w:p>
    <w:p>
      <w:r>
        <w:t>This, this surpasses all the.. the.. {….}</w:t>
      </w:r>
    </w:p>
    <w:p>
      <w:r>
        <w:t>I have no admixture at all, judgment at all, speedily in our days, amen, so may it b.. amen, so may it be His will</w:t>
      </w:r>
    </w:p>
    <w:p>
      <w:r>
        <w:t>{…. great, …. great}, well..</w:t>
      </w:r>
    </w:p>
    <w:p>
      <w:r>
        <w:t>Well.. {…} where are you?</w:t>
      </w:r>
    </w:p>
    <w:p>
      <w:r>
        <w:t>[….]</w:t>
      </w:r>
    </w:p>
    <w:p>
      <w:r>
        <w:t>{This is …. great}, well.. well…</w:t>
      </w:r>
    </w:p>
    <w:p>
      <w:r>
        <w:t>...{…}</w:t>
      </w:r>
    </w:p>
    <w:p>
      <w:r>
        <w:t>[….]</w:t>
      </w:r>
    </w:p>
    <w:p>
      <w:r>
        <w:t>Without any admixture of judgment at all amen, so may it be, amen, so may it be His will, and say amen</w:t>
      </w:r>
    </w:p>
    <w:p>
      <w:r>
        <w:t>[Amen]</w:t>
      </w:r>
    </w:p>
    <w:p>
      <w:r>
        <w:t>All right, blessed is Hashem</w:t>
      </w:r>
    </w:p>
    <w:p>
      <w:r>
        <w:t>[All right, all right]…</w:t>
      </w:r>
    </w:p>
    <w:p>
      <w:r>
        <w:t>...{To eat} something…</w:t>
      </w:r>
    </w:p>
    <w:p>
      <w:r>
        <w:t>...[Yosef son of Parcha, is it possible to perform a pidyon?]</w:t>
      </w:r>
    </w:p>
    <w:p>
      <w:r>
        <w:t>Yosef son of Parcha?</w:t>
      </w:r>
    </w:p>
    <w:p>
      <w:r>
        <w:t>[Yes]</w:t>
      </w:r>
    </w:p>
    <w:p>
      <w:r>
        <w:t>Who will guard him?</w:t>
      </w:r>
    </w:p>
    <w:p>
      <w:r>
        <w:t>[….]</w:t>
      </w:r>
    </w:p>
    <w:p>
      <w:r>
        <w:t>Ah, you will guard? Ah?</w:t>
      </w:r>
    </w:p>
    <w:p>
      <w:r>
        <w:t>[What, whatever you say]</w:t>
      </w:r>
    </w:p>
    <w:p>
      <w:r>
        <w:t>[[[Perform a pidyon]]]</w:t>
      </w:r>
    </w:p>
    <w:p>
      <w:r>
        <w:t>{………...….} from upon?</w:t>
      </w:r>
    </w:p>
    <w:p>
      <w:r>
        <w:t>[Yosef]</w:t>
      </w:r>
    </w:p>
    <w:p>
      <w:r>
        <w:t>Yosef</w:t>
      </w:r>
    </w:p>
    <w:p>
      <w:r>
        <w:t>[Son of Parcha]…</w:t>
      </w:r>
    </w:p>
    <w:p>
      <w:r>
        <w:t>...Parcha</w:t>
      </w:r>
    </w:p>
    <w:p>
      <w:r>
        <w:t>[And all..]</w:t>
      </w:r>
    </w:p>
    <w:p>
      <w:r>
        <w:t>By means of a supernal wonder which is {…. a great wonder} and in which there is no admixture of judgment at all</w:t>
      </w:r>
    </w:p>
    <w:p>
      <w:r>
        <w:t>Amen, so may it be His will, and say amen</w:t>
      </w:r>
    </w:p>
    <w:p>
      <w:r>
        <w:t>[[[Amen]]]</w:t>
      </w:r>
    </w:p>
    <w:p>
      <w:r>
        <w:t>Take it to safeguard, to safeguard</w:t>
      </w:r>
    </w:p>
    <w:p>
      <w:r>
        <w:t>[I a..]</w:t>
      </w:r>
    </w:p>
    <w:p>
      <w:r>
        <w:t>How much is here?</w:t>
      </w:r>
    </w:p>
    <w:p>
      <w:r>
        <w:t>[One hundred seventy]</w:t>
      </w:r>
    </w:p>
    <w:p>
      <w:r>
        <w:t>One hundred?</w:t>
      </w:r>
    </w:p>
    <w:p>
      <w:r>
        <w:t>[One hundred seventy]…</w:t>
      </w:r>
    </w:p>
    <w:p>
      <w:r>
        <w:t>...{..}, they already knew</w:t>
      </w:r>
    </w:p>
    <w:p>
      <w:r>
        <w:t>[To make change?]</w:t>
      </w:r>
    </w:p>
    <w:p>
      <w:r>
        <w:t>[Yes]</w:t>
      </w:r>
    </w:p>
    <w:p>
      <w:r>
        <w:t>{Yes, yo, yo}</w:t>
      </w:r>
    </w:p>
    <w:p>
      <w:r>
        <w:t>[All right, Rebbe Yisroel, perform another..]…</w:t>
      </w:r>
    </w:p>
    <w:p>
      <w:r>
        <w:t>...[Eliyahu, Eliyahu]</w:t>
      </w:r>
    </w:p>
    <w:p>
      <w:r>
        <w:t>Eliyahu</w:t>
      </w:r>
    </w:p>
    <w:p>
      <w:r>
        <w:t>[Yes, Yehuda's brother]</w:t>
      </w:r>
    </w:p>
    <w:p>
      <w:r>
        <w:t>Yehuda's brother?</w:t>
      </w:r>
    </w:p>
    <w:p>
      <w:r>
        <w:t>[Yes]</w:t>
      </w:r>
    </w:p>
    <w:p>
      <w:r>
        <w:t>Well, may it be Your will before You, Hashem, {……..} that all the judgments and harsh severities be sweetened, from upon Eliyahu..</w:t>
      </w:r>
    </w:p>
    <w:p>
      <w:r>
        <w:t>[Son of Parcha]</w:t>
      </w:r>
    </w:p>
    <w:p>
      <w:r>
        <w:t>Son of Parcha</w:t>
      </w:r>
    </w:p>
    <w:p>
      <w:r>
        <w:t>[And Masouda]</w:t>
      </w:r>
    </w:p>
    <w:p>
      <w:r>
        <w:t>And Masouda</w:t>
      </w:r>
    </w:p>
    <w:p>
      <w:r>
        <w:t>[Daughter of Parcha]</w:t>
      </w:r>
    </w:p>
    <w:p>
      <w:r>
        <w:t>Daughter of Parcha</w:t>
      </w:r>
    </w:p>
    <w:p>
      <w:r>
        <w:t>[And..]</w:t>
      </w:r>
    </w:p>
    <w:p>
      <w:r>
        <w:t>[Yehuda]</w:t>
      </w:r>
    </w:p>
    <w:p>
      <w:r>
        <w:t>[Yehuda, Yehuda]</w:t>
      </w:r>
    </w:p>
    <w:p>
      <w:r>
        <w:t>And Yehuda</w:t>
      </w:r>
    </w:p>
    <w:p>
      <w:r>
        <w:t>[Son of Parcha]</w:t>
      </w:r>
    </w:p>
    <w:p>
      <w:r>
        <w:t>Son of Parcha</w:t>
      </w:r>
    </w:p>
    <w:p>
      <w:r>
        <w:t>[And the entire family]</w:t>
      </w:r>
    </w:p>
    <w:p>
      <w:r>
        <w:t>And the entire family, by means of a supernal wonder which is, a supernal wonder which is..</w:t>
      </w:r>
    </w:p>
    <w:p>
      <w:r>
        <w:t>In which there is no admixture of judgment at all, amen, so may it be His will, and say amen</w:t>
      </w:r>
    </w:p>
    <w:p>
      <w:r>
        <w:t>[[[Amen]]]</w:t>
      </w:r>
    </w:p>
    <w:p>
      <w:r>
        <w:t>Who will take it for safeguarding?</w:t>
      </w:r>
    </w:p>
    <w:p>
      <w:r>
        <w:t>[……..]…</w:t>
      </w:r>
    </w:p>
    <w:p>
      <w:r>
        <w:t>...[When did you receive the Petek? On what day did you receive the Petek?]</w:t>
      </w:r>
    </w:p>
    <w:p>
      <w:r>
        <w:t>On what day?</w:t>
      </w:r>
    </w:p>
    <w:p>
      <w:r>
        <w:t>[Did you receive the Petek?]</w:t>
      </w:r>
    </w:p>
    <w:p>
      <w:r>
        <w:t>I do not remember</w:t>
      </w:r>
    </w:p>
    <w:p>
      <w:r>
        <w:t>[Was it on the twenty-second, or the twenty-third of Tammuz?]</w:t>
      </w:r>
    </w:p>
    <w:p>
      <w:r>
        <w:t>It could be</w:t>
      </w:r>
    </w:p>
    <w:p>
      <w:r>
        <w:t>[Today is the twenty-second of Tammuz, tomorrow the twenty-third]</w:t>
      </w:r>
    </w:p>
    <w:p>
      <w:r>
        <w:t>Ah?</w:t>
      </w:r>
    </w:p>
    <w:p>
      <w:r>
        <w:t>[Today is the twenty-second of Tammuz, and tomorrow the twenty-third]</w:t>
      </w:r>
    </w:p>
    <w:p>
      <w:r>
        <w:t>Well, I do not, do not remember…</w:t>
      </w:r>
    </w:p>
    <w:p>
      <w:r>
        <w:t>...[It is the birthday of the receiving of the Petek]</w:t>
      </w:r>
    </w:p>
    <w:p>
      <w:r>
        <w:t>Ah? Of..?</w:t>
      </w:r>
    </w:p>
    <w:p>
      <w:r>
        <w:t>[Of your Petek, which, exactly which day did you receive the Petek?]</w:t>
      </w:r>
    </w:p>
    <w:p>
      <w:r>
        <w:t>Ah, I do not remember</w:t>
      </w:r>
    </w:p>
    <w:p>
      <w:r>
        <w:t>[We want to be very happy]</w:t>
      </w:r>
    </w:p>
    <w:p>
      <w:r>
        <w:t>[To know]</w:t>
      </w:r>
    </w:p>
    <w:p>
      <w:r>
        <w:t>[Ah?]</w:t>
      </w:r>
    </w:p>
    <w:p>
      <w:r>
        <w:t>[Want to know]</w:t>
      </w:r>
    </w:p>
    <w:p>
      <w:r>
        <w:t>[Want to know]…</w:t>
      </w:r>
    </w:p>
    <w:p>
      <w:r>
        <w:t>...[Good]…</w:t>
      </w:r>
    </w:p>
    <w:p>
      <w:r>
        <w:t>...[….]</w:t>
      </w:r>
    </w:p>
    <w:p>
      <w:r>
        <w:t>[All, everything in order to rejoice, for the birthday of the receiving of the Petek]…</w:t>
      </w:r>
    </w:p>
    <w:p>
      <w:pPr>
        <w:pStyle w:val="Heading2"/>
      </w:pPr>
      <w:r>
        <w:t>Side B (Bais)</w:t>
      </w:r>
    </w:p>
    <w:p>
      <w:r>
        <w:t>...All day he stands and eats, and eats and excretes, this is his service</w:t>
      </w:r>
    </w:p>
    <w:p>
      <w:r>
        <w:t>Such is the life of the gentiles, without Torah he has no, no vitality, no..</w:t>
      </w:r>
    </w:p>
    <w:p>
      <w:r>
        <w:t>We, blessed is Hashem, we are Jews, with Torah, we are human beings, but the gentiles are donkeys Hashem Yitbarach gave us the Torah, to know how to live and what we have to do in this world…</w:t>
      </w:r>
    </w:p>
    <w:p>
      <w:r>
        <w:t>...[..…]</w:t>
      </w:r>
    </w:p>
    <w:p>
      <w:r>
        <w:t>"It is a great mitzvah, a great mitzvah to always be happy"</w:t>
      </w:r>
    </w:p>
    <w:p>
      <w:r>
        <w:t>Hashem Yitbarach {prepared} for us Torah and mitzvot and such a life</w:t>
      </w:r>
    </w:p>
    <w:p>
      <w:r>
        <w:t>Such money and such a life, keeping the Torah and the mitzvot</w:t>
      </w:r>
    </w:p>
    <w:p>
      <w:r>
        <w:t>We bless Hashem each and every day, that He did not make u.., "Blessed are You, Hashem, Who did not make me a gentile" if we were a gentile, we would have no vitality, nothing, well, it would be like a donkey</w:t>
      </w:r>
    </w:p>
    <w:p>
      <w:r>
        <w:t>[..I am the son of a king, the King of kings of kings..]</w:t>
      </w:r>
    </w:p>
    <w:p>
      <w:r>
        <w:t>Women? Through what do they merit, what do they have? What kind of life do they have, the women?</w:t>
      </w:r>
    </w:p>
    <w:p>
      <w:r>
        <w:t>They need to give birth to sons and raise them, and study and educate them in Torah and mitzvot</w:t>
      </w:r>
    </w:p>
    <w:p>
      <w:r>
        <w:t>This is what there is fo.., this is the service we have in this world</w:t>
      </w:r>
    </w:p>
    <w:p>
      <w:r>
        <w:t>They teach us how, what we have to do in this world, what are we living here for?</w:t>
      </w:r>
    </w:p>
    <w:p>
      <w:r>
        <w:t>For this, what are we here for?</w:t>
      </w:r>
    </w:p>
    <w:p>
      <w:r>
        <w:t>Only for the Torah and the mitzvot</w:t>
      </w:r>
    </w:p>
    <w:p>
      <w:r>
        <w:t>The gentiles, they have nothing, only like a donkey, it stands and eats and drinks, this is its service</w:t>
      </w:r>
    </w:p>
    <w:p>
      <w:r>
        <w:t>It has no other service, {..} does not know\</w:t>
      </w:r>
    </w:p>
    <w:p>
      <w:r>
        <w:t>[Rebbe Yisroel..]</w:t>
      </w:r>
    </w:p>
    <w:p>
      <w:r>
        <w:t>Who did not make me a gentile, we say each and every day, we bless Hashem, Who did not make me..</w:t>
      </w:r>
    </w:p>
    <w:p>
      <w:r>
        <w:t>"Blessed are You, Hashem our God, King of the world, Who did not make me a gentile"</w:t>
      </w:r>
    </w:p>
    <w:p>
      <w:r>
        <w:t>We have {Torah} and mitzvot, this is the essence of life, without this, there is nothing</w:t>
      </w:r>
    </w:p>
    <w:p>
      <w:r>
        <w:t>A donkey, like {it stands every day, stands in the sun, this is its service, does not, does not know more}</w:t>
      </w:r>
    </w:p>
    <w:p>
      <w:r>
        <w:t>{…}, "It is a great mitzvah to be happy always"</w:t>
      </w:r>
    </w:p>
    <w:p>
      <w:r>
        <w:t>Our holy Rabbainu gave us such a mitzvah, "It is a great mitzvah to be happy always"</w:t>
      </w:r>
    </w:p>
    <w:p>
      <w:r>
        <w:t>What is happiness? We have Torah and mitzvos, this is the happiness</w:t>
      </w:r>
    </w:p>
    <w:p>
      <w:r>
        <w:t>Without this there is no life, no happiness, nothing</w:t>
      </w:r>
    </w:p>
    <w:p>
      <w:r>
        <w:t>{A gentile} only stands and eats and drinks, does not know, {more}</w:t>
      </w:r>
    </w:p>
    <w:p>
      <w:r>
        <w:t>And we have such a Torah, such mitzvos, ah</w:t>
      </w:r>
    </w:p>
    <w:p>
      <w:r>
        <w:t>Mitzvos, Shabbos, tefillin, what we have</w:t>
      </w:r>
    </w:p>
    <w:p>
      <w:r>
        <w:t>Only "It is a great mitzvah to be happy always," "Who did not make me a gentile"</w:t>
      </w:r>
    </w:p>
    <w:p>
      <w:r>
        <w:t>Yes, one can be happy always</w:t>
      </w:r>
    </w:p>
    <w:p>
      <w:r>
        <w:t>"It is a great mitzvah to be happy always"</w:t>
      </w:r>
    </w:p>
    <w:p>
      <w:r>
        <w:t>What is the happiness? "Who did not make me a gentile"</w:t>
      </w:r>
    </w:p>
    <w:p>
      <w:r>
        <w:t>We have Torah and mitzvos</w:t>
      </w:r>
    </w:p>
    <w:p>
      <w:r>
        <w:t>We have the mitzvos of tefillin, tzitzis, Shabbos, Pesach, Sukkos, and all, all, all our lives, every moment a mitzvah, a mitzvah, that we live, for what, for what do we live? To fulfill the Torah and the mitzvos. "It is a great mitzvah to be happy always," "Who did not make me a gentile," this is happiness always</w:t>
      </w:r>
    </w:p>
    <w:p>
      <w:r>
        <w:t>Every day, day, we bless and thank and say to Hashem: "Blessed are You Hashem, Who did not make me a gentile"</w:t>
      </w:r>
    </w:p>
    <w:p>
      <w:r>
        <w:t>We had our holy forefathers, Avraham, Yitzchak, Yaakov</w:t>
      </w:r>
    </w:p>
    <w:p>
      <w:r>
        <w:t>And they gave us the Torah—what do we have to do in this world?</w:t>
      </w:r>
    </w:p>
    <w:p>
      <w:r>
        <w:t>To bring children and educate them in Torah, and to.. make {{….}} known, that one can be happy always</w:t>
      </w:r>
    </w:p>
    <w:p>
      <w:r>
        <w:t>"Who did not make me a gentile," this is happiness always</w:t>
      </w:r>
    </w:p>
    <w:p>
      <w:r>
        <w:t>{..} They teach us at every moment, and in every {..}, at every time, how to be a Jew</w:t>
      </w:r>
    </w:p>
    <w:p>
      <w:r>
        <w:t>To believe in Hashem, in the Torah and in the mitzvos; we have avodah, such avodah</w:t>
      </w:r>
    </w:p>
    <w:p>
      <w:r>
        <w:t>But the gentiles have nothing, neither Torah nor mitzvos nor life nor anything</w:t>
      </w:r>
    </w:p>
    <w:p>
      <w:r>
        <w:t>Only like a donkey that.. {that stands\lies down\that eats} and eats</w:t>
      </w:r>
    </w:p>
    <w:p>
      <w:r>
        <w:t>He has one task, {he}.. {all his days are for nothing, and he has time}</w:t>
      </w:r>
    </w:p>
    <w:p>
      <w:r>
        <w:t>He has no time, {what is there?} He has to come to work and to eat</w:t>
      </w:r>
    </w:p>
    <w:p>
      <w:r>
        <w:t>Why work?—To eat, to eat straw</w:t>
      </w:r>
    </w:p>
    <w:p>
      <w:r>
        <w:t>And he always stands and eats; he has no worry, he has no {...}, no task, he only stands and eats</w:t>
      </w:r>
    </w:p>
    <w:p>
      <w:r>
        <w:t>How much we, Yisroel, have at every moment and at every time, Torah and mitzvos</w:t>
      </w:r>
    </w:p>
    <w:p>
      <w:r>
        <w:t>"It is a great mitzvah to be happy always"</w:t>
      </w:r>
    </w:p>
    <w:p>
      <w:r>
        <w:t>A mitzvah is a great thing. What is the mitzvah?—To be happy always</w:t>
      </w:r>
    </w:p>
    <w:p>
      <w:r>
        <w:t>We speak with Hashem, open our eyes, sleep and wake up, immediately, "Blessed are You Hashem.."</w:t>
      </w:r>
    </w:p>
    <w:p>
      <w:r>
        <w:t>{And speak with Hashem}</w:t>
      </w:r>
    </w:p>
    <w:p>
      <w:r>
        <w:t>"Blessed are You Hashem.. Who did not make me a gentile"—is there {any} thing better than the Torah {...} and the mitzvos?</w:t>
      </w:r>
    </w:p>
    <w:p>
      <w:r>
        <w:t>Ah, we have for everything. To eat—is it forbidden to eat? What? Are you a donkey? One must say:</w:t>
      </w:r>
    </w:p>
    <w:p>
      <w:r>
        <w:t>"Blessed are You Ha.. Hashem, {{that there should not be sleep}}, Who gave us {{….}} Torah"</w:t>
      </w:r>
    </w:p>
    <w:p>
      <w:r>
        <w:t>He gave us this, gave us this, he {what}.., he gives us, he g.., gives {understanding}, and he gave us and awakened us</w:t>
      </w:r>
    </w:p>
    <w:p>
      <w:r>
        <w:t>That we, boruch Hashem, are human beings, not donkeys</w:t>
      </w:r>
    </w:p>
    <w:p>
      <w:r>
        <w:t>The donkey does not know anything, only give him to.. {...} eat and drink day and night</w:t>
      </w:r>
    </w:p>
    <w:p>
      <w:r>
        <w:t>He stands and he and eats and drinks, that is it, {…}</w:t>
      </w:r>
    </w:p>
    <w:p>
      <w:r>
        <w:t>Why does he eat? Why does he live? Why did he come, come into the world?</w:t>
      </w:r>
    </w:p>
    <w:p>
      <w:r>
        <w:t>He knows nothing, {only}, like a donkey</w:t>
      </w:r>
    </w:p>
    <w:p>
      <w:r>
        <w:t>We have such a Torah, for every moment, every {th..}.., {{all our lives}}, Torah and mitzvos, Torah and mitzvos</w:t>
      </w:r>
    </w:p>
    <w:p>
      <w:r>
        <w:t>{…}, Shabbos, Shabbos, tefillin, tzitzis, {…}</w:t>
      </w:r>
    </w:p>
    <w:p>
      <w:r>
        <w:t>And we always speak with Hashem, "Blessed are You Hashem.."</w:t>
      </w:r>
    </w:p>
    <w:p>
      <w:r>
        <w:t>Blessed are You Hashem, Who has kept us alive, sustained us, and brought us to this time"</w:t>
      </w:r>
    </w:p>
    <w:p>
      <w:r>
        <w:t>We always have what to speak with Hashem about; we speak with Hashem {…} always</w:t>
      </w:r>
    </w:p>
    <w:p>
      <w:r>
        <w:t>"Blessed are You Hashem," as though He is here, and I sa.., and I say to Him: "Blessed are You Hashem, Giver of the Torah"</w:t>
      </w:r>
    </w:p>
    <w:p>
      <w:r>
        <w:t>"Blessed are You Hashem, Who did not make me a gentile," "Who.. Who did not make me a donkey"</w:t>
      </w:r>
    </w:p>
    <w:p>
      <w:r>
        <w:t>What is the gentile?—A donkey</w:t>
      </w:r>
    </w:p>
    <w:p>
      <w:r>
        <w:t>He knows nothing; he knows only to eat by day and by night, only to eat and eliminate…</w:t>
      </w:r>
    </w:p>
    <w:p>
      <w:r>
        <w:t>…{You Hashem}, if I were a gentile, {there would not have been, there would not have been}, I would not say:</w:t>
      </w:r>
    </w:p>
    <w:p>
      <w:r>
        <w:t>"Blessed are You Hashem.. through Whose word everything came to be," Who gave us coffee, honey</w:t>
      </w:r>
    </w:p>
    <w:p>
      <w:r>
        <w:t>No, no, not hot</w:t>
      </w:r>
    </w:p>
    <w:p>
      <w:r>
        <w:t>[To warm it? To warm it?]</w:t>
      </w:r>
    </w:p>
    <w:p>
      <w:r>
        <w:t>Hotter</w:t>
      </w:r>
    </w:p>
    <w:p>
      <w:r>
        <w:t>[Good]</w:t>
      </w:r>
    </w:p>
    <w:p>
      <w:r>
        <w:t>[…..…]</w:t>
      </w:r>
    </w:p>
    <w:p>
      <w:r>
        <w:t>[..…...]</w:t>
      </w:r>
    </w:p>
    <w:p>
      <w:r>
        <w:t>He gave us a {..} house and every {..}, what we need, and chiefly the mitzvos</w:t>
      </w:r>
    </w:p>
    <w:p>
      <w:r>
        <w:t>The mitzvos: when one opens the eyes, blessed a.. "I thank You," we speak with Hashem:</w:t>
      </w:r>
    </w:p>
    <w:p>
      <w:r>
        <w:t>{..}, "I thank You {before You}, for You have compassionately restored my soul within me.."</w:t>
      </w:r>
    </w:p>
    <w:p>
      <w:r>
        <w:t>"Blessed are You Hashem, Giver of the Torah"</w:t>
      </w:r>
    </w:p>
    <w:p>
      <w:r>
        <w:t>Always spea.., we speak with Hashem</w:t>
      </w:r>
    </w:p>
    <w:p>
      <w:r>
        <w:t>When we eat, we speak with Hashem: Blessed are You Hashem, Who gave us grapes, Who gave us.. {…}</w:t>
      </w:r>
    </w:p>
    <w:p>
      <w:r>
        <w:t>Such gifts, to.. to.. speak with Hashem always, a telephone {..}, {there is in.. in..} the house</w:t>
      </w:r>
    </w:p>
    <w:p>
      <w:r>
        <w:t>The bookcase with books {…}, and.. and spea.., and how to speak with Hashem</w:t>
      </w:r>
    </w:p>
    <w:p>
      <w:r>
        <w:t>Lessons on how to speak with Hashem, how we should believe {...}</w:t>
      </w:r>
    </w:p>
    <w:p>
      <w:r>
        <w:t>To eat?—No, it is forbidden to eat; water, washing the hands</w:t>
      </w:r>
    </w:p>
    <w:p>
      <w:r>
        <w:t>Nu, to eat?—No, "Who brings forth bread from the earth"</w:t>
      </w:r>
    </w:p>
    <w:p>
      <w:r>
        <w:t>{We speak.., speak … always with Hashem}, "Blessed are You Hashem, Who brings forth bread from the earth"</w:t>
      </w:r>
    </w:p>
    <w:p>
      <w:r>
        <w:t>Ah..</w:t>
      </w:r>
    </w:p>
    <w:p>
      <w:r>
        <w:t>Our life—go, {to drink the tea}, for what?—"Blessed are You Hashem, through Whose word everything came to be." We {indeed} always speak with Hashem</w:t>
      </w:r>
    </w:p>
    <w:p>
      <w:r>
        <w:t>We have Torah and mitzvos for every moment, for all our life</w:t>
      </w:r>
    </w:p>
    <w:p>
      <w:r>
        <w:t>"I thank You, for You have compassionately restored my soul within me.."</w:t>
      </w:r>
    </w:p>
    <w:p>
      <w:r>
        <w:t>"Blessed are You Hashem, Who sanctified us with His mitzvos and commanded us concerning the washing of the hands"</w:t>
      </w:r>
    </w:p>
    <w:p>
      <w:r>
        <w:t>[Amen]</w:t>
      </w:r>
    </w:p>
    <w:p>
      <w:r>
        <w:t>"Blessed are You Hashem.." We always speak with Hashem, "Who did not make me a gentile"</w:t>
      </w:r>
    </w:p>
    <w:p>
      <w:r>
        <w:t>"Blessed are You Hashem, Who has kept us alive, sustained us, and brought us to this time"</w:t>
      </w:r>
    </w:p>
    <w:p>
      <w:r>
        <w:t>That we eat matzos and eat in sukkahs and always pray, and pray and speak with Hashem</w:t>
      </w:r>
    </w:p>
    <w:p>
      <w:r>
        <w:t>You want to eat? Not like a gentile. You want to eat? One must bless:</w:t>
      </w:r>
    </w:p>
    <w:p>
      <w:r>
        <w:t>"Blessed are You Hashem, Who brings forth bread from the earth"</w:t>
      </w:r>
    </w:p>
    <w:p>
      <w:r>
        <w:t>Who gave us the grapes and all the fruits—for what? To eat, so that we will have {..} strength to serve Hashem</w:t>
      </w:r>
    </w:p>
    <w:p>
      <w:r>
        <w:t>"Who did not make me a gentile"—"Who did not make me a donkey"</w:t>
      </w:r>
    </w:p>
    <w:p>
      <w:r>
        <w:t>When we eat—"Blessed are You Hashem, Who brings forth bread from the earth"</w:t>
      </w:r>
    </w:p>
    <w:p>
      <w:r>
        <w:t>{…}, and there is also an after-blessing, {...}</w:t>
      </w:r>
    </w:p>
    <w:p>
      <w:r>
        <w:t>{…}, Who nourishes the entire world in His goodness, with grace, with kindness, and with mercy.."</w:t>
      </w:r>
    </w:p>
    <w:p>
      <w:r>
        <w:t>We always have what to speak with Hashem about, always</w:t>
      </w:r>
    </w:p>
    <w:p>
      <w:r>
        <w:t>{And we see and say to Him}: "Blessed are You.." {… as though He sits here}, speaks with us and hears us</w:t>
      </w:r>
    </w:p>
    <w:p>
      <w:r>
        <w:t>{..}, we always have two blessings; when we awaken {from} sleep, "Who did not make me a gentile"</w:t>
      </w:r>
    </w:p>
    <w:p>
      <w:r>
        <w:t>"Who did not make me a slave"—"Who did not make me a donkey"</w:t>
      </w:r>
    </w:p>
    <w:p>
      <w:r>
        <w:t>Nu, we are always ready to speak with Hashem, always</w:t>
      </w:r>
    </w:p>
    <w:p>
      <w:r>
        <w:t>Blessed are You Hashem.. Who gives, and He gave us the mitzvah of tzitzis, of {…..}, {{of matzah}}, mitzvos of.. We are always {connec.., connected}, always bound to.. to the root, to the blessed Creator, Who chose us; He created us</w:t>
      </w:r>
    </w:p>
    <w:p>
      <w:r>
        <w:t>"Blessed are You Hashem.." No gentile, no human be.., no.. they have nothing</w:t>
      </w:r>
    </w:p>
    <w:p>
      <w:r>
        <w:t>And we, boruch Hashem, have a mitzvah for every moment, for every.. yes</w:t>
      </w:r>
    </w:p>
    <w:p>
      <w:r>
        <w:t>Sleeping? We wake from sleep: "I thank You, living and enduring King, for You have compassionately restored my soul within me.." We always speak with Hashem, ah..</w:t>
      </w:r>
    </w:p>
    <w:p>
      <w:r>
        <w:t>{…} With Torah and mitzvos, this is a telephone, it is always in the house</w:t>
      </w:r>
    </w:p>
    <w:p>
      <w:r>
        <w:t>{..} A telephone for free</w:t>
      </w:r>
    </w:p>
    <w:p>
      <w:r>
        <w:t>"Blessed are You Hashem.."</w:t>
      </w:r>
    </w:p>
    <w:p>
      <w:r>
        <w:t>{And I} had several things {..} that Hashem Yitbarach did {with with us}, with me, good kindnesses</w:t>
      </w:r>
    </w:p>
    <w:p>
      <w:r>
        <w:t>And he {..} I was born in a Jewish home of Torah and mitzvos</w:t>
      </w:r>
    </w:p>
    <w:p>
      <w:r>
        <w:t>{But} as soon as he is born, immediately they wash his hands</w:t>
      </w:r>
    </w:p>
    <w:p>
      <w:r>
        <w:t>He is a Jew, Hashem, He said {{.…}} to wash the hands, "Blessed are You Hashem.."</w:t>
      </w:r>
    </w:p>
    <w:p>
      <w:r>
        <w:t>And always things with Hashem, this is all our vitality</w:t>
      </w:r>
    </w:p>
    <w:p>
      <w:r>
        <w:t>The Torah: this is forbidden, this is forbidden, this is permitted</w:t>
      </w:r>
    </w:p>
    <w:p>
      <w:r>
        <w:t>There are things one must know what, what is forbidden and what is per.., what is permitted, what, how to live, what to eat</w:t>
      </w:r>
    </w:p>
    <w:p>
      <w:r>
        <w:t>Do not learn from a gentile; he eats straw and it is good for him, he has no worry, no, what, only to eat</w:t>
      </w:r>
    </w:p>
    <w:p>
      <w:r>
        <w:t>A telephone for free, there is a bookcase with, with, with a book.., to telephone, to telephone Hashem Yitbarach</w:t>
      </w:r>
    </w:p>
    <w:p>
      <w:r>
        <w:t>"Blessed are You Hashem, Who did not make me a gentile"</w:t>
      </w:r>
    </w:p>
    <w:p>
      <w:r>
        <w:t>"Blessed are You Hashem, Who has provided me with all my needs"</w:t>
      </w:r>
    </w:p>
    <w:p>
      <w:r>
        <w:t>"Blessed are You Hashem {our God}, King of the world, Who girds Yisroel with strength"</w:t>
      </w:r>
    </w:p>
    <w:p>
      <w:r>
        <w:t>What is strength?—The Torah is the strength</w:t>
      </w:r>
    </w:p>
    <w:p>
      <w:r>
        <w:t>One must study and fulfill the Torah and the mitzvos</w:t>
      </w:r>
    </w:p>
    <w:p>
      <w:r>
        <w:t>"The days of our lives are seventy years, and if with strength, eighty years"; I, boruch Hashem, am above, above, above one hundred, boruch Hashem I am alive, boruch Hashem in great joy, "It is a great mitzvah to be happy always"</w:t>
      </w:r>
    </w:p>
    <w:p>
      <w:r>
        <w:t>We always have avodah, always to be i..{}, at every moment</w:t>
      </w:r>
    </w:p>
    <w:p>
      <w:r>
        <w:t>[Saba, fortunate are we that we have such a Rebbe]</w:t>
      </w:r>
    </w:p>
    <w:p>
      <w:r>
        <w:t>We speak with Hashem, this is the telephone, yes</w:t>
      </w:r>
    </w:p>
    <w:p>
      <w:r>
        <w:t>We speak with Him {above} the heavens, with Hashem</w:t>
      </w:r>
    </w:p>
    <w:p>
      <w:r>
        <w:t>Sp.. sp.. sp.. sp.. we speak with Him {…} rejoice with Him, He, that He n n.., ah, that He created us</w:t>
      </w:r>
    </w:p>
    <w:p>
      <w:r>
        <w:t>And gave us the Torah, "Who chose us from all the peoples and gave us His Torah"</w:t>
      </w:r>
    </w:p>
    <w:p>
      <w:r>
        <w:t>The To.. the gentiles have no Torah, they have no mitzvah, they have nothing</w:t>
      </w:r>
    </w:p>
    <w:p>
      <w:r>
        <w:t>Only we, the people of Yisroel, with the Torah</w:t>
      </w:r>
    </w:p>
    <w:p>
      <w:r>
        <w:t>To eat?—Wait a little, one must wash the hands</w:t>
      </w:r>
    </w:p>
    <w:p>
      <w:r>
        <w:t>Ah? This is not yet?—"Blessed are You Hashem, Who brings forth bread from the earth"</w:t>
      </w:r>
    </w:p>
    <w:p>
      <w:r>
        <w:t>And it is impossible to eat without this</w:t>
      </w:r>
    </w:p>
    <w:p>
      <w:r>
        <w:t>And this is the entire world, all the gentiles know nothing, only like donkeys that stand and eat always</w:t>
      </w:r>
    </w:p>
    <w:p>
      <w:r>
        <w:t>No more; he does not have one task, one, only to eat and…</w:t>
      </w:r>
    </w:p>
    <w:p>
      <w:r>
        <w:br w:type="page"/>
      </w:r>
    </w:p>
    <w:p>
      <w:pPr>
        <w:pStyle w:val="Heading1"/>
      </w:pPr>
      <w:r>
        <w:t>Tape 60</w:t>
      </w:r>
    </w:p>
    <w:p>
      <w:pPr>
        <w:pStyle w:val="Heading2"/>
      </w:pPr>
      <w:r>
        <w:t>Side A (Aleph)</w:t>
      </w:r>
    </w:p>
    <w:p>
      <w:r>
        <w:t>...night, at midnight at the 'Western Wall'…</w:t>
      </w:r>
    </w:p>
    <w:p>
      <w:r>
        <w:t>..."Without money? I, I wai.., I wait the whole month for Rosh Ch.., for the day of Rosh Chodesh when he will bring money"…</w:t>
      </w:r>
    </w:p>
    <w:p>
      <w:r>
        <w:t>...Without olive oil, it is impossible</w:t>
      </w:r>
    </w:p>
    <w:p>
      <w:r>
        <w:t>Here? Is the olive oil here?</w:t>
      </w:r>
    </w:p>
    <w:p>
      <w:r>
        <w:t>[Yes]</w:t>
      </w:r>
    </w:p>
    <w:p>
      <w:r>
        <w:t>{...}…</w:t>
      </w:r>
    </w:p>
    <w:p>
      <w:r>
        <w:t>...[The friends sing: "Na Na Nach Nachma Nachman meUman..”]</w:t>
      </w:r>
    </w:p>
    <w:p>
      <w:r>
        <w:t>[Shalom, Rebbe Yisroel Ber, shalom, the son of Sarah..]</w:t>
      </w:r>
    </w:p>
    <w:p>
      <w:r>
        <w:t>{..}</w:t>
      </w:r>
    </w:p>
    <w:p>
      <w:r>
        <w:t>[The son of Sarah, the son of Sarah]</w:t>
      </w:r>
    </w:p>
    <w:p>
      <w:r>
        <w:t>Ah?</w:t>
      </w:r>
    </w:p>
    <w:p>
      <w:r>
        <w:t>[The grandson of Rebbe Shimon Belcher.. Do you understand me? The son of Sarah, nu]</w:t>
      </w:r>
    </w:p>
    <w:p>
      <w:r>
        <w:t>My father did not have, he did not have money to pay the teacher, I came on Rosh Chodesh</w:t>
      </w:r>
    </w:p>
    <w:p>
      <w:r>
        <w:t>[Yoa]</w:t>
      </w:r>
    </w:p>
    <w:p>
      <w:r>
        <w:t>To cheder</w:t>
      </w:r>
    </w:p>
    <w:p>
      <w:r>
        <w:t>[Yoa]</w:t>
      </w:r>
    </w:p>
    <w:p>
      <w:r>
        <w:t>Without money</w:t>
      </w:r>
    </w:p>
    <w:p>
      <w:r>
        <w:t>[Indeed?]</w:t>
      </w:r>
    </w:p>
    <w:p>
      <w:r>
        <w:t>He said to me, the teacher: "I need to eat, I need {all this}, to eat, to buy to eat..” [Yoa]</w:t>
      </w:r>
    </w:p>
    <w:p>
      <w:r>
        <w:t>"What is this? How do they come, Rosh Chodesh {…}, come without money?"</w:t>
      </w:r>
    </w:p>
    <w:p>
      <w:r>
        <w:t>[Yoa, yoa]</w:t>
      </w:r>
    </w:p>
    <w:p>
      <w:r>
        <w:t>[Shalom, Saba, shalom, how are things? Saba]</w:t>
      </w:r>
    </w:p>
    <w:p>
      <w:r>
        <w:t>"On Rosh Chodesh they come without money?”</w:t>
      </w:r>
    </w:p>
    <w:p>
      <w:r>
        <w:t>[Shalom, Saba, how are you?]</w:t>
      </w:r>
    </w:p>
    <w:p>
      <w:r>
        <w:t>"I cannot wait any longer; when Rosh Chodesh comes, money"</w:t>
      </w:r>
    </w:p>
    <w:p>
      <w:r>
        <w:t>[….]</w:t>
      </w:r>
    </w:p>
    <w:p>
      <w:r>
        <w:t>"Without money, no, they do not come, they do not come, there is no, there is no cheder"</w:t>
      </w:r>
    </w:p>
    <w:p>
      <w:r>
        <w:t>[Rebbe Yisroel Ber, how are things? Rebbe Yisroel Ber, how are things?]</w:t>
      </w:r>
    </w:p>
    <w:p>
      <w:r>
        <w:t>Nu, nu, {...}..</w:t>
      </w:r>
    </w:p>
    <w:p>
      <w:r>
        <w:t>[The son of Sarah, Sarah, Sarah]</w:t>
      </w:r>
    </w:p>
    <w:p>
      <w:r>
        <w:t>Ah?</w:t>
      </w:r>
    </w:p>
    <w:p>
      <w:r>
        <w:t>[The son of Sarah, Sarah, the son of Sarah, the son of Sarah]</w:t>
      </w:r>
    </w:p>
    <w:p>
      <w:r>
        <w:t>The son of Sarah?</w:t>
      </w:r>
    </w:p>
    <w:p>
      <w:r>
        <w:t>[Yes]</w:t>
      </w:r>
    </w:p>
    <w:p>
      <w:r>
        <w:t>[Where do you live?]</w:t>
      </w:r>
    </w:p>
    <w:p>
      <w:r>
        <w:t>[In Har Nof, you were already at my house]</w:t>
      </w:r>
    </w:p>
    <w:p>
      <w:r>
        <w:t>I was at your house?</w:t>
      </w:r>
    </w:p>
    <w:p>
      <w:r>
        <w:t>[Yes]</w:t>
      </w:r>
    </w:p>
    <w:p>
      <w:r>
        <w:t>{….}</w:t>
      </w:r>
    </w:p>
    <w:p>
      <w:r>
        <w:t>[I once lived in ‘Beis Yisroel,’ do you remember that I lived in ‘Beis Yisroel’? ‘Beis Yisroel’]</w:t>
      </w:r>
    </w:p>
    <w:p>
      <w:r>
        <w:t>{…}</w:t>
      </w:r>
    </w:p>
    <w:p>
      <w:r>
        <w:t>[The grandson of Rebbe Shimon Belcher, from Sarah, Sarah Gottlieb]</w:t>
      </w:r>
    </w:p>
    <w:p>
      <w:r>
        <w:t>Ah, right</w:t>
      </w:r>
    </w:p>
    <w:p>
      <w:r>
        <w:t>[She was a widow]</w:t>
      </w:r>
    </w:p>
    <w:p>
      <w:r>
        <w:t>Tovah, Tovel'e..</w:t>
      </w:r>
    </w:p>
    <w:p>
      <w:r>
        <w:t>[What?]</w:t>
      </w:r>
    </w:p>
    <w:p>
      <w:r>
        <w:t>{…..}</w:t>
      </w:r>
    </w:p>
    <w:p>
      <w:r>
        <w:t>[Ve'ar]</w:t>
      </w:r>
    </w:p>
    <w:p>
      <w:r>
        <w:t>{….} the sister, {…} the daughter</w:t>
      </w:r>
    </w:p>
    <w:p>
      <w:r>
        <w:t>[Yes, yes, Tovah, Tovah]</w:t>
      </w:r>
    </w:p>
    <w:p>
      <w:r>
        <w:t>[….]</w:t>
      </w:r>
    </w:p>
    <w:p>
      <w:r>
        <w:t>[Shalom, Saba, how are you? How do you feel? Saba]</w:t>
      </w:r>
    </w:p>
    <w:p>
      <w:r>
        <w:t>I came, on Rosh Chodesh I came to cheder without money, he asked me, the Rebbe:</w:t>
      </w:r>
    </w:p>
    <w:p>
      <w:r>
        <w:t>["Where is the money?”]</w:t>
      </w:r>
    </w:p>
    <w:p>
      <w:r>
        <w:t>"Where is the money?”</w:t>
      </w:r>
    </w:p>
    <w:p>
      <w:r>
        <w:t>[There is no money]</w:t>
      </w:r>
    </w:p>
    <w:p>
      <w:r>
        <w:t>[There is no money in Breslov, money for books, Saba, money for books]</w:t>
      </w:r>
    </w:p>
    <w:p>
      <w:r>
        <w:t>"Tell Father, I cannot wait any longer, only.., on Rosh Chodesh I need money"</w:t>
      </w:r>
    </w:p>
    <w:p>
      <w:r>
        <w:t>[That is what the teacher said?]</w:t>
      </w:r>
    </w:p>
    <w:p>
      <w:r>
        <w:t>[………]</w:t>
      </w:r>
    </w:p>
    <w:p>
      <w:r>
        <w:t>[…..….]</w:t>
      </w:r>
    </w:p>
    <w:p>
      <w:r>
        <w:t>{Nu}, "On Rosh Chodesh they come without money?”</w:t>
      </w:r>
    </w:p>
    <w:p>
      <w:r>
        <w:t>["How is there no money? How do they come without money?”]</w:t>
      </w:r>
    </w:p>
    <w:p>
      <w:r>
        <w:t>[Rebbe Shimon, your brother, do you remember Rebbe Shimon Belcher?]</w:t>
      </w:r>
    </w:p>
    <w:p>
      <w:r>
        <w:t>My brother?</w:t>
      </w:r>
    </w:p>
    <w:p>
      <w:r>
        <w:t>[Yes]</w:t>
      </w:r>
    </w:p>
    <w:p>
      <w:r>
        <w:t>{...}</w:t>
      </w:r>
    </w:p>
    <w:p>
      <w:r>
        <w:t>[Saba, this is Mother, my mother gave it, for Saba to perform a pidyon nefesh for her</w:t>
      </w:r>
    </w:p>
    <w:p>
      <w:r>
        <w:t>Shulamis bas Yaman, it is here, I will put this here]</w:t>
      </w:r>
    </w:p>
    <w:p>
      <w:r>
        <w:t>{Why is this?}</w:t>
      </w:r>
    </w:p>
    <w:p>
      <w:r>
        <w:t>[For a pidyon nefesh, Mother gave it, Shulamis bas Yaman, she does not feel well, she has a problem with her hand] Ah?</w:t>
      </w:r>
    </w:p>
    <w:p>
      <w:r>
        <w:t>[She goes to doctors and this, and they say perhaps there will be surgery, perhaps not, they do not know]</w:t>
      </w:r>
    </w:p>
    <w:p>
      <w:r>
        <w:t>Then give me paper</w:t>
      </w:r>
    </w:p>
    <w:p>
      <w:r>
        <w:t>[Paper?]</w:t>
      </w:r>
    </w:p>
    <w:p>
      <w:r>
        <w:t>{For.. for this}</w:t>
      </w:r>
    </w:p>
    <w:p>
      <w:r>
        <w:t>[For the money..]</w:t>
      </w:r>
    </w:p>
    <w:p>
      <w:r>
        <w:t>{…}, this will get lost</w:t>
      </w:r>
    </w:p>
    <w:p>
      <w:r>
        <w:t>[Ah, it will get lost]</w:t>
      </w:r>
    </w:p>
    <w:p>
      <w:r>
        <w:t>[Give him money in paper, perhaps]</w:t>
      </w:r>
    </w:p>
    <w:p>
      <w:r>
        <w:t>Is this money?</w:t>
      </w:r>
    </w:p>
    <w:p>
      <w:r>
        <w:t>[Yes..]</w:t>
      </w:r>
    </w:p>
    <w:p>
      <w:r>
        <w:t>Money, paper is money, paper, what is this mo..? What money is this?</w:t>
      </w:r>
    </w:p>
    <w:p>
      <w:r>
        <w:t>["What money is paper?”]</w:t>
      </w:r>
    </w:p>
    <w:p>
      <w:r>
        <w:t>[Rebbe Yisroel Ber, I am going, good night, give me a blessing]</w:t>
      </w:r>
    </w:p>
    <w:p>
      <w:r>
        <w:t>I came to cheder</w:t>
      </w:r>
    </w:p>
    <w:p>
      <w:r>
        <w:t>[Yes, yes]</w:t>
      </w:r>
    </w:p>
    <w:p>
      <w:r>
        <w:t>Without money</w:t>
      </w:r>
    </w:p>
    <w:p>
      <w:r>
        <w:t>[Yes]</w:t>
      </w:r>
    </w:p>
    <w:p>
      <w:r>
        <w:t>It is impossible to understand the "taste" I had</w:t>
      </w:r>
    </w:p>
    <w:p>
      <w:r>
        <w:t>[Oy vey]</w:t>
      </w:r>
    </w:p>
    <w:p>
      <w:r>
        <w:t>And the Rebbe..</w:t>
      </w:r>
    </w:p>
    <w:p>
      <w:r>
        <w:t>["Where is the money?”]</w:t>
      </w:r>
    </w:p>
    <w:p>
      <w:r>
        <w:t>I arrived..</w:t>
      </w:r>
    </w:p>
    <w:p>
      <w:r>
        <w:t>[Saba, I do not have]</w:t>
      </w:r>
    </w:p>
    <w:p>
      <w:r>
        <w:t>{} I arrived at cheder and I did not bring any money</w:t>
      </w:r>
    </w:p>
    <w:p>
      <w:r>
        <w:t>[Yes]</w:t>
      </w:r>
    </w:p>
    <w:p>
      <w:r>
        <w:t>{…….}</w:t>
      </w:r>
    </w:p>
    <w:p>
      <w:r>
        <w:t>[Rebbe Yisroel Ber, I am going, good night, give me a blessing]</w:t>
      </w:r>
    </w:p>
    <w:p>
      <w:r>
        <w:t>[Saba, I don't have, I don't have in paper, I only have this, I don't have any more, I don't have in paper, I don't have paper]</w:t>
      </w:r>
    </w:p>
    <w:p>
      <w:r>
        <w:t>No?</w:t>
      </w:r>
    </w:p>
    <w:p>
      <w:r>
        <w:t>[I don't have, I don't have]</w:t>
      </w:r>
    </w:p>
    <w:p>
      <w:r>
        <w:t>This fell</w:t>
      </w:r>
    </w:p>
    <w:p>
      <w:r>
        <w:t>[Here]</w:t>
      </w:r>
    </w:p>
    <w:p>
      <w:r>
        <w:t>Shoyn</w:t>
      </w:r>
    </w:p>
    <w:p>
      <w:r>
        <w:t>[Shulamit bas Yaman.. wait, not like that, Saba, put it like this]</w:t>
      </w:r>
    </w:p>
    <w:p>
      <w:r>
        <w:t>{Here}</w:t>
      </w:r>
    </w:p>
    <w:p>
      <w:r>
        <w:t>[Here, yes]</w:t>
      </w:r>
    </w:p>
    <w:p>
      <w:r>
        <w:t>Here, {….}</w:t>
      </w:r>
    </w:p>
    <w:p>
      <w:r>
        <w:t>[Shulamit bas Yaman, Saba, that she shouldn't, that she shouldn't need doctors at all, Saba]</w:t>
      </w:r>
    </w:p>
    <w:p>
      <w:r>
        <w:t>“{…} Rosh Chodesh you didn't bring money {…….} money"</w:t>
      </w:r>
    </w:p>
    <w:p>
      <w:r>
        <w:t>[Yes]</w:t>
      </w:r>
    </w:p>
    <w:p>
      <w:r>
        <w:t>So I came without money</w:t>
      </w:r>
    </w:p>
    <w:p>
      <w:r>
        <w:t>[You arrived without money?]</w:t>
      </w:r>
    </w:p>
    <w:p>
      <w:r>
        <w:t>“{….} Rosh Chodesh you arrive without money?”</w:t>
      </w:r>
    </w:p>
    <w:p>
      <w:r>
        <w:t>I wait the whole month for, for this day</w:t>
      </w:r>
    </w:p>
    <w:p>
      <w:r>
        <w:t>[In order to learn by the rebbe? Saba, you would, you would bring him a sticker of "Na Nach Nachma Nachman MeUman" a sticker instead of money, a sticker of "Na Nach Nachma Nachman MeUman"]</w:t>
      </w:r>
    </w:p>
    <w:p>
      <w:r>
        <w:t>[Rebbe Yisroel Ber, good night, I'm going {…} good night]</w:t>
      </w:r>
    </w:p>
    <w:p>
      <w:r>
        <w:t>A good year, {nu, nu}</w:t>
      </w:r>
    </w:p>
    <w:p>
      <w:r>
        <w:t>[I told you, Sarah's son, the grandson of Rebbe Shimon Blecher]</w:t>
      </w:r>
    </w:p>
    <w:p>
      <w:r>
        <w:t>Ah</w:t>
      </w:r>
    </w:p>
    <w:p>
      <w:r>
        <w:t>[Sarah Gottlieb, do you remember Sarah?]</w:t>
      </w:r>
    </w:p>
    <w:p>
      <w:r>
        <w:t>{..…} your father?</w:t>
      </w:r>
    </w:p>
    <w:p>
      <w:r>
        <w:t>[My father is no longer alive, my father]</w:t>
      </w:r>
    </w:p>
    <w:p>
      <w:r>
        <w:t>No</w:t>
      </w:r>
    </w:p>
    <w:p>
      <w:r>
        <w:t>[Neither the mother nor the father]</w:t>
      </w:r>
    </w:p>
    <w:p>
      <w:r>
        <w:t>Ah, indeed?</w:t>
      </w:r>
    </w:p>
    <w:p>
      <w:r>
        <w:t>[Indeed, yes]</w:t>
      </w:r>
    </w:p>
    <w:p>
      <w:r>
        <w:t>And what do you do?</w:t>
      </w:r>
    </w:p>
    <w:p>
      <w:r>
        <w:t>[I learn a little.., I work, I work, I work]</w:t>
      </w:r>
    </w:p>
    <w:p>
      <w:r>
        <w:t>You work?</w:t>
      </w:r>
    </w:p>
    <w:p>
      <w:r>
        <w:t>[Yes, yes]</w:t>
      </w:r>
    </w:p>
    <w:p>
      <w:r>
        <w:t>Nu, this too is for the good</w:t>
      </w:r>
    </w:p>
    <w:p>
      <w:r>
        <w:t>[Do you remember the brother? Rebbe Shimon]</w:t>
      </w:r>
    </w:p>
    <w:p>
      <w:r>
        <w:t>Ho, ho, ho.. {yes}</w:t>
      </w:r>
    </w:p>
    <w:p>
      <w:r>
        <w:t>[He was a Karlin chassid]</w:t>
      </w:r>
    </w:p>
    <w:p>
      <w:r>
        <w:t>Yes, he wanted to kill me</w:t>
      </w:r>
    </w:p>
    <w:p>
      <w:r>
        <w:t>[What?]</w:t>
      </w:r>
    </w:p>
    <w:p>
      <w:r>
        <w:t>"Breslover"</w:t>
      </w:r>
    </w:p>
    <w:p>
      <w:r>
        <w:t>[Yes, yes, yes, good night, good night]</w:t>
      </w:r>
    </w:p>
    <w:p>
      <w:r>
        <w:t>A good year</w:t>
      </w:r>
    </w:p>
    <w:p>
      <w:r>
        <w:t>[Be healthy]</w:t>
      </w:r>
    </w:p>
    <w:p>
      <w:r>
        <w:t>Amen, you too</w:t>
      </w:r>
    </w:p>
    <w:p>
      <w:r>
        <w:t>[Amen]</w:t>
      </w:r>
    </w:p>
    <w:p>
      <w:r>
        <w:t>Come all the time</w:t>
      </w:r>
    </w:p>
    <w:p>
      <w:r>
        <w:t>[I'll come, I'll come, when are you coming to me for Shabbos?</w:t>
      </w:r>
    </w:p>
    <w:p>
      <w:r>
        <w:t>Once you were here on Shabbos, you ate cholent, and you said that the cholent was very good, {….}</w:t>
      </w:r>
    </w:p>
    <w:p>
      <w:r>
        <w:t>Do you remember the cholent?</w:t>
      </w:r>
    </w:p>
    <w:p>
      <w:r>
        <w:t>Okay, good night]</w:t>
      </w:r>
    </w:p>
    <w:p>
      <w:r>
        <w:t>Ah</w:t>
      </w:r>
    </w:p>
    <w:p>
      <w:r>
        <w:t>[Good night, I'll come a little more]</w:t>
      </w:r>
    </w:p>
    <w:p>
      <w:r>
        <w:t>The brother, sister..</w:t>
      </w:r>
    </w:p>
    <w:p>
      <w:r>
        <w:t>[Yes, yes, yes]</w:t>
      </w:r>
    </w:p>
    <w:p>
      <w:r>
        <w:t>Boruch Hashem</w:t>
      </w:r>
    </w:p>
    <w:p>
      <w:r>
        <w:t>[Boruch Hashem.. next week there is a bar mitzvah, do you want to come? On Tuesday there is a bar mitzvah, will you come?] If only, but I can't walk, can't walk</w:t>
      </w:r>
    </w:p>
    <w:p>
      <w:r>
        <w:t>[We'll bring you, do you want us to bring you?]</w:t>
      </w:r>
    </w:p>
    <w:p>
      <w:r>
        <w:t>I have legs, I have legs..</w:t>
      </w:r>
    </w:p>
    <w:p>
      <w:r>
        <w:t>[Yes?]</w:t>
      </w:r>
    </w:p>
    <w:p>
      <w:r>
        <w:t>But I can't walk</w:t>
      </w:r>
    </w:p>
    <w:p>
      <w:r>
        <w:t>[If you want to come, we'll take you with a car, okay?]</w:t>
      </w:r>
    </w:p>
    <w:p>
      <w:r>
        <w:t>With a car?</w:t>
      </w:r>
    </w:p>
    <w:p>
      <w:r>
        <w:t>[Yes, yes]</w:t>
      </w:r>
    </w:p>
    <w:p>
      <w:r>
        <w:t>Nu, the car "on the street", needs fuel</w:t>
      </w:r>
    </w:p>
    <w:p>
      <w:r>
        <w:t>[Yes, we'll come take you, do you want to come to the bar mitzvah, should I tell them to take you?]</w:t>
      </w:r>
    </w:p>
    <w:p>
      <w:r>
        <w:t>{..}, will there be fuel?</w:t>
      </w:r>
    </w:p>
    <w:p>
      <w:r>
        <w:t>[Yes, yes, yes, {there will be}, so I'll come next week to take you?]</w:t>
      </w:r>
    </w:p>
    <w:p>
      <w:r>
        <w:t>Ah?</w:t>
      </w:r>
    </w:p>
    <w:p>
      <w:r>
        <w:t>[{…… to come} to the bar mitzvah?]</w:t>
      </w:r>
    </w:p>
    <w:p>
      <w:r>
        <w:t>If only I can</w:t>
      </w:r>
    </w:p>
    <w:p>
      <w:r>
        <w:t>[You'll be able to, you'll be able to]</w:t>
      </w:r>
    </w:p>
    <w:p>
      <w:r>
        <w:t>Okay, Boruch Hashem</w:t>
      </w:r>
    </w:p>
    <w:p>
      <w:r>
        <w:t>[Good night]</w:t>
      </w:r>
    </w:p>
    <w:p>
      <w:r>
        <w:t>A good year, a good year</w:t>
      </w:r>
    </w:p>
    <w:p>
      <w:r>
        <w:t>[Good night]</w:t>
      </w:r>
    </w:p>
    <w:p>
      <w:r>
        <w:t>How is Chaim Moshe?</w:t>
      </w:r>
    </w:p>
    <w:p>
      <w:r>
        <w:t>[Ho, Boruch Hashem, Chaim Moshe, Boruch Hashem]</w:t>
      </w:r>
    </w:p>
    <w:p>
      <w:r>
        <w:t>The Karliner?</w:t>
      </w:r>
    </w:p>
    <w:p>
      <w:r>
        <w:t>[Yes, yes, yes, the Karliner]</w:t>
      </w:r>
    </w:p>
    <w:p>
      <w:r>
        <w:t>I'm Breslov and he is Karliner</w:t>
      </w:r>
    </w:p>
    <w:p>
      <w:r>
        <w:t>[Yes, yes, yes, yes, he is a precious man</w:t>
      </w:r>
    </w:p>
    <w:p>
      <w:r>
        <w:t>Do you know that he wrote a Sefer Torah for the Chazon Ish, do you know?]</w:t>
      </w:r>
    </w:p>
    <w:p>
      <w:r>
        <w:t>Ah?</w:t>
      </w:r>
    </w:p>
    <w:p>
      <w:r>
        <w:t>[He wrote a Sefer Torah for the Chazon Ish]</w:t>
      </w:r>
    </w:p>
    <w:p>
      <w:r>
        <w:t>Yosef, Yosef</w:t>
      </w:r>
    </w:p>
    <w:p>
      <w:r>
        <w:t>[Yosef is no longer alive, Yosef, Yosef is no longer alive.. okay, good night]</w:t>
      </w:r>
    </w:p>
    <w:p>
      <w:r>
        <w:t>Good night</w:t>
      </w:r>
    </w:p>
    <w:p>
      <w:r>
        <w:t>[The gute.. (good)]</w:t>
      </w:r>
    </w:p>
    <w:p>
      <w:r>
        <w:t>A good year</w:t>
      </w:r>
    </w:p>
    <w:p>
      <w:r>
        <w:t>[A picture of my Saba]</w:t>
      </w:r>
    </w:p>
    <w:p>
      <w:r>
        <w:t>[What?]</w:t>
      </w:r>
    </w:p>
    <w:p>
      <w:r>
        <w:t>[The friends sing: "Na Nach Nachma Nachman MeUman.."</w:t>
      </w:r>
    </w:p>
    <w:p>
      <w:r>
        <w:t>(Saba rouses the friends)]</w:t>
      </w:r>
    </w:p>
    <w:p>
      <w:r>
        <w:t>[..from the side, ah..]</w:t>
      </w:r>
    </w:p>
    <w:p>
      <w:r>
        <w:t>[….]</w:t>
      </w:r>
    </w:p>
    <w:p>
      <w:r>
        <w:t>[From the father's side]</w:t>
      </w:r>
    </w:p>
    <w:p>
      <w:r>
        <w:t>[How are you? Saba]</w:t>
      </w:r>
    </w:p>
    <w:p>
      <w:r>
        <w:t>[Ah, now I understand..]</w:t>
      </w:r>
    </w:p>
    <w:p>
      <w:r>
        <w:t>[……. Shimon Blecher, Shimon..]</w:t>
      </w:r>
    </w:p>
    <w:p>
      <w:r>
        <w:t>[Ah.. ah.. ah.. ah..]</w:t>
      </w:r>
    </w:p>
    <w:p>
      <w:r>
        <w:t>[Her Saba..]</w:t>
      </w:r>
    </w:p>
    <w:p>
      <w:r>
        <w:t>[...]</w:t>
      </w:r>
    </w:p>
    <w:p>
      <w:r>
        <w:t>My rebbe said to me: "Rosh Chodesh, {you will give me} money"</w:t>
      </w:r>
    </w:p>
    <w:p>
      <w:r>
        <w:t>Nu, {but}, "without money you don't , don't come on Rosh Chodesh, what, what, what did you come?”</w:t>
      </w:r>
    </w:p>
    <w:p>
      <w:r>
        <w:t>[If you want to learn you need money]</w:t>
      </w:r>
    </w:p>
    <w:p>
      <w:r>
        <w:t>"Tell Father that he should send me money {…} every Rosh Chodesh"</w:t>
      </w:r>
    </w:p>
    <w:p>
      <w:r>
        <w:t>[Rebbe Yisroel Ber..]</w:t>
      </w:r>
    </w:p>
    <w:p>
      <w:r>
        <w:t>[And in the end did he let you in?]</w:t>
      </w:r>
    </w:p>
    <w:p>
      <w:r>
        <w:t>[Do you want to come to a bar mitzvah next week? That we should bring you to the bar mitzvah, to meet the family?] {..}</w:t>
      </w:r>
    </w:p>
    <w:p>
      <w:r>
        <w:t>[..bar mitzvah, do you want to come next week, on Tuesday?]</w:t>
      </w:r>
    </w:p>
    <w:p>
      <w:r>
        <w:t>Yes</w:t>
      </w:r>
    </w:p>
    <w:p>
      <w:r>
        <w:t>[Will you come?]</w:t>
      </w:r>
    </w:p>
    <w:p>
      <w:r>
        <w:t>I want to come, I want to come</w:t>
      </w:r>
    </w:p>
    <w:p>
      <w:r>
        <w:t>[All right, we'll take you, God willing, {……}]</w:t>
      </w:r>
    </w:p>
    <w:p>
      <w:r>
        <w:t>{...}</w:t>
      </w:r>
    </w:p>
    <w:p>
      <w:r>
        <w:t>[{…..}, where is he? Where, he says, he says that you should bring him to the bar mitzvah, bring him on Tuesday, we'll make a time for him to sit there for a few minutes and.., he'll rejoice with the family..] Is the Teplik Rav no longer alive? Ah, hello, the Teplik Rav?</w:t>
      </w:r>
    </w:p>
    <w:p>
      <w:r>
        <w:t>[Chaim Yosef, Chaim Yosef..]</w:t>
      </w:r>
    </w:p>
    <w:p>
      <w:r>
        <w:t>Is the Teplik Rav no longer here?</w:t>
      </w:r>
    </w:p>
    <w:p>
      <w:r>
        <w:t>[{…}, which rav, which rav, which rav?]</w:t>
      </w:r>
    </w:p>
    <w:p>
      <w:r>
        <w:t>Ah?</w:t>
      </w:r>
    </w:p>
    <w:p>
      <w:r>
        <w:t>[Which rav {are you saying? Which rav did you say?]</w:t>
      </w:r>
    </w:p>
    <w:p>
      <w:r>
        <w:t>Teplik, Teplik</w:t>
      </w:r>
    </w:p>
    <w:p>
      <w:r>
        <w:t>[Ah, he is no longer alive, no longer alive, the Teplik Rav from ‘Beis Yisroel’ the Teplik Rav from ‘Beis Yisroel’, no, he is no longer alive, no longer alive]</w:t>
      </w:r>
    </w:p>
    <w:p>
      <w:r>
        <w:t>[What's the telephone?]</w:t>
      </w:r>
    </w:p>
    <w:p>
      <w:r>
        <w:t>[In the end did the rebbe teach you? Saba]</w:t>
      </w:r>
    </w:p>
    <w:p>
      <w:r>
        <w:t>Ah?</w:t>
      </w:r>
    </w:p>
    <w:p>
      <w:r>
        <w:t>[In the end did the rebbe teach you?]</w:t>
      </w:r>
    </w:p>
    <w:p>
      <w:r>
        <w:t>[7, 8]</w:t>
      </w:r>
    </w:p>
    <w:p>
      <w:r>
        <w:t>{..}</w:t>
      </w:r>
    </w:p>
    <w:p>
      <w:r>
        <w:t>[In the end did the rebbe teach you, when there was no money? Did he teach you in the end?]</w:t>
      </w:r>
    </w:p>
    <w:p>
      <w:r>
        <w:t>[7, 8, 4..]</w:t>
      </w:r>
    </w:p>
    <w:p>
      <w:r>
        <w:t>[…….…]</w:t>
      </w:r>
    </w:p>
    <w:p>
      <w:r>
        <w:t>[……….]</w:t>
      </w:r>
    </w:p>
    <w:p>
      <w:r>
        <w:t>{……… bread}</w:t>
      </w:r>
    </w:p>
    <w:p>
      <w:r>
        <w:t>[So bring it, do you want to write it down.., on Tuesday..]</w:t>
      </w:r>
    </w:p>
    <w:p>
      <w:r>
        <w:t>{……}</w:t>
      </w:r>
    </w:p>
    <w:p>
      <w:r>
        <w:t>[..to bring him, I'll tell you where it is..]</w:t>
      </w:r>
    </w:p>
    <w:p>
      <w:r>
        <w:t>[Ah?]</w:t>
      </w:r>
    </w:p>
    <w:p>
      <w:r>
        <w:t>[Ovadia Street..]</w:t>
      </w:r>
    </w:p>
    <w:p>
      <w:r>
        <w:t>{…..}</w:t>
      </w:r>
    </w:p>
    <w:p>
      <w:r>
        <w:t>[Do you know where Ovadia Street is? It's in the ‘Geula’ area..]</w:t>
      </w:r>
    </w:p>
    <w:p>
      <w:r>
        <w:t>{The mother}</w:t>
      </w:r>
    </w:p>
    <w:p>
      <w:r>
        <w:t>[There is a ‘Beis Bracha’ hall there]</w:t>
      </w:r>
    </w:p>
    <w:p>
      <w:r>
        <w:t>..shilling</w:t>
      </w:r>
    </w:p>
    <w:p>
      <w:r>
        <w:t>[Write it down, bring him..]</w:t>
      </w:r>
    </w:p>
    <w:p>
      <w:r>
        <w:t>[Money, he wanted..]</w:t>
      </w:r>
    </w:p>
    <w:p>
      <w:r>
        <w:t>[That he should come next week on Tuesday..]</w:t>
      </w:r>
    </w:p>
    <w:p>
      <w:r>
        <w:t>[We don't understand, Saba]</w:t>
      </w:r>
    </w:p>
    <w:p>
      <w:r>
        <w:t>..he brought mil, mil he brought</w:t>
      </w:r>
    </w:p>
    <w:p>
      <w:r>
        <w:t>[Ah..]</w:t>
      </w:r>
    </w:p>
    <w:p>
      <w:r>
        <w:t>{….} shilling..</w:t>
      </w:r>
    </w:p>
    <w:p>
      <w:r>
        <w:t>[………..]</w:t>
      </w:r>
    </w:p>
    <w:p>
      <w:r>
        <w:t>[…….….]</w:t>
      </w:r>
    </w:p>
    <w:p>
      <w:r>
        <w:t>[In.. in.. hall in..]</w:t>
      </w:r>
    </w:p>
    <w:p>
      <w:r>
        <w:t>[Ovadia Street, that's it, that's where it is, on Tuesday]</w:t>
      </w:r>
    </w:p>
    <w:p>
      <w:r>
        <w:t>[And in the end did he teach you? Saba]</w:t>
      </w:r>
    </w:p>
    <w:p>
      <w:r>
        <w:t>[In the evening]</w:t>
      </w:r>
    </w:p>
    <w:p>
      <w:r>
        <w:t>Ah?</w:t>
      </w:r>
    </w:p>
    <w:p>
      <w:r>
        <w:t>[In the end did he teach you?]</w:t>
      </w:r>
    </w:p>
    <w:p>
      <w:r>
        <w:t>[Tuesday..]</w:t>
      </w:r>
    </w:p>
    <w:p>
      <w:r>
        <w:t>[Did he teach you? Did he teach you in the end? The teacher, the rav, did he teach you in the end?]</w:t>
      </w:r>
    </w:p>
    <w:p>
      <w:r>
        <w:t>Who? The rav?</w:t>
      </w:r>
    </w:p>
    <w:p>
      <w:r>
        <w:t>[Yes, did he teach you?]</w:t>
      </w:r>
    </w:p>
    <w:p>
      <w:r>
        <w:t>When I came, he gave me five grosh</w:t>
      </w:r>
    </w:p>
    <w:p>
      <w:r>
        <w:t>{………………………}</w:t>
      </w:r>
    </w:p>
    <w:p>
      <w:r>
        <w:t>{………………………}</w:t>
      </w:r>
    </w:p>
    <w:p>
      <w:r>
        <w:t>[The soul understands..]</w:t>
      </w:r>
    </w:p>
    <w:p>
      <w:r>
        <w:t>[About two years..]</w:t>
      </w:r>
    </w:p>
    <w:p>
      <w:r>
        <w:t>[The soul understands, Boruch Hashem]</w:t>
      </w:r>
    </w:p>
    <w:p>
      <w:r>
        <w:t>[Maybe three, how is he? Fine..]</w:t>
      </w:r>
    </w:p>
    <w:p>
      <w:r>
        <w:t>["Na Nach Nachma Nachman.."]</w:t>
      </w:r>
    </w:p>
    <w:p>
      <w:r>
        <w:t>{..I came}, he gave me the piastre.. {………}</w:t>
      </w:r>
    </w:p>
    <w:p>
      <w:r>
        <w:t>[Okay, good night, Rebbe Yisroel Ber, be healthy, Yisroel Ber, be healthy, why did you suddenly remember the Teplik Rav?]</w:t>
      </w:r>
    </w:p>
    <w:p>
      <w:r>
        <w:t>Who is this?</w:t>
      </w:r>
    </w:p>
    <w:p>
      <w:r>
        <w:t>[Chaim Yosef Gottlieb, Sarah's son]</w:t>
      </w:r>
    </w:p>
    <w:p>
      <w:r>
        <w:t>Ah?</w:t>
      </w:r>
    </w:p>
    <w:p>
      <w:r>
        <w:t>[Sarah's son, the grandson of Rebbe Shimon Blecher]</w:t>
      </w:r>
    </w:p>
    <w:p>
      <w:r>
        <w:t>Yes?</w:t>
      </w:r>
    </w:p>
    <w:p>
      <w:r>
        <w:t>[Yes, from ‘Beis Yisroel’]</w:t>
      </w:r>
    </w:p>
    <w:p>
      <w:r>
        <w:t>And this one?</w:t>
      </w:r>
    </w:p>
    <w:p>
      <w:r>
        <w:t>[He, he is one of your chassidim]</w:t>
      </w:r>
    </w:p>
    <w:p>
      <w:r>
        <w:t>[Oren Omsi]</w:t>
      </w:r>
    </w:p>
    <w:p>
      <w:r>
        <w:t>[Oren, Oren, Saba, Oren]</w:t>
      </w:r>
    </w:p>
    <w:p>
      <w:r>
        <w:t>[Oren, Oren]</w:t>
      </w:r>
    </w:p>
    <w:p>
      <w:r>
        <w:t>Oren?</w:t>
      </w:r>
    </w:p>
    <w:p>
      <w:r>
        <w:t>[Yes, yes]</w:t>
      </w:r>
    </w:p>
    <w:p>
      <w:r>
        <w:t>My grandson?</w:t>
      </w:r>
    </w:p>
    <w:p>
      <w:r>
        <w:t>[No, no, no]</w:t>
      </w:r>
    </w:p>
    <w:p>
      <w:r>
        <w:t>No?</w:t>
      </w:r>
    </w:p>
    <w:p>
      <w:r>
        <w:t>[No, tell me, why did you remember the Teplik Rav?]</w:t>
      </w:r>
    </w:p>
    <w:p>
      <w:r>
        <w:t>{..}</w:t>
      </w:r>
    </w:p>
    <w:p>
      <w:r>
        <w:t>[Why did you remember him?]</w:t>
      </w:r>
    </w:p>
    <w:p>
      <w:r>
        <w:t>{……to come} even like this</w:t>
      </w:r>
    </w:p>
    <w:p>
      <w:r>
        <w:t>[You see that I came, you see that I came]</w:t>
      </w:r>
    </w:p>
    <w:p>
      <w:r>
        <w:t>{…….}</w:t>
      </w:r>
    </w:p>
    <w:p>
      <w:r>
        <w:t>[I will come more often, okay? I will come more often, okay?]</w:t>
      </w:r>
    </w:p>
    <w:p>
      <w:r>
        <w:t>Huh?</w:t>
      </w:r>
    </w:p>
    <w:p>
      <w:r>
        <w:t>[I will come more often, I will come more often, if Hashem wills</w:t>
      </w:r>
    </w:p>
    <w:p>
      <w:r>
        <w:t>I will come more often to see how you are</w:t>
      </w:r>
    </w:p>
    <w:p>
      <w:r>
        <w:t>Next week you will come to the bar mitzvah, okay? If Hashem wills]</w:t>
      </w:r>
    </w:p>
    <w:p>
      <w:r>
        <w:t>Yes, without a vow, I want to, {………..}</w:t>
      </w:r>
    </w:p>
    <w:p>
      <w:r>
        <w:t>[Yes]</w:t>
      </w:r>
    </w:p>
    <w:p>
      <w:r>
        <w:t>{……} bar mitzvah</w:t>
      </w:r>
    </w:p>
    <w:p>
      <w:r>
        <w:t>[Yes, you will come, if Hashem wills, shoyn, all right, good night, give me a blessing]</w:t>
      </w:r>
    </w:p>
    <w:p>
      <w:r>
        <w:t>A good year, a good year</w:t>
      </w:r>
    </w:p>
    <w:p>
      <w:r>
        <w:t>[Give me a blessing, give me a blessing]</w:t>
      </w:r>
    </w:p>
    <w:p>
      <w:r>
        <w:t>The Rav from Teplik is no longer here, {……} five piasta</w:t>
      </w:r>
    </w:p>
    <w:p>
      <w:r>
        <w:t>[Five piasta]</w:t>
      </w:r>
    </w:p>
    <w:p>
      <w:r>
        <w:t>He is no longer here?</w:t>
      </w:r>
    </w:p>
    <w:p>
      <w:r>
        <w:t>[There was a Tepliker Rebbe, he is talking about the Tepliker Rebbe, he was a rav in ‘Beis Yisroel’</w:t>
      </w:r>
    </w:p>
    <w:p>
      <w:r>
        <w:t>We came back from Krias Shema, he remembers him, he was a gaon he was, a gaon</w:t>
      </w:r>
    </w:p>
    <w:p>
      <w:r>
        <w:t>So now he is talking about him, I did not know him..]</w:t>
      </w:r>
    </w:p>
    <w:p>
      <w:r>
        <w:t>{….} piasta</w:t>
      </w:r>
    </w:p>
    <w:p>
      <w:r>
        <w:t>[Tepliker, Teplik]</w:t>
      </w:r>
    </w:p>
    <w:p>
      <w:r>
        <w:t>{………..}</w:t>
      </w:r>
    </w:p>
    <w:p>
      <w:r>
        <w:t>[Yes, yes]</w:t>
      </w:r>
    </w:p>
    <w:p>
      <w:r>
        <w:t>[We do not understand, Saba, but if Saba says it in Yiddish]</w:t>
      </w:r>
    </w:p>
    <w:p>
      <w:r>
        <w:t>[We do not understand Yiddish, Saba]</w:t>
      </w:r>
    </w:p>
    <w:p>
      <w:r>
        <w:t>{…} piasta</w:t>
      </w:r>
    </w:p>
    <w:p>
      <w:r>
        <w:t>[All right, we do not know Yiddish, we need to learn Yiddish]</w:t>
      </w:r>
    </w:p>
    <w:p>
      <w:r>
        <w:t>[We need to come visit more often]</w:t>
      </w:r>
    </w:p>
    <w:p>
      <w:r>
        <w:t>{…} piasta</w:t>
      </w:r>
    </w:p>
    <w:p>
      <w:r>
        <w:t>[I will come, if Hashem wills]</w:t>
      </w:r>
    </w:p>
    <w:p>
      <w:r>
        <w:t>[Saba, we do not understand, we do not understand Yiddish]</w:t>
      </w:r>
    </w:p>
    <w:p>
      <w:r>
        <w:t>He gave me five groschen, I came, {I came to him}:</w:t>
      </w:r>
    </w:p>
    <w:p>
      <w:r>
        <w:t>"Do you have money to give me?”</w:t>
      </w:r>
    </w:p>
    <w:p>
      <w:r>
        <w:t>"Ahh, you need for bread, {I}, five groschen"</w:t>
      </w:r>
    </w:p>
    <w:p>
      <w:r>
        <w:t>[For the bread?]</w:t>
      </w:r>
    </w:p>
    <w:p>
      <w:r>
        <w:t>{Yes}</w:t>
      </w:r>
    </w:p>
    <w:p>
      <w:r>
        <w:t>[For the bread]</w:t>
      </w:r>
    </w:p>
    <w:p>
      <w:r>
        <w:t>[For the bread he gave you five groschen?]</w:t>
      </w:r>
    </w:p>
    <w:p>
      <w:r>
        <w:t>Five groschen for bread, he gave me five groschen</w:t>
      </w:r>
    </w:p>
    <w:p>
      <w:r>
        <w:t>The rav {...}, the Rav from Teplik</w:t>
      </w:r>
    </w:p>
    <w:p>
      <w:r>
        <w:t>[Saba, Saba, Saba…]</w:t>
      </w:r>
    </w:p>
    <w:p>
      <w:r>
        <w:t>He did not know that the five groschen, would live now</w:t>
      </w:r>
    </w:p>
    <w:p>
      <w:r>
        <w:t>[…..]</w:t>
      </w:r>
    </w:p>
    <w:p>
      <w:r>
        <w:t>[You saw, ……. five groschen, until now he will live, with the five groschen</w:t>
      </w:r>
    </w:p>
    <w:p>
      <w:r>
        <w:t>With five groschen you bought bread? Saba, you bought bread with five groschen?]</w:t>
      </w:r>
    </w:p>
    <w:p>
      <w:r>
        <w:t>Yes, and he..</w:t>
      </w:r>
    </w:p>
    <w:p>
      <w:r>
        <w:t>[And you ate?]</w:t>
      </w:r>
    </w:p>
    <w:p>
      <w:r>
        <w:t>And he knew that I am not so much, not a liar, he saw my face, he..</w:t>
      </w:r>
    </w:p>
    <w:p>
      <w:r>
        <w:t>[He saw..]</w:t>
      </w:r>
    </w:p>
    <w:p>
      <w:r>
        <w:t>Understood, {that I need} for bread, that they need to give five groschen, not less</w:t>
      </w:r>
    </w:p>
    <w:p>
      <w:r>
        <w:t>[For bread, and you bought bread?]</w:t>
      </w:r>
    </w:p>
    <w:p>
      <w:r>
        <w:t>Yes</w:t>
      </w:r>
    </w:p>
    <w:p>
      <w:r>
        <w:t>[Until now this bread, until now, until three hundred too, until..</w:t>
      </w:r>
    </w:p>
    <w:p>
      <w:r>
        <w:t>Until without end, until Moshiach this bread, Saba, until Moshiach, until Moshiach]</w:t>
      </w:r>
    </w:p>
    <w:p>
      <w:r>
        <w:t>[They are looking for the owner of the Petek, Saba, they are looking for the owner of the Petek, they say, how old is the owner of the Petek?] How old?</w:t>
      </w:r>
    </w:p>
    <w:p>
      <w:r>
        <w:t>[One hundred, two hundred, how old? Do you remember that Avraham told you?]</w:t>
      </w:r>
    </w:p>
    <w:p>
      <w:r>
        <w:t>One hundred and ten</w:t>
      </w:r>
    </w:p>
    <w:p>
      <w:r>
        <w:t>[One hundred and ten?]</w:t>
      </w:r>
    </w:p>
    <w:p>
      <w:r>
        <w:t>Yes, you already know?</w:t>
      </w:r>
    </w:p>
    <w:p>
      <w:r>
        <w:t>[Yes, until Moshiach the bread will live, Saba, …... Moshiach]</w:t>
      </w:r>
    </w:p>
    <w:p>
      <w:r>
        <w:t>He does not know, the Rav from Teplik did not know, that the five groschen would be now, words from {...}</w:t>
      </w:r>
    </w:p>
    <w:p>
      <w:r>
        <w:t>I am telling , the Rav from Teplik gave me five groschen for bread</w:t>
      </w:r>
    </w:p>
    <w:p>
      <w:r>
        <w:t>[Was he a great tzaddik? Saba, Saba, was he a great tzaddik..?]</w:t>
      </w:r>
    </w:p>
    <w:p>
      <w:r>
        <w:t>Miracles, miracles, miracles, wondrous miracles</w:t>
      </w:r>
    </w:p>
    <w:p>
      <w:r>
        <w:t>[Wondrous miracles]</w:t>
      </w:r>
    </w:p>
    <w:p>
      <w:r>
        <w:t>[The friends sing: "Na Na Nach Nachma Nachman MeUman.."</w:t>
      </w:r>
    </w:p>
    <w:p>
      <w:r>
        <w:t>(Saba rouses the friends)]</w:t>
      </w:r>
    </w:p>
    <w:p>
      <w:r>
        <w:t>[………..]</w:t>
      </w:r>
    </w:p>
    <w:p>
      <w:r>
        <w:t>[That is how he sings, ………..]</w:t>
      </w:r>
    </w:p>
    <w:p>
      <w:r>
        <w:t>He was not a great opponent of Breslov</w:t>
      </w:r>
    </w:p>
    <w:p>
      <w:r>
        <w:t>[Who?]</w:t>
      </w:r>
    </w:p>
    <w:p>
      <w:r>
        <w:t>[Was he an opponent?]</w:t>
      </w:r>
    </w:p>
    <w:p>
      <w:r>
        <w:t>The rav, the Rav from Teplik</w:t>
      </w:r>
    </w:p>
    <w:p>
      <w:r>
        <w:t>[Was he an opponent? Saba]</w:t>
      </w:r>
    </w:p>
    <w:p>
      <w:r>
        <w:t>He was not, he was not a great opponent, of Breslov</w:t>
      </w:r>
    </w:p>
    <w:p>
      <w:r>
        <w:t>[Who is this?]</w:t>
      </w:r>
    </w:p>
    <w:p>
      <w:r>
        <w:t>Yes, the Rav from Teplik</w:t>
      </w:r>
    </w:p>
    <w:p>
      <w:r>
        <w:t>[And how did he give five groschen, if he is an opponent, and how did he give..]</w:t>
      </w:r>
    </w:p>
    <w:p>
      <w:r>
        <w:t>He gave me on Friday, on Thursday he gave me fi.. I went in to him , he gave me five groschen</w:t>
      </w:r>
    </w:p>
    <w:p>
      <w:r>
        <w:t>What, it is a wonder, a wonder</w:t>
      </w:r>
    </w:p>
    <w:p>
      <w:r>
        <w:t>[An opponent gave so that Saba would be until the coming of Moshiach]</w:t>
      </w:r>
    </w:p>
    <w:p>
      <w:r>
        <w:t>He gave, the giving was a mil, one mil, he gave me five groschen</w:t>
      </w:r>
    </w:p>
    <w:p>
      <w:r>
        <w:t>[He says, this is the wonder, as if, because he was an opponent and nevertheless he gave five groschen]</w:t>
      </w:r>
    </w:p>
    <w:p>
      <w:r>
        <w:t>[The friends sing:</w:t>
      </w:r>
    </w:p>
    <w:p>
      <w:r>
        <w:t>"Our greatness and our glory, our righteous Moshiach will reveal.."]</w:t>
      </w:r>
    </w:p>
    <w:p>
      <w:r>
        <w:t>Ah, {……..}</w:t>
      </w:r>
    </w:p>
    <w:p>
      <w:r>
        <w:t>[What?]</w:t>
      </w:r>
    </w:p>
    <w:p>
      <w:r>
        <w:t>When I would go in, {….} immediately piasta, five piasta, five shillings</w:t>
      </w:r>
    </w:p>
    <w:p>
      <w:r>
        <w:t>[Five shillings, five groschen]</w:t>
      </w:r>
    </w:p>
    <w:p>
      <w:r>
        <w:t>Is this ‘Beis Yisroel’? No, this is not ‘Beis Yisroel’</w:t>
      </w:r>
    </w:p>
    <w:p>
      <w:r>
        <w:t>[No]</w:t>
      </w:r>
    </w:p>
    <w:p>
      <w:r>
        <w:t>[What no, …… this is in Eretz Yisroel]</w:t>
      </w:r>
    </w:p>
    <w:p>
      <w:r>
        <w:t>[No, …….]</w:t>
      </w:r>
    </w:p>
    <w:p>
      <w:r>
        <w:t>[……..]</w:t>
      </w:r>
    </w:p>
    <w:p>
      <w:r>
        <w:t>[….….]</w:t>
      </w:r>
    </w:p>
    <w:p>
      <w:r>
        <w:t>How is the sister, the sister, Shimon's children?</w:t>
      </w:r>
    </w:p>
    <w:p>
      <w:r>
        <w:t>[Where are the girls, boys]</w:t>
      </w:r>
    </w:p>
    <w:p>
      <w:r>
        <w:t>Huh?</w:t>
      </w:r>
    </w:p>
    <w:p>
      <w:r>
        <w:t>[Whose sons? Saba]</w:t>
      </w:r>
    </w:p>
    <w:p>
      <w:r>
        <w:t>Sarah, Sarah's children?</w:t>
      </w:r>
    </w:p>
    <w:p>
      <w:r>
        <w:t>[Whose, your children?]</w:t>
      </w:r>
    </w:p>
    <w:p>
      <w:r>
        <w:t>Huh?</w:t>
      </w:r>
    </w:p>
    <w:p>
      <w:r>
        <w:t>[Which children? Which children?]</w:t>
      </w:r>
    </w:p>
    <w:p>
      <w:r>
        <w:t>[Which children? Which sons]</w:t>
      </w:r>
    </w:p>
    <w:p>
      <w:r>
        <w:t>[……]</w:t>
      </w:r>
    </w:p>
    <w:p>
      <w:r>
        <w:t>[I do not understand, Saba, Yiddish, I do not understand]</w:t>
      </w:r>
    </w:p>
    <w:p>
      <w:r>
        <w:t>Shimshon, Shimshon {…}, he, he is the husband wh.., her husband</w:t>
      </w:r>
    </w:p>
    <w:p>
      <w:r>
        <w:t>[Of whom?]</w:t>
      </w:r>
    </w:p>
    <w:p>
      <w:r>
        <w:t>Of Tova</w:t>
      </w:r>
    </w:p>
    <w:p>
      <w:r>
        <w:t>[Shimshon is Tova's husband? He is not here, Shimshon, Tova's husband]</w:t>
      </w:r>
    </w:p>
    <w:p>
      <w:r>
        <w:t>Not Shimshon</w:t>
      </w:r>
    </w:p>
    <w:p>
      <w:r>
        <w:t>[No, did not come]</w:t>
      </w:r>
    </w:p>
    <w:p>
      <w:r>
        <w:t>No, no, no, no, no, I remembered..</w:t>
      </w:r>
    </w:p>
    <w:p>
      <w:r>
        <w:t>[The friends continue singing: "Na Na Nach Nachma Nachman MeUman.."]</w:t>
      </w:r>
    </w:p>
    <w:p>
      <w:r>
        <w:t>(Saba rouses the friends)</w:t>
      </w:r>
    </w:p>
    <w:p>
      <w:r>
        <w:t>[Saba, in two more days, when, Saba receives, received a Petek, this, years ago, in two more days or tomorrow?</w:t>
      </w:r>
    </w:p>
    <w:p>
      <w:r>
        <w:t>The Petek that Saba received, how much? The seventeenth of Tammuz..]</w:t>
      </w:r>
    </w:p>
    <w:p>
      <w:r>
        <w:t>The seventeenth, the seventeenth of Tammuz</w:t>
      </w:r>
    </w:p>
    <w:p>
      <w:r>
        <w:t>[After how many days?]</w:t>
      </w:r>
    </w:p>
    <w:p>
      <w:r>
        <w:t>I ate before the prayer</w:t>
      </w:r>
    </w:p>
    <w:p>
      <w:r>
        <w:t>[Yes]</w:t>
      </w:r>
    </w:p>
    <w:p>
      <w:r>
        <w:t>I am ashamed to tell, miracles that I am alive</w:t>
      </w:r>
    </w:p>
    <w:p>
      <w:r>
        <w:t>I ate before the prayer, I did not drink water before the prayer</w:t>
      </w:r>
    </w:p>
    <w:p>
      <w:r>
        <w:t>[He would not drink water..]</w:t>
      </w:r>
    </w:p>
    <w:p>
      <w:r>
        <w:t>And I ate before the prayer, nu, nu</w:t>
      </w:r>
    </w:p>
    <w:p>
      <w:r>
        <w:t>A Petek was made</w:t>
      </w:r>
    </w:p>
    <w:p>
      <w:r>
        <w:t>[After how much time? After a week, Saba, right?</w:t>
      </w:r>
    </w:p>
    <w:p>
      <w:r>
        <w:t>So now day.., now is a good time now, Saba, hillula, the hillula of the Petek now</w:t>
      </w:r>
    </w:p>
    <w:p>
      <w:r>
        <w:t>Yahrzeit, do they say yahrzeit?]</w:t>
      </w:r>
    </w:p>
    <w:p>
      <w:r>
        <w:t>[…..]</w:t>
      </w:r>
    </w:p>
    <w:p>
      <w:r>
        <w:t>[The yahrzeit, the yahrzeit..]</w:t>
      </w:r>
    </w:p>
    <w:p>
      <w:r>
        <w:t>My brother Shimon wanted to murder me</w:t>
      </w:r>
    </w:p>
    <w:p>
      <w:r>
        <w:t>[Who, who? Saba]</w:t>
      </w:r>
    </w:p>
    <w:p>
      <w:r>
        <w:t>"What is this? Breslov, Breslov? Switching from Karlin to Breslov?”</w:t>
      </w:r>
    </w:p>
    <w:p>
      <w:r>
        <w:t>[And he wanted to murder you? Saba]</w:t>
      </w:r>
    </w:p>
    <w:p>
      <w:r>
        <w:t>[……]</w:t>
      </w:r>
    </w:p>
    <w:p>
      <w:r>
        <w:t>[He said: "Yehuda Shimon"]</w:t>
      </w:r>
    </w:p>
    <w:p>
      <w:r>
        <w:t>[...]</w:t>
      </w:r>
    </w:p>
    <w:p>
      <w:r>
        <w:t>[Who..? What happened? Saba, I did not hear, what happened? Saba]</w:t>
      </w:r>
    </w:p>
    <w:p>
      <w:r>
        <w:t>[…..]</w:t>
      </w:r>
    </w:p>
    <w:p>
      <w:r>
        <w:t>[What happened? Saba, who wanted to murder you? Heaven forbid..</w:t>
      </w:r>
    </w:p>
    <w:p>
      <w:r>
        <w:t>Yehuda Shimon?]</w:t>
      </w:r>
    </w:p>
    <w:p>
      <w:r>
        <w:t>"Switching from Karlin to Breslov"</w:t>
      </w:r>
    </w:p>
    <w:p>
      <w:r>
        <w:t>[Ah..]</w:t>
      </w:r>
    </w:p>
    <w:p>
      <w:r>
        <w:t>[From Karlin.., Karlin – Breslov? Everyone is Breslov, Saba]</w:t>
      </w:r>
    </w:p>
    <w:p>
      <w:r>
        <w:t>He wanted to murder me</w:t>
      </w:r>
    </w:p>
    <w:p>
      <w:r>
        <w:t>[Who is this? Saba, who is this?]</w:t>
      </w:r>
    </w:p>
    <w:p>
      <w:r>
        <w:t>{..} My brother Shimon, he said to me: "Do they switch Karlin for Breslov?"</w:t>
      </w:r>
    </w:p>
    <w:p>
      <w:r>
        <w:t>[What did you say to him? Saba, Saba, and what did you say to him?]</w:t>
      </w:r>
    </w:p>
    <w:p>
      <w:r>
        <w:t>Huh?</w:t>
      </w:r>
    </w:p>
    <w:p>
      <w:r>
        <w:t>[And what did you say to him?]</w:t>
      </w:r>
    </w:p>
    <w:p>
      <w:r>
        <w:t>That he should wait a little and he will know, know</w:t>
      </w:r>
    </w:p>
    <w:p>
      <w:r>
        <w:t>[The truth]</w:t>
      </w:r>
    </w:p>
    <w:p>
      <w:r>
        <w:t>The secret</w:t>
      </w:r>
    </w:p>
    <w:p>
      <w:r>
        <w:t>[He will know the secret]</w:t>
      </w:r>
    </w:p>
    <w:p>
      <w:r>
        <w:t>It is a secret</w:t>
      </w:r>
    </w:p>
    <w:p>
      <w:r>
        <w:t>He cannot understand this, "Do they switch Karlin for Breslov?”</w:t>
      </w:r>
    </w:p>
    <w:p>
      <w:r>
        <w:t>[{Oh, what}.. there is only, Saba, Chassidus, either Breslov, or Breslov, or Breslov]</w:t>
      </w:r>
    </w:p>
    <w:p>
      <w:r>
        <w:t>[Only Breslov]</w:t>
      </w:r>
    </w:p>
    <w:p>
      <w:r>
        <w:t>[There is, either Breslov, or Breslov, or Breslov]</w:t>
      </w:r>
    </w:p>
    <w:p>
      <w:r>
        <w:t>[Karlin..]</w:t>
      </w:r>
    </w:p>
    <w:p>
      <w:r>
        <w:t>["Do they switch Karlin for Breslov?”]</w:t>
      </w:r>
    </w:p>
    <w:p>
      <w:r>
        <w:t>[Now there are.., Saba, there are now many, many drawing close to Rabbainu</w:t>
      </w:r>
    </w:p>
    <w:p>
      <w:r>
        <w:t>Everywhere, everyone, everyone wants books, wants stickers, people call to us at Rabbi Shimon:</w:t>
      </w:r>
    </w:p>
    <w:p>
      <w:r>
        <w:t>"Come dance, come dance, come dance"</w:t>
      </w:r>
    </w:p>
    <w:p>
      <w:r>
        <w:t>Once they would say to us: "Go, go”</w:t>
      </w:r>
    </w:p>
    <w:p>
      <w:r>
        <w:t>Today they say: "Come dance, come dance”</w:t>
      </w:r>
    </w:p>
    <w:p>
      <w:r>
        <w:t>People are looking for joy, and joy only in Breslov "sits"</w:t>
      </w:r>
    </w:p>
    <w:p>
      <w:r>
        <w:t>There are many troubles, livelihood, children, {..} want dancing, want joy]</w:t>
      </w:r>
    </w:p>
    <w:p>
      <w:r>
        <w:t>[On Motzaei Shabbos, on Motzaei Shabbos]</w:t>
      </w:r>
    </w:p>
    <w:p>
      <w:r>
        <w:t>"It is a great mitzvah to always be joyful"</w:t>
      </w:r>
    </w:p>
    <w:p>
      <w:r>
        <w:t>[The friends sing:</w:t>
      </w:r>
    </w:p>
    <w:p>
      <w:r>
        <w:t>"It is a great mitzvah to always be joyful," "Na Na Nach Nachma Nachman meUman.."</w:t>
      </w:r>
    </w:p>
    <w:p>
      <w:r>
        <w:t>(Saba rouses the friends)]</w:t>
      </w:r>
    </w:p>
    <w:p>
      <w:r>
        <w:t>Nu, nu</w:t>
      </w:r>
    </w:p>
    <w:p>
      <w:r>
        <w:t>[Nu, nu]</w:t>
      </w:r>
    </w:p>
    <w:p>
      <w:r>
        <w:t>"Do they switch from Karlin to Breslov?”</w:t>
      </w:r>
    </w:p>
    <w:p>
      <w:r>
        <w:t>[Yes, {certainly}]</w:t>
      </w:r>
    </w:p>
    <w:p>
      <w:r>
        <w:t>["Na Nach," "Na Nach Nachma Nachman meUman"]</w:t>
      </w:r>
    </w:p>
    <w:p>
      <w:r>
        <w:t>[…...]</w:t>
      </w:r>
    </w:p>
    <w:p>
      <w:r>
        <w:t>[Saba, an opponent with five groschen made it for Saba until the coming of Moshiach, helped Saba th.., now there is Br..</w:t>
      </w:r>
    </w:p>
    <w:p>
      <w:r>
        <w:t>The light of Rabbainu until the coming of Moshiach</w:t>
      </w:r>
    </w:p>
    <w:p>
      <w:r>
        <w:t>Once we were, some time ago, when we would distribute stickers of "Na Nach," people did not want them so much; now everyone says: "Bring, bring,” they want, want more now, stickers of "Na Nach Nachma Nachman.."] [Soon they will look for them, Saba, they will come from abroad, they will come from America {….} stickers</w:t>
      </w:r>
    </w:p>
    <w:p>
      <w:r>
        <w:t>They will want the stickers: “Where are the stickers?”]</w:t>
      </w:r>
    </w:p>
    <w:p>
      <w:r>
        <w:t>["Where is Saba?” they ask: “Where is Saba?”]</w:t>
      </w:r>
    </w:p>
    <w:p>
      <w:r>
        <w:t>[Saba, they will buy a car, only so that there will be a sticker on the car, they will buy a car, only so that there will be a sticker] My brother Shimon cannot {understand\come to terms with}, this, this..</w:t>
      </w:r>
    </w:p>
    <w:p>
      <w:r>
        <w:t>["From Karlin to Breslov?"]</w:t>
      </w:r>
    </w:p>
    <w:p>
      <w:r>
        <w:t>Such a wonder, "Do they switch from Karlin to Breslov?”</w:t>
      </w:r>
    </w:p>
    <w:p>
      <w:r>
        <w:t>[Will it be good in the end? Saba, will it be good?]</w:t>
      </w:r>
    </w:p>
    <w:p>
      <w:r>
        <w:t>[Will it be good? What will be with us, will it be good?]</w:t>
      </w:r>
    </w:p>
    <w:p>
      <w:r>
        <w:t>[When will Moshiach come? Saba, when will Moshiach come?]</w:t>
      </w:r>
    </w:p>
    <w:p>
      <w:r>
        <w:t>[Saba, tell us about the dream with, with Rebbe Yisroel (Kardonner), who said to..]</w:t>
      </w:r>
    </w:p>
    <w:p>
      <w:r>
        <w:t>I cannot speak</w:t>
      </w:r>
    </w:p>
    <w:p>
      <w:r>
        <w:t>["Na Na Nach Nachma Nachman meUman.."]</w:t>
      </w:r>
    </w:p>
    <w:p>
      <w:r>
        <w:t>{….} t.., to hear such a thing? "Switching from Karlin to Breslov?” this is impossible to understand</w:t>
      </w:r>
    </w:p>
    <w:p>
      <w:r>
        <w:t>[It is impossible to understand]</w:t>
      </w:r>
    </w:p>
    <w:p>
      <w:r>
        <w:t>[How old was Saba?]</w:t>
      </w:r>
    </w:p>
    <w:p>
      <w:r>
        <w:t>My father, my father, Shimon {he} is my brother, my father was Rav Odesser</w:t>
      </w:r>
    </w:p>
    <w:p>
      <w:r>
        <w:t>And I had a friend, Zalman Shazar, President Shazar</w:t>
      </w:r>
    </w:p>
    <w:p>
      <w:r>
        <w:t>[Zalman Shazar, the President?]</w:t>
      </w:r>
    </w:p>
    <w:p>
      <w:r>
        <w:t>[……]</w:t>
      </w:r>
    </w:p>
    <w:p>
      <w:r>
        <w:t>[Was he in Uman? Saba]</w:t>
      </w:r>
    </w:p>
    <w:p>
      <w:r>
        <w:t>He was my friend</w:t>
      </w:r>
    </w:p>
    <w:p>
      <w:r>
        <w:t>[I read a little in the book]</w:t>
      </w:r>
    </w:p>
    <w:p>
      <w:r>
        <w:t>{I..} alone, alone</w:t>
      </w:r>
    </w:p>
    <w:p>
      <w:r>
        <w:t>[Were you from the same city? From the same city? From the same city?..]</w:t>
      </w:r>
    </w:p>
    <w:p>
      <w:r>
        <w:t>[President Zalman Shazar, he was his friend]</w:t>
      </w:r>
    </w:p>
    <w:p>
      <w:r>
        <w:t>[……..]</w:t>
      </w:r>
    </w:p>
    <w:p>
      <w:r>
        <w:t>[Saba brought close.., Saba..]</w:t>
      </w:r>
    </w:p>
    <w:p>
      <w:r>
        <w:t>[………..]</w:t>
      </w:r>
    </w:p>
    <w:p>
      <w:r>
        <w:t>[………..]</w:t>
      </w:r>
    </w:p>
    <w:p>
      <w:r>
        <w:t>[Where did he see Saba? At Rebbe Shimon, right? Saba, President Zalman Shazar, Saba]</w:t>
      </w:r>
    </w:p>
    <w:p>
      <w:r>
        <w:t>Nu</w:t>
      </w:r>
    </w:p>
    <w:p>
      <w:r>
        <w:t>[He saw you at Rebbe Shimon, {..} it was a rainy day, there he met you the first time you became acquainted?]</w:t>
      </w:r>
    </w:p>
    <w:p>
      <w:r>
        <w:t>[Where did you become acquainted, Saba, with Zalman Shazar?]</w:t>
      </w:r>
    </w:p>
    <w:p>
      <w:r>
        <w:t>In Teveria</w:t>
      </w:r>
    </w:p>
    <w:p>
      <w:r>
        <w:t>[In Teveria]</w:t>
      </w:r>
    </w:p>
    <w:p>
      <w:r>
        <w:t>In Teveria</w:t>
      </w:r>
    </w:p>
    <w:p>
      <w:r>
        <w:t>[The first time in Teveria?]</w:t>
      </w:r>
    </w:p>
    <w:p>
      <w:r>
        <w:t>He came to Teveria in order to.. rest, he came to Teveria and found me {in Teveria}</w:t>
      </w:r>
    </w:p>
    <w:p>
      <w:r>
        <w:t>[…..]</w:t>
      </w:r>
    </w:p>
    <w:p>
      <w:r>
        <w:t>He said to his people: "Do not {allow} any person in to me, even Ben-Gurion, when he comes, not..” he..</w:t>
      </w:r>
    </w:p>
    <w:p>
      <w:r>
        <w:t>[He will not enter]</w:t>
      </w:r>
    </w:p>
    <w:p>
      <w:r>
        <w:t>He does not receive any person</w:t>
      </w:r>
    </w:p>
    <w:p>
      <w:r>
        <w:t>"Only one man, there is in Yerushalayim, in Mea Shearim, there is Yisroel Ber Odesser, only he, he, him he..”</w:t>
      </w:r>
    </w:p>
    <w:p>
      <w:r>
        <w:t>[And how did he know you?]</w:t>
      </w:r>
    </w:p>
    <w:p>
      <w:r>
        <w:t>"You can bring him to me, to me"</w:t>
      </w:r>
    </w:p>
    <w:p>
      <w:r>
        <w:t>[…...]</w:t>
      </w:r>
    </w:p>
    <w:p>
      <w:r>
        <w:t>[And how did he know you? Saba]</w:t>
      </w:r>
    </w:p>
    <w:p>
      <w:r>
        <w:t>[….……]</w:t>
      </w:r>
    </w:p>
    <w:p>
      <w:r>
        <w:t>[……]</w:t>
      </w:r>
    </w:p>
    <w:p>
      <w:r>
        <w:t>Shimshon {El Chai}, Shimshon, dau.., son of Tovah</w:t>
      </w:r>
    </w:p>
    <w:p>
      <w:r>
        <w:t>[Not here]</w:t>
      </w:r>
    </w:p>
    <w:p>
      <w:r>
        <w:t>Ah?</w:t>
      </w:r>
    </w:p>
    <w:p>
      <w:r>
        <w:t>[He is not here, he is not here, Saba]</w:t>
      </w:r>
    </w:p>
    <w:p>
      <w:r>
        <w:t>Is he in the Upper World?</w:t>
      </w:r>
    </w:p>
    <w:p>
      <w:r>
        <w:t>[Who is Shimshon? Saba]</w:t>
      </w:r>
    </w:p>
    <w:p>
      <w:r>
        <w:t>Shimshon, Shimshon</w:t>
      </w:r>
    </w:p>
    <w:p>
      <w:r>
        <w:t>[We do not know him, but Shimon says that he is not here]</w:t>
      </w:r>
    </w:p>
    <w:p>
      <w:r>
        <w:t>[Which..?]</w:t>
      </w:r>
    </w:p>
    <w:p>
      <w:r>
        <w:t>Son of Tovah</w:t>
      </w:r>
    </w:p>
    <w:p>
      <w:r>
        <w:t>[Shimshon son of Tovah, he says]</w:t>
      </w:r>
    </w:p>
    <w:p>
      <w:r>
        <w:t>[….]</w:t>
      </w:r>
    </w:p>
    <w:p>
      <w:r>
        <w:t>[He is not here]</w:t>
      </w:r>
    </w:p>
    <w:p>
      <w:r>
        <w:t>Where, where is she..</w:t>
      </w:r>
    </w:p>
    <w:p>
      <w:r>
        <w:t>[Who?]</w:t>
      </w:r>
    </w:p>
    <w:p>
      <w:r>
        <w:t>Where is he?</w:t>
      </w:r>
    </w:p>
    <w:p>
      <w:r>
        <w:t>[We do not know]</w:t>
      </w:r>
    </w:p>
    <w:p>
      <w:r>
        <w:t>Ah?</w:t>
      </w:r>
    </w:p>
    <w:p>
      <w:r>
        <w:t>[I do not know]</w:t>
      </w:r>
    </w:p>
    <w:p>
      <w:r>
        <w:t>I do not know</w:t>
      </w:r>
    </w:p>
    <w:p>
      <w:r>
        <w:t>[…...]</w:t>
      </w:r>
    </w:p>
    <w:p>
      <w:r>
        <w:t>Ah, I need to sleep</w:t>
      </w:r>
    </w:p>
    <w:p>
      <w:r>
        <w:t>[Should I lift your legs? Saba]</w:t>
      </w:r>
    </w:p>
    <w:p>
      <w:r>
        <w:t>{What is this? Why ……..}</w:t>
      </w:r>
    </w:p>
    <w:p>
      <w:r>
        <w:t>[Saba, shalom, Saba, we are going..]</w:t>
      </w:r>
    </w:p>
    <w:p>
      <w:r>
        <w:t>{…...}</w:t>
      </w:r>
    </w:p>
    <w:p>
      <w:r>
        <w:t>[All the best, Saba, be healthy, may Hashem bless you, shalom, Saba]</w:t>
      </w:r>
    </w:p>
    <w:p>
      <w:r>
        <w:t>{….} cannot..</w:t>
      </w:r>
    </w:p>
    <w:p>
      <w:r>
        <w:t>[Saba, shalom]</w:t>
      </w:r>
    </w:p>
    <w:p>
      <w:r>
        <w:t>To accept this wonder, how do they switch {….} from Karlin to Breslov?</w:t>
      </w:r>
    </w:p>
    <w:p>
      <w:r>
        <w:t>[Zayn gezunt (be healthy)]</w:t>
      </w:r>
    </w:p>
    <w:p>
      <w:r>
        <w:t>[…….]</w:t>
      </w:r>
    </w:p>
    <w:p>
      <w:r>
        <w:t>[…….]</w:t>
      </w:r>
    </w:p>
    <w:p>
      <w:r>
        <w:t>[Be healthy and strong]</w:t>
      </w:r>
    </w:p>
    <w:p>
      <w:r>
        <w:t>Amen, you too</w:t>
      </w:r>
    </w:p>
    <w:p>
      <w:r>
        <w:t>[Amen]</w:t>
      </w:r>
    </w:p>
    <w:p>
      <w:r>
        <w:t>Ah</w:t>
      </w:r>
    </w:p>
    <w:p>
      <w:r>
        <w:t>[Saba]</w:t>
      </w:r>
    </w:p>
    <w:p>
      <w:r>
        <w:t>Ah?</w:t>
      </w:r>
    </w:p>
    <w:p>
      <w:r>
        <w:t>[Saba, can you bless? Or tell Shimon?]</w:t>
      </w:r>
    </w:p>
    <w:p>
      <w:r>
        <w:t>Ah.. ah.. ah..</w:t>
      </w:r>
    </w:p>
    <w:p>
      <w:r>
        <w:t>[Can Saba bless my sister? Efrat bas Shulamis]</w:t>
      </w:r>
    </w:p>
    <w:p>
      <w:r>
        <w:t>{Sister}</w:t>
      </w:r>
    </w:p>
    <w:p>
      <w:r>
        <w:t>[My sister, Efrat, Efrat bas Shulamis]</w:t>
      </w:r>
    </w:p>
    <w:p>
      <w:r>
        <w:t>{Which sister?}</w:t>
      </w:r>
    </w:p>
    <w:p>
      <w:r>
        <w:t>[My sister, I am Oren, Efrat bas Shulamis..]</w:t>
      </w:r>
    </w:p>
    <w:p>
      <w:r>
        <w:t>I, you..</w:t>
      </w:r>
    </w:p>
    <w:p>
      <w:r>
        <w:t>[Oren]</w:t>
      </w:r>
    </w:p>
    <w:p>
      <w:r>
        <w:t>Who are you?</w:t>
      </w:r>
    </w:p>
    <w:p>
      <w:r>
        <w:t>[Oren, Saba, Oren]</w:t>
      </w:r>
    </w:p>
    <w:p>
      <w:r>
        <w:t>Oren?</w:t>
      </w:r>
    </w:p>
    <w:p>
      <w:r>
        <w:t>[Yes, can you bless Efrat bas Shulamis? Saba]</w:t>
      </w:r>
    </w:p>
    <w:p>
      <w:r>
        <w:t>I have no strength to speak</w:t>
      </w:r>
    </w:p>
    <w:p>
      <w:r>
        <w:t>[It is impossible to leave you, Saba, we love you very much, cannot leave you</w:t>
      </w:r>
    </w:p>
    <w:p>
      <w:r>
        <w:t>What should we do? Saba]</w:t>
      </w:r>
    </w:p>
    <w:p>
      <w:r>
        <w:t>Now, now, but before, fifty years ago they wanted to kill me</w:t>
      </w:r>
    </w:p>
    <w:p>
      <w:r>
        <w:t>[Now everyone loves you, in the merit of Rebbe Nachman, "Na Na Nach Nachma Nachman meUman"]</w:t>
      </w:r>
    </w:p>
    <w:p>
      <w:r>
        <w:t>[Goodbye, Saba]</w:t>
      </w:r>
    </w:p>
    <w:p>
      <w:r>
        <w:t>[………]</w:t>
      </w:r>
    </w:p>
    <w:p>
      <w:r>
        <w:t>[…..….]…</w:t>
      </w:r>
    </w:p>
    <w:p>
      <w:r>
        <w:t>...[The friends sing: "Na Na Nach Nachma Nachman meUman.."]</w:t>
      </w:r>
    </w:p>
    <w:p>
      <w:r>
        <w:t>["It is a great mitzvah to always be joyful"]</w:t>
      </w:r>
    </w:p>
    <w:p>
      <w:r>
        <w:t>[Amen]</w:t>
      </w:r>
    </w:p>
    <w:p>
      <w:r>
        <w:t>[……]</w:t>
      </w:r>
    </w:p>
    <w:p>
      <w:r>
        <w:t>[……]…</w:t>
      </w:r>
    </w:p>
    <w:p>
      <w:r>
        <w:t>...{……}</w:t>
      </w:r>
    </w:p>
    <w:p>
      <w:r>
        <w:t>{….} did not, did not merit, what, what one can merit</w:t>
      </w:r>
    </w:p>
    <w:p>
      <w:r>
        <w:t>[{Breslov}]</w:t>
      </w:r>
    </w:p>
    <w:p>
      <w:r>
        <w:t>The gifts that Hashem Yisborach gave him, and he threw them away</w:t>
      </w:r>
    </w:p>
    <w:p>
      <w:r>
        <w:t>"I do not want, no, {{this these gifts}}, I do not want"…</w:t>
      </w:r>
    </w:p>
    <w:p>
      <w:r>
        <w:t>...He told me about, about {..} my grandson, no, how, what is his name?</w:t>
      </w:r>
    </w:p>
    <w:p>
      <w:r>
        <w:t>[Amram, Amram]</w:t>
      </w:r>
    </w:p>
    <w:p>
      <w:r>
        <w:t>[Amram]</w:t>
      </w:r>
    </w:p>
    <w:p>
      <w:r>
        <w:t>Ah..</w:t>
      </w:r>
    </w:p>
    <w:p>
      <w:r>
        <w:t>[Amram]</w:t>
      </w:r>
    </w:p>
    <w:p>
      <w:r>
        <w:t>Amram, Amram, yoa, {Amram..}</w:t>
      </w:r>
    </w:p>
    <w:p>
      <w:r>
        <w:t>{….}, about Amram Levi, about.. {…... with Levites}</w:t>
      </w:r>
    </w:p>
    <w:p>
      <w:r>
        <w:t>And.. and the rav.. {the Jew}, the rav, ah.. of, of.. 'Batei Machaseh,' who, who is it?</w:t>
      </w:r>
    </w:p>
    <w:p>
      <w:r>
        <w:t>['Batei Machaseh']</w:t>
      </w:r>
    </w:p>
    <w:p>
      <w:r>
        <w:t>Ah.. ah..</w:t>
      </w:r>
    </w:p>
    <w:p>
      <w:r>
        <w:t>[Who was in 'Batei Machaseh'..?]</w:t>
      </w:r>
    </w:p>
    <w:p>
      <w:r>
        <w:t>[Sonnenfeld]</w:t>
      </w:r>
    </w:p>
    <w:p>
      <w:r>
        <w:t>[Rav Sonnenfeld? No..]</w:t>
      </w:r>
    </w:p>
    <w:p>
      <w:r>
        <w:t>[….]</w:t>
      </w:r>
    </w:p>
    <w:p>
      <w:r>
        <w:t>[Was he in 'Batei Machaseh'? No..]</w:t>
      </w:r>
    </w:p>
    <w:p>
      <w:r>
        <w:t>[I do not know]</w:t>
      </w:r>
    </w:p>
    <w:p>
      <w:r>
        <w:t>Rav Sonnenfeld {…} Sonnenfeld</w:t>
      </w:r>
    </w:p>
    <w:p>
      <w:r>
        <w:t>[…..]</w:t>
      </w:r>
    </w:p>
    <w:p>
      <w:r>
        <w:t>He said about, about..</w:t>
      </w:r>
    </w:p>
    <w:p>
      <w:r>
        <w:t>[Amram]</w:t>
      </w:r>
    </w:p>
    <w:p>
      <w:r>
        <w:t>Amram Horowitz</w:t>
      </w:r>
    </w:p>
    <w:p>
      <w:r>
        <w:t>He, he said that he found in Yerushalayim, in 'Batei Machaseh,' found one child who would be a great man in Yisroel; so this was said about Amram</w:t>
      </w:r>
    </w:p>
    <w:p>
      <w:r>
        <w:t>[……..]</w:t>
      </w:r>
    </w:p>
    <w:p>
      <w:r>
        <w:t>[……..]…</w:t>
      </w:r>
    </w:p>
    <w:p>
      <w:r>
        <w:t>...Do you sometimes come to Gadi?</w:t>
      </w:r>
    </w:p>
    <w:p>
      <w:r>
        <w:t>[Yes, yes]…</w:t>
      </w:r>
    </w:p>
    <w:p>
      <w:r>
        <w:t>...{So many, so many} years</w:t>
      </w:r>
    </w:p>
    <w:p>
      <w:r>
        <w:t>[Gadi..]…</w:t>
      </w:r>
    </w:p>
    <w:p>
      <w:r>
        <w:t>...Only the conversations of Rabbainu, of Rabbainu, I said: "This is my Rebbe"</w:t>
      </w:r>
    </w:p>
    <w:p>
      <w:r>
        <w:t>And everyone would mock and everyone would laugh, mock</w:t>
      </w:r>
    </w:p>
    <w:p>
      <w:r>
        <w:t>Yes, and Boruch Hashem until, until now I am strong, {in Breslov\Boruch Hashem}</w:t>
      </w:r>
    </w:p>
    <w:p>
      <w:r>
        <w:t>And no, I am not, not, not, not ashamed of them at all</w:t>
      </w:r>
    </w:p>
    <w:p>
      <w:r>
        <w:t>[Not ashamed……]</w:t>
      </w:r>
    </w:p>
    <w:p>
      <w:r>
        <w:t>[…………]…</w:t>
      </w:r>
    </w:p>
    <w:p>
      <w:r>
        <w:t>...I was lowly, lower than the earth</w:t>
      </w:r>
    </w:p>
    <w:p>
      <w:r>
        <w:t>And I suffered {{what I suffered}}, what is impossible to speak, to tell</w:t>
      </w:r>
    </w:p>
    <w:p>
      <w:r>
        <w:t>I saw the book, ah..</w:t>
      </w:r>
    </w:p>
    <w:p>
      <w:r>
        <w:t>[“Hishtapchus..”]</w:t>
      </w:r>
    </w:p>
    <w:p>
      <w:r>
        <w:t>["Hishtapchus HaNefesh"]</w:t>
      </w:r>
    </w:p>
    <w:p>
      <w:r>
        <w:t>"Sichos HaRan," "Sichos HaRan"</w:t>
      </w:r>
    </w:p>
    <w:p>
      <w:r>
        <w:t>{I} did not speak with anyone, I said: "This is my Rebbe, that is it"…</w:t>
      </w:r>
    </w:p>
    <w:p>
      <w:r>
        <w:t>...And I had several trials, {…}, everyone would laugh and mock me very much</w:t>
      </w:r>
    </w:p>
    <w:p>
      <w:r>
        <w:t>And Boruch Hashem, Boruch Hashem</w:t>
      </w:r>
    </w:p>
    <w:p>
      <w:r>
        <w:t>Rav Alfandari, have you heard of Rav Alfandari?</w:t>
      </w:r>
    </w:p>
    <w:p>
      <w:r>
        <w:t>[Yes]</w:t>
      </w:r>
    </w:p>
    <w:p>
      <w:r>
        <w:t>Rav Alfandari was a great elder, a gaon, nu.., great, a world-renowned gaon</w:t>
      </w:r>
    </w:p>
    <w:p>
      <w:r>
        <w:t>{He.. asked them} for me, that they should give me for bread, for bread {..}</w:t>
      </w:r>
    </w:p>
    <w:p>
      <w:r>
        <w:t>So they said to him:</w:t>
      </w:r>
    </w:p>
    <w:p>
      <w:r>
        <w:t>"I want, we want to fulfill everything you want, but this cannot</w:t>
      </w:r>
    </w:p>
    <w:p>
      <w:r>
        <w:t>Yisroel Ber? {….}, Yisroel Ber.. Odesser? No</w:t>
      </w:r>
    </w:p>
    <w:p>
      <w:r>
        <w:t>He studies Breslov books, we cannot accept him under any circumstances"</w:t>
      </w:r>
    </w:p>
    <w:p>
      <w:r>
        <w:t>And I did not have {bread} for little children, neither clothing nor money</w:t>
      </w:r>
    </w:p>
    <w:p>
      <w:r>
        <w:t>Oy, miracles, and we are alive, I and the children are alive, great miracles {indeed}</w:t>
      </w:r>
    </w:p>
    <w:p>
      <w:r>
        <w:t>{….}, but the greatness of the Creator, who can fathom it?</w:t>
      </w:r>
    </w:p>
    <w:p>
      <w:r>
        <w:t>I had a friend, a good friend, Reb Yom Tov Zlotnik, have you heard of him? "Shaarei Chesed," he was the merchant, selling beverages, and everyone bought from him, and he had</w:t>
      </w:r>
    </w:p>
    <w:p>
      <w:r>
        <w:t>And I told him: "I have no bread for the children”</w:t>
      </w:r>
    </w:p>
    <w:p>
      <w:r>
        <w:t>And he did not, did not give me anything and did not, and did not say anything to me</w:t>
      </w:r>
    </w:p>
    <w:p>
      <w:r>
        <w:t>Within a short time he contracted an illness, contracted an illness of the lung</w:t>
      </w:r>
    </w:p>
    <w:p>
      <w:r>
        <w:t>Nu, a young man, not so terrible, at any rate, he, he, he passed away and died</w:t>
      </w:r>
    </w:p>
    <w:p>
      <w:r>
        <w:t>He had great brothers, great ones in Israel, Zlotnik, Zlotnik</w:t>
      </w:r>
    </w:p>
    <w:p>
      <w:r>
        <w:t>This is a known thing, famous…</w:t>
      </w:r>
    </w:p>
    <w:p>
      <w:r>
        <w:t>...{He was close …}</w:t>
      </w:r>
    </w:p>
    <w:p>
      <w:r>
        <w:t>But he had a beverage shop, and everyone, all of Rechavia, bought from him</w:t>
      </w:r>
    </w:p>
    <w:p>
      <w:r>
        <w:t>And I {was.., I did not have} {{bread for the children}}</w:t>
      </w:r>
    </w:p>
    <w:p>
      <w:r>
        <w:t>I came and told him:</w:t>
      </w:r>
    </w:p>
    <w:p>
      <w:r>
        <w:t>"I left the house and I do not have, {{no, no..}}, I did not leave money or {..} bread for the children" He heard this…</w:t>
      </w:r>
    </w:p>
    <w:p>
      <w:r>
        <w:t>...{Ah.. and did not}, {..…}</w:t>
      </w:r>
    </w:p>
    <w:p>
      <w:r>
        <w:t>With great coldness, with coldness…</w:t>
      </w:r>
    </w:p>
    <w:p>
      <w:r>
        <w:t>...And he, afterward I heard that he had passed away</w:t>
      </w:r>
    </w:p>
    <w:p>
      <w:r>
        <w:t>He was {…..} twenty-three years old, twenty-three…</w:t>
      </w:r>
    </w:p>
    <w:p>
      <w:r>
        <w:t>…{…}...</w:t>
      </w:r>
    </w:p>
    <w:p>
      <w:r>
        <w:t>...{It is} miracles how I remained alive, I had no bread; a child aged, aged one year, passed away…</w:t>
      </w:r>
    </w:p>
    <w:p>
      <w:pPr>
        <w:pStyle w:val="Heading2"/>
      </w:pPr>
      <w:r>
        <w:t>Side B (Bais)</w:t>
      </w:r>
    </w:p>
    <w:p>
      <w:r>
        <w:t>...Like this, like a mountain, yes, and he passed away, he passed away from hunger</w:t>
      </w:r>
    </w:p>
    <w:p>
      <w:r>
        <w:t>What? It is those slain by s.., those slain by famine are better than those slain by famine.., those slain by the sword, are better than those slain by famine…</w:t>
      </w:r>
    </w:p>
    <w:p>
      <w:r>
        <w:t>[Those slain by the sword are better than those slain by..]…</w:t>
      </w:r>
    </w:p>
    <w:p>
      <w:r>
        <w:t>...{…….}…</w:t>
      </w:r>
    </w:p>
    <w:p>
      <w:r>
        <w:t>...{..}</w:t>
      </w:r>
    </w:p>
    <w:p>
      <w:r>
        <w:t>And such lowliness, which is impossible to fathom, impossible to describe…</w:t>
      </w:r>
    </w:p>
    <w:p>
      <w:r>
        <w:t>...And this was very good, {this is greatly needed}…</w:t>
      </w:r>
    </w:p>
    <w:p>
      <w:r>
        <w:t>...[May I ask for a blessing? Saba]</w:t>
      </w:r>
    </w:p>
    <w:p>
      <w:r>
        <w:t>He, my son-in-law, Shmuel Kroyzer, he, the parents and the family searched for matches for him</w:t>
      </w:r>
    </w:p>
    <w:p>
      <w:r>
        <w:t>And there were.. great rabbis and wealthy men who have a worldwide reputation</w:t>
      </w:r>
    </w:p>
    <w:p>
      <w:r>
        <w:t>And he did not want, he saw my daughter Tziporah, said, he came home and said to his father and mother:</w:t>
      </w:r>
    </w:p>
    <w:p>
      <w:r>
        <w:t>"Boruch Hashem, I already have a bride"</w:t>
      </w:r>
    </w:p>
    <w:p>
      <w:r>
        <w:t>"Who is she?”</w:t>
      </w:r>
    </w:p>
    <w:p>
      <w:r>
        <w:t>"This is the daughter of Yisroel Ber Odesser"</w:t>
      </w:r>
    </w:p>
    <w:p>
      <w:r>
        <w:t>"Oy vey iz mir, he is poor and has no bread to eat, what have you done?"</w:t>
      </w:r>
    </w:p>
    <w:p>
      <w:r>
        <w:t>[Rebbe Yisroel, here, this is Tziporah's soup, Tziporah's soup, Rebbe Yisroel</w:t>
      </w:r>
    </w:p>
    <w:p>
      <w:r>
        <w:t>And there is meat inside, there is meat, it is hot, it is hot]</w:t>
      </w:r>
    </w:p>
    <w:p>
      <w:r>
        <w:t>[…………..]</w:t>
      </w:r>
    </w:p>
    <w:p>
      <w:r>
        <w:t>[…………..]</w:t>
      </w:r>
    </w:p>
    <w:p>
      <w:r>
        <w:t>Where…</w:t>
      </w:r>
    </w:p>
    <w:p>
      <w:r>
        <w:t>...{From the day} I was born {….} I suffer</w:t>
      </w:r>
    </w:p>
    <w:p>
      <w:r>
        <w:t>Rosh Chodesh, it was Rosh Chodesh, and all {the students} brought money</w:t>
      </w:r>
    </w:p>
    <w:p>
      <w:r>
        <w:t>Only Yisroel Ber Odesser did not have money, he.., and I came without money</w:t>
      </w:r>
    </w:p>
    <w:p>
      <w:r>
        <w:t>The.. Rebbe said to me, {…….}, said to me:</w:t>
      </w:r>
    </w:p>
    <w:p>
      <w:r>
        <w:t>"What is this? I wait the whole month for this money; why did you not come like these and bring money?"…</w:t>
      </w:r>
    </w:p>
    <w:p>
      <w:r>
        <w:t>...(Saba laughs)...</w:t>
      </w:r>
    </w:p>
    <w:p>
      <w:r>
        <w:t>...{One\only} Yisroel Ber Odesser</w:t>
      </w:r>
    </w:p>
    <w:p>
      <w:r>
        <w:t>[Saba, a roll]…</w:t>
      </w:r>
    </w:p>
    <w:p>
      <w:r>
        <w:t>...And I saw one book, "Sichos HaRan"</w:t>
      </w:r>
    </w:p>
    <w:p>
      <w:r>
        <w:t>I {understood}, I saw some things, I said: "This is my Rebbe"…</w:t>
      </w:r>
    </w:p>
    <w:p>
      <w:r>
        <w:t>...And he goes many times to the Western Wall, yes</w:t>
      </w:r>
    </w:p>
    <w:p>
      <w:r>
        <w:t>And I too, too, then he, he came to me and said to me:</w:t>
      </w:r>
    </w:p>
    <w:p>
      <w:r>
        <w:t>"You have a grandson, Amram Horowitz, and he will be great in Israel"…</w:t>
      </w:r>
    </w:p>
    <w:p>
      <w:r>
        <w:t>...{...} studies with him "Likutay Halachos," "Yoreh Deah"</w:t>
      </w:r>
    </w:p>
    <w:p>
      <w:r>
        <w:t>[With Amram? With Amram?]</w:t>
      </w:r>
    </w:p>
    <w:p>
      <w:r>
        <w:t>[With whom?]</w:t>
      </w:r>
    </w:p>
    <w:p>
      <w:r>
        <w:t>With, with my grandson</w:t>
      </w:r>
    </w:p>
    <w:p>
      <w:r>
        <w:t>[Amram]</w:t>
      </w:r>
    </w:p>
    <w:p>
      <w:r>
        <w:t>With Amram…</w:t>
      </w:r>
    </w:p>
    <w:p>
      <w:r>
        <w:t>...I found Moshe, Moshe {….}.. Moshe..</w:t>
      </w:r>
    </w:p>
    <w:p>
      <w:r>
        <w:t>[Rosenfeld?]</w:t>
      </w:r>
    </w:p>
    <w:p>
      <w:r>
        <w:t>Ah? Moshe..</w:t>
      </w:r>
    </w:p>
    <w:p>
      <w:r>
        <w:t>[Moshe Kliers?]</w:t>
      </w:r>
    </w:p>
    <w:p>
      <w:r>
        <w:t>Moshe.. {...} Moshe..</w:t>
      </w:r>
    </w:p>
    <w:p>
      <w:r>
        <w:t>[Moshe Blum?]</w:t>
      </w:r>
    </w:p>
    <w:p>
      <w:r>
        <w:t>Ah?</w:t>
      </w:r>
    </w:p>
    <w:p>
      <w:r>
        <w:t>[Blum? Moshe Blum?]</w:t>
      </w:r>
    </w:p>
    <w:p>
      <w:r>
        <w:t>{Moshe..}</w:t>
      </w:r>
    </w:p>
    <w:p>
      <w:r>
        <w:t>[What?]</w:t>
      </w:r>
    </w:p>
    <w:p>
      <w:r>
        <w:t>[From the Agency, he said..]</w:t>
      </w:r>
    </w:p>
    <w:p>
      <w:r>
        <w:t>[…..]</w:t>
      </w:r>
    </w:p>
    <w:p>
      <w:r>
        <w:t>[Ah]</w:t>
      </w:r>
    </w:p>
    <w:p>
      <w:r>
        <w:t>[Moshe …..]</w:t>
      </w:r>
    </w:p>
    <w:p>
      <w:r>
        <w:t>[………]</w:t>
      </w:r>
    </w:p>
    <w:p>
      <w:r>
        <w:t>[……...]</w:t>
      </w:r>
    </w:p>
    <w:p>
      <w:r>
        <w:t>I said to him: "I need to buy bread for the children"</w:t>
      </w:r>
    </w:p>
    <w:p>
      <w:r>
        <w:t>Then he gave me.. half a grosh, half a grosh for bread</w:t>
      </w:r>
    </w:p>
    <w:p>
      <w:r>
        <w:t>I lay like this, {and stand}, and go {..}, to buy bread, the money is gone</w:t>
      </w:r>
    </w:p>
    <w:p>
      <w:r>
        <w:t>I had no bread, without money they do not give {bread}</w:t>
      </w:r>
    </w:p>
    <w:p>
      <w:r>
        <w:t>To this day the money is gone</w:t>
      </w:r>
    </w:p>
    <w:p>
      <w:r>
        <w:t>Ho</w:t>
      </w:r>
    </w:p>
    <w:p>
      <w:r>
        <w:t>[To lie down, yes?]</w:t>
      </w:r>
    </w:p>
    <w:p>
      <w:r>
        <w:t>Yes…</w:t>
      </w:r>
    </w:p>
    <w:p>
      <w:r>
        <w:t>...{A grosh}, to buy bread, I get up to buy bread, the mo.., I have no money to pay {the.. ….}, ah.. to this day the money is gone…</w:t>
      </w:r>
    </w:p>
    <w:p>
      <w:r>
        <w:t>...{}, {What we\only we}</w:t>
      </w:r>
    </w:p>
    <w:p>
      <w:r>
        <w:t>We are the Children of Israel, we know the Torah, know.., and how we are, but "with the Torah"</w:t>
      </w:r>
    </w:p>
    <w:p>
      <w:r>
        <w:t>[Shalom..]…</w:t>
      </w:r>
    </w:p>
    <w:p>
      <w:r>
        <w:t>Who is this?</w:t>
      </w:r>
    </w:p>
    <w:p>
      <w:r>
        <w:t>[Yitzchak Jaoui]</w:t>
      </w:r>
    </w:p>
    <w:p>
      <w:r>
        <w:t>Yitzchak Jaoui…</w:t>
      </w:r>
    </w:p>
    <w:p>
      <w:r>
        <w:t>...Everything is ours, {...}, nu, everything {upon me}, as Hashem Yisborach wants, I also want</w:t>
      </w:r>
    </w:p>
    <w:p>
      <w:r>
        <w:t>Who is this?</w:t>
      </w:r>
    </w:p>
    <w:p>
      <w:r>
        <w:t>[This is Shimon, Shimon]</w:t>
      </w:r>
    </w:p>
    <w:p>
      <w:r>
        <w:t>Shimon…</w:t>
      </w:r>
    </w:p>
    <w:p>
      <w:r>
        <w:t>[Saba and the friends chant the melody: "Keep My Sabbaths.."</w:t>
      </w:r>
    </w:p>
    <w:p>
      <w:r>
        <w:t>Afterward they sing: "Na Na Nach Nachma Nachman meUman" to the aforementioned melody</w:t>
      </w:r>
    </w:p>
    <w:p>
      <w:r>
        <w:t>Afterward they sing: "Na Na Nach Nachma Nachman meUman.."</w:t>
      </w:r>
    </w:p>
    <w:p>
      <w:r>
        <w:t>(Saba rouses the friends)]</w:t>
      </w:r>
    </w:p>
    <w:p>
      <w:r>
        <w:t>[…….]…</w:t>
      </w:r>
    </w:p>
    <w:p>
      <w:r>
        <w:t>...[The friends continue singing: "Na Na Nach Nachma Nachman meUman.."</w:t>
      </w:r>
    </w:p>
    <w:p>
      <w:r>
        <w:t>(Saba rouses the friends)]</w:t>
      </w:r>
    </w:p>
    <w:p>
      <w:r>
        <w:t>[………..]</w:t>
      </w:r>
    </w:p>
    <w:p>
      <w:r>
        <w:t>[………..]…</w:t>
      </w:r>
    </w:p>
    <w:p>
      <w:r>
        <w:t>...[The friends continue singing: "Na Na Nach Nachma Nachman meUman.."</w:t>
      </w:r>
    </w:p>
    <w:p>
      <w:r>
        <w:t>(Saba rouses the friends)]</w:t>
      </w:r>
    </w:p>
    <w:p>
      <w:r>
        <w:t>...{….} not to do, the holy Rabbainu said not to do—not to do…</w:t>
      </w:r>
    </w:p>
    <w:p>
      <w:r>
        <w:t>...To others I do not, cannot say, I {can} say to myself…</w:t>
      </w:r>
    </w:p>
    <w:p>
      <w:r>
        <w:t>...All {the decrees} and judgments from upon us and from upon all Israel</w:t>
      </w:r>
    </w:p>
    <w:p>
      <w:r>
        <w:t>[Amen]</w:t>
      </w:r>
    </w:p>
    <w:p>
      <w:r>
        <w:t>[Tell him, nu..]</w:t>
      </w:r>
    </w:p>
    <w:p>
      <w:r>
        <w:t>[Shalom aleichem]…</w:t>
      </w:r>
    </w:p>
    <w:p>
      <w:r>
        <w:t>...{Aleichem shalom}, who is this?</w:t>
      </w:r>
    </w:p>
    <w:p>
      <w:r>
        <w:t>[Boimel, Boimel]</w:t>
      </w:r>
    </w:p>
    <w:p>
      <w:r>
        <w:t>Ah?</w:t>
      </w:r>
    </w:p>
    <w:p>
      <w:r>
        <w:t>[Boimel]</w:t>
      </w:r>
    </w:p>
    <w:p>
      <w:r>
        <w:t>Boimel..</w:t>
      </w:r>
    </w:p>
    <w:p>
      <w:r>
        <w:t>{Shoyn}, what, what does the Saba say? Ah?</w:t>
      </w:r>
    </w:p>
    <w:p>
      <w:r>
        <w:t>He is doing teshuvah</w:t>
      </w:r>
    </w:p>
    <w:p>
      <w:r>
        <w:t>[..]</w:t>
      </w:r>
    </w:p>
    <w:p>
      <w:r>
        <w:t>He is doing teshuvah</w:t>
      </w:r>
    </w:p>
    <w:p>
      <w:r>
        <w:t>[I do not know]</w:t>
      </w:r>
    </w:p>
    <w:p>
      <w:r>
        <w:t>He will do it, he will do it, he is compelled to do it</w:t>
      </w:r>
    </w:p>
    <w:p>
      <w:r>
        <w:t>He, {Rabbainu Shlomo} rectifies everything, he is compelled to do teshuvah</w:t>
      </w:r>
    </w:p>
    <w:p>
      <w:r>
        <w:t>He is Boimel, Boimel, and who is this?</w:t>
      </w:r>
    </w:p>
    <w:p>
      <w:r>
        <w:t>[Spiegel]</w:t>
      </w:r>
    </w:p>
    <w:p>
      <w:r>
        <w:t>[Spiegel]</w:t>
      </w:r>
    </w:p>
    <w:p>
      <w:r>
        <w:t>Ah?</w:t>
      </w:r>
    </w:p>
    <w:p>
      <w:r>
        <w:t>[This is a grandson of Rav Shmuel Shapira, a grandson of Rav Shmuel Shapira] Admor?</w:t>
      </w:r>
    </w:p>
    <w:p>
      <w:r>
        <w:t>[Grandson, grandson]</w:t>
      </w:r>
    </w:p>
    <w:p>
      <w:r>
        <w:t>A grandson of Shmuel Shapira</w:t>
      </w:r>
    </w:p>
    <w:p>
      <w:r>
        <w:t>[Yes, Spiegel, Spiegel]</w:t>
      </w:r>
    </w:p>
    <w:p>
      <w:r>
        <w:t>[The old Admor]</w:t>
      </w:r>
    </w:p>
    <w:p>
      <w:r>
        <w:t>Boruch Hashem, there is a grandson of Rav Shmuel Shapira, and there is also the holy Rabbainu in the world</w:t>
      </w:r>
    </w:p>
    <w:p>
      <w:r>
        <w:t>[...]</w:t>
      </w:r>
    </w:p>
    <w:p>
      <w:r>
        <w:t>We need to travel through all the places, throughout Yerushalayim, throughout Eretz Yisroel</w:t>
      </w:r>
    </w:p>
    <w:p>
      <w:r>
        <w:t>To make known that all who hope in You, "to make known, to make known, to make known, to make known, to make known, to make known..”</w:t>
      </w:r>
    </w:p>
    <w:p>
      <w:r>
        <w:t>[Saba and the friends sing:</w:t>
      </w:r>
    </w:p>
    <w:p>
      <w:r>
        <w:t>"To make known, to make known, to make known, to make known, to make known.."]</w:t>
      </w:r>
    </w:p>
    <w:p>
      <w:r>
        <w:t>[Today..]</w:t>
      </w:r>
    </w:p>
    <w:p>
      <w:r>
        <w:t>How is Avraham Weinberg?</w:t>
      </w:r>
    </w:p>
    <w:p>
      <w:r>
        <w:t>[Weinberg?]</w:t>
      </w:r>
    </w:p>
    <w:p>
      <w:r>
        <w:t>Is he alive?</w:t>
      </w:r>
    </w:p>
    <w:p>
      <w:r>
        <w:t>[I do not know, it seems to me that he is not..</w:t>
      </w:r>
    </w:p>
    <w:p>
      <w:r>
        <w:t>The grandfather of Rav Moshe ….]</w:t>
      </w:r>
    </w:p>
    <w:p>
      <w:r>
        <w:t>[Yes?]</w:t>
      </w:r>
    </w:p>
    <w:p>
      <w:r>
        <w:t>[..]</w:t>
      </w:r>
    </w:p>
    <w:p>
      <w:r>
        <w:t>[Yes]</w:t>
      </w:r>
    </w:p>
    <w:p>
      <w:r>
        <w:t>[His grandson is our rosh yeshiva]</w:t>
      </w:r>
    </w:p>
    <w:p>
      <w:r>
        <w:t>Ah?</w:t>
      </w:r>
    </w:p>
    <w:p>
      <w:r>
        <w:t>[The grandson of Avraham Weinberg, he is our rosh yeshiva in the yeshiva, he is a rosh yeshiva] He is a rosh yeshiva?</w:t>
      </w:r>
    </w:p>
    <w:p>
      <w:r>
        <w:t>[His grandson]</w:t>
      </w:r>
    </w:p>
    <w:p>
      <w:r>
        <w:t>Of Avraham Weinberg?</w:t>
      </w:r>
    </w:p>
    <w:p>
      <w:r>
        <w:t>[Of Avraham Weinberg, yes]</w:t>
      </w:r>
    </w:p>
    <w:p>
      <w:r>
        <w:t>He is a rosh yeshiva?</w:t>
      </w:r>
    </w:p>
    <w:p>
      <w:r>
        <w:t>[Yes, with us in the yeshiva in Sochaczew]</w:t>
      </w:r>
    </w:p>
    <w:p>
      <w:r>
        <w:t>Where?</w:t>
      </w:r>
    </w:p>
    <w:p>
      <w:r>
        <w:t>[Sochaczew, in Sochaczew]</w:t>
      </w:r>
    </w:p>
    <w:p>
      <w:r>
        <w:t>Inside?</w:t>
      </w:r>
    </w:p>
    <w:p>
      <w:r>
        <w:t>[Sochaczew, Sochaczew]</w:t>
      </w:r>
    </w:p>
    <w:p>
      <w:r>
        <w:t>[Sochaczew, Sochaczew, Sochaczew]</w:t>
      </w:r>
    </w:p>
    <w:p>
      <w:r>
        <w:t>[In Sochaczew, Sochaczew]</w:t>
      </w:r>
    </w:p>
    <w:p>
      <w:r>
        <w:t>In Sochaczew</w:t>
      </w:r>
    </w:p>
    <w:p>
      <w:r>
        <w:t>[Yes]</w:t>
      </w:r>
    </w:p>
    <w:p>
      <w:r>
        <w:t>Of, of Avraham Weinberg {…..}, a rosh yeshiva</w:t>
      </w:r>
    </w:p>
    <w:p>
      <w:r>
        <w:t>[Yes, a grandson]</w:t>
      </w:r>
    </w:p>
    <w:p>
      <w:r>
        <w:t>A grandson</w:t>
      </w:r>
    </w:p>
    <w:p>
      <w:r>
        <w:t>[He holds by Breslov]</w:t>
      </w:r>
    </w:p>
    <w:p>
      <w:r>
        <w:t>Yes</w:t>
      </w:r>
    </w:p>
    <w:p>
      <w:r>
        <w:t>[Yes]</w:t>
      </w:r>
    </w:p>
    <w:p>
      <w:r>
        <w:t>Ah?</w:t>
      </w:r>
    </w:p>
    <w:p>
      <w:r>
        <w:t>[He holds by Breslov]</w:t>
      </w:r>
    </w:p>
    <w:p>
      <w:r>
        <w:t>[Who is Avraham?]</w:t>
      </w:r>
    </w:p>
    <w:p>
      <w:r>
        <w:t>[You are asking who Avraham was; did Avraham Weinberg make trouble for you?] Avraham?</w:t>
      </w:r>
    </w:p>
    <w:p>
      <w:r>
        <w:t>[Weinberg, did he make trouble for you?]</w:t>
      </w:r>
    </w:p>
    <w:p>
      <w:r>
        <w:t>No, no, he was with me, he is a faithful friend, he believes in Rabbainu</w:t>
      </w:r>
    </w:p>
    <w:p>
      <w:r>
        <w:t>{He was}.., I saw that this was not false, and it is truth</w:t>
      </w:r>
    </w:p>
    <w:p>
      <w:r>
        <w:t>{It was harder for him}, but he saw, he believed that the holy Rabbainu is the Rebbe</w:t>
      </w:r>
    </w:p>
    <w:p>
      <w:r>
        <w:t>And.. and he understood that he is false</w:t>
      </w:r>
    </w:p>
    <w:p>
      <w:r>
        <w:t>[…….]</w:t>
      </w:r>
    </w:p>
    <w:p>
      <w:r>
        <w:t>[…….]</w:t>
      </w:r>
    </w:p>
    <w:p>
      <w:r>
        <w:t>[Today he received the Petek ….]</w:t>
      </w:r>
    </w:p>
    <w:p>
      <w:r>
        <w:t>[…….]</w:t>
      </w:r>
    </w:p>
    <w:p>
      <w:r>
        <w:t>[…….]</w:t>
      </w:r>
    </w:p>
    <w:p>
      <w:r>
        <w:t>[The twenty-third of Tammuz]</w:t>
      </w:r>
    </w:p>
    <w:p>
      <w:r>
        <w:t>Ah?</w:t>
      </w:r>
    </w:p>
    <w:p>
      <w:r>
        <w:t>[The twenty-third of Tammuz]</w:t>
      </w:r>
    </w:p>
    <w:p>
      <w:r>
        <w:t>Chaim Shimon, what, what, what is happening with Chaim Shimon? Is he alive? Chaim Shimon?</w:t>
      </w:r>
    </w:p>
    <w:p>
      <w:r>
        <w:t>[Which Chaim Shimon? What is his family name? What is the family name?]</w:t>
      </w:r>
    </w:p>
    <w:p>
      <w:r>
        <w:t>{…...}</w:t>
      </w:r>
    </w:p>
    <w:p>
      <w:r>
        <w:t>[I do not know]</w:t>
      </w:r>
    </w:p>
    <w:p>
      <w:r>
        <w:t>I do not know…</w:t>
      </w:r>
    </w:p>
    <w:p>
      <w:r>
        <w:t>...a friend of mine</w:t>
      </w:r>
    </w:p>
    <w:p>
      <w:r>
        <w:t>[Ask him whether he was close]</w:t>
      </w:r>
    </w:p>
    <w:p>
      <w:r>
        <w:t>[Rebbe Yisroel..]…</w:t>
      </w:r>
    </w:p>
    <w:p>
      <w:r>
        <w:t>...everyone will be ashamed, everyone will be ashamed</w:t>
      </w:r>
    </w:p>
    <w:p>
      <w:r>
        <w:t>[Of what will they be ashamed?]</w:t>
      </w:r>
    </w:p>
    <w:p>
      <w:r>
        <w:t>They will be ashamed, without surgery and without..</w:t>
      </w:r>
    </w:p>
    <w:p>
      <w:r>
        <w:t>[Without doctors]</w:t>
      </w:r>
    </w:p>
    <w:p>
      <w:r>
        <w:t>Without a doctor, without medicines, “What is this?”</w:t>
      </w:r>
    </w:p>
    <w:p>
      <w:r>
        <w:t>[The friends sing: “Na Nach Nachma Nachman MeUman..”</w:t>
      </w:r>
    </w:p>
    <w:p>
      <w:r>
        <w:t>(Saba rouses the friends)]</w:t>
      </w:r>
    </w:p>
    <w:p>
      <w:r>
        <w:t>[Did Saba receive the Petek on the twenty-third of Tammuz?]</w:t>
      </w:r>
    </w:p>
    <w:p>
      <w:r>
        <w:t>Ah?</w:t>
      </w:r>
    </w:p>
    <w:p>
      <w:r>
        <w:t>[The twenty-third of Tammuz..]</w:t>
      </w:r>
    </w:p>
    <w:p>
      <w:r>
        <w:t>[The seventeenth]</w:t>
      </w:r>
    </w:p>
    <w:p>
      <w:r>
        <w:t>[Did Saba receive the Petek?]</w:t>
      </w:r>
    </w:p>
    <w:p>
      <w:r>
        <w:t>[Now he said]</w:t>
      </w:r>
    </w:p>
    <w:p>
      <w:r>
        <w:t>The seventeenth of Tammuz</w:t>
      </w:r>
    </w:p>
    <w:p>
      <w:r>
        <w:t>[The seventeenth]</w:t>
      </w:r>
    </w:p>
    <w:p>
      <w:r>
        <w:t>[The seventeenth? When was it received? When did Saba receive the Petek?]</w:t>
      </w:r>
    </w:p>
    <w:p>
      <w:r>
        <w:t>Ah?</w:t>
      </w:r>
    </w:p>
    <w:p>
      <w:r>
        <w:t>[When did Saba receive the Petek?]</w:t>
      </w:r>
    </w:p>
    <w:p>
      <w:r>
        <w:t>Ah.. {you did not hear\Hashem wants}, this..</w:t>
      </w:r>
    </w:p>
    <w:p>
      <w:r>
        <w:t>{{This, this, this was t.., was, this was alone}}, Rebbe Meir Baal HaNess, in the yeshiva</w:t>
      </w:r>
    </w:p>
    <w:p>
      <w:r>
        <w:t>[On what date?]</w:t>
      </w:r>
    </w:p>
    <w:p>
      <w:r>
        <w:t>Ah</w:t>
      </w:r>
    </w:p>
    <w:p>
      <w:r>
        <w:t>[The twenty-third?]</w:t>
      </w:r>
    </w:p>
    <w:p>
      <w:r>
        <w:t>{{. .}}, I do not, do not remember</w:t>
      </w:r>
    </w:p>
    <w:p>
      <w:r>
        <w:t>[But after the seventeenth of Tammuz?]</w:t>
      </w:r>
    </w:p>
    <w:p>
      <w:r>
        <w:t>Yes, yes, certainly, were it not for the seventeenth of Tammuz there is no {...}, there is nothing</w:t>
      </w:r>
    </w:p>
    <w:p>
      <w:r>
        <w:t>{…}, if there had been no eating, {….}, I ate before prayer on the seventeenth of Tammuz</w:t>
      </w:r>
    </w:p>
    <w:p>
      <w:r>
        <w:t>There would have been no Petek, Petek, and there would have been nothing</w:t>
      </w:r>
    </w:p>
    <w:p>
      <w:r>
        <w:t>[We sing..]</w:t>
      </w:r>
    </w:p>
    <w:p>
      <w:r>
        <w:t>{..}</w:t>
      </w:r>
    </w:p>
    <w:p>
      <w:r>
        <w:t>[In the yeshiva “Na Nach..”]</w:t>
      </w:r>
    </w:p>
    <w:p>
      <w:r>
        <w:t>{I . .}, I ate before prayer {on.. on.. on.. on.. on... on.. on.. on.. on.. on} the seventeenth of Tammuz</w:t>
      </w:r>
    </w:p>
    <w:p>
      <w:r>
        <w:t>{..}</w:t>
      </w:r>
    </w:p>
    <w:p>
      <w:r>
        <w:t>[That was this week]</w:t>
      </w:r>
    </w:p>
    <w:p>
      <w:r>
        <w:t>If I am alive, this, this is miracles {and wonders}; I already was {..} able to die from so much anguish</w:t>
      </w:r>
    </w:p>
    <w:p>
      <w:r>
        <w:t>[And Rabbainu sent a Petek?]</w:t>
      </w:r>
    </w:p>
    <w:p>
      <w:r>
        <w:t>I found a Petek in a book, I found a Petek th..</w:t>
      </w:r>
    </w:p>
    <w:p>
      <w:r>
        <w:t>“Concerning you I said: my little fire will smolder until Mashiach comes,” nu, nu, we will wait and see</w:t>
      </w:r>
    </w:p>
    <w:p>
      <w:r>
        <w:t>[He said, “My little fire will..”]</w:t>
      </w:r>
    </w:p>
    <w:p>
      <w:r>
        <w:t>“Will smolder,” “Concerning you I said: my little fire will smolder until Mashiach comes”</w:t>
      </w:r>
    </w:p>
    <w:p>
      <w:r>
        <w:t>Nu, {who is this?}.., this, this must be until the coming of Mashiach</w:t>
      </w:r>
    </w:p>
    <w:p>
      <w:r>
        <w:t>[.….]</w:t>
      </w:r>
    </w:p>
    <w:p>
      <w:r>
        <w:t>[He said that he will live until Mashiach..]</w:t>
      </w:r>
    </w:p>
    <w:p>
      <w:r>
        <w:t>[…..]</w:t>
      </w:r>
    </w:p>
    <w:p>
      <w:r>
        <w:t>[Yes..]</w:t>
      </w:r>
    </w:p>
    <w:p>
      <w:r>
        <w:t>And the whole world is filled with the fact that the holy Rabbainu is until the coming of Mashiach, and it was fulfilled</w:t>
      </w:r>
    </w:p>
    <w:p>
      <w:r>
        <w:t>[And is “Na Nach” written in the Petek?]</w:t>
      </w:r>
    </w:p>
    <w:p>
      <w:r>
        <w:t>Yo, certainly</w:t>
      </w:r>
    </w:p>
    <w:p>
      <w:r>
        <w:t>[“Na Nach..”]</w:t>
      </w:r>
    </w:p>
    <w:p>
      <w:r>
        <w:t>“Na Nach..”</w:t>
      </w:r>
    </w:p>
    <w:p>
      <w:r>
        <w:t>[Nachma Nachman MeUman”]</w:t>
      </w:r>
    </w:p>
    <w:p>
      <w:r>
        <w:t>“Nachma.. Nachman MeUman”</w:t>
      </w:r>
    </w:p>
    <w:p>
      <w:r>
        <w:t>“Na Nach Nachma Nachman MeUman”</w:t>
      </w:r>
    </w:p>
    <w:p>
      <w:r>
        <w:t>Were it not that I eat, that I do not eat before prayer, there would have been no Petek, there would have been nothing</w:t>
      </w:r>
    </w:p>
    <w:p>
      <w:r>
        <w:t>[Who told you that there is a Petek in the book?]</w:t>
      </w:r>
    </w:p>
    <w:p>
      <w:r>
        <w:t>Ah?</w:t>
      </w:r>
    </w:p>
    <w:p>
      <w:r>
        <w:t>[Who told Saba that there is a Petek in the book?]</w:t>
      </w:r>
    </w:p>
    <w:p>
      <w:r>
        <w:t>The thought, yes</w:t>
      </w:r>
    </w:p>
    <w:p>
      <w:r>
        <w:t>[And Rabbainu wrote this?]</w:t>
      </w:r>
    </w:p>
    <w:p>
      <w:r>
        <w:t>Yes, certainly, who?</w:t>
      </w:r>
    </w:p>
    <w:p>
      <w:r>
        <w:t>He said: “Until the coming of Mashiach,” nu.. we need to wait “until the coming of Mashiach”</w:t>
      </w:r>
    </w:p>
    <w:p>
      <w:r>
        <w:t>And I see that it is not ownerless; the holy Rabbainu {says so}, it is written in the Petek:</w:t>
      </w:r>
    </w:p>
    <w:p>
      <w:r>
        <w:t>“Until the coming of Mashiach,” nu, we need to wait “until the coming of Mashiach”</w:t>
      </w:r>
    </w:p>
    <w:p>
      <w:r>
        <w:t>[…..]</w:t>
      </w:r>
    </w:p>
    <w:p>
      <w:r>
        <w:t>[What?]</w:t>
      </w:r>
    </w:p>
    <w:p>
      <w:r>
        <w:t>[……]</w:t>
      </w:r>
    </w:p>
    <w:p>
      <w:r>
        <w:t>[Mashiach will come; he will live until Mashiach comes..</w:t>
      </w:r>
    </w:p>
    <w:p>
      <w:r>
        <w:t>We sing “Na Nach..” in the yeshiva all the time]</w:t>
      </w:r>
    </w:p>
    <w:p>
      <w:r>
        <w:t>Yes</w:t>
      </w:r>
    </w:p>
    <w:p>
      <w:r>
        <w:t>[Yes]</w:t>
      </w:r>
    </w:p>
    <w:p>
      <w:r>
        <w:t>I, I also want to sing; take me to the yeshiva</w:t>
      </w:r>
    </w:p>
    <w:p>
      <w:r>
        <w:t>Only I cannot, cannot dance, but sing, I</w:t>
      </w:r>
    </w:p>
    <w:p>
      <w:r>
        <w:t>can</w:t>
      </w:r>
    </w:p>
    <w:p>
      <w:r>
        <w:t>[How many times a day do we need to say “Na Nach”?]</w:t>
      </w:r>
    </w:p>
    <w:p>
      <w:r>
        <w:t>Yes</w:t>
      </w:r>
    </w:p>
    <w:p>
      <w:r>
        <w:t>[How many t..?]</w:t>
      </w:r>
    </w:p>
    <w:p>
      <w:r>
        <w:t>[…...]</w:t>
      </w:r>
    </w:p>
    <w:p>
      <w:r>
        <w:t>What do the.. the..? say?</w:t>
      </w:r>
    </w:p>
    <w:p>
      <w:r>
        <w:t>[They say, crazy people]</w:t>
      </w:r>
    </w:p>
    <w:p>
      <w:r>
        <w:t>{..}, what do the Slonimers say?</w:t>
      </w:r>
    </w:p>
    <w:p>
      <w:r>
        <w:t>[That we are crazy]</w:t>
      </w:r>
    </w:p>
    <w:p>
      <w:r>
        <w:t>Yes?</w:t>
      </w:r>
    </w:p>
    <w:p>
      <w:r>
        <w:t>[Yes]</w:t>
      </w:r>
    </w:p>
    <w:p>
      <w:r>
        <w:t>He has already shown that they are crazy</w:t>
      </w:r>
    </w:p>
    <w:p>
      <w:r>
        <w:t>[Ask him how many times one needs to say “Na Nach”?]</w:t>
      </w:r>
    </w:p>
    <w:p>
      <w:r>
        <w:t>[How many times does one need to say “Na Nach” in a day?]</w:t>
      </w:r>
    </w:p>
    <w:p>
      <w:r>
        <w:t>[To fulfill the obligation?]</w:t>
      </w:r>
    </w:p>
    <w:p>
      <w:r>
        <w:t>Always, without end and without, without, {…}, without limit, without {end}, without end</w:t>
      </w:r>
    </w:p>
    <w:p>
      <w:r>
        <w:t>[All the time?]</w:t>
      </w:r>
    </w:p>
    <w:p>
      <w:r>
        <w:t>Yes, “Na Nach,” it, it has power, it opens all..</w:t>
      </w:r>
    </w:p>
    <w:p>
      <w:r>
        <w:t>All the gates, all the.. {..} all the gates of mercy, all the gates of prayer, all the gates of repentance, the entire Torah</w:t>
      </w:r>
    </w:p>
    <w:p>
      <w:r>
        <w:t>[… is it also for the gentiles?]</w:t>
      </w:r>
    </w:p>
    <w:p>
      <w:r>
        <w:t>[He already said that this too—is this also for gentiles?]</w:t>
      </w:r>
    </w:p>
    <w:p>
      <w:r>
        <w:t>Ah?</w:t>
      </w:r>
    </w:p>
    <w:p>
      <w:r>
        <w:t>[“Na Nach” is also for gentiles?]</w:t>
      </w:r>
    </w:p>
    <w:p>
      <w:r>
        <w:t>This I do not know; perhaps they will have some, some, some mere connection, some</w:t>
      </w:r>
    </w:p>
    <w:p>
      <w:r>
        <w:t>But not {anything}, he is nothing, they are like, they are like..</w:t>
      </w:r>
    </w:p>
    <w:p>
      <w:r>
        <w:t>Not like human beings; they are like an animal, an animal {…..} is exempt from everything</w:t>
      </w:r>
    </w:p>
    <w:p>
      <w:r>
        <w:t>[……..]</w:t>
      </w:r>
    </w:p>
    <w:p>
      <w:r>
        <w:t>[……..]</w:t>
      </w:r>
    </w:p>
    <w:p>
      <w:r>
        <w:t>Ah..</w:t>
      </w:r>
    </w:p>
    <w:p>
      <w:r>
        <w:t>[….….]</w:t>
      </w:r>
    </w:p>
    <w:p>
      <w:r>
        <w:t>Come every day, and we will make it joyful here</w:t>
      </w:r>
    </w:p>
    <w:p>
      <w:r>
        <w:t>[She is what?]</w:t>
      </w:r>
    </w:p>
    <w:p>
      <w:r>
        <w:t>[…………]</w:t>
      </w:r>
    </w:p>
    <w:p>
      <w:r>
        <w:t>[Ah, is it possible to enter..]</w:t>
      </w:r>
    </w:p>
    <w:p>
      <w:r>
        <w:t>[..]</w:t>
      </w:r>
    </w:p>
    <w:p>
      <w:r>
        <w:t>[Is it possible, possible to enter the restroom..?]</w:t>
      </w:r>
    </w:p>
    <w:p>
      <w:r>
        <w:t>“Na Nach Nachma Nachman MeUman”</w:t>
      </w:r>
    </w:p>
    <w:p>
      <w:r>
        <w:t>“Na Nach Nachma Nachman MeUman”</w:t>
      </w:r>
    </w:p>
    <w:p>
      <w:r>
        <w:t>He revealed this</w:t>
      </w:r>
    </w:p>
    <w:p>
      <w:r>
        <w:t>[But is it written in the Petek to say it?]</w:t>
      </w:r>
    </w:p>
    <w:p>
      <w:r>
        <w:t>Ah?</w:t>
      </w:r>
    </w:p>
    <w:p>
      <w:r>
        <w:t>[Is it written in the Petek to say “Na Nach”? Is it written in the Petek?]</w:t>
      </w:r>
    </w:p>
    <w:p>
      <w:r>
        <w:t>No, no, this, this, we need to understand; we are not animals</w:t>
      </w:r>
    </w:p>
    <w:p>
      <w:r>
        <w:t>We need to say “Na Nach Nachma Nachman MeUman”</w:t>
      </w:r>
    </w:p>
    <w:p>
      <w:r>
        <w:t>[Is it permissible to enter..?]</w:t>
      </w:r>
    </w:p>
    <w:p>
      <w:r>
        <w:t>Ah?</w:t>
      </w:r>
    </w:p>
    <w:p>
      <w:r>
        <w:t>[The restroom with “Na Nach”?]</w:t>
      </w:r>
    </w:p>
    <w:p>
      <w:r>
        <w:t>{…..}</w:t>
      </w:r>
    </w:p>
    <w:p>
      <w:r>
        <w:t>[Is it permissible to enter the restroom with “Na Nach”?]</w:t>
      </w:r>
    </w:p>
    <w:p>
      <w:r>
        <w:t>Now I do not know, {{..}}, any question, I do not know</w:t>
      </w:r>
    </w:p>
    <w:p>
      <w:r>
        <w:t>[…….]</w:t>
      </w:r>
    </w:p>
    <w:p>
      <w:r>
        <w:t>[…….]</w:t>
      </w:r>
    </w:p>
    <w:p>
      <w:r>
        <w:t>{….}</w:t>
      </w:r>
    </w:p>
    <w:p>
      <w:r>
        <w:t>[Do we need to spread “Na Nach”?]</w:t>
      </w:r>
    </w:p>
    <w:p>
      <w:r>
        <w:t>Ah?</w:t>
      </w:r>
    </w:p>
    <w:p>
      <w:r>
        <w:t>[Do we need to spread it?]</w:t>
      </w:r>
    </w:p>
    <w:p>
      <w:r>
        <w:t>Certainly, certainly, the holy Rabbainu revealed this; for whom did he reveal it, if not for us?</w:t>
      </w:r>
    </w:p>
    <w:p>
      <w:r>
        <w:t>If not for us?</w:t>
      </w:r>
    </w:p>
    <w:p>
      <w:r>
        <w:t>He revealed this, “Na Nach Nachma Nachman MeUman,” he revealed this; what did we reveal?</w:t>
      </w:r>
    </w:p>
    <w:p>
      <w:r>
        <w:t>For whom did he reveal it? For gentiles? For {animals}, donkeys?</w:t>
      </w:r>
    </w:p>
    <w:p>
      <w:r>
        <w:t>He revealed it for us</w:t>
      </w:r>
    </w:p>
    <w:p>
      <w:r>
        <w:t>He {what}, the holy Rabbainu says in a Torah, that the gentiles are not human beings, only donkeys</w:t>
      </w:r>
    </w:p>
    <w:p>
      <w:r>
        <w:t>They are not human beings at all, and there are among them those who know the art of arithmetic and more, and more, and more..</w:t>
      </w:r>
    </w:p>
    <w:p>
      <w:r>
        <w:t>{This is worse than.., this is what Rabbainu says}, he says that they are all animals, {this\and..} donkeys</w:t>
      </w:r>
    </w:p>
    <w:p>
      <w:r>
        <w:t>Only the people of Yisroel.. they are human beings, but the gentiles are not human beings, they are donkeys</w:t>
      </w:r>
    </w:p>
    <w:p>
      <w:r>
        <w:t>{This says I say this this} in “Likutei Moharan”</w:t>
      </w:r>
    </w:p>
    <w:p>
      <w:r>
        <w:t>[Torah 101]</w:t>
      </w:r>
    </w:p>
    <w:p>
      <w:r>
        <w:t>Ah?</w:t>
      </w:r>
    </w:p>
    <w:p>
      <w:r>
        <w:t>[Torah 101]</w:t>
      </w:r>
    </w:p>
    <w:p>
      <w:r>
        <w:t>O.. one hundred and one</w:t>
      </w:r>
    </w:p>
    <w:p>
      <w:r>
        <w:t>[One hundred and one]</w:t>
      </w:r>
    </w:p>
    <w:p>
      <w:r>
        <w:t>No, no, no, no, no, no</w:t>
      </w:r>
    </w:p>
    <w:p>
      <w:r>
        <w:t>No, no {..}, they are not human beings, they are animals</w:t>
      </w:r>
    </w:p>
    <w:p>
      <w:r>
        <w:t>What is there from the gentile, to say to gentiles?</w:t>
      </w:r>
    </w:p>
    <w:p>
      <w:r>
        <w:t>[..]</w:t>
      </w:r>
    </w:p>
    <w:p>
      <w:r>
        <w:t>[You know th..]</w:t>
      </w:r>
    </w:p>
    <w:p>
      <w:r>
        <w:t>{They know only from school, yo}</w:t>
      </w:r>
    </w:p>
    <w:p>
      <w:r>
        <w:t>[Yes]</w:t>
      </w:r>
    </w:p>
    <w:p>
      <w:r>
        <w:t>That they should know they are donkeys</w:t>
      </w:r>
    </w:p>
    <w:p>
      <w:r>
        <w:t>[………]</w:t>
      </w:r>
    </w:p>
    <w:p>
      <w:r>
        <w:t>[……...]</w:t>
      </w:r>
    </w:p>
    <w:p>
      <w:r>
        <w:t>Who are human beings? Only we are human beings, but they are donkeys</w:t>
      </w:r>
    </w:p>
    <w:p>
      <w:r>
        <w:t>[……..]</w:t>
      </w:r>
    </w:p>
    <w:p>
      <w:r>
        <w:t>{..}</w:t>
      </w:r>
    </w:p>
    <w:p>
      <w:r>
        <w:t>[The PLO is coming to Eretz Yisroel]</w:t>
      </w:r>
    </w:p>
    <w:p>
      <w:r>
        <w:t>Who is this?</w:t>
      </w:r>
    </w:p>
    <w:p>
      <w:r>
        <w:t>[The PLO, the PLO is coming to Eretz Yisroel]</w:t>
      </w:r>
    </w:p>
    <w:p>
      <w:r>
        <w:t>Yes?</w:t>
      </w:r>
    </w:p>
    <w:p>
      <w:r>
        <w:t>[Yes, on Shabbos]</w:t>
      </w:r>
    </w:p>
    <w:p>
      <w:r>
        <w:t>Nu</w:t>
      </w:r>
    </w:p>
    <w:p>
      <w:r>
        <w:t>[They are holding a large demonstration]</w:t>
      </w:r>
    </w:p>
    <w:p>
      <w:r>
        <w:t>{In the future}.., us?</w:t>
      </w:r>
    </w:p>
    <w:p>
      <w:r>
        <w:t>[All the Jews]</w:t>
      </w:r>
    </w:p>
    <w:p>
      <w:r>
        <w:t>Yes?</w:t>
      </w:r>
    </w:p>
    <w:p>
      <w:r>
        <w:t>[Yes]</w:t>
      </w:r>
    </w:p>
    <w:p>
      <w:r>
        <w:t>Nu</w:t>
      </w:r>
    </w:p>
    <w:p>
      <w:r>
        <w:t>[He wants to come to Yerushalayim]</w:t>
      </w:r>
    </w:p>
    <w:p>
      <w:r>
        <w:t>Yes?</w:t>
      </w:r>
    </w:p>
    <w:p>
      <w:r>
        <w:t>[Yes, to the Temple Mount]</w:t>
      </w:r>
    </w:p>
    <w:p>
      <w:r>
        <w:t>Nu, what do we say to him?</w:t>
      </w:r>
    </w:p>
    <w:p>
      <w:r>
        <w:t>[{..}.., the police are bringing him]</w:t>
      </w:r>
    </w:p>
    <w:p>
      <w:r>
        <w:t>Ah?</w:t>
      </w:r>
    </w:p>
    <w:p>
      <w:r>
        <w:t>[The Zionists are bringing him, the police are bringing him, guarding him]</w:t>
      </w:r>
    </w:p>
    <w:p>
      <w:r>
        <w:t>Yes?</w:t>
      </w:r>
    </w:p>
    <w:p>
      <w:r>
        <w:t>[Yes.. on Shabbos]</w:t>
      </w:r>
    </w:p>
    <w:p>
      <w:r>
        <w:t>[…]</w:t>
      </w:r>
    </w:p>
    <w:p>
      <w:r>
        <w:t>Ah..</w:t>
      </w:r>
    </w:p>
    <w:p>
      <w:r>
        <w:t>[Saba will pray that it be nullified]</w:t>
      </w:r>
    </w:p>
    <w:p>
      <w:r>
        <w:t>What should be prayed?</w:t>
      </w:r>
    </w:p>
    <w:p>
      <w:r>
        <w:t>[That it be nullified, that he should not come]</w:t>
      </w:r>
    </w:p>
    <w:p>
      <w:r>
        <w:t>Ah..</w:t>
      </w:r>
    </w:p>
    <w:p>
      <w:r>
        <w:t>[……..]</w:t>
      </w:r>
    </w:p>
    <w:p>
      <w:r>
        <w:t>[….….]</w:t>
      </w:r>
    </w:p>
    <w:p>
      <w:r>
        <w:t>And diseases and troubles will also come, and what will pass over them, ho, ho..</w:t>
      </w:r>
    </w:p>
    <w:p>
      <w:r>
        <w:t>There will be many dead in the house</w:t>
      </w:r>
    </w:p>
    <w:p>
      <w:r>
        <w:t>[..……]</w:t>
      </w:r>
    </w:p>
    <w:p>
      <w:r>
        <w:t>[…]</w:t>
      </w:r>
    </w:p>
    <w:p>
      <w:r>
        <w:t>[Tomorrow he arrives, tomorrow]</w:t>
      </w:r>
    </w:p>
    <w:p>
      <w:r>
        <w:t>{...}</w:t>
      </w:r>
    </w:p>
    <w:p>
      <w:r>
        <w:t>[He arrives tomorrow]</w:t>
      </w:r>
    </w:p>
    <w:p>
      <w:r>
        <w:t>Tomorrow</w:t>
      </w:r>
    </w:p>
    <w:p>
      <w:r>
        <w:t>[Yes]</w:t>
      </w:r>
    </w:p>
    <w:p>
      <w:r>
        <w:t>What is tomorrow?</w:t>
      </w:r>
    </w:p>
    <w:p>
      <w:r>
        <w:t>[Friday]</w:t>
      </w:r>
    </w:p>
    <w:p>
      <w:r>
        <w:t>Friday</w:t>
      </w:r>
    </w:p>
    <w:p>
      <w:r>
        <w:t>[Yes, he arrives in Gaza]</w:t>
      </w:r>
    </w:p>
    <w:p>
      <w:r>
        <w:t>Yes</w:t>
      </w:r>
    </w:p>
    <w:p>
      <w:r>
        <w:t>[And in Jericho]</w:t>
      </w:r>
    </w:p>
    <w:p>
      <w:r>
        <w:t>Yes?</w:t>
      </w:r>
    </w:p>
    <w:p>
      <w:r>
        <w:t>[He wants to come to Yerushalayim]</w:t>
      </w:r>
    </w:p>
    <w:p>
      <w:r>
        <w:t>Ah</w:t>
      </w:r>
    </w:p>
    <w:p>
      <w:r>
        <w:t>[Yes]</w:t>
      </w:r>
    </w:p>
    <w:p>
      <w:r>
        <w:t>Nu, and us?</w:t>
      </w:r>
    </w:p>
    <w:p>
      <w:r>
        <w:t>[They are holding demonstrations, that he should not come]</w:t>
      </w:r>
    </w:p>
    <w:p>
      <w:r>
        <w:t>[….. that he arrives tomorrow……..]</w:t>
      </w:r>
    </w:p>
    <w:p>
      <w:r>
        <w:t>[But.. to do this, he will come, he will ascend the Temple Mount?]</w:t>
      </w:r>
    </w:p>
    <w:p>
      <w:r>
        <w:t>[…………..]</w:t>
      </w:r>
    </w:p>
    <w:p>
      <w:r>
        <w:t>[No, he says, no, but it is impossible to know]</w:t>
      </w:r>
    </w:p>
    <w:p>
      <w:r>
        <w:t>[Saba will pray that the decree be nullified]</w:t>
      </w:r>
    </w:p>
    <w:p>
      <w:r>
        <w:t>He, he will die, he will not live, he will die immediately</w:t>
      </w:r>
    </w:p>
    <w:p>
      <w:r>
        <w:t>[……..]</w:t>
      </w:r>
    </w:p>
    <w:p>
      <w:r>
        <w:t>[He nullified them..]</w:t>
      </w:r>
    </w:p>
    <w:p>
      <w:r>
        <w:t>[…..…]</w:t>
      </w:r>
    </w:p>
    <w:p>
      <w:r>
        <w:t>[……..]</w:t>
      </w:r>
    </w:p>
    <w:p>
      <w:r>
        <w:t>The Chabadniks say: “We thought that our Admor is Mashiach..”</w:t>
      </w:r>
    </w:p>
    <w:p>
      <w:r>
        <w:t>[Yes]</w:t>
      </w:r>
    </w:p>
    <w:p>
      <w:r>
        <w:t>“Now we see that he is not, he died”</w:t>
      </w:r>
    </w:p>
    <w:p>
      <w:r>
        <w:t>[Then who is Mashiach? Who is Mashiach?]</w:t>
      </w:r>
    </w:p>
    <w:p>
      <w:r>
        <w:t>He is not, he is not, he destroys Mashiach</w:t>
      </w:r>
    </w:p>
    <w:p>
      <w:r>
        <w:t>[….……]</w:t>
      </w:r>
    </w:p>
    <w:p>
      <w:r>
        <w:t>[……….]</w:t>
      </w:r>
    </w:p>
    <w:p>
      <w:r>
        <w:t>[But he was a great tzaddik?]</w:t>
      </w:r>
    </w:p>
    <w:p>
      <w:r>
        <w:t>Who?</w:t>
      </w:r>
    </w:p>
    <w:p>
      <w:r>
        <w:t>[Chabad? The Admor of Chabad?]</w:t>
      </w:r>
    </w:p>
    <w:p>
      <w:r>
        <w:t>I do not like to speak such words that are not, that have no substance at all, yes, what? Do we need to speak about this, that it is th.., that it is falsehood?</w:t>
      </w:r>
    </w:p>
    <w:p>
      <w:r>
        <w:t>{And th.. this..} cries out to the whole world:</w:t>
      </w:r>
    </w:p>
    <w:p>
      <w:r>
        <w:t>“I am falsehood and falsehood, and falsehood, and falsehood, and falsehood”</w:t>
      </w:r>
    </w:p>
    <w:p>
      <w:r>
        <w:t>And this also, will also cry out, what, what, what {..}, {}, what is his name?</w:t>
      </w:r>
    </w:p>
    <w:p>
      <w:r>
        <w:t>[Arafat?]</w:t>
      </w:r>
    </w:p>
    <w:p>
      <w:r>
        <w:t>Ah?</w:t>
      </w:r>
    </w:p>
    <w:p>
      <w:r>
        <w:t>[Arafat, Arafat]</w:t>
      </w:r>
    </w:p>
    <w:p>
      <w:r>
        <w:t>Arafat</w:t>
      </w:r>
    </w:p>
    <w:p>
      <w:r>
        <w:t>[Yes]</w:t>
      </w:r>
    </w:p>
    <w:p>
      <w:r>
        <w:t>He, he will cry out that he is falsehood</w:t>
      </w:r>
    </w:p>
    <w:p>
      <w:r>
        <w:t>[What?]</w:t>
      </w:r>
    </w:p>
    <w:p>
      <w:r>
        <w:t>[He will cry out that he is falsehood]</w:t>
      </w:r>
    </w:p>
    <w:p>
      <w:r>
        <w:t>He is supposed to come today?</w:t>
      </w:r>
    </w:p>
    <w:p>
      <w:r>
        <w:t>[Tomorrow]</w:t>
      </w:r>
    </w:p>
    <w:p>
      <w:r>
        <w:t>Tomorrow</w:t>
      </w:r>
    </w:p>
    <w:p>
      <w:r>
        <w:t>He wants to enter Yerushalayim?</w:t>
      </w:r>
    </w:p>
    <w:p>
      <w:r>
        <w:t>[Yes]</w:t>
      </w:r>
    </w:p>
    <w:p>
      <w:r>
        <w:t>Nu, what do we say?</w:t>
      </w:r>
    </w:p>
    <w:p>
      <w:r>
        <w:t>[The Zionists are bringing him]</w:t>
      </w:r>
    </w:p>
    <w:p>
      <w:r>
        <w:t>Yes?</w:t>
      </w:r>
    </w:p>
    <w:p>
      <w:r>
        <w:t>[Yes, one hundred thousand policemen.., ten thousand policemen are guarding him]</w:t>
      </w:r>
    </w:p>
    <w:p>
      <w:r>
        <w:t>Yes?</w:t>
      </w:r>
    </w:p>
    <w:p>
      <w:r>
        <w:t>[Yes]</w:t>
      </w:r>
    </w:p>
    <w:p>
      <w:r>
        <w:t>[………]</w:t>
      </w:r>
    </w:p>
    <w:p>
      <w:r>
        <w:t>[……...]…</w:t>
      </w:r>
    </w:p>
    <w:p>
      <w:r>
        <w:t>...{..}...</w:t>
      </w:r>
    </w:p>
    <w:p>
      <w:r>
        <w:t>...{him}</w:t>
      </w:r>
    </w:p>
    <w:p>
      <w:r>
        <w:t>[What?]</w:t>
      </w:r>
    </w:p>
    <w:p>
      <w:r>
        <w:t>[……]</w:t>
      </w:r>
    </w:p>
    <w:p>
      <w:r>
        <w:t>[Will fire come from the heavens?]</w:t>
      </w:r>
    </w:p>
    <w:p>
      <w:r>
        <w:t>[What?]</w:t>
      </w:r>
    </w:p>
    <w:p>
      <w:r>
        <w:t>[…….]</w:t>
      </w:r>
    </w:p>
    <w:p>
      <w:r>
        <w:t>[What did you say? Rebbe Yisroel]</w:t>
      </w:r>
    </w:p>
    <w:p>
      <w:r>
        <w:t>[What? Will fire come from the heavens..]</w:t>
      </w:r>
    </w:p>
    <w:p>
      <w:r>
        <w:t>[……..]</w:t>
      </w:r>
    </w:p>
    <w:p>
      <w:r>
        <w:t>[Tell him, nu, ask him]…</w:t>
      </w:r>
    </w:p>
    <w:p>
      <w:r>
        <w:t>...[Tomorrow he wants to come]</w:t>
      </w:r>
    </w:p>
    <w:p>
      <w:r>
        <w:t>Tomorrow is Friday?</w:t>
      </w:r>
    </w:p>
    <w:p>
      <w:r>
        <w:t>[Yes]…</w:t>
      </w:r>
    </w:p>
    <w:p>
      <w:r>
        <w:t>...“Yisroel Ber studies Breslov books with Rebbe Yisroel (Kardonner), and all day he studies Gemara; only at night he secretly studies Breslov books with Rebbe Yisroel (Kardonner), at night..”</w:t>
      </w:r>
    </w:p>
    <w:p>
      <w:r>
        <w:t>[Yes]</w:t>
      </w:r>
    </w:p>
    <w:p>
      <w:r>
        <w:t>“Nu, is it possible to give him a salary?</w:t>
      </w:r>
    </w:p>
    <w:p>
      <w:r>
        <w:t>He, he studies all, all night with Rebbe Yisroel, Breslov books”</w:t>
      </w:r>
    </w:p>
    <w:p>
      <w:r>
        <w:t>[….….]</w:t>
      </w:r>
    </w:p>
    <w:p>
      <w:r>
        <w:t>[……..]</w:t>
      </w:r>
    </w:p>
    <w:p>
      <w:r>
        <w:t>[Does one need to say “Tikkun Chatzos” at the Western Wall every night? Saba]</w:t>
      </w:r>
    </w:p>
    <w:p>
      <w:r>
        <w:t>Ah?</w:t>
      </w:r>
    </w:p>
    <w:p>
      <w:r>
        <w:t>[Does one need to say “Tikkun Chatzos” at the Western Wall?]</w:t>
      </w:r>
    </w:p>
    <w:p>
      <w:r>
        <w:t>Yes</w:t>
      </w:r>
    </w:p>
    <w:p>
      <w:r>
        <w:t>[Every night?]</w:t>
      </w:r>
    </w:p>
    <w:p>
      <w:r>
        <w:t>Yes</w:t>
      </w:r>
    </w:p>
    <w:p>
      <w:r>
        <w:t>Rebbe Yisroel went every night, there were great fears from gentiles, they went to the Western Wall</w:t>
      </w:r>
    </w:p>
    <w:p>
      <w:r>
        <w:t>[And he was not afraid?]</w:t>
      </w:r>
    </w:p>
    <w:p>
      <w:r>
        <w:t>They went and were saved…</w:t>
      </w:r>
    </w:p>
    <w:p>
      <w:r>
        <w:br w:type="page"/>
      </w:r>
    </w:p>
    <w:p>
      <w:pPr>
        <w:pStyle w:val="Heading1"/>
      </w:pPr>
      <w:r>
        <w:t>Tape 61</w:t>
      </w:r>
    </w:p>
    <w:p>
      <w:pPr>
        <w:pStyle w:val="Heading2"/>
      </w:pPr>
      <w:r>
        <w:t>Side A (Aleph)</w:t>
      </w:r>
    </w:p>
    <w:p>
      <w:r>
        <w:t>...{Fortunate are we}</w:t>
      </w:r>
    </w:p>
    <w:p>
      <w:r>
        <w:t>[Yes]</w:t>
      </w:r>
    </w:p>
    <w:p>
      <w:r>
        <w:t>{..but}</w:t>
      </w:r>
    </w:p>
    <w:p>
      <w:r>
        <w:t>[Yes]</w:t>
      </w:r>
    </w:p>
    <w:p>
      <w:r>
        <w:t>Hashem Yisborach..</w:t>
      </w:r>
    </w:p>
    <w:p>
      <w:r>
        <w:t>[……..]</w:t>
      </w:r>
    </w:p>
    <w:p>
      <w:r>
        <w:t>[….….]</w:t>
      </w:r>
    </w:p>
    <w:p>
      <w:r>
        <w:t>{..}, how is it possible {..} to live in the world without desires?</w:t>
      </w:r>
    </w:p>
    <w:p>
      <w:r>
        <w:t>I only eat, I only eat a little, nu, but one does not need all this</w:t>
      </w:r>
    </w:p>
    <w:p>
      <w:r>
        <w:t>[..I said, said to one:</w:t>
      </w:r>
    </w:p>
    <w:p>
      <w:r>
        <w:t>“If, if, if the Breslov chassidim knew who Yisroel Ber is</w:t>
      </w:r>
    </w:p>
    <w:p>
      <w:r>
        <w:t>They would throw away all the honor and all the money and the publicity</w:t>
      </w:r>
    </w:p>
    <w:p>
      <w:r>
        <w:t>And they would search, seek to draw close, that he should draw them close to Rabbainu”]</w:t>
      </w:r>
    </w:p>
    <w:p>
      <w:r>
        <w:t>Then, as I am telling you</w:t>
      </w:r>
    </w:p>
    <w:p>
      <w:r>
        <w:t>[Yes]</w:t>
      </w:r>
    </w:p>
    <w:p>
      <w:r>
        <w:t>I cannot, cannot understand, how is it possible to live in the world without any desire?</w:t>
      </w:r>
    </w:p>
    <w:p>
      <w:r>
        <w:t>[Saba, Saba, then what, what, what is your avodah now? You no longer have avodah with the desires, but Hashem Yisborach, He has no end, so what is the avodah now? Saba]</w:t>
      </w:r>
    </w:p>
    <w:p>
      <w:r>
        <w:t>Do not speak to me</w:t>
      </w:r>
    </w:p>
    <w:p>
      <w:r>
        <w:t>[Not to ask]</w:t>
      </w:r>
    </w:p>
    <w:p>
      <w:r>
        <w:t>Here I am here, {…}, afterward I am there, I, I am in a place th.. {they do not know\I did not have} th.. any, any, any creature in the world</w:t>
      </w:r>
    </w:p>
    <w:p>
      <w:r>
        <w:t>I will not say a falsehood, that I have no desire; how is such a thing possible?</w:t>
      </w:r>
    </w:p>
    <w:p>
      <w:r>
        <w:t>[I believe you, Saba]</w:t>
      </w:r>
    </w:p>
    <w:p>
      <w:r>
        <w:t>I cannot speak</w:t>
      </w:r>
    </w:p>
    <w:p>
      <w:r>
        <w:t>If I speak like this, then, then the whole world will go after me like a madman</w:t>
      </w:r>
    </w:p>
    <w:p>
      <w:r>
        <w:t>[Ay, ay, ay..]</w:t>
      </w:r>
    </w:p>
    <w:p>
      <w:r>
        <w:t>{..Oy vey}, what kind of world is this?</w:t>
      </w:r>
    </w:p>
    <w:p>
      <w:r>
        <w:t>[I did not hear..]</w:t>
      </w:r>
    </w:p>
    <w:p>
      <w:r>
        <w:t>I am ashamed to say</w:t>
      </w:r>
    </w:p>
    <w:p>
      <w:r>
        <w:t>[Yes]</w:t>
      </w:r>
    </w:p>
    <w:p>
      <w:r>
        <w:t>That I have no desire, ashamed, nu, if a person is dead, I understand</w:t>
      </w:r>
    </w:p>
    <w:p>
      <w:r>
        <w:t>But alive? What..? I do not {{}}, cannot understand this</w:t>
      </w:r>
    </w:p>
    <w:p>
      <w:r>
        <w:t>Such a “Likutay Tefillos,” that every utterance can change the whole world from one extreme to the other, the whole world</w:t>
      </w:r>
    </w:p>
    <w:p>
      <w:r>
        <w:t>{…..}</w:t>
      </w:r>
    </w:p>
    <w:p>
      <w:r>
        <w:t>Ah, ah, Boruch Hashem I am in the world, I have a place to sleep, {..}, like the whole world</w:t>
      </w:r>
    </w:p>
    <w:p>
      <w:r>
        <w:t>{How} my sons, how could they tolerate me?</w:t>
      </w:r>
    </w:p>
    <w:p>
      <w:r>
        <w:t>{I …….}, can take them to another side, to another world</w:t>
      </w:r>
    </w:p>
    <w:p>
      <w:r>
        <w:t>Ah..</w:t>
      </w:r>
    </w:p>
    <w:p>
      <w:r>
        <w:t>[……..]</w:t>
      </w:r>
    </w:p>
    <w:p>
      <w:r>
        <w:t>[……..]</w:t>
      </w:r>
    </w:p>
    <w:p>
      <w:r>
        <w:t>[Oy.. oy.. oy..]</w:t>
      </w:r>
    </w:p>
    <w:p>
      <w:r>
        <w:t>{…}</w:t>
      </w:r>
    </w:p>
    <w:p>
      <w:r>
        <w:t>[Ay.. ay.. ay.. oy.. oy..]</w:t>
      </w:r>
    </w:p>
    <w:p>
      <w:r>
        <w:t>I do not, do not understand this, I do not understand myself in any way</w:t>
      </w:r>
    </w:p>
    <w:p>
      <w:r>
        <w:t>Where are all the desires? Where do they go? Where did they go?</w:t>
      </w:r>
    </w:p>
    <w:p>
      <w:r>
        <w:t>[Ay..]</w:t>
      </w:r>
    </w:p>
    <w:p>
      <w:r>
        <w:t>[……..]</w:t>
      </w:r>
    </w:p>
    <w:p>
      <w:r>
        <w:t>[……..]</w:t>
      </w:r>
    </w:p>
    <w:p>
      <w:r>
        <w:t>[Ay, Abaleh, ay.. ay..]</w:t>
      </w:r>
    </w:p>
    <w:p>
      <w:r>
        <w:t>Take, take the legs, put them on the bed</w:t>
      </w:r>
    </w:p>
    <w:p>
      <w:r>
        <w:t>One, one, ah, like that, another, another one, ah, ah..</w:t>
      </w:r>
    </w:p>
    <w:p>
      <w:r>
        <w:t>[Ay.. ay.. ay..]</w:t>
      </w:r>
    </w:p>
    <w:p>
      <w:r>
        <w:t>Ah</w:t>
      </w:r>
    </w:p>
    <w:p>
      <w:r>
        <w:t>[…..]</w:t>
      </w:r>
    </w:p>
    <w:p>
      <w:r>
        <w:t>[Saba, Saba, Saba, bless me that I too may merit to emerge from the desires]</w:t>
      </w:r>
    </w:p>
    <w:p>
      <w:r>
        <w:t>We will be two?</w:t>
      </w:r>
    </w:p>
    <w:p>
      <w:r>
        <w:t>[Yes, I too want to be together with you, bless me, Saba, that I too.. may merit.. Saba] Ah, ah</w:t>
      </w:r>
    </w:p>
    <w:p>
      <w:r>
        <w:t>[Saba, bless me, Saba]</w:t>
      </w:r>
    </w:p>
    <w:p>
      <w:r>
        <w:t>Huh?</w:t>
      </w:r>
    </w:p>
    <w:p>
      <w:r>
        <w:t>[A blessing]</w:t>
      </w:r>
    </w:p>
    <w:p>
      <w:r>
        <w:t>Leave me alone {….}, I have no strength</w:t>
      </w:r>
    </w:p>
    <w:p>
      <w:r>
        <w:t>[You have no strength]</w:t>
      </w:r>
    </w:p>
    <w:p>
      <w:r>
        <w:t>To speak, I have no strength</w:t>
      </w:r>
    </w:p>
    <w:p>
      <w:r>
        <w:t>[Good, Saba]</w:t>
      </w:r>
    </w:p>
    <w:p>
      <w:r>
        <w:t>Ah…</w:t>
      </w:r>
    </w:p>
    <w:p>
      <w:r>
        <w:t>...[The friends sing:</w:t>
      </w:r>
    </w:p>
    <w:p>
      <w:r>
        <w:t>"And his custom was that he was always joyful, with very great joy, with the beard and the sidelocks</w:t>
      </w:r>
    </w:p>
    <w:p>
      <w:r>
        <w:t>And he was only always full of joy..</w:t>
      </w:r>
    </w:p>
    <w:p>
      <w:r>
        <w:t>That is his affair and this is my affair, and furthermore, why should we speak of others.."</w:t>
      </w:r>
    </w:p>
    <w:p>
      <w:r>
        <w:t>(Saba rouses the friends)]</w:t>
      </w:r>
    </w:p>
    <w:p>
      <w:r>
        <w:t>[Then they would say to him: "Why are you so joyful? You.. how much do you earn?"</w:t>
      </w:r>
    </w:p>
    <w:p>
      <w:r>
        <w:t>Then he would say:..]</w:t>
      </w:r>
    </w:p>
    <w:p>
      <w:r>
        <w:t>[The friends continue singing:</w:t>
      </w:r>
    </w:p>
    <w:p>
      <w:r>
        <w:t>"So if you will be more than I? What will you be? On the contrary, then you will be a fool</w:t>
      </w:r>
    </w:p>
    <w:p>
      <w:r>
        <w:t>Because I, what am I considered? I am considered nothing..</w:t>
      </w:r>
    </w:p>
    <w:p>
      <w:r>
        <w:t>And his custom was that he was always joyful, with very great joy, and he was only always full of joy</w:t>
      </w:r>
    </w:p>
    <w:p>
      <w:r>
        <w:t>That is his affair and this is my affair, and furthermore, why should we speak of others..”]</w:t>
      </w:r>
    </w:p>
    <w:p>
      <w:r>
        <w:t>[He had a new practice, that one would run every day to the Wise Man and ask him:</w:t>
      </w:r>
    </w:p>
    <w:p>
      <w:r>
        <w:t>"How are you, my friend, my brother, my beloved"</w:t>
      </w:r>
    </w:p>
    <w:p>
      <w:r>
        <w:t>Every day he would run, he would see him]</w:t>
      </w:r>
    </w:p>
    <w:p>
      <w:r>
        <w:t>[…]</w:t>
      </w:r>
    </w:p>
    <w:p>
      <w:r>
        <w:t>[The friends continue singing:</w:t>
      </w:r>
    </w:p>
    <w:p>
      <w:r>
        <w:t>Blessed is Hashem that there is a beard, blessed is Hashem that there are sidelocks, blessed is He Who did not make me a gentile</w:t>
      </w:r>
    </w:p>
    <w:p>
      <w:r>
        <w:t>Blessed is Hashem that there is Torah, blessed is Hashem, there are also mitzvos, blessed is He Who did not make me a gentile</w:t>
      </w:r>
    </w:p>
    <w:p>
      <w:r>
        <w:t>A Jew is a son of the King of kings of kings, he must always be joyful, because all in all you are a guest.." Afterward they sing:</w:t>
      </w:r>
    </w:p>
    <w:p>
      <w:r>
        <w:t>"Send us an abundance of joy, Rabbainu, on the wedding day.."]</w:t>
      </w:r>
    </w:p>
    <w:p>
      <w:r>
        <w:t>[We have brought peace upon you..]</w:t>
      </w:r>
    </w:p>
    <w:p>
      <w:r>
        <w:t>[No, just not that]</w:t>
      </w:r>
    </w:p>
    <w:p>
      <w:r>
        <w:t>[We have brought peace upon you..]</w:t>
      </w:r>
    </w:p>
    <w:p>
      <w:r>
        <w:t>[No, no..]</w:t>
      </w:r>
    </w:p>
    <w:p>
      <w:r>
        <w:t>[We have brought peace..]</w:t>
      </w:r>
    </w:p>
    <w:p>
      <w:r>
        <w:t>[Na Naḥ Naḥma Naḥman MeUman..]</w:t>
      </w:r>
    </w:p>
    <w:p>
      <w:r>
        <w:t>[Seat him..]</w:t>
      </w:r>
    </w:p>
    <w:p>
      <w:r>
        <w:t>[……..]</w:t>
      </w:r>
    </w:p>
    <w:p>
      <w:r>
        <w:t>[……..]</w:t>
      </w:r>
    </w:p>
    <w:p>
      <w:r>
        <w:t>[Afterward they sing:</w:t>
      </w:r>
    </w:p>
    <w:p>
      <w:r>
        <w:t>"And through this, great abundance will be bestowed in all the worlds.."</w:t>
      </w:r>
    </w:p>
    <w:p>
      <w:r>
        <w:t>Afterward they sing:</w:t>
      </w:r>
    </w:p>
    <w:p>
      <w:r>
        <w:t>"Who remembered us in our lowliness, ay, and released us from our foes, ay.."</w:t>
      </w:r>
    </w:p>
    <w:p>
      <w:r>
        <w:t>Afterward they sing:</w:t>
      </w:r>
    </w:p>
    <w:p>
      <w:r>
        <w:t>"Our greatness and our glory will be revealed with the coming of our righteous Mashiach.."</w:t>
      </w:r>
    </w:p>
    <w:p>
      <w:r>
        <w:t>Afterward they sing:</w:t>
      </w:r>
    </w:p>
    <w:p>
      <w:r>
        <w:t>"I am a wondrous man, and my soul is a great wonder, a novelty like me never existed in the world</w:t>
      </w:r>
    </w:p>
    <w:p>
      <w:r>
        <w:t>I have been victorious and I will be victorious, I have finished and I will finish, I am a river that purifies from all stains.."</w:t>
      </w:r>
    </w:p>
    <w:p>
      <w:r>
        <w:t>Afterward they sing:</w:t>
      </w:r>
    </w:p>
    <w:p>
      <w:r>
        <w:t>"Our greatness and our glory will be revealed with the coming of our righteous Mashiach.."</w:t>
      </w:r>
    </w:p>
    <w:p>
      <w:r>
        <w:t>Afterward they sing:</w:t>
      </w:r>
    </w:p>
    <w:p>
      <w:r>
        <w:t>"Strength and splendor are her garment, and she will rejoice on the final day.."</w:t>
      </w:r>
    </w:p>
    <w:p>
      <w:r>
        <w:t>Afterward they sing:</w:t>
      </w:r>
    </w:p>
    <w:p>
      <w:r>
        <w:t>"Our greatness and our glory will be revealed with the coming of our righteous Mashiach..”]</w:t>
      </w:r>
    </w:p>
    <w:p>
      <w:r>
        <w:t>[Rebbe Nachman ….. Rebbe Nassan was, he was holding..]</w:t>
      </w:r>
    </w:p>
    <w:p>
      <w:r>
        <w:t>[I am listening]</w:t>
      </w:r>
    </w:p>
    <w:p>
      <w:r>
        <w:t>[Rebbe Nassan was holding the stones, they would throw stones at him, he would hold the stones</w:t>
      </w:r>
    </w:p>
    <w:p>
      <w:r>
        <w:t>He was, he was {crying}, and saying:</w:t>
      </w:r>
    </w:p>
    <w:p>
      <w:r>
        <w:t>"Our greatness and our glory will be revealed with the coming of our righteous Mashiach..”]</w:t>
      </w:r>
    </w:p>
    <w:p>
      <w:r>
        <w:t>[…..all day there are earthquakes…….]</w:t>
      </w:r>
    </w:p>
    <w:p>
      <w:r>
        <w:t>[Yo.. yo.. yo.. yo..]</w:t>
      </w:r>
    </w:p>
    <w:p>
      <w:r>
        <w:t>[Saba, Saba, there is an earthquake in Los Angeles]</w:t>
      </w:r>
    </w:p>
    <w:p>
      <w:r>
        <w:t>[All day]</w:t>
      </w:r>
    </w:p>
    <w:p>
      <w:r>
        <w:t>[All day]</w:t>
      </w:r>
    </w:p>
    <w:p>
      <w:r>
        <w:t>[And it is still continuing..]</w:t>
      </w:r>
    </w:p>
    <w:p>
      <w:r>
        <w:t>[And it is still continuing now too]</w:t>
      </w:r>
    </w:p>
    <w:p>
      <w:r>
        <w:t>Yes?</w:t>
      </w:r>
    </w:p>
    <w:p>
      <w:r>
        <w:t>[An earthquake in America, in Los Angeles, all day, and it is still continuing</w:t>
      </w:r>
    </w:p>
    <w:p>
      <w:r>
        <w:t>Now, they reported it on the telephone now]</w:t>
      </w:r>
    </w:p>
    <w:p>
      <w:r>
        <w:t>Are there Jews {there}?</w:t>
      </w:r>
    </w:p>
    <w:p>
      <w:r>
        <w:t>[There are Jews, yes, yes]</w:t>
      </w:r>
    </w:p>
    <w:p>
      <w:r>
        <w:t>[Many, many]</w:t>
      </w:r>
    </w:p>
    <w:p>
      <w:r>
        <w:t>[No, there is, there is no one who died..]</w:t>
      </w:r>
    </w:p>
    <w:p>
      <w:r>
        <w:t>[There is no one]</w:t>
      </w:r>
    </w:p>
    <w:p>
      <w:r>
        <w:t>{...}</w:t>
      </w:r>
    </w:p>
    <w:p>
      <w:r>
        <w:t>[No one died]</w:t>
      </w:r>
    </w:p>
    <w:p>
      <w:r>
        <w:t>[..only three killed]</w:t>
      </w:r>
    </w:p>
    <w:p>
      <w:r>
        <w:t>[No one died there..]</w:t>
      </w:r>
    </w:p>
    <w:p>
      <w:r>
        <w:t>[Only three killed]</w:t>
      </w:r>
    </w:p>
    <w:p>
      <w:r>
        <w:t>No?</w:t>
      </w:r>
    </w:p>
    <w:p>
      <w:r>
        <w:t>[Three, three]</w:t>
      </w:r>
    </w:p>
    <w:p>
      <w:r>
        <w:t>[But the whole place there is turning over and..]</w:t>
      </w:r>
    </w:p>
    <w:p>
      <w:r>
        <w:t>Three is nothing</w:t>
      </w:r>
    </w:p>
    <w:p>
      <w:r>
        <w:t>[The whole place is turning over, everything, everything is turning over]</w:t>
      </w:r>
    </w:p>
    <w:p>
      <w:r>
        <w:t>[Money is turning over]</w:t>
      </w:r>
    </w:p>
    <w:p>
      <w:r>
        <w:t>[All the money]</w:t>
      </w:r>
    </w:p>
    <w:p>
      <w:r>
        <w:t>[Nu, let us continue...]</w:t>
      </w:r>
    </w:p>
    <w:p>
      <w:r>
        <w:t>[The friends continue singing:</w:t>
      </w:r>
    </w:p>
    <w:p>
      <w:r>
        <w:t>"In you, Rabbainu, we shall be revealed and rejoice in you..”</w:t>
      </w:r>
    </w:p>
    <w:p>
      <w:r>
        <w:t>(Saba rouses the friends)]</w:t>
      </w:r>
    </w:p>
    <w:p>
      <w:r>
        <w:t>Afterward they sing:</w:t>
      </w:r>
    </w:p>
    <w:p>
      <w:r>
        <w:t>"Our greatness and our glory will be revealed with the coming of our righteous Mashiach.."</w:t>
      </w:r>
    </w:p>
    <w:p>
      <w:r>
        <w:t>[Another pleasant evening with Saba]</w:t>
      </w:r>
    </w:p>
    <w:p>
      <w:r>
        <w:t>[The friends sing:</w:t>
      </w:r>
    </w:p>
    <w:p>
      <w:r>
        <w:t>"Our greatness and our glory will be revealed with the coming of our righteous Mashiach.."</w:t>
      </w:r>
    </w:p>
    <w:p>
      <w:r>
        <w:t>Afterward they sing:</w:t>
      </w:r>
    </w:p>
    <w:p>
      <w:r>
        <w:t>"Oy Rebbe Nachman, ay.. ay.. ay.. oy Rebbe Nassan ay.. ay.. ay..</w:t>
      </w:r>
    </w:p>
    <w:p>
      <w:r>
        <w:t>We laugh at the whole world.. we laugh all the time..”{{33:22}}</w:t>
      </w:r>
    </w:p>
    <w:p>
      <w:r>
        <w:t>Afterward they sing:</w:t>
      </w:r>
    </w:p>
    <w:p>
      <w:r>
        <w:t>"Our greatness and our glory will be revealed with the coming of our righteous Mashiach.."</w:t>
      </w:r>
    </w:p>
    <w:p>
      <w:r>
        <w:t>Afterward they sing:</w:t>
      </w:r>
    </w:p>
    <w:p>
      <w:r>
        <w:t>"In Breslov a fire burns, kindle it in my heart.."</w:t>
      </w:r>
    </w:p>
    <w:p>
      <w:r>
        <w:t>Afterward Saba and the friends sing:</w:t>
      </w:r>
    </w:p>
    <w:p>
      <w:r>
        <w:t>"Our greatness and our glory will be revealed with the coming of our righteous Mashiach.."</w:t>
      </w:r>
    </w:p>
    <w:p>
      <w:r>
        <w:t>Afterward they sing:</w:t>
      </w:r>
    </w:p>
    <w:p>
      <w:r>
        <w:t>"Oy Rebbe Nachman, ay.. ay.. ay.. oy Rebbe Nassan, ay.. ay.. ay..</w:t>
      </w:r>
    </w:p>
    <w:p>
      <w:r>
        <w:t>We laugh at the whole world.. we laugh all the time.."</w:t>
      </w:r>
    </w:p>
    <w:p>
      <w:r>
        <w:t>Afterward they sing:</w:t>
      </w:r>
    </w:p>
    <w:p>
      <w:r>
        <w:t>"They call him Na Naḥ Naḥma Naḥman MeUman.."</w:t>
      </w:r>
    </w:p>
    <w:p>
      <w:r>
        <w:t>(Saba rouses the friends)</w:t>
      </w:r>
    </w:p>
    <w:p>
      <w:r>
        <w:t>Afterward they sing the contents of the note to the melody "They call him Naḥ Naḥma Naḥman MeUman”</w:t>
      </w:r>
    </w:p>
    <w:p>
      <w:r>
        <w:t>After, they improvise words to the same melody:</w:t>
      </w:r>
    </w:p>
    <w:p>
      <w:r>
        <w:t>"And he is one hundred years old and he is {………}</w:t>
      </w:r>
    </w:p>
    <w:p>
      <w:r>
        <w:t>Because he received the pitka and he has the secret of the redemption</w:t>
      </w:r>
    </w:p>
    <w:p>
      <w:r>
        <w:t>They call him Naḥ Naḥma Naḥman MeUman..”</w:t>
      </w:r>
    </w:p>
    <w:p>
      <w:r>
        <w:t>And he was in a very, very, very great descent {…}</w:t>
      </w:r>
    </w:p>
    <w:p>
      <w:r>
        <w:t>And he prayed to Hashem to send him healing..</w:t>
      </w:r>
    </w:p>
    <w:p>
      <w:r>
        <w:t>He received Naḥ Naḥma Naḥman MeUman..</w:t>
      </w:r>
    </w:p>
    <w:p>
      <w:r>
        <w:t>And he approached the cabinet and opened the book</w:t>
      </w:r>
    </w:p>
    <w:p>
      <w:r>
        <w:t>And he found the pitka and he entered into joy they call him Naḥ Naḥma Naḥman MeUman..”]…</w:t>
      </w:r>
    </w:p>
    <w:p>
      <w:pPr>
        <w:pStyle w:val="Heading2"/>
      </w:pPr>
      <w:r>
        <w:t>Side B (Bais)</w:t>
      </w:r>
    </w:p>
    <w:p>
      <w:r>
        <w:t>...[The friends sing:</w:t>
      </w:r>
    </w:p>
    <w:p>
      <w:r>
        <w:t>"He is called Na Naḥ Naḥma Naḥman meUman.."</w:t>
      </w:r>
    </w:p>
    <w:p>
      <w:r>
        <w:t>"All his life he did not laugh, so he showed him the Petek and he clutched his belly {……...}</w:t>
      </w:r>
    </w:p>
    <w:p>
      <w:r>
        <w:t>The next day he searched throughout throughout the city of Teveria</w:t>
      </w:r>
    </w:p>
    <w:p>
      <w:r>
        <w:t>And did not succeed in discovering how the Petek arrived</w:t>
      </w:r>
    </w:p>
    <w:p>
      <w:r>
        <w:t>And in the end he believed because he had no other choice</w:t>
      </w:r>
    </w:p>
    <w:p>
      <w:r>
        <w:t>And a guest arrived from Los Angeles, and there, an earthquake..”]</w:t>
      </w:r>
    </w:p>
    <w:p>
      <w:r>
        <w:t>[……..]</w:t>
      </w:r>
    </w:p>
    <w:p>
      <w:r>
        <w:t>[Saba, we have a guest who once lived in Los Angeles] [I was born in Los Angeles]</w:t>
      </w:r>
    </w:p>
    <w:p>
      <w:r>
        <w:t>[In America]</w:t>
      </w:r>
    </w:p>
    <w:p>
      <w:r>
        <w:t>[He was born there]</w:t>
      </w:r>
    </w:p>
    <w:p>
      <w:r>
        <w:t>[He was born in America, in Los Angeles]</w:t>
      </w:r>
    </w:p>
    <w:p>
      <w:r>
        <w:t>Nu</w:t>
      </w:r>
    </w:p>
    <w:p>
      <w:r>
        <w:t>[Here is the guest]</w:t>
      </w:r>
    </w:p>
    <w:p>
      <w:r>
        <w:t>Where is he?</w:t>
      </w:r>
    </w:p>
    <w:p>
      <w:r>
        <w:t>[Here, come, come, come, come]</w:t>
      </w:r>
    </w:p>
    <w:p>
      <w:r>
        <w:t>[Say hello to him]</w:t>
      </w:r>
    </w:p>
    <w:p>
      <w:r>
        <w:t>[They want Los Angeles, but……]</w:t>
      </w:r>
    </w:p>
    <w:p>
      <w:r>
        <w:t>[What, did you hear an earthquake]</w:t>
      </w:r>
    </w:p>
    <w:p>
      <w:r>
        <w:t>[Yes, why…..]</w:t>
      </w:r>
    </w:p>
    <w:p>
      <w:r>
        <w:t>I do not have the strength to speak</w:t>
      </w:r>
    </w:p>
    <w:p>
      <w:r>
        <w:t>[...money too?]</w:t>
      </w:r>
    </w:p>
    <w:p>
      <w:r>
        <w:t>[About what?]</w:t>
      </w:r>
    </w:p>
    <w:p>
      <w:r>
        <w:t>[Do you have property in Los Angeles?]</w:t>
      </w:r>
    </w:p>
    <w:p>
      <w:r>
        <w:t>[Ah]</w:t>
      </w:r>
    </w:p>
    <w:p>
      <w:r>
        <w:t>[A house?]</w:t>
      </w:r>
    </w:p>
    <w:p>
      <w:r>
        <w:t>[I do not, I do not have anything there, for many years I have not….] [Boruch Hashem]</w:t>
      </w:r>
    </w:p>
    <w:p>
      <w:r>
        <w:t>[Boruch Hashem]</w:t>
      </w:r>
    </w:p>
    <w:p>
      <w:r>
        <w:t>[No, you wanted to call you up as the prayer leader, so that you would say Kaddish] [Okay, I will daven Maariv now, all right?]</w:t>
      </w:r>
    </w:p>
    <w:p>
      <w:r>
        <w:t>[Maariv, Maariv]</w:t>
      </w:r>
    </w:p>
    <w:p>
      <w:r>
        <w:t>[We are here for a minyan]</w:t>
      </w:r>
    </w:p>
    <w:p>
      <w:r>
        <w:t>[Daven Maariv]</w:t>
      </w:r>
    </w:p>
    <w:p>
      <w:r>
        <w:t>[Yes, yes, yes, yes]</w:t>
      </w:r>
    </w:p>
    <w:p>
      <w:r>
        <w:t>[Daven Maariv]</w:t>
      </w:r>
    </w:p>
    <w:p>
      <w:r>
        <w:t>[Come on, Maariv, Maariv]</w:t>
      </w:r>
    </w:p>
    <w:p>
      <w:r>
        <w:t>[Saba, let us daven Maariv, Maariv, Saba]</w:t>
      </w:r>
    </w:p>
    <w:p>
      <w:r>
        <w:t>Ah?</w:t>
      </w:r>
    </w:p>
    <w:p>
      <w:r>
        <w:t>[Maariv, Maariv, let us daven..]</w:t>
      </w:r>
    </w:p>
    <w:p>
      <w:r>
        <w:t>Ah, ah? Maariv?</w:t>
      </w:r>
    </w:p>
    <w:p>
      <w:r>
        <w:t>[Yes]</w:t>
      </w:r>
    </w:p>
    <w:p>
      <w:r>
        <w:t>[Yo, yo, Maariv]</w:t>
      </w:r>
    </w:p>
    <w:p>
      <w:r>
        <w:t>Nu, nu</w:t>
      </w:r>
    </w:p>
    <w:p>
      <w:r>
        <w:t>[Nu, nu, nu]</w:t>
      </w:r>
    </w:p>
    <w:p>
      <w:r>
        <w:t>[Bring the hat, the hat]</w:t>
      </w:r>
    </w:p>
    <w:p>
      <w:r>
        <w:t>Ah?</w:t>
      </w:r>
    </w:p>
    <w:p>
      <w:r>
        <w:t>[The hat]</w:t>
      </w:r>
    </w:p>
    <w:p>
      <w:r>
        <w:t>Ah?</w:t>
      </w:r>
    </w:p>
    <w:p>
      <w:r>
        <w:t>[The hat, Saba]</w:t>
      </w:r>
    </w:p>
    <w:p>
      <w:r>
        <w:t>[……….]</w:t>
      </w:r>
    </w:p>
    <w:p>
      <w:r>
        <w:t>[……….]</w:t>
      </w:r>
    </w:p>
    <w:p>
      <w:r>
        <w:t>[Do you want to sit? Saba]…</w:t>
      </w:r>
    </w:p>
    <w:p>
      <w:r>
        <w:t>...we are happy that the king is dying, because the king said to them:</w:t>
      </w:r>
    </w:p>
    <w:p>
      <w:r>
        <w:t>"No, I am guilty, I am guilty, I did not give him honor as was fitting for him, because of this I am dying"</w:t>
      </w:r>
    </w:p>
    <w:p>
      <w:r>
        <w:t>[What happened? What happened with….?]</w:t>
      </w:r>
    </w:p>
    <w:p>
      <w:r>
        <w:t>[….…...]</w:t>
      </w:r>
    </w:p>
    <w:p>
      <w:r>
        <w:t>[……]</w:t>
      </w:r>
    </w:p>
    <w:p>
      <w:r>
        <w:t>The ministers said to the king when he was ill:</w:t>
      </w:r>
    </w:p>
    <w:p>
      <w:r>
        <w:t>"The Jews are happy that you are dying"</w:t>
      </w:r>
    </w:p>
    <w:p>
      <w:r>
        <w:t>So he said to them:</w:t>
      </w:r>
    </w:p>
    <w:p>
      <w:r>
        <w:t>"We are guilty, we are obligated, we did not give them the honor that they deserve, because of this I am dying" [………………..…]</w:t>
      </w:r>
    </w:p>
    <w:p>
      <w:r>
        <w:t>[…..……….…..…]…</w:t>
      </w:r>
    </w:p>
    <w:p>
      <w:r>
        <w:t>...[The friends play music and sing:</w:t>
      </w:r>
    </w:p>
    <w:p>
      <w:r>
        <w:t>"Na Naḥ Naḥma Naḥman meUman.." to the tune of "Bar Yochai, fortunate are you that you were anointed.."</w:t>
      </w:r>
    </w:p>
    <w:p>
      <w:r>
        <w:t>Afterward they sing:</w:t>
      </w:r>
    </w:p>
    <w:p>
      <w:r>
        <w:t>"Na Naḥ Naḥma Naḥman meUman.."</w:t>
      </w:r>
    </w:p>
    <w:p>
      <w:r>
        <w:t>Afterward they sing:</w:t>
      </w:r>
    </w:p>
    <w:p>
      <w:r>
        <w:t>"Na Naḥ Naḥma Naḥman meUman.." to a different tune (a Purim melody)]</w:t>
      </w:r>
    </w:p>
    <w:p>
      <w:r>
        <w:t>{…... what is this here?}</w:t>
      </w:r>
    </w:p>
    <w:p>
      <w:r>
        <w:t>[Nurit daughter of Rachel]</w:t>
      </w:r>
    </w:p>
    <w:p>
      <w:r>
        <w:t>Orit daughter of Rachel</w:t>
      </w:r>
    </w:p>
    <w:p>
      <w:r>
        <w:t>[Nurit, Nurit]</w:t>
      </w:r>
    </w:p>
    <w:p>
      <w:r>
        <w:t>Ah?</w:t>
      </w:r>
    </w:p>
    <w:p>
      <w:r>
        <w:t>[Nurit]</w:t>
      </w:r>
    </w:p>
    <w:p>
      <w:r>
        <w:t>Nurit daughter of Rachel</w:t>
      </w:r>
    </w:p>
    <w:p>
      <w:r>
        <w:t>[Yes, and Ilan son of Aliza]</w:t>
      </w:r>
    </w:p>
    <w:p>
      <w:r>
        <w:t>And Ilan son of..</w:t>
      </w:r>
    </w:p>
    <w:p>
      <w:r>
        <w:t>[Aliza]</w:t>
      </w:r>
    </w:p>
    <w:p>
      <w:r>
        <w:t>Aliza</w:t>
      </w:r>
    </w:p>
    <w:p>
      <w:r>
        <w:t>[And all the family]</w:t>
      </w:r>
    </w:p>
    <w:p>
      <w:r>
        <w:t>And all the family</w:t>
      </w:r>
    </w:p>
    <w:p>
      <w:r>
        <w:t>[And all Yisroel]</w:t>
      </w:r>
    </w:p>
    <w:p>
      <w:r>
        <w:t>{…….}</w:t>
      </w:r>
    </w:p>
    <w:p>
      <w:r>
        <w:t>{….all the money}</w:t>
      </w:r>
    </w:p>
    <w:p>
      <w:r>
        <w:t>[……………..]</w:t>
      </w:r>
    </w:p>
    <w:p>
      <w:r>
        <w:t>[……………..]</w:t>
      </w:r>
    </w:p>
    <w:p>
      <w:r>
        <w:t>[The friends continue to sing:</w:t>
      </w:r>
    </w:p>
    <w:p>
      <w:r>
        <w:t>"It was very difficult for me to descend to you</w:t>
      </w:r>
    </w:p>
    <w:p>
      <w:r>
        <w:t>My precious student, to tell you that I enjoyed</w:t>
      </w:r>
    </w:p>
    <w:p>
      <w:r>
        <w:t>Your service very much, and concerning you I said</w:t>
      </w:r>
    </w:p>
    <w:p>
      <w:r>
        <w:t>My little fire will smolder until Mashiach comes; be strong and courageous</w:t>
      </w:r>
    </w:p>
    <w:p>
      <w:r>
        <w:t>In your service</w:t>
      </w:r>
    </w:p>
    <w:p>
      <w:r>
        <w:t>Na Naḥ Naḥma Naḥman meUman</w:t>
      </w:r>
    </w:p>
    <w:p>
      <w:r>
        <w:t>{And with this I shall reveal a secret to you, and it is:</w:t>
      </w:r>
    </w:p>
    <w:p>
      <w:r>
        <w:t>Full and heaped from line to line P'Tz'P'Tz'Y'H', and with strengthening in service} understand it</w:t>
      </w:r>
    </w:p>
    <w:p>
      <w:r>
        <w:t>And a sign: on the seventeenth of Tammuz they will say that you are not fasting..", to the tune of "Azamer Bishvachin.."]</w:t>
      </w:r>
    </w:p>
    <w:p>
      <w:r>
        <w:t>[Do not speak French]</w:t>
      </w:r>
    </w:p>
    <w:p>
      <w:r>
        <w:t>[…]</w:t>
      </w:r>
    </w:p>
    <w:p>
      <w:r>
        <w:t>[Who said?]</w:t>
      </w:r>
    </w:p>
    <w:p>
      <w:r>
        <w:t>[Saba]</w:t>
      </w:r>
    </w:p>
    <w:p>
      <w:r>
        <w:t>[Yes?]</w:t>
      </w:r>
    </w:p>
    <w:p>
      <w:r>
        <w:t>[………]</w:t>
      </w:r>
    </w:p>
    <w:p>
      <w:r>
        <w:t>[………]</w:t>
      </w:r>
    </w:p>
    <w:p>
      <w:r>
        <w:t>[No, yesterday he said, do not speak French]</w:t>
      </w:r>
    </w:p>
    <w:p>
      <w:r>
        <w:t>[And when did he say that?]</w:t>
      </w:r>
    </w:p>
    <w:p>
      <w:r>
        <w:t>Ah.. ah.. ah..</w:t>
      </w:r>
    </w:p>
    <w:p>
      <w:r>
        <w:t>[When did he say that? Yesterday?]</w:t>
      </w:r>
    </w:p>
    <w:p>
      <w:r>
        <w:t>[That is what I heard]</w:t>
      </w:r>
    </w:p>
    <w:p>
      <w:r>
        <w:t>{You\ah, yes}</w:t>
      </w:r>
    </w:p>
    <w:p>
      <w:r>
        <w:t>[Suddenly?]</w:t>
      </w:r>
    </w:p>
    <w:p>
      <w:r>
        <w:t>[Yes]</w:t>
      </w:r>
    </w:p>
    <w:p>
      <w:r>
        <w:t>I do not know</w:t>
      </w:r>
    </w:p>
    <w:p>
      <w:r>
        <w:t>[How exactly did he say it?]</w:t>
      </w:r>
    </w:p>
    <w:p>
      <w:r>
        <w:t>[Do not speak …..]</w:t>
      </w:r>
    </w:p>
    <w:p>
      <w:r>
        <w:t>Now..</w:t>
      </w:r>
    </w:p>
    <w:p>
      <w:r>
        <w:t>[Do not speak French]</w:t>
      </w:r>
    </w:p>
    <w:p>
      <w:r>
        <w:t>The feet on the bed</w:t>
      </w:r>
    </w:p>
    <w:p>
      <w:r>
        <w:t>[……]</w:t>
      </w:r>
    </w:p>
    <w:p>
      <w:r>
        <w:t>[…...]</w:t>
      </w:r>
    </w:p>
    <w:p>
      <w:r>
        <w:t>[Abba..]</w:t>
      </w:r>
    </w:p>
    <w:p>
      <w:r>
        <w:t>[I will take the hat]</w:t>
      </w:r>
    </w:p>
    <w:p>
      <w:r>
        <w:t>On the bed</w:t>
      </w:r>
    </w:p>
    <w:p>
      <w:r>
        <w:t>[……………………...]</w:t>
      </w:r>
    </w:p>
    <w:p>
      <w:r>
        <w:t>[………….Yiddish……..]</w:t>
      </w:r>
    </w:p>
    <w:p>
      <w:r>
        <w:t>Ah, with whom is all the money?</w:t>
      </w:r>
    </w:p>
    <w:p>
      <w:r>
        <w:t>[..there is much to talk about, but..]</w:t>
      </w:r>
    </w:p>
    <w:p>
      <w:r>
        <w:t>Ah?</w:t>
      </w:r>
    </w:p>
    <w:p>
      <w:r>
        <w:t>[What? Saba]</w:t>
      </w:r>
    </w:p>
    <w:p>
      <w:r>
        <w:t>Ah?</w:t>
      </w:r>
    </w:p>
    <w:p>
      <w:r>
        <w:t>[The money is with Shimon, Saba]</w:t>
      </w:r>
    </w:p>
    <w:p>
      <w:r>
        <w:t>{With Shimon}</w:t>
      </w:r>
    </w:p>
    <w:p>
      <w:r>
        <w:t>[With Shimon, yes, shall I cover you with a blanket?]</w:t>
      </w:r>
    </w:p>
    <w:p>
      <w:r>
        <w:t>{Did you give it to him?}</w:t>
      </w:r>
    </w:p>
    <w:p>
      <w:r>
        <w:t>[What?]</w:t>
      </w:r>
    </w:p>
    <w:p>
      <w:r>
        <w:t>Did you give it to him?</w:t>
      </w:r>
    </w:p>
    <w:p>
      <w:r>
        <w:t>[Yes, yes, yes]</w:t>
      </w:r>
    </w:p>
    <w:p>
      <w:r>
        <w:t>[Is there here..?]</w:t>
      </w:r>
    </w:p>
    <w:p>
      <w:r>
        <w:t>Ah</w:t>
      </w:r>
    </w:p>
    <w:p>
      <w:r>
        <w:t>[Shall I put on a blanket? Saba, a blanket, a blanket]</w:t>
      </w:r>
    </w:p>
    <w:p>
      <w:r>
        <w:t>[…..]</w:t>
      </w:r>
    </w:p>
    <w:p>
      <w:r>
        <w:t>What is this?</w:t>
      </w:r>
    </w:p>
    <w:p>
      <w:r>
        <w:t>[A blanket? Not to put it on?]</w:t>
      </w:r>
    </w:p>
    <w:p>
      <w:r>
        <w:t>{Ah, yes}</w:t>
      </w:r>
    </w:p>
    <w:p>
      <w:r>
        <w:t>[It is yours, Saba]</w:t>
      </w:r>
    </w:p>
    <w:p>
      <w:r>
        <w:t>["It was very difficult for me to descend to you..”]</w:t>
      </w:r>
    </w:p>
    <w:p>
      <w:r>
        <w:t>Ay, oy vey</w:t>
      </w:r>
    </w:p>
    <w:p>
      <w:r>
        <w:t>[Good evening, Rebbe Yisroel]</w:t>
      </w:r>
    </w:p>
    <w:p>
      <w:r>
        <w:t>{..}</w:t>
      </w:r>
    </w:p>
    <w:p>
      <w:r>
        <w:t>[Yitzchak son of Najma, Rebbe Yisroel]</w:t>
      </w:r>
    </w:p>
    <w:p>
      <w:r>
        <w:t>Yitzchak son of Najma, {…...}</w:t>
      </w:r>
    </w:p>
    <w:p>
      <w:r>
        <w:t>[Amen]</w:t>
      </w:r>
    </w:p>
    <w:p>
      <w:r>
        <w:t>[…….]</w:t>
      </w:r>
    </w:p>
    <w:p>
      <w:r>
        <w:t>[……]</w:t>
      </w:r>
    </w:p>
    <w:p>
      <w:r>
        <w:t>Ahh.. ah..</w:t>
      </w:r>
    </w:p>
    <w:p>
      <w:r>
        <w:t>[Yes, Saba]</w:t>
      </w:r>
    </w:p>
    <w:p>
      <w:r>
        <w:t>Another half hour</w:t>
      </w:r>
    </w:p>
    <w:p>
      <w:r>
        <w:t>[Yes?]</w:t>
      </w:r>
    </w:p>
    <w:p>
      <w:r>
        <w:t>If I am cold {….}</w:t>
      </w:r>
    </w:p>
    <w:p>
      <w:r>
        <w:t>[Shall I put.., shall I give you another blanket?]</w:t>
      </w:r>
    </w:p>
    <w:p>
      <w:r>
        <w:t>{……..}</w:t>
      </w:r>
    </w:p>
    <w:p>
      <w:r>
        <w:t>[I have another special blanket, a good one, mine]</w:t>
      </w:r>
    </w:p>
    <w:p>
      <w:r>
        <w:t>Ah, good, good</w:t>
      </w:r>
    </w:p>
    <w:p>
      <w:r>
        <w:t>[Shall I bring, shall I bring it?]</w:t>
      </w:r>
    </w:p>
    <w:p>
      <w:r>
        <w:t>Yes, yes, yes</w:t>
      </w:r>
    </w:p>
    <w:p>
      <w:r>
        <w:t>[Shalom, Rebbe Yisroel]</w:t>
      </w:r>
    </w:p>
    <w:p>
      <w:r>
        <w:t>Shalom and blessing.. who is this?</w:t>
      </w:r>
    </w:p>
    <w:p>
      <w:r>
        <w:t>[This is Yaakov]</w:t>
      </w:r>
    </w:p>
    <w:p>
      <w:r>
        <w:t>Yaakov..</w:t>
      </w:r>
    </w:p>
    <w:p>
      <w:r>
        <w:t>[Levi]</w:t>
      </w:r>
    </w:p>
    <w:p>
      <w:r>
        <w:t>Levi, do you live here?</w:t>
      </w:r>
    </w:p>
    <w:p>
      <w:r>
        <w:t>[Yes, I live in Tzfas]</w:t>
      </w:r>
    </w:p>
    <w:p>
      <w:r>
        <w:t>Ah</w:t>
      </w:r>
    </w:p>
    <w:p>
      <w:r>
        <w:t>[I am going home]</w:t>
      </w:r>
    </w:p>
    <w:p>
      <w:r>
        <w:t>This, this is not Tzfas?</w:t>
      </w:r>
    </w:p>
    <w:p>
      <w:r>
        <w:t>[Yes, yes, yes, this is Tzfas, I am going home, Rebbe Yisroel]</w:t>
      </w:r>
    </w:p>
    <w:p>
      <w:r>
        <w:t>Ah, ah</w:t>
      </w:r>
    </w:p>
    <w:p>
      <w:r>
        <w:t>[…………]</w:t>
      </w:r>
    </w:p>
    <w:p>
      <w:r>
        <w:t>[……..….]</w:t>
      </w:r>
    </w:p>
    <w:p>
      <w:r>
        <w:t>[Rebbe Yisroel, good night]</w:t>
      </w:r>
    </w:p>
    <w:p>
      <w:r>
        <w:t>Good night</w:t>
      </w:r>
    </w:p>
    <w:p>
      <w:r>
        <w:t>[This is Yosef from Tzfas]</w:t>
      </w:r>
    </w:p>
    <w:p>
      <w:r>
        <w:t>Do you live in Tzfas?</w:t>
      </w:r>
    </w:p>
    <w:p>
      <w:r>
        <w:t>[Yes]</w:t>
      </w:r>
    </w:p>
    <w:p>
      <w:r>
        <w:t>Who is this?</w:t>
      </w:r>
    </w:p>
    <w:p>
      <w:r>
        <w:t>[This is Yosef from Tzfas]</w:t>
      </w:r>
    </w:p>
    <w:p>
      <w:r>
        <w:t>Yosef</w:t>
      </w:r>
    </w:p>
    <w:p>
      <w:r>
        <w:t>[Yes]</w:t>
      </w:r>
    </w:p>
    <w:p>
      <w:r>
        <w:t>[……………..…..]</w:t>
      </w:r>
    </w:p>
    <w:p>
      <w:r>
        <w:t>[…………..…]…</w:t>
      </w:r>
    </w:p>
    <w:p>
      <w:r>
        <w:t>...that he should do such things</w:t>
      </w:r>
    </w:p>
    <w:p>
      <w:r>
        <w:t>[Oy vey]</w:t>
      </w:r>
    </w:p>
    <w:p>
      <w:r>
        <w:t>And lies, such lies</w:t>
      </w:r>
    </w:p>
    <w:p>
      <w:r>
        <w:t>[Oy vey, Hashem have mercy]</w:t>
      </w:r>
    </w:p>
    <w:p>
      <w:r>
        <w:t>So, as I am telling you</w:t>
      </w:r>
    </w:p>
    <w:p>
      <w:r>
        <w:t>[Yes, I know]</w:t>
      </w:r>
    </w:p>
    <w:p>
      <w:r>
        <w:t>That is it {..}</w:t>
      </w:r>
    </w:p>
    <w:p>
      <w:r>
        <w:t>[That is the truth]</w:t>
      </w:r>
    </w:p>
    <w:p>
      <w:r>
        <w:t>That is it</w:t>
      </w:r>
    </w:p>
    <w:p>
      <w:r>
        <w:t>[That is the truth]</w:t>
      </w:r>
    </w:p>
    <w:p>
      <w:r>
        <w:t>Truth</w:t>
      </w:r>
    </w:p>
    <w:p>
      <w:r>
        <w:t>[He said that..]</w:t>
      </w:r>
    </w:p>
    <w:p>
      <w:r>
        <w:t>Another person</w:t>
      </w:r>
    </w:p>
    <w:p>
      <w:r>
        <w:t>[Yes]</w:t>
      </w:r>
    </w:p>
    <w:p>
      <w:r>
        <w:t>Could think perhaps I am mistaken, perhaps it is..</w:t>
      </w:r>
    </w:p>
    <w:p>
      <w:r>
        <w:t>[Yes]</w:t>
      </w:r>
    </w:p>
    <w:p>
      <w:r>
        <w:t>But I found it {..}</w:t>
      </w:r>
    </w:p>
    <w:p>
      <w:r>
        <w:t>[Yes]</w:t>
      </w:r>
    </w:p>
    <w:p>
      <w:r>
        <w:t>In the place, in its place</w:t>
      </w:r>
    </w:p>
    <w:p>
      <w:r>
        <w:t>[Yes]</w:t>
      </w:r>
    </w:p>
    <w:p>
      <w:r>
        <w:t>I remember the.. the page</w:t>
      </w:r>
    </w:p>
    <w:p>
      <w:r>
        <w:t>[Yes]</w:t>
      </w:r>
    </w:p>
    <w:p>
      <w:r>
        <w:t>Of the Gemara where it..</w:t>
      </w:r>
    </w:p>
    <w:p>
      <w:r>
        <w:t>[Gemara, or "Likutay Halachos"? Saba] page 105, 25</w:t>
      </w:r>
    </w:p>
    <w:p>
      <w:r>
        <w:t>[Gemara, or "Likutay Halachos"? Saba] in "Likutay Halachos"</w:t>
      </w:r>
    </w:p>
    <w:p>
      <w:r>
        <w:t>["Likutay Halachos"]</w:t>
      </w:r>
    </w:p>
    <w:p>
      <w:r>
        <w:t>Page 25, the laws of "Krias Shema"</w:t>
      </w:r>
    </w:p>
    <w:p>
      <w:r>
        <w:t>[Yes?]</w:t>
      </w:r>
    </w:p>
    <w:p>
      <w:r>
        <w:t>Yes</w:t>
      </w:r>
    </w:p>
    <w:p>
      <w:r>
        <w:t>The laws of "Krias Shema"</w:t>
      </w:r>
    </w:p>
    <w:p>
      <w:r>
        <w:t>[He told me, he told me on the telephone..]…</w:t>
      </w:r>
    </w:p>
    <w:p>
      <w:r>
        <w:t>...[Believes with complete faith, that is what the dentist said]</w:t>
      </w:r>
    </w:p>
    <w:p>
      <w:r>
        <w:t>Yes</w:t>
      </w:r>
    </w:p>
    <w:p>
      <w:r>
        <w:t>[Yes]</w:t>
      </w:r>
    </w:p>
    <w:p>
      <w:r>
        <w:t>Shall we go to him?</w:t>
      </w:r>
    </w:p>
    <w:p>
      <w:r>
        <w:t>[Yes, yes, in the morning, in the morning]</w:t>
      </w:r>
    </w:p>
    <w:p>
      <w:r>
        <w:t>In the morning</w:t>
      </w:r>
    </w:p>
    <w:p>
      <w:r>
        <w:t>[Yes]…</w:t>
      </w:r>
    </w:p>
    <w:p>
      <w:r>
        <w:t>...this is a secret from the whole world, the geniuses and the great ones and the..{..}, the whole world</w:t>
      </w:r>
    </w:p>
    <w:p>
      <w:r>
        <w:t>[Yes]</w:t>
      </w:r>
    </w:p>
    <w:p>
      <w:r>
        <w:t>Only pride does not, does not, does not allow them</w:t>
      </w:r>
    </w:p>
    <w:p>
      <w:r>
        <w:t>[Yes, they also want Rabbainu, also the money]</w:t>
      </w:r>
    </w:p>
    <w:p>
      <w:r>
        <w:t>Ah</w:t>
      </w:r>
    </w:p>
    <w:p>
      <w:r>
        <w:t>[The honor, everything together</w:t>
      </w:r>
    </w:p>
    <w:p>
      <w:r>
        <w:t>Rebbe Nassan says in "Likutay Halachos": "It is impossible to have everything together; one needs humiliations"]…</w:t>
      </w:r>
    </w:p>
    <w:p>
      <w:r>
        <w:t>...I will {tell\reveal} you</w:t>
      </w:r>
    </w:p>
    <w:p>
      <w:r>
        <w:t>[Yes]</w:t>
      </w:r>
    </w:p>
    <w:p>
      <w:r>
        <w:t>My life</w:t>
      </w:r>
    </w:p>
    <w:p>
      <w:r>
        <w:t>[Yes]</w:t>
      </w:r>
    </w:p>
    <w:p>
      <w:r>
        <w:t>A little</w:t>
      </w:r>
    </w:p>
    <w:p>
      <w:r>
        <w:t>[Yes, Saba]</w:t>
      </w:r>
    </w:p>
    <w:p>
      <w:r>
        <w:t>I have no desire at all, not desire for a woman, no, no desire at all, I am clean</w:t>
      </w:r>
    </w:p>
    <w:p>
      <w:r>
        <w:t>A thought, G-d forbid, can end in some {pasil\invalidity}, some..</w:t>
      </w:r>
    </w:p>
    <w:p>
      <w:r>
        <w:t>No, I am completely clean, completely, like a ch.., a child who was born</w:t>
      </w:r>
    </w:p>
    <w:p>
      <w:r>
        <w:t>[Yes, I believe you, I also want, Saba]</w:t>
      </w:r>
    </w:p>
    <w:p>
      <w:r>
        <w:t>{{I am the son..}}, does not believe in me, how is it possible in this world, as long as a person is alive</w:t>
      </w:r>
    </w:p>
    <w:p>
      <w:r>
        <w:t>He has the evil inclination and all the desires</w:t>
      </w:r>
    </w:p>
    <w:p>
      <w:r>
        <w:t>[Yes]</w:t>
      </w:r>
    </w:p>
    <w:p>
      <w:r>
        <w:t>{. .}, and I.. {..} I have no, I have no, no need to fight</w:t>
      </w:r>
    </w:p>
    <w:p>
      <w:r>
        <w:t>No, there is, there is no battle at all, any.. {…}</w:t>
      </w:r>
    </w:p>
    <w:p>
      <w:r>
        <w:t>My mind is holy, and it has no {pasil\invalidity}, no scent of the desires of this world; however much I tell you, it still does not, still does not reach a.. {{…}} small part [I,I feel it, Saba]</w:t>
      </w:r>
    </w:p>
    <w:p>
      <w:r>
        <w:t>Yes?</w:t>
      </w:r>
    </w:p>
    <w:p>
      <w:r>
        <w:t>[Yes, with you I feel, I feel that you are a secret from the whole world]</w:t>
      </w:r>
    </w:p>
    <w:p>
      <w:r>
        <w:t>There is no sh.. in me, how is such a thing possible? A person, as long as he is alive, wants all the desires—eating and.. {like this}, all the desires—and I have none, I have none..</w:t>
      </w:r>
    </w:p>
    <w:p>
      <w:r>
        <w:t>. Desire sees, sees me, it flees, it flees</w:t>
      </w:r>
    </w:p>
    <w:p>
      <w:r>
        <w:t>I have no scent at all of {invalidity} of desire, only the food, no, but desire?</w:t>
      </w:r>
    </w:p>
    <w:p>
      <w:r>
        <w:t>Ah, {…} desire, when it sees me, it flees, {{…}}, does not know where</w:t>
      </w:r>
    </w:p>
    <w:p>
      <w:r>
        <w:t>[...]</w:t>
      </w:r>
    </w:p>
    <w:p>
      <w:r>
        <w:t>I have no desire at all, no scent of desire</w:t>
      </w:r>
    </w:p>
    <w:p>
      <w:r>
        <w:t>[Yes, Rabbainu said this: that whoever truly draws close to him..]</w:t>
      </w:r>
    </w:p>
    <w:p>
      <w:r>
        <w:t>Ah?</w:t>
      </w:r>
    </w:p>
    <w:p>
      <w:r>
        <w:t>[Rabbainu said that whoever draws close.., Rabbainu promised, Rabbainu also had no scent at all</w:t>
      </w:r>
    </w:p>
    <w:p>
      <w:r>
        <w:t>Rabbainu said: that whoever truly draws close to him, he will make him exactly like me]</w:t>
      </w:r>
    </w:p>
    <w:p>
      <w:r>
        <w:t>{{Like me.., yo, yo, yo, yo}}, {{. .}}, "exactly like me"</w:t>
      </w:r>
    </w:p>
    <w:p>
      <w:r>
        <w:t>[Without any scent of desire]</w:t>
      </w:r>
    </w:p>
    <w:p>
      <w:r>
        <w:t>I have no desire at all, desire for a woman, desire.. I have none, I do not need, I do not say "Tikkun HaKlali"</w:t>
      </w:r>
    </w:p>
    <w:p>
      <w:r>
        <w:t>[Yes]</w:t>
      </w:r>
    </w:p>
    <w:p>
      <w:r>
        <w:t>{If there is a Tikkun}</w:t>
      </w:r>
    </w:p>
    <w:p>
      <w:r>
        <w:t>[Saba, f.. from when..?]</w:t>
      </w:r>
    </w:p>
    <w:p>
      <w:r>
        <w:t>Every person, {{….}}..</w:t>
      </w:r>
    </w:p>
    <w:p>
      <w:r>
        <w:t>[Yes]</w:t>
      </w:r>
    </w:p>
    <w:p>
      <w:r>
        <w:t>Needs sometimes</w:t>
      </w:r>
    </w:p>
    <w:p>
      <w:r>
        <w:t>[Yes]</w:t>
      </w:r>
    </w:p>
    <w:p>
      <w:r>
        <w:t>And I do not, do not say "Tikkun HaKlali," I do not need it</w:t>
      </w:r>
    </w:p>
    <w:p>
      <w:r>
        <w:t>[Saba, at what age, at what age had you already merited this? At what age?]</w:t>
      </w:r>
    </w:p>
    <w:p>
      <w:r>
        <w:t>At what age?</w:t>
      </w:r>
    </w:p>
    <w:p>
      <w:r>
        <w:t>[Yes]</w:t>
      </w:r>
    </w:p>
    <w:p>
      <w:r>
        <w:t>{{..}}, approximately, ah..</w:t>
      </w:r>
    </w:p>
    <w:p>
      <w:r>
        <w:t>Approximately seventy, eighty</w:t>
      </w:r>
    </w:p>
    <w:p>
      <w:r>
        <w:t>[Seventy, eighty]</w:t>
      </w:r>
    </w:p>
    <w:p>
      <w:r>
        <w:t>Approximately</w:t>
      </w:r>
    </w:p>
    <w:p>
      <w:r>
        <w:t>[Yes]</w:t>
      </w:r>
    </w:p>
    <w:p>
      <w:r>
        <w:t>Like that, ah..</w:t>
      </w:r>
    </w:p>
    <w:p>
      <w:r>
        <w:t>[Ay.. ay.. ay..]</w:t>
      </w:r>
    </w:p>
    <w:p>
      <w:r>
        <w:t>[He said that he guards the covenant..]</w:t>
      </w:r>
    </w:p>
    <w:p>
      <w:r>
        <w:t>[Yes, yes, yes, ..., suddenly it disappeared..</w:t>
      </w:r>
    </w:p>
    <w:p>
      <w:r>
        <w:t>Suddenly, Saba, Saba, did it suddenly flee?]</w:t>
      </w:r>
    </w:p>
    <w:p>
      <w:r>
        <w:t>No, no, with me it is not applicable, as though there is no desire in the world, as though.. there is none of this world</w:t>
      </w:r>
    </w:p>
    <w:p>
      <w:r>
        <w:t>Is there a person who is alive, who can live without desire?</w:t>
      </w:r>
    </w:p>
    <w:p>
      <w:r>
        <w:t>I, I {{..}} laugh at desire</w:t>
      </w:r>
    </w:p>
    <w:p>
      <w:r>
        <w:t>[Yes]</w:t>
      </w:r>
    </w:p>
    <w:p>
      <w:r>
        <w:t>Laugh at it</w:t>
      </w:r>
    </w:p>
    <w:p>
      <w:r>
        <w:t>[Yes]</w:t>
      </w:r>
    </w:p>
    <w:p>
      <w:r>
        <w:t>Go, go from me, {now}, I do not need you, go, go to.., just go</w:t>
      </w:r>
    </w:p>
    <w:p>
      <w:r>
        <w:t>[To the non-Jews, let it go to the non-Jews]</w:t>
      </w:r>
    </w:p>
    <w:p>
      <w:r>
        <w:t>No, there is no need even to shout</w:t>
      </w:r>
    </w:p>
    <w:p>
      <w:r>
        <w:t>[Yes]</w:t>
      </w:r>
    </w:p>
    <w:p>
      <w:r>
        <w:t>{..}, it flees by itself, I do not understand this</w:t>
      </w:r>
    </w:p>
    <w:p>
      <w:r>
        <w:t>[What is he saying?]</w:t>
      </w:r>
    </w:p>
    <w:p>
      <w:r>
        <w:t>[…...]</w:t>
      </w:r>
    </w:p>
    <w:p>
      <w:r>
        <w:t>A person, by nature, even an old person has desire for.. this, this, this, {….}</w:t>
      </w:r>
    </w:p>
    <w:p>
      <w:r>
        <w:t>[Honor, honor, honor]</w:t>
      </w:r>
    </w:p>
    <w:p>
      <w:r>
        <w:t>And I, Boruch Hashem, freed myself from them, and am completely clean; I have no desire at all, for anything</w:t>
      </w:r>
    </w:p>
    <w:p>
      <w:r>
        <w:t>You did not know about this?</w:t>
      </w:r>
    </w:p>
    <w:p>
      <w:r>
        <w:t>[I, I felt it, I felt it, felt it, you.., yes]</w:t>
      </w:r>
    </w:p>
    <w:p>
      <w:r>
        <w:t>{Good}</w:t>
      </w:r>
    </w:p>
    <w:p>
      <w:r>
        <w:t>[I feel, I feel that you merited everything Rabbainu promised, all the promises</w:t>
      </w:r>
    </w:p>
    <w:p>
      <w:r>
        <w:t>The drasha geshank of Rabbainu, you received</w:t>
      </w:r>
    </w:p>
    <w:p>
      <w:r>
        <w:t>How, now, Saba, how does one do it? How does one do it? I, I also want, Saba, how does one do it?]</w:t>
      </w:r>
    </w:p>
    <w:p>
      <w:r>
        <w:t>I {not, and.. no, no}, cannot even speak of.. of this desire {at all}, at all</w:t>
      </w:r>
    </w:p>
    <w:p>
      <w:r>
        <w:t>I {..}, it stinks like, like a carcass</w:t>
      </w:r>
    </w:p>
    <w:p>
      <w:r>
        <w:t>[Yes]</w:t>
      </w:r>
    </w:p>
    <w:p>
      <w:r>
        <w:t>I cannot bear the smell of {{..}}.., of desire</w:t>
      </w:r>
    </w:p>
    <w:p>
      <w:r>
        <w:t>[Saba, I am far from this, I, I still have, I still have all the desires, Saba]</w:t>
      </w:r>
    </w:p>
    <w:p>
      <w:r>
        <w:t>I am completely clean, like a child who was born now</w:t>
      </w:r>
    </w:p>
    <w:p>
      <w:r>
        <w:t>I am completely clean</w:t>
      </w:r>
    </w:p>
    <w:p>
      <w:r>
        <w:t>How much a person needs to serve Hashem and pray much to Hashem and weep before Hashem that.. that he should emerge from desire</w:t>
      </w:r>
    </w:p>
    <w:p>
      <w:r>
        <w:t>I already do not need any of this, I do not need to weep and shout</w:t>
      </w:r>
    </w:p>
    <w:p>
      <w:r>
        <w:t>[……….]</w:t>
      </w:r>
    </w:p>
    <w:p>
      <w:r>
        <w:t>[……]</w:t>
      </w:r>
    </w:p>
    <w:p>
      <w:r>
        <w:t>[Ah.. fortunate are you, Saba, fortunate are you, fortunate are you that you merited]</w:t>
      </w:r>
    </w:p>
    <w:p>
      <w:r>
        <w:t>The mind?</w:t>
      </w:r>
    </w:p>
    <w:p>
      <w:r>
        <w:t>[Fortunate are you that you merited all this]</w:t>
      </w:r>
    </w:p>
    <w:p>
      <w:r>
        <w:t>I got rid of them completely in life</w:t>
      </w:r>
    </w:p>
    <w:p>
      <w:r>
        <w:t>[In life]</w:t>
      </w:r>
    </w:p>
    <w:p>
      <w:r>
        <w:t>No, no need {{to do more}}</w:t>
      </w:r>
    </w:p>
    <w:p>
      <w:r>
        <w:t>[……]</w:t>
      </w:r>
    </w:p>
    <w:p>
      <w:r>
        <w:t>[…...]</w:t>
      </w:r>
    </w:p>
    <w:p>
      <w:r>
        <w:t>I am clean like a dead person, I feel no desire at all</w:t>
      </w:r>
    </w:p>
    <w:p>
      <w:r>
        <w:t>[Yes]</w:t>
      </w:r>
    </w:p>
    <w:p>
      <w:r>
        <w:t>[……...…]</w:t>
      </w:r>
    </w:p>
    <w:p>
      <w:r>
        <w:t>[…….…..]</w:t>
      </w:r>
    </w:p>
    <w:p>
      <w:r>
        <w:t>This is a matter for which there are no words, and there is no power in human hands to speak of it</w:t>
      </w:r>
    </w:p>
    <w:p>
      <w:r>
        <w:t>How is it possible that a person is alive in this world and has no desire at all, completely</w:t>
      </w:r>
    </w:p>
    <w:p>
      <w:r>
        <w:t>This, I myself wonder at myself: how is such a thing possible?</w:t>
      </w:r>
    </w:p>
    <w:p>
      <w:r>
        <w:t>A person, as long as he is alive, he has desires</w:t>
      </w:r>
    </w:p>
    <w:p>
      <w:r>
        <w:t>I got rid of them {..} completely in my lifetime</w:t>
      </w:r>
    </w:p>
    <w:p>
      <w:r>
        <w:t>[Ay.. ay.. ay..]</w:t>
      </w:r>
    </w:p>
    <w:p>
      <w:r>
        <w:t>No need to weep, no need to shout</w:t>
      </w:r>
    </w:p>
    <w:p>
      <w:r>
        <w:t>But I suffered much, I suffered much</w:t>
      </w:r>
    </w:p>
    <w:p>
      <w:r>
        <w:t>[Ay.. ay..ay..]</w:t>
      </w:r>
    </w:p>
    <w:p>
      <w:r>
        <w:t>Ah.. ah..</w:t>
      </w:r>
    </w:p>
    <w:p>
      <w:r>
        <w:t>How is it possible that a person, while alive, has no desire at all</w:t>
      </w:r>
    </w:p>
    <w:p>
      <w:r>
        <w:t>Without weeping, without shouting, "Hashem Yisborach, have mercy on me, the desire does not, does not want to leave me"</w:t>
      </w:r>
    </w:p>
    <w:p>
      <w:r>
        <w:t>[Yes]</w:t>
      </w:r>
    </w:p>
    <w:p>
      <w:r>
        <w:t>I laugh at it</w:t>
      </w:r>
    </w:p>
    <w:p>
      <w:r>
        <w:t>As though there is no desire at all in the world, as though the world was created without desires</w:t>
      </w:r>
    </w:p>
    <w:p>
      <w:r>
        <w:t>[Saba, one moment, I want..]</w:t>
      </w:r>
    </w:p>
    <w:p>
      <w:r>
        <w:t>I am like a madman in this world</w:t>
      </w:r>
    </w:p>
    <w:p>
      <w:r>
        <w:t>[Yes]</w:t>
      </w:r>
    </w:p>
    <w:p>
      <w:r>
        <w:t>Like a madman</w:t>
      </w:r>
    </w:p>
    <w:p>
      <w:r>
        <w:t>[Yes]</w:t>
      </w:r>
    </w:p>
    <w:p>
      <w:r>
        <w:t>A man who has no {….}, no desire for anything at all, how is it possible?</w:t>
      </w:r>
    </w:p>
    <w:p>
      <w:r>
        <w:t>How is it possible? I {{..}} myself wonder at myself, how is it possible {to rid oneself}</w:t>
      </w:r>
    </w:p>
    <w:p>
      <w:r>
        <w:t>{Only to sp.., to this, ...}, only to speak {about this}, {yes, ..}, how is it possible?</w:t>
      </w:r>
    </w:p>
    <w:p>
      <w:r>
        <w:t>I have not heard, I have heard stories, like this, but th.., such a thing I have not heard</w:t>
      </w:r>
    </w:p>
    <w:p>
      <w:r>
        <w:t>That there is, that there should be a person in this world without desires</w:t>
      </w:r>
    </w:p>
    <w:p>
      <w:r>
        <w:t>[Only Rabbainu, Saba, only Rabbainu, Saba, Saba, only Rabbainu]</w:t>
      </w:r>
    </w:p>
    <w:p>
      <w:r>
        <w:t>Yes, certainly, certainly</w:t>
      </w:r>
    </w:p>
    <w:p>
      <w:r>
        <w:t>[Saba, you are a secret from the world, Saba, you are a secret, a secret, a secret of Rabbainu]</w:t>
      </w:r>
    </w:p>
    <w:p>
      <w:r>
        <w:t>I am a unique man in this world</w:t>
      </w:r>
    </w:p>
    <w:p>
      <w:r>
        <w:t>[Yes]</w:t>
      </w:r>
    </w:p>
    <w:p>
      <w:r>
        <w:t>A unique man</w:t>
      </w:r>
    </w:p>
    <w:p>
      <w:r>
        <w:t>How is such a thing possible? That a person in his lifetime, who eats and sleeps and.. how did th.. {..}, desire leave me completely</w:t>
      </w:r>
    </w:p>
    <w:p>
      <w:r>
        <w:t>[Ahh.. oy, ah, ay..]</w:t>
      </w:r>
    </w:p>
    <w:p>
      <w:r>
        <w:t>As though I live in this world, in a world {}, completely without desires</w:t>
      </w:r>
    </w:p>
    <w:p>
      <w:r>
        <w:t>[Ah.. Saba, I also want, Saba.. to merit]</w:t>
      </w:r>
    </w:p>
    <w:p>
      <w:r>
        <w:t>I still do not understand how such a thing is possible, {…} this world, how is it possible to live without desires?</w:t>
      </w:r>
    </w:p>
    <w:p>
      <w:r>
        <w:t>{{. .}}, Boruch Hashem</w:t>
      </w:r>
    </w:p>
    <w:p>
      <w:r>
        <w:t>It seems to me that the whole world is mad</w:t>
      </w:r>
    </w:p>
    <w:p>
      <w:r>
        <w:t>[Yes]</w:t>
      </w:r>
    </w:p>
    <w:p>
      <w:r>
        <w:t>Only I, I {found} one man in the world</w:t>
      </w:r>
    </w:p>
    <w:p>
      <w:r>
        <w:t>[Yes, Rebbe Yisroel (Kardonner)]</w:t>
      </w:r>
    </w:p>
    <w:p>
      <w:r>
        <w:t>Rebbe Yisroel (Kardonner) and the holy Rabbainu, {...}</w:t>
      </w:r>
    </w:p>
    <w:p>
      <w:r>
        <w:t>[Saba, was Rebbe Yisroel (Kardonner) also like this?]</w:t>
      </w:r>
    </w:p>
    <w:p>
      <w:r>
        <w:t>Ah?</w:t>
      </w:r>
    </w:p>
    <w:p>
      <w:r>
        <w:t>[Was he also like this?]</w:t>
      </w:r>
    </w:p>
    <w:p>
      <w:r>
        <w:t>Yes, he too was clean</w:t>
      </w:r>
    </w:p>
    <w:p>
      <w:r>
        <w:t>[Yes]</w:t>
      </w:r>
    </w:p>
    <w:p>
      <w:r>
        <w:t>Clean, clean, yes, but, but this that I, I do not understand</w:t>
      </w:r>
    </w:p>
    <w:p>
      <w:r>
        <w:t>How is it possible to live in the world completely without desires, how is it possible?</w:t>
      </w:r>
    </w:p>
    <w:p>
      <w:r>
        <w:t>[..]</w:t>
      </w:r>
    </w:p>
    <w:p>
      <w:r>
        <w:t>{The certificate ..} of mine, identity card, more than one hundred</w:t>
      </w:r>
    </w:p>
    <w:p>
      <w:r>
        <w:t>[Yes?]</w:t>
      </w:r>
    </w:p>
    <w:p>
      <w:r>
        <w:t>Yes</w:t>
      </w:r>
    </w:p>
    <w:p>
      <w:r>
        <w:t>[Oy, oy, oy.. Saba, this is a wonder, a great wonder]</w:t>
      </w:r>
    </w:p>
    <w:p>
      <w:r>
        <w:t>Yes</w:t>
      </w:r>
    </w:p>
    <w:p>
      <w:r>
        <w:t>[A great wonder]</w:t>
      </w:r>
    </w:p>
    <w:p>
      <w:r>
        <w:t>{Then} I wonder about myself, how is it possible to live? What is this?</w:t>
      </w:r>
    </w:p>
    <w:p>
      <w:r>
        <w:t>[Then you, I think, I think that you are now living, living for us, Saba</w:t>
      </w:r>
    </w:p>
    <w:p>
      <w:r>
        <w:t>You are now living for us, to draw us close too, us..</w:t>
      </w:r>
    </w:p>
    <w:p>
      <w:r>
        <w:t>Saba, then perhaps, perhaps you are the gardener of Rabbainu?</w:t>
      </w:r>
    </w:p>
    <w:p>
      <w:r>
        <w:t>The gardener in "Sipuray Ma’asiyos," th.. from the garden where the gardener was lost and they brought in the three desires]</w:t>
      </w:r>
    </w:p>
    <w:p>
      <w:r>
        <w:t>I wonder, how is it possible to live in this world without desires? How is {this} possible?</w:t>
      </w:r>
    </w:p>
    <w:p>
      <w:r>
        <w:t>What? What world is this? Where am I?</w:t>
      </w:r>
    </w:p>
    <w:p>
      <w:r>
        <w:t>What is this? Is this my hand?</w:t>
      </w:r>
    </w:p>
    <w:p>
      <w:r>
        <w:t>[Yes]</w:t>
      </w:r>
    </w:p>
    <w:p>
      <w:r>
        <w:t>What is this? Bones and.. what is this?</w:t>
      </w:r>
    </w:p>
    <w:p>
      <w:r>
        <w:t>The body goes in the clothing of the world, yes, and there is no desire at all in it; what? What world is this? Where am I?</w:t>
      </w:r>
    </w:p>
    <w:p>
      <w:r>
        <w:t>[What is he saying?]</w:t>
      </w:r>
    </w:p>
    <w:p>
      <w:r>
        <w:t>[He goes in the garment of this world]</w:t>
      </w:r>
    </w:p>
    <w:p>
      <w:r>
        <w:t>[Yes?]</w:t>
      </w:r>
    </w:p>
    <w:p>
      <w:r>
        <w:t>[But he does not have.., he is not from here at all, "What is this body?”]</w:t>
      </w:r>
    </w:p>
    <w:p>
      <w:r>
        <w:t>[...]</w:t>
      </w:r>
    </w:p>
    <w:p>
      <w:r>
        <w:t>[He asks: “What are these hands?”]</w:t>
      </w:r>
    </w:p>
    <w:p>
      <w:r>
        <w:t>[Yes, yes]</w:t>
      </w:r>
    </w:p>
    <w:p>
      <w:r>
        <w:t>"Is this flesh? Is this bones? Is thaat a sinew?</w:t>
      </w:r>
    </w:p>
    <w:p>
      <w:r>
        <w:t>But I go in this world, in the garment of this world, but I am not from this world at all”] [………]</w:t>
      </w:r>
    </w:p>
    <w:p>
      <w:r>
        <w:t>[He said that his mind, "it has no..”]</w:t>
      </w:r>
    </w:p>
    <w:p>
      <w:r>
        <w:t>How is such a thing possible?</w:t>
      </w:r>
    </w:p>
    <w:p>
      <w:r>
        <w:t>[Nothing at all, nothing, clean..]</w:t>
      </w:r>
    </w:p>
    <w:p>
      <w:r>
        <w:t>How is it possible to live without desires?</w:t>
      </w:r>
    </w:p>
    <w:p>
      <w:r>
        <w:t>There is no need to fight at all, I have no desire at all</w:t>
      </w:r>
    </w:p>
    <w:p>
      <w:r>
        <w:t>Someone who hears such a thing laughs, "What? Either dead, or, or {passed away}, or, or.. or dead"</w:t>
      </w:r>
    </w:p>
    <w:p>
      <w:r>
        <w:t>{Like someone, ah.. this is not}</w:t>
      </w:r>
    </w:p>
    <w:p>
      <w:r>
        <w:t>I am alive, and I have no, no desire, {...}</w:t>
      </w:r>
    </w:p>
    <w:p>
      <w:r>
        <w:t>I can speak words like these, how is it possible to speak words like these?</w:t>
      </w:r>
    </w:p>
    <w:p>
      <w:r>
        <w:t>{As long as the person is alive}</w:t>
      </w:r>
    </w:p>
    <w:p>
      <w:r>
        <w:t>Maybe you will go with me and we will be two, two madmen</w:t>
      </w:r>
    </w:p>
    <w:p>
      <w:r>
        <w:t>[If only..]</w:t>
      </w:r>
    </w:p>
    <w:p>
      <w:r>
        <w:t>In the world</w:t>
      </w:r>
    </w:p>
    <w:p>
      <w:r>
        <w:t>[If only, Saba, if only, if only, Saba, if only, I, I.., I also want</w:t>
      </w:r>
    </w:p>
    <w:p>
      <w:r>
        <w:t>I believe, believe with complete faith that through Rabbainu’s power..]</w:t>
      </w:r>
    </w:p>
    <w:p>
      <w:r>
        <w:t>{...}</w:t>
      </w:r>
    </w:p>
    <w:p>
      <w:r>
        <w:t>[It is possible]</w:t>
      </w:r>
    </w:p>
    <w:p>
      <w:r>
        <w:t>Only through Rabbainu’s power is it possible</w:t>
      </w:r>
    </w:p>
    <w:p>
      <w:r>
        <w:t>[Yes]</w:t>
      </w:r>
    </w:p>
    <w:p>
      <w:r>
        <w:t>Yes</w:t>
      </w:r>
    </w:p>
    <w:p>
      <w:r>
        <w:t>[Only through Rabbainu’s power]</w:t>
      </w:r>
    </w:p>
    <w:p>
      <w:r>
        <w:t>But th…</w:t>
      </w:r>
    </w:p>
    <w:p>
      <w:r>
        <w:br w:type="page"/>
      </w:r>
    </w:p>
    <w:p>
      <w:pPr>
        <w:pStyle w:val="Heading1"/>
      </w:pPr>
      <w:r>
        <w:t>Tape 62</w:t>
      </w:r>
    </w:p>
    <w:p>
      <w:pPr>
        <w:pStyle w:val="Heading2"/>
      </w:pPr>
      <w:r>
        <w:t>Side A (Aleph)</w:t>
      </w:r>
    </w:p>
    <w:p>
      <w:r>
        <w:t>...[The friends sing:</w:t>
      </w:r>
    </w:p>
    <w:p>
      <w:r>
        <w:t>"I have conquered and I will conquer, I have finished and I will finish, I am a river that purifies from all the stains</w:t>
      </w:r>
    </w:p>
    <w:p>
      <w:r>
        <w:t>I am a wondrous man and my soul is a great wonder, a novelty like me has never been in the world.."]</w:t>
      </w:r>
    </w:p>
    <w:p>
      <w:r>
        <w:t>[………]</w:t>
      </w:r>
    </w:p>
    <w:p>
      <w:r>
        <w:t>[Rabbainu says ……. Moshe Rabbainu……]</w:t>
      </w:r>
    </w:p>
    <w:p>
      <w:r>
        <w:t>[……..]</w:t>
      </w:r>
    </w:p>
    <w:p>
      <w:r>
        <w:t>[Moshe Rabbainu is the soul of the Faithful Shepherd]</w:t>
      </w:r>
    </w:p>
    <w:p>
      <w:r>
        <w:t>[That is Rebbe Nachman]</w:t>
      </w:r>
    </w:p>
    <w:p>
      <w:r>
        <w:t>[That is Rebbe Nachman and that is the holy Arizal and that is Rebbe Shimon, that is the Baal Shem Tov</w:t>
      </w:r>
    </w:p>
    <w:p>
      <w:r>
        <w:t>The soul of the Faithful Shepherd, a faithful shepherd]</w:t>
      </w:r>
    </w:p>
    <w:p>
      <w:r>
        <w:t>Ah, ah, ah</w:t>
      </w:r>
    </w:p>
    <w:p>
      <w:r>
        <w:t>[The legs]</w:t>
      </w:r>
    </w:p>
    <w:p>
      <w:r>
        <w:t>Oh, yes</w:t>
      </w:r>
    </w:p>
    <w:p>
      <w:r>
        <w:t>[Legs on the bed]</w:t>
      </w:r>
    </w:p>
    <w:p>
      <w:r>
        <w:t>Also, this too is on {the back}</w:t>
      </w:r>
    </w:p>
    <w:p>
      <w:r>
        <w:t>[Yes, everything is here, Saba]</w:t>
      </w:r>
    </w:p>
    <w:p>
      <w:r>
        <w:t>Shoyn</w:t>
      </w:r>
    </w:p>
    <w:p>
      <w:r>
        <w:t>[Both legs are here, and also..]…</w:t>
      </w:r>
    </w:p>
    <w:p>
      <w:r>
        <w:t>...[The friends sing:</w:t>
      </w:r>
    </w:p>
    <w:p>
      <w:r>
        <w:t>"We will ascend to the Holy Temple, with rejoicing we will ascend, with rejoicing we will bow down.."</w:t>
      </w:r>
    </w:p>
    <w:p>
      <w:r>
        <w:t>(Saba arouses the friends)]</w:t>
      </w:r>
    </w:p>
    <w:p>
      <w:r>
        <w:t>[Hashem will help, and we will have only joy]</w:t>
      </w:r>
    </w:p>
    <w:p>
      <w:r>
        <w:t>[Amen, if only, and..]</w:t>
      </w:r>
    </w:p>
    <w:p>
      <w:r>
        <w:t>[We will leap to the gates of understanding through joy]</w:t>
      </w:r>
    </w:p>
    <w:p>
      <w:r>
        <w:t>[Amen, amen, amen..]</w:t>
      </w:r>
    </w:p>
    <w:p>
      <w:r>
        <w:t>[And we have nothing to worry about, since Rabbainu goes before us..]</w:t>
      </w:r>
    </w:p>
    <w:p>
      <w:r>
        <w:t>[That is it, where is Gideon?]</w:t>
      </w:r>
    </w:p>
    <w:p>
      <w:r>
        <w:t>[Blessed are You, Hashem our God, King of the universe, Who creates many souls and their deficiencies</w:t>
      </w:r>
    </w:p>
    <w:p>
      <w:r>
        <w:t>For all that You created, with which to sustain the soul of every living being. Blessed is He, the Life of the worlds]</w:t>
      </w:r>
    </w:p>
    <w:p>
      <w:r>
        <w:t>[[Amen]]</w:t>
      </w:r>
    </w:p>
    <w:p>
      <w:r>
        <w:t>[Saba, much health]</w:t>
      </w:r>
    </w:p>
    <w:p>
      <w:r>
        <w:t>[Shimon, goodbye, Hashem will bless you]</w:t>
      </w:r>
    </w:p>
    <w:p>
      <w:r>
        <w:t>[All the best, Saba, be strong and courageous in your service]</w:t>
      </w:r>
    </w:p>
    <w:p>
      <w:r>
        <w:t>[Saba, we have already won, we have won, Rabbainu won the war, Saba, he has won and will win, all the best, Saba]</w:t>
      </w:r>
    </w:p>
    <w:p>
      <w:r>
        <w:t>[…….]</w:t>
      </w:r>
    </w:p>
    <w:p>
      <w:r>
        <w:t>{Goodbye}</w:t>
      </w:r>
    </w:p>
    <w:p>
      <w:r>
        <w:t>[May you merit mitzvos, Saba, for all the gifts you gave me from Rabbainu</w:t>
      </w:r>
    </w:p>
    <w:p>
      <w:r>
        <w:t>We revive ourselves with these gifts day by day anew, each time anew, all the best, Saba]</w:t>
      </w:r>
    </w:p>
    <w:p>
      <w:r>
        <w:t>[...And I did not go, and after all he tried many years once again to Uman]</w:t>
      </w:r>
    </w:p>
    <w:p>
      <w:r>
        <w:t>[…….. Hashem will help….]</w:t>
      </w:r>
    </w:p>
    <w:p>
      <w:r>
        <w:t>[……...]</w:t>
      </w:r>
    </w:p>
    <w:p>
      <w:r>
        <w:t>[How?]</w:t>
      </w:r>
    </w:p>
    <w:p>
      <w:r>
        <w:t>[Yes, yes]</w:t>
      </w:r>
    </w:p>
    <w:p>
      <w:r>
        <w:t>[………...…..]</w:t>
      </w:r>
    </w:p>
    <w:p>
      <w:r>
        <w:t>[……...……..]…</w:t>
      </w:r>
    </w:p>
    <w:p>
      <w:r>
        <w:t>...{….}</w:t>
      </w:r>
    </w:p>
    <w:p>
      <w:r>
        <w:t>[Then is it a lie?]…</w:t>
      </w:r>
    </w:p>
    <w:p>
      <w:r>
        <w:t>...It will be revealed and become great of itself…</w:t>
      </w:r>
    </w:p>
    <w:p>
      <w:r>
        <w:t>...In Yerushalayim, in Eretz Yisroel</w:t>
      </w:r>
    </w:p>
    <w:p>
      <w:r>
        <w:t>[Do you want me to say..]…</w:t>
      </w:r>
    </w:p>
    <w:p>
      <w:r>
        <w:t>...[I told him: "Speak with Father, and he will explain it to you," and the next day he interviewed Father on the radio</w:t>
      </w:r>
    </w:p>
    <w:p>
      <w:r>
        <w:t>But he did not believe me that this was my Saba, he said to me:</w:t>
      </w:r>
    </w:p>
    <w:p>
      <w:r>
        <w:t>"Not true, this is not your Saba"</w:t>
      </w:r>
    </w:p>
    <w:p>
      <w:r>
        <w:t>I told him: "Yes, this is Saba, he found the note”]</w:t>
      </w:r>
    </w:p>
    <w:p>
      <w:r>
        <w:t>[It was hard for them….]…</w:t>
      </w:r>
    </w:p>
    <w:p>
      <w:r>
        <w:t>..."Day by day He loads us with salvation and redemption," for free</w:t>
      </w:r>
    </w:p>
    <w:p>
      <w:r>
        <w:t>"And in His Name we will rejoice all day," {always}</w:t>
      </w:r>
    </w:p>
    <w:p>
      <w:r>
        <w:t>"And through His salvation we will raise our head on high, for He is a stronghold for the poor and a refuge for the destitute"…</w:t>
      </w:r>
    </w:p>
    <w:p>
      <w:r>
        <w:t>...I lived here for a hundred years here in this room, no, now it is somewhat different</w:t>
      </w:r>
    </w:p>
    <w:p>
      <w:r>
        <w:t>But in this place I lived for a hundred years, a hundred years and more, and I was joyful and dancing every day</w:t>
      </w:r>
    </w:p>
    <w:p>
      <w:r>
        <w:t>I had no bread to eat and no garment to wear, and I was joyful</w:t>
      </w:r>
    </w:p>
    <w:p>
      <w:r>
        <w:t>And all those who had bread and a garment and every good thing, they are already in the earth, and I remained alone</w:t>
      </w:r>
    </w:p>
    <w:p>
      <w:r>
        <w:t>I remained alone, everyone, all the friends passed away, died, only I remained alone</w:t>
      </w:r>
    </w:p>
    <w:p>
      <w:r>
        <w:t>I had no bread to eat and no money, and I am here, here, here</w:t>
      </w:r>
    </w:p>
    <w:p>
      <w:r>
        <w:t>And I tell him, I tell the mighty deeds of Hashem, that He "gives.. gives bread to all flesh"</w:t>
      </w:r>
    </w:p>
    <w:p>
      <w:r>
        <w:t>Ay, fortunate are we that we are Jews, and we have such a Torah from Hashem, such Torah and mitzvos</w:t>
      </w:r>
    </w:p>
    <w:p>
      <w:r>
        <w:t>That are worth more than all the money in the world</w:t>
      </w:r>
    </w:p>
    <w:p>
      <w:r>
        <w:t>"Fortunate are we, how good is our portion and how pleasant is our lot and how beautiful is our inheritance, fortunate are we"</w:t>
      </w:r>
    </w:p>
    <w:p>
      <w:r>
        <w:t>All my friends who had bread and a garment and money passed away, they all passed away, only I alone remained</w:t>
      </w:r>
    </w:p>
    <w:p>
      <w:r>
        <w:t>Without money and without bread, I remained alone</w:t>
      </w:r>
    </w:p>
    <w:p>
      <w:r>
        <w:t>All the elders, all the great ones and the elders passed away, only I {..} alone by myself remained in this world</w:t>
      </w:r>
    </w:p>
    <w:p>
      <w:r>
        <w:t>Where are all the friends? All their money? Where are they? They are all in the earth, only I remained alone</w:t>
      </w:r>
    </w:p>
    <w:p>
      <w:r>
        <w:t>Reb Moshe Leib Shefer, a friend of mine, he was buried in the earth</w:t>
      </w:r>
    </w:p>
    <w:p>
      <w:r>
        <w:t>There, there is there, he has a window, {yo}, a nice hotel, {yo, it is good there}</w:t>
      </w:r>
    </w:p>
    <w:p>
      <w:r>
        <w:t>And I have a big hotel here</w:t>
      </w:r>
    </w:p>
    <w:p>
      <w:r>
        <w:t>I remained alone, without bread, without money, without, for free, everything is free</w:t>
      </w:r>
    </w:p>
    <w:p>
      <w:r>
        <w:t>They had, all my friends had houses and food and every good thing</w:t>
      </w:r>
    </w:p>
    <w:p>
      <w:r>
        <w:t>And they are already under the stones, {…}, they are all dead, only I remained alone {…..}</w:t>
      </w:r>
    </w:p>
    <w:p>
      <w:r>
        <w:t>Where is all the money and all the bread and all, everything, where did it go?</w:t>
      </w:r>
    </w:p>
    <w:p>
      <w:r>
        <w:t>Boruch Hashem I had bread and olive oil, and boruch Hashem I ate, boruch Hashem, to satisfaction, with joy, boruch Hashem, it was at the hour, at one o’clock at night, yes, I woke up and I was hungry, I had nothing to eat</w:t>
      </w:r>
    </w:p>
    <w:p>
      <w:r>
        <w:t>I had nothing to eat, afterward I asked Shimon, you are Shimon</w:t>
      </w:r>
    </w:p>
    <w:p>
      <w:r>
        <w:t>To bring me a little olive oil and a roll, h.. ho, it was a happy holiday…</w:t>
      </w:r>
    </w:p>
    <w:p>
      <w:r>
        <w:t>...{He brought} at night, olive oil {…} and challah, bread, and boruch Hashem, and boruch Hashem I am alive…</w:t>
      </w:r>
    </w:p>
    <w:p>
      <w:r>
        <w:t>...Where are all my friends?…</w:t>
      </w:r>
    </w:p>
    <w:p>
      <w:r>
        <w:t>...I did not eat at twelve o’clock and not at one, I did not eat</w:t>
      </w:r>
    </w:p>
    <w:p>
      <w:r>
        <w:t>Nu, I woke up at night, I was hungry, and my son-in-law Yisroel Shefer said to me:</w:t>
      </w:r>
    </w:p>
    <w:p>
      <w:r>
        <w:t>"What? Now, now, at one at night there is eating? Now is the time.., time to sleep"</w:t>
      </w:r>
    </w:p>
    <w:p>
      <w:r>
        <w:t>But I could not sleep, I told Shimon to bring olive oil and bread, and I would have something to eat, I had something to eat…</w:t>
      </w:r>
    </w:p>
    <w:p>
      <w:r>
        <w:t>...{..}...</w:t>
      </w:r>
    </w:p>
    <w:p>
      <w:r>
        <w:t>...Ah, I woke up at twelve o’clock, Yisroel said to me:</w:t>
      </w:r>
    </w:p>
    <w:p>
      <w:r>
        <w:t>"But now it is night, now is there eating? One needs to sleep"</w:t>
      </w:r>
    </w:p>
    <w:p>
      <w:r>
        <w:t>Then I remained and.. and I slept, I slept, but I was hungry, I told Shimon</w:t>
      </w:r>
    </w:p>
    <w:p>
      <w:r>
        <w:t>To bring me olive oil and bread, and I had a very nice meal…</w:t>
      </w:r>
    </w:p>
    <w:p>
      <w:r>
        <w:t>...{..}...</w:t>
      </w:r>
    </w:p>
    <w:p>
      <w:r>
        <w:t>...He said to me, {Yisroel}: "What? At twelve at night there is eating? At twelve at night?" But really, if one does not eat at twelve at night, one needs to eat at night</w:t>
      </w:r>
    </w:p>
    <w:p>
      <w:r>
        <w:t>Baruch Hashem, I ate, yes, Baruch Hashem, Baruch Hashem, I had every good thing…</w:t>
      </w:r>
    </w:p>
    <w:p>
      <w:r>
        <w:t>...He said to me: "What are you {doing}? Now it is midnight, is there food at night?" But when one does not eat {…} at one, then one needs to eat at night…</w:t>
      </w:r>
    </w:p>
    <w:p>
      <w:r>
        <w:t>...Schaffer, Schaffer, Schaffer, Moshe Leib Schaffer, Schaffer, Schaffer, Schaffer…</w:t>
      </w:r>
    </w:p>
    <w:p>
      <w:r>
        <w:t>...He is in the grave, and is, there there is a good hotel…</w:t>
      </w:r>
    </w:p>
    <w:p>
      <w:r>
        <w:t>...{In the grave}, what? A grave is a good hotel…</w:t>
      </w:r>
    </w:p>
    <w:p>
      <w:r>
        <w:t>...Ah…</w:t>
      </w:r>
    </w:p>
    <w:p>
      <w:r>
        <w:t>...{Says}: "Night is not a time for eating, at night one does not eat, one sleeps, one needs to sleep"…</w:t>
      </w:r>
    </w:p>
    <w:p>
      <w:r>
        <w:t>...[Baruch Hashem, until a hundred and twenty, until a hundred and twenty]</w:t>
      </w:r>
    </w:p>
    <w:p>
      <w:r>
        <w:t>What?</w:t>
      </w:r>
    </w:p>
    <w:p>
      <w:r>
        <w:t>[Until..]</w:t>
      </w:r>
    </w:p>
    <w:p>
      <w:r>
        <w:t>Moshe Leib Schaffer is in the grave</w:t>
      </w:r>
    </w:p>
    <w:p>
      <w:r>
        <w:t>[Yes]</w:t>
      </w:r>
    </w:p>
    <w:p>
      <w:r>
        <w:t>Yisroel Ber is here in the hotel</w:t>
      </w:r>
    </w:p>
    <w:p>
      <w:r>
        <w:t>[Right, right.. Shimon, I am going, I will come..]…</w:t>
      </w:r>
    </w:p>
    <w:p>
      <w:r>
        <w:t>...{Tomorrow} Yisroel Schaffer will come</w:t>
      </w:r>
    </w:p>
    <w:p>
      <w:r>
        <w:t>[Yes]</w:t>
      </w:r>
    </w:p>
    <w:p>
      <w:r>
        <w:t>And he will {decide}</w:t>
      </w:r>
    </w:p>
    <w:p>
      <w:r>
        <w:t>[Certainly..]…</w:t>
      </w:r>
    </w:p>
    <w:p>
      <w:r>
        <w:t>...To sleep, but not to eat [Yes]…</w:t>
      </w:r>
    </w:p>
    <w:p>
      <w:r>
        <w:t>...Mr. Moshe Leib Schaffer…</w:t>
      </w:r>
    </w:p>
    <w:p>
      <w:r>
        <w:t>...Moshe Leib Schaffer…</w:t>
      </w:r>
    </w:p>
    <w:p>
      <w:r>
        <w:t>...Ah, ah, ah, ah, ah…</w:t>
      </w:r>
    </w:p>
    <w:p>
      <w:r>
        <w:t>...[Saba and the friends sing and play music:</w:t>
      </w:r>
    </w:p>
    <w:p>
      <w:r>
        <w:t>"Our greatness and our glory Mashiach Tzidkeinu will reveal.." {37:20} Afterward they sing:</w:t>
      </w:r>
    </w:p>
    <w:p>
      <w:r>
        <w:t>"Strength and splendor are her clothing, and she laughs at the last day.."</w:t>
      </w:r>
    </w:p>
    <w:p>
      <w:r>
        <w:t>Afterward they sing:</w:t>
      </w:r>
    </w:p>
    <w:p>
      <w:r>
        <w:t>"A woman of valor, who can find, and her worth is far beyond pearls her husband's heart trusts in her, and spoil he will not lack she repays him with good and not evil, all the days of her life she seeks wool and flax, and works with the desire of her hands she was like merchant ships, from afar she brings her bread she rises while it is still night, and gives food to her household, and a portion to her maidens she plans a field and takes it, from the fruit of her hands she plants a vineyard she girds her loins with strength, and strengthens her arms she senses that her merchandise is good, her lamp will not go out at night her hands she sends forth to the spindle, and her palms support the distaff her palm she spreads out to the poor, and her hands she sends forth to the destitute</w:t>
      </w:r>
    </w:p>
    <w:p>
      <w:r>
        <w:t>She does not fear for her household from snow, for all her household is clothed in scarlet coverlets she made for herself, linen and purple are her clothing her husband is known at the gates, when he sits with the elders of the land a linen garment she made and sold, and a belt she gave to the merchant strength and splendor are her clothing, and she laughs at the last day her mouth she opened with wisdom, and a Torah of kindness is on her tongue she watches the ways of her household, and the bread of idleness she does not eat her children rose and called her fortunate, her husband and he praised her</w:t>
      </w:r>
    </w:p>
    <w:p>
      <w:r>
        <w:t>Many daughters have achieved valor, but you have surpassed them all.."]…</w:t>
      </w:r>
    </w:p>
    <w:p>
      <w:pPr>
        <w:pStyle w:val="Heading2"/>
      </w:pPr>
      <w:r>
        <w:t>Side B (Bais)</w:t>
      </w:r>
    </w:p>
    <w:p>
      <w:r>
        <w:t>[The supplied transcript explicitly states that this tape side is missing. No wording has been invented.]</w:t>
      </w:r>
    </w:p>
    <w:p>
      <w:r>
        <w:br w:type="page"/>
      </w:r>
    </w:p>
    <w:p>
      <w:pPr>
        <w:pStyle w:val="Heading1"/>
      </w:pPr>
      <w:r>
        <w:t>Tape 63</w:t>
      </w:r>
    </w:p>
    <w:p>
      <w:pPr>
        <w:pStyle w:val="Heading2"/>
      </w:pPr>
      <w:r>
        <w:t>Side A (Aleph)</w:t>
      </w:r>
    </w:p>
    <w:p>
      <w:r>
        <w:t>...Want, come to me, {..}, anything you want, come to me</w:t>
      </w:r>
    </w:p>
    <w:p>
      <w:r>
        <w:t>And I will see to it that you have everything, joy, everything according to your will…</w:t>
      </w:r>
    </w:p>
    <w:p>
      <w:r>
        <w:t>...I want, for a long time I have not seen him and not, I do not know, {..}</w:t>
      </w:r>
    </w:p>
    <w:p>
      <w:r>
        <w:t>[Yes]…</w:t>
      </w:r>
    </w:p>
    <w:p>
      <w:r>
        <w:t>...Anything you need, come to me</w:t>
      </w:r>
    </w:p>
    <w:p>
      <w:r>
        <w:t>And apparently Weizmann does not.. I do not, I have no {connection} to Weizmann</w:t>
      </w:r>
    </w:p>
    <w:p>
      <w:r>
        <w:t>[..]</w:t>
      </w:r>
    </w:p>
    <w:p>
      <w:r>
        <w:t>Nothing…</w:t>
      </w:r>
    </w:p>
    <w:p>
      <w:r>
        <w:t>...A printing press {is} for Rabbainu's books, and Rabbainu will be publicized, this is the redemption</w:t>
      </w:r>
    </w:p>
    <w:p>
      <w:r>
        <w:t>There will be light in every, every, every home, in every yeshiva, there will be a great light…</w:t>
      </w:r>
    </w:p>
    <w:p>
      <w:r>
        <w:t>...Then there will be a new world…</w:t>
      </w:r>
    </w:p>
    <w:p>
      <w:r>
        <w:t>...The whole world for Hashem Yisbarach, for fulfillment of the Torah, for faith, for truth…</w:t>
      </w:r>
    </w:p>
    <w:p>
      <w:r>
        <w:t>...This is holy Rabbainu {here said, said}, he himself will take care of everything, everything is in his hand</w:t>
      </w:r>
    </w:p>
    <w:p>
      <w:r>
        <w:t>All creation, the entire world, the entire Torah, all the.., all, all Yisroel</w:t>
      </w:r>
    </w:p>
    <w:p>
      <w:r>
        <w:t>This is a wondrous matter that never was, the time of the co.., the time of the.. {..}, the time of the redemption…</w:t>
      </w:r>
    </w:p>
    <w:p>
      <w:r>
        <w:t>...There will be, the whole entire world will be only for Hashem Yisbarach, only for Torah and only for faith {only for truth\in truth} now this, this is darkness…</w:t>
      </w:r>
    </w:p>
    <w:p>
      <w:r>
        <w:t>...The main light of the world is holy Rabbainu, he gives us life and renews us</w:t>
      </w:r>
    </w:p>
    <w:p>
      <w:r>
        <w:t>He, he, he, he, he shines within us, he renews us</w:t>
      </w:r>
    </w:p>
    <w:p>
      <w:r>
        <w:t>This is a matter of.., that has not yet been in the world, new…</w:t>
      </w:r>
    </w:p>
    <w:p>
      <w:r>
        <w:t>...Not from my own side, what? Who am I?</w:t>
      </w:r>
    </w:p>
    <w:p>
      <w:r>
        <w:t>Only what holy Rabbainu revealed, a certain drop from the sea of the matter of his greatness…</w:t>
      </w:r>
    </w:p>
    <w:p>
      <w:r>
        <w:t>...The..</w:t>
      </w:r>
    </w:p>
    <w:p>
      <w:r>
        <w:t>Holy Rabbainu and his holy disciple Rebbe Nassan and all his holy disciples</w:t>
      </w:r>
    </w:p>
    <w:p>
      <w:r>
        <w:t>If I had not merited to recognize them {…} and taste of their lights</w:t>
      </w:r>
    </w:p>
    <w:p>
      <w:r>
        <w:t>What is this, light that had not.., new, that had not been revealed in the world, that the whole.. all the redemption depends on this…</w:t>
      </w:r>
    </w:p>
    <w:p>
      <w:r>
        <w:t>...{If} they study his books in order to fulfill them, then there will be the complete redemption…</w:t>
      </w:r>
    </w:p>
    <w:p>
      <w:r>
        <w:t>..{at all}, holy Rabbainu has already revealed everything, everything for the final true redemption</w:t>
      </w:r>
    </w:p>
    <w:p>
      <w:r>
        <w:t>Holy Rabbainu has already revealed everything</w:t>
      </w:r>
    </w:p>
    <w:p>
      <w:r>
        <w:t>Every Torah, every utterance of his, is the entire Torah</w:t>
      </w:r>
    </w:p>
    <w:p>
      <w:r>
        <w:t>{Yes}, and the whole essence of our vitality, and the whole essence of the vitality of all Yisroel…</w:t>
      </w:r>
    </w:p>
    <w:p>
      <w:r>
        <w:t>...{..}...</w:t>
      </w:r>
    </w:p>
    <w:p>
      <w:r>
        <w:t>...He has {the\for} Rosh Hashanah…</w:t>
      </w:r>
    </w:p>
    <w:p>
      <w:r>
        <w:t>...In the three months, if holy Rabbainu wants, then no, no need for any, any action</w:t>
      </w:r>
    </w:p>
    <w:p>
      <w:r>
        <w:t>[Ah, yes]…</w:t>
      </w:r>
    </w:p>
    <w:p>
      <w:r>
        <w:t>...{...}</w:t>
      </w:r>
    </w:p>
    <w:p>
      <w:r>
        <w:t>He encompasses Mashiach and he.. he is everything</w:t>
      </w:r>
    </w:p>
    <w:p>
      <w:r>
        <w:t>Holy Rabbainu {is everything}</w:t>
      </w:r>
    </w:p>
    <w:p>
      <w:r>
        <w:t>The redemption {…} is already close {{that I am he}}, years, and now the final time is arriving, will arrive..</w:t>
      </w:r>
    </w:p>
    <w:p>
      <w:r>
        <w:t>Ah, who knows? Who, who knows? Who? Maybe Rabbainu's will is to be at Rosh Hashanah as it was</w:t>
      </w:r>
    </w:p>
    <w:p>
      <w:r>
        <w:t>{.…}…</w:t>
      </w:r>
    </w:p>
    <w:p>
      <w:r>
        <w:t>...I know that it is very necessary, that holy Rabbainu come, {he}</w:t>
      </w:r>
    </w:p>
    <w:p>
      <w:r>
        <w:t>Ah, maybe, ah, his will is that we come to Uman as it was, I do not know, who knows?</w:t>
      </w:r>
    </w:p>
    <w:p>
      <w:r>
        <w:t>{{I say, we..}}.., we do not know</w:t>
      </w:r>
    </w:p>
    <w:p>
      <w:r>
        <w:t>"I am a river that purifies from all the stains," who? Which Tzaddik said this, if not Mashiach?</w:t>
      </w:r>
    </w:p>
    <w:p>
      <w:r>
        <w:t>Who? Who? No one, not no one</w:t>
      </w:r>
    </w:p>
    <w:p>
      <w:r>
        <w:t>In the entire Shas there was no tz.., Tanna, {..}, one Tzaddik, who would say utterances of his, ah.. ah.. {the utterance} like, like</w:t>
      </w:r>
    </w:p>
    <w:p>
      <w:r>
        <w:t>Rabbainu</w:t>
      </w:r>
    </w:p>
    <w:p>
      <w:r>
        <w:t>{And one can see who I am}, and he said:</w:t>
      </w:r>
    </w:p>
    <w:p>
      <w:r>
        <w:t>"Rebbe Shimon, he is "Iyr VeKaddish Min Shemaya Nachis"</w:t>
      </w:r>
    </w:p>
    <w:p>
      <w:r>
        <w:t>And now there is "Nachal Novea Mekor Chochma"</w:t>
      </w:r>
    </w:p>
    <w:p>
      <w:r>
        <w:t>{This..}</w:t>
      </w:r>
    </w:p>
    <w:p>
      <w:r>
        <w:t>{Well, who am I}, ah.. ah.. ah.. he, he has already prepared for us all the remedies and all the salvations</w:t>
      </w:r>
    </w:p>
    <w:p>
      <w:r>
        <w:t>And all {{all the remedies}}, everything, everything…</w:t>
      </w:r>
    </w:p>
    <w:p>
      <w:r>
        <w:t>...Maybe Rabbainu's will is that it be as it was, that Rosh Hashanah be in Uman</w:t>
      </w:r>
    </w:p>
    <w:p>
      <w:r>
        <w:t>{And..I.., if, ah}.. ah, this needs to.. the redemption, {well, yo, then} this is the redemption</w:t>
      </w:r>
    </w:p>
    <w:p>
      <w:r>
        <w:t>Holy Rabbainu is the redemption, the "Likutey Moharan" is the redemption, the.. the "Likutey Halachos" is the redemption</w:t>
      </w:r>
    </w:p>
    <w:p>
      <w:r>
        <w:t>{{...}} And holy Rabbainu has already revealed everything to us, to rectify us, to renew us…</w:t>
      </w:r>
    </w:p>
    <w:p>
      <w:r>
        <w:t>...Such a holy {Tzaddik} and such a genius and such a wise man and such truth had not yet been in the world</w:t>
      </w:r>
    </w:p>
    <w:p>
      <w:r>
        <w:t>And he needs all this, that we need all his remedies, all his innovations, every Torah of his…</w:t>
      </w:r>
    </w:p>
    <w:p>
      <w:r>
        <w:t>...If he wanted Eretz Yisroel? They would bring him from…</w:t>
      </w:r>
    </w:p>
    <w:p>
      <w:r>
        <w:t>...Ah..</w:t>
      </w:r>
    </w:p>
    <w:p>
      <w:r>
        <w:t>They would bring him on, on, {inside}..</w:t>
      </w:r>
    </w:p>
    <w:p>
      <w:r>
        <w:t>[An airplane?]</w:t>
      </w:r>
    </w:p>
    <w:p>
      <w:r>
        <w:t>An airplane, yes</w:t>
      </w:r>
    </w:p>
    <w:p>
      <w:r>
        <w:t>Maybe, and maybe, {..}</w:t>
      </w:r>
    </w:p>
    <w:p>
      <w:r>
        <w:t>All the wise men will fall and be ashamed before Rabbainu, before his wisdom, before counsel, before the.. {...}</w:t>
      </w:r>
    </w:p>
    <w:p>
      <w:r>
        <w:t>The whole world will be ashamed</w:t>
      </w:r>
    </w:p>
    <w:p>
      <w:r>
        <w:t>He is the entire Torah and all wisdom and all.. everything, all the remedies and all, everything {…}…</w:t>
      </w:r>
    </w:p>
    <w:p>
      <w:r>
        <w:t>...The Beis Hamikdash and everything is with him</w:t>
      </w:r>
    </w:p>
    <w:p>
      <w:r>
        <w:t>[He conquered?]</w:t>
      </w:r>
    </w:p>
    <w:p>
      <w:r>
        <w:t>Yes, he, everything is with him</w:t>
      </w:r>
    </w:p>
    <w:p>
      <w:r>
        <w:t>The Holy of Holies, the Foundation Stone, everything is with him, he rises above everything</w:t>
      </w:r>
    </w:p>
    <w:p>
      <w:r>
        <w:t>[………watermelon……]…</w:t>
      </w:r>
    </w:p>
    <w:p>
      <w:r>
        <w:t>...As much as we know, it is not like a drop from the sea.. of the matter of Rabbainu's greatness</w:t>
      </w:r>
    </w:p>
    <w:p>
      <w:r>
        <w:t>Everything {{luchal}}, does not {..} enter into consideration, no, nothing at all compared with his greatness</w:t>
      </w:r>
    </w:p>
    <w:p>
      <w:r>
        <w:t>[Hello, watermelon]…</w:t>
      </w:r>
    </w:p>
    <w:p>
      <w:r>
        <w:t>...The holy Baal Shem Tov, {above him}</w:t>
      </w:r>
    </w:p>
    <w:p>
      <w:r>
        <w:t>He merited to bring Rabbainu into the world…</w:t>
      </w:r>
    </w:p>
    <w:p>
      <w:r>
        <w:t>...{..}, I hope in Hashem Yisbarach that wondrous things will be done…</w:t>
      </w:r>
    </w:p>
    <w:p>
      <w:r>
        <w:t>...All, all the world rose up against Rebbe Nassan and said that they needed to kill him</w:t>
      </w:r>
    </w:p>
    <w:p>
      <w:r>
        <w:t>And he laughed in the face of them all, holy Rabbainu and his holy disciple Rebbe Nassan, they laugh at the entire world</w:t>
      </w:r>
    </w:p>
    <w:p>
      <w:r>
        <w:t>He was in Eretz Yisroel, and conquered Eretz Yisroel from the hands of the gentiles, conquered Eretz Yisroel, yes</w:t>
      </w:r>
    </w:p>
    <w:p>
      <w:r>
        <w:t>For us, in order to rectify us, yes…</w:t>
      </w:r>
    </w:p>
    <w:p>
      <w:r>
        <w:t>...[That is a different conquest?]</w:t>
      </w:r>
    </w:p>
    <w:p>
      <w:r>
        <w:t>Certainly…</w:t>
      </w:r>
    </w:p>
    <w:p>
      <w:r>
        <w:t>...Holy Rabbainu and Rebbe Nassan laugh at the entire world</w:t>
      </w:r>
    </w:p>
    <w:p>
      <w:r>
        <w:t>[And you too?]</w:t>
      </w:r>
    </w:p>
    <w:p>
      <w:r>
        <w:t>No, except for me</w:t>
      </w:r>
    </w:p>
    <w:p>
      <w:r>
        <w:t>[But you also laugh at the entire world]</w:t>
      </w:r>
    </w:p>
    <w:p>
      <w:r>
        <w:t>What I suffered is impossible to tell, and it was..</w:t>
      </w:r>
    </w:p>
    <w:p>
      <w:r>
        <w:t>I saw Rav Dov of Warsaw, he was such a genius, and they did not listen to him</w:t>
      </w:r>
    </w:p>
    <w:p>
      <w:r>
        <w:t>He was {{not ...}}.., a Breslover Chassid, yes, and.. and did not {{ask}}.., they heard {{this}}</w:t>
      </w:r>
    </w:p>
    <w:p>
      <w:r>
        <w:t>[Rebbe Yisroel, Rav Dov of Warsaw, how did he draw close to Rabbainu? How did he draw close to Rabbainu?]</w:t>
      </w:r>
    </w:p>
    <w:p>
      <w:r>
        <w:t>Ah?</w:t>
      </w:r>
    </w:p>
    <w:p>
      <w:r>
        <w:t>[Through you?]</w:t>
      </w:r>
    </w:p>
    <w:p>
      <w:r>
        <w:t>Through the "Stories from Ancient Times"</w:t>
      </w:r>
    </w:p>
    <w:p>
      <w:r>
        <w:t>[Yes]</w:t>
      </w:r>
    </w:p>
    <w:p>
      <w:r>
        <w:t>He saw a portion of a tale</w:t>
      </w:r>
    </w:p>
    <w:p>
      <w:r>
        <w:t>He was, he came to Rebbe Nassan to.. in order to honor him on.. Yom Tov, {..}, yes</w:t>
      </w:r>
    </w:p>
    <w:p>
      <w:r>
        <w:t>He went to the cabinet, and took out a book, and it was "Stories from Ancient Times"</w:t>
      </w:r>
    </w:p>
    <w:p>
      <w:r>
        <w:t>He saw the "Stories from Ancient Times", he said immediately that this was a {..} new thing, a new wonder that had not been revealed in the world</w:t>
      </w:r>
    </w:p>
    <w:p>
      <w:r>
        <w:t>Yes, that is what he said {Rav Dov of Wa.., Rav Dov of Warsaw, Rav Dov of Warsaw}</w:t>
      </w:r>
    </w:p>
    <w:p>
      <w:r>
        <w:t>[He found the film.., he found the book at Rebbe Nassan's?]</w:t>
      </w:r>
    </w:p>
    <w:p>
      <w:r>
        <w:t>Ah?</w:t>
      </w:r>
    </w:p>
    <w:p>
      <w:r>
        <w:t>[He found the book at Rebbe Nassan's? Where did he find this book?]</w:t>
      </w:r>
    </w:p>
    <w:p>
      <w:r>
        <w:t>Ah, at Rebbe Nassan's, yo</w:t>
      </w:r>
    </w:p>
    <w:p>
      <w:r>
        <w:t>[Which Rebbe Nassan?]</w:t>
      </w:r>
    </w:p>
    <w:p>
      <w:r>
        <w:t>He was in.., he was in Tzfas, he was one..</w:t>
      </w:r>
    </w:p>
    <w:p>
      <w:r>
        <w:t>[Yes]</w:t>
      </w:r>
    </w:p>
    <w:p>
      <w:r>
        <w:t>Who came from Russia, Travitz, Travitz, {..}</w:t>
      </w:r>
    </w:p>
    <w:p>
      <w:r>
        <w:t>[From Travitz, and he was a Breslover Chassid?]</w:t>
      </w:r>
    </w:p>
    <w:p>
      <w:r>
        <w:t>Yes</w:t>
      </w:r>
    </w:p>
    <w:p>
      <w:r>
        <w:t>[Ah, I understood]</w:t>
      </w:r>
    </w:p>
    <w:p>
      <w:r>
        <w:t>But there was, they wanted, wanted to kill him, Rebbe Nassan, it is great miracles {..} that he remained alive, that he is alive</w:t>
      </w:r>
    </w:p>
    <w:p>
      <w:r>
        <w:t>But he, he and Rabbainu laugh at them all</w:t>
      </w:r>
    </w:p>
    <w:p>
      <w:r>
        <w:t>[So Rav Dov of Warsaw saw the "Stories from Ancient Times", and..]</w:t>
      </w:r>
    </w:p>
    <w:p>
      <w:r>
        <w:t>Yes</w:t>
      </w:r>
    </w:p>
    <w:p>
      <w:r>
        <w:t>[Through this he drew close on his own?]</w:t>
      </w:r>
    </w:p>
    <w:p>
      <w:r>
        <w:t>Yes</w:t>
      </w:r>
    </w:p>
    <w:p>
      <w:r>
        <w:t>He saw that this was a supernal wonder that had not yet been revealed in the world</w:t>
      </w:r>
    </w:p>
    <w:p>
      <w:r>
        <w:t>[He understood it on his own? He understood.., he understood it on his own? He understood it on his own?] Yes</w:t>
      </w:r>
    </w:p>
    <w:p>
      <w:r>
        <w:t>[Yes, yes, he sensed it, yes]</w:t>
      </w:r>
    </w:p>
    <w:p>
      <w:r>
        <w:t>Yes, he had heard nothing, only on his own</w:t>
      </w:r>
    </w:p>
    <w:p>
      <w:r>
        <w:t>He saw only a portion of a tale, so he already, he, he said:</w:t>
      </w:r>
    </w:p>
    <w:p>
      <w:r>
        <w:t>That already, the redemption had already come</w:t>
      </w:r>
    </w:p>
    <w:p>
      <w:r>
        <w:t>[And you also drew him close to Breslov? Rav Dov of Warsaw..]</w:t>
      </w:r>
    </w:p>
    <w:p>
      <w:r>
        <w:t>He, he said to me {{that I}}..</w:t>
      </w:r>
    </w:p>
    <w:p>
      <w:r>
        <w:t>"No subject of study is difficult for me..”</w:t>
      </w:r>
    </w:p>
    <w:p>
      <w:r>
        <w:t>[..]</w:t>
      </w:r>
    </w:p>
    <w:p>
      <w:r>
        <w:t>"Only if I study "Likutey Moharan", I am compelled to put on a belt and bind my head</w:t>
      </w:r>
    </w:p>
    <w:p>
      <w:r>
        <w:t>If not, it will burst"</w:t>
      </w:r>
    </w:p>
    <w:p>
      <w:r>
        <w:t>That is what he said to me</w:t>
      </w:r>
    </w:p>
    <w:p>
      <w:r>
        <w:t>[When he studies "Likutey Moharan"?]</w:t>
      </w:r>
    </w:p>
    <w:p>
      <w:r>
        <w:t>Yes</w:t>
      </w:r>
    </w:p>
    <w:p>
      <w:r>
        <w:t>[And "Stories from Ancient Times" too?]</w:t>
      </w:r>
    </w:p>
    <w:p>
      <w:r>
        <w:t>Yes, certainly, every utterance of Rabbainu</w:t>
      </w:r>
    </w:p>
    <w:p>
      <w:r>
        <w:t>{{...}} You know, do not know at all</w:t>
      </w:r>
    </w:p>
    <w:p>
      <w:r>
        <w:t>The redemption already, already exists, there already is.. Rav Dov of Warsaw {...}</w:t>
      </w:r>
    </w:p>
    <w:p>
      <w:r>
        <w:t>[I read that he was the head of the rabbis in the Galil, Rav Dov of Warsaw]</w:t>
      </w:r>
    </w:p>
    <w:p>
      <w:r>
        <w:t>Yes..</w:t>
      </w:r>
    </w:p>
    <w:p>
      <w:r>
        <w:t>[He was..]</w:t>
      </w:r>
    </w:p>
    <w:p>
      <w:r>
        <w:t>He was {he wa..} the head of all the geniuses, of all the redemption, of the entire Torah</w:t>
      </w:r>
    </w:p>
    <w:p>
      <w:r>
        <w:t>[And they did not accept from him? They did not accept th.. Breslov from him? All the people needed to accept] Yes</w:t>
      </w:r>
    </w:p>
    <w:p>
      <w:r>
        <w:t>[From him, that Rebbe..]</w:t>
      </w:r>
    </w:p>
    <w:p>
      <w:r>
        <w:t>If the head does not burst, {and not ….}, he will not be able to live</w:t>
      </w:r>
    </w:p>
    <w:p>
      <w:r>
        <w:t>[He would put a belt, a belt?]</w:t>
      </w:r>
    </w:p>
    <w:p>
      <w:r>
        <w:t>Yes</w:t>
      </w:r>
    </w:p>
    <w:p>
      <w:r>
        <w:t>[Of leather? Or of cloth]</w:t>
      </w:r>
    </w:p>
    <w:p>
      <w:r>
        <w:t>A belt</w:t>
      </w:r>
    </w:p>
    <w:p>
      <w:r>
        <w:t>[Of cloth?]</w:t>
      </w:r>
    </w:p>
    <w:p>
      <w:r>
        <w:t>The.. the.. on the head</w:t>
      </w:r>
    </w:p>
    <w:p>
      <w:r>
        <w:t>[A belt of..]</w:t>
      </w:r>
    </w:p>
    <w:p>
      <w:r>
        <w:t>If not, cannot, cannot study "Likutey Moharan"</w:t>
      </w:r>
    </w:p>
    <w:p>
      <w:r>
        <w:t>[I read that.. in "Yemei Shmuel" he relates that he became blind from so much delving into "Likutey Moharan", he became blind for several years, do you, do you know about this?</w:t>
      </w:r>
    </w:p>
    <w:p>
      <w:r>
        <w:t>That Rav Dov of Warsaw, from so much delving into "Likutey Moharan" he became blind]</w:t>
      </w:r>
    </w:p>
    <w:p>
      <w:r>
        <w:t>Yes</w:t>
      </w:r>
    </w:p>
    <w:p>
      <w:r>
        <w:t>[Because he did, thought..]</w:t>
      </w:r>
    </w:p>
    <w:p>
      <w:r>
        <w:t>He received me like, like I sa.., I was {with him}, Rav Dov of Warsaw, and he..</w:t>
      </w:r>
    </w:p>
    <w:p>
      <w:r>
        <w:t>[……………..]</w:t>
      </w:r>
    </w:p>
    <w:p>
      <w:r>
        <w:t>Is there something</w:t>
      </w:r>
    </w:p>
    <w:p>
      <w:r>
        <w:t>[Yes..]</w:t>
      </w:r>
    </w:p>
    <w:p>
      <w:r>
        <w:t>To eat?</w:t>
      </w:r>
    </w:p>
    <w:p>
      <w:r>
        <w:t>[……..]</w:t>
      </w:r>
    </w:p>
    <w:p>
      <w:r>
        <w:t>[Yes, Rebbe Yisroel, Gil is on the telephone, Gili, your grandson, Gil, Gil..]</w:t>
      </w:r>
    </w:p>
    <w:p>
      <w:r>
        <w:t>Gil? Ah</w:t>
      </w:r>
    </w:p>
    <w:p>
      <w:r>
        <w:t>[He will come on Shabbos together with you here]</w:t>
      </w:r>
    </w:p>
    <w:p>
      <w:r>
        <w:t>{He will be..}</w:t>
      </w:r>
    </w:p>
    <w:p>
      <w:r>
        <w:t>[He will be here on Shabbos, he will come on Shabbos]</w:t>
      </w:r>
    </w:p>
    <w:p>
      <w:r>
        <w:t>Nu, nu</w:t>
      </w:r>
    </w:p>
    <w:p>
      <w:r>
        <w:t>[…….]…</w:t>
      </w:r>
    </w:p>
    <w:p>
      <w:r>
        <w:t>...He did not..</w:t>
      </w:r>
    </w:p>
    <w:p>
      <w:r>
        <w:t>[He, he did not..</w:t>
      </w:r>
    </w:p>
    <w:p>
      <w:r>
        <w:t>Yes, he was not a Chassid at first, Rav Dov of Warsaw was a Litvak?]</w:t>
      </w:r>
    </w:p>
    <w:p>
      <w:r>
        <w:t>No</w:t>
      </w:r>
    </w:p>
    <w:p>
      <w:r>
        <w:t>[He was just a genius?]</w:t>
      </w:r>
    </w:p>
    <w:p>
      <w:r>
        <w:t>He was not a Litvak</w:t>
      </w:r>
    </w:p>
    <w:p>
      <w:r>
        <w:t>[But rather?]</w:t>
      </w:r>
    </w:p>
    <w:p>
      <w:r>
        <w:t>Only he was a chief genius</w:t>
      </w:r>
    </w:p>
    <w:p>
      <w:r>
        <w:t>[..]</w:t>
      </w:r>
    </w:p>
    <w:p>
      <w:r>
        <w:t>A head, a great head</w:t>
      </w:r>
    </w:p>
    <w:p>
      <w:r>
        <w:t>[Before he knew Rabbainu, he was not a Chassid?]</w:t>
      </w:r>
    </w:p>
    <w:p>
      <w:r>
        <w:t>But once he knew Rabbainu, then the "Likutey Moharan" and the Torahs and the tales were opened before him</w:t>
      </w:r>
    </w:p>
    <w:p>
      <w:r>
        <w:t>[Did you study with him?]</w:t>
      </w:r>
    </w:p>
    <w:p>
      <w:r>
        <w:t>He said t.. to me:</w:t>
      </w:r>
    </w:p>
    <w:p>
      <w:r>
        <w:t>"If holy Rabbainu had not made the "Stories from Ancient Times", he would also have been such an awesome innovation"</w:t>
      </w:r>
    </w:p>
    <w:p>
      <w:r>
        <w:t>[Yes?]</w:t>
      </w:r>
    </w:p>
    <w:p>
      <w:r>
        <w:t>And holy Rabbainu revealed this, holy Rabbainu</w:t>
      </w:r>
    </w:p>
    <w:p>
      <w:r>
        <w:t>[Did you study Rabbainu's books together with him?]</w:t>
      </w:r>
    </w:p>
    <w:p>
      <w:r>
        <w:t>Ah?</w:t>
      </w:r>
    </w:p>
    <w:p>
      <w:r>
        <w:t>[Did you study Rabbainu's books together with.. with Rav Dov of Warsaw?</w:t>
      </w:r>
    </w:p>
    <w:p>
      <w:r>
        <w:t>Did you study Rabbainu's books together with him? Together with Rav Dov of Warsaw? Did you study with him together?] We spoke</w:t>
      </w:r>
    </w:p>
    <w:p>
      <w:r>
        <w:t>[You spoke]</w:t>
      </w:r>
    </w:p>
    <w:p>
      <w:r>
        <w:t>We spoke for some timeWe spoke for some time[Yes]He did not need to study [Yes, yes][Yes]He did not need to study [Yes, yes]The entire Torah, everything was in his heart</w:t>
      </w:r>
    </w:p>
    <w:p>
      <w:r>
        <w:t>We spoke for some time</w:t>
      </w:r>
    </w:p>
    <w:p>
      <w:r>
        <w:t>We spoke for some time</w:t>
      </w:r>
    </w:p>
    <w:p>
      <w:r>
        <w:t>[Yes]</w:t>
      </w:r>
    </w:p>
    <w:p>
      <w:r>
        <w:t>He did not need to study [Yes, yes]</w:t>
      </w:r>
    </w:p>
    <w:p>
      <w:r>
        <w:t>[Yes]</w:t>
      </w:r>
    </w:p>
    <w:p>
      <w:r>
        <w:t>He did not need to study [Yes, yes]</w:t>
      </w:r>
    </w:p>
    <w:p>
      <w:r>
        <w:t>[Shmuel Horowitz studied with him; he was his disciple at first]</w:t>
      </w:r>
    </w:p>
    <w:p>
      <w:r>
        <w:t>But he was already speaking of Rabbainu, that he.. {about Rabbainu}, but they did not accept</w:t>
      </w:r>
    </w:p>
    <w:p>
      <w:r>
        <w:t>[They did not accept, yes]</w:t>
      </w:r>
    </w:p>
    <w:p>
      <w:r>
        <w:t>{No\well}, this they did not accept…</w:t>
      </w:r>
    </w:p>
    <w:p>
      <w:r>
        <w:t>...I was with him like we are speaking, friends</w:t>
      </w:r>
    </w:p>
    <w:p>
      <w:r>
        <w:t>[And he would honor you? He would honor you?]</w:t>
      </w:r>
    </w:p>
    <w:p>
      <w:r>
        <w:t>{He\ he..} would honor me, and he was already a great old man</w:t>
      </w:r>
    </w:p>
    <w:p>
      <w:r>
        <w:t>[Yes]</w:t>
      </w:r>
    </w:p>
    <w:p>
      <w:r>
        <w:t>And he would rise, rise before me, {{. . .}}, and gave me great honor…</w:t>
      </w:r>
    </w:p>
    <w:p>
      <w:r>
        <w:t>...[Were you friends? Were you friends?]</w:t>
      </w:r>
    </w:p>
    <w:p>
      <w:r>
        <w:t>What?</w:t>
      </w:r>
    </w:p>
    <w:p>
      <w:r>
        <w:t>[Were you friends?..]</w:t>
      </w:r>
    </w:p>
    <w:p>
      <w:r>
        <w:t>Yes, oh, friends?</w:t>
      </w:r>
    </w:p>
    <w:p>
      <w:r>
        <w:t>Like one body…</w:t>
      </w:r>
    </w:p>
    <w:p>
      <w:r>
        <w:t>...[Saba sings the melody:</w:t>
      </w:r>
    </w:p>
    <w:p>
      <w:r>
        <w:t>{"One who keeps Shabbos, the son with the daughter.."}]</w:t>
      </w:r>
    </w:p>
    <w:p>
      <w:r>
        <w:t>[What song is this? What song is this?]</w:t>
      </w:r>
    </w:p>
    <w:p>
      <w:r>
        <w:t>There will be a very beautiful wedding</w:t>
      </w:r>
    </w:p>
    <w:p>
      <w:r>
        <w:t>[Yes? There will be.. who is the groom? And who is the bride?]</w:t>
      </w:r>
    </w:p>
    <w:p>
      <w:r>
        <w:t>All Eretz Yisroel will dance and rejoice, all Eretz Yisroel, with holy Rabbainu</w:t>
      </w:r>
    </w:p>
    <w:p>
      <w:r>
        <w:t>[Will there be many guests at the wedding? Many guests at the wedding?]…</w:t>
      </w:r>
    </w:p>
    <w:p>
      <w:r>
        <w:t>...Ah, ah, what I suffered, {that they all are}, everyone pointed with a finger: "Here are Breslovers"</w:t>
      </w:r>
    </w:p>
    <w:p>
      <w:r>
        <w:t>We were, two we were, I and Rebbe Yisroel</w:t>
      </w:r>
    </w:p>
    <w:p>
      <w:r>
        <w:t>[What, what? You were two in the world?]</w:t>
      </w:r>
    </w:p>
    <w:p>
      <w:r>
        <w:t>We were two, I came to Yerushalayim, and they did not want to greet me, "This is Breslov"</w:t>
      </w:r>
    </w:p>
    <w:p>
      <w:r>
        <w:t>[Rebbe Yisroel, do you want to wash your hands?]…</w:t>
      </w:r>
    </w:p>
    <w:p>
      <w:r>
        <w:t>...[That the doctors should remain without a livelihood, Chava, not you, all right, all right, now Shimon will take him</w:t>
      </w:r>
    </w:p>
    <w:p>
      <w:r>
        <w:t>Ot azoy, Abba, sit, Shimon will take you]</w:t>
      </w:r>
    </w:p>
    <w:p>
      <w:r>
        <w:t>No, no, no</w:t>
      </w:r>
    </w:p>
    <w:p>
      <w:r>
        <w:t>[No, I want that..]</w:t>
      </w:r>
    </w:p>
    <w:p>
      <w:r>
        <w:t>I have no strength</w:t>
      </w:r>
    </w:p>
    <w:p>
      <w:r>
        <w:t>[Look at the Kinneret, the Kinneret, come sit a little so that the blood will flow in the body, come..</w:t>
      </w:r>
    </w:p>
    <w:p>
      <w:r>
        <w:t>Here Shimon will take you..]</w:t>
      </w:r>
    </w:p>
    <w:p>
      <w:r>
        <w:t>[Move the cart]</w:t>
      </w:r>
    </w:p>
    <w:p>
      <w:r>
        <w:t>[Ot azoy]</w:t>
      </w:r>
    </w:p>
    <w:p>
      <w:r>
        <w:t>Oh..</w:t>
      </w:r>
    </w:p>
    <w:p>
      <w:r>
        <w:t>[A blessing for Shimon, a blessing for Shimon, Abba, make a blessing for Shimon]</w:t>
      </w:r>
    </w:p>
    <w:p>
      <w:r>
        <w:t>[A good match will come to him]</w:t>
      </w:r>
    </w:p>
    <w:p>
      <w:r>
        <w:t>[Right]</w:t>
      </w:r>
    </w:p>
    <w:p>
      <w:r>
        <w:t>[Ot azoy]</w:t>
      </w:r>
    </w:p>
    <w:p>
      <w:r>
        <w:t>[……….]</w:t>
      </w:r>
    </w:p>
    <w:p>
      <w:r>
        <w:t>[..Come]</w:t>
      </w:r>
    </w:p>
    <w:p>
      <w:r>
        <w:t>{Where is Yitzchak?}, and all the sick will be.., will be healthy</w:t>
      </w:r>
    </w:p>
    <w:p>
      <w:r>
        <w:t>[Amen]</w:t>
      </w:r>
    </w:p>
    <w:p>
      <w:r>
        <w:t>Then they will have no work, the doctors, they will have no work</w:t>
      </w:r>
    </w:p>
    <w:p>
      <w:r>
        <w:t>[Right]</w:t>
      </w:r>
    </w:p>
    <w:p>
      <w:r>
        <w:t>[Ot azoy, the..reviving]</w:t>
      </w:r>
    </w:p>
    <w:p>
      <w:r>
        <w:t>Ah, ah</w:t>
      </w:r>
    </w:p>
    <w:p>
      <w:r>
        <w:t>[Do you see how beautiful, do you see how beautiful..]</w:t>
      </w:r>
    </w:p>
    <w:p>
      <w:r>
        <w:t>Ahh..</w:t>
      </w:r>
    </w:p>
    <w:p>
      <w:r>
        <w:t>[Show him the Kinneret]</w:t>
      </w:r>
    </w:p>
    <w:p>
      <w:r>
        <w:t>[Look at the Kinneret, Abba, look..]…</w:t>
      </w:r>
    </w:p>
    <w:p>
      <w:pPr>
        <w:pStyle w:val="Heading2"/>
      </w:pPr>
      <w:r>
        <w:t>Side B (Bais)</w:t>
      </w:r>
    </w:p>
    <w:p>
      <w:r>
        <w:t>...[Saba sings:</w:t>
      </w:r>
    </w:p>
    <w:p>
      <w:r>
        <w:t>"Na Na Nach Nachma Nachman MeUman.."]</w:t>
      </w:r>
    </w:p>
    <w:p>
      <w:r>
        <w:t>All the hospitals will be empty, there are no sick people</w:t>
      </w:r>
    </w:p>
    <w:p>
      <w:r>
        <w:t>[I told you, there will be yeshivas of hospitals, yeshivas, whoever comes to pray]</w:t>
      </w:r>
    </w:p>
    <w:p>
      <w:r>
        <w:t>A yeshiva</w:t>
      </w:r>
    </w:p>
    <w:p>
      <w:r>
        <w:t>[To say {….}, to say Tehillim, he will come to the hospital]</w:t>
      </w:r>
    </w:p>
    <w:p>
      <w:r>
        <w:t>Yes</w:t>
      </w:r>
    </w:p>
    <w:p>
      <w:r>
        <w:t>[Yes]…</w:t>
      </w:r>
    </w:p>
    <w:p>
      <w:r>
        <w:t>...{The sea}, the Sea of Kinneret</w:t>
      </w:r>
    </w:p>
    <w:p>
      <w:r>
        <w:t>[Here, here]</w:t>
      </w:r>
    </w:p>
    <w:p>
      <w:r>
        <w:t>[Straight, straight, Abba, look straight, straight]</w:t>
      </w:r>
    </w:p>
    <w:p>
      <w:r>
        <w:t>[Ask him, what is in..]</w:t>
      </w:r>
    </w:p>
    <w:p>
      <w:r>
        <w:t>[Here are mountains and here is the Sea of Kinneret]</w:t>
      </w:r>
    </w:p>
    <w:p>
      <w:r>
        <w:t>[What is in the Kinneret?]</w:t>
      </w:r>
    </w:p>
    <w:p>
      <w:r>
        <w:t>[What is in the Kinneret? Chava asks]</w:t>
      </w:r>
    </w:p>
    <w:p>
      <w:r>
        <w:t>[….….]</w:t>
      </w:r>
    </w:p>
    <w:p>
      <w:r>
        <w:t>[…]</w:t>
      </w:r>
    </w:p>
    <w:p>
      <w:r>
        <w:t>[……..]…</w:t>
      </w:r>
    </w:p>
    <w:p>
      <w:r>
        <w:t>...[Saba continues singing:</w:t>
      </w:r>
    </w:p>
    <w:p>
      <w:r>
        <w:t>"Na Na Nach Nachma Nachman MeUman.."]…</w:t>
      </w:r>
    </w:p>
    <w:p>
      <w:r>
        <w:t>...{}, no, no, you will not understand, {will die like this}…</w:t>
      </w:r>
    </w:p>
    <w:p>
      <w:r>
        <w:t>...{...} no, no need to live…</w:t>
      </w:r>
    </w:p>
    <w:p>
      <w:r>
        <w:t>...Yes, falsehood, there is falsehood, there is truth</w:t>
      </w:r>
    </w:p>
    <w:p>
      <w:r>
        <w:t>And he has no faith and does not want to rejoice, he will go, you will go, you will go to Meah Shearim…</w:t>
      </w:r>
    </w:p>
    <w:p>
      <w:r>
        <w:t>...Maybe I do not want to hear, what she said…</w:t>
      </w:r>
    </w:p>
    <w:p>
      <w:r>
        <w:t>...Truth, that falsehood is falsehood, and truth is truth</w:t>
      </w:r>
    </w:p>
    <w:p>
      <w:r>
        <w:t>If there is no faith, if there is no understanding, what does he need {...}, no {..} need to live…</w:t>
      </w:r>
    </w:p>
    <w:p>
      <w:r>
        <w:t>...Like this, as he is…</w:t>
      </w:r>
    </w:p>
    <w:p>
      <w:r>
        <w:t>...{….}...</w:t>
      </w:r>
    </w:p>
    <w:p>
      <w:r>
        <w:t>...{…}, leave, leave me, stop talking, I do not want to hear from you or from any person…</w:t>
      </w:r>
    </w:p>
    <w:p>
      <w:r>
        <w:t>...{..}...</w:t>
      </w:r>
    </w:p>
    <w:p>
      <w:r>
        <w:t>...[The friends play and sing:</w:t>
      </w:r>
    </w:p>
    <w:p>
      <w:r>
        <w:t>"In You our fathers trusted, in You they trusted and You delivered them, to You they cried out and escaped, in You they trusted and were not ashamed.." Afterward they sing:</w:t>
      </w:r>
    </w:p>
    <w:p>
      <w:r>
        <w:t>"Fortunate are we that we have such a Rebbe.."]</w:t>
      </w:r>
    </w:p>
    <w:p>
      <w:r>
        <w:t>[You brought us this far, bring us..]</w:t>
      </w:r>
    </w:p>
    <w:p>
      <w:r>
        <w:t>[To Uman]</w:t>
      </w:r>
    </w:p>
    <w:p>
      <w:r>
        <w:t>["Na Na Nach Na.."]</w:t>
      </w:r>
    </w:p>
    <w:p>
      <w:r>
        <w:t>["Nachman MeUman"]</w:t>
      </w:r>
    </w:p>
    <w:p>
      <w:r>
        <w:t>[..Please, please, please, please, please, please, please, Yisroel Saba…. I read here, the peyos will rectify the darkness, this is how peyos are, Nach, Nach, Tzaddik foundation of the world, yes, hidden wisdom, yes, yes, wellspring, wellspring…]</w:t>
      </w:r>
    </w:p>
    <w:p>
      <w:r>
        <w:t>[The friends continue playing and singing:</w:t>
      </w:r>
    </w:p>
    <w:p>
      <w:r>
        <w:t>"Na Na Nach Nachma Nachman MeUman.."]</w:t>
      </w:r>
    </w:p>
    <w:p>
      <w:r>
        <w:t>{..}</w:t>
      </w:r>
    </w:p>
    <w:p>
      <w:r>
        <w:t>[This is the groom, this is the groom..]</w:t>
      </w:r>
    </w:p>
    <w:p>
      <w:r>
        <w:t>[This is the groom]</w:t>
      </w:r>
    </w:p>
    <w:p>
      <w:r>
        <w:t>[…… Happy like this all the time]</w:t>
      </w:r>
    </w:p>
    <w:p>
      <w:r>
        <w:t>[The friends continue playing and singing:</w:t>
      </w:r>
    </w:p>
    <w:p>
      <w:r>
        <w:t>"Na Na Nach Nachma Nachman MeUman.."]</w:t>
      </w:r>
    </w:p>
    <w:p>
      <w:r>
        <w:t>[..In the merit of Rabbainu…… Rebbe Yisroel Odesser……...]</w:t>
      </w:r>
    </w:p>
    <w:p>
      <w:r>
        <w:t>[The friends continue playing and singing:</w:t>
      </w:r>
    </w:p>
    <w:p>
      <w:r>
        <w:t>"Na Na Nach Nachma Nachman MeUman.."]</w:t>
      </w:r>
    </w:p>
    <w:p>
      <w:r>
        <w:t>{...}</w:t>
      </w:r>
    </w:p>
    <w:p>
      <w:r>
        <w:t>[The Rebbe's bones from Russia..]</w:t>
      </w:r>
    </w:p>
    <w:p>
      <w:r>
        <w:t>{.…}</w:t>
      </w:r>
    </w:p>
    <w:p>
      <w:r>
        <w:t>[They will come to Teveria with Rebbe Yisroel Odesser, with Hashem's help, holy Rabbainu …..</w:t>
      </w:r>
    </w:p>
    <w:p>
      <w:r>
        <w:t>The bones of Rebbe Nachman of Breslov, the sea will open, the redemption will come, holy Rabbainu</w:t>
      </w:r>
    </w:p>
    <w:p>
      <w:r>
        <w:t>Only in the merit of Yosef HaTzaddik, whom Rabbainu commanded, and here we have Mashiach himself</w:t>
      </w:r>
    </w:p>
    <w:p>
      <w:r>
        <w:t>Who can bring the Rebbe here, to Eretz Yisroel, in the merit of the.…]</w:t>
      </w:r>
    </w:p>
    <w:p>
      <w:r>
        <w:t>[He spoke about Yosef's bones]</w:t>
      </w:r>
    </w:p>
    <w:p>
      <w:r>
        <w:t>[That Yosef's bones, and this will open all the worlds]</w:t>
      </w:r>
    </w:p>
    <w:p>
      <w:r>
        <w:t>[The friends play and sing:</w:t>
      </w:r>
    </w:p>
    <w:p>
      <w:r>
        <w:t>"In you, our Rabbainu, let us rejoice, in you, our Rabbainu, let us be glad, in you, our Rabbainu, let us rejoice and be glad in you.."</w:t>
      </w:r>
    </w:p>
    <w:p>
      <w:r>
        <w:t>Afterward they sing:</w:t>
      </w:r>
    </w:p>
    <w:p>
      <w:r>
        <w:t>"Who will give me a wing like a dove, I will fly to holy Zion, toward Uman.."</w:t>
      </w:r>
    </w:p>
    <w:p>
      <w:r>
        <w:t>"Na Nach Nachma Nachman MeUman.."</w:t>
      </w:r>
    </w:p>
    <w:p>
      <w:r>
        <w:t>Afterward they sing:</w:t>
      </w:r>
    </w:p>
    <w:p>
      <w:r>
        <w:t>"You brought us this far, bring us {to Uman\to the Temple}"</w:t>
      </w:r>
    </w:p>
    <w:p>
      <w:r>
        <w:t>"Na Nach Nachma Nachman MeUman.."</w:t>
      </w:r>
    </w:p>
    <w:p>
      <w:r>
        <w:t>Afterward they sing:</w:t>
      </w:r>
    </w:p>
    <w:p>
      <w:r>
        <w:t>"Fortunate are we, how good is our portion, that we merited to draw close to Rabbainu..</w:t>
      </w:r>
    </w:p>
    <w:p>
      <w:r>
        <w:t>Uman, Uman, Rosh Hashanah.."</w:t>
      </w:r>
    </w:p>
    <w:p>
      <w:r>
        <w:t>Afterward they sing:</w:t>
      </w:r>
    </w:p>
    <w:p>
      <w:r>
        <w:t>"Fortunate are we that we have such a {Rebbe\Saba}.."]</w:t>
      </w:r>
    </w:p>
    <w:p>
      <w:r>
        <w:t>[Such a Saba, such, such a Saba, such]</w:t>
      </w:r>
    </w:p>
    <w:p>
      <w:r>
        <w:t>[To continue the joy, need to continue]</w:t>
      </w:r>
    </w:p>
    <w:p>
      <w:r>
        <w:t>[What will be? What will be? What will be? Saba, what will be with all of us? What will be?</w:t>
      </w:r>
    </w:p>
    <w:p>
      <w:r>
        <w:t>Soon Av is coming, Tammuz, these are months that.. what months are these?</w:t>
      </w:r>
    </w:p>
    <w:p>
      <w:r>
        <w:t>What will be with these months? What, what is happening?]</w:t>
      </w:r>
    </w:p>
    <w:p>
      <w:r>
        <w:t>[“Fortunate are we, fortunate are we, fortunate are we..”]</w:t>
      </w:r>
    </w:p>
    <w:p>
      <w:r>
        <w:t>[It will be good, we have such a Saba, it will be good]</w:t>
      </w:r>
    </w:p>
    <w:p>
      <w:r>
        <w:t>[“..that we have such a Rebbe..”]</w:t>
      </w:r>
    </w:p>
    <w:p>
      <w:r>
        <w:t>[The best, the most worthwhile, is to serve You, Hashem]</w:t>
      </w:r>
    </w:p>
    <w:p>
      <w:r>
        <w:t>[“..Fortunate are we that we have such a Rebbe..”]</w:t>
      </w:r>
    </w:p>
    <w:p>
      <w:r>
        <w:t>[Only to trust in Hashem; whatever will be, everything is for the good]</w:t>
      </w:r>
    </w:p>
    <w:p>
      <w:r>
        <w:t>[The friends continue playing and singing:</w:t>
      </w:r>
    </w:p>
    <w:p>
      <w:r>
        <w:t>“Fortunate are we that we have such a {Rebbe\Saba}”]</w:t>
      </w:r>
    </w:p>
    <w:p>
      <w:r>
        <w:t>Oy vey..</w:t>
      </w:r>
    </w:p>
    <w:p>
      <w:r>
        <w:t>[The friends continue playing and singing:</w:t>
      </w:r>
    </w:p>
    <w:p>
      <w:r>
        <w:t>“Fortunate are we that we have such a {Rebbe\Saba}”]</w:t>
      </w:r>
    </w:p>
    <w:p>
      <w:r>
        <w:t>{…….}</w:t>
      </w:r>
    </w:p>
    <w:p>
      <w:r>
        <w:t>[……….]</w:t>
      </w:r>
    </w:p>
    <w:p>
      <w:r>
        <w:t>I am such a Rebbe, such a Rebbe, such a Rebbe, such a Rebbe</w:t>
      </w:r>
    </w:p>
    <w:p>
      <w:r>
        <w:t>[Such a Rebbe, such a Rebbe]</w:t>
      </w:r>
    </w:p>
    <w:p>
      <w:r>
        <w:t>[The friends continue playing and singing:</w:t>
      </w:r>
    </w:p>
    <w:p>
      <w:r>
        <w:t>“Fortunate are we that we have such a {Rebbe\Saba}..”]</w:t>
      </w:r>
    </w:p>
    <w:p>
      <w:r>
        <w:t>[Such a Saba]</w:t>
      </w:r>
    </w:p>
    <w:p>
      <w:r>
        <w:t>[Such a Saba, such a Saba, and such a Rebbe, Rebbe, Rebbe..]</w:t>
      </w:r>
    </w:p>
    <w:p>
      <w:r>
        <w:t>[..such a Saba Yisroel]</w:t>
      </w:r>
    </w:p>
    <w:p>
      <w:r>
        <w:t>[Such a Rebbe and such a Saba, and such a Saba and such a Rebbe..</w:t>
      </w:r>
    </w:p>
    <w:p>
      <w:r>
        <w:t>“Oy, Rebbe, Rebbe, ay, ay, ay..”]</w:t>
      </w:r>
    </w:p>
    <w:p>
      <w:r>
        <w:t>[Saba Yisroel in the picture]</w:t>
      </w:r>
    </w:p>
    <w:p>
      <w:r>
        <w:t>[“..Oy Saba Yisroel, ay.. ay.. ay..”]</w:t>
      </w:r>
    </w:p>
    <w:p>
      <w:r>
        <w:t>[Saba Yisroel in the picture, right? Saba Yisroel in the picture, that is what is written in the picture, right? Rebbe Yisroel]</w:t>
      </w:r>
    </w:p>
    <w:p>
      <w:r>
        <w:t>[“..The head of the Children of Israel will rectify..”]</w:t>
      </w:r>
    </w:p>
    <w:p>
      <w:r>
        <w:t>[Saba of the sabas]</w:t>
      </w:r>
    </w:p>
    <w:p>
      <w:r>
        <w:t>[“..the whole world..”]</w:t>
      </w:r>
    </w:p>
    <w:p>
      <w:r>
        <w:t>[Saba Yisroel in the picture]</w:t>
      </w:r>
    </w:p>
    <w:p>
      <w:r>
        <w:t>[Rabbainu, Saba of the sabas]</w:t>
      </w:r>
    </w:p>
    <w:p>
      <w:r>
        <w:t>[“..Rebbe Nachman, ay.. ay.. ay..”]</w:t>
      </w:r>
    </w:p>
    <w:p>
      <w:r>
        <w:t>[The simplest of the simple, Saba of the sabas]</w:t>
      </w:r>
    </w:p>
    <w:p>
      <w:r>
        <w:t>[“..Oy Rebbe Nassan, ay.. ay.. ay..”]</w:t>
      </w:r>
    </w:p>
    <w:p>
      <w:r>
        <w:t>[Oy Rebbe Moshe Breslover]</w:t>
      </w:r>
    </w:p>
    <w:p>
      <w:r>
        <w:t>[..”Oy Rebbe Nachman..”]</w:t>
      </w:r>
    </w:p>
    <w:p>
      <w:r>
        <w:t>[Oy Rebbe Yisroel (Kardonner)]</w:t>
      </w:r>
    </w:p>
    <w:p>
      <w:r>
        <w:t>[“..Oy Rebbe Nassan..”]</w:t>
      </w:r>
    </w:p>
    <w:p>
      <w:r>
        <w:t>[Oy Saba Yisroellll..]</w:t>
      </w:r>
    </w:p>
    <w:p>
      <w:r>
        <w:t>[Words of holiness]</w:t>
      </w:r>
    </w:p>
    <w:p>
      <w:r>
        <w:t>[Afterward Saba and the friends play and sing:</w:t>
      </w:r>
    </w:p>
    <w:p>
      <w:r>
        <w:t>“Our greatness and our glory, our righteous Mashiach will reveal..” {21:03} {21:53}</w:t>
      </w:r>
    </w:p>
    <w:p>
      <w:r>
        <w:t>Afterward they chant the melody of:</w:t>
      </w:r>
    </w:p>
    <w:p>
      <w:r>
        <w:t>“A flowing brook, the source of wisdom..”</w:t>
      </w:r>
    </w:p>
    <w:p>
      <w:r>
        <w:t>Afterward, the melody of “Lecha Dodi..”</w:t>
      </w:r>
    </w:p>
    <w:p>
      <w:r>
        <w:t>Afterward, the melody {of Shabbos}</w:t>
      </w:r>
    </w:p>
    <w:p>
      <w:r>
        <w:t>Afterward they sing:</w:t>
      </w:r>
    </w:p>
    <w:p>
      <w:r>
        <w:t>“Na NaCh NaChMa NaChMan MeUman..” simple, double, triple, quadruple]</w:t>
      </w:r>
    </w:p>
    <w:p>
      <w:r>
        <w:t>[“Na NaCh NaChMa NaChMan MeUman”]</w:t>
      </w:r>
    </w:p>
    <w:p>
      <w:r>
        <w:t>[“Na NaCh NaChMa NaChMan MeUman”]</w:t>
      </w:r>
    </w:p>
    <w:p>
      <w:r>
        <w:t>[“Na NaCh NaChMa NaChMan MeUman”, “Na NaCh NaChMa NaChMan MeUman”..</w:t>
      </w:r>
    </w:p>
    <w:p>
      <w:r>
        <w:t>May his merit protect us, amen, our holy Rabbainu, the hidden and concealed light, N’achal N’ovea M’kor Ch’ochma</w:t>
      </w:r>
    </w:p>
    <w:p>
      <w:r>
        <w:t>Rebbe Nachman son of Feiga, son of Simcha, of Uman]</w:t>
      </w:r>
    </w:p>
    <w:p>
      <w:r>
        <w:t>[Rabbainu wrote a book……]</w:t>
      </w:r>
    </w:p>
    <w:p>
      <w:r>
        <w:t>[Saba of the sabas, “I was victorious and I will be victorious..”]</w:t>
      </w:r>
    </w:p>
    <w:p>
      <w:r>
        <w:t>[The friends play and sing:</w:t>
      </w:r>
    </w:p>
    <w:p>
      <w:r>
        <w:t>“I was victorious and I will be victorious, I finished and I will finish, I am a river that purifies from all stains</w:t>
      </w:r>
    </w:p>
    <w:p>
      <w:r>
        <w:t>I am a man of wonder and my soul is a great wonder, an innovation like me has never existed in the world..”]…</w:t>
      </w:r>
    </w:p>
    <w:p>
      <w:r>
        <w:br w:type="page"/>
      </w:r>
    </w:p>
    <w:p>
      <w:pPr>
        <w:pStyle w:val="Heading1"/>
      </w:pPr>
      <w:r>
        <w:t>Tape 64</w:t>
      </w:r>
    </w:p>
    <w:p>
      <w:pPr>
        <w:pStyle w:val="Heading2"/>
      </w:pPr>
      <w:r>
        <w:t>Side A (Aleph)</w:t>
      </w:r>
    </w:p>
    <w:p>
      <w:r>
        <w:t>...{….} and he opposed me because I became Breslov, but we remained friends, yes [………]</w:t>
      </w:r>
    </w:p>
    <w:p>
      <w:r>
        <w:t>[……...]..…</w:t>
      </w:r>
    </w:p>
    <w:p>
      <w:r>
        <w:t>...[Yes]</w:t>
      </w:r>
    </w:p>
    <w:p>
      <w:r>
        <w:t>{Now?}</w:t>
      </w:r>
    </w:p>
    <w:p>
      <w:r>
        <w:t>[Yes, yes, we spoke with him on the telephone]…</w:t>
      </w:r>
    </w:p>
    <w:p>
      <w:r>
        <w:t>...and we were all friends, but they opposed Breslov</w:t>
      </w:r>
    </w:p>
    <w:p>
      <w:r>
        <w:t>But nevertheless there was friendship and love between us, yes</w:t>
      </w:r>
    </w:p>
    <w:p>
      <w:r>
        <w:t>He took all my books, from Rabbainu and Rebbe Nassan, “Likutei Halachos,” “Likutei..,” {..}</w:t>
      </w:r>
    </w:p>
    <w:p>
      <w:r>
        <w:t>Yes, and he put them in some, in.. in.. in the attic upstairs, upstairs, yes</w:t>
      </w:r>
    </w:p>
    <w:p>
      <w:r>
        <w:t>And I had great sorrow, and he revealed to me that he had done this</w:t>
      </w:r>
    </w:p>
    <w:p>
      <w:r>
        <w:t>And he took a large ladder and brought {them} down and gave them back to me, yes</w:t>
      </w:r>
    </w:p>
    <w:p>
      <w:r>
        <w:t>He asked forgiveness, that he did, that he did this</w:t>
      </w:r>
    </w:p>
    <w:p>
      <w:r>
        <w:t>[…]…</w:t>
      </w:r>
    </w:p>
    <w:p>
      <w:r>
        <w:t>...it found favor in his eyes that I was alone against the entire yeshiva and I was very strong, and he loved me very much…</w:t>
      </w:r>
    </w:p>
    <w:p>
      <w:r>
        <w:t>...you told me that he is on Zechariah Street, that he lives on Zechariah Street…</w:t>
      </w:r>
    </w:p>
    <w:p>
      <w:r>
        <w:t>...oy, I do not know, do you know if he is alive?</w:t>
      </w:r>
    </w:p>
    <w:p>
      <w:r>
        <w:t>[A week ago he still, he was alive]</w:t>
      </w:r>
    </w:p>
    <w:p>
      <w:r>
        <w:t>Yes…</w:t>
      </w:r>
    </w:p>
    <w:p>
      <w:r>
        <w:t>...whom will they kill, they will have no one to kill</w:t>
      </w:r>
    </w:p>
    <w:p>
      <w:r>
        <w:t>If they want to kill us? We will give them bullets…</w:t>
      </w:r>
    </w:p>
    <w:p>
      <w:r>
        <w:t>...[Saba chants the melody of:</w:t>
      </w:r>
    </w:p>
    <w:p>
      <w:r>
        <w:t>“Na NaCh NaChMa NaChMan MeUman..”]</w:t>
      </w:r>
    </w:p>
    <w:p>
      <w:r>
        <w:t>Here in Eretz Yisroel, this is our home, this is our land, this is our life</w:t>
      </w:r>
    </w:p>
    <w:p>
      <w:r>
        <w:t>The gentiles have no share whatsoever in Eretz Yisroel, neither in the Torah nor in Eretz Yisroel, only Jews…</w:t>
      </w:r>
    </w:p>
    <w:p>
      <w:r>
        <w:t>...[Saba continues chanting the melody of:</w:t>
      </w:r>
    </w:p>
    <w:p>
      <w:r>
        <w:t>“Na NaCh NaChMa NaChMan MeUman..”]</w:t>
      </w:r>
    </w:p>
    <w:p>
      <w:r>
        <w:t>The gentiles will not have, {will have}, they will not have Jews, they will have no one to kill,</w:t>
      </w:r>
    </w:p>
    <w:p>
      <w:r>
        <w:t>If they want to kill? We will give them bullets</w:t>
      </w:r>
    </w:p>
    <w:p>
      <w:r>
        <w:t>And we have good bullets whose name is:“Trust”</w:t>
      </w:r>
    </w:p>
    <w:p>
      <w:r>
        <w:t>"Trust, trust', trust"</w:t>
      </w:r>
    </w:p>
    <w:p>
      <w:r>
        <w:t>[……..]…</w:t>
      </w:r>
    </w:p>
    <w:p>
      <w:r>
        <w:t>...do they live in Chevron? [Yes, yes]</w:t>
      </w:r>
    </w:p>
    <w:p>
      <w:r>
        <w:t>Eh?</w:t>
      </w:r>
    </w:p>
    <w:p>
      <w:r>
        <w:t>[In Kiryat Arba]</w:t>
      </w:r>
    </w:p>
    <w:p>
      <w:r>
        <w:t>In Kiryat Arba</w:t>
      </w:r>
    </w:p>
    <w:p>
      <w:r>
        <w:t>[Yes]</w:t>
      </w:r>
    </w:p>
    <w:p>
      <w:r>
        <w:t>{……...}…</w:t>
      </w:r>
    </w:p>
    <w:p>
      <w:r>
        <w:t>...“Na NaCh NaChMa NaChMan MeUman”…</w:t>
      </w:r>
    </w:p>
    <w:p>
      <w:r>
        <w:t>...miracles and wonders</w:t>
      </w:r>
    </w:p>
    <w:p>
      <w:r>
        <w:t>[Ah, blessed is Hashem, you know, Rebbe Yisroel, Rebbe Yisroel, Rebbe.., his honor..]…</w:t>
      </w:r>
    </w:p>
    <w:p>
      <w:r>
        <w:t>...{...} such and such joy, that my friend has such a son, such a righteous son</w:t>
      </w:r>
    </w:p>
    <w:p>
      <w:r>
        <w:t>Ezra, his name is Ezra…</w:t>
      </w:r>
    </w:p>
    <w:p>
      <w:r>
        <w:t>...[In Rabbainu’s books, all the remedies are in Rabbainu’s books</w:t>
      </w:r>
    </w:p>
    <w:p>
      <w:r>
        <w:t>All the remedies are in Rabbainu’s books]…</w:t>
      </w:r>
    </w:p>
    <w:p>
      <w:r>
        <w:t>...the entire Torah {…}, every utterance</w:t>
      </w:r>
    </w:p>
    <w:p>
      <w:r>
        <w:t>[And are there also innovations in the note? In the note, are there innovations that are not in Rabbainu’s books, are there new remedies in the note?]…</w:t>
      </w:r>
    </w:p>
    <w:p>
      <w:r>
        <w:t>...[Rebbe Yisroel, what is the point that is in the note, that is not in the books, the innovation of the note?]…</w:t>
      </w:r>
    </w:p>
    <w:p>
      <w:r>
        <w:t>...{they are beautiful}, blessed is Hashem…</w:t>
      </w:r>
    </w:p>
    <w:p>
      <w:r>
        <w:t>...{…}...</w:t>
      </w:r>
    </w:p>
    <w:p>
      <w:r>
        <w:t>...[But he, he passed away now, he was in Teveria]</w:t>
      </w:r>
    </w:p>
    <w:p>
      <w:r>
        <w:t>Yes</w:t>
      </w:r>
    </w:p>
    <w:p>
      <w:r>
        <w:t>I asked my brother, he was his doctor, he was a clerk for him, a senior clerk for him</w:t>
      </w:r>
    </w:p>
    <w:p>
      <w:r>
        <w:t>So I asked him that he see me…</w:t>
      </w:r>
    </w:p>
    <w:p>
      <w:r>
        <w:t>...for fifty years Doctor David was my doctor</w:t>
      </w:r>
    </w:p>
    <w:p>
      <w:r>
        <w:t>Oy, oy</w:t>
      </w:r>
    </w:p>
    <w:p>
      <w:r>
        <w:t>[And now?]</w:t>
      </w:r>
    </w:p>
    <w:p>
      <w:r>
        <w:t>Now I am his doctor</w:t>
      </w:r>
    </w:p>
    <w:p>
      <w:r>
        <w:t>I will teach him how to conduct himself with me…</w:t>
      </w:r>
    </w:p>
    <w:p>
      <w:r>
        <w:t>...he too is already a very old man, Doctor David in Teveria</w:t>
      </w:r>
    </w:p>
    <w:p>
      <w:r>
        <w:t>He heals all of Teveria…</w:t>
      </w:r>
    </w:p>
    <w:p>
      <w:r>
        <w:t>...{Yes..}...</w:t>
      </w:r>
    </w:p>
    <w:p>
      <w:r>
        <w:t>...to Uman, from his father’s house he went to Uman, without money</w:t>
      </w:r>
    </w:p>
    <w:p>
      <w:r>
        <w:t>“Give, give the shoes, give the clothes, I, you are not my son, I do not want to know you, you are Breslov” ah, do this</w:t>
      </w:r>
    </w:p>
    <w:p>
      <w:r>
        <w:t>[What? What should be done? Rebbe Yisroel]</w:t>
      </w:r>
    </w:p>
    <w:p>
      <w:r>
        <w:t>{Yes}, take this</w:t>
      </w:r>
    </w:p>
    <w:p>
      <w:r>
        <w:t>[What did he say to take?]</w:t>
      </w:r>
    </w:p>
    <w:p>
      <w:r>
        <w:t>Ah..</w:t>
      </w:r>
    </w:p>
    <w:p>
      <w:r>
        <w:t>[What, what should be done with this? Rebbe Yisroel]</w:t>
      </w:r>
    </w:p>
    <w:p>
      <w:r>
        <w:t>Like this</w:t>
      </w:r>
    </w:p>
    <w:p>
      <w:r>
        <w:t>[Ah, he..]…</w:t>
      </w:r>
    </w:p>
    <w:p>
      <w:r>
        <w:t>...Six months old, a year, six months, they pointed with a finger: "This is Breslov"</w:t>
      </w:r>
    </w:p>
    <w:p>
      <w:r>
        <w:t>They pointed with a finger {…} of theirs: "This, this, this, this, this is Breslov"</w:t>
      </w:r>
    </w:p>
    <w:p>
      <w:r>
        <w:t>"Here, he, here he is"</w:t>
      </w:r>
    </w:p>
    <w:p>
      <w:r>
        <w:t>And the father said to Rebbe Yisroel: "You are not my son, go away from here"</w:t>
      </w:r>
    </w:p>
    <w:p>
      <w:r>
        <w:t>He was wealthy, he had a large inheritance, but he said to him, he is not, he said to him that he is not his son, so he does not inherit, he has no, he has no inheritance</w:t>
      </w:r>
    </w:p>
    <w:p>
      <w:r>
        <w:t>And I too, my father and mother, my father was blind and they had great poverty, and they both cried</w:t>
      </w:r>
    </w:p>
    <w:p>
      <w:r>
        <w:t>My father and mother cried: "{Do not do it}, no, do not be "Breslov," who will take you as a groom?</w:t>
      </w:r>
    </w:p>
    <w:p>
      <w:r>
        <w:t>You will die like this, without children, without a wife, without children, what will become of you?</w:t>
      </w:r>
    </w:p>
    <w:p>
      <w:r>
        <w:t>{You} do not be Breslov"</w:t>
      </w:r>
    </w:p>
    <w:p>
      <w:r>
        <w:t>And I said: "Only "Breslov," I do not want, only Breslov"</w:t>
      </w:r>
    </w:p>
    <w:p>
      <w:r>
        <w:t>They both cried: "Do not be "Breslov," who will take you as a groom?</w:t>
      </w:r>
    </w:p>
    <w:p>
      <w:r>
        <w:t>You will n.. no woman and no person will take a Breslover, so then you will die a bachelor, without children"</w:t>
      </w:r>
    </w:p>
    <w:p>
      <w:r>
        <w:t>Ah, ah, drink, drink, make a blessing</w:t>
      </w:r>
    </w:p>
    <w:p>
      <w:r>
        <w:t>[Blessed are You, Hashem our God, King of the universe, by Whose word everything came to be]</w:t>
      </w:r>
    </w:p>
    <w:p>
      <w:r>
        <w:t>Amen</w:t>
      </w:r>
    </w:p>
    <w:p>
      <w:r>
        <w:t>[Thank you very much, Rebbe Yisroel]</w:t>
      </w:r>
    </w:p>
    <w:p>
      <w:r>
        <w:t>Blessed is Hashem, today we have a room and we have a closet</w:t>
      </w:r>
    </w:p>
    <w:p>
      <w:r>
        <w:t>The "Breslovers" have conquered our whole world today</w:t>
      </w:r>
    </w:p>
    <w:p>
      <w:r>
        <w:t>"Here is Breslov, you see?”..</w:t>
      </w:r>
    </w:p>
    <w:p>
      <w:r>
        <w:t>There is a bed, there is a room, there is a bed and there is {Saba\love}, there is and there is everything</w:t>
      </w:r>
    </w:p>
    <w:p>
      <w:r>
        <w:t>Mashiach has not come yet? He will come soon</w:t>
      </w:r>
    </w:p>
    <w:p>
      <w:r>
        <w:t>"The time of the Redemption is very near"</w:t>
      </w:r>
    </w:p>
    <w:p>
      <w:r>
        <w:t>Near—two hundred years is also near; one hundred years is also near</w:t>
      </w:r>
    </w:p>
    <w:p>
      <w:r>
        <w:t>We suffered for five thousand years, so what? One hundred years, no, no, does not enter into the reckoning</w:t>
      </w:r>
    </w:p>
    <w:p>
      <w:r>
        <w:t>Oh.. oh, oy, oy, good, good, {now\you} cover me…</w:t>
      </w:r>
    </w:p>
    <w:p>
      <w:r>
        <w:t>...Mine cried:</w:t>
      </w:r>
    </w:p>
    <w:p>
      <w:r>
        <w:t>"Do not be "Breslov," have mercy on yourself and on us, and do not be Breslov; who will take you as a groom?</w:t>
      </w:r>
    </w:p>
    <w:p>
      <w:r>
        <w:t>No, you will not, you will not marry and you will not have children; what will become of you?"</w:t>
      </w:r>
    </w:p>
    <w:p>
      <w:r>
        <w:t>Ah, ah, ah, ah, ah, ah</w:t>
      </w:r>
    </w:p>
    <w:p>
      <w:r>
        <w:t>He remained without an inheritance; his father was a great merchant, very wealthy, and he remained without an inheritance</w:t>
      </w:r>
    </w:p>
    <w:p>
      <w:r>
        <w:t>He is not his son, {..}, Rebbe Yisroel is not his son, "he is Breslov"…</w:t>
      </w:r>
    </w:p>
    <w:p>
      <w:r>
        <w:t>...{…}…</w:t>
      </w:r>
    </w:p>
    <w:p>
      <w:r>
        <w:t>...{…}...</w:t>
      </w:r>
    </w:p>
    <w:p>
      <w:r>
        <w:t>..."No wife, and you will have no children and no money"</w:t>
      </w:r>
    </w:p>
    <w:p>
      <w:r>
        <w:t>So today, I have a wife—no, the wife already, already passed away; I have a wife in the Land</w:t>
      </w:r>
    </w:p>
    <w:p>
      <w:r>
        <w:t>And I have children and I have money</w:t>
      </w:r>
    </w:p>
    <w:p>
      <w:r>
        <w:t>[Be healthy, be healthy, be healthy, may you merit Mashiach, be healthy for me, I want..]</w:t>
      </w:r>
    </w:p>
    <w:p>
      <w:r>
        <w:t>Yo, may Hashem give {her\you} good fortune</w:t>
      </w:r>
    </w:p>
    <w:p>
      <w:r>
        <w:t>[Oh..]</w:t>
      </w:r>
    </w:p>
    <w:p>
      <w:r>
        <w:t>And success</w:t>
      </w:r>
    </w:p>
    <w:p>
      <w:r>
        <w:t>[Oh..]</w:t>
      </w:r>
    </w:p>
    <w:p>
      <w:r>
        <w:t>And blessing</w:t>
      </w:r>
    </w:p>
    <w:p>
      <w:r>
        <w:t>[Th.. that she should have, she should have a match..]</w:t>
      </w:r>
    </w:p>
    <w:p>
      <w:r>
        <w:t>{…}</w:t>
      </w:r>
    </w:p>
    <w:p>
      <w:r>
        <w:t>[A match, that her groom should come]</w:t>
      </w:r>
    </w:p>
    <w:p>
      <w:r>
        <w:t>And a good match</w:t>
      </w:r>
    </w:p>
    <w:p>
      <w:r>
        <w:t>[[Amen]]</w:t>
      </w:r>
    </w:p>
    <w:p>
      <w:r>
        <w:t>{..}…</w:t>
      </w:r>
    </w:p>
    <w:p>
      <w:r>
        <w:t>...He was a great merchant</w:t>
      </w:r>
    </w:p>
    <w:p>
      <w:r>
        <w:t>[Yes]</w:t>
      </w:r>
    </w:p>
    <w:p>
      <w:r>
        <w:t>And he was very wealthy</w:t>
      </w:r>
    </w:p>
    <w:p>
      <w:r>
        <w:t>[Yes]</w:t>
      </w:r>
    </w:p>
    <w:p>
      <w:r>
        <w:t>And he, and he did not give Rebbe Yisroel (Kardonner), to Rebbe Yisroel, my rebbe</w:t>
      </w:r>
    </w:p>
    <w:p>
      <w:r>
        <w:t>He said to him:</w:t>
      </w:r>
    </w:p>
    <w:p>
      <w:r>
        <w:t>"You are not my son, you will not receive an inheritance, you are Breslov, {..} you will not receive any inheritance at all"</w:t>
      </w:r>
    </w:p>
    <w:p>
      <w:r>
        <w:t>[..That I should have nachas from the children]…</w:t>
      </w:r>
    </w:p>
    <w:p>
      <w:r>
        <w:t>...Long life and good years, and all the salvations</w:t>
      </w:r>
    </w:p>
    <w:p>
      <w:r>
        <w:t>[Amen]</w:t>
      </w:r>
    </w:p>
    <w:p>
      <w:r>
        <w:t>And all good…</w:t>
      </w:r>
    </w:p>
    <w:p>
      <w:r>
        <w:t>...I thought that today was the day, the day, the Sabbath day; it was a mistake for me</w:t>
      </w:r>
    </w:p>
    <w:p>
      <w:r>
        <w:t>[……..I did not tell him anything, I did not even speak with him, I only mentioned it to him, is it possible?</w:t>
      </w:r>
    </w:p>
    <w:p>
      <w:r>
        <w:t>And now he said th.. that he is not there, that he did not know that he.., not the Sabbath day]</w:t>
      </w:r>
    </w:p>
    <w:p>
      <w:r>
        <w:t>[…..…]</w:t>
      </w:r>
    </w:p>
    <w:p>
      <w:r>
        <w:t>[Did they try Saba?]</w:t>
      </w:r>
    </w:p>
    <w:p>
      <w:r>
        <w:t>[……..]</w:t>
      </w:r>
    </w:p>
    <w:p>
      <w:r>
        <w:t>[……..]...</w:t>
      </w:r>
    </w:p>
    <w:p>
      <w:r>
        <w:t>...{May you be} healthy and all, and all the salvations</w:t>
      </w:r>
    </w:p>
    <w:p>
      <w:r>
        <w:t>[Amen]…</w:t>
      </w:r>
    </w:p>
    <w:p>
      <w:r>
        <w:t>...There will be, there will be many who will not believe and will not, and who will laugh, {how many}…</w:t>
      </w:r>
    </w:p>
    <w:p>
      <w:r>
        <w:t>...It is better that they hear slowly, slowly</w:t>
      </w:r>
    </w:p>
    <w:p>
      <w:r>
        <w:t>[Slowly, slowly with this]</w:t>
      </w:r>
    </w:p>
    <w:p>
      <w:r>
        <w:t>Yes, not much</w:t>
      </w:r>
    </w:p>
    <w:p>
      <w:r>
        <w:t>[Not to publicize too much]</w:t>
      </w:r>
    </w:p>
    <w:p>
      <w:r>
        <w:t>Yes</w:t>
      </w:r>
    </w:p>
    <w:p>
      <w:r>
        <w:t>[No, because "in my writings"..]…</w:t>
      </w:r>
    </w:p>
    <w:p>
      <w:r>
        <w:t>...Because they are wise in their own eyes; they think they are wise, but {this}, this is all foolishness and vanity…</w:t>
      </w:r>
    </w:p>
    <w:p>
      <w:r>
        <w:t>...{…} today, this month, that Mashiach will come</w:t>
      </w:r>
    </w:p>
    <w:p>
      <w:r>
        <w:t>[Yes?]</w:t>
      </w:r>
    </w:p>
    <w:p>
      <w:r>
        <w:t>Yes</w:t>
      </w:r>
    </w:p>
    <w:p>
      <w:r>
        <w:t>[Soon?]</w:t>
      </w:r>
    </w:p>
    <w:p>
      <w:r>
        <w:t>But they do not know; {he} revealed</w:t>
      </w:r>
    </w:p>
    <w:p>
      <w:r>
        <w:t>[Yes]</w:t>
      </w:r>
    </w:p>
    <w:p>
      <w:r>
        <w:t>The End, the end, he revealed, but no one knows, only his disciple Rebbe Nassan, and that is all</w:t>
      </w:r>
    </w:p>
    <w:p>
      <w:r>
        <w:t>[And.. and you know?]</w:t>
      </w:r>
    </w:p>
    <w:p>
      <w:r>
        <w:t>No, I do not know</w:t>
      </w:r>
    </w:p>
    <w:p>
      <w:r>
        <w:t>[But you are a disciple of Rabbainu, "the precious disciple"? Yes?</w:t>
      </w:r>
    </w:p>
    <w:p>
      <w:r>
        <w:t>"And about you I said.. my little fire.."]</w:t>
      </w:r>
    </w:p>
    <w:p>
      <w:r>
        <w:t>"Will burn until Mashiach comes," well, it appears from this that I will be at the coming of Mashiach</w:t>
      </w:r>
    </w:p>
    <w:p>
      <w:r>
        <w:t>[Rebbe Yisroel, do all the notes now have to be given away or sold?</w:t>
      </w:r>
    </w:p>
    <w:p>
      <w:r>
        <w:t>All the little notes, all the little note that we made..?]</w:t>
      </w:r>
    </w:p>
    <w:p>
      <w:r>
        <w:t>Ah, to sell</w:t>
      </w:r>
    </w:p>
    <w:p>
      <w:r>
        <w:t>[They have to be sold?]</w:t>
      </w:r>
    </w:p>
    <w:p>
      <w:r>
        <w:t>To sell, to.. to.. to.. {..} to disseminate</w:t>
      </w:r>
    </w:p>
    <w:p>
      <w:r>
        <w:t>[To disseminate a lot]</w:t>
      </w:r>
    </w:p>
    <w:p>
      <w:r>
        <w:t>That there should be in every..</w:t>
      </w:r>
    </w:p>
    <w:p>
      <w:r>
        <w:t>[We made a lot]</w:t>
      </w:r>
    </w:p>
    <w:p>
      <w:r>
        <w:t>At every {time\occasion}, in every home</w:t>
      </w:r>
    </w:p>
    <w:p>
      <w:r>
        <w:t>[Yes]</w:t>
      </w:r>
    </w:p>
    <w:p>
      <w:r>
        <w:t>In every synagogue, in every yeshiva, that there should be, yes</w:t>
      </w:r>
    </w:p>
    <w:p>
      <w:r>
        <w:t>[Do you know? The printer made double; we made six thousand, and he made twelve thousands, for free, th..] The printer?</w:t>
      </w:r>
    </w:p>
    <w:p>
      <w:r>
        <w:t>[Yes, the printer, he made double for free]</w:t>
      </w:r>
    </w:p>
    <w:p>
      <w:r>
        <w:t>Yes</w:t>
      </w:r>
    </w:p>
    <w:p>
      <w:r>
        <w:t>[We paid for six thousand, and he made a gift of six thousand, the printer]</w:t>
      </w:r>
    </w:p>
    <w:p>
      <w:r>
        <w:t>Ah, ah</w:t>
      </w:r>
    </w:p>
    <w:p>
      <w:r>
        <w:t>[Yes]</w:t>
      </w:r>
    </w:p>
    <w:p>
      <w:r>
        <w:t>Another six</w:t>
      </w:r>
    </w:p>
    <w:p>
      <w:r>
        <w:t>[He made six thousand for free]</w:t>
      </w:r>
    </w:p>
    <w:p>
      <w:r>
        <w:t>Yes?</w:t>
      </w:r>
    </w:p>
    <w:p>
      <w:r>
        <w:t>[Six thousand notes, yes, this is very good, yes?]</w:t>
      </w:r>
    </w:p>
    <w:p>
      <w:r>
        <w:t>So they need {to go slowly, as on water}</w:t>
      </w:r>
    </w:p>
    <w:p>
      <w:r>
        <w:t>[Yes]</w:t>
      </w:r>
    </w:p>
    <w:p>
      <w:r>
        <w:t>That in every country, in every place, this should be</w:t>
      </w:r>
    </w:p>
    <w:p>
      <w:r>
        <w:t>[The note]</w:t>
      </w:r>
    </w:p>
    <w:p>
      <w:r>
        <w:t>Yes</w:t>
      </w:r>
    </w:p>
    <w:p>
      <w:r>
        <w:t>Small</w:t>
      </w:r>
    </w:p>
    <w:p>
      <w:r>
        <w:t>[Small, yes, as we made]</w:t>
      </w:r>
    </w:p>
    <w:p>
      <w:r>
        <w:t>{Yes}, yes</w:t>
      </w:r>
    </w:p>
    <w:p>
      <w:r>
        <w:t>[Yes, but do we need to make a million and a million?]</w:t>
      </w:r>
    </w:p>
    <w:p>
      <w:r>
        <w:t>Yes</w:t>
      </w:r>
    </w:p>
    <w:p>
      <w:r>
        <w:t>[Certainly]</w:t>
      </w:r>
    </w:p>
    <w:p>
      <w:r>
        <w:t>Yes, certainly</w:t>
      </w:r>
    </w:p>
    <w:p>
      <w:r>
        <w:t>[Certainly, and afterward Mashiach will come?]</w:t>
      </w:r>
    </w:p>
    <w:p>
      <w:r>
        <w:t>I know, this is Rabbainu, when he will come {{. .}}, {{...}} he revealed</w:t>
      </w:r>
    </w:p>
    <w:p>
      <w:r>
        <w:t>[He revealed]</w:t>
      </w:r>
    </w:p>
    <w:p>
      <w:r>
        <w:t>But they do not know; {this} is a secret</w:t>
      </w:r>
    </w:p>
    <w:p>
      <w:r>
        <w:t>Only Rebbe Nassan, {{. .}} Rebbe Nassan, perhaps one more knew of this secret</w:t>
      </w:r>
    </w:p>
    <w:p>
      <w:r>
        <w:t>[Yes]</w:t>
      </w:r>
    </w:p>
    <w:p>
      <w:r>
        <w:t>It is a secret, a terrible secret</w:t>
      </w:r>
    </w:p>
    <w:p>
      <w:r>
        <w:t>[But he said, "Mashiach, {will come}</w:t>
      </w:r>
    </w:p>
    <w:p>
      <w:r>
        <w:t>Be strong and courageous, and courageous in your service, Na Nach Nachma Nachman MeUman"</w:t>
      </w:r>
    </w:p>
    <w:p>
      <w:r>
        <w:t>When we received the notes, we put into all the boxes that all..]…</w:t>
      </w:r>
    </w:p>
    <w:p>
      <w:pPr>
        <w:pStyle w:val="Heading2"/>
      </w:pPr>
      <w:r>
        <w:t>Side B (Bais)</w:t>
      </w:r>
    </w:p>
    <w:p>
      <w:r>
        <w:t>...and the "Likutey Moharan" {like this}, this, this is th.., this is already the redemption</w:t>
      </w:r>
    </w:p>
    <w:p>
      <w:r>
        <w:t>[The beginning of the redemption, yes? To sell to all the soldiers?]</w:t>
      </w:r>
    </w:p>
    <w:p>
      <w:r>
        <w:t>Yes</w:t>
      </w:r>
    </w:p>
    <w:p>
      <w:r>
        <w:t>And they need to speak with the government</w:t>
      </w:r>
    </w:p>
    <w:p>
      <w:r>
        <w:t>[Yes]</w:t>
      </w:r>
    </w:p>
    <w:p>
      <w:r>
        <w:t>That.. at the time when.. {..} th.. the sol.., the soldier enters in.. in.. {to work}, to his work</w:t>
      </w:r>
    </w:p>
    <w:p>
      <w:r>
        <w:t>[Yes]</w:t>
      </w:r>
    </w:p>
    <w:p>
      <w:r>
        <w:t>They will give him the book "Likutey Moharan" and "Likutey Tefilos"</w:t>
      </w:r>
    </w:p>
    <w:p>
      <w:r>
        <w:t>[Yes]</w:t>
      </w:r>
    </w:p>
    <w:p>
      <w:r>
        <w:t>Then there will be a new world</w:t>
      </w:r>
    </w:p>
    <w:p>
      <w:r>
        <w:t>[Yes, yes, this is how we spoke with all the friends yesterday</w:t>
      </w:r>
    </w:p>
    <w:p>
      <w:r>
        <w:t>That they need to print many, many "Likutey Moharan" and sell them to the soldiers]</w:t>
      </w:r>
    </w:p>
    <w:p>
      <w:r>
        <w:t>Yes, to sell</w:t>
      </w:r>
    </w:p>
    <w:p>
      <w:r>
        <w:t>[To sell to the soldiers]</w:t>
      </w:r>
    </w:p>
    <w:p>
      <w:r>
        <w:t>And "Likutey Tefilos"</w:t>
      </w:r>
    </w:p>
    <w:p>
      <w:r>
        <w:t>[Yes, that too]</w:t>
      </w:r>
    </w:p>
    <w:p>
      <w:r>
        <w:t>Yes, this is the light of the redemption</w:t>
      </w:r>
    </w:p>
    <w:p>
      <w:r>
        <w:t>[Certainly]…</w:t>
      </w:r>
    </w:p>
    <w:p>
      <w:r>
        <w:t>...They said to.. to.. the Arabs that you should not give</w:t>
      </w:r>
    </w:p>
    <w:p>
      <w:r>
        <w:t>[Yes, yes]</w:t>
      </w:r>
    </w:p>
    <w:p>
      <w:r>
        <w:t>Eh?</w:t>
      </w:r>
    </w:p>
    <w:p>
      <w:r>
        <w:t>[Not to, not to give, yes, not to give Eretz Yisroel]</w:t>
      </w:r>
    </w:p>
    <w:p>
      <w:r>
        <w:t>We will not give</w:t>
      </w:r>
    </w:p>
    <w:p>
      <w:r>
        <w:t>[But they want to give the Golan now]</w:t>
      </w:r>
    </w:p>
    <w:p>
      <w:r>
        <w:t>Eh?</w:t>
      </w:r>
    </w:p>
    <w:p>
      <w:r>
        <w:t>[They want to give the Golan, the Golan they, they want to {claim\give}]</w:t>
      </w:r>
    </w:p>
    <w:p>
      <w:r>
        <w:t>We will not give, we will not give</w:t>
      </w:r>
    </w:p>
    <w:p>
      <w:r>
        <w:t>[Yes]</w:t>
      </w:r>
    </w:p>
    <w:p>
      <w:r>
        <w:t>We will not give</w:t>
      </w:r>
    </w:p>
    <w:p>
      <w:r>
        <w:t>[Certainly, but they want to]</w:t>
      </w:r>
    </w:p>
    <w:p>
      <w:r>
        <w:t>They want to?</w:t>
      </w:r>
    </w:p>
    <w:p>
      <w:r>
        <w:t>[The government]</w:t>
      </w:r>
    </w:p>
    <w:p>
      <w:r>
        <w:t>Nu, let them want</w:t>
      </w:r>
    </w:p>
    <w:p>
      <w:r>
        <w:t>[They.., they gave Jericho and Gaza now, Jericho and Gaza they gave to the Arabs</w:t>
      </w:r>
    </w:p>
    <w:p>
      <w:r>
        <w:t>And Arafat will soon enter Jericho]…</w:t>
      </w:r>
    </w:p>
    <w:p>
      <w:r>
        <w:t>...The "Sippurei Maasiyos"</w:t>
      </w:r>
    </w:p>
    <w:p>
      <w:r>
        <w:t>[Yes, that too]</w:t>
      </w:r>
    </w:p>
    <w:p>
      <w:r>
        <w:t>Certainly</w:t>
      </w:r>
    </w:p>
    <w:p>
      <w:r>
        <w:t>["Sippurei Maasiyos"]</w:t>
      </w:r>
    </w:p>
    <w:p>
      <w:r>
        <w:t>That the entire army should read the what is this, what there is, they will see what, what, what, what there is in the world [Yes]</w:t>
      </w:r>
    </w:p>
    <w:p>
      <w:r>
        <w:t>But.. {near}, near</w:t>
      </w:r>
    </w:p>
    <w:p>
      <w:r>
        <w:t>[Near, the redemption is near]</w:t>
      </w:r>
    </w:p>
    <w:p>
      <w:r>
        <w:t>Yes</w:t>
      </w:r>
    </w:p>
    <w:p>
      <w:r>
        <w:t>[Has Mashiach already been born?]</w:t>
      </w:r>
    </w:p>
    <w:p>
      <w:r>
        <w:t>We do not know anything, Rabbainu HaKadosh revealed everything, how the coming of Mashiach will be</w:t>
      </w:r>
    </w:p>
    <w:p>
      <w:r>
        <w:t>[Yes?]</w:t>
      </w:r>
    </w:p>
    <w:p>
      <w:r>
        <w:t>{{…}}, and when he will come, we know, the month we know, in Nissan</w:t>
      </w:r>
    </w:p>
    <w:p>
      <w:r>
        <w:t>[Yes, in Nissan]</w:t>
      </w:r>
    </w:p>
    <w:p>
      <w:r>
        <w:t>Yes, he will come in.. in the month of Nissan</w:t>
      </w:r>
    </w:p>
    <w:p>
      <w:r>
        <w:t>[But in this year?]</w:t>
      </w:r>
    </w:p>
    <w:p>
      <w:r>
        <w:t>{..}, no, no, we do not know</w:t>
      </w:r>
    </w:p>
    <w:p>
      <w:r>
        <w:t>[But only in the month of Nissan]</w:t>
      </w:r>
    </w:p>
    <w:p>
      <w:r>
        <w:t>But the month, Nissan</w:t>
      </w:r>
    </w:p>
    <w:p>
      <w:r>
        <w:t>[This, this we know]</w:t>
      </w:r>
    </w:p>
    <w:p>
      <w:r>
        <w:t>{..}</w:t>
      </w:r>
    </w:p>
    <w:p>
      <w:r>
        <w:t>[At the conclusion of.., at the conclusion of Pesach? At the conclusion of Pesach? At the conclusion of Pesach?]</w:t>
      </w:r>
    </w:p>
    <w:p>
      <w:r>
        <w:t>{..} We do not know</w:t>
      </w:r>
    </w:p>
    <w:p>
      <w:r>
        <w:t>[Ah, we do not know, only in the month of Nissan]</w:t>
      </w:r>
    </w:p>
    <w:p>
      <w:r>
        <w:t>The month of Nissan</w:t>
      </w:r>
    </w:p>
    <w:p>
      <w:r>
        <w:t>The Gemara says:</w:t>
      </w:r>
    </w:p>
    <w:p>
      <w:r>
        <w:t>[Yes]</w:t>
      </w:r>
    </w:p>
    <w:p>
      <w:r>
        <w:t>"In Nissan they were redeemed, in Nissan they will be redeemed"</w:t>
      </w:r>
    </w:p>
    <w:p>
      <w:r>
        <w:t>[Ah]</w:t>
      </w:r>
    </w:p>
    <w:p>
      <w:r>
        <w:t>We, our redemption was in Nissan</w:t>
      </w:r>
    </w:p>
    <w:p>
      <w:r>
        <w:t>[Yes, yes, in Egypt]</w:t>
      </w:r>
    </w:p>
    <w:p>
      <w:r>
        <w:t>And now too it will be in Nissan</w:t>
      </w:r>
    </w:p>
    <w:p>
      <w:r>
        <w:t>[Ah]</w:t>
      </w:r>
    </w:p>
    <w:p>
      <w:r>
        <w:t>But there is no, the non-Jews are not committing murders</w:t>
      </w:r>
    </w:p>
    <w:p>
      <w:r>
        <w:t>[Yes]</w:t>
      </w:r>
    </w:p>
    <w:p>
      <w:r>
        <w:t>Eh?</w:t>
      </w:r>
    </w:p>
    <w:p>
      <w:r>
        <w:t>[Yes]</w:t>
      </w:r>
    </w:p>
    <w:p>
      <w:r>
        <w:t>As they did</w:t>
      </w:r>
    </w:p>
    <w:p>
      <w:r>
        <w:t>[No, no]</w:t>
      </w:r>
    </w:p>
    <w:p>
      <w:r>
        <w:t>No?</w:t>
      </w:r>
    </w:p>
    <w:p>
      <w:r>
        <w:t>[But there must be Gog and Magog, the war of Gog and Magog before this?]</w:t>
      </w:r>
    </w:p>
    <w:p>
      <w:r>
        <w:t>Eh?</w:t>
      </w:r>
    </w:p>
    <w:p>
      <w:r>
        <w:t>[Must there be the war of Gog and Magog before Mashiach or not?]</w:t>
      </w:r>
    </w:p>
    <w:p>
      <w:r>
        <w:t>What must there be? What? {..}</w:t>
      </w:r>
    </w:p>
    <w:p>
      <w:r>
        <w:t>[Was there the war of Gog and Magog before Mashiach or not?]</w:t>
      </w:r>
    </w:p>
    <w:p>
      <w:r>
        <w:t>{We do not know, no, I do not know}</w:t>
      </w:r>
    </w:p>
    <w:p>
      <w:r>
        <w:t>[Does there need to be the war of Gog and Magog before Mashiach or not?]</w:t>
      </w:r>
    </w:p>
    <w:p>
      <w:r>
        <w:t>{{. .}}</w:t>
      </w:r>
    </w:p>
    <w:p>
      <w:r>
        <w:t>[We do not know?]</w:t>
      </w:r>
    </w:p>
    <w:p>
      <w:r>
        <w:t>We do not know</w:t>
      </w:r>
    </w:p>
    <w:p>
      <w:r>
        <w:t>We know that Rabbainu is the redemption</w:t>
      </w:r>
    </w:p>
    <w:p>
      <w:r>
        <w:t>[Yes]</w:t>
      </w:r>
    </w:p>
    <w:p>
      <w:r>
        <w:t>The "Likutey Moharan" is the redemption</w:t>
      </w:r>
    </w:p>
    <w:p>
      <w:r>
        <w:t>The "Likutey Tefilos" is the redemption</w:t>
      </w:r>
    </w:p>
    <w:p>
      <w:r>
        <w:t>The "Likutey Halachos" is the redemption</w:t>
      </w:r>
    </w:p>
    <w:p>
      <w:r>
        <w:t>[All the books of Rabbainu]</w:t>
      </w:r>
    </w:p>
    <w:p>
      <w:r>
        <w:t>Yes</w:t>
      </w:r>
    </w:p>
    <w:p>
      <w:r>
        <w:t>All his words, every utterance of his is the entire Torah</w:t>
      </w:r>
    </w:p>
    <w:p>
      <w:r>
        <w:t>[Yes]</w:t>
      </w:r>
    </w:p>
    <w:p>
      <w:r>
        <w:t>There is "Likutey Moharan" in the world</w:t>
      </w:r>
    </w:p>
    <w:p>
      <w:r>
        <w:t>There is "Sippurei Maasiyos" in the world</w:t>
      </w:r>
    </w:p>
    <w:p>
      <w:r>
        <w:t>"The Seven Beggars", is it in the world?</w:t>
      </w:r>
    </w:p>
    <w:p>
      <w:r>
        <w:t>[Yes..</w:t>
      </w:r>
    </w:p>
    <w:p>
      <w:r>
        <w:t>And there is also "Na Na ch"]</w:t>
      </w:r>
    </w:p>
    <w:p>
      <w:r>
        <w:t>Wow, Rabbainu HaKadosh revealed this</w:t>
      </w:r>
    </w:p>
    <w:p>
      <w:r>
        <w:t>[Yes]</w:t>
      </w:r>
    </w:p>
    <w:p>
      <w:r>
        <w:t>"Na Na ch Na cham Na chman MeUman"</w:t>
      </w:r>
    </w:p>
    <w:p>
      <w:r>
        <w:t>"Na Na ch Na cham Na chman MeUman"</w:t>
      </w:r>
    </w:p>
    <w:p>
      <w:r>
        <w:t>In the world they saw, they saw from this, from the name of Rabbainu, from "Na Na ch" they saw many miracles</w:t>
      </w:r>
    </w:p>
    <w:p>
      <w:r>
        <w:t>[..]</w:t>
      </w:r>
    </w:p>
    <w:p>
      <w:r>
        <w:t>Yes</w:t>
      </w:r>
    </w:p>
    <w:p>
      <w:r>
        <w:t>[What miracles?]</w:t>
      </w:r>
    </w:p>
    <w:p>
      <w:r>
        <w:t>Sick people for whom there was no, no cure at all, sick people for whom there is no cure at all</w:t>
      </w:r>
    </w:p>
    <w:p>
      <w:r>
        <w:t>[Yes]</w:t>
      </w:r>
    </w:p>
    <w:p>
      <w:r>
        <w:t>And through this {…} that they said "Na Na ch", and they were healed</w:t>
      </w:r>
    </w:p>
    <w:p>
      <w:r>
        <w:t>[This is a cure]</w:t>
      </w:r>
    </w:p>
    <w:p>
      <w:r>
        <w:t>Yes, a cure {complete\and salvation}</w:t>
      </w:r>
    </w:p>
    <w:p>
      <w:r>
        <w:t>[A cure for the soul or a cure for the body?]</w:t>
      </w:r>
    </w:p>
    <w:p>
      <w:r>
        <w:t>Eh?</w:t>
      </w:r>
    </w:p>
    <w:p>
      <w:r>
        <w:t>[A cure for the soul or a cure for the body?]</w:t>
      </w:r>
    </w:p>
    <w:p>
      <w:r>
        <w:t>For the soul and for the body and.. and for everything</w:t>
      </w:r>
    </w:p>
    <w:p>
      <w:r>
        <w:t>[Everything]…</w:t>
      </w:r>
    </w:p>
    <w:p>
      <w:r>
        <w:t>...[Rebbe Yisroel (Kardonner), what needs to be done with the bones of, of Rabbainu?</w:t>
      </w:r>
    </w:p>
    <w:p>
      <w:r>
        <w:t>With the bones of Rabbainu, with the grave wh.., the grave, what needs to be done now?]</w:t>
      </w:r>
    </w:p>
    <w:p>
      <w:r>
        <w:t>We do not know</w:t>
      </w:r>
    </w:p>
    <w:p>
      <w:r>
        <w:t>[But does Rabbainu need to come here to Eretz Yisroel?]</w:t>
      </w:r>
    </w:p>
    <w:p>
      <w:r>
        <w:t>{…}, we do not know, if Rabbainu had been {...} wants to Eretz Yisroel</w:t>
      </w:r>
    </w:p>
    <w:p>
      <w:r>
        <w:t>[Yes]</w:t>
      </w:r>
    </w:p>
    <w:p>
      <w:r>
        <w:t>The entire government {..} in the world would, would agree</w:t>
      </w:r>
    </w:p>
    <w:p>
      <w:r>
        <w:t>[Yes]</w:t>
      </w:r>
    </w:p>
    <w:p>
      <w:r>
        <w:t>They would receive him joyfully, nu, we will see</w:t>
      </w:r>
    </w:p>
    <w:p>
      <w:r>
        <w:t>[We will see, but do we need to help Sharon? Do we need to help Sharon for this? Sharon, Sharon] Sharon, no, {{….}}, nothing, what, what? What is Sharon?</w:t>
      </w:r>
    </w:p>
    <w:p>
      <w:r>
        <w:t>[I understand he is involved with this]</w:t>
      </w:r>
    </w:p>
    <w:p>
      <w:r>
        <w:t>{...}</w:t>
      </w:r>
    </w:p>
    <w:p>
      <w:r>
        <w:t>[Do we not need to help him for this?]</w:t>
      </w:r>
    </w:p>
    <w:p>
      <w:r>
        <w:t>Eh</w:t>
      </w:r>
    </w:p>
    <w:p>
      <w:r>
        <w:t>[But does Rabbainu want to come to Eretz Yisroel or remain in Uman? Do you know?]</w:t>
      </w:r>
    </w:p>
    <w:p>
      <w:r>
        <w:t>I have no st.., {...} I do not know, {and also} I have no strength to speak</w:t>
      </w:r>
    </w:p>
    <w:p>
      <w:r>
        <w:t>[Ah]</w:t>
      </w:r>
    </w:p>
    <w:p>
      <w:r>
        <w:t>Your brother, where is your brother?</w:t>
      </w:r>
    </w:p>
    <w:p>
      <w:r>
        <w:t>[My brother is in France, in Paris]</w:t>
      </w:r>
    </w:p>
    <w:p>
      <w:r>
        <w:t>Avraham?</w:t>
      </w:r>
    </w:p>
    <w:p>
      <w:r>
        <w:t>[No, my brother is not Avraham, yes, there is, I have a brother who is called Avraham, I have a photo of him, a picture]…</w:t>
      </w:r>
    </w:p>
    <w:p>
      <w:r>
        <w:t>...{What} how I live, this is impossible to understand, it is above nature, fr.., impossible to understand…</w:t>
      </w:r>
    </w:p>
    <w:p>
      <w:r>
        <w:t>...Those opposed to Breslov, no, they have, they have no place at all</w:t>
      </w:r>
    </w:p>
    <w:p>
      <w:r>
        <w:t>Th.. they took from them the house, the synagogue and the books, and they, they {..}, they are in darkness, in great darkness…</w:t>
      </w:r>
    </w:p>
    <w:p>
      <w:r>
        <w:t>...Rabbi Alfandari, did you hear {how much}?</w:t>
      </w:r>
    </w:p>
    <w:p>
      <w:r>
        <w:t>[Yes]</w:t>
      </w:r>
    </w:p>
    <w:p>
      <w:r>
        <w:t>He was the gaon of the generation</w:t>
      </w:r>
    </w:p>
    <w:p>
      <w:r>
        <w:t>He pleaded on my behalf, to give me bread to eat</w:t>
      </w:r>
    </w:p>
    <w:p>
      <w:r>
        <w:t>{Then …. to me}, they said to him:</w:t>
      </w:r>
    </w:p>
    <w:p>
      <w:r>
        <w:t>"No, he, we do not {..}.., we will not give him anything, he studies Breslov books"</w:t>
      </w:r>
    </w:p>
    <w:p>
      <w:r>
        <w:t>[…..…]</w:t>
      </w:r>
    </w:p>
    <w:p>
      <w:r>
        <w:t>[…]…</w:t>
      </w:r>
    </w:p>
    <w:p>
      <w:r>
        <w:t>...{The children} suffered cold and great hunger</w:t>
      </w:r>
    </w:p>
    <w:p>
      <w:r>
        <w:t>{...}, I did not have bread to give them, bread, bread, {..}…</w:t>
      </w:r>
    </w:p>
    <w:p>
      <w:r>
        <w:t>...{Him}, with all the blessings and with all the salvations speedily…</w:t>
      </w:r>
    </w:p>
    <w:p>
      <w:r>
        <w:t>...{…}...</w:t>
      </w:r>
    </w:p>
    <w:p>
      <w:r>
        <w:t>...For all the elderly who are over.. over seventy years, and generally they have no money, and they speak money</w:t>
      </w:r>
    </w:p>
    <w:p>
      <w:r>
        <w:t>Nu, what will be with the {{bo..}}.., the books?</w:t>
      </w:r>
    </w:p>
    <w:p>
      <w:r>
        <w:t>{{. .}}, then, then I consoled myself, my children also want to print the books of Rabbainu</w:t>
      </w:r>
    </w:p>
    <w:p>
      <w:r>
        <w:t>Then it will be {printed}…</w:t>
      </w:r>
    </w:p>
    <w:p>
      <w:r>
        <w:t>...{…} in Hashem Yisbarach, {…}</w:t>
      </w:r>
    </w:p>
    <w:p>
      <w:r>
        <w:t>Such a secret had never yet been, from the day of the creation of the world it had not been</w:t>
      </w:r>
    </w:p>
    <w:p>
      <w:r>
        <w:t>{But} we received the {Written} Torah and the Oral Torah, and there were such tzaddikim</w:t>
      </w:r>
    </w:p>
    <w:p>
      <w:r>
        <w:t>But Rabbainu…</w:t>
      </w:r>
    </w:p>
    <w:p>
      <w:r>
        <w:t>...Had never yet been in the world</w:t>
      </w:r>
    </w:p>
    <w:p>
      <w:r>
        <w:t>There had already been Moshe Rabbainu and all the tzaddikim, Avraham, Yitzchak, and Yaakov, {..}</w:t>
      </w:r>
    </w:p>
    <w:p>
      <w:r>
        <w:t>But Rebbe.., {but\everything} Rabbainu</w:t>
      </w:r>
    </w:p>
    <w:p>
      <w:r>
        <w:t>Rebbe Nassan was, once sat in his sukkah, in the sukkah</w:t>
      </w:r>
    </w:p>
    <w:p>
      <w:r>
        <w:t>And he was a gaon, he knew al.., th.. the names of all the tzaddikim</w:t>
      </w:r>
    </w:p>
    <w:p>
      <w:r>
        <w:t>He began to think from the beginning, from Avraham, Yitzchak, Yaakov, and.. and Moshe Rabbainu, {…….}</w:t>
      </w:r>
    </w:p>
    <w:p>
      <w:r>
        <w:t>With all of them he.., {estimates\compares} Rabbainu to them</w:t>
      </w:r>
    </w:p>
    <w:p>
      <w:r>
        <w:t>"Oy, this was such a chiddush, that he revealed, revealed this and this, and this, but Rabbainu.."</w:t>
      </w:r>
    </w:p>
    <w:p>
      <w:r>
        <w:t>And so he would be thinking, {he all the tzaddikim who were}, and of all of them {said} "But Rabbainu.."</w:t>
      </w:r>
    </w:p>
    <w:p>
      <w:r>
        <w:t>In his sukkah</w:t>
      </w:r>
    </w:p>
    <w:p>
      <w:r>
        <w:t>"But Rabbainu.. this was such a wonder, such a chiddush</w:t>
      </w:r>
    </w:p>
    <w:p>
      <w:r>
        <w:t>But Rabbainu is "N'achal N'ovea M'ekor {Ch'ochmah}"</w:t>
      </w:r>
    </w:p>
    <w:p>
      <w:r>
        <w:t>And now there is "N'achal N'ovea {{from Meron}}</w:t>
      </w:r>
    </w:p>
    <w:p>
      <w:r>
        <w:t>"But Rabbainu.. this, he was such a chiddush, but Rabbainu.."</w:t>
      </w:r>
    </w:p>
    <w:p>
      <w:r>
        <w:t>"But Rabbainu.. this, he was such a chiddush, that he revealed al.., such wonders, but Rabbainu.."</w:t>
      </w:r>
    </w:p>
    <w:p>
      <w:r>
        <w:t>[Saba, my neighbors, the neighbors who live..]</w:t>
      </w:r>
    </w:p>
    <w:p>
      <w:r>
        <w:t>Huh?</w:t>
      </w:r>
    </w:p>
    <w:p>
      <w:r>
        <w:t>[..my neighbors]</w:t>
      </w:r>
    </w:p>
    <w:p>
      <w:r>
        <w:t>Nu</w:t>
      </w:r>
    </w:p>
    <w:p>
      <w:r>
        <w:t>[Who live downstairs, they drew close to Rabbainu]</w:t>
      </w:r>
    </w:p>
    <w:p>
      <w:r>
        <w:t>They hear</w:t>
      </w:r>
    </w:p>
    <w:p>
      <w:r>
        <w:t>[They drew close to Rabbainu now, they drew close to Rabbainu]</w:t>
      </w:r>
    </w:p>
    <w:p>
      <w:r>
        <w:t>Yes?</w:t>
      </w:r>
    </w:p>
    <w:p>
      <w:r>
        <w:t>[Now, recently]</w:t>
      </w:r>
    </w:p>
    <w:p>
      <w:r>
        <w:t>Yes</w:t>
      </w:r>
    </w:p>
    <w:p>
      <w:r>
        <w:t>[And yesterday, yesterday they returned from Uman, he and his wife]</w:t>
      </w:r>
    </w:p>
    <w:p>
      <w:r>
        <w:t>Yes?</w:t>
      </w:r>
    </w:p>
    <w:p>
      <w:r>
        <w:t>[Both of them were in Uman, he was with the Rebbe for Shavuos.., in Uman, he was.. {for the festival of Shavuos}, and he saw..] Why did he {take}.., did he not take me?</w:t>
      </w:r>
    </w:p>
    <w:p>
      <w:r>
        <w:t>[He saw that Rabbainu is such a wonder, so he returned, and he took his wife and traveled once again together with his wife] He will rectify us and all, all the sinners, all the wicked, {all ...}</w:t>
      </w:r>
    </w:p>
    <w:p>
      <w:r>
        <w:t>This is what he said, {here} we, he will rectify, rectify and rectify, anew</w:t>
      </w:r>
    </w:p>
    <w:p>
      <w:r>
        <w:t>There are things that are impossible to rectify, but he makes new</w:t>
      </w:r>
    </w:p>
    <w:p>
      <w:r>
        <w:t>[He does not rectify, he makes new]</w:t>
      </w:r>
    </w:p>
    <w:p>
      <w:r>
        <w:t>He is completely new; at every moment he is new, and makes us new</w:t>
      </w:r>
    </w:p>
    <w:p>
      <w:r>
        <w:t>[Ahh..]</w:t>
      </w:r>
    </w:p>
    <w:p>
      <w:r>
        <w:t>How do {..} the neighbors know? They hear such words, such a {word}, {..}</w:t>
      </w:r>
    </w:p>
    <w:p>
      <w:r>
        <w:t>[Maybe, they heard, maybe they heard us, that we were here many times, we sang</w:t>
      </w:r>
    </w:p>
    <w:p>
      <w:r>
        <w:t>We would sing here together]</w:t>
      </w:r>
    </w:p>
    <w:p>
      <w:r>
        <w:t>{Yes}</w:t>
      </w:r>
    </w:p>
    <w:p>
      <w:r>
        <w:t>[Singing together, maybe this brought about effects]</w:t>
      </w:r>
    </w:p>
    <w:p>
      <w:r>
        <w:t>"Our greatness and our glory..", yes, “Our greatness and our glory"</w:t>
      </w:r>
    </w:p>
    <w:p>
      <w:r>
        <w:t>[Saba, I built a tent, a tent]</w:t>
      </w:r>
    </w:p>
    <w:p>
      <w:r>
        <w:t>This was "Our greatness and our glory," Rabbainu and Rebbe Nassan</w:t>
      </w:r>
    </w:p>
    <w:p>
      <w:r>
        <w:t>"Our greatness and our glory" is Rabbainu and Rebbe Nassan</w:t>
      </w:r>
    </w:p>
    <w:p>
      <w:r>
        <w:t>But the main one is only Rabbainu</w:t>
      </w:r>
    </w:p>
    <w:p>
      <w:r>
        <w:t>{But} Rebbe Nassan {{…..}}, he, he merited to.. see and comprehend</w:t>
      </w:r>
    </w:p>
    <w:p>
      <w:r>
        <w:t>Rabbainu, Rabbainu more than the entire world, {{more tha..}}, more than everyone</w:t>
      </w:r>
    </w:p>
    <w:p>
      <w:r>
        <w:t>More than all the disciples, than all, {than all}, than everyone, Rebbe Nassan</w:t>
      </w:r>
    </w:p>
    <w:p>
      <w:r>
        <w:t>"I and Nassan laugh at the entire world"</w:t>
      </w:r>
    </w:p>
    <w:p>
      <w:r>
        <w:t>Oy, oy..</w:t>
      </w:r>
    </w:p>
    <w:p>
      <w:r>
        <w:t>[Yes, milk with honey, Saba]</w:t>
      </w:r>
    </w:p>
    <w:p>
      <w:r>
        <w:t>{{….}}</w:t>
      </w:r>
    </w:p>
    <w:p>
      <w:r>
        <w:t>Rebbe Nassan, he thought, he was a genius and he knew all the.. {..}, all the true holy tzaddikim</w:t>
      </w:r>
    </w:p>
    <w:p>
      <w:r>
        <w:t>He said: "This one was like this, and this was {for me} such a novelty, but Rabbainu.."</w:t>
      </w:r>
    </w:p>
    <w:p>
      <w:r>
        <w:t>Miracles that he, that he l.., was alive in this world, that he was alive—wondrous and awesome miracles</w:t>
      </w:r>
    </w:p>
    <w:p>
      <w:r>
        <w:t>[I saw, yesterday I saw two letters from Rabbainu, letters from Rabbainu]</w:t>
      </w:r>
    </w:p>
    <w:p>
      <w:r>
        <w:t>Yes?</w:t>
      </w:r>
    </w:p>
    <w:p>
      <w:r>
        <w:t>[In "Alim Litrufah," at the beginning..]</w:t>
      </w:r>
    </w:p>
    <w:p>
      <w:r>
        <w:t>Huh?</w:t>
      </w:r>
    </w:p>
    <w:p>
      <w:r>
        <w:t>[At the beginning of the book "Alim Litrufah," there are letters that Rabbainu wrote himself</w:t>
      </w:r>
    </w:p>
    <w:p>
      <w:r>
        <w:t>And I was greatly strengthened by the letters</w:t>
      </w:r>
    </w:p>
    <w:p>
      <w:r>
        <w:t>There was, there was one man who had disput.., disputes, so Rabbainu said to him:</w:t>
      </w:r>
    </w:p>
    <w:p>
      <w:r>
        <w:t>"This is very good, the dispute is very good"</w:t>
      </w:r>
    </w:p>
    <w:p>
      <w:r>
        <w:t>He said to him: "It is like taking some seed and putting it in the ground; until the seed decays, and grows beautifully, he says, this is how the dispute is</w:t>
      </w:r>
    </w:p>
    <w:p>
      <w:r>
        <w:t>He says, if they knew what favors they bring about with the dispute, they would not make a dispute"]…</w:t>
      </w:r>
    </w:p>
    <w:p>
      <w:r>
        <w:br w:type="page"/>
      </w:r>
    </w:p>
    <w:p>
      <w:pPr>
        <w:pStyle w:val="Heading1"/>
      </w:pPr>
      <w:r>
        <w:t>Tape 65</w:t>
      </w:r>
    </w:p>
    <w:p>
      <w:pPr>
        <w:pStyle w:val="Heading2"/>
      </w:pPr>
      <w:r>
        <w:t>Side A (Aleph)</w:t>
      </w:r>
    </w:p>
    <w:p>
      <w:r>
        <w:t>...{the address} [What will we take?] {….}</w:t>
      </w:r>
    </w:p>
    <w:p>
      <w:r>
        <w:t>[Her address]</w:t>
      </w:r>
    </w:p>
    <w:p>
      <w:r>
        <w:t>Of Teveria</w:t>
      </w:r>
    </w:p>
    <w:p>
      <w:r>
        <w:t>[Good, good, good, we will take the address]</w:t>
      </w:r>
    </w:p>
    <w:p>
      <w:r>
        <w:t>Huh?</w:t>
      </w:r>
    </w:p>
    <w:p>
      <w:r>
        <w:t>[The address]</w:t>
      </w:r>
    </w:p>
    <w:p>
      <w:r>
        <w:t>Her address..</w:t>
      </w:r>
    </w:p>
    <w:p>
      <w:r>
        <w:t>And also the.. {..}, her name, that.. {he should learn}</w:t>
      </w:r>
    </w:p>
    <w:p>
      <w:r>
        <w:t>[Yes, I will tell him, I will tell him, yes]</w:t>
      </w:r>
    </w:p>
    <w:p>
      <w:r>
        <w:t>That they should write</w:t>
      </w:r>
    </w:p>
    <w:p>
      <w:r>
        <w:t>[Yes, Shimon, Shimon, Shimon..]</w:t>
      </w:r>
    </w:p>
    <w:p>
      <w:r>
        <w:t>{.., ah}...</w:t>
      </w:r>
    </w:p>
    <w:p>
      <w:r>
        <w:t>...[We do not have the address, but it is possible to find the address]</w:t>
      </w:r>
    </w:p>
    <w:p>
      <w:r>
        <w:t>Huh?</w:t>
      </w:r>
    </w:p>
    <w:p>
      <w:r>
        <w:t>[We do not have the sick woman's address, we do not have it]</w:t>
      </w:r>
    </w:p>
    <w:p>
      <w:r>
        <w:t>Did they already leave?</w:t>
      </w:r>
    </w:p>
    <w:p>
      <w:r>
        <w:t>[They left, but it is possible to find..]</w:t>
      </w:r>
    </w:p>
    <w:p>
      <w:r>
        <w:t>Huh?</w:t>
      </w:r>
    </w:p>
    <w:p>
      <w:r>
        <w:t>[It is possible to check and ascertain the address, it is possible to look for the address]</w:t>
      </w:r>
    </w:p>
    <w:p>
      <w:r>
        <w:t>What is possible?</w:t>
      </w:r>
    </w:p>
    <w:p>
      <w:r>
        <w:t>[To look for and find the address]</w:t>
      </w:r>
    </w:p>
    <w:p>
      <w:r>
        <w:t>In Teveria</w:t>
      </w:r>
    </w:p>
    <w:p>
      <w:r>
        <w:t>[In Teveria, yes]</w:t>
      </w:r>
    </w:p>
    <w:p>
      <w:r>
        <w:t>I {..}, I do not know where</w:t>
      </w:r>
    </w:p>
    <w:p>
      <w:r>
        <w:t>[No, we know people who are in contact..]</w:t>
      </w:r>
    </w:p>
    <w:p>
      <w:r>
        <w:t>Huh?</w:t>
      </w:r>
    </w:p>
    <w:p>
      <w:r>
        <w:t>[It is possible, it is possible to find the address]</w:t>
      </w:r>
    </w:p>
    <w:p>
      <w:r>
        <w:t>How?</w:t>
      </w:r>
    </w:p>
    <w:p>
      <w:r>
        <w:t>[They know people, they know the.., people whom we know]</w:t>
      </w:r>
    </w:p>
    <w:p>
      <w:r>
        <w:t>Good, good</w:t>
      </w:r>
    </w:p>
    <w:p>
      <w:r>
        <w:t>[We will check, and her name is Inbal daughter of Nurit]</w:t>
      </w:r>
    </w:p>
    <w:p>
      <w:r>
        <w:t>{What} is her name?</w:t>
      </w:r>
    </w:p>
    <w:p>
      <w:r>
        <w:t>[Inbal, Inbal]</w:t>
      </w:r>
    </w:p>
    <w:p>
      <w:r>
        <w:t>Huh?</w:t>
      </w:r>
    </w:p>
    <w:p>
      <w:r>
        <w:t>[Inbal]</w:t>
      </w:r>
    </w:p>
    <w:p>
      <w:r>
        <w:t>Inbal</w:t>
      </w:r>
    </w:p>
    <w:p>
      <w:r>
        <w:t>[Daughter of Nurit]</w:t>
      </w:r>
    </w:p>
    <w:p>
      <w:r>
        <w:t>Daughter of..</w:t>
      </w:r>
    </w:p>
    <w:p>
      <w:r>
        <w:t>[Nurit]</w:t>
      </w:r>
    </w:p>
    <w:p>
      <w:r>
        <w:t>Nurit</w:t>
      </w:r>
    </w:p>
    <w:p>
      <w:r>
        <w:t>[Yes]</w:t>
      </w:r>
    </w:p>
    <w:p>
      <w:r>
        <w:t>Will you be able to find the address?</w:t>
      </w:r>
    </w:p>
    <w:p>
      <w:r>
        <w:t>[Uri's wife will find it; Uri's wife knows people..]</w:t>
      </w:r>
    </w:p>
    <w:p>
      <w:r>
        <w:t>Yes</w:t>
      </w:r>
    </w:p>
    <w:p>
      <w:r>
        <w:t>[That they, who know them]</w:t>
      </w:r>
    </w:p>
    <w:p>
      <w:r>
        <w:t>[With Hashem's help]</w:t>
      </w:r>
    </w:p>
    <w:p>
      <w:r>
        <w:t>[Yes]</w:t>
      </w:r>
    </w:p>
    <w:p>
      <w:r>
        <w:t>Uri's wife</w:t>
      </w:r>
    </w:p>
    <w:p>
      <w:r>
        <w:t>[Yes]</w:t>
      </w:r>
    </w:p>
    <w:p>
      <w:r>
        <w:t>Knows</w:t>
      </w:r>
    </w:p>
    <w:p>
      <w:r>
        <w:t>[How, how to find the address]</w:t>
      </w:r>
    </w:p>
    <w:p>
      <w:r>
        <w:t>Huh?</w:t>
      </w:r>
    </w:p>
    <w:p>
      <w:r>
        <w:t>[She knows how to find the address]</w:t>
      </w:r>
    </w:p>
    <w:p>
      <w:r>
        <w:t>Ah, ah</w:t>
      </w:r>
    </w:p>
    <w:p>
      <w:r>
        <w:t>[..]…</w:t>
      </w:r>
    </w:p>
    <w:p>
      <w:r>
        <w:t>...{..} Teveria?</w:t>
      </w:r>
    </w:p>
    <w:p>
      <w:r>
        <w:t>[Yes, they returned home, the sick woman and the family]</w:t>
      </w:r>
    </w:p>
    <w:p>
      <w:r>
        <w:t>Is she from Teveria?</w:t>
      </w:r>
    </w:p>
    <w:p>
      <w:r>
        <w:t>[Yes]</w:t>
      </w:r>
    </w:p>
    <w:p>
      <w:r>
        <w:t>Huh?</w:t>
      </w:r>
    </w:p>
    <w:p>
      <w:r>
        <w:t>[Yes, they came from Teveria]</w:t>
      </w:r>
    </w:p>
    <w:p>
      <w:r>
        <w:t>They live in Teveria</w:t>
      </w:r>
    </w:p>
    <w:p>
      <w:r>
        <w:t>[Yes, I think, yes]</w:t>
      </w:r>
    </w:p>
    <w:p>
      <w:r>
        <w:t>Huh?</w:t>
      </w:r>
    </w:p>
    <w:p>
      <w:r>
        <w:t>[Yes, yes, in Teveria]</w:t>
      </w:r>
    </w:p>
    <w:p>
      <w:r>
        <w:t>Ah, they cannot go?</w:t>
      </w:r>
    </w:p>
    <w:p>
      <w:r>
        <w:t>[Yes]</w:t>
      </w:r>
    </w:p>
    <w:p>
      <w:r>
        <w:t>He is in Tev.., she is from Teveria</w:t>
      </w:r>
    </w:p>
    <w:p>
      <w:r>
        <w:t>[Yes]</w:t>
      </w:r>
    </w:p>
    <w:p>
      <w:r>
        <w:t>In Teveria they can ascertain where she is</w:t>
      </w:r>
    </w:p>
    <w:p>
      <w:r>
        <w:t>[Yes]</w:t>
      </w:r>
    </w:p>
    <w:p>
      <w:r>
        <w:t>How?</w:t>
      </w:r>
    </w:p>
    <w:p>
      <w:r>
        <w:t>[Through people who know them..]</w:t>
      </w:r>
    </w:p>
    <w:p>
      <w:r>
        <w:t>Through?</w:t>
      </w:r>
    </w:p>
    <w:p>
      <w:r>
        <w:t>[People who know them, whom we know]</w:t>
      </w:r>
    </w:p>
    <w:p>
      <w:r>
        <w:t>He, does he live in Teveria?</w:t>
      </w:r>
    </w:p>
    <w:p>
      <w:r>
        <w:t>[Yes]</w:t>
      </w:r>
    </w:p>
    <w:p>
      <w:r>
        <w:t>Does she live in Teveria?</w:t>
      </w:r>
    </w:p>
    <w:p>
      <w:r>
        <w:t>[Yes] Ah, ah, where? {…}, in Kiryat Shmuel?</w:t>
      </w:r>
    </w:p>
    <w:p>
      <w:r>
        <w:t>[I do not know]</w:t>
      </w:r>
    </w:p>
    <w:p>
      <w:r>
        <w:t>{..} I do not know</w:t>
      </w:r>
    </w:p>
    <w:p>
      <w:r>
        <w:t>[Yet]</w:t>
      </w:r>
    </w:p>
    <w:p>
      <w:r>
        <w:t>Ah</w:t>
      </w:r>
    </w:p>
    <w:p>
      <w:r>
        <w:t>[...]…</w:t>
      </w:r>
    </w:p>
    <w:p>
      <w:r>
        <w:t>...Through publicizing the name of holy Rabbainu, the Name of Hashem {will be elevated and sanctified}</w:t>
      </w:r>
    </w:p>
    <w:p>
      <w:r>
        <w:t>Hashem, blessed be He, knows {the truth}; on the contrary, I have great pain that I am not {able to go around, …..} to sing. One needs strength; I have no strength for this, even to open my mouth</w:t>
      </w:r>
    </w:p>
    <w:p>
      <w:r>
        <w:t>Heaven forbid</w:t>
      </w:r>
    </w:p>
    <w:p>
      <w:r>
        <w:t>It is good that you asked me, so that you should not think of me, Heaven forbid, the opposite of the truth</w:t>
      </w:r>
    </w:p>
    <w:p>
      <w:r>
        <w:t>[…………..]</w:t>
      </w:r>
    </w:p>
    <w:p>
      <w:r>
        <w:t>{One sees that this is the truth}, I do not do it intentionally, Heaven forbid, to cause damage?</w:t>
      </w:r>
    </w:p>
    <w:p>
      <w:r>
        <w:t>I am exempt; one who is unable is exempt</w:t>
      </w:r>
    </w:p>
    <w:p>
      <w:r>
        <w:t>When I was able, when I could and I had {strengths}, I, I danced more than everyone</w:t>
      </w:r>
    </w:p>
    <w:p>
      <w:r>
        <w:t>Ahh..</w:t>
      </w:r>
    </w:p>
    <w:p>
      <w:r>
        <w:t>{At midnight, oy vey, at midnight}…</w:t>
      </w:r>
    </w:p>
    <w:p>
      <w:r>
        <w:t>...{You heard}</w:t>
      </w:r>
    </w:p>
    <w:p>
      <w:r>
        <w:t>To the grave, over all the falsehoods, and the truth {will grow strong and become clear} for ever and ever…</w:t>
      </w:r>
    </w:p>
    <w:p>
      <w:r>
        <w:t>...Rebbe Nassan, he traveled to the wedding canopy of his son Rebbe Yitzchak</w:t>
      </w:r>
    </w:p>
    <w:p>
      <w:r>
        <w:t>Then the opponents went outside the city and received them, us, with large stones, and there was great danger {danger to.., great danger}</w:t>
      </w:r>
    </w:p>
    <w:p>
      <w:r>
        <w:t>{…}, and they threw all the stones, and they had no stones left</w:t>
      </w:r>
    </w:p>
    <w:p>
      <w:r>
        <w:t>Then they went to look for each one, and they did not find Rebbe Nassan</w:t>
      </w:r>
    </w:p>
    <w:p>
      <w:r>
        <w:t>He was in some forest and he practiced hisbodedus and sang to Hashem, blessed be He, about this, and he, and said this:</w:t>
      </w:r>
    </w:p>
    <w:p>
      <w:r>
        <w:t>"Our greatness {and our glory} our righteous Messiah will reveal.."</w:t>
      </w:r>
    </w:p>
    <w:p>
      <w:r>
        <w:t>Ay, ay, ay, they will not throw {more} stones at us</w:t>
      </w:r>
    </w:p>
    <w:p>
      <w:r>
        <w:t>"Our greatness and our glory Messiah, our righteous Messiah, will reveal"</w:t>
      </w:r>
    </w:p>
    <w:p>
      <w:r>
        <w:t>He will reveal who, who we are and what we are: Breslov Chassidim, people of truth</w:t>
      </w:r>
    </w:p>
    <w:p>
      <w:r>
        <w:t>Ah, I cannot even speak, but this too, the desire too is good, I want, I cannot [………]</w:t>
      </w:r>
    </w:p>
    <w:p>
      <w:r>
        <w:t>[……...]</w:t>
      </w:r>
    </w:p>
    <w:p>
      <w:r>
        <w:t>What {joy\joys} there will be in the world, Mashiach will come and reveal the holy Rabbainu</w:t>
      </w:r>
    </w:p>
    <w:p>
      <w:r>
        <w:t>He will reveal the holy Rabbainu, now they throw stones</w:t>
      </w:r>
    </w:p>
    <w:p>
      <w:r>
        <w:t>[……]</w:t>
      </w:r>
    </w:p>
    <w:p>
      <w:r>
        <w:t>[…...]</w:t>
      </w:r>
    </w:p>
    <w:p>
      <w:r>
        <w:t>They throw stones to kill, not just stones</w:t>
      </w:r>
    </w:p>
    <w:p>
      <w:r>
        <w:t>Ahh..</w:t>
      </w:r>
    </w:p>
    <w:p>
      <w:r>
        <w:t>He.., Rebbe Nassan made a chuppah for his son Rebbe Yitzchak, so the opponents went outside the city</w:t>
      </w:r>
    </w:p>
    <w:p>
      <w:r>
        <w:t>And greeted them with large stones to.. kill</w:t>
      </w:r>
    </w:p>
    <w:p>
      <w:r>
        <w:t>So each one fled and sought some place to.., to save himself</w:t>
      </w:r>
    </w:p>
    <w:p>
      <w:r>
        <w:t>And they searched for Rebbe Nassan, "Where is Rebbe.., where is Rebbe Nassan”</w:t>
      </w:r>
    </w:p>
    <w:p>
      <w:r>
        <w:t>Then they found him in some forest, and he sang to Hashem Yisbarach:</w:t>
      </w:r>
    </w:p>
    <w:p>
      <w:r>
        <w:t>"Our greatness and our splendor Mashiach Tzidkeinu will reveal.."</w:t>
      </w:r>
    </w:p>
    <w:p>
      <w:r>
        <w:t>Ah.. ah..</w:t>
      </w:r>
    </w:p>
    <w:p>
      <w:r>
        <w:t>These stones protect us fo.., in every generation, these stones</w:t>
      </w:r>
    </w:p>
    <w:p>
      <w:r>
        <w:t>There were several who received stones in the head, and they were {..} in great danger</w:t>
      </w:r>
    </w:p>
    <w:p>
      <w:r>
        <w:t>And Hashem Yisbarach {...} everyone emerged safely, {…}, there was no harm at all, {…}</w:t>
      </w:r>
    </w:p>
    <w:p>
      <w:r>
        <w:t>Rebbe Nassan, he sings a song to Hashem Yisbarach in the forest:</w:t>
      </w:r>
    </w:p>
    <w:p>
      <w:r>
        <w:t>"Our greatness and our splendor Mashiach Tzidkeinu will reveal.."</w:t>
      </w:r>
    </w:p>
    <w:p>
      <w:r>
        <w:t>[Saba and the friends sing:</w:t>
      </w:r>
    </w:p>
    <w:p>
      <w:r>
        <w:t>"Our greatness and our splendor Mashiach Tzidkeinu will reveal.."]</w:t>
      </w:r>
    </w:p>
    <w:p>
      <w:r>
        <w:t>You throw stones, but when Mashiach comes, then they will see "our greatness and our splendor"</w:t>
      </w:r>
    </w:p>
    <w:p>
      <w:r>
        <w:t>There were many times th.. {...} the men of truth, the Breslov Chassidim, were in great danger</w:t>
      </w:r>
    </w:p>
    <w:p>
      <w:r>
        <w:t>And they wanted to kill him with stones like these, this big, and Rebbe Nassan said, he said:</w:t>
      </w:r>
    </w:p>
    <w:p>
      <w:r>
        <w:t>"Our greatness and our splendor Mashiach Tzidkeinu will reveal"…</w:t>
      </w:r>
    </w:p>
    <w:p>
      <w:r>
        <w:t>...{There was} Rebbe Nassan, he fled to some forest, {..} far away, and.. and he sang to Hashem Yisbarach:</w:t>
      </w:r>
    </w:p>
    <w:p>
      <w:r>
        <w:t>"Our greatness and our splendor Mashiach Tzidkeinu will reveal.."</w:t>
      </w:r>
    </w:p>
    <w:p>
      <w:r>
        <w:t>This is the tune of "Eishes Chayil," the tune of the holy Rabbainu</w:t>
      </w:r>
    </w:p>
    <w:p>
      <w:r>
        <w:t>[Saba sings:</w:t>
      </w:r>
    </w:p>
    <w:p>
      <w:r>
        <w:t>"Our greatness and our splendor Mashiach Tzidkeinu will reveal.."]</w:t>
      </w:r>
    </w:p>
    <w:p>
      <w:r>
        <w:t>[……..]</w:t>
      </w:r>
    </w:p>
    <w:p>
      <w:r>
        <w:t>[……..]</w:t>
      </w:r>
    </w:p>
    <w:p>
      <w:r>
        <w:t>There were two very large synagogues, and they ruled over all of Eretz Yisroel</w:t>
      </w:r>
    </w:p>
    <w:p>
      <w:r>
        <w:t>And now they sold it for money, and not a single sign of the synagogue remained</w:t>
      </w:r>
    </w:p>
    <w:p>
      <w:r>
        <w:t>[…...]</w:t>
      </w:r>
    </w:p>
    <w:p>
      <w:r>
        <w:t>Yo, I am not saying, {but} this can be seen</w:t>
      </w:r>
    </w:p>
    <w:p>
      <w:r>
        <w:t>I saw</w:t>
      </w:r>
    </w:p>
    <w:p>
      <w:r>
        <w:t>They descended {……, with a kind of} great pride, and we are in lowliness</w:t>
      </w:r>
    </w:p>
    <w:p>
      <w:r>
        <w:t>Now they sold all the {..} synagogues, and nothing remained for them, only paper</w:t>
      </w:r>
    </w:p>
    <w:p>
      <w:r>
        <w:t>The government paid them, they gave them money, so they took th.. {yo}</w:t>
      </w:r>
    </w:p>
    <w:p>
      <w:r>
        <w:t>[…….]</w:t>
      </w:r>
    </w:p>
    <w:p>
      <w:r>
        <w:t>[..…..]</w:t>
      </w:r>
    </w:p>
    <w:p>
      <w:r>
        <w:t>Not one {of them} remained, they all passed away, neither the synagogue nor any person remained, and we are alive and enduring, we are building {Israel\in Eretz Yisroel}, nothing remained, only Breslov</w:t>
      </w:r>
    </w:p>
    <w:p>
      <w:r>
        <w:t>I saw how they were famous throughout the whole world, and they had honor and money and all the lusts, and now not one of them remained, and they also sold the synagogue to the government</w:t>
      </w:r>
    </w:p>
    <w:p>
      <w:r>
        <w:t>They {already} took paper and they sold with great joy</w:t>
      </w:r>
    </w:p>
    <w:p>
      <w:r>
        <w:t>. And.. and one can see, the synagogues of Karlin and Br.., and Slonim</w:t>
      </w:r>
    </w:p>
    <w:p>
      <w:r>
        <w:t>{…}, one can see how their destruction came, yes</w:t>
      </w:r>
    </w:p>
    <w:p>
      <w:r>
        <w:t>"Take money {and give},” paper, papers, and.. and the government took, took the synagogue</w:t>
      </w:r>
    </w:p>
    <w:p>
      <w:r>
        <w:t>And the people.. not one of them remained</w:t>
      </w:r>
    </w:p>
    <w:p>
      <w:r>
        <w:t>They were in such pride, up to the heavens, and they descended</w:t>
      </w:r>
    </w:p>
    <w:p>
      <w:r>
        <w:t>The whole world wants Breslov, the whole world loves Breslov and wants Breslov</w:t>
      </w:r>
    </w:p>
    <w:p>
      <w:r>
        <w:t>And they {….}.. they will be ashamed</w:t>
      </w:r>
    </w:p>
    <w:p>
      <w:r>
        <w:t>I knew them, {the greatness and the fame}, and the famous ones, I knew them</w:t>
      </w:r>
    </w:p>
    <w:p>
      <w:r>
        <w:t>{…...}, who could have thought that they would fall? {They were in the heavens}</w:t>
      </w:r>
    </w:p>
    <w:p>
      <w:r>
        <w:t>I saw, I, I saw and knew that they would fall, fall, fall</w:t>
      </w:r>
    </w:p>
    <w:p>
      <w:r>
        <w:t>They were in the heavens, and I saw that they would fall, {and would fall}</w:t>
      </w:r>
    </w:p>
    <w:p>
      <w:r>
        <w:t>I, no, there was no Breslov, there was none in Teveria, only in Yerushalayim</w:t>
      </w:r>
    </w:p>
    <w:p>
      <w:r>
        <w:t>There was Karlin and the liars</w:t>
      </w:r>
    </w:p>
    <w:p>
      <w:r>
        <w:t>But now they all descended and fell {…, greatly}, and nothing remained of them, only the synagogue</w:t>
      </w:r>
    </w:p>
    <w:p>
      <w:r>
        <w:t>And also the synagogue, they gave {in exchange for paper, paper}, papers, they sold them</w:t>
      </w:r>
    </w:p>
    <w:p>
      <w:r>
        <w:t>Nothing remained, neither of Karlin nor of Slonim, nothing remained</w:t>
      </w:r>
    </w:p>
    <w:p>
      <w:r>
        <w:t>One can see, in Teveria {…}</w:t>
      </w:r>
    </w:p>
    <w:p>
      <w:r>
        <w:t>One can see how Karlin and.. and.. Karlin and..</w:t>
      </w:r>
    </w:p>
    <w:p>
      <w:r>
        <w:t>[[Slonim]]</w:t>
      </w:r>
    </w:p>
    <w:p>
      <w:r>
        <w:t>Ah?</w:t>
      </w:r>
    </w:p>
    <w:p>
      <w:r>
        <w:t>[Slonim]</w:t>
      </w:r>
    </w:p>
    <w:p>
      <w:r>
        <w:t>Slonim, yes, fell and descended in disgrace g.. great</w:t>
      </w:r>
    </w:p>
    <w:p>
      <w:r>
        <w:t>And also the synagogue they, they took, they received money, and they sold the synagogue in Yerushalayim there was Rav Shlomo Veksler, he was from Germany, from Berlin</w:t>
      </w:r>
    </w:p>
    <w:p>
      <w:r>
        <w:t>His father, he was the great rabbi of Berlin…</w:t>
      </w:r>
    </w:p>
    <w:p>
      <w:pPr>
        <w:pStyle w:val="Heading2"/>
      </w:pPr>
      <w:r>
        <w:t>Side B (Bais)</w:t>
      </w:r>
    </w:p>
    <w:p>
      <w:r>
        <w:t>...{…} and he was, {he.., they did not know that he loved} Breslov</w:t>
      </w:r>
    </w:p>
    <w:p>
      <w:r>
        <w:t>He {...} prayed and.., among the opponents, {...}, Slonim, Slonim, yes</w:t>
      </w:r>
    </w:p>
    <w:p>
      <w:r>
        <w:t>And they did not give honor to Reb Shlomo, he was an angel of Hashem, he was a holy man</w:t>
      </w:r>
    </w:p>
    <w:p>
      <w:r>
        <w:t>Rav Chaim Sonnenfeld.. {..} rose before Reb Shlomo like {..}, like before a king</w:t>
      </w:r>
    </w:p>
    <w:p>
      <w:r>
        <w:t>Rav Yosef Chaim Sonnenfeld, the.. gaon of Yerushalayim</w:t>
      </w:r>
    </w:p>
    <w:p>
      <w:r>
        <w:t>And now they all descended and fell, the falsehood descended and fell, yes</w:t>
      </w:r>
    </w:p>
    <w:p>
      <w:r>
        <w:t>[…...]</w:t>
      </w:r>
    </w:p>
    <w:p>
      <w:r>
        <w:t>[Excuse me, was Rav Chaim Sonnenfeld a holy man?]</w:t>
      </w:r>
    </w:p>
    <w:p>
      <w:r>
        <w:t>Eh?</w:t>
      </w:r>
    </w:p>
    <w:p>
      <w:r>
        <w:t>[Rav.., was Rav Chaim Sonnenfeld a holy man?]</w:t>
      </w:r>
    </w:p>
    <w:p>
      <w:r>
        <w:t>[He is asking if Rav Sonnenfeld was a holy man?]</w:t>
      </w:r>
    </w:p>
    <w:p>
      <w:r>
        <w:t>Rav..?</w:t>
      </w:r>
    </w:p>
    <w:p>
      <w:r>
        <w:t>[Chaim Sonnenfeld]</w:t>
      </w:r>
    </w:p>
    <w:p>
      <w:r>
        <w:t>Sonnenfeld</w:t>
      </w:r>
    </w:p>
    <w:p>
      <w:r>
        <w:t>[Was he holy, a holy man?]</w:t>
      </w:r>
    </w:p>
    <w:p>
      <w:r>
        <w:t>Oh, but he was, he was a Litvak, yes</w:t>
      </w:r>
    </w:p>
    <w:p>
      <w:r>
        <w:t>And he, he saw Rabbainu's books, {…} he was very awestruck</w:t>
      </w:r>
    </w:p>
    <w:p>
      <w:r>
        <w:t>And he gave great honor to everyone who drew close to Rabbainu {the holy, ..}</w:t>
      </w:r>
    </w:p>
    <w:p>
      <w:r>
        <w:t>Rav Chaim Sonnenfeld—when Reb Shlomo Wexler entered the synagogue where Rav Chaim Sonnenfeld was, I was also there; I saw that Rav Chaim Sonnenfeld rose before Reb Shlomo like before {an angel\a king} [……]</w:t>
      </w:r>
    </w:p>
    <w:p>
      <w:r>
        <w:t>[……]</w:t>
      </w:r>
    </w:p>
    <w:p>
      <w:r>
        <w:t>This was "Batei Machseh," close to the 'Western Wall'</w:t>
      </w:r>
    </w:p>
    <w:p>
      <w:r>
        <w:t>Reb Shlomo Wexler and all of our people were always {….}, drawing close to the 'Western Wall'</w:t>
      </w:r>
    </w:p>
    <w:p>
      <w:r>
        <w:t>And beseeching mercy for, for Israel</w:t>
      </w:r>
    </w:p>
    <w:p>
      <w:r>
        <w:t>I {when I came} from Teveria to Yerushalayim, it was a great journey</w:t>
      </w:r>
    </w:p>
    <w:p>
      <w:r>
        <w:t>[On foot?]</w:t>
      </w:r>
    </w:p>
    <w:p>
      <w:r>
        <w:t>When I came to Yerushalayim, they did not greet me, "He is Breslov"</w:t>
      </w:r>
    </w:p>
    <w:p>
      <w:r>
        <w:t>But I suffered disgrace, but the great honor was beyond me</w:t>
      </w:r>
    </w:p>
    <w:p>
      <w:r>
        <w:t>Rav Chaim Sonnenfeld was {{...}} in the country of.. Hungary, oh.., Hungary</w:t>
      </w:r>
    </w:p>
    <w:p>
      <w:r>
        <w:t>He was a gaon, there were many great ones there, and Reb Shlomo surpassed them all</w:t>
      </w:r>
    </w:p>
    <w:p>
      <w:r>
        <w:t>He was a famous great gaon, {…}, and he knew the entire Shas by heart, {…}</w:t>
      </w:r>
    </w:p>
    <w:p>
      <w:r>
        <w:t>And he, Reb Shlomo came to the synagogue and Rav Chaim was in the synagogue, he would rise as before a king [And did Reb Shlomo know the Shas by heart?]</w:t>
      </w:r>
    </w:p>
    <w:p>
      <w:r>
        <w:t>Eh?</w:t>
      </w:r>
    </w:p>
    <w:p>
      <w:r>
        <w:t>[Did Reb Shlomo Wexler also know the Shas by heart?]</w:t>
      </w:r>
    </w:p>
    <w:p>
      <w:r>
        <w:t>[…...]</w:t>
      </w:r>
    </w:p>
    <w:p>
      <w:r>
        <w:t>[He knew the Shas by heart]</w:t>
      </w:r>
    </w:p>
    <w:p>
      <w:r>
        <w:t>Who?</w:t>
      </w:r>
    </w:p>
    <w:p>
      <w:r>
        <w:t>[Reb Shlomo Wexler]</w:t>
      </w:r>
    </w:p>
    <w:p>
      <w:r>
        <w:t>Reb Shlomo Wexler</w:t>
      </w:r>
    </w:p>
    <w:p>
      <w:r>
        <w:t>[Yes]</w:t>
      </w:r>
    </w:p>
    <w:p>
      <w:r>
        <w:t>He was a holy gaon, {and did not ...}.., he was, he was humble, like a simple man</w:t>
      </w:r>
    </w:p>
    <w:p>
      <w:r>
        <w:t>[Yes]</w:t>
      </w:r>
    </w:p>
    <w:p>
      <w:r>
        <w:t>Rav Chaim Sonnenfeld, he was a world-renowned gaon, {..} everyone trembled before him, feared him</w:t>
      </w:r>
    </w:p>
    <w:p>
      <w:r>
        <w:t>And.. and he {alive} gave us honor</w:t>
      </w:r>
    </w:p>
    <w:p>
      <w:r>
        <w:t>And Karlin and Slonim, they, they disgraced {me and him\the Breslov Chassidim}</w:t>
      </w:r>
    </w:p>
    <w:p>
      <w:r>
        <w:t>But the time came, the time came that.. then they fall, yes, that the falsehood falls and falls greatly</w:t>
      </w:r>
    </w:p>
    <w:p>
      <w:r>
        <w:t>[Yes]</w:t>
      </w:r>
    </w:p>
    <w:p>
      <w:r>
        <w:t>I have no strength to speak any more.. of what {we} had</w:t>
      </w:r>
    </w:p>
    <w:p>
      <w:r>
        <w:t>They saw that we are people of truth, {..}, even the opponents knew that the Breslovers are people of truth</w:t>
      </w:r>
    </w:p>
    <w:p>
      <w:r>
        <w:t>{. .}</w:t>
      </w:r>
    </w:p>
    <w:p>
      <w:r>
        <w:t>And blessed be Hashem, today, blessed be Hashem, the whole world, even the Sephardim love Breslov and want Breslov; {he..\oh..\and..}there will be more, when Mashiach comes he will reveal {…}, our holy Rabbainu</w:t>
      </w:r>
    </w:p>
    <w:p>
      <w:r>
        <w:t>Ah.. who can describe and estimate what was, what I suffered?</w:t>
      </w:r>
    </w:p>
    <w:p>
      <w:r>
        <w:t>They did not want to give me a piece of bread for the children {..}</w:t>
      </w:r>
    </w:p>
    <w:p>
      <w:r>
        <w:t>They had neither bread nor clothing nor shoes nor money</w:t>
      </w:r>
    </w:p>
    <w:p>
      <w:r>
        <w:t>But Hashem Yisbarach {blessed be Hashem}, I am alive, and they are all {…} already in the grave</w:t>
      </w:r>
    </w:p>
    <w:p>
      <w:r>
        <w:t>[……..]</w:t>
      </w:r>
    </w:p>
    <w:p>
      <w:r>
        <w:t>[……..]</w:t>
      </w:r>
    </w:p>
    <w:p>
      <w:r>
        <w:t>Nothing remained of them, "not one of them remained"</w:t>
      </w:r>
    </w:p>
    <w:p>
      <w:r>
        <w:t>[…..…]</w:t>
      </w:r>
    </w:p>
    <w:p>
      <w:r>
        <w:t>[….….]</w:t>
      </w:r>
    </w:p>
    <w:p>
      <w:r>
        <w:t>I was alone, a simple man, and they were all in great arrogance, and with money and with every..</w:t>
      </w:r>
    </w:p>
    <w:p>
      <w:r>
        <w:t>And blessed be Hashem, everything was reversed to the opposite</w:t>
      </w:r>
    </w:p>
    <w:p>
      <w:r>
        <w:t>They descended and are falling, and falling, and falling, and we are rising and rising, and rising</w:t>
      </w:r>
    </w:p>
    <w:p>
      <w:r>
        <w:t>They were arrogant people, and they had {….} money and all the desires</w:t>
      </w:r>
    </w:p>
    <w:p>
      <w:r>
        <w:t>And we were {….}.. in lowliness, in great {{and disgrace.., disgrace}}, and it was reversed to the opposite</w:t>
      </w:r>
    </w:p>
    <w:p>
      <w:r>
        <w:t>{..}, the honor is with us, {{and the plunder}}.., and the disgrace is with them, and the lowliness and the disgrace are with them</w:t>
      </w:r>
    </w:p>
    <w:p>
      <w:r>
        <w:t>Oy, oy, oy, oy, oy, oy, oy</w:t>
      </w:r>
    </w:p>
    <w:p>
      <w:r>
        <w:t>{{…, shoyn, shoyn}}</w:t>
      </w:r>
    </w:p>
    <w:p>
      <w:r>
        <w:t>I saw their haughtiness and their arrogance, and everything was reversed.. downward, downward, downward</w:t>
      </w:r>
    </w:p>
    <w:p>
      <w:r>
        <w:t>And Breslov rises from day to.., from hour to hour, from hour to hour, from moment to moment, from day to day, {..} ah..</w:t>
      </w:r>
    </w:p>
    <w:p>
      <w:r>
        <w:t>I heard, there was a great elder {..} in Karlin, Reb Yechiel, {ah, . . .}</w:t>
      </w:r>
    </w:p>
    <w:p>
      <w:r>
        <w:t>I heard from him that he said: "{that he} Breslov, Breslov"</w:t>
      </w:r>
    </w:p>
    <w:p>
      <w:r>
        <w:t>But I saw by the great Admor, {was there\the old one}, yes</w:t>
      </w:r>
    </w:p>
    <w:p>
      <w:r>
        <w:t>I was there and I heard that he said:</w:t>
      </w:r>
    </w:p>
    <w:p>
      <w:r>
        <w:t>"I saw the Book of Stories, "Sipuray Ma'asiyos," it was among the books by the Admor of Karlin" ah, blessed be Hashem, blessed be Hashem that we merited what we merited, that the time of the Redemption, now is the time of the Redemption, when they descend and fall, and we rise, rise {etc… etc…\in all, in all}, every day and at every time [To drink..]</w:t>
      </w:r>
    </w:p>
    <w:p>
      <w:r>
        <w:t>I have no strength..</w:t>
      </w:r>
    </w:p>
    <w:p>
      <w:r>
        <w:t>[To drink..]</w:t>
      </w:r>
    </w:p>
    <w:p>
      <w:r>
        <w:t>To speak</w:t>
      </w:r>
    </w:p>
    <w:p>
      <w:r>
        <w:t>[Drink a little, Rebbe Yisroel]</w:t>
      </w:r>
    </w:p>
    <w:p>
      <w:r>
        <w:t>{One second}, shoyn, shoyn</w:t>
      </w:r>
    </w:p>
    <w:p>
      <w:r>
        <w:t>Blessed are You {….} by Whose word everything came to be</w:t>
      </w:r>
    </w:p>
    <w:p>
      <w:r>
        <w:t>[[Amen]]</w:t>
      </w:r>
    </w:p>
    <w:p>
      <w:r>
        <w:t>Ah..</w:t>
      </w:r>
    </w:p>
    <w:p>
      <w:r>
        <w:t>I did not have a piece of bread for the children, nothing, I had neither clothing nor shoes</w:t>
      </w:r>
    </w:p>
    <w:p>
      <w:r>
        <w:t>[Yes]</w:t>
      </w:r>
    </w:p>
    <w:p>
      <w:r>
        <w:t>And blessed be Hashem, I am alive and my children are alive, blessed be Hashem, {yes}, and the falsehood is falling</w:t>
      </w:r>
    </w:p>
    <w:p>
      <w:r>
        <w:t>Falling quickly, {..}</w:t>
      </w:r>
    </w:p>
    <w:p>
      <w:r>
        <w:t>Ah, I {..} knew all the Chassidim of Karlin and the Chassidim of Slonim</w:t>
      </w:r>
    </w:p>
    <w:p>
      <w:r>
        <w:t>They {.. rose} with such arrogance, and now it has been reversed, they descend, and we rise</w:t>
      </w:r>
    </w:p>
    <w:p>
      <w:r>
        <w:t>[What a song, one must say a song]</w:t>
      </w:r>
    </w:p>
    <w:p>
      <w:r>
        <w:t>Salvation, the Redemption, the salvation {the true one}</w:t>
      </w:r>
    </w:p>
    <w:p>
      <w:r>
        <w:t>[……….]</w:t>
      </w:r>
    </w:p>
    <w:p>
      <w:r>
        <w:t>Oy vey, vey, vey, vey, {{….}}, oy, yo, yo, yo</w:t>
      </w:r>
    </w:p>
    <w:p>
      <w:r>
        <w:t>[Rebbe Yisroel]</w:t>
      </w:r>
    </w:p>
    <w:p>
      <w:r>
        <w:t>Eh? {Yes}</w:t>
      </w:r>
    </w:p>
    <w:p>
      <w:r>
        <w:t>[Is it necessary to s.. say the..]</w:t>
      </w:r>
    </w:p>
    <w:p>
      <w:r>
        <w:t>{}</w:t>
      </w:r>
    </w:p>
    <w:p>
      <w:r>
        <w:t>[Hatikvah for the erev rav, should one say a little, sing it?]</w:t>
      </w:r>
    </w:p>
    <w:p>
      <w:r>
        <w:t>{For the children} they had neither clothing nor shoes, and I also had no shoes, they were torn</w:t>
      </w:r>
    </w:p>
    <w:p>
      <w:r>
        <w:t>And now all of them w.., fell, p.., passed away, died, yes, Slo.., Slonim and Karlin</w:t>
      </w:r>
    </w:p>
    <w:p>
      <w:r>
        <w:t>And we and f.., from day to day new ones are coming</w:t>
      </w:r>
    </w:p>
    <w:p>
      <w:r>
        <w:t>"Oh, Breslov is good"</w:t>
      </w:r>
    </w:p>
    <w:p>
      <w:r>
        <w:t>Ah, blessed be Hashem, ah..</w:t>
      </w:r>
    </w:p>
    <w:p>
      <w:r>
        <w:t>The synagogues are next to each other, Karlin, one Karlin and one Slonim</w:t>
      </w:r>
    </w:p>
    <w:p>
      <w:r>
        <w:t>They sold, both of them sold to the government, and took paper, {and there is no} synagogue</w:t>
      </w:r>
    </w:p>
    <w:p>
      <w:r>
        <w:t>They have paper, they have money</w:t>
      </w:r>
    </w:p>
    <w:p>
      <w:r>
        <w:t>I prayed {among} the opponents, we did not have a synagogue</w:t>
      </w:r>
    </w:p>
    <w:p>
      <w:r>
        <w:t>But now, blessed be Hashem</w:t>
      </w:r>
    </w:p>
    <w:p>
      <w:r>
        <w:t>We conquered Eretz Yisrael, how? {Without soldiers}, we had no soldiers, we had no money</w:t>
      </w:r>
    </w:p>
    <w:p>
      <w:r>
        <w:t>There was no {for us a kind of} weapon, weapon</w:t>
      </w:r>
    </w:p>
    <w:p>
      <w:r>
        <w:t>And we {..}.., we conquered all, all of Eretz Yisrael</w:t>
      </w:r>
    </w:p>
    <w:p>
      <w:r>
        <w:t>Not yet, this is only the beginning, {{but ….}} it will begin and finish</w:t>
      </w:r>
    </w:p>
    <w:p>
      <w:r>
        <w:t>And the whole world will know that Breslov exists in the world, only Breslov</w:t>
      </w:r>
    </w:p>
    <w:p>
      <w:r>
        <w:t>Whoever wants to know Hashem and serve Hashem, only Breslov</w:t>
      </w:r>
    </w:p>
    <w:p>
      <w:r>
        <w:t>{Oh.. …… this is the Ancient of Days..}</w:t>
      </w:r>
    </w:p>
    <w:p>
      <w:r>
        <w:t>They received paper, papers, as though there was no, there is no synagogue, {such destruction}, {yes}</w:t>
      </w:r>
    </w:p>
    <w:p>
      <w:r>
        <w:t>"Not one of them remained," nothing remained, this is no exaggeration, "not one of them remained"</w:t>
      </w:r>
    </w:p>
    <w:p>
      <w:r>
        <w:t>Only I, only I remained, they are all in the grave, so only I remained, alone</w:t>
      </w:r>
    </w:p>
    <w:p>
      <w:r>
        <w:t>In Teveria there was Yisroel, Yisroel Ber Odesser, and everyone laughed at me, and now I laugh at everyone</w:t>
      </w:r>
    </w:p>
    <w:p>
      <w:r>
        <w:t>There are {…..} good children, and they all drew close to our holy Rabbainu, and left Slonim, their children</w:t>
      </w:r>
    </w:p>
    <w:p>
      <w:r>
        <w:t>They, ah, {would …….} kill them, beat them:</w:t>
      </w:r>
    </w:p>
    <w:p>
      <w:r>
        <w:t>“What is this? You are leaving Slonim?”</w:t>
      </w:r>
    </w:p>
    <w:p>
      <w:r>
        <w:t>And the children:</w:t>
      </w:r>
    </w:p>
    <w:p>
      <w:r>
        <w:t>“No, we want only, only Breslov”</w:t>
      </w:r>
    </w:p>
    <w:p>
      <w:r>
        <w:t>There is one who comes from Slonim, and he comes to us, blessed be Hashem</w:t>
      </w:r>
    </w:p>
    <w:p>
      <w:r>
        <w:t>And the father and the mother and the family want to kill him, and he {{. . .}}</w:t>
      </w:r>
    </w:p>
    <w:p>
      <w:r>
        <w:t>[….]</w:t>
      </w:r>
    </w:p>
    <w:p>
      <w:r>
        <w:t>[B.. at “Lev Yehudah” too, there is one..]</w:t>
      </w:r>
    </w:p>
    <w:p>
      <w:r>
        <w:t>“Lev Yehudah”</w:t>
      </w:r>
    </w:p>
    <w:p>
      <w:r>
        <w:t>[Yes, there is one who is “Pinsk Karlin,” he told me that he is “Pinsk Karlin”..]</w:t>
      </w:r>
    </w:p>
    <w:p>
      <w:r>
        <w:t>He, he was</w:t>
      </w:r>
    </w:p>
    <w:p>
      <w:r>
        <w:t>[He was, he was “Pinsk Karlin”]</w:t>
      </w:r>
    </w:p>
    <w:p>
      <w:r>
        <w:t>Karlin?</w:t>
      </w:r>
    </w:p>
    <w:p>
      <w:r>
        <w:t>[Yes, and now he has “Likutay Tefilos”..]</w:t>
      </w:r>
    </w:p>
    <w:p>
      <w:r>
        <w:t>{{…. from Karlin}}..</w:t>
      </w:r>
    </w:p>
    <w:p>
      <w:r>
        <w:t>[And now he wants only Rabbainu]</w:t>
      </w:r>
    </w:p>
    <w:p>
      <w:r>
        <w:t>[…….]</w:t>
      </w:r>
    </w:p>
    <w:p>
      <w:r>
        <w:t>[…]</w:t>
      </w:r>
    </w:p>
    <w:p>
      <w:r>
        <w:t>This is only the beginning, Mashiach will come and such a truth will be revealed in the world</w:t>
      </w:r>
    </w:p>
    <w:p>
      <w:r>
        <w:t>Everyone will return in complete teshuvah, everyone will have a rectification {..} complete, our holy Rabbainu rectifies {the whole world}</w:t>
      </w:r>
    </w:p>
    <w:p>
      <w:r>
        <w:t>The “Likutay Tefilos”</w:t>
      </w:r>
    </w:p>
    <w:p>
      <w:r>
        <w:t>And the “Sipuray Ma'asiyos”</w:t>
      </w:r>
    </w:p>
    <w:p>
      <w:r>
        <w:t>And the “Likutay Moharan”</w:t>
      </w:r>
    </w:p>
    <w:p>
      <w:r>
        <w:t>And “Likutay Halachos”</w:t>
      </w:r>
    </w:p>
    <w:p>
      <w:r>
        <w:t>Who can estimate {..} what every utterance does in the world</w:t>
      </w:r>
    </w:p>
    <w:p>
      <w:r>
        <w:t>Not yet, not yet.. festival? Not a festival? {..}</w:t>
      </w:r>
    </w:p>
    <w:p>
      <w:r>
        <w:t>[In another few, few weeks is the festival of Pesach]</w:t>
      </w:r>
    </w:p>
    <w:p>
      <w:r>
        <w:t>{. .}</w:t>
      </w:r>
    </w:p>
    <w:p>
      <w:r>
        <w:t>[Sunday was Purim, in Yerushalayim]</w:t>
      </w:r>
    </w:p>
    <w:p>
      <w:r>
        <w:t>On Sunday was Purim</w:t>
      </w:r>
    </w:p>
    <w:p>
      <w:r>
        <w:t>[In Yerushalayim]…</w:t>
      </w:r>
    </w:p>
    <w:p>
      <w:r>
        <w:br w:type="page"/>
      </w:r>
    </w:p>
    <w:p>
      <w:pPr>
        <w:pStyle w:val="Heading1"/>
      </w:pPr>
      <w:r>
        <w:t>Tape 66</w:t>
      </w:r>
    </w:p>
    <w:p>
      <w:pPr>
        <w:pStyle w:val="Heading2"/>
      </w:pPr>
      <w:r>
        <w:t>Side A (Aleph)</w:t>
      </w:r>
    </w:p>
    <w:p>
      <w:r>
        <w:t>...[The friends sing:</w:t>
      </w:r>
    </w:p>
    <w:p>
      <w:r>
        <w:t>“Na Nach Nachma Nachman MeUman..”]</w:t>
      </w:r>
    </w:p>
    <w:p>
      <w:r>
        <w:t>[Saba, I am just going to drink, to eat a little something, to drink f.., I am going to drink drink a little, to eat a little, if you need..]…</w:t>
      </w:r>
    </w:p>
    <w:p>
      <w:r>
        <w:t>...[The friends sing:</w:t>
      </w:r>
    </w:p>
    <w:p>
      <w:r>
        <w:t>“In You, Rabbainu, let us rejoice, in You, Rabbainu, let us be glad, in You, Rabbainu, let us rejoice and be glad in You..”]</w:t>
      </w:r>
    </w:p>
    <w:p>
      <w:r>
        <w:t>[Saba, there is soup, Saba, soup]</w:t>
      </w:r>
    </w:p>
    <w:p>
      <w:r>
        <w:t>{…}</w:t>
      </w:r>
    </w:p>
    <w:p>
      <w:r>
        <w:t>[Hot soup, Saba]</w:t>
      </w:r>
    </w:p>
    <w:p>
      <w:r>
        <w:t>[Let him sit..]</w:t>
      </w:r>
    </w:p>
    <w:p>
      <w:r>
        <w:t>[So that it does not get cold]</w:t>
      </w:r>
    </w:p>
    <w:p>
      <w:r>
        <w:t>[…...]</w:t>
      </w:r>
    </w:p>
    <w:p>
      <w:r>
        <w:t>[To sit, to sit, sit, to sit]</w:t>
      </w:r>
    </w:p>
    <w:p>
      <w:r>
        <w:t>To sit</w:t>
      </w:r>
    </w:p>
    <w:p>
      <w:r>
        <w:t>[Feet]</w:t>
      </w:r>
    </w:p>
    <w:p>
      <w:r>
        <w:t>Ah</w:t>
      </w:r>
    </w:p>
    <w:p>
      <w:r>
        <w:t>[Feet down?..]</w:t>
      </w:r>
    </w:p>
    <w:p>
      <w:r>
        <w:t>Blessed are You, Hashem, {.….} by Whose word everything came to be..</w:t>
      </w:r>
    </w:p>
    <w:p>
      <w:r>
        <w:t>[[Amen]]</w:t>
      </w:r>
    </w:p>
    <w:p>
      <w:r>
        <w:t>[That is all?]</w:t>
      </w:r>
    </w:p>
    <w:p>
      <w:r>
        <w:t>{Here}, that is all, no, cannot {any more}</w:t>
      </w:r>
    </w:p>
    <w:p>
      <w:r>
        <w:t>[Good]</w:t>
      </w:r>
    </w:p>
    <w:p>
      <w:r>
        <w:t>[The friends continue singing:</w:t>
      </w:r>
    </w:p>
    <w:p>
      <w:r>
        <w:t>“In You, Rabbainu, let us rejoice, in You, Rabbainu, let us be glad, in You, Rabbainu, let us rejoice and be glad in You..”]…</w:t>
      </w:r>
    </w:p>
    <w:p>
      <w:r>
        <w:t>...{….}</w:t>
      </w:r>
    </w:p>
    <w:p>
      <w:r>
        <w:t>[Yes, yes, yes]</w:t>
      </w:r>
    </w:p>
    <w:p>
      <w:r>
        <w:t>One sees that it changes the person completely</w:t>
      </w:r>
    </w:p>
    <w:p>
      <w:r>
        <w:t>[Yes]</w:t>
      </w:r>
    </w:p>
    <w:p>
      <w:r>
        <w:t>He renews and rectifies..</w:t>
      </w:r>
    </w:p>
    <w:p>
      <w:r>
        <w:t>[Yes]</w:t>
      </w:r>
    </w:p>
    <w:p>
      <w:r>
        <w:t>Everything</w:t>
      </w:r>
    </w:p>
    <w:p>
      <w:r>
        <w:t>[Everything, everything]</w:t>
      </w:r>
    </w:p>
    <w:p>
      <w:r>
        <w:t>{Oh, oh..}</w:t>
      </w:r>
    </w:p>
    <w:p>
      <w:r>
        <w:t>And arrange the tallis and also the tefillin</w:t>
      </w:r>
    </w:p>
    <w:p>
      <w:r>
        <w:t>[Also the tefillin?]</w:t>
      </w:r>
    </w:p>
    <w:p>
      <w:r>
        <w:t>Yes</w:t>
      </w:r>
    </w:p>
    <w:p>
      <w:r>
        <w:t>[Good]</w:t>
      </w:r>
    </w:p>
    <w:p>
      <w:r>
        <w:t>There are tefillin here</w:t>
      </w:r>
    </w:p>
    <w:p>
      <w:r>
        <w:t>[There is, there is, there is everything]</w:t>
      </w:r>
    </w:p>
    <w:p>
      <w:r>
        <w:t>Eh?</w:t>
      </w:r>
    </w:p>
    <w:p>
      <w:r>
        <w:t>[There is everything]</w:t>
      </w:r>
    </w:p>
    <w:p>
      <w:r>
        <w:t>Yes</w:t>
      </w:r>
    </w:p>
    <w:p>
      <w:r>
        <w:t>[Good]</w:t>
      </w:r>
    </w:p>
    <w:p>
      <w:r>
        <w:t>[…]</w:t>
      </w:r>
    </w:p>
    <w:p>
      <w:r>
        <w:t>[Look for his tallis]</w:t>
      </w:r>
    </w:p>
    <w:p>
      <w:r>
        <w:t>[…..]</w:t>
      </w:r>
    </w:p>
    <w:p>
      <w:r>
        <w:t>{I took them out of Breslov because they have a debt}</w:t>
      </w:r>
    </w:p>
    <w:p>
      <w:r>
        <w:t>[….]</w:t>
      </w:r>
    </w:p>
    <w:p>
      <w:r>
        <w:t>We have a car</w:t>
      </w:r>
    </w:p>
    <w:p>
      <w:r>
        <w:t>[Yes]</w:t>
      </w:r>
    </w:p>
    <w:p>
      <w:r>
        <w:t>I will go in the car, and.. wherever it goes, {….}</w:t>
      </w:r>
    </w:p>
    <w:p>
      <w:r>
        <w:t>[And I am with you, and I am with you]</w:t>
      </w:r>
    </w:p>
    <w:p>
      <w:r>
        <w:t>Eh?</w:t>
      </w:r>
    </w:p>
    <w:p>
      <w:r>
        <w:t>[And I am with you, I am going with you]</w:t>
      </w:r>
    </w:p>
    <w:p>
      <w:r>
        <w:t>Good, good, good</w:t>
      </w:r>
    </w:p>
    <w:p>
      <w:r>
        <w:t>[Everywhere]</w:t>
      </w:r>
    </w:p>
    <w:p>
      <w:r>
        <w:t>Yes, if only</w:t>
      </w:r>
    </w:p>
    <w:p>
      <w:r>
        <w:t>[Until the Redemption, until the end, Saba, until the end, with Hashem’s help]</w:t>
      </w:r>
    </w:p>
    <w:p>
      <w:r>
        <w:t>Blessed are You, Hashem our God, King of the world, Who sanctified us with His commandments and commanded us to wrap ourselves in tzitzis [[[Amen]]]</w:t>
      </w:r>
    </w:p>
    <w:p>
      <w:r>
        <w:t>{..}</w:t>
      </w:r>
    </w:p>
    <w:p>
      <w:r>
        <w:t>[…….]</w:t>
      </w:r>
    </w:p>
    <w:p>
      <w:r>
        <w:t>[…….]</w:t>
      </w:r>
    </w:p>
    <w:p>
      <w:r>
        <w:t>Ah, give me a little to drink</w:t>
      </w:r>
    </w:p>
    <w:p>
      <w:r>
        <w:t>[Cola]</w:t>
      </w:r>
    </w:p>
    <w:p>
      <w:r>
        <w:t>Cola, ah..</w:t>
      </w:r>
    </w:p>
    <w:p>
      <w:r>
        <w:t>Blessed are You, Hashem our God, King of the world, Who sanctified us with His commandments and commanded us to put on tefillin [[[Amen]]]</w:t>
      </w:r>
    </w:p>
    <w:p>
      <w:r>
        <w:t>{..}</w:t>
      </w:r>
    </w:p>
    <w:p>
      <w:r>
        <w:t>[…...]</w:t>
      </w:r>
    </w:p>
    <w:p>
      <w:r>
        <w:t>[..….]…</w:t>
      </w:r>
    </w:p>
    <w:p>
      <w:r>
        <w:t>...{…}</w:t>
      </w:r>
    </w:p>
    <w:p>
      <w:r>
        <w:t>[Yes]</w:t>
      </w:r>
    </w:p>
    <w:p>
      <w:r>
        <w:t>It will be with us</w:t>
      </w:r>
    </w:p>
    <w:p>
      <w:r>
        <w:t>[Yes, Saba, yes]</w:t>
      </w:r>
    </w:p>
    <w:p>
      <w:r>
        <w:t>Ah…</w:t>
      </w:r>
    </w:p>
    <w:p>
      <w:r>
        <w:t>...that it should be fulfilled, that the world should see what Breslov is</w:t>
      </w:r>
    </w:p>
    <w:p>
      <w:r>
        <w:t>[Ah, blessed be Hashem]</w:t>
      </w:r>
    </w:p>
    <w:p>
      <w:r>
        <w:t>[This is throughout the whole country, Saba, this was in the newspaper ‘Maariv’]</w:t>
      </w:r>
    </w:p>
    <w:p>
      <w:r>
        <w:t>{Yes}</w:t>
      </w:r>
    </w:p>
    <w:p>
      <w:r>
        <w:t>[This went throughout the whole country]</w:t>
      </w:r>
    </w:p>
    <w:p>
      <w:r>
        <w:t>We need to buy several f.. f.. {…} into all the..{...} synagogues, into the yeshivas [All right]</w:t>
      </w:r>
    </w:p>
    <w:p>
      <w:r>
        <w:t>So that they will see what this is</w:t>
      </w:r>
    </w:p>
    <w:p>
      <w:r>
        <w:t>[Yes]</w:t>
      </w:r>
    </w:p>
    <w:p>
      <w:r>
        <w:t>[………]</w:t>
      </w:r>
    </w:p>
    <w:p>
      <w:r>
        <w:t>[...……]</w:t>
      </w:r>
    </w:p>
    <w:p>
      <w:r>
        <w:t>Do not give to anyone</w:t>
      </w:r>
    </w:p>
    <w:p>
      <w:r>
        <w:t>[All right, Saba]</w:t>
      </w:r>
    </w:p>
    <w:p>
      <w:r>
        <w:t>What is this?...</w:t>
      </w:r>
    </w:p>
    <w:p>
      <w:r>
        <w:t>[...]…</w:t>
      </w:r>
    </w:p>
    <w:p>
      <w:r>
        <w:t>...{...} to buy? {...}</w:t>
      </w:r>
    </w:p>
    <w:p>
      <w:r>
        <w:t>[It is possible to copy, to copy many, it is possible to copy many]</w:t>
      </w:r>
    </w:p>
    <w:p>
      <w:r>
        <w:t>{..}</w:t>
      </w:r>
    </w:p>
    <w:p>
      <w:r>
        <w:t>[It is possible to copy very many, yes, Saba]</w:t>
      </w:r>
    </w:p>
    <w:p>
      <w:r>
        <w:t>{More} need to buy</w:t>
      </w:r>
    </w:p>
    <w:p>
      <w:r>
        <w:t>[Yes, yes, and to distribute]</w:t>
      </w:r>
    </w:p>
    <w:p>
      <w:r>
        <w:t>To distribute</w:t>
      </w:r>
    </w:p>
    <w:p>
      <w:r>
        <w:t>[…….]</w:t>
      </w:r>
    </w:p>
    <w:p>
      <w:r>
        <w:t>[…….]</w:t>
      </w:r>
    </w:p>
    <w:p>
      <w:r>
        <w:t>[With Hashem’s help, Saba, yes, it is very good to do, yes, yes, it is a very good idea, yes, yes]</w:t>
      </w:r>
    </w:p>
    <w:p>
      <w:r>
        <w:t>[Sounds very good..]</w:t>
      </w:r>
    </w:p>
    <w:p>
      <w:r>
        <w:t>Oy, oy, oy, oy</w:t>
      </w:r>
    </w:p>
    <w:p>
      <w:r>
        <w:t>[It is a very good idea, to copy and distribute everywhere..]</w:t>
      </w:r>
    </w:p>
    <w:p>
      <w:r>
        <w:t>Oy, oy, oy.. oy, oy, oy.. oy, oy, oy..</w:t>
      </w:r>
    </w:p>
    <w:p>
      <w:r>
        <w:t>[Do you want to dr..]…</w:t>
      </w:r>
    </w:p>
    <w:p>
      <w:r>
        <w:t>...yes, oy, oy, oy, oy, oy, oy…</w:t>
      </w:r>
    </w:p>
    <w:p>
      <w:r>
        <w:t>...will the bris milah be?</w:t>
      </w:r>
    </w:p>
    <w:p>
      <w:r>
        <w:t>[Early Sunday morning]…</w:t>
      </w:r>
    </w:p>
    <w:p>
      <w:r>
        <w:t>...the.. papers?</w:t>
      </w:r>
    </w:p>
    <w:p>
      <w:r>
        <w:t>[Yes, Saba, I am copying this]</w:t>
      </w:r>
    </w:p>
    <w:p>
      <w:r>
        <w:t>So that there will be</w:t>
      </w:r>
    </w:p>
    <w:p>
      <w:r>
        <w:t>[Yes, yes, I will make a lot of this, Saba]</w:t>
      </w:r>
    </w:p>
    <w:p>
      <w:r>
        <w:t>Eh?</w:t>
      </w:r>
    </w:p>
    <w:p>
      <w:r>
        <w:t>[I will make a lot of this</w:t>
      </w:r>
    </w:p>
    <w:p>
      <w:r>
        <w:t>I will copy many, Saba, so that we will have many like these to distribute in all the synagogues]</w:t>
      </w:r>
    </w:p>
    <w:p>
      <w:r>
        <w:t>[….]</w:t>
      </w:r>
    </w:p>
    <w:p>
      <w:r>
        <w:t>[There will be, with Hashem’s help]…</w:t>
      </w:r>
    </w:p>
    <w:p>
      <w:r>
        <w:t>...{…...}, you pay money, no?</w:t>
      </w:r>
    </w:p>
    <w:p>
      <w:r>
        <w:t>[One needs to pay in order to copy]</w:t>
      </w:r>
    </w:p>
    <w:p>
      <w:r>
        <w:t>Eh?</w:t>
      </w:r>
    </w:p>
    <w:p>
      <w:r>
        <w:t>[Yes, in order to copy one needs money in order to copy</w:t>
      </w:r>
    </w:p>
    <w:p>
      <w:r>
        <w:t>So, but it does not cost much, it costs very little]</w:t>
      </w:r>
    </w:p>
    <w:p>
      <w:r>
        <w:t>Eh?</w:t>
      </w:r>
    </w:p>
    <w:p>
      <w:r>
        <w:t>[It is not much money, not much money]</w:t>
      </w:r>
    </w:p>
    <w:p>
      <w:r>
        <w:t>[…..]</w:t>
      </w:r>
    </w:p>
    <w:p>
      <w:r>
        <w:t>{Ah}…</w:t>
      </w:r>
    </w:p>
    <w:p>
      <w:r>
        <w:t>...{… to drink}…</w:t>
      </w:r>
    </w:p>
    <w:p>
      <w:r>
        <w:t>...[………]</w:t>
      </w:r>
    </w:p>
    <w:p>
      <w:r>
        <w:t>[…….…..]</w:t>
      </w:r>
    </w:p>
    <w:p>
      <w:r>
        <w:t>Who is this?</w:t>
      </w:r>
    </w:p>
    <w:p>
      <w:r>
        <w:t>[The mohel]</w:t>
      </w:r>
    </w:p>
    <w:p>
      <w:r>
        <w:t>The mohel?</w:t>
      </w:r>
    </w:p>
    <w:p>
      <w:r>
        <w:t>[Yo, yo]</w:t>
      </w:r>
    </w:p>
    <w:p>
      <w:r>
        <w:t>Yehudah Leib Frank?</w:t>
      </w:r>
    </w:p>
    <w:p>
      <w:r>
        <w:t>[Yo, yo, yo]…</w:t>
      </w:r>
    </w:p>
    <w:p>
      <w:r>
        <w:t>...You did not know?</w:t>
      </w:r>
    </w:p>
    <w:p>
      <w:r>
        <w:t>[..]</w:t>
      </w:r>
    </w:p>
    <w:p>
      <w:r>
        <w:t>That it is forbidden to study Breslov books?</w:t>
      </w:r>
    </w:p>
    <w:p>
      <w:r>
        <w:t>[I accept this prohibition, even so]</w:t>
      </w:r>
    </w:p>
    <w:p>
      <w:r>
        <w:t>{Ah}</w:t>
      </w:r>
    </w:p>
    <w:p>
      <w:r>
        <w:t>[Nevertheless, though it is forbidden, I accept it]</w:t>
      </w:r>
    </w:p>
    <w:p>
      <w:r>
        <w:t>What do you accept?</w:t>
      </w:r>
    </w:p>
    <w:p>
      <w:r>
        <w:t>[The Gehinnom for it, I want the Gehinnom, it is forbidden to study Breslov books]</w:t>
      </w:r>
    </w:p>
    <w:p>
      <w:r>
        <w:t>Do you have Gehinnom?</w:t>
      </w:r>
    </w:p>
    <w:p>
      <w:r>
        <w:t>[…….]</w:t>
      </w:r>
    </w:p>
    <w:p>
      <w:r>
        <w:t>{…..} Yehudah Leib Frank?</w:t>
      </w:r>
    </w:p>
    <w:p>
      <w:r>
        <w:t>[The father, the father of my father, the father of my father, said to Father: “It is forbidden to study Breslov books”]</w:t>
      </w:r>
    </w:p>
    <w:p>
      <w:r>
        <w:t>Yes?</w:t>
      </w:r>
    </w:p>
    <w:p>
      <w:r>
        <w:t>[Yes]</w:t>
      </w:r>
    </w:p>
    <w:p>
      <w:r>
        <w:t>Yes?</w:t>
      </w:r>
    </w:p>
    <w:p>
      <w:r>
        <w:t>[Yes, so he said to him: “I know that it is permitted”</w:t>
      </w:r>
    </w:p>
    <w:p>
      <w:r>
        <w:t>So he said to him: “Go ask a question of a s.., a scholar’s question,” so..]</w:t>
      </w:r>
    </w:p>
    <w:p>
      <w:r>
        <w:t>Yes, there are more and more, and more, {oh, without end}</w:t>
      </w:r>
    </w:p>
    <w:p>
      <w:r>
        <w:t>[They, they agreed among themselves that they would ask the ‘Chazon Ish’ in Bnei Brak]</w:t>
      </w:r>
    </w:p>
    <w:p>
      <w:r>
        <w:t>Eh?</w:t>
      </w:r>
    </w:p>
    <w:p>
      <w:r>
        <w:t>[They agreed that they would ask the ‘Chazon Ish’]</w:t>
      </w:r>
    </w:p>
    <w:p>
      <w:r>
        <w:t>{Eh?}</w:t>
      </w:r>
    </w:p>
    <w:p>
      <w:r>
        <w:t>[Grandfather said to my father: “Go ask the ‘Chazon Ish’ if it is permitted to study the books”]</w:t>
      </w:r>
    </w:p>
    <w:p>
      <w:r>
        <w:t>Yes</w:t>
      </w:r>
    </w:p>
    <w:p>
      <w:r>
        <w:t>[So he traveled to Bnei Brak, asked the ‘Chazon Ish,’ and he said to him:</w:t>
      </w:r>
    </w:p>
    <w:p>
      <w:r>
        <w:t>“One does not need to ask Father, you are permitted to study”]</w:t>
      </w:r>
    </w:p>
    <w:p>
      <w:r>
        <w:t>[……..]</w:t>
      </w:r>
    </w:p>
    <w:p>
      <w:r>
        <w:t>[……..]</w:t>
      </w:r>
    </w:p>
    <w:p>
      <w:r>
        <w:t>[We have a ruling from the ‘Chazon Ish’ that it is permitted]</w:t>
      </w:r>
    </w:p>
    <w:p>
      <w:r>
        <w:t>Eh?</w:t>
      </w:r>
    </w:p>
    <w:p>
      <w:r>
        <w:t>[We also have a ruling from the ‘Chazon Ish’ that it is permitted to study]</w:t>
      </w:r>
    </w:p>
    <w:p>
      <w:r>
        <w:t>And the opponents did not know of this</w:t>
      </w:r>
    </w:p>
    <w:p>
      <w:r>
        <w:t>[They did not know]</w:t>
      </w:r>
    </w:p>
    <w:p>
      <w:r>
        <w:t>If they had known of this, they would have..</w:t>
      </w:r>
    </w:p>
    <w:p>
      <w:r>
        <w:t>[“Oh.. the ‘Chazon Ish’ is also no good”]</w:t>
      </w:r>
    </w:p>
    <w:p>
      <w:r>
        <w:t>{They throw him} outside</w:t>
      </w:r>
    </w:p>
    <w:p>
      <w:r>
        <w:t>[Even the ‘Chazon Ish’ they would have..]</w:t>
      </w:r>
    </w:p>
    <w:p>
      <w:r>
        <w:t>[……..]</w:t>
      </w:r>
    </w:p>
    <w:p>
      <w:r>
        <w:t>[……..]</w:t>
      </w:r>
    </w:p>
    <w:p>
      <w:r>
        <w:t>[The Rav needs to come to Yerushalayim, there is, there is also a wedding, there is also a wedding in Yerushalayim]</w:t>
      </w:r>
    </w:p>
    <w:p>
      <w:r>
        <w:t>Yes?</w:t>
      </w:r>
    </w:p>
    <w:p>
      <w:r>
        <w:t>[Yes, Avigdor's]</w:t>
      </w:r>
    </w:p>
    <w:p>
      <w:r>
        <w:t>Ah</w:t>
      </w:r>
    </w:p>
    <w:p>
      <w:r>
        <w:t>[Avigdor is getting married on Tuesday, he very much wants Saba to be at the wedding</w:t>
      </w:r>
    </w:p>
    <w:p>
      <w:r>
        <w:t>Saba made the match, she told me: "That if not for Saba, she would not have agreed to the match”]</w:t>
      </w:r>
    </w:p>
    <w:p>
      <w:r>
        <w:t>[Only in Saba's merit]</w:t>
      </w:r>
    </w:p>
    <w:p>
      <w:r>
        <w:t>[… she said that only to Saba….]</w:t>
      </w:r>
    </w:p>
    <w:p>
      <w:r>
        <w:t>{Ah}</w:t>
      </w:r>
    </w:p>
    <w:p>
      <w:r>
        <w:t>“How, how are you a mohel”</w:t>
      </w:r>
    </w:p>
    <w:p>
      <w:r>
        <w:t>[No, I am a mohel]</w:t>
      </w:r>
    </w:p>
    <w:p>
      <w:r>
        <w:t>"You st.., you study Breslov books, so how are you a mohel"</w:t>
      </w:r>
    </w:p>
    <w:p>
      <w:r>
        <w:t>[Not I, not I, Hakadosh Baruch Hu, it is written: "And You made the covenant with him"</w:t>
      </w:r>
    </w:p>
    <w:p>
      <w:r>
        <w:t>Hakadosh Baruch Hu says: "I am the One who makes the covenant", "And You made the covenant with him"</w:t>
      </w:r>
    </w:p>
    <w:p>
      <w:r>
        <w:t>Hashem is the mohel, not I]</w:t>
      </w:r>
    </w:p>
    <w:p>
      <w:r>
        <w:t>Who is the mohel?</w:t>
      </w:r>
    </w:p>
    <w:p>
      <w:r>
        <w:t>[Hakadosh Baruch Hu, "And You made the covenant with him", He is the mohel]</w:t>
      </w:r>
    </w:p>
    <w:p>
      <w:r>
        <w:t>I, they did not give me a piece of bread to eat, because I study Breslov books, you do not know about this?</w:t>
      </w:r>
    </w:p>
    <w:p>
      <w:r>
        <w:t>{...}</w:t>
      </w:r>
    </w:p>
    <w:p>
      <w:r>
        <w:t>[Do you want to come with us to Yerushalayim now?]</w:t>
      </w:r>
    </w:p>
    <w:p>
      <w:r>
        <w:t>A{..}..</w:t>
      </w:r>
    </w:p>
    <w:p>
      <w:r>
        <w:t>[Saba, do you want to come with us to Yerushalayim now?]</w:t>
      </w:r>
    </w:p>
    <w:p>
      <w:r>
        <w:t>I do not know, I have no strength, I want</w:t>
      </w:r>
    </w:p>
    <w:p>
      <w:r>
        <w:t>[Together, they will help, you will also be in the bed on the vehicle, it is a large vehicle, it is also possible to sleep there]</w:t>
      </w:r>
    </w:p>
    <w:p>
      <w:r>
        <w:t>[……]</w:t>
      </w:r>
    </w:p>
    <w:p>
      <w:r>
        <w:t>[…...]</w:t>
      </w:r>
    </w:p>
    <w:p>
      <w:r>
        <w:t>Mohel, mohel, {……}</w:t>
      </w:r>
    </w:p>
    <w:p>
      <w:r>
        <w:t>There was a prohibition, forbidden, ah.. someone who studies Breslov books, it is forbidden to circumcise {…} any of his sons</w:t>
      </w:r>
    </w:p>
    <w:p>
      <w:r>
        <w:t>[Yes?]</w:t>
      </w:r>
    </w:p>
    <w:p>
      <w:r>
        <w:t>[…….]</w:t>
      </w:r>
    </w:p>
    <w:p>
      <w:r>
        <w:t>[…]</w:t>
      </w:r>
    </w:p>
    <w:p>
      <w:r>
        <w:t>[Rav Levi Yitzchak, Rav Levi Yitzchak related]</w:t>
      </w:r>
    </w:p>
    <w:p>
      <w:r>
        <w:t>Nu</w:t>
      </w:r>
    </w:p>
    <w:p>
      <w:r>
        <w:t>[That Rav Pinchas of Koretz, Rav Pinchas of Koretz]</w:t>
      </w:r>
    </w:p>
    <w:p>
      <w:r>
        <w:t>Levi Yitzchak?</w:t>
      </w:r>
    </w:p>
    <w:p>
      <w:r>
        <w:t>[Levi Yitzchak Bender related, that Rav Pinchas of Koretz came to some city]</w:t>
      </w:r>
    </w:p>
    <w:p>
      <w:r>
        <w:t>Ah?</w:t>
      </w:r>
    </w:p>
    <w:p>
      <w:r>
        <w:t>[Rav Pinchas Koretzer]</w:t>
      </w:r>
    </w:p>
    <w:p>
      <w:r>
        <w:t>Nu</w:t>
      </w:r>
    </w:p>
    <w:p>
      <w:r>
        <w:t>[He came to some city, where there were opponents</w:t>
      </w:r>
    </w:p>
    <w:p>
      <w:r>
        <w:t>So he went up onto the bimah in the synagogue, and proclaimed there:</w:t>
      </w:r>
    </w:p>
    <w:p>
      <w:r>
        <w:t>"The Gemara says: "Those who are insulted but do not insult, who hear their disgrace but do not answer</w:t>
      </w:r>
    </w:p>
    <w:p>
      <w:r>
        <w:t>Of them Scripture says, "But those who love Him are as the sun going forth in its might"</w:t>
      </w:r>
    </w:p>
    <w:p>
      <w:r>
        <w:t>What shall I do that they do not shame me, they give me only honor, what shall I do?</w:t>
      </w:r>
    </w:p>
    <w:p>
      <w:r>
        <w:t>So if so, I want to.. buy the man whom they disgrace"</w:t>
      </w:r>
    </w:p>
    <w:p>
      <w:r>
        <w:t>So he sent a messenger to buy the "Likutey Moharan""]</w:t>
      </w:r>
    </w:p>
    <w:p>
      <w:r>
        <w:t>Nu, you are not af.., not afraid to come {..} to me? No?</w:t>
      </w:r>
    </w:p>
    <w:p>
      <w:r>
        <w:t>[.……]</w:t>
      </w:r>
    </w:p>
    <w:p>
      <w:r>
        <w:t>[…….]…</w:t>
      </w:r>
    </w:p>
    <w:p>
      <w:r>
        <w:t>...[The mohel Frank says "Kaddish", and everyone answers "Amen"</w:t>
      </w:r>
    </w:p>
    <w:p>
      <w:r>
        <w:t>Afterward he says "Barchu", and everyone answers "Barchu"</w:t>
      </w:r>
    </w:p>
    <w:p>
      <w:r>
        <w:t>And they say "Aleinu L'shabe'ach"]…</w:t>
      </w:r>
    </w:p>
    <w:p>
      <w:r>
        <w:t>...[The friends sing:</w:t>
      </w:r>
    </w:p>
    <w:p>
      <w:r>
        <w:t>"In you, Rabbainu, we will rejoice, in you, Rabbainu, we will be glad, in you, Rabbainu, we will rejoice and be glad in you.."</w:t>
      </w:r>
    </w:p>
    <w:p>
      <w:r>
        <w:t>Afterward they sing:</w:t>
      </w:r>
    </w:p>
    <w:p>
      <w:r>
        <w:t>"In You our fathers trusted, in You they trusted and You delivered them, to You they cried and escaped, in You they trusted and were not ashamed.."]…</w:t>
      </w:r>
    </w:p>
    <w:p>
      <w:r>
        <w:t>...[The friends sing:</w:t>
      </w:r>
    </w:p>
    <w:p>
      <w:r>
        <w:t>"This is his affair, and this is my affair, and furthermore, why should we speak of others</w:t>
      </w:r>
    </w:p>
    <w:p>
      <w:r>
        <w:t>And his way was that he was always joyful, with very great joy, and he was only full of joy always.." Afterward they sing:</w:t>
      </w:r>
    </w:p>
    <w:p>
      <w:r>
        <w:t>"In you, Rabbainu, we will rejoice, in you, Rabbainu, we will be glad, in you, Rabbainu, we will rejoice and be glad in you"</w:t>
      </w:r>
    </w:p>
    <w:p>
      <w:r>
        <w:t>"Who will give me a wing like a dove, I will fly to the holy tziyon, to Uman"</w:t>
      </w:r>
    </w:p>
    <w:p>
      <w:r>
        <w:t>"Na Na Nach Nachma Nachman MeUman.."</w:t>
      </w:r>
    </w:p>
    <w:p>
      <w:r>
        <w:t>Afterward they sing:</w:t>
      </w:r>
    </w:p>
    <w:p>
      <w:r>
        <w:t>"And so the tzaddikim will see and rejoice, and the upright will exult, and the chassidim will rejoice in song"</w:t>
      </w:r>
    </w:p>
    <w:p>
      <w:r>
        <w:t>"Na Na Nach Nachma Nachman MeUman.."</w:t>
      </w:r>
    </w:p>
    <w:p>
      <w:r>
        <w:t>Afterward they sing:</w:t>
      </w:r>
    </w:p>
    <w:p>
      <w:r>
        <w:t>"Strength and splendor are her clothing, and she laughs at the final day.."</w:t>
      </w:r>
    </w:p>
    <w:p>
      <w:r>
        <w:t>"Na Na Nach Nachma Nachman MeUman.."</w:t>
      </w:r>
    </w:p>
    <w:p>
      <w:r>
        <w:t>Afterward they sing:</w:t>
      </w:r>
    </w:p>
    <w:p>
      <w:r>
        <w:t>"Serve Hashem with joy, come before Him with song"</w:t>
      </w:r>
    </w:p>
    <w:p>
      <w:r>
        <w:t>"Na Na Nach Nachma Nachman MeUman.."</w:t>
      </w:r>
    </w:p>
    <w:p>
      <w:r>
        <w:t>Afterward they sing:</w:t>
      </w:r>
    </w:p>
    <w:p>
      <w:r>
        <w:t>Fortunate are we, how good is our portion, that we merited to draw close to Rabbainu"</w:t>
      </w:r>
    </w:p>
    <w:p>
      <w:r>
        <w:t>"Na Na Nach Nachma Nachman MeUman.."]…</w:t>
      </w:r>
    </w:p>
    <w:p>
      <w:r>
        <w:t>...["Fortunate are we, how good is our portion, that we received a Petek from Rabbainu"</w:t>
      </w:r>
    </w:p>
    <w:p>
      <w:r>
        <w:t>"Na Na Nach Nachma Nachman MeUman.."</w:t>
      </w:r>
    </w:p>
    <w:p>
      <w:r>
        <w:t>"Fortunate are we, how good is our portion, that we merited to draw close to Rabbainu"</w:t>
      </w:r>
    </w:p>
    <w:p>
      <w:r>
        <w:t>"Uman Uman Rosh Hashanah..”</w:t>
      </w:r>
    </w:p>
    <w:p>
      <w:r>
        <w:t>Afterward they sing:</w:t>
      </w:r>
    </w:p>
    <w:p>
      <w:r>
        <w:t>"In you, Rabbainu, we will rejoice, in you, Rabbainu, we will be glad, in you, Rabbainu, we will rejoice and be glad in you.."</w:t>
      </w:r>
    </w:p>
    <w:p>
      <w:r>
        <w:t>Afterward they sing:</w:t>
      </w:r>
    </w:p>
    <w:p>
      <w:r>
        <w:t>"Na Na Nach Nachma Nachman MeUman.."]…</w:t>
      </w:r>
    </w:p>
    <w:p>
      <w:pPr>
        <w:pStyle w:val="Heading2"/>
      </w:pPr>
      <w:r>
        <w:t>Side B (Bais)</w:t>
      </w:r>
    </w:p>
    <w:p>
      <w:r>
        <w:t>...[Saba and the friends play music and sing:</w:t>
      </w:r>
    </w:p>
    <w:p>
      <w:r>
        <w:t>"They call him Na Na Nach Nachma Nachman MeUman..”</w:t>
      </w:r>
    </w:p>
    <w:p>
      <w:r>
        <w:t>And he is one hundred years old and he is truly like a one-year-old because he received the Petek and he has the secret of the Redemption and there is concealment upon him both on the inside and on the outside but it does not bother him because he already has the assurance and he laughs at the world and he is always only joyful because he has no scent of desire and he also has no desire at all and he will conquer the world and rectify everyone, so said Rebbe Nachman, that he will rectify the world</w:t>
      </w:r>
    </w:p>
    <w:p>
      <w:r>
        <w:t>And he loves the simple ones and the wise do not understand because he makes faces at them and hides his face from them and he hates honor and he is very joyful and he shouts and he laughs all day and all night he gathers up the humiliations in order to bring down the husks and imaginary honor can no longer bear him …………………. and the Redemption will already come …………………. and he begins fr..]...</w:t>
      </w:r>
    </w:p>
    <w:p>
      <w:r>
        <w:t>...[The friends continue singing:</w:t>
      </w:r>
    </w:p>
    <w:p>
      <w:r>
        <w:t>"They call him Na Na Nach Nachma Nachman MeUman..”</w:t>
      </w:r>
    </w:p>
    <w:p>
      <w:r>
        <w:t>They sing the content of the Petek to the tune mentioned above</w:t>
      </w:r>
    </w:p>
    <w:p>
      <w:r>
        <w:t>And he is a tzaddik, foundation of the world, a wondrous and hidden light, and he will rectify the world and prays for everyone "They call him Na Na Nach Nachma Nachman MeUman..” Afterward they sing:</w:t>
      </w:r>
    </w:p>
    <w:p>
      <w:r>
        <w:t>"In Breslov a fire burns, kindle it in my heart.."</w:t>
      </w:r>
    </w:p>
    <w:p>
      <w:r>
        <w:t>Afterward they sing:</w:t>
      </w:r>
    </w:p>
    <w:p>
      <w:r>
        <w:t>"Oy Rebbe Nachman, oy Rebbe Nassan, they laugh at the whole world..</w:t>
      </w:r>
    </w:p>
    <w:p>
      <w:r>
        <w:t>Na Na Nach Nachma Nachman MeUman laughs at the whole world..”</w:t>
      </w:r>
    </w:p>
    <w:p>
      <w:r>
        <w:t>Afterward they sing:</w:t>
      </w:r>
    </w:p>
    <w:p>
      <w:r>
        <w:t>"Our greatness and our glory will be revealed with the coming of our righteous Mashiach.." Afterward they sing:</w:t>
      </w:r>
    </w:p>
    <w:p>
      <w:r>
        <w:t>"Whoever tasted Hungarian wine, they will never fool him again.."] I need the legs..</w:t>
      </w:r>
    </w:p>
    <w:p>
      <w:r>
        <w:t>[The legs]</w:t>
      </w:r>
    </w:p>
    <w:p>
      <w:r>
        <w:t>{..} the legs on the bed</w:t>
      </w:r>
    </w:p>
    <w:p>
      <w:r>
        <w:t>[On the bed]</w:t>
      </w:r>
    </w:p>
    <w:p>
      <w:r>
        <w:t>[Saba and the friends continue singing:</w:t>
      </w:r>
    </w:p>
    <w:p>
      <w:r>
        <w:t>"Our greatness and our glory will be revealed with the coming of our righteous Mashiach"</w:t>
      </w:r>
    </w:p>
    <w:p>
      <w:r>
        <w:t>"Na Nach Nachma Nachman MeUman.."</w:t>
      </w:r>
    </w:p>
    <w:p>
      <w:r>
        <w:t>Afterward they sing:</w:t>
      </w:r>
    </w:p>
    <w:p>
      <w:r>
        <w:t>"Oy Rebbe Nachman, oy Rebbe Nassan.."]</w:t>
      </w:r>
    </w:p>
    <w:p>
      <w:r>
        <w:t>Where is he?</w:t>
      </w:r>
    </w:p>
    <w:p>
      <w:r>
        <w:t>[The friends continue singing:</w:t>
      </w:r>
    </w:p>
    <w:p>
      <w:r>
        <w:t>“..laughing at the whole world"</w:t>
      </w:r>
    </w:p>
    <w:p>
      <w:r>
        <w:t>Oy Rebbe Nachman, oy Rebbe Nassan..”]</w:t>
      </w:r>
    </w:p>
    <w:p>
      <w:r>
        <w:t>Ah.. ah.. ah.. ah..</w:t>
      </w:r>
    </w:p>
    <w:p>
      <w:r>
        <w:t>[The friends continue singing:</w:t>
      </w:r>
    </w:p>
    <w:p>
      <w:r>
        <w:t>Oy Rebbe Yisroel laughs at the whole world</w:t>
      </w:r>
    </w:p>
    <w:p>
      <w:r>
        <w:t>Na Nach Nachma Nachman MeUman laughs at the whole world.."]</w:t>
      </w:r>
    </w:p>
    <w:p>
      <w:r>
        <w:t>[“In You they trusted, trusted..”]</w:t>
      </w:r>
    </w:p>
    <w:p>
      <w:r>
        <w:t>[Need……]</w:t>
      </w:r>
    </w:p>
    <w:p>
      <w:r>
        <w:t>[What?]</w:t>
      </w:r>
    </w:p>
    <w:p>
      <w:r>
        <w:t>[………]</w:t>
      </w:r>
    </w:p>
    <w:p>
      <w:r>
        <w:t>[“In You they trusted, trusted, trusted..”]</w:t>
      </w:r>
    </w:p>
    <w:p>
      <w:r>
        <w:t>[Ay..]</w:t>
      </w:r>
    </w:p>
    <w:p>
      <w:r>
        <w:t>[…]…</w:t>
      </w:r>
    </w:p>
    <w:p>
      <w:r>
        <w:t>...[playing a drum]…</w:t>
      </w:r>
    </w:p>
    <w:p>
      <w:r>
        <w:t>...[playing a drum]</w:t>
      </w:r>
    </w:p>
    <w:p>
      <w:r>
        <w:t>[…………]</w:t>
      </w:r>
    </w:p>
    <w:p>
      <w:r>
        <w:t>[…….…..]</w:t>
      </w:r>
    </w:p>
    <w:p>
      <w:r>
        <w:t>Ah, ah, ah, {..}..</w:t>
      </w:r>
    </w:p>
    <w:p>
      <w:r>
        <w:t>"Good, give, give.. money"</w:t>
      </w:r>
    </w:p>
    <w:p>
      <w:r>
        <w:t>[What? What money?]</w:t>
      </w:r>
    </w:p>
    <w:p>
      <w:r>
        <w:t>We {..} have no money to pay</w:t>
      </w:r>
    </w:p>
    <w:p>
      <w:r>
        <w:t>[To pay, it is without money, Saba]</w:t>
      </w:r>
    </w:p>
    <w:p>
      <w:r>
        <w:t>Without money</w:t>
      </w:r>
    </w:p>
    <w:p>
      <w:r>
        <w:t>[Without money]</w:t>
      </w:r>
    </w:p>
    <w:p>
      <w:r>
        <w:t>[…….….]</w:t>
      </w:r>
    </w:p>
    <w:p>
      <w:r>
        <w:t>[………..]…</w:t>
      </w:r>
    </w:p>
    <w:p>
      <w:r>
        <w:t>...[……]</w:t>
      </w:r>
    </w:p>
    <w:p>
      <w:r>
        <w:t>[………]...</w:t>
      </w:r>
    </w:p>
    <w:p>
      <w:r>
        <w:t>...[Rebbe Yisroel, do you want to eat?]</w:t>
      </w:r>
    </w:p>
    <w:p>
      <w:r>
        <w:t>[………..]…</w:t>
      </w:r>
    </w:p>
    <w:p>
      <w:r>
        <w:t>Give me {bread} and only a piece.. ah.. ah.. what?</w:t>
      </w:r>
    </w:p>
    <w:p>
      <w:r>
        <w:t>[Liver]</w:t>
      </w:r>
    </w:p>
    <w:p>
      <w:r>
        <w:t>A piece</w:t>
      </w:r>
    </w:p>
    <w:p>
      <w:r>
        <w:t>[Liver]</w:t>
      </w:r>
    </w:p>
    <w:p>
      <w:r>
        <w:t>Eh?</w:t>
      </w:r>
    </w:p>
    <w:p>
      <w:r>
        <w:t>[Liver]</w:t>
      </w:r>
    </w:p>
    <w:p>
      <w:r>
        <w:t>[Liver, soup]</w:t>
      </w:r>
    </w:p>
    <w:p>
      <w:r>
        <w:t>[Potato]</w:t>
      </w:r>
    </w:p>
    <w:p>
      <w:r>
        <w:t>A piece..</w:t>
      </w:r>
    </w:p>
    <w:p>
      <w:r>
        <w:t>[….]</w:t>
      </w:r>
    </w:p>
    <w:p>
      <w:r>
        <w:t>Oh..</w:t>
      </w:r>
    </w:p>
    <w:p>
      <w:r>
        <w:t>[Saba..]…</w:t>
      </w:r>
    </w:p>
    <w:p>
      <w:r>
        <w:t>...[Something to eat?]</w:t>
      </w:r>
    </w:p>
    <w:p>
      <w:r>
        <w:t>Eh?</w:t>
      </w:r>
    </w:p>
    <w:p>
      <w:r>
        <w:t>[Soup, perhaps soup?]</w:t>
      </w:r>
    </w:p>
    <w:p>
      <w:r>
        <w:t>Perhaps</w:t>
      </w:r>
    </w:p>
    <w:p>
      <w:r>
        <w:t>[He does not..…]</w:t>
      </w:r>
    </w:p>
    <w:p>
      <w:r>
        <w:t>[Nachman, this again, good, I, I..]</w:t>
      </w:r>
    </w:p>
    <w:p>
      <w:r>
        <w:t>[Good]</w:t>
      </w:r>
    </w:p>
    <w:p>
      <w:r>
        <w:t>You have no money</w:t>
      </w:r>
    </w:p>
    <w:p>
      <w:r>
        <w:t>[There is much money]</w:t>
      </w:r>
    </w:p>
    <w:p>
      <w:r>
        <w:t>Yes?</w:t>
      </w:r>
    </w:p>
    <w:p>
      <w:r>
        <w:t>[Yes]</w:t>
      </w:r>
    </w:p>
    <w:p>
      <w:r>
        <w:t>Nu, give me {…..} much soup</w:t>
      </w:r>
    </w:p>
    <w:p>
      <w:r>
        <w:t>[Good, good]</w:t>
      </w:r>
    </w:p>
    <w:p>
      <w:r>
        <w:t>[…….]</w:t>
      </w:r>
    </w:p>
    <w:p>
      <w:r>
        <w:t>[Give me what?]</w:t>
      </w:r>
    </w:p>
    <w:p>
      <w:r>
        <w:t>[..………]</w:t>
      </w:r>
    </w:p>
    <w:p>
      <w:r>
        <w:t>[………..]</w:t>
      </w:r>
    </w:p>
    <w:p>
      <w:r>
        <w:t>{….}</w:t>
      </w:r>
    </w:p>
    <w:p>
      <w:r>
        <w:t>[……….]</w:t>
      </w:r>
    </w:p>
    <w:p>
      <w:r>
        <w:t>[……….]…</w:t>
      </w:r>
    </w:p>
    <w:p>
      <w:r>
        <w:t>...[Rebbe Yisroel, will you come?]</w:t>
      </w:r>
    </w:p>
    <w:p>
      <w:r>
        <w:t>[…….]</w:t>
      </w:r>
    </w:p>
    <w:p>
      <w:r>
        <w:t>Who is this?</w:t>
      </w:r>
    </w:p>
    <w:p>
      <w:r>
        <w:t>[I am Daniel]</w:t>
      </w:r>
    </w:p>
    <w:p>
      <w:r>
        <w:t>Daniel?</w:t>
      </w:r>
    </w:p>
    <w:p>
      <w:r>
        <w:t>[Yes, Daniel Yehuda]</w:t>
      </w:r>
    </w:p>
    <w:p>
      <w:r>
        <w:t>Eh?</w:t>
      </w:r>
    </w:p>
    <w:p>
      <w:r>
        <w:t>[I am Daniel Yehuda]</w:t>
      </w:r>
    </w:p>
    <w:p>
      <w:r>
        <w:t>Daniel Yehuda</w:t>
      </w:r>
    </w:p>
    <w:p>
      <w:r>
        <w:t>[Yes]</w:t>
      </w:r>
    </w:p>
    <w:p>
      <w:r>
        <w:t>And do you have {….} money?</w:t>
      </w:r>
    </w:p>
    <w:p>
      <w:r>
        <w:t>[Eh?]</w:t>
      </w:r>
    </w:p>
    <w:p>
      <w:r>
        <w:t>[Do you have funds?]</w:t>
      </w:r>
    </w:p>
    <w:p>
      <w:r>
        <w:t>[Yes, I have money]</w:t>
      </w:r>
    </w:p>
    <w:p>
      <w:r>
        <w:t>{Give us}, we all need what, what to eat</w:t>
      </w:r>
    </w:p>
    <w:p>
      <w:r>
        <w:t>[Yes?]</w:t>
      </w:r>
    </w:p>
    <w:p>
      <w:r>
        <w:t>[Where is Shimon? Shimon..]…</w:t>
      </w:r>
    </w:p>
    <w:p>
      <w:r>
        <w:t>[.…]... …[.……]</w:t>
      </w:r>
    </w:p>
    <w:p>
      <w:r>
        <w:t>...[……]</w:t>
      </w:r>
    </w:p>
    <w:p>
      <w:r>
        <w:t>[Put this in]</w:t>
      </w:r>
    </w:p>
    <w:p>
      <w:r>
        <w:t>[How? How do you put it in?]</w:t>
      </w:r>
    </w:p>
    <w:p>
      <w:r>
        <w:t>[…...]</w:t>
      </w:r>
    </w:p>
    <w:p>
      <w:r>
        <w:t>[This…….]…</w:t>
      </w:r>
    </w:p>
    <w:p>
      <w:r>
        <w:t>...[Like this]</w:t>
      </w:r>
    </w:p>
    <w:p>
      <w:r>
        <w:t>[I do not …..]</w:t>
      </w:r>
    </w:p>
    <w:p>
      <w:r>
        <w:t>[It does not matter, play, with simplicity and innocence]</w:t>
      </w:r>
    </w:p>
    <w:p>
      <w:r>
        <w:t>...[Saba and Mohel Frank sing in Yiddish:</w:t>
      </w:r>
    </w:p>
    <w:p>
      <w:r>
        <w:t>"Our greatness and our glory will be revealed with the coming of our righteous Mashiach.."]</w:t>
      </w:r>
    </w:p>
    <w:p>
      <w:r>
        <w:t>[Nu, ..….]</w:t>
      </w:r>
    </w:p>
    <w:p>
      <w:r>
        <w:t>[Afterward Mohel Frank sings:</w:t>
      </w:r>
    </w:p>
    <w:p>
      <w:r>
        <w:t>"In You our fathers trusted, they trusted in You and You delivered them; to You they cried and escaped; in You they trusted and were not ashamed.."] [….…..]</w:t>
      </w:r>
    </w:p>
    <w:p>
      <w:r>
        <w:t>[……...]…</w:t>
      </w:r>
    </w:p>
    <w:p>
      <w:r>
        <w:t>...[Mohel Frank sings:</w:t>
      </w:r>
    </w:p>
    <w:p>
      <w:r>
        <w:t>"In You our fathers trusted, they trusted in You and You delivered them; to You they cried and escaped; in You they trusted and were not ashamed.."] […...]…</w:t>
      </w:r>
    </w:p>
    <w:p>
      <w:r>
        <w:t>...[I will come with, with Dagan, Yisroel Dagan, we will spend time in Yerushalayim, Motzaei Shabbos, with God's help, it is the bris and the wedding, I will come on Motzaei Shabbos, with Yisroel Dagan {……} yes, {…..}, my wife needs healing..] that the generation of the Flood, ah..</w:t>
      </w:r>
    </w:p>
    <w:p>
      <w:r>
        <w:t>The main decree was over rob.., theft and robbery…</w:t>
      </w:r>
    </w:p>
    <w:p>
      <w:r>
        <w:t>...if there is not, and.. and if there is rob.., robbery and theft, it is worth nothing, {….. everything}…</w:t>
      </w:r>
    </w:p>
    <w:p>
      <w:r>
        <w:br w:type="page"/>
      </w:r>
    </w:p>
    <w:p>
      <w:pPr>
        <w:pStyle w:val="Heading1"/>
      </w:pPr>
      <w:r>
        <w:t>Tape 67</w:t>
      </w:r>
    </w:p>
    <w:p>
      <w:pPr>
        <w:pStyle w:val="Heading2"/>
      </w:pPr>
      <w:r>
        <w:t>Side A (Aleph)</w:t>
      </w:r>
    </w:p>
    <w:p>
      <w:r>
        <w:t>...[Chayen, with a final nun?]</w:t>
      </w:r>
    </w:p>
    <w:p>
      <w:r>
        <w:t>Chayen?</w:t>
      </w:r>
    </w:p>
    <w:p>
      <w:r>
        <w:t>[Chayen, with a final nun, it does not matter]…</w:t>
      </w:r>
    </w:p>
    <w:p>
      <w:r>
        <w:t>...{..}...</w:t>
      </w:r>
    </w:p>
    <w:p>
      <w:r>
        <w:t>...{…} Chayen, Chayen with a nun</w:t>
      </w:r>
    </w:p>
    <w:p>
      <w:r>
        <w:t>[Yes]</w:t>
      </w:r>
    </w:p>
    <w:p>
      <w:r>
        <w:t>With a final nun</w:t>
      </w:r>
    </w:p>
    <w:p>
      <w:r>
        <w:t>[Yes]</w:t>
      </w:r>
    </w:p>
    <w:p>
      <w:r>
        <w:t>Nu, but the main thing {..} is as it is written {{...}} in the Petek</w:t>
      </w:r>
    </w:p>
    <w:p>
      <w:r>
        <w:t>[In the Petek..]</w:t>
      </w:r>
    </w:p>
    <w:p>
      <w:r>
        <w:t>In the Petek {it is with} a mem, mem, Chaim, Nachman with a mem, {. .}</w:t>
      </w:r>
    </w:p>
    <w:p>
      <w:r>
        <w:t>[In the Petek is it written Ch.., Chayen?]</w:t>
      </w:r>
    </w:p>
    <w:p>
      <w:r>
        <w:t>Eh?</w:t>
      </w:r>
    </w:p>
    <w:p>
      <w:r>
        <w:t>[Chayen is not written in the Petek]</w:t>
      </w:r>
    </w:p>
    <w:p>
      <w:r>
        <w:t>"Na Nach," "Na Nach Nachma Nachman MeUman," it is not written {in the congregation}, it is written in the Petek</w:t>
      </w:r>
    </w:p>
    <w:p>
      <w:r>
        <w:t>[Yes, but what he wants to know is whether there is a vav in.. in.. in the word Uman, or if there is no vav—good, it is not..]</w:t>
      </w:r>
    </w:p>
    <w:p>
      <w:r>
        <w:t>Ah.. it does not matter</w:t>
      </w:r>
    </w:p>
    <w:p>
      <w:r>
        <w:t>[It does not matter, and where, where is Chayen written?]</w:t>
      </w:r>
    </w:p>
    <w:p>
      <w:r>
        <w:t>In the Petek, "Na Nach {..} Nachman MeUman"</w:t>
      </w:r>
    </w:p>
    <w:p>
      <w:r>
        <w:t>[And what translation?]</w:t>
      </w:r>
    </w:p>
    <w:p>
      <w:r>
        <w:t>{Ah.. who.. who ...}, it appears that it, there is with a vav</w:t>
      </w:r>
    </w:p>
    <w:p>
      <w:r>
        <w:t>[Ah]</w:t>
      </w:r>
    </w:p>
    <w:p>
      <w:r>
        <w:t>"MeUman" with a vav</w:t>
      </w:r>
    </w:p>
    <w:p>
      <w:r>
        <w:t>Yes</w:t>
      </w:r>
    </w:p>
    <w:p>
      <w:r>
        <w:t>[And where is there a translation? You said in.. in the translation with a final nun—which translation?]</w:t>
      </w:r>
    </w:p>
    <w:p>
      <w:r>
        <w:t>{..}</w:t>
      </w:r>
    </w:p>
    <w:p>
      <w:r>
        <w:t>It is not, not important</w:t>
      </w:r>
    </w:p>
    <w:p>
      <w:r>
        <w:t>[Not important]</w:t>
      </w:r>
    </w:p>
    <w:p>
      <w:r>
        <w:t>It can be this way and that way</w:t>
      </w:r>
    </w:p>
    <w:p>
      <w:r>
        <w:t>[Yes]</w:t>
      </w:r>
    </w:p>
    <w:p>
      <w:r>
        <w:t>It is not..</w:t>
      </w:r>
    </w:p>
    <w:p>
      <w:r>
        <w:t>[Not {called..}]</w:t>
      </w:r>
    </w:p>
    <w:p>
      <w:r>
        <w:t>But {the rule is} as it is written in the Petek, "Na Nach Nachma Nachman MeUman"</w:t>
      </w:r>
    </w:p>
    <w:p>
      <w:r>
        <w:t>{..} "MeUman," apparently it was with a vav, {..yoa}</w:t>
      </w:r>
    </w:p>
    <w:p>
      <w:r>
        <w:t>With, ah.. "melupum," "Uman"</w:t>
      </w:r>
    </w:p>
    <w:p>
      <w:r>
        <w:t>[Ah, "melupum"]</w:t>
      </w:r>
    </w:p>
    <w:p>
      <w:r>
        <w:t>[Ah, with, with, with the dot in the vav?]</w:t>
      </w:r>
    </w:p>
    <w:p>
      <w:r>
        <w:t>Eh?</w:t>
      </w:r>
    </w:p>
    <w:p>
      <w:r>
        <w:t>[With the dot inside the vav? Is there a dot inside the vav?]</w:t>
      </w:r>
    </w:p>
    <w:p>
      <w:r>
        <w:t>{..} A dot? {..}</w:t>
      </w:r>
    </w:p>
    <w:p>
      <w:r>
        <w:t>[..]</w:t>
      </w:r>
    </w:p>
    <w:p>
      <w:r>
        <w:t>[Because it is hard to read in the Petek whether there is a dot, or there is not, it..]</w:t>
      </w:r>
    </w:p>
    <w:p>
      <w:r>
        <w:t>Ah.. perhaps, perhaps it was without vowel points, {…}.. only letters</w:t>
      </w:r>
    </w:p>
    <w:p>
      <w:r>
        <w:t>[Yes]</w:t>
      </w:r>
    </w:p>
    <w:p>
      <w:r>
        <w:t>{{..}}</w:t>
      </w:r>
    </w:p>
    <w:p>
      <w:r>
        <w:t>[There are letters in "Na Nach Nachma Nachman"]</w:t>
      </w:r>
    </w:p>
    <w:p>
      <w:r>
        <w:t>It is not {grammar}</w:t>
      </w:r>
    </w:p>
    <w:p>
      <w:r>
        <w:t>[There are letters—in "Na Nach Nachma Nachman" there are letters]</w:t>
      </w:r>
    </w:p>
    <w:p>
      <w:r>
        <w:t>Eh?</w:t>
      </w:r>
    </w:p>
    <w:p>
      <w:r>
        <w:t>[In "Na Nach Nachma Nachman" there are letters; "Na Nach Nachma Nachman" has vowel points]</w:t>
      </w:r>
    </w:p>
    <w:p>
      <w:r>
        <w:t>There are vowel points</w:t>
      </w:r>
    </w:p>
    <w:p>
      <w:r>
        <w:t>[Yes, but in "Me.. MeUman" it is hard to read whether there is a dot inside the vav, or there is no dot inside the vav]</w:t>
      </w:r>
    </w:p>
    <w:p>
      <w:r>
        <w:t>{..}</w:t>
      </w:r>
    </w:p>
    <w:p>
      <w:r>
        <w:t>[It looks stuck together; I looked yesterday]</w:t>
      </w:r>
    </w:p>
    <w:p>
      <w:r>
        <w:t>It does not matter</w:t>
      </w:r>
    </w:p>
    <w:p>
      <w:r>
        <w:t>[It does not matter, good]</w:t>
      </w:r>
    </w:p>
    <w:p>
      <w:r>
        <w:t>[……]</w:t>
      </w:r>
    </w:p>
    <w:p>
      <w:r>
        <w:t>[]…</w:t>
      </w:r>
    </w:p>
    <w:p>
      <w:r>
        <w:t>...{...} in the Land it is a mitzvah, dwelling in the Land</w:t>
      </w:r>
    </w:p>
    <w:p>
      <w:r>
        <w:t>[Yes..]</w:t>
      </w:r>
    </w:p>
    <w:p>
      <w:r>
        <w:t>The mitzvah of dwelling in the Land</w:t>
      </w:r>
    </w:p>
    <w:p>
      <w:r>
        <w:t>[Yes]</w:t>
      </w:r>
    </w:p>
    <w:p>
      <w:r>
        <w:t>Is to dwell in Eretz Yisroel</w:t>
      </w:r>
    </w:p>
    <w:p>
      <w:r>
        <w:t>[Yes]</w:t>
      </w:r>
    </w:p>
    <w:p>
      <w:r>
        <w:t>{…} our land, the land of our fathers, and this is the Holy Land, the Beis Hamikdash and Yerushalayim</w:t>
      </w:r>
    </w:p>
    <w:p>
      <w:r>
        <w:t>[Yes]</w:t>
      </w:r>
    </w:p>
    <w:p>
      <w:r>
        <w:t>{…..}…</w:t>
      </w:r>
    </w:p>
    <w:p>
      <w:r>
        <w:t>...{..will go to..}…</w:t>
      </w:r>
    </w:p>
    <w:p>
      <w:r>
        <w:t>...{from Hashem Yisborach} that He should give us some help, He gave, yes, a fine portion…</w:t>
      </w:r>
    </w:p>
    <w:p>
      <w:r>
        <w:t>...your father was the son of Chaim Baruch</w:t>
      </w:r>
    </w:p>
    <w:p>
      <w:r>
        <w:t>[Of Reb Shmuel, the son of Reb Chaim Baruch]</w:t>
      </w:r>
    </w:p>
    <w:p>
      <w:r>
        <w:t>Gr.. grandson</w:t>
      </w:r>
    </w:p>
    <w:p>
      <w:r>
        <w:t>[Grandson]</w:t>
      </w:r>
    </w:p>
    <w:p>
      <w:r>
        <w:t>[Chaim]…</w:t>
      </w:r>
    </w:p>
    <w:p>
      <w:r>
        <w:t>...Neturei Karta</w:t>
      </w:r>
    </w:p>
    <w:p>
      <w:r>
        <w:t>[The son?]</w:t>
      </w:r>
    </w:p>
    <w:p>
      <w:r>
        <w:t>Eh?</w:t>
      </w:r>
    </w:p>
    <w:p>
      <w:r>
        <w:t>[The son?]</w:t>
      </w:r>
    </w:p>
    <w:p>
      <w:r>
        <w:t>The son of Chaim Baruch</w:t>
      </w:r>
    </w:p>
    <w:p>
      <w:r>
        <w:t>[Reb Shmuel?]</w:t>
      </w:r>
    </w:p>
    <w:p>
      <w:r>
        <w:t>Eh?</w:t>
      </w:r>
    </w:p>
    <w:p>
      <w:r>
        <w:t>[Reb Shmuel]</w:t>
      </w:r>
    </w:p>
    <w:p>
      <w:r>
        <w:t>Shmuel</w:t>
      </w:r>
    </w:p>
    <w:p>
      <w:r>
        <w:t>[He was my grandfather]</w:t>
      </w:r>
    </w:p>
    <w:p>
      <w:r>
        <w:t>[Did you know him, {he is asking}..]</w:t>
      </w:r>
    </w:p>
    <w:p>
      <w:r>
        <w:t>[Yes, I knew, I knew him]</w:t>
      </w:r>
    </w:p>
    <w:p>
      <w:r>
        <w:t>You did not know him</w:t>
      </w:r>
    </w:p>
    <w:p>
      <w:r>
        <w:t>[I knew him]</w:t>
      </w:r>
    </w:p>
    <w:p>
      <w:r>
        <w:t>Yes?</w:t>
      </w:r>
    </w:p>
    <w:p>
      <w:r>
        <w:t>[Yes]…</w:t>
      </w:r>
    </w:p>
    <w:p>
      <w:r>
        <w:t>...the hospital and the..</w:t>
      </w:r>
    </w:p>
    <w:p>
      <w:r>
        <w:t>[Closed, closed]</w:t>
      </w:r>
    </w:p>
    <w:p>
      <w:r>
        <w:t>Eh?</w:t>
      </w:r>
    </w:p>
    <w:p>
      <w:r>
        <w:t>[Closed, it is already, already no longer there, already closed]</w:t>
      </w:r>
    </w:p>
    <w:p>
      <w:r>
        <w:t>Yes]</w:t>
      </w:r>
    </w:p>
    <w:p>
      <w:r>
        <w:t>What?</w:t>
      </w:r>
    </w:p>
    <w:p>
      <w:r>
        <w:t>[..so I looked for the telephone, he wanted to speak with him regarding …. it did not work out to….]</w:t>
      </w:r>
    </w:p>
    <w:p>
      <w:r>
        <w:t>[Ah, it came out before..]...</w:t>
      </w:r>
    </w:p>
    <w:p>
      <w:r>
        <w:t>...oy, oy, his houses</w:t>
      </w:r>
    </w:p>
    <w:p>
      <w:r>
        <w:t>[Eh?]</w:t>
      </w:r>
    </w:p>
    <w:p>
      <w:r>
        <w:t>What did he buy?</w:t>
      </w:r>
    </w:p>
    <w:p>
      <w:r>
        <w:t>[His houses were closed? The houses that he bought]</w:t>
      </w:r>
    </w:p>
    <w:p>
      <w:r>
        <w:t>You do not know</w:t>
      </w:r>
    </w:p>
    <w:p>
      <w:r>
        <w:t>[Closed]</w:t>
      </w:r>
    </w:p>
    <w:p>
      <w:r>
        <w:t>[Houses?]</w:t>
      </w:r>
    </w:p>
    <w:p>
      <w:r>
        <w:t>[Which houses? Rebbe Yisroel, which houses?]</w:t>
      </w:r>
    </w:p>
    <w:p>
      <w:r>
        <w:t>{..} Chaim Baruch</w:t>
      </w:r>
    </w:p>
    <w:p>
      <w:r>
        <w:t>[Yes]</w:t>
      </w:r>
    </w:p>
    <w:p>
      <w:r>
        <w:t>The hospital for the mentally ill, it, it was his</w:t>
      </w:r>
    </w:p>
    <w:p>
      <w:r>
        <w:t>[Yes, now..]</w:t>
      </w:r>
    </w:p>
    <w:p>
      <w:r>
        <w:t>Did he give him the whole area, or rented?</w:t>
      </w:r>
    </w:p>
    <w:p>
      <w:r>
        <w:t>[It is rented]</w:t>
      </w:r>
    </w:p>
    <w:p>
      <w:r>
        <w:t>Eh?</w:t>
      </w:r>
    </w:p>
    <w:p>
      <w:r>
        <w:t>[Rented, it, it now belongs to us and it is rented, it is rented, now it is already no longer there]</w:t>
      </w:r>
    </w:p>
    <w:p>
      <w:r>
        <w:t>[There is no, no hospital now]</w:t>
      </w:r>
    </w:p>
    <w:p>
      <w:r>
        <w:t>Eh?</w:t>
      </w:r>
    </w:p>
    <w:p>
      <w:r>
        <w:t>[The hospital is closed now, but the buildings..]</w:t>
      </w:r>
    </w:p>
    <w:p>
      <w:r>
        <w:t>[Are rented]</w:t>
      </w:r>
    </w:p>
    <w:p>
      <w:r>
        <w:t>[Are rented, under rental, yes]</w:t>
      </w:r>
    </w:p>
    <w:p>
      <w:r>
        <w:t>Who, who, who rented them out?</w:t>
      </w:r>
    </w:p>
    <w:p>
      <w:r>
        <w:t>[Who rented them out?]</w:t>
      </w:r>
    </w:p>
    <w:p>
      <w:r>
        <w:t>[My grandmother]</w:t>
      </w:r>
    </w:p>
    <w:p>
      <w:r>
        <w:t>[The grandmother]</w:t>
      </w:r>
    </w:p>
    <w:p>
      <w:r>
        <w:t>Yes?</w:t>
      </w:r>
    </w:p>
    <w:p>
      <w:r>
        <w:t>[...]…</w:t>
      </w:r>
    </w:p>
    <w:p>
      <w:r>
        <w:t>...[{Did you know} his grandfather Reb Shmuel, the son of, of Reb Chaim Baruch] The son of..?</w:t>
      </w:r>
    </w:p>
    <w:p>
      <w:r>
        <w:t>[Reb Chaim Baruch]</w:t>
      </w:r>
    </w:p>
    <w:p>
      <w:r>
        <w:t>Chaim Baruch, yes, certainly</w:t>
      </w:r>
    </w:p>
    <w:p>
      <w:r>
        <w:t>[Shmuel]</w:t>
      </w:r>
    </w:p>
    <w:p>
      <w:r>
        <w:t>Shmuel, {yes}</w:t>
      </w:r>
    </w:p>
    <w:p>
      <w:r>
        <w:t>His hairs was {...}, red</w:t>
      </w:r>
    </w:p>
    <w:p>
      <w:r>
        <w:t>[Yes]</w:t>
      </w:r>
    </w:p>
    <w:p>
      <w:r>
        <w:t>[Right?]</w:t>
      </w:r>
    </w:p>
    <w:p>
      <w:r>
        <w:t>[..]</w:t>
      </w:r>
    </w:p>
    <w:p>
      <w:r>
        <w:t>Red</w:t>
      </w:r>
    </w:p>
    <w:p>
      <w:r>
        <w:t>[What?]</w:t>
      </w:r>
    </w:p>
    <w:p>
      <w:r>
        <w:t>[Yes, red]</w:t>
      </w:r>
    </w:p>
    <w:p>
      <w:r>
        <w:t>[Red.. it is a sign]</w:t>
      </w:r>
    </w:p>
    <w:p>
      <w:r>
        <w:t>He traveled every Rosh HaShanah to Meron</w:t>
      </w:r>
    </w:p>
    <w:p>
      <w:r>
        <w:t>[Yes]</w:t>
      </w:r>
    </w:p>
    <w:p>
      <w:r>
        <w:t>Do you know of this?</w:t>
      </w:r>
    </w:p>
    <w:p>
      <w:r>
        <w:t>[He is speaking about, about Shmuel?]</w:t>
      </w:r>
    </w:p>
    <w:p>
      <w:r>
        <w:t>[What?]</w:t>
      </w:r>
    </w:p>
    <w:p>
      <w:r>
        <w:t>[About whom is he..?]</w:t>
      </w:r>
    </w:p>
    <w:p>
      <w:r>
        <w:t>[Reb Shmuel]</w:t>
      </w:r>
    </w:p>
    <w:p>
      <w:r>
        <w:t>[Ah, yes..]</w:t>
      </w:r>
    </w:p>
    <w:p>
      <w:r>
        <w:t>[Chaim Baruch was in Meron for a long time]</w:t>
      </w:r>
    </w:p>
    <w:p>
      <w:r>
        <w:t>Eh?</w:t>
      </w:r>
    </w:p>
    <w:p>
      <w:r>
        <w:t>[Reb Chaim Baruch was in Meron for a long time]</w:t>
      </w:r>
    </w:p>
    <w:p>
      <w:r>
        <w:t>Yes…</w:t>
      </w:r>
    </w:p>
    <w:p>
      <w:r>
        <w:t>.[{]Is there…?}</w:t>
      </w:r>
    </w:p>
    <w:p>
      <w:r>
        <w:t>...{What is your name?}</w:t>
      </w:r>
    </w:p>
    <w:p>
      <w:r>
        <w:t>[What?]</w:t>
      </w:r>
    </w:p>
    <w:p>
      <w:r>
        <w:t>[What is your name?]</w:t>
      </w:r>
    </w:p>
    <w:p>
      <w:r>
        <w:t>What are you called?</w:t>
      </w:r>
    </w:p>
    <w:p>
      <w:r>
        <w:t>[Yair, Yair]</w:t>
      </w:r>
    </w:p>
    <w:p>
      <w:r>
        <w:t>[Yair, Yair]</w:t>
      </w:r>
    </w:p>
    <w:p>
      <w:r>
        <w:t>Yair…</w:t>
      </w:r>
    </w:p>
    <w:p>
      <w:r>
        <w:t>...{...} he traveled with the grandfather, {yes}</w:t>
      </w:r>
    </w:p>
    <w:p>
      <w:r>
        <w:t>[Afterward my grandfather traveled]</w:t>
      </w:r>
    </w:p>
    <w:p>
      <w:r>
        <w:t>Shmuel</w:t>
      </w:r>
    </w:p>
    <w:p>
      <w:r>
        <w:t>[My father also used to travel with Grandfather to Meron, afterward]</w:t>
      </w:r>
    </w:p>
    <w:p>
      <w:r>
        <w:t>[He says that his father also used to travel to Meron]</w:t>
      </w:r>
    </w:p>
    <w:p>
      <w:r>
        <w:t>{..}</w:t>
      </w:r>
    </w:p>
    <w:p>
      <w:r>
        <w:t>[In the first years]</w:t>
      </w:r>
    </w:p>
    <w:p>
      <w:r>
        <w:t>[At the beginning for Rosh HaShanah]…</w:t>
      </w:r>
    </w:p>
    <w:p>
      <w:r>
        <w:t>...Yerushalayim to the Arabs?</w:t>
      </w:r>
    </w:p>
    <w:p>
      <w:r>
        <w:t>[Yes, the Arabs think so]</w:t>
      </w:r>
    </w:p>
    <w:p>
      <w:r>
        <w:t>Eh?</w:t>
      </w:r>
    </w:p>
    <w:p>
      <w:r>
        <w:t>[The Arabs think so, the Arabs]</w:t>
      </w:r>
    </w:p>
    <w:p>
      <w:r>
        <w:t>The Arabs</w:t>
      </w:r>
    </w:p>
    <w:p>
      <w:r>
        <w:t>[Think so, think]</w:t>
      </w:r>
    </w:p>
    <w:p>
      <w:r>
        <w:t>Returning?</w:t>
      </w:r>
    </w:p>
    <w:p>
      <w:r>
        <w:t>[Think, think]</w:t>
      </w:r>
    </w:p>
    <w:p>
      <w:r>
        <w:t>Eh?</w:t>
      </w:r>
    </w:p>
    <w:p>
      <w:r>
        <w:t>[They want it]</w:t>
      </w:r>
    </w:p>
    <w:p>
      <w:r>
        <w:t>Nu, and we..?</w:t>
      </w:r>
    </w:p>
    <w:p>
      <w:r>
        <w:t>[We are the people of Yisroel, Saba, r..]</w:t>
      </w:r>
    </w:p>
    <w:p>
      <w:r>
        <w:t>We..?</w:t>
      </w:r>
    </w:p>
    <w:p>
      <w:r>
        <w:t>[They do not want to give them Yerushalayim]</w:t>
      </w:r>
    </w:p>
    <w:p>
      <w:r>
        <w:t>Eh?</w:t>
      </w:r>
    </w:p>
    <w:p>
      <w:r>
        <w:t>[They do not..]…</w:t>
      </w:r>
    </w:p>
    <w:p>
      <w:r>
        <w:t>...[{Yerushalayim}, the State of Yisroel does not want to give them Yerushalayim]</w:t>
      </w:r>
    </w:p>
    <w:p>
      <w:r>
        <w:t>They are not in Eretz Yisroel and not in Yerushalayim, nu, shoyn, nu</w:t>
      </w:r>
    </w:p>
    <w:p>
      <w:r>
        <w:t>And all, all {..}, all the.. Jews agree to this?</w:t>
      </w:r>
    </w:p>
    <w:p>
      <w:r>
        <w:t>[No, no, they held a demonstration, they held a demonstration in Yerushalayim on..]</w:t>
      </w:r>
    </w:p>
    <w:p>
      <w:r>
        <w:t>Yes?</w:t>
      </w:r>
    </w:p>
    <w:p>
      <w:r>
        <w:t>[On Motzaei Shabbos, they held a large demonstration]</w:t>
      </w:r>
    </w:p>
    <w:p>
      <w:r>
        <w:t>Nu</w:t>
      </w:r>
    </w:p>
    <w:p>
      <w:r>
        <w:t>[And..]</w:t>
      </w:r>
    </w:p>
    <w:p>
      <w:r>
        <w:t>But Weizman did, he does what he wants</w:t>
      </w:r>
    </w:p>
    <w:p>
      <w:r>
        <w:t>[Saba]</w:t>
      </w:r>
    </w:p>
    <w:p>
      <w:r>
        <w:t>Eh?</w:t>
      </w:r>
    </w:p>
    <w:p>
      <w:r>
        <w:t>[Do you remember, Saba, that Rebbe Yisroel (Kardonner) came to you in a dream and he said to you: "The time of the Redemption is very near" Saba, Rabbainu is the Master of the world, Rabbainu]</w:t>
      </w:r>
    </w:p>
    <w:p>
      <w:r>
        <w:t>Ah, you?</w:t>
      </w:r>
    </w:p>
    <w:p>
      <w:r>
        <w:t>[Shimon, Rebbe Yisroel]</w:t>
      </w:r>
    </w:p>
    <w:p>
      <w:r>
        <w:t>[Yes][Yes]Shimon, and they are three</w:t>
      </w:r>
    </w:p>
    <w:p>
      <w:r>
        <w:t>[Yes]</w:t>
      </w:r>
    </w:p>
    <w:p>
      <w:r>
        <w:t>[Yes]</w:t>
      </w:r>
    </w:p>
    <w:p>
      <w:r>
        <w:t>[They are three from Kfar Saba, they came to visit from Kfar S..]…</w:t>
      </w:r>
    </w:p>
    <w:p>
      <w:r>
        <w:t>...and the State, what do they say about this?</w:t>
      </w:r>
    </w:p>
    <w:p>
      <w:r>
        <w:t>[Half of the people, half of the people want, want to give to the Arabs, and half..]</w:t>
      </w:r>
    </w:p>
    <w:p>
      <w:r>
        <w:t>Yes</w:t>
      </w:r>
    </w:p>
    <w:p>
      <w:r>
        <w:t>[And half of the people are against]</w:t>
      </w:r>
    </w:p>
    <w:p>
      <w:r>
        <w:t>Yes?</w:t>
      </w:r>
    </w:p>
    <w:p>
      <w:r>
        <w:t>[Yes]…</w:t>
      </w:r>
    </w:p>
    <w:p>
      <w:r>
        <w:t>...[Concerning Yerushalayim they do not agree]</w:t>
      </w:r>
    </w:p>
    <w:p>
      <w:r>
        <w:t>No</w:t>
      </w:r>
    </w:p>
    <w:p>
      <w:r>
        <w:t>[They do not agree]…</w:t>
      </w:r>
    </w:p>
    <w:p>
      <w:r>
        <w:t>...[Blows, all the goyim]</w:t>
      </w:r>
    </w:p>
    <w:p>
      <w:r>
        <w:t>Yes?</w:t>
      </w:r>
    </w:p>
    <w:p>
      <w:r>
        <w:t>[Yes, the goyim outside the Land have all kinds of troubles, and they fight with one another]</w:t>
      </w:r>
    </w:p>
    <w:p>
      <w:r>
        <w:t>Eh?</w:t>
      </w:r>
    </w:p>
    <w:p>
      <w:r>
        <w:t>[They have quarrels, wars among themselves, all kinds of blows]</w:t>
      </w:r>
    </w:p>
    <w:p>
      <w:r>
        <w:t>Yes?</w:t>
      </w:r>
    </w:p>
    <w:p>
      <w:r>
        <w:t>[Yes, Rabbainu.., the Holy One, blessed is He, repays them well]</w:t>
      </w:r>
    </w:p>
    <w:p>
      <w:r>
        <w:t>[Tell him, such illnesses for which they have no medicines]</w:t>
      </w:r>
    </w:p>
    <w:p>
      <w:r>
        <w:t>[Yes]</w:t>
      </w:r>
    </w:p>
    <w:p>
      <w:r>
        <w:t>[…...…]</w:t>
      </w:r>
    </w:p>
    <w:p>
      <w:r>
        <w:t>[……...]</w:t>
      </w:r>
    </w:p>
    <w:p>
      <w:r>
        <w:t>[Illnesses, they have illnesses, all kinds of..]</w:t>
      </w:r>
    </w:p>
    <w:p>
      <w:r>
        <w:t>Yes?</w:t>
      </w:r>
    </w:p>
    <w:p>
      <w:r>
        <w:t>[Yes]</w:t>
      </w:r>
    </w:p>
    <w:p>
      <w:r>
        <w:t>[For which they have no medicines..]</w:t>
      </w:r>
    </w:p>
    <w:p>
      <w:r>
        <w:t>[They, they have illnesses, for which they have no medicine</w:t>
      </w:r>
    </w:p>
    <w:p>
      <w:r>
        <w:t>The goyim have great troubles, they have no vitality, they have no vitality]</w:t>
      </w:r>
    </w:p>
    <w:p>
      <w:r>
        <w:t>They have no..</w:t>
      </w:r>
    </w:p>
    <w:p>
      <w:r>
        <w:t>[Vitality, vitality]</w:t>
      </w:r>
    </w:p>
    <w:p>
      <w:r>
        <w:t>Vitality</w:t>
      </w:r>
    </w:p>
    <w:p>
      <w:r>
        <w:t>[Yes, all the vitality is among the people of Yisroel, with our holy Rabbainu</w:t>
      </w:r>
    </w:p>
    <w:p>
      <w:r>
        <w:t>Saba, I read the stories of Rabbi Shmuel Horowitz</w:t>
      </w:r>
    </w:p>
    <w:p>
      <w:r>
        <w:t>So he tells how you had troubles from the goyim, from the Turks, you had troubles from the Turks</w:t>
      </w:r>
    </w:p>
    <w:p>
      <w:r>
        <w:t>Do you remember that you had troubles from the Turks?]</w:t>
      </w:r>
    </w:p>
    <w:p>
      <w:r>
        <w:t>{From whom?}</w:t>
      </w:r>
    </w:p>
    <w:p>
      <w:r>
        <w:t>[From the Turks]</w:t>
      </w:r>
    </w:p>
    <w:p>
      <w:r>
        <w:t>[The Turks]</w:t>
      </w:r>
    </w:p>
    <w:p>
      <w:r>
        <w:t>The Turks</w:t>
      </w:r>
    </w:p>
    <w:p>
      <w:r>
        <w:t>[Yes, that they would cause you great troubles, in the end Rabbainu conquered Eretz Yisroel]</w:t>
      </w:r>
    </w:p>
    <w:p>
      <w:r>
        <w:t>Eh?</w:t>
      </w:r>
    </w:p>
    <w:p>
      <w:r>
        <w:t>[In the end Rabbainu conquered Eretz Yisroel]</w:t>
      </w:r>
    </w:p>
    <w:p>
      <w:r>
        <w:t>Eretz Yisroel is ours</w:t>
      </w:r>
    </w:p>
    <w:p>
      <w:r>
        <w:t>[Yes, there were, there were great miracles]</w:t>
      </w:r>
    </w:p>
    <w:p>
      <w:r>
        <w:t>And there will be</w:t>
      </w:r>
    </w:p>
    <w:p>
      <w:r>
        <w:t>[Yes]</w:t>
      </w:r>
    </w:p>
    <w:p>
      <w:r>
        <w:t>Even greater ones, {yes}</w:t>
      </w:r>
    </w:p>
    <w:p>
      <w:r>
        <w:t>[Which miracles?]</w:t>
      </w:r>
    </w:p>
    <w:p>
      <w:r>
        <w:t>[That is what..]</w:t>
      </w:r>
    </w:p>
    <w:p>
      <w:r>
        <w:t>[Is written in the holy "Zohar"]</w:t>
      </w:r>
    </w:p>
    <w:p>
      <w:r>
        <w:t>What does the.. Weizman say?</w:t>
      </w:r>
    </w:p>
    <w:p>
      <w:r>
        <w:t>[No, I do not know, I do not know]</w:t>
      </w:r>
    </w:p>
    <w:p>
      <w:r>
        <w:t>[…..]</w:t>
      </w:r>
    </w:p>
    <w:p>
      <w:r>
        <w:t>[…..]</w:t>
      </w:r>
    </w:p>
    <w:p>
      <w:r>
        <w:t>Saba, it is written in the holy "Zohar," that the miracles that will be at the coming of Mashiach will be greater tha.., than the Exodus from Egypt] Yes, yes, certainly</w:t>
      </w:r>
    </w:p>
    <w:p>
      <w:r>
        <w:t>[The "Na Nach" is now becoming known, Saba, the "Na Nach"</w:t>
      </w:r>
    </w:p>
    <w:p>
      <w:r>
        <w:t>The "Na Nach Nachma Nachman MeUman" is becoming known in the world]</w:t>
      </w:r>
    </w:p>
    <w:p>
      <w:r>
        <w:t>Yes</w:t>
      </w:r>
    </w:p>
    <w:p>
      <w:r>
        <w:t>[Rabbainu is becoming known more and more, amulets, signs, people love Rabbainu, they know, they have amulets]</w:t>
      </w:r>
    </w:p>
    <w:p>
      <w:r>
        <w:t>Who is this?</w:t>
      </w:r>
    </w:p>
    <w:p>
      <w:r>
        <w:t>[Gadi, Gadi]</w:t>
      </w:r>
    </w:p>
    <w:p>
      <w:r>
        <w:t>Kfar Saba</w:t>
      </w:r>
    </w:p>
    <w:p>
      <w:r>
        <w:t>[Yes, throughout the Land, throughout the Land]</w:t>
      </w:r>
    </w:p>
    <w:p>
      <w:r>
        <w:t>Nu</w:t>
      </w:r>
    </w:p>
    <w:p>
      <w:r>
        <w:t>[Throughout the Land people want amulets]</w:t>
      </w:r>
    </w:p>
    <w:p>
      <w:r>
        <w:t>Throughout the Land?</w:t>
      </w:r>
    </w:p>
    <w:p>
      <w:r>
        <w:t>[Yes, ah..]</w:t>
      </w:r>
    </w:p>
    <w:p>
      <w:r>
        <w:t>Nu</w:t>
      </w:r>
    </w:p>
    <w:p>
      <w:r>
        <w:t>[People want amulets, amulets of Rabbainu, of "Na Nach"]</w:t>
      </w:r>
    </w:p>
    <w:p>
      <w:r>
        <w:t>Yes?</w:t>
      </w:r>
    </w:p>
    <w:p>
      <w:r>
        <w:t>[Yes, yes]</w:t>
      </w:r>
    </w:p>
    <w:p>
      <w:r>
        <w:t>[Now it is Kiryat Arba]</w:t>
      </w:r>
    </w:p>
    <w:p>
      <w:r>
        <w:t>[Yes, now there is someone, s.., there is someone wh.. who wants amulets in Kiryat Arba</w:t>
      </w:r>
    </w:p>
    <w:p>
      <w:r>
        <w:t>In Kiryat Arba in Chevron, he wants to spread Rabbainu's name there, with amulets]</w:t>
      </w:r>
    </w:p>
    <w:p>
      <w:r>
        <w:t>[People ask]</w:t>
      </w:r>
    </w:p>
    <w:p>
      <w:r>
        <w:t>[People ask for amulets]</w:t>
      </w:r>
    </w:p>
    <w:p>
      <w:r>
        <w:t>Yes</w:t>
      </w:r>
    </w:p>
    <w:p>
      <w:r>
        <w:t>[Yes.. people see the falsehood slowly, slowly, people see the falsehood, people see the falsehood and Rabbainu makes new baalei teshuvah, sweet new baalei teshuvah]</w:t>
      </w:r>
    </w:p>
    <w:p>
      <w:r>
        <w:t>[…]</w:t>
      </w:r>
    </w:p>
    <w:p>
      <w:r>
        <w:t>Oy vey, the.. the legs on the bed, oy, oy vey, oy vey, vey…</w:t>
      </w:r>
    </w:p>
    <w:p>
      <w:r>
        <w:t>...what is the news? That the Arabs are receiving blows?</w:t>
      </w:r>
    </w:p>
    <w:p>
      <w:r>
        <w:t>[There is, there is news]</w:t>
      </w:r>
    </w:p>
    <w:p>
      <w:r>
        <w:t>Eh?</w:t>
      </w:r>
    </w:p>
    <w:p>
      <w:r>
        <w:t>[There is news]</w:t>
      </w:r>
    </w:p>
    <w:p>
      <w:r>
        <w:t>Yes?</w:t>
      </w:r>
    </w:p>
    <w:p>
      <w:r>
        <w:t>[On the radio, and that]</w:t>
      </w:r>
    </w:p>
    <w:p>
      <w:r>
        <w:t>Yes?</w:t>
      </w:r>
    </w:p>
    <w:p>
      <w:r>
        <w:t>[Yes, that from all over the world people, people in Africa have wars with one another]</w:t>
      </w:r>
    </w:p>
    <w:p>
      <w:r>
        <w:t>{Yes}</w:t>
      </w:r>
    </w:p>
    <w:p>
      <w:r>
        <w:t>[They fight with one another, all kinds of wars, they have illnesses and that</w:t>
      </w:r>
    </w:p>
    <w:p>
      <w:r>
        <w:t>Saba, it is good for us, blessed is Hashem, the people of Yisroel, Rabbainu protects us</w:t>
      </w:r>
    </w:p>
    <w:p>
      <w:r>
        <w:t>Rabbainu revives us, Rabbainu's books, Saba, Rabbainu's books are sweet, sweet]</w:t>
      </w:r>
    </w:p>
    <w:p>
      <w:r>
        <w:t>[…...]</w:t>
      </w:r>
    </w:p>
    <w:p>
      <w:r>
        <w:t>[…...]</w:t>
      </w:r>
    </w:p>
    <w:p>
      <w:r>
        <w:t>[The "Likutey Etzos," "Hishtapchus HaNefesh," "Meshivas Nefesh," it is sweet, sweet, sweeter than honey</w:t>
      </w:r>
    </w:p>
    <w:p>
      <w:r>
        <w:t>The "Likutey Moharan," the "Likutey Halachos," the "Likutey Tefillos," Saba]</w:t>
      </w:r>
    </w:p>
    <w:p>
      <w:r>
        <w:t>{..}</w:t>
      </w:r>
    </w:p>
    <w:p>
      <w:r>
        <w:t>["Avi HaNachal"]</w:t>
      </w:r>
    </w:p>
    <w:p>
      <w:r>
        <w:t>[Are there books of Saba here?]</w:t>
      </w:r>
    </w:p>
    <w:p>
      <w:r>
        <w:t>[Saba, also "Avi HaNachal," "Avi HaNachal"]</w:t>
      </w:r>
    </w:p>
    <w:p>
      <w:r>
        <w:t>[Are there books of Saba here?]</w:t>
      </w:r>
    </w:p>
    <w:p>
      <w:r>
        <w:t>[For sale …. for sale]</w:t>
      </w:r>
    </w:p>
    <w:p>
      <w:r>
        <w:t>[Eh?]</w:t>
      </w:r>
    </w:p>
    <w:p>
      <w:r>
        <w:t>[For sale]</w:t>
      </w:r>
    </w:p>
    <w:p>
      <w:r>
        <w:t>[Yes?]</w:t>
      </w:r>
    </w:p>
    <w:p>
      <w:r>
        <w:t>[….]</w:t>
      </w:r>
    </w:p>
    <w:p>
      <w:r>
        <w:t>[The "Sippurei Maasiyos"]…</w:t>
      </w:r>
    </w:p>
    <w:p>
      <w:r>
        <w:t>...[Slowly, slowly, Rabbainu does not go quickly, slowly, slowly, each time he steals another one</w:t>
      </w:r>
    </w:p>
    <w:p>
      <w:r>
        <w:t>He steals another one and another one, and another one]…</w:t>
      </w:r>
    </w:p>
    <w:p>
      <w:r>
        <w:t>...[..they are coming to Uman, people want to come to Uman for Rosh HaShanah]</w:t>
      </w:r>
    </w:p>
    <w:p>
      <w:r>
        <w:t>Yes</w:t>
      </w:r>
    </w:p>
    <w:p>
      <w:r>
        <w:t>[Yes, more than last year, people are coming, now registering, registering for Rabbainu's Rosh HaShanah, they want to come for Rabbainu's Rosh HaShanah]</w:t>
      </w:r>
    </w:p>
    <w:p>
      <w:r>
        <w:t>In Uman</w:t>
      </w:r>
    </w:p>
    <w:p>
      <w:r>
        <w:t>[In Uman, yes, many people are registering, Rabbainu said that every Jew who is added to the holy gathering</w:t>
      </w:r>
    </w:p>
    <w:p>
      <w:r>
        <w:t>It is many, many buildings there are in Heaven</w:t>
      </w:r>
    </w:p>
    <w:p>
      <w:r>
        <w:t>It will be a great joy, Saba, on Rosh HaShanah with Rabbainu there will be a great joy]…</w:t>
      </w:r>
    </w:p>
    <w:p>
      <w:r>
        <w:t>...[They know that we have a weapon]</w:t>
      </w:r>
    </w:p>
    <w:p>
      <w:r>
        <w:t>They know..</w:t>
      </w:r>
    </w:p>
    <w:p>
      <w:r>
        <w:t>[Bring it to him, bring it to him, I..]</w:t>
      </w:r>
    </w:p>
    <w:p>
      <w:r>
        <w:t>[That we have weapons]</w:t>
      </w:r>
    </w:p>
    <w:p>
      <w:r>
        <w:t>[Why? It is the same thing]</w:t>
      </w:r>
    </w:p>
    <w:p>
      <w:r>
        <w:t>[They are afraid, but Rabbainu has a special weapon, "the earthquake”]</w:t>
      </w:r>
    </w:p>
    <w:p>
      <w:r>
        <w:t>Yes</w:t>
      </w:r>
    </w:p>
    <w:p>
      <w:r>
        <w:t>[Sometimes, sometimes they have earthquakes]…</w:t>
      </w:r>
    </w:p>
    <w:p>
      <w:r>
        <w:t>...[A dream, the dream you had with the waves, the dream with the waves in the sea]</w:t>
      </w:r>
    </w:p>
    <w:p>
      <w:r>
        <w:t>{{...}}</w:t>
      </w:r>
    </w:p>
    <w:p>
      <w:r>
        <w:t>[That there were waves like mountains, there were, there were waves like mountains]</w:t>
      </w:r>
    </w:p>
    <w:p>
      <w:r>
        <w:t>There were?</w:t>
      </w:r>
    </w:p>
    <w:p>
      <w:r>
        <w:t>[Waves]</w:t>
      </w:r>
    </w:p>
    <w:p>
      <w:r>
        <w:t>Waves</w:t>
      </w:r>
    </w:p>
    <w:p>
      <w:r>
        <w:t>[Like mountains, do you remember, Saba, the dream?]…</w:t>
      </w:r>
    </w:p>
    <w:p>
      <w:r>
        <w:t>...[In the dream you saw Rabbainu, do you remember? Saba, in the dream in which you saw Rabbainu]</w:t>
      </w:r>
    </w:p>
    <w:p>
      <w:r>
        <w:t>Nu</w:t>
      </w:r>
    </w:p>
    <w:p>
      <w:r>
        <w:t>[In the dream of the waves]</w:t>
      </w:r>
    </w:p>
    <w:p>
      <w:r>
        <w:t>Yoa</w:t>
      </w:r>
    </w:p>
    <w:p>
      <w:r>
        <w:t>[That you walked inside the building, inside the beautiful palace</w:t>
      </w:r>
    </w:p>
    <w:p>
      <w:r>
        <w:t>And you opened the door and saw Rabbainu in the form of an old man</w:t>
      </w:r>
    </w:p>
    <w:p>
      <w:r>
        <w:t>And he shook your hand]</w:t>
      </w:r>
    </w:p>
    <w:p>
      <w:r>
        <w:t>Eh?</w:t>
      </w:r>
    </w:p>
    <w:p>
      <w:r>
        <w:t>[He took your hand and shook it, Rabbainu, with love]</w:t>
      </w:r>
    </w:p>
    <w:p>
      <w:r>
        <w:t>I told you?</w:t>
      </w:r>
    </w:p>
    <w:p>
      <w:r>
        <w:t>[Yes, yes]</w:t>
      </w:r>
    </w:p>
    <w:p>
      <w:r>
        <w:t>[Yes?]</w:t>
      </w:r>
    </w:p>
    <w:p>
      <w:r>
        <w:t>[No, I heard on..]</w:t>
      </w:r>
    </w:p>
    <w:p>
      <w:r>
        <w:t>[A tape]</w:t>
      </w:r>
    </w:p>
    <w:p>
      <w:r>
        <w:t>[Tell him….]</w:t>
      </w:r>
    </w:p>
    <w:p>
      <w:r>
        <w:t>[Eh?]</w:t>
      </w:r>
    </w:p>
    <w:p>
      <w:r>
        <w:t>[Ask an exact question…..]</w:t>
      </w:r>
    </w:p>
    <w:p>
      <w:r>
        <w:t>[……..….]</w:t>
      </w:r>
    </w:p>
    <w:p>
      <w:r>
        <w:t>[……]</w:t>
      </w:r>
    </w:p>
    <w:p>
      <w:r>
        <w:t>[I heard, there are tapes of you speaking]</w:t>
      </w:r>
    </w:p>
    <w:p>
      <w:r>
        <w:t>Eh?</w:t>
      </w:r>
    </w:p>
    <w:p>
      <w:r>
        <w:t>[There are tapes]</w:t>
      </w:r>
    </w:p>
    <w:p>
      <w:r>
        <w:t>There are?</w:t>
      </w:r>
    </w:p>
    <w:p>
      <w:r>
        <w:t>[Tapes, tapes]</w:t>
      </w:r>
    </w:p>
    <w:p>
      <w:r>
        <w:t>[Cassettes]</w:t>
      </w:r>
    </w:p>
    <w:p>
      <w:r>
        <w:t>[Cassettes, cassettes]</w:t>
      </w:r>
    </w:p>
    <w:p>
      <w:r>
        <w:t>Cassettes</w:t>
      </w:r>
    </w:p>
    <w:p>
      <w:r>
        <w:t>[Yes, there are many talks of Rabbainu]</w:t>
      </w:r>
    </w:p>
    <w:p>
      <w:r>
        <w:t>[Tell him……]</w:t>
      </w:r>
    </w:p>
    <w:p>
      <w:r>
        <w:t>[There are many stories]</w:t>
      </w:r>
    </w:p>
    <w:p>
      <w:r>
        <w:t>Is Weizman in Eretz Yisroel?</w:t>
      </w:r>
    </w:p>
    <w:p>
      <w:r>
        <w:t>[I, I do not know, Saba]</w:t>
      </w:r>
    </w:p>
    <w:p>
      <w:r>
        <w:t>{Ah}</w:t>
      </w:r>
    </w:p>
    <w:p>
      <w:r>
        <w:t>[…….]</w:t>
      </w:r>
    </w:p>
    <w:p>
      <w:r>
        <w:t>[…….]</w:t>
      </w:r>
    </w:p>
    <w:p>
      <w:r>
        <w:t>{…}</w:t>
      </w:r>
    </w:p>
    <w:p>
      <w:r>
        <w:t>[…….]</w:t>
      </w:r>
    </w:p>
    <w:p>
      <w:r>
        <w:t>[…]</w:t>
      </w:r>
    </w:p>
    <w:p>
      <w:r>
        <w:t>[…. I did not put on "Rabbeinu Tam,” do you have the ”Rabbeinu Tam,” right?</w:t>
      </w:r>
    </w:p>
    <w:p>
      <w:r>
        <w:t>Wait, I, I will ask Saba, he also has, right? Saba..]</w:t>
      </w:r>
    </w:p>
    <w:p>
      <w:r>
        <w:t>[……..]...</w:t>
      </w:r>
    </w:p>
    <w:p>
      <w:r>
        <w:t>...[There are many stories on the tapes, many, many stories</w:t>
      </w:r>
    </w:p>
    <w:p>
      <w:r>
        <w:t>Of you with Rebbe Yisroel (Kardonner), and all sorts of beautiful stories]</w:t>
      </w:r>
    </w:p>
    <w:p>
      <w:r>
        <w:t>Yes</w:t>
      </w:r>
    </w:p>
    <w:p>
      <w:r>
        <w:t>[The story of Reb Tzvi Rosenthal]</w:t>
      </w:r>
    </w:p>
    <w:p>
      <w:r>
        <w:t>Yes</w:t>
      </w:r>
    </w:p>
    <w:p>
      <w:r>
        <w:t>[Yes, yes..</w:t>
      </w:r>
    </w:p>
    <w:p>
      <w:r>
        <w:t>The story of Reb Tzvi, Reb Tzvi Rosenthal with the three wise men, the three wise men, do you remember?</w:t>
      </w:r>
    </w:p>
    <w:p>
      <w:r>
        <w:t>The three wise men, the three rich wise men who were in Teveria, the Zionists]</w:t>
      </w:r>
    </w:p>
    <w:p>
      <w:r>
        <w:t>{..}</w:t>
      </w:r>
    </w:p>
    <w:p>
      <w:r>
        <w:t>[Rebbe.., Yisroel Zulmins]</w:t>
      </w:r>
    </w:p>
    <w:p>
      <w:r>
        <w:t>{{………}} remember</w:t>
      </w:r>
    </w:p>
    <w:p>
      <w:r>
        <w:t>[And Leibel, Leibel]</w:t>
      </w:r>
    </w:p>
    <w:p>
      <w:r>
        <w:t>The mukhtar of Teveria, Mordechai, he—on Sunday they came to the synagogue to pray Minchah and said that Rebbe Yisroel punished the, the, the mukhtar, they took him, to this day..</w:t>
      </w:r>
    </w:p>
    <w:p>
      <w:r>
        <w:t>[Did not return]</w:t>
      </w:r>
    </w:p>
    <w:p>
      <w:r>
        <w:t>He is gone, they do not, do not know where {he is}</w:t>
      </w:r>
    </w:p>
    <w:p>
      <w:r>
        <w:t>[Yes, and this.. Reb Kehat said this, Reb Kehat]</w:t>
      </w:r>
    </w:p>
    <w:p>
      <w:r>
        <w:t>Reb Kehat</w:t>
      </w:r>
    </w:p>
    <w:p>
      <w:r>
        <w:t>[Yes]</w:t>
      </w:r>
    </w:p>
    <w:p>
      <w:r>
        <w:t>{This is the vitality, this, ...}</w:t>
      </w:r>
    </w:p>
    <w:p>
      <w:r>
        <w:t>He came to the synagogue, he told me that Rebbe Yisroel, he punished M.., Mordechai</w:t>
      </w:r>
    </w:p>
    <w:p>
      <w:r>
        <w:t>[Yes]</w:t>
      </w:r>
    </w:p>
    <w:p>
      <w:r>
        <w:t>Soldiers came and seized him, and he disappeared completely and they do not, do not know where he is</w:t>
      </w:r>
    </w:p>
    <w:p>
      <w:r>
        <w:t>[Yes, they said he was a spy, they said he was a spy]</w:t>
      </w:r>
    </w:p>
    <w:p>
      <w:r>
        <w:t>That he was..?</w:t>
      </w:r>
    </w:p>
    <w:p>
      <w:r>
        <w:t>[A spy, a spy, a spy]</w:t>
      </w:r>
    </w:p>
    <w:p>
      <w:r>
        <w:t>A spy, yoa, a traitor, yes, {this}</w:t>
      </w:r>
    </w:p>
    <w:p>
      <w:r>
        <w:t>[And they also said about you, they took you to prison, they took you to prison]</w:t>
      </w:r>
    </w:p>
    <w:p>
      <w:r>
        <w:t>Yes</w:t>
      </w:r>
    </w:p>
    <w:p>
      <w:r>
        <w:t>[If you want ……]</w:t>
      </w:r>
    </w:p>
    <w:p>
      <w:r>
        <w:t>[……..]</w:t>
      </w:r>
    </w:p>
    <w:p>
      <w:r>
        <w:t>[……..]</w:t>
      </w:r>
    </w:p>
    <w:p>
      <w:r>
        <w:t>[I do not know, I do not know ….. I am afraid..]</w:t>
      </w:r>
    </w:p>
    <w:p>
      <w:r>
        <w:t>[……]</w:t>
      </w:r>
    </w:p>
    <w:p>
      <w:r>
        <w:t>[Na Nach Nachma Nachman MeUman, Saba, may I put on your "Rabbeinu Tam"?]</w:t>
      </w:r>
    </w:p>
    <w:p>
      <w:r>
        <w:t>Eh?</w:t>
      </w:r>
    </w:p>
    <w:p>
      <w:r>
        <w:t>[May I put on the "Rabbeinu Tam," your "Rabbeinu Tam" tefillin?]</w:t>
      </w:r>
    </w:p>
    <w:p>
      <w:r>
        <w:t>Why? You do not have any?</w:t>
      </w:r>
    </w:p>
    <w:p>
      <w:r>
        <w:t>[No, I do not have any, I, I need to buy]</w:t>
      </w:r>
    </w:p>
    <w:p>
      <w:r>
        <w:t>Ah.. and every single day what do you do?</w:t>
      </w:r>
    </w:p>
    <w:p>
      <w:r>
        <w:t>[I put on.. Gadi's "Rabbeinu Tam"]</w:t>
      </w:r>
    </w:p>
    <w:p>
      <w:r>
        <w:t>[He.., he puts on my tefillin]</w:t>
      </w:r>
    </w:p>
    <w:p>
      <w:r>
        <w:t>Nu, so now?</w:t>
      </w:r>
    </w:p>
    <w:p>
      <w:r>
        <w:t>[Now.., today I did not put them on]</w:t>
      </w:r>
    </w:p>
    <w:p>
      <w:r>
        <w:t>What?</w:t>
      </w:r>
    </w:p>
    <w:p>
      <w:r>
        <w:t>["Rabbeinu Tam" I did not put on today]</w:t>
      </w:r>
    </w:p>
    <w:p>
      <w:r>
        <w:t>Good, take them</w:t>
      </w:r>
    </w:p>
    <w:p>
      <w:r>
        <w:t>[Thank you, Saba]</w:t>
      </w:r>
    </w:p>
    <w:p>
      <w:r>
        <w:t>But put them on right away</w:t>
      </w:r>
    </w:p>
    <w:p>
      <w:r>
        <w:t>[Yes, yes]</w:t>
      </w:r>
    </w:p>
    <w:p>
      <w:r>
        <w:t>[…………]</w:t>
      </w:r>
    </w:p>
    <w:p>
      <w:r>
        <w:t>[…………]</w:t>
      </w:r>
    </w:p>
    <w:p>
      <w:r>
        <w:t>[Tell him ….. whether I can use Sephardi, I do not know]</w:t>
      </w:r>
    </w:p>
    <w:p>
      <w:r>
        <w:t>[Saba]</w:t>
      </w:r>
    </w:p>
    <w:p>
      <w:r>
        <w:t>[Sephardi, tell him..]</w:t>
      </w:r>
    </w:p>
    <w:p>
      <w:r>
        <w:t>[Tefillin..]</w:t>
      </w:r>
    </w:p>
    <w:p>
      <w:r>
        <w:t>What time is it?</w:t>
      </w:r>
    </w:p>
    <w:p>
      <w:r>
        <w:t>[Ah, one thirty]</w:t>
      </w:r>
    </w:p>
    <w:p>
      <w:r>
        <w:t>[One twenty-five]</w:t>
      </w:r>
    </w:p>
    <w:p>
      <w:r>
        <w:t>[..about Sephardi, I want..]</w:t>
      </w:r>
    </w:p>
    <w:p>
      <w:r>
        <w:t>[One twenty-five]</w:t>
      </w:r>
    </w:p>
    <w:p>
      <w:r>
        <w:t>[…….]</w:t>
      </w:r>
    </w:p>
    <w:p>
      <w:r>
        <w:t>[Saba, he wants to buy tefillin, so he does not know if it is good</w:t>
      </w:r>
    </w:p>
    <w:p>
      <w:r>
        <w:t>If it is good to buy Ashkenazi or Sephardi tefillin?]</w:t>
      </w:r>
    </w:p>
    <w:p>
      <w:r>
        <w:t>I do not know, {..}</w:t>
      </w:r>
    </w:p>
    <w:p>
      <w:r>
        <w:t>He is Sephardi, let him buy Sephardi</w:t>
      </w:r>
    </w:p>
    <w:p>
      <w:r>
        <w:t>[……..]</w:t>
      </w:r>
    </w:p>
    <w:p>
      <w:r>
        <w:t>[……..]</w:t>
      </w:r>
    </w:p>
    <w:p>
      <w:r>
        <w:t>{…….}</w:t>
      </w:r>
    </w:p>
    <w:p>
      <w:r>
        <w:t>[Saba, the story of, of Reb Tzvi Rosenthal, everyone asked:</w:t>
      </w:r>
    </w:p>
    <w:p>
      <w:r>
        <w:t>"What happened? Where is Reb Tzvi? He went to pray on Friday and did not return..”..</w:t>
      </w:r>
    </w:p>
    <w:p>
      <w:r>
        <w:t>["Friday, Erev Shabbos, he went to pray and did not return"</w:t>
      </w:r>
    </w:p>
    <w:p>
      <w:r>
        <w:t>He said:</w:t>
      </w:r>
    </w:p>
    <w:p>
      <w:r>
        <w:t>"I cannot, I cannot remain here, I want to go to Yerushalayim, I have..”</w:t>
      </w:r>
    </w:p>
    <w:p>
      <w:r>
        <w:t>He said: "I have strong legs, I want to go to Yerushalayim"</w:t>
      </w:r>
    </w:p>
    <w:p>
      <w:r>
        <w:t>So they took you to prison, they took you to prison and asked you:</w:t>
      </w:r>
    </w:p>
    <w:p>
      <w:r>
        <w:t>"Where is Reb Tzvi?"</w:t>
      </w:r>
    </w:p>
    <w:p>
      <w:r>
        <w:t>And.. and your wife and your mother saw you through the windows]</w:t>
      </w:r>
    </w:p>
    <w:p>
      <w:r>
        <w:t>Yes</w:t>
      </w:r>
    </w:p>
    <w:p>
      <w:r>
        <w:t>[And there was crying, there was much crying]</w:t>
      </w:r>
    </w:p>
    <w:p>
      <w:r>
        <w:t>I was already ready, {..} to give me blows</w:t>
      </w:r>
    </w:p>
    <w:p>
      <w:r>
        <w:t>[Yes]</w:t>
      </w:r>
    </w:p>
    <w:p>
      <w:r>
        <w:t>On the legs</w:t>
      </w:r>
    </w:p>
    <w:p>
      <w:r>
        <w:t>[Yes]</w:t>
      </w:r>
    </w:p>
    <w:p>
      <w:r>
        <w:t>I {know\then it was}, lay like this with the hands.., with the legs up, he will give blows</w:t>
      </w:r>
    </w:p>
    <w:p>
      <w:r>
        <w:t>A soldier was standing here and a soldier here</w:t>
      </w:r>
    </w:p>
    <w:p>
      <w:r>
        <w:t>[He tied his legs up]</w:t>
      </w:r>
    </w:p>
    <w:p>
      <w:r>
        <w:t>[Yes?]</w:t>
      </w:r>
    </w:p>
    <w:p>
      <w:r>
        <w:t>[……..]</w:t>
      </w:r>
    </w:p>
    <w:p>
      <w:r>
        <w:t>And the legs up</w:t>
      </w:r>
    </w:p>
    <w:p>
      <w:r>
        <w:t>[They said to you: "Tell us where Reb Tzvi is?"</w:t>
      </w:r>
    </w:p>
    <w:p>
      <w:r>
        <w:t>So what did you say to them?]</w:t>
      </w:r>
    </w:p>
    <w:p>
      <w:r>
        <w:t>{..}</w:t>
      </w:r>
    </w:p>
    <w:p>
      <w:r>
        <w:t>[They said to you: "Tell the truth”</w:t>
      </w:r>
    </w:p>
    <w:p>
      <w:r>
        <w:t>So you said to them: "I think he went to Yerushalayim"]</w:t>
      </w:r>
    </w:p>
    <w:p>
      <w:r>
        <w:t>They sent, they found him {in Afula}</w:t>
      </w:r>
    </w:p>
    <w:p>
      <w:r>
        <w:t>[Afula]</w:t>
      </w:r>
    </w:p>
    <w:p>
      <w:r>
        <w:t>They brought him to Teveria, and made {..} papers at the rabbi's, that he is forbidden to stand in..</w:t>
      </w:r>
    </w:p>
    <w:p>
      <w:r>
        <w:t>[Four cubits]</w:t>
      </w:r>
    </w:p>
    <w:p>
      <w:r>
        <w:t>{Four}.., of mine, and not to speak with me at all, {..}, neither with me nor with Rebbe Yisroel</w:t>
      </w:r>
    </w:p>
    <w:p>
      <w:r>
        <w:t>And he signed it</w:t>
      </w:r>
    </w:p>
    <w:p>
      <w:r>
        <w:t>[Afterward he passed away]</w:t>
      </w:r>
    </w:p>
    <w:p>
      <w:r>
        <w:t>Yes</w:t>
      </w:r>
    </w:p>
    <w:p>
      <w:r>
        <w:t>[You dreamed a dream, dreamed a dream that you went to the mikvah, and you saw him in the mikvah]</w:t>
      </w:r>
    </w:p>
    <w:p>
      <w:r>
        <w:t>{That is how it was}</w:t>
      </w:r>
    </w:p>
    <w:p>
      <w:r>
        <w:t>[So.. and.. what did you say..?]</w:t>
      </w:r>
    </w:p>
    <w:p>
      <w:r>
        <w:t>I said to him:</w:t>
      </w:r>
    </w:p>
    <w:p>
      <w:r>
        <w:t>"{Rebbe Yisroel}, what are you doing? They will kill us"</w:t>
      </w:r>
    </w:p>
    <w:p>
      <w:r>
        <w:t>He said to me:</w:t>
      </w:r>
    </w:p>
    <w:p>
      <w:r>
        <w:t>"That I decided {..} that they should kill me, {what will be w..}, let them do what they want, I will accept everything"</w:t>
      </w:r>
    </w:p>
    <w:p>
      <w:r>
        <w:t>[In the end you awoke from sleep, and in the end there was no, no mikvah in the dream, there was no mikvah</w:t>
      </w:r>
    </w:p>
    <w:p>
      <w:r>
        <w:t>And the three wise men came to Rebbe Yisroel, Rebbe Yisroel (Kardonner), they asked him:</w:t>
      </w:r>
    </w:p>
    <w:p>
      <w:r>
        <w:t>"They have wives and children, and the Breslovers also have wives and children"</w:t>
      </w:r>
    </w:p>
    <w:p>
      <w:r>
        <w:t>Do you remember? Saba, they asked him:</w:t>
      </w:r>
    </w:p>
    <w:p>
      <w:r>
        <w:t>"What is the difference? They have wives and children, and the Breslovers have wives and children, what is the difference?"</w:t>
      </w:r>
    </w:p>
    <w:p>
      <w:r>
        <w:t>So what did Rebbe Yisroel (Kardonner) say to them?</w:t>
      </w:r>
    </w:p>
    <w:p>
      <w:r>
        <w:t>He said to them:</w:t>
      </w:r>
    </w:p>
    <w:p>
      <w:r>
        <w:t>"These have wives and children for the sake of desire</w:t>
      </w:r>
    </w:p>
    <w:p>
      <w:r>
        <w:t>And these have wives and children in order to fulfill the Torah"</w:t>
      </w:r>
    </w:p>
    <w:p>
      <w:r>
        <w:t>For it is written in the Torah that one must bring children, do you remember this? Saba</w:t>
      </w:r>
    </w:p>
    <w:p>
      <w:r>
        <w:t>And the three wise men went to pray as a joke, do you remember? Saba</w:t>
      </w:r>
    </w:p>
    <w:p>
      <w:r>
        <w:t>They went to pray with the shtreimel, as a sort of joke</w:t>
      </w:r>
    </w:p>
    <w:p>
      <w:r>
        <w:t>But when they, when they heard Rebbe Yisroel (Kardonner) in prayer, then they truly awakened to Judaism, do you remember? Saba..</w:t>
      </w:r>
    </w:p>
    <w:p>
      <w:r>
        <w:t>There were, there were true men of Rabbainu then, there were many true men of Rabbainu then, in Yerushalayim</w:t>
      </w:r>
    </w:p>
    <w:p>
      <w:r>
        <w:t>There were true tzaddikim, they sang: "To make known, to make known, to make known..", do you remember? Saba</w:t>
      </w:r>
    </w:p>
    <w:p>
      <w:r>
        <w:t>They sang on Purim: "To make known, to make known, to make known.."</w:t>
      </w:r>
    </w:p>
    <w:p>
      <w:r>
        <w:t>Saba, do you.., do you remember the dream in which you fell into a deep pit in Yerushalayim, you.., do you remember? That you fell into a deep, deep pit, in the end there was water inside the pit, do you remember the dream? Saba] {. .}</w:t>
      </w:r>
    </w:p>
    <w:p>
      <w:r>
        <w:t>[Your wife and.. and many people went to throw stones at the house of Rebbe Yisroel (Kardonner)</w:t>
      </w:r>
    </w:p>
    <w:p>
      <w:r>
        <w:t>“Where is Rav Tzvi?”</w:t>
      </w:r>
    </w:p>
    <w:p>
      <w:r>
        <w:t>They threw, broke all the utensils, they paid no heed to Shabbos</w:t>
      </w:r>
    </w:p>
    <w:p>
      <w:r>
        <w:t>And after that they went to sleep, and got up again to throw stones at the house of Rebbe Yisroel (Kardonner)]</w:t>
      </w:r>
    </w:p>
    <w:p>
      <w:r>
        <w:t>{…..house}, Rav Tzvi, Rav Tzvi Rosenthal</w:t>
      </w:r>
    </w:p>
    <w:p>
      <w:r>
        <w:t>[“Where is Rav Tzvi?”</w:t>
      </w:r>
    </w:p>
    <w:p>
      <w:r>
        <w:t>They said: “It is the Breslovers,” they said: it..” everyone said:</w:t>
      </w:r>
    </w:p>
    <w:p>
      <w:r>
        <w:t>“It is the Breslovers, how is it possible to do such a thing?”</w:t>
      </w:r>
    </w:p>
    <w:p>
      <w:r>
        <w:t>They said: “Apparently, they sent him to Uman”]</w:t>
      </w:r>
    </w:p>
    <w:p>
      <w:r>
        <w:t>{{….}}…</w:t>
      </w:r>
    </w:p>
    <w:p>
      <w:r>
        <w:t>...[…..]</w:t>
      </w:r>
    </w:p>
    <w:p>
      <w:r>
        <w:t>I said to him: {...} “Rav Tzvi, you have no money with which to travel”</w:t>
      </w:r>
    </w:p>
    <w:p>
      <w:r>
        <w:t>He said to me: “Money? I, I have strong legs, I am going on foot to Yerushalayim”</w:t>
      </w:r>
    </w:p>
    <w:p>
      <w:r>
        <w:t>[He said: “I have strong legs, I am going on foot, on foot”</w:t>
      </w:r>
    </w:p>
    <w:p>
      <w:r>
        <w:t>Saba, he went, and he did not return]</w:t>
      </w:r>
    </w:p>
    <w:p>
      <w:r>
        <w:t>Yes</w:t>
      </w:r>
    </w:p>
    <w:p>
      <w:r>
        <w:t>[To this day]</w:t>
      </w:r>
    </w:p>
    <w:p>
      <w:r>
        <w:t>He has, he has sons</w:t>
      </w:r>
    </w:p>
    <w:p>
      <w:r>
        <w:t>[His sons?</w:t>
      </w:r>
    </w:p>
    <w:p>
      <w:r>
        <w:t>Saba, how Rabbainu, Rabbainu said:</w:t>
      </w:r>
    </w:p>
    <w:p>
      <w:r>
        <w:t>“When a person will be with his legs at the door, he will be very sorry that he did not listen to the holy Rabbainu” We need, Saba, we need fear of punishment, we need fear of punishment, Rabbainu said that this..</w:t>
      </w:r>
    </w:p>
    <w:p>
      <w:r>
        <w:t>That the beginning of the avodah, the service of Hashem, is through fear of punishment</w:t>
      </w:r>
    </w:p>
    <w:p>
      <w:r>
        <w:t>Saba, bless us, Saba, bless us, that we merit to truly have Rabbainu’s fear of punishment</w:t>
      </w:r>
    </w:p>
    <w:p>
      <w:r>
        <w:t>We need much, much yiras Shamayim, Saba, Saba, pray for us that we truly have yiras Shamayim, that we merit to return in complete teshuvah in truth, speedily]</w:t>
      </w:r>
    </w:p>
    <w:p>
      <w:r>
        <w:t>Ho, ho.. ho..</w:t>
      </w:r>
    </w:p>
    <w:p>
      <w:r>
        <w:t>[Saba, he went to pray, everyone said: “Where is Rav Tzvi?.. How does one do such a thing?”</w:t>
      </w:r>
    </w:p>
    <w:p>
      <w:r>
        <w:t>He said, they told him {about this}, everyone said: “How does one do such a thing?”]</w:t>
      </w:r>
    </w:p>
    <w:p>
      <w:r>
        <w:t>“Perhaps they even sent him to Uman?”</w:t>
      </w:r>
    </w:p>
    <w:p>
      <w:r>
        <w:t>[Perhaps, they thought, perhaps he went to Tzfas, they thought]</w:t>
      </w:r>
    </w:p>
    <w:p>
      <w:r>
        <w:t>Yes</w:t>
      </w:r>
    </w:p>
    <w:p>
      <w:r>
        <w:t>[So they sent one of the strongmen of Teveria]</w:t>
      </w:r>
    </w:p>
    <w:p>
      <w:r>
        <w:t>Yes</w:t>
      </w:r>
    </w:p>
    <w:p>
      <w:r>
        <w:t>[He went b.. with a horse, with a horse, and he, like an airplane]</w:t>
      </w:r>
    </w:p>
    <w:p>
      <w:r>
        <w:t>No, he was not in Tzfas</w:t>
      </w:r>
    </w:p>
    <w:p>
      <w:r>
        <w:t>[He was not in Tzfas]</w:t>
      </w:r>
    </w:p>
    <w:p>
      <w:r>
        <w:t>[Where did he go ……]</w:t>
      </w:r>
    </w:p>
    <w:p>
      <w:r>
        <w:t>[………]</w:t>
      </w:r>
    </w:p>
    <w:p>
      <w:r>
        <w:t>[Yes?]</w:t>
      </w:r>
    </w:p>
    <w:p>
      <w:r>
        <w:t>[Yes, he was in Afula, on the way]</w:t>
      </w:r>
    </w:p>
    <w:p>
      <w:r>
        <w:t>[And he did not return?]</w:t>
      </w:r>
    </w:p>
    <w:p>
      <w:r>
        <w:t>[He returned]</w:t>
      </w:r>
    </w:p>
    <w:p>
      <w:r>
        <w:t>[………]</w:t>
      </w:r>
    </w:p>
    <w:p>
      <w:r>
        <w:t>[No, afterward he died]</w:t>
      </w:r>
    </w:p>
    <w:p>
      <w:r>
        <w:t>[….Yerushalayim?]</w:t>
      </w:r>
    </w:p>
    <w:p>
      <w:r>
        <w:t>[He arrived {in Teveria} and died, he swore that he.., that he would not draw near to Breslov Chassidus</w:t>
      </w:r>
    </w:p>
    <w:p>
      <w:r>
        <w:t>He.., just, as if, not in this.., and then he died..</w:t>
      </w:r>
    </w:p>
    <w:p>
      <w:r>
        <w:t>Now, Saba, now, now Rabbainu is with Rav Tzvi, right? Rav Tzvi Rosenthal is Rabbainu’s, now</w:t>
      </w:r>
    </w:p>
    <w:p>
      <w:r>
        <w:t>Rav Tzvi Rosenthal, he, he merited to draw close to Rabbainu, right?</w:t>
      </w:r>
    </w:p>
    <w:p>
      <w:r>
        <w:t>He studied “Reishis Chochmah”]</w:t>
      </w:r>
    </w:p>
    <w:p>
      <w:r>
        <w:t>Every month</w:t>
      </w:r>
    </w:p>
    <w:p>
      <w:r>
        <w:t>[Yes, standing, standing for several hours every day]</w:t>
      </w:r>
    </w:p>
    <w:p>
      <w:r>
        <w:t>He was a colleague-disciple of the “Chofetz Chaim”</w:t>
      </w:r>
    </w:p>
    <w:p>
      <w:r>
        <w:t>[“Colleague-disciple”]</w:t>
      </w:r>
    </w:p>
    <w:p>
      <w:r>
        <w:t>Yes</w:t>
      </w:r>
    </w:p>
    <w:p>
      <w:r>
        <w:t>[“Colleague-disciple” of the Chofetz Chaim, not “disciple,” “colleague-disciple”</w:t>
      </w:r>
    </w:p>
    <w:p>
      <w:r>
        <w:t>And he taught you, do you remember? Saba, when you were.., wh.. when you were small children, then he taught you, he studied with you “Reishis Chochmah,” “Reishis Chochmah” he studied with you]</w:t>
      </w:r>
    </w:p>
    <w:p>
      <w:r>
        <w:t>[……..]</w:t>
      </w:r>
    </w:p>
    <w:p>
      <w:r>
        <w:t>[After, after that he drew close to Rabbainu..</w:t>
      </w:r>
    </w:p>
    <w:p>
      <w:r>
        <w:t>Also Rav Motl of Slonim, he also drew you very close, when you were small children</w:t>
      </w:r>
    </w:p>
    <w:p>
      <w:r>
        <w:t>He taught you, Rav Motl of Slonim</w:t>
      </w:r>
    </w:p>
    <w:p>
      <w:r>
        <w:t>And then when you received the note, then Rav Motl of Slonim laughed, do you remember? Saba..</w:t>
      </w:r>
    </w:p>
    <w:p>
      <w:r>
        <w:t>He laughed and he said, his belly almost came out from how much he laughed]</w:t>
      </w:r>
    </w:p>
    <w:p>
      <w:r>
        <w:t>He will die, he was afraid he would die, he could not bear it, {he, and he}, he laughed so much</w:t>
      </w:r>
    </w:p>
    <w:p>
      <w:r>
        <w:t>[In the end he nullified the opposition to Rabbainu, he nullified the opposition, Rav Motl of Slonim] Yo</w:t>
      </w:r>
    </w:p>
    <w:p>
      <w:r>
        <w:t>[He said: “I am not an opponent, do what you do, I am not an opponent”]</w:t>
      </w:r>
    </w:p>
    <w:p>
      <w:r>
        <w:t>Ah..</w:t>
      </w:r>
    </w:p>
    <w:p>
      <w:r>
        <w:t>[…..…]</w:t>
      </w:r>
    </w:p>
    <w:p>
      <w:r>
        <w:t>[……..]</w:t>
      </w:r>
    </w:p>
    <w:p>
      <w:r>
        <w:t>Are the non-Jews receiving blows?</w:t>
      </w:r>
    </w:p>
    <w:p>
      <w:r>
        <w:t>[Every day they have new blows]</w:t>
      </w:r>
    </w:p>
    <w:p>
      <w:r>
        <w:t>Ah? Every day</w:t>
      </w:r>
    </w:p>
    <w:p>
      <w:r>
        <w:t>[They have new blows, new blows]</w:t>
      </w:r>
    </w:p>
    <w:p>
      <w:r>
        <w:t>Blows, yes</w:t>
      </w:r>
    </w:p>
    <w:p>
      <w:r>
        <w:t>[Yes, every day they have new blows, I hear: once here blows, once here, once here</w:t>
      </w:r>
    </w:p>
    <w:p>
      <w:r>
        <w:t>Once in Africa, once in America they have storms, {...}]</w:t>
      </w:r>
    </w:p>
    <w:p>
      <w:r>
        <w:t>[Rabbainu is dealing with them]</w:t>
      </w:r>
    </w:p>
    <w:p>
      <w:r>
        <w:t>[Rabbainu is dealing with them, Saba, they have fires, and this</w:t>
      </w:r>
    </w:p>
    <w:p>
      <w:r>
        <w:t>Rabbainu makes news every day, makes news]</w:t>
      </w:r>
    </w:p>
    <w:p>
      <w:r>
        <w:t>{..}, ah..</w:t>
      </w:r>
    </w:p>
    <w:p>
      <w:r>
        <w:t>[The.. Torah of Rabbainu, the Torah of Rabbainu is “a Torah of kindness”</w:t>
      </w:r>
    </w:p>
    <w:p>
      <w:r>
        <w:t>He says, “Many daughters have done valiantly, but you have surpassed them all,” this is the holy Rabbainu]</w:t>
      </w:r>
    </w:p>
    <w:p>
      <w:r>
        <w:t>[……..]</w:t>
      </w:r>
    </w:p>
    <w:p>
      <w:r>
        <w:t>[……..]</w:t>
      </w:r>
    </w:p>
    <w:p>
      <w:r>
        <w:t>[Shalom, Rebbe Yisroel]…</w:t>
      </w:r>
    </w:p>
    <w:p>
      <w:pPr>
        <w:pStyle w:val="Heading2"/>
      </w:pPr>
      <w:r>
        <w:t>Side B (Bais)</w:t>
      </w:r>
    </w:p>
    <w:p>
      <w:r>
        <w:t>...[Are these the times of Mashiach?]</w:t>
      </w:r>
    </w:p>
    <w:p>
      <w:r>
        <w:t>Your brother</w:t>
      </w:r>
    </w:p>
    <w:p>
      <w:r>
        <w:t>[Yes, yes, my brother Yitzchak]</w:t>
      </w:r>
    </w:p>
    <w:p>
      <w:r>
        <w:t>What is the brother doing?</w:t>
      </w:r>
    </w:p>
    <w:p>
      <w:r>
        <w:t>[Yitzchak arranges the trips to Uman]</w:t>
      </w:r>
    </w:p>
    <w:p>
      <w:r>
        <w:t>Ah?</w:t>
      </w:r>
    </w:p>
    <w:p>
      <w:r>
        <w:t>[Yitzchak arranges the trips to Uman]</w:t>
      </w:r>
    </w:p>
    <w:p>
      <w:r>
        <w:t>Indeed?</w:t>
      </w:r>
    </w:p>
    <w:p>
      <w:r>
        <w:t>[Yes]</w:t>
      </w:r>
    </w:p>
    <w:p>
      <w:r>
        <w:t>{{. .}}, there will be, there will be a large gathering in..</w:t>
      </w:r>
    </w:p>
    <w:p>
      <w:r>
        <w:t>[Very]</w:t>
      </w:r>
    </w:p>
    <w:p>
      <w:r>
        <w:t>Ah?</w:t>
      </w:r>
    </w:p>
    <w:p>
      <w:r>
        <w:t>[Very]</w:t>
      </w:r>
    </w:p>
    <w:p>
      <w:r>
        <w:t>No, in.. in..</w:t>
      </w:r>
    </w:p>
    <w:p>
      <w:r>
        <w:t>[Uman]</w:t>
      </w:r>
    </w:p>
    <w:p>
      <w:r>
        <w:t>Yes, nu</w:t>
      </w:r>
    </w:p>
    <w:p>
      <w:r>
        <w:t>[Certainly]</w:t>
      </w:r>
    </w:p>
    <w:p>
      <w:r>
        <w:t>[“Grinding its teeth,” the world is “grinding its teeth”]</w:t>
      </w:r>
    </w:p>
    <w:p>
      <w:r>
        <w:t>Ah?</w:t>
      </w:r>
    </w:p>
    <w:p>
      <w:r>
        <w:t>[The world is “grinding its teeth” over those registering for Uman]</w:t>
      </w:r>
    </w:p>
    <w:p>
      <w:r>
        <w:t>Is there a large gathering?</w:t>
      </w:r>
    </w:p>
    <w:p>
      <w:r>
        <w:t>[Yes]</w:t>
      </w:r>
    </w:p>
    <w:p>
      <w:r>
        <w:t>{People\registrants} from Eretz Yisroel?</w:t>
      </w:r>
    </w:p>
    <w:p>
      <w:r>
        <w:t>[Yes]</w:t>
      </w:r>
    </w:p>
    <w:p>
      <w:r>
        <w:t>Ah?</w:t>
      </w:r>
    </w:p>
    <w:p>
      <w:r>
        <w:t>{K…}...</w:t>
      </w:r>
    </w:p>
    <w:p>
      <w:r>
        <w:t>…{Who will have mercy on them}</w:t>
      </w:r>
    </w:p>
    <w:p>
      <w:r>
        <w:t>{….}, ah.. ah.. ah.. ah.. ah.. ah…</w:t>
      </w:r>
    </w:p>
    <w:p>
      <w:r>
        <w:t>...great, because there truly was, {..} there was fear that the whole world would be destroyed</w:t>
      </w:r>
    </w:p>
    <w:p>
      <w:r>
        <w:t>The point is, he told him, he regrets it, he, Yerushalayim is only for Jews, the Beis HaMikdash is only for Jews, it became a little more…</w:t>
      </w:r>
    </w:p>
    <w:p>
      <w:r>
        <w:t>...Did you not feel it? Ah?</w:t>
      </w:r>
    </w:p>
    <w:p>
      <w:r>
        <w:t>[W.. we knew that he was supposed to come to Yerushalayim..]</w:t>
      </w:r>
    </w:p>
    <w:p>
      <w:r>
        <w:t>{...}</w:t>
      </w:r>
    </w:p>
    <w:p>
      <w:r>
        <w:t>[And th.. th.. miraculously he did not come, at the last minute he did not come..]</w:t>
      </w:r>
    </w:p>
    <w:p>
      <w:r>
        <w:t>Did not come?</w:t>
      </w:r>
    </w:p>
    <w:p>
      <w:r>
        <w:t>[Yes, to Yerushalayim]</w:t>
      </w:r>
    </w:p>
    <w:p>
      <w:r>
        <w:t>No?</w:t>
      </w:r>
    </w:p>
    <w:p>
      <w:r>
        <w:t>[No, he, he did not succeed]</w:t>
      </w:r>
    </w:p>
    <w:p>
      <w:r>
        <w:t>Did not succeed?</w:t>
      </w:r>
    </w:p>
    <w:p>
      <w:r>
        <w:t>[No, in coming to Yerushalayim]</w:t>
      </w:r>
    </w:p>
    <w:p>
      <w:r>
        <w:t>They did not give him permission?</w:t>
      </w:r>
    </w:p>
    <w:p>
      <w:r>
        <w:t>[No, he did not, he did not, he did not s.., {..}, suddenly he had no voice]</w:t>
      </w:r>
    </w:p>
    <w:p>
      <w:r>
        <w:t>Ah?</w:t>
      </w:r>
    </w:p>
    <w:p>
      <w:r>
        <w:t>[Suddenly he became.. how do you say it?]</w:t>
      </w:r>
    </w:p>
    <w:p>
      <w:r>
        <w:t>[He could not speak]</w:t>
      </w:r>
    </w:p>
    <w:p>
      <w:r>
        <w:t>[He could not speak, suddenly he could not speak]</w:t>
      </w:r>
    </w:p>
    <w:p>
      <w:r>
        <w:t>Yes</w:t>
      </w:r>
    </w:p>
    <w:p>
      <w:r>
        <w:t>[Yes, and in Yerushalayim too it made a great commotion]</w:t>
      </w:r>
    </w:p>
    <w:p>
      <w:r>
        <w:t>Yes?</w:t>
      </w:r>
    </w:p>
    <w:p>
      <w:r>
        <w:t>[There were many, many people {..} in.. demonstrations and all sorts of..]</w:t>
      </w:r>
    </w:p>
    <w:p>
      <w:r>
        <w:t>Yes? Yes?</w:t>
      </w:r>
    </w:p>
    <w:p>
      <w:r>
        <w:t>[Then the government was afraid, the government was even afraid]</w:t>
      </w:r>
    </w:p>
    <w:p>
      <w:r>
        <w:t>Ah</w:t>
      </w:r>
    </w:p>
    <w:p>
      <w:r>
        <w:t>[That this is what.. what would happen, that is what I heard..]…</w:t>
      </w:r>
    </w:p>
    <w:p>
      <w:r>
        <w:t>...{cannot} anymore</w:t>
      </w:r>
    </w:p>
    <w:p>
      <w:r>
        <w:t>[Good]…</w:t>
      </w:r>
    </w:p>
    <w:p>
      <w:r>
        <w:t>...Now he is outside Yerushalayim?</w:t>
      </w:r>
    </w:p>
    <w:p>
      <w:r>
        <w:t>[Yes, yes, he is outside Yerushalayim]</w:t>
      </w:r>
    </w:p>
    <w:p>
      <w:r>
        <w:t>Ah..</w:t>
      </w:r>
    </w:p>
    <w:p>
      <w:r>
        <w:t>And he agreed that all of Yerushalayim is for J.. for Jews</w:t>
      </w:r>
    </w:p>
    <w:p>
      <w:r>
        <w:t>[I, I do not know, I still do not know]</w:t>
      </w:r>
    </w:p>
    <w:p>
      <w:r>
        <w:t>I, I, I..</w:t>
      </w:r>
    </w:p>
    <w:p>
      <w:r>
        <w:t>[Ah]</w:t>
      </w:r>
    </w:p>
    <w:p>
      <w:r>
        <w:t>I..</w:t>
      </w:r>
    </w:p>
    <w:p>
      <w:r>
        <w:t>[Yes]</w:t>
      </w:r>
    </w:p>
    <w:p>
      <w:r>
        <w:t>I saw it…</w:t>
      </w:r>
    </w:p>
    <w:p>
      <w:r>
        <w:t>...there was destruction of the world, {because..} there was an earthquake, almost the whole world</w:t>
      </w:r>
    </w:p>
    <w:p>
      <w:r>
        <w:t>And a {already} great fear fell upon all the gentiles, and he said: "Yerushalayim is only for Jews"</w:t>
      </w:r>
    </w:p>
    <w:p>
      <w:r>
        <w:t>[Shall I tell Saba what happened today? …. thinks that it is gifts]</w:t>
      </w:r>
    </w:p>
    <w:p>
      <w:r>
        <w:t>[…….]</w:t>
      </w:r>
    </w:p>
    <w:p>
      <w:r>
        <w:t>[……. on Tisha B'Av]</w:t>
      </w:r>
    </w:p>
    <w:p>
      <w:r>
        <w:t>[Saba, they said, they said, that on Tisha B'Av there is one constellation, one large constellation]</w:t>
      </w:r>
    </w:p>
    <w:p>
      <w:r>
        <w:t>[A star]</w:t>
      </w:r>
    </w:p>
    <w:p>
      <w:r>
        <w:t>[A star, one large star, that enters a second large star, two stars that enter one another and th.. and they do not know what.. what will come of it, but afr.., everyone is afraid</w:t>
      </w:r>
    </w:p>
    <w:p>
      <w:r>
        <w:t>They say there will be, that it can do many, many, many things here]</w:t>
      </w:r>
    </w:p>
    <w:p>
      <w:r>
        <w:t>Many</w:t>
      </w:r>
    </w:p>
    <w:p>
      <w:r>
        <w:t>[It can cause many, many.. how do you say?]</w:t>
      </w:r>
    </w:p>
    <w:p>
      <w:r>
        <w:t>[Problems]</w:t>
      </w:r>
    </w:p>
    <w:p>
      <w:r>
        <w:t>[Many problems here in the Land..]</w:t>
      </w:r>
    </w:p>
    <w:p>
      <w:r>
        <w:t>{..}</w:t>
      </w:r>
    </w:p>
    <w:p>
      <w:r>
        <w:t>[On.. on.. on.. that is to say on.. upon, upon, upon the whole globe, it can do many..</w:t>
      </w:r>
    </w:p>
    <w:p>
      <w:r>
        <w:t>That is what they said, I do not know]</w:t>
      </w:r>
    </w:p>
    <w:p>
      <w:r>
        <w:t>He said: "Yerushalayim is only for Jews," it became a little q.. quiet</w:t>
      </w:r>
    </w:p>
    <w:p>
      <w:r>
        <w:t>[..]</w:t>
      </w:r>
    </w:p>
    <w:p>
      <w:r>
        <w:t>Oy vey, no, no, cannot, oy…</w:t>
      </w:r>
    </w:p>
    <w:p>
      <w:r>
        <w:t>...{When} is Tisha B'Av?</w:t>
      </w:r>
    </w:p>
    <w:p>
      <w:r>
        <w:t>[Ah..]</w:t>
      </w:r>
    </w:p>
    <w:p>
      <w:r>
        <w:t>[On Sunday.. in another two weeks]</w:t>
      </w:r>
    </w:p>
    <w:p>
      <w:r>
        <w:t>[Another two weeks, another two weeks]</w:t>
      </w:r>
    </w:p>
    <w:p>
      <w:r>
        <w:t>Yes</w:t>
      </w:r>
    </w:p>
    <w:p>
      <w:r>
        <w:t>[Yes]</w:t>
      </w:r>
    </w:p>
    <w:p>
      <w:r>
        <w:t>Oy</w:t>
      </w:r>
    </w:p>
    <w:p>
      <w:r>
        <w:t>I {..} was very hungry, and baruch Hashem now it is better</w:t>
      </w:r>
    </w:p>
    <w:p>
      <w:r>
        <w:t>He said that half of Yerushalayim is for Jews, the Beis HaMikdash and everything too, half for Jews and half for Arabs, then there was a great commotion and an earthquake, and.. {...}…</w:t>
      </w:r>
    </w:p>
    <w:p>
      <w:r>
        <w:t>...everything will be destroyed, so he said: "No, no, Yerushalayim is only for Jews," then it became a little more…</w:t>
      </w:r>
    </w:p>
    <w:p>
      <w:r>
        <w:t>...from, from the Land?</w:t>
      </w:r>
    </w:p>
    <w:p>
      <w:r>
        <w:t>[Ah..]</w:t>
      </w:r>
    </w:p>
    <w:p>
      <w:r>
        <w:t>Yes, of this gentile, the gentile.., the great one of the gentiles, ah?</w:t>
      </w:r>
    </w:p>
    <w:p>
      <w:r>
        <w:t>[I do not know..]</w:t>
      </w:r>
    </w:p>
    <w:p>
      <w:r>
        <w:t>Yes</w:t>
      </w:r>
    </w:p>
    <w:p>
      <w:r>
        <w:t>[It could be that he is still here in the Land, it could be that he is still here in the Land]</w:t>
      </w:r>
    </w:p>
    <w:p>
      <w:r>
        <w:t>Ah, ah</w:t>
      </w:r>
    </w:p>
    <w:p>
      <w:r>
        <w:t>[…]</w:t>
      </w:r>
    </w:p>
    <w:p>
      <w:r>
        <w:t>They do not know</w:t>
      </w:r>
    </w:p>
    <w:p>
      <w:r>
        <w:t>[No]…</w:t>
      </w:r>
    </w:p>
    <w:p>
      <w:r>
        <w:t>...the ministers</w:t>
      </w:r>
    </w:p>
    <w:p>
      <w:r>
        <w:t>[No]</w:t>
      </w:r>
    </w:p>
    <w:p>
      <w:r>
        <w:t>{…...}</w:t>
      </w:r>
    </w:p>
    <w:p>
      <w:r>
        <w:t>[They do not want]</w:t>
      </w:r>
    </w:p>
    <w:p>
      <w:r>
        <w:t>Does the council in Meron also agree to this?</w:t>
      </w:r>
    </w:p>
    <w:p>
      <w:r>
        <w:t>[Perhaps we can try to request a permit]</w:t>
      </w:r>
    </w:p>
    <w:p>
      <w:r>
        <w:t>Ah?</w:t>
      </w:r>
    </w:p>
    <w:p>
      <w:r>
        <w:t>[Perhaps it is possible to try and request..]</w:t>
      </w:r>
    </w:p>
    <w:p>
      <w:r>
        <w:t>Ah..</w:t>
      </w:r>
    </w:p>
    <w:p>
      <w:r>
        <w:t>[A permit from them]</w:t>
      </w:r>
    </w:p>
    <w:p>
      <w:r>
        <w:t>Ah, ah…</w:t>
      </w:r>
    </w:p>
    <w:p>
      <w:r>
        <w:t>...in the synagogue?</w:t>
      </w:r>
    </w:p>
    <w:p>
      <w:r>
        <w:t>[In the synagogue, outside, wherever possible]</w:t>
      </w:r>
    </w:p>
    <w:p>
      <w:r>
        <w:t>{..}</w:t>
      </w:r>
    </w:p>
    <w:p>
      <w:r>
        <w:t>[Last year we used to put it inside the synagogue]</w:t>
      </w:r>
    </w:p>
    <w:p>
      <w:r>
        <w:t>Ah?</w:t>
      </w:r>
    </w:p>
    <w:p>
      <w:r>
        <w:t>[Last year, a year ago, we used to put it inside the synagogue, and they did not bother us so much] Ah?</w:t>
      </w:r>
    </w:p>
    <w:p>
      <w:r>
        <w:t>[Last year we put it inside the synagogue, this year they do not allow it]</w:t>
      </w:r>
    </w:p>
    <w:p>
      <w:r>
        <w:t>{Did they not\And did they} allow selling?</w:t>
      </w:r>
    </w:p>
    <w:p>
      <w:r>
        <w:t>[This year they do not allow it, now they do not allow it</w:t>
      </w:r>
    </w:p>
    <w:p>
      <w:r>
        <w:t>They use force, force, they use force]</w:t>
      </w:r>
    </w:p>
    <w:p>
      <w:r>
        <w:t>Yes?</w:t>
      </w:r>
    </w:p>
    <w:p>
      <w:r>
        <w:t>[Yes]</w:t>
      </w:r>
    </w:p>
    <w:p>
      <w:r>
        <w:t>We?</w:t>
      </w:r>
    </w:p>
    <w:p>
      <w:r>
        <w:t>[{..}, they, they, they use force, perhaps..]</w:t>
      </w:r>
    </w:p>
    <w:p>
      <w:r>
        <w:t>Ah</w:t>
      </w:r>
    </w:p>
    <w:p>
      <w:r>
        <w:t>[We also need to]</w:t>
      </w:r>
    </w:p>
    <w:p>
      <w:r>
        <w:t>Ah, ah</w:t>
      </w:r>
    </w:p>
    <w:p>
      <w:r>
        <w:t>[They.., if we use force, they bring the police</w:t>
      </w:r>
    </w:p>
    <w:p>
      <w:r>
        <w:t>They are not many, they are few]…</w:t>
      </w:r>
    </w:p>
    <w:p>
      <w:r>
        <w:t>...{Yerushalayim}…</w:t>
      </w:r>
    </w:p>
    <w:p>
      <w:r>
        <w:t>...[Yes]</w:t>
      </w:r>
    </w:p>
    <w:p>
      <w:r>
        <w:t>Do not make yourself a lot, no, only sometimes {..}..</w:t>
      </w:r>
    </w:p>
    <w:p>
      <w:r>
        <w:t>So that, so that they should not think you are making yourself like a madman</w:t>
      </w:r>
    </w:p>
    <w:p>
      <w:r>
        <w:t>[Ah...]</w:t>
      </w:r>
    </w:p>
    <w:p>
      <w:r>
        <w:t>They see that there are many madmen wh.. who shout in prayer, if so {there will be no army}</w:t>
      </w:r>
    </w:p>
    <w:p>
      <w:r>
        <w:t>[I used to live in Yerushalayim]…</w:t>
      </w:r>
    </w:p>
    <w:p>
      <w:r>
        <w:t>...{Yitzchak Yaakov}, then there will not be, there will be no army</w:t>
      </w:r>
    </w:p>
    <w:p>
      <w:r>
        <w:t>They will release them, he shouts in prayer</w:t>
      </w:r>
    </w:p>
    <w:p>
      <w:r>
        <w:t>[…..]</w:t>
      </w:r>
    </w:p>
    <w:p>
      <w:r>
        <w:t>[…..]…</w:t>
      </w:r>
    </w:p>
    <w:p>
      <w:r>
        <w:t>...everything is from our holy Rabbainu</w:t>
      </w:r>
    </w:p>
    <w:p>
      <w:r>
        <w:t>[……..]</w:t>
      </w:r>
    </w:p>
    <w:p>
      <w:r>
        <w:t>All Jews need to live in Eretz Yisroel</w:t>
      </w:r>
    </w:p>
    <w:p>
      <w:r>
        <w:t>But abroad? No, only in Eretz Yisroel</w:t>
      </w:r>
    </w:p>
    <w:p>
      <w:r>
        <w:t>[Three months are needed for this]</w:t>
      </w:r>
    </w:p>
    <w:p>
      <w:r>
        <w:t>[Rebbe Y..]…</w:t>
      </w:r>
    </w:p>
    <w:p>
      <w:r>
        <w:t>...{..}...</w:t>
      </w:r>
    </w:p>
    <w:p>
      <w:r>
        <w:t>...{……..}, we need to live in Eretz Yisroel…</w:t>
      </w:r>
    </w:p>
    <w:p>
      <w:r>
        <w:t>...all Jews need to live in Eretz Yisroel</w:t>
      </w:r>
    </w:p>
    <w:p>
      <w:r>
        <w:t>[……]</w:t>
      </w:r>
    </w:p>
    <w:p>
      <w:r>
        <w:t>[……]</w:t>
      </w:r>
    </w:p>
    <w:p>
      <w:r>
        <w:t>[{If he said, gentiles liver of a beast, he meant..}]…</w:t>
      </w:r>
    </w:p>
    <w:p>
      <w:r>
        <w:t>...{to buy, . . . king...{to buy, . . . king</w:t>
      </w:r>
    </w:p>
    <w:p>
      <w:r>
        <w:t>...{to buy, . . . king</w:t>
      </w:r>
    </w:p>
    <w:p>
      <w:r>
        <w:t>...{to buy, . . . king</w:t>
      </w:r>
    </w:p>
    <w:p>
      <w:r>
        <w:t>……..}, how d.., how to conduct oneself in this?…</w:t>
      </w:r>
    </w:p>
    <w:p>
      <w:r>
        <w:t>...{But} when the Jews shout in prayer, then there will be {..}, it will be good if everyone shouts, then it will be good</w:t>
      </w:r>
    </w:p>
    <w:p>
      <w:r>
        <w:t>[…………]</w:t>
      </w:r>
    </w:p>
    <w:p>
      <w:r>
        <w:t>[…….…..]</w:t>
      </w:r>
    </w:p>
    <w:p>
      <w:r>
        <w:t>[Rebbe..]…</w:t>
      </w:r>
    </w:p>
    <w:p>
      <w:r>
        <w:t>...{...} blows</w:t>
      </w:r>
    </w:p>
    <w:p>
      <w:r>
        <w:t>[…]</w:t>
      </w:r>
    </w:p>
    <w:p>
      <w:r>
        <w:t>Then it will be their end</w:t>
      </w:r>
    </w:p>
    <w:p>
      <w:r>
        <w:t>[….…..]</w:t>
      </w:r>
    </w:p>
    <w:p>
      <w:r>
        <w:t>[……...]…</w:t>
      </w:r>
    </w:p>
    <w:p>
      <w:r>
        <w:t>...I must…</w:t>
      </w:r>
    </w:p>
    <w:p>
      <w:r>
        <w:t>...{…..}…</w:t>
      </w:r>
    </w:p>
    <w:p>
      <w:r>
        <w:t>...[Saba and the friends chant the melody:</w:t>
      </w:r>
    </w:p>
    <w:p>
      <w:r>
        <w:t>"Until He favors us"</w:t>
      </w:r>
    </w:p>
    <w:p>
      <w:r>
        <w:t>Afterward they sing:</w:t>
      </w:r>
    </w:p>
    <w:p>
      <w:r>
        <w:t>"Na Naḥ Na Naḥma Naḥman of Uman.."</w:t>
      </w:r>
    </w:p>
    <w:p>
      <w:r>
        <w:t>(Saba rouses the friends)]</w:t>
      </w:r>
    </w:p>
    <w:p>
      <w:r>
        <w:t>[….……]</w:t>
      </w:r>
    </w:p>
    <w:p>
      <w:r>
        <w:t>[……….]</w:t>
      </w:r>
    </w:p>
    <w:p>
      <w:r>
        <w:t>[Do you, do you want cola?]</w:t>
      </w:r>
    </w:p>
    <w:p>
      <w:r>
        <w:t>[Ah, all right]</w:t>
      </w:r>
    </w:p>
    <w:p>
      <w:r>
        <w:t>[(Saba and the friends shout: "Ah.. ah.. ah.. ah..")]</w:t>
      </w:r>
    </w:p>
    <w:p>
      <w:r>
        <w:t>[The friends sing:</w:t>
      </w:r>
    </w:p>
    <w:p>
      <w:r>
        <w:t>"Oy, oy, until when, Master of the World, will I spend my days in such vanity</w:t>
      </w:r>
    </w:p>
    <w:p>
      <w:r>
        <w:t>Oy, oy, have mercy on me and on all the Jews.."]</w:t>
      </w:r>
    </w:p>
    <w:p>
      <w:r>
        <w:t>[….. How are you? Saba]</w:t>
      </w:r>
    </w:p>
    <w:p>
      <w:r>
        <w:t>[The friends continue to sing:</w:t>
      </w:r>
    </w:p>
    <w:p>
      <w:r>
        <w:t>"Oy, oy, until when, Master of the World, will I spend my days in such vanity</w:t>
      </w:r>
    </w:p>
    <w:p>
      <w:r>
        <w:t>Oy, oy, have mercy on me and on all the Jews.."]</w:t>
      </w:r>
    </w:p>
    <w:p>
      <w:r>
        <w:t>[……..]</w:t>
      </w:r>
    </w:p>
    <w:p>
      <w:r>
        <w:t>[……..]</w:t>
      </w:r>
    </w:p>
    <w:p>
      <w:r>
        <w:t>[(Saba and the friends shout: "Ah.. ah.. ah.. ah..")]</w:t>
      </w:r>
    </w:p>
    <w:p>
      <w:r>
        <w:t>Afterward they sing:</w:t>
      </w:r>
    </w:p>
    <w:p>
      <w:r>
        <w:t>"Na Naḥ Na Naḥma Naḥman of Uman.."]</w:t>
      </w:r>
    </w:p>
    <w:p>
      <w:r>
        <w:t>[Saba, {Eliezer, Eliezer}]</w:t>
      </w:r>
    </w:p>
    <w:p>
      <w:r>
        <w:t>{Eliezer}</w:t>
      </w:r>
    </w:p>
    <w:p>
      <w:r>
        <w:t>[...Yes]}…</w:t>
      </w:r>
    </w:p>
    <w:p>
      <w:r>
        <w:t>...[The friends sing:</w:t>
      </w:r>
    </w:p>
    <w:p>
      <w:r>
        <w:t>"..the song tells of a Jew who sings Na N.."]…</w:t>
      </w:r>
    </w:p>
    <w:p>
      <w:r>
        <w:t>...[Saba and the friends sing:</w:t>
      </w:r>
    </w:p>
    <w:p>
      <w:r>
        <w:t>"To proclaim, to proclaim, to proclaim, to proclaim..</w:t>
      </w:r>
    </w:p>
    <w:p>
      <w:r>
        <w:t>That all who hope in You shall not be ashamed and shall not be humiliated forever, all who take refuge in You.."]…</w:t>
      </w:r>
    </w:p>
    <w:p>
      <w:r>
        <w:t>…[Saba and the friends sing:</w:t>
      </w:r>
    </w:p>
    <w:p>
      <w:r>
        <w:t>"To proclaim, to proclaim, to proclaim, to proclaim..</w:t>
      </w:r>
    </w:p>
    <w:p>
      <w:r>
        <w:t>That all who hope in You shall not be ashamed and shall not be humiliated forever, all who take refuge in You.."]</w:t>
      </w:r>
    </w:p>
    <w:p>
      <w:r>
        <w:t>[Afterward they sing:</w:t>
      </w:r>
    </w:p>
    <w:p>
      <w:r>
        <w:t>"Our greatness and our glory Mashiach Tzidkeinu will reveal.."]...</w:t>
      </w:r>
    </w:p>
    <w:p>
      <w:r>
        <w:t>...they will fall</w:t>
      </w:r>
    </w:p>
    <w:p>
      <w:r>
        <w:t>[Amen, soon]</w:t>
      </w:r>
    </w:p>
    <w:p>
      <w:r>
        <w:t>[Amen]</w:t>
      </w:r>
    </w:p>
    <w:p>
      <w:r>
        <w:t>[Soon, Saba]</w:t>
      </w:r>
    </w:p>
    <w:p>
      <w:r>
        <w:t>Like Haman</w:t>
      </w:r>
    </w:p>
    <w:p>
      <w:r>
        <w:t>[Yes, yes]</w:t>
      </w:r>
    </w:p>
    <w:p>
      <w:r>
        <w:t>They will fall</w:t>
      </w:r>
    </w:p>
    <w:p>
      <w:r>
        <w:t>{..}, all the Jews cried: "Who knows what Haman will do?”</w:t>
      </w:r>
    </w:p>
    <w:p>
      <w:r>
        <w:t>{Then}.. but Hashem Yisbarach {He helps}, they made a fast and prayed {about this}</w:t>
      </w:r>
    </w:p>
    <w:p>
      <w:r>
        <w:t>"And it was reversed, and it was reversed, that the Jews should rule over their enemies"…</w:t>
      </w:r>
    </w:p>
    <w:p>
      <w:r>
        <w:t>...[Saba sings:</w:t>
      </w:r>
    </w:p>
    <w:p>
      <w:r>
        <w:t>"And it was reversed, that the Jews should rule over their enemies.."]</w:t>
      </w:r>
    </w:p>
    <w:p>
      <w:r>
        <w:t>. I had the.. the notes that "the time of the Redemption is very near"</w:t>
      </w:r>
    </w:p>
    <w:p>
      <w:r>
        <w:t>Nu, {….}, it will be the opposite, "and it was reversed, that the Jews should rule over their enemies"</w:t>
      </w:r>
    </w:p>
    <w:p>
      <w:r>
        <w:t>[{It is}.. near]</w:t>
      </w:r>
    </w:p>
    <w:p>
      <w:r>
        <w:t>[When is it near? Saba]</w:t>
      </w:r>
    </w:p>
    <w:p>
      <w:r>
        <w:t>[Very near]…</w:t>
      </w:r>
    </w:p>
    <w:p>
      <w:r>
        <w:t>...{…} that they are receiving blows, and they, they will fall like, like Haman</w:t>
      </w:r>
    </w:p>
    <w:p>
      <w:r>
        <w:t>They will fall, they will fall, they will fall…</w:t>
      </w:r>
    </w:p>
    <w:p>
      <w:r>
        <w:t>...{We see} now great changes in favor of, in favor of the truth, in favor of the light of the truth</w:t>
      </w:r>
    </w:p>
    <w:p>
      <w:r>
        <w:t>That our holy Rabbainu will be revealed, and.. and an entirely new world will be made</w:t>
      </w:r>
    </w:p>
    <w:p>
      <w:r>
        <w:t>[..soon]</w:t>
      </w:r>
    </w:p>
    <w:p>
      <w:r>
        <w:t>It is near, "the time of the Redemption is very near"</w:t>
      </w:r>
    </w:p>
    <w:p>
      <w:r>
        <w:t>{Nu}, how was it, this dream:</w:t>
      </w:r>
    </w:p>
    <w:p>
      <w:r>
        <w:t>I saw, {he shouted} this, the Megillah had a very beautiful case</w:t>
      </w:r>
    </w:p>
    <w:p>
      <w:r>
        <w:t>And I took out some part, and this part remained in my hand</w:t>
      </w:r>
    </w:p>
    <w:p>
      <w:r>
        <w:t>{Near}.., written in y.., large beautiful letters: "the time of the Redemption is very near"</w:t>
      </w:r>
    </w:p>
    <w:p>
      <w:r>
        <w:t>And Rebbe Yisroel (Kardonner), he gave me the.. Megillah {with, with the..} case</w:t>
      </w:r>
    </w:p>
    <w:p>
      <w:r>
        <w:t>And I did not see, I did not know what it was, I thought that it was {the Megillah}, the Megillah {in order to read from it} but it was written on this part that remained in my hand, {...} it was written like this:</w:t>
      </w:r>
    </w:p>
    <w:p>
      <w:r>
        <w:t>“The time of the redemption is very near”</w:t>
      </w:r>
    </w:p>
    <w:p>
      <w:r>
        <w:t>Nu, ah.. ah..</w:t>
      </w:r>
    </w:p>
    <w:p>
      <w:r>
        <w:t>Very near, this is not known, but {no, …} that the time is not known</w:t>
      </w:r>
    </w:p>
    <w:p>
      <w:r>
        <w:t>But the holy Rabbainu already revealed the time of the coming of Mashiach, {yes}</w:t>
      </w:r>
    </w:p>
    <w:p>
      <w:r>
        <w:t>And how he will come and how, and what will be, everything, the day and the month and the.. and the year when Mashiach will come</w:t>
      </w:r>
    </w:p>
    <w:p>
      <w:r>
        <w:t>The holy Rabbainu revealed it, yes</w:t>
      </w:r>
    </w:p>
    <w:p>
      <w:r>
        <w:t>{And.. ah.. only to…..} a great secret, only Rebbe Nassan knew some, some.., some drop from the sea, but {….} the holy Rabbainu already made known the time, the month {and this}, of the time of the redemption</w:t>
      </w:r>
    </w:p>
    <w:p>
      <w:r>
        <w:t>Nu, {..}</w:t>
      </w:r>
    </w:p>
    <w:p>
      <w:r>
        <w:t>And the time of the redemption {..} I saw, when I took a piece of paper out of the scroll</w:t>
      </w:r>
    </w:p>
    <w:p>
      <w:r>
        <w:t>And it was written in letters {..} very large and beautiful, in these words:</w:t>
      </w:r>
    </w:p>
    <w:p>
      <w:r>
        <w:t>“The time of the redemption is very near,” that is four words</w:t>
      </w:r>
    </w:p>
    <w:p>
      <w:r>
        <w:t>{Nu}, I cannot, cannot s.. s.. say that it is a tangible thing, but ah..</w:t>
      </w:r>
    </w:p>
    <w:p>
      <w:r>
        <w:t>Some hints, hints, we know nothing (Saba draws out the word “nothing”)</w:t>
      </w:r>
    </w:p>
    <w:p>
      <w:r>
        <w:t>We do not know, the holy Rabbainu revealed it, but we do not know</w:t>
      </w:r>
    </w:p>
    <w:p>
      <w:r>
        <w:t>Only Rebbe Nassan secretly knew a little, like a drop from the sea, how the coming of Mashiach would be…</w:t>
      </w:r>
    </w:p>
    <w:p>
      <w:r>
        <w:t>...Four words, “the time of the redemption is very near”</w:t>
      </w:r>
    </w:p>
    <w:p>
      <w:r>
        <w:t>{...}, it was written on this paper that I took out of the scroll</w:t>
      </w:r>
    </w:p>
    <w:p>
      <w:r>
        <w:t>We know nothing, very near, who knows? {the kind\the faith}, the.. yes</w:t>
      </w:r>
    </w:p>
    <w:p>
      <w:r>
        <w:t>But no, we do not know the time, when and how, {…}</w:t>
      </w:r>
    </w:p>
    <w:p>
      <w:r>
        <w:t>But the holy Rabbainu revealed everything, {when} he will come and how it will be</w:t>
      </w:r>
    </w:p>
    <w:p>
      <w:r>
        <w:t>Ah, ah..</w:t>
      </w:r>
    </w:p>
    <w:p>
      <w:r>
        <w:t>Blessed is Hashem, we suffered very much, {..} we were in danger of.. being killed, being annihilated</w:t>
      </w:r>
    </w:p>
    <w:p>
      <w:r>
        <w:t>{..}, my father-in-law wanted to kill Rebbe Yisroel (Kardonner) so that I would not be Breslov</w:t>
      </w:r>
    </w:p>
    <w:p>
      <w:r>
        <w:t>Yes, and said that he would give money to Arabs to kill Rebbe Yisroel (Kardonner)</w:t>
      </w:r>
    </w:p>
    <w:p>
      <w:r>
        <w:t>When he goes to Meron, then they will kill him</w:t>
      </w:r>
    </w:p>
    <w:p>
      <w:r>
        <w:t>But he had a very terrible punishment, he, he passed away very soon</w:t>
      </w:r>
    </w:p>
    <w:p>
      <w:r>
        <w:t>On Thursday he {..} became ill, and on Shabbos morning {breathed out the sou..}.., the soul</w:t>
      </w:r>
    </w:p>
    <w:p>
      <w:r>
        <w:t>. And he passed away on Shabbos morning</w:t>
      </w:r>
    </w:p>
    <w:p>
      <w:r>
        <w:t>[..]</w:t>
      </w:r>
    </w:p>
    <w:p>
      <w:r>
        <w:t>And ten small orphans remained</w:t>
      </w:r>
    </w:p>
    <w:p>
      <w:r>
        <w:t>And all Tzfas and the whole world were against Breslov, “Breslov.. {no}”</w:t>
      </w:r>
    </w:p>
    <w:p>
      <w:r>
        <w:t>And now, blessed is Hashem, we see that it has turned to.. the opposite</w:t>
      </w:r>
    </w:p>
    <w:p>
      <w:r>
        <w:t>[“There is a matter in which everything is transformed for good”]</w:t>
      </w:r>
    </w:p>
    <w:p>
      <w:r>
        <w:t>The new generation now, they say to all the rabbis:</w:t>
      </w:r>
    </w:p>
    <w:p>
      <w:r>
        <w:t>“We want only Breslov”</w:t>
      </w:r>
    </w:p>
    <w:p>
      <w:r>
        <w:t>[How true this is, there is nothing at all, only Breslov</w:t>
      </w:r>
    </w:p>
    <w:p>
      <w:r>
        <w:t>The rabbis say: “Not Breslov,” and Breslov enters the yeshiva by force]…</w:t>
      </w:r>
    </w:p>
    <w:p>
      <w:r>
        <w:br w:type="page"/>
      </w:r>
    </w:p>
    <w:p>
      <w:pPr>
        <w:pStyle w:val="Heading1"/>
      </w:pPr>
      <w:r>
        <w:t>Tape 68</w:t>
      </w:r>
    </w:p>
    <w:p>
      <w:pPr>
        <w:pStyle w:val="Heading2"/>
      </w:pPr>
      <w:r>
        <w:t>Side A (Aleph)</w:t>
      </w:r>
    </w:p>
    <w:p>
      <w:r>
        <w:t>...{… mine?}</w:t>
      </w:r>
    </w:p>
    <w:p>
      <w:r>
        <w:t>[Yes]</w:t>
      </w:r>
    </w:p>
    <w:p>
      <w:r>
        <w:t>How to take and bring out {..} the spirit of life, it goes out t.. t.., when the time arrives it goes out {immediately}</w:t>
      </w:r>
    </w:p>
    <w:p>
      <w:r>
        <w:t>{It goes out} by itself, one does not need to tell it</w:t>
      </w:r>
    </w:p>
    <w:p>
      <w:r>
        <w:t>Those who want, who want {this}, to receive some things from the deceased, they do not, they are con.., concerned that..</w:t>
      </w:r>
    </w:p>
    <w:p>
      <w:r>
        <w:t>They think {...} how to get rid of him quickly, but it does not help them</w:t>
      </w:r>
    </w:p>
    <w:p>
      <w:r>
        <w:t>Then at a {long} time, at the time th.. that it is the Creator’s will to take the soul, then it is good</w:t>
      </w:r>
    </w:p>
    <w:p>
      <w:r>
        <w:t>Then it is not good, one does not need to do anything…</w:t>
      </w:r>
    </w:p>
    <w:p>
      <w:r>
        <w:t>...It does not go out by itself</w:t>
      </w:r>
    </w:p>
    <w:p>
      <w:r>
        <w:t>[But who, who, who is it….]</w:t>
      </w:r>
    </w:p>
    <w:p>
      <w:r>
        <w:t>And if it did not go out, then it is not yet, not yet, not yet the time…</w:t>
      </w:r>
    </w:p>
    <w:p>
      <w:r>
        <w:t>...[…….]</w:t>
      </w:r>
    </w:p>
    <w:p>
      <w:r>
        <w:t>Not t.. not to do {...} anything</w:t>
      </w:r>
    </w:p>
    <w:p>
      <w:r>
        <w:t>To bring near or move away, no, only as it is…</w:t>
      </w:r>
    </w:p>
    <w:p>
      <w:r>
        <w:t>...[To bring near and move away, why is it necessary to watch?]</w:t>
      </w:r>
    </w:p>
    <w:p>
      <w:r>
        <w:t>Ah?</w:t>
      </w:r>
    </w:p>
    <w:p>
      <w:r>
        <w:t>[If it is impossible to bring near and move away, why is it necessary to watch?]</w:t>
      </w:r>
    </w:p>
    <w:p>
      <w:r>
        <w:t>{It is forbidden}</w:t>
      </w:r>
    </w:p>
    <w:p>
      <w:r>
        <w:t>[Why is it necessary to watch?]</w:t>
      </w:r>
    </w:p>
    <w:p>
      <w:r>
        <w:t>{..} You want {..} to say the opposite of what {..}, what is written</w:t>
      </w:r>
    </w:p>
    <w:p>
      <w:r>
        <w:t>[I do not know what is written, Rebbe Yisroel, I only asked]</w:t>
      </w:r>
    </w:p>
    <w:p>
      <w:r>
        <w:t>Because as long as th.. there is spirit and soul in him, {..}, it is forbidden to do any actions</w:t>
      </w:r>
    </w:p>
    <w:p>
      <w:r>
        <w:t>To leave him until the proper time comes</w:t>
      </w:r>
    </w:p>
    <w:p>
      <w:r>
        <w:t>[Good, Rebbe Yisroel]…</w:t>
      </w:r>
    </w:p>
    <w:p>
      <w:r>
        <w:t>...The time, when the proper time and the proper final moment arrive {…}</w:t>
      </w:r>
    </w:p>
    <w:p>
      <w:r>
        <w:t>Not to do any actions so that it goes out or does not go out…</w:t>
      </w:r>
    </w:p>
    <w:p>
      <w:r>
        <w:t>...Because every moment of life is the kindnesses of Hashem, it is forbidden to do any action</w:t>
      </w:r>
    </w:p>
    <w:p>
      <w:r>
        <w:t>[Oh..]</w:t>
      </w:r>
    </w:p>
    <w:p>
      <w:r>
        <w:t>[“………………………Hashem loves His people Israel, Shema Yisroel, Hashem Elo..”]...</w:t>
      </w:r>
    </w:p>
    <w:p>
      <w:r>
        <w:t>...[“..One”]</w:t>
      </w:r>
    </w:p>
    <w:p>
      <w:r>
        <w:t>That it is very good to live here another moment, another moment</w:t>
      </w:r>
    </w:p>
    <w:p>
      <w:r>
        <w:t>What is this? {..} We have no conception, no grasp, how {…} such a holy thing is found in the world…</w:t>
      </w:r>
    </w:p>
    <w:p>
      <w:r>
        <w:t>...[This?]…</w:t>
      </w:r>
    </w:p>
    <w:p>
      <w:r>
        <w:t>...[Operates below]</w:t>
      </w:r>
    </w:p>
    <w:p>
      <w:r>
        <w:t>{..}…</w:t>
      </w:r>
    </w:p>
    <w:p>
      <w:r>
        <w:t>...This place is holy like the tziyun, the entire surrounding area is the Holy of Holies…</w:t>
      </w:r>
    </w:p>
    <w:p>
      <w:r>
        <w:t>...This is a holy place like the holy tziyun, like the synagogue, a place like it…</w:t>
      </w:r>
    </w:p>
    <w:p>
      <w:r>
        <w:t>...I heard for many years that this place is the Holy of Holies</w:t>
      </w:r>
    </w:p>
    <w:p>
      <w:r>
        <w:t>We do not grasp and do not know anything, anything, what this is…</w:t>
      </w:r>
    </w:p>
    <w:p>
      <w:r>
        <w:t>...Holy of Holies</w:t>
      </w:r>
    </w:p>
    <w:p>
      <w:r>
        <w:t>Rebbe Shimon and his son Rebbe Elazar, such holy tzaddikim, and we merit to be by them…</w:t>
      </w:r>
    </w:p>
    <w:p>
      <w:r>
        <w:t>...Chevra Kadisha, is this the Chevra Kadisha?</w:t>
      </w:r>
    </w:p>
    <w:p>
      <w:r>
        <w:t>[Chevra Kadisha?] From the Chevra Kadisha</w:t>
      </w:r>
    </w:p>
    <w:p>
      <w:r>
        <w:t>{..}…</w:t>
      </w:r>
    </w:p>
    <w:p>
      <w:r>
        <w:t>...Want to eat something, because I have not eaten this for a long time already</w:t>
      </w:r>
    </w:p>
    <w:p>
      <w:r>
        <w:t>Nu, slowly, slowly, {slowly}</w:t>
      </w:r>
    </w:p>
    <w:p>
      <w:r>
        <w:t>[What do you want to eat? Rebbe Yisroel]</w:t>
      </w:r>
    </w:p>
    <w:p>
      <w:r>
        <w:t>{..}, slowly, slowly</w:t>
      </w:r>
    </w:p>
    <w:p>
      <w:r>
        <w:t>[What do you want to eat? Rebbe Yisroel]</w:t>
      </w:r>
    </w:p>
    <w:p>
      <w:r>
        <w:t>Whatever there is</w:t>
      </w:r>
    </w:p>
    <w:p>
      <w:r>
        <w:t>[Whatever there is, good, Rebbe Yisroel, Uri is praying Maariv, he will finish, and his wife will prepare something for you] Ah, good, good, good, good</w:t>
      </w:r>
    </w:p>
    <w:p>
      <w:r>
        <w:t>[Good]</w:t>
      </w:r>
    </w:p>
    <w:p>
      <w:r>
        <w:t>Good…</w:t>
      </w:r>
    </w:p>
    <w:p>
      <w:r>
        <w:t>...He has to go</w:t>
      </w:r>
    </w:p>
    <w:p>
      <w:r>
        <w:t>He has other {such} sick people, this is his livelihood, {..}, but he cannot do anything</w:t>
      </w:r>
    </w:p>
    <w:p>
      <w:r>
        <w:t>There are guards here who do not let one do what one wants</w:t>
      </w:r>
    </w:p>
    <w:p>
      <w:r>
        <w:t>[…….]</w:t>
      </w:r>
    </w:p>
    <w:p>
      <w:r>
        <w:t>[…….]</w:t>
      </w:r>
    </w:p>
    <w:p>
      <w:r>
        <w:t>The Chevra Kadisha {{. .}}, he knows how to hurry {…} and make it so that he does n…</w:t>
      </w:r>
    </w:p>
    <w:p>
      <w:r>
        <w:t>...{..A thing}, the spirit goes out by itself, not {th.. th.. th..} through actions, not through actions, no actions, yes…</w:t>
      </w:r>
    </w:p>
    <w:p>
      <w:r>
        <w:t>...{It is forbidden}</w:t>
      </w:r>
    </w:p>
    <w:p>
      <w:r>
        <w:t>No, this is murder, this is murder of the soul and the..{..} one moment f.. from Hashem, from the Torah…</w:t>
      </w:r>
    </w:p>
    <w:p>
      <w:r>
        <w:t>...{...} As long as the soul is within me, one needs to be connected to Hashem and the Torah, yes…</w:t>
      </w:r>
    </w:p>
    <w:p>
      <w:r>
        <w:t>...{{...}}, I am hungry, I have not eaten for a long time, I am hungry</w:t>
      </w:r>
    </w:p>
    <w:p>
      <w:r>
        <w:t>[Yes, Rebbe Yisroel, they went, went to prepare fish for you] Yes?</w:t>
      </w:r>
    </w:p>
    <w:p>
      <w:r>
        <w:t>[Yes]</w:t>
      </w:r>
    </w:p>
    <w:p>
      <w:r>
        <w:t>Fish? {..}.. Not necessarily fish</w:t>
      </w:r>
    </w:p>
    <w:p>
      <w:r>
        <w:t>[Meat..]</w:t>
      </w:r>
    </w:p>
    <w:p>
      <w:r>
        <w:t>[Meat, good?]</w:t>
      </w:r>
    </w:p>
    <w:p>
      <w:r>
        <w:t>Whatever there is, {meat, what th..}, ah..</w:t>
      </w:r>
    </w:p>
    <w:p>
      <w:r>
        <w:t>[Maybe hot soup?]</w:t>
      </w:r>
    </w:p>
    <w:p>
      <w:r>
        <w:t>[……..]</w:t>
      </w:r>
    </w:p>
    <w:p>
      <w:r>
        <w:t>[Saba, do you want hot soup?]</w:t>
      </w:r>
    </w:p>
    <w:p>
      <w:r>
        <w:t>Good, {..}, hot soup and also {{h..leave some for me}} here, {th.. th.. what is this afterward, ah..}</w:t>
      </w:r>
    </w:p>
    <w:p>
      <w:r>
        <w:t>Th.. I will have here, ah.. rolls</w:t>
      </w:r>
    </w:p>
    <w:p>
      <w:r>
        <w:t>[Ah, a roll]</w:t>
      </w:r>
    </w:p>
    <w:p>
      <w:r>
        <w:t>Yes</w:t>
      </w:r>
    </w:p>
    <w:p>
      <w:r>
        <w:t>[Good, Rebbe Yisroel]</w:t>
      </w:r>
    </w:p>
    <w:p>
      <w:r>
        <w:t>Because the body does not {enjoy}, only what {th..}it needs, what it needs to eat and drink</w:t>
      </w:r>
    </w:p>
    <w:p>
      <w:r>
        <w:t>[Yes, Rebbe Yisroel.. they went to prepare it for you]</w:t>
      </w:r>
    </w:p>
    <w:p>
      <w:r>
        <w:t>Ah</w:t>
      </w:r>
    </w:p>
    <w:p>
      <w:r>
        <w:t>[Do you want to sit?]</w:t>
      </w:r>
    </w:p>
    <w:p>
      <w:r>
        <w:t>I want to sit</w:t>
      </w:r>
    </w:p>
    <w:p>
      <w:r>
        <w:t>Good, good, good…</w:t>
      </w:r>
    </w:p>
    <w:p>
      <w:r>
        <w:t>...Where is the soup? Is he making soup?</w:t>
      </w:r>
    </w:p>
    <w:p>
      <w:r>
        <w:t>[Yes, they are making it for you]</w:t>
      </w:r>
    </w:p>
    <w:p>
      <w:r>
        <w:t>Nu, good, okay, we will see</w:t>
      </w:r>
    </w:p>
    <w:p>
      <w:r>
        <w:t>[Yes, they are bringing it to you, they are preparing it for you in another few minutes, heating it]</w:t>
      </w:r>
    </w:p>
    <w:p>
      <w:r>
        <w:t>Nu, we will see, we will see…</w:t>
      </w:r>
    </w:p>
    <w:p>
      <w:r>
        <w:t>...Is this an oven?</w:t>
      </w:r>
    </w:p>
    <w:p>
      <w:r>
        <w:t>[Yes, Rebbe Yisroel]</w:t>
      </w:r>
    </w:p>
    <w:p>
      <w:r>
        <w:t>{..}, good…</w:t>
      </w:r>
    </w:p>
    <w:p>
      <w:r>
        <w:t>...From the Chevra Kadisha, it is their livelihood</w:t>
      </w:r>
    </w:p>
    <w:p>
      <w:r>
        <w:t>What…</w:t>
      </w:r>
    </w:p>
    <w:p>
      <w:r>
        <w:t>...I have not eaten for a day, and if I also do not eat at night, then I am close to dying</w:t>
      </w:r>
    </w:p>
    <w:p>
      <w:r>
        <w:t>Nu, and they, they want to free themselves, so they do all kinds, all kinds of actions, either to hasten or to delay, according to the livelihood…</w:t>
      </w:r>
    </w:p>
    <w:p>
      <w:r>
        <w:t>...[….ask..]</w:t>
      </w:r>
    </w:p>
    <w:p>
      <w:r>
        <w:t>[Yes, nu..]</w:t>
      </w:r>
    </w:p>
    <w:p>
      <w:r>
        <w:t>[May you be blessed]</w:t>
      </w:r>
    </w:p>
    <w:p>
      <w:r>
        <w:t>[Saba..]</w:t>
      </w:r>
    </w:p>
    <w:p>
      <w:r>
        <w:t>[He will ask..]</w:t>
      </w:r>
    </w:p>
    <w:p>
      <w:r>
        <w:t>[Can you bless my son?]</w:t>
      </w:r>
    </w:p>
    <w:p>
      <w:r>
        <w:t>I have not eaten for a long time, so I need to eat and they do not, do not allow it, so one dies</w:t>
      </w:r>
    </w:p>
    <w:p>
      <w:r>
        <w:t>No, as long as there is life, life, Hashem gives life and the spirit is here {..} within me</w:t>
      </w:r>
    </w:p>
    <w:p>
      <w:r>
        <w:t>One needs to give him everything he wants, we will see</w:t>
      </w:r>
    </w:p>
    <w:p>
      <w:r>
        <w:t>[Saba, Saba]</w:t>
      </w:r>
    </w:p>
    <w:p>
      <w:r>
        <w:t>Nu</w:t>
      </w:r>
    </w:p>
    <w:p>
      <w:r>
        <w:t>[Can you bless my son? He does not feel well, my son]</w:t>
      </w:r>
    </w:p>
    <w:p>
      <w:r>
        <w:t>Ah, "May Hashem have mercy on all {Israel}, on all the sick {…} and the pains, that He heal them</w:t>
      </w:r>
    </w:p>
    <w:p>
      <w:r>
        <w:t>{…} each one f.. from all his adversaries, from all his troubles"</w:t>
      </w:r>
    </w:p>
    <w:p>
      <w:r>
        <w:t>[Amen]</w:t>
      </w:r>
    </w:p>
    <w:p>
      <w:r>
        <w:t>[Amen]</w:t>
      </w:r>
    </w:p>
    <w:p>
      <w:r>
        <w:t>[Yasher koach]…</w:t>
      </w:r>
    </w:p>
    <w:p>
      <w:r>
        <w:t>...Does not allow them, {..}, neither to die nor to live, when they want</w:t>
      </w:r>
    </w:p>
    <w:p>
      <w:r>
        <w:t>[Yes]</w:t>
      </w:r>
    </w:p>
    <w:p>
      <w:r>
        <w:t>The Chevra Kadisha</w:t>
      </w:r>
    </w:p>
    <w:p>
      <w:r>
        <w:t>{..} And if he does not succeed, then he is no good, he is no good</w:t>
      </w:r>
    </w:p>
    <w:p>
      <w:r>
        <w:t>{{. .}} Another is needed, he needs to be replaced, nu, nu, {{. .}}…</w:t>
      </w:r>
    </w:p>
    <w:p>
      <w:r>
        <w:t>...By day and night, we will see, we will see {what}, what he will bring</w:t>
      </w:r>
    </w:p>
    <w:p>
      <w:r>
        <w:t>Sit beside me and watch over me so that I eat at the proper time</w:t>
      </w:r>
    </w:p>
    <w:p>
      <w:r>
        <w:t>{…}, when they see me {bringing something near}, they do not allow him to eat</w:t>
      </w:r>
    </w:p>
    <w:p>
      <w:r>
        <w:t>"What? For what? To bring to the worms? For what?”</w:t>
      </w:r>
    </w:p>
    <w:p>
      <w:r>
        <w:t>But every moment that one lives in this world {..} with faith, in truth, one does not do anything</w:t>
      </w:r>
    </w:p>
    <w:p>
      <w:r>
        <w:t>The time will come, it is forbidden to perform an action {..}.., actions to hasten or to delay, it is forbidden…</w:t>
      </w:r>
    </w:p>
    <w:p>
      <w:r>
        <w:t>...It is a livelihood…</w:t>
      </w:r>
    </w:p>
    <w:p>
      <w:r>
        <w:t>...Our long time, when will it be? {..}, no, we do not, do not have strength {…} to wait, and..</w:t>
      </w:r>
    </w:p>
    <w:p>
      <w:r>
        <w:t>To shorten or to lengthen, no</w:t>
      </w:r>
    </w:p>
    <w:p>
      <w:r>
        <w:t>It is good that you, it is good that you do, no, and to see when the soup will be, when?</w:t>
      </w:r>
    </w:p>
    <w:p>
      <w:r>
        <w:t>[..Rebbe Shimon takes care of the food..]</w:t>
      </w:r>
    </w:p>
    <w:p>
      <w:r>
        <w:t>{..}</w:t>
      </w:r>
    </w:p>
    <w:p>
      <w:r>
        <w:t>[Rebbe Shimon takes care of his guests..]</w:t>
      </w:r>
    </w:p>
    <w:p>
      <w:r>
        <w:t>Ah..</w:t>
      </w:r>
    </w:p>
    <w:p>
      <w:r>
        <w:t>[Gives them a place to sleep, to eat, Saba, Rebbe Shimon takes care of his guests]</w:t>
      </w:r>
    </w:p>
    <w:p>
      <w:r>
        <w:t>{..}…</w:t>
      </w:r>
    </w:p>
    <w:p>
      <w:r>
        <w:t>...{..}...</w:t>
      </w:r>
    </w:p>
    <w:p>
      <w:r>
        <w:t>...{As long as they demand}, they want to eat, one needs to give them food, not {..}.. that he should die</w:t>
      </w:r>
    </w:p>
    <w:p>
      <w:r>
        <w:t>It is forbidden, he.., they suffer greatly from this, from every moment</w:t>
      </w:r>
    </w:p>
    <w:p>
      <w:r>
        <w:t>But the Chevra Kadisha, they want to get rid of him quickly, they, they need to sleep {and...}..</w:t>
      </w:r>
    </w:p>
    <w:p>
      <w:r>
        <w:t>Most of the world do not, do not know about this, and rely {..} on miracles of Hashem</w:t>
      </w:r>
    </w:p>
    <w:p>
      <w:r>
        <w:t>Ah, ah, but they, they.. do not pay attention to the people of th.. Chevra Kadisha, no</w:t>
      </w:r>
    </w:p>
    <w:p>
      <w:r>
        <w:t>As long as he wants to eat, one needs to give him, not t.. t.. t.. {destroy, kill}, kill him</w:t>
      </w:r>
    </w:p>
    <w:p>
      <w:r>
        <w:t>As long as he is alive, he needs to eat and drink, and t.. and sleep and rest, yes</w:t>
      </w:r>
    </w:p>
    <w:p>
      <w:r>
        <w:t>But not to perform actions so that he dies or th..{{. .}}</w:t>
      </w:r>
    </w:p>
    <w:p>
      <w:r>
        <w:t>The Chevra Kadisha…</w:t>
      </w:r>
    </w:p>
    <w:p>
      <w:r>
        <w:t>...If I want soup, meat, good, "wait here and.. and.. and.. {..}.. and they will bring you some”, yes…</w:t>
      </w:r>
    </w:p>
    <w:p>
      <w:r>
        <w:t>...The holy Rabbainu calls doctors: "murderers"...</w:t>
      </w:r>
    </w:p>
    <w:p>
      <w:r>
        <w:t>...[..]</w:t>
      </w:r>
    </w:p>
    <w:p>
      <w:r>
        <w:t>Oh, oh..</w:t>
      </w:r>
    </w:p>
    <w:p>
      <w:r>
        <w:t>[And he asks, he asks that you remain here in order to be the sandek</w:t>
      </w:r>
    </w:p>
    <w:p>
      <w:r>
        <w:t>He wants {..}.., that you be the sandek of the son]</w:t>
      </w:r>
    </w:p>
    <w:p>
      <w:r>
        <w:t>Who?</w:t>
      </w:r>
    </w:p>
    <w:p>
      <w:r>
        <w:t>[Leizer asks that you be the sandek of the son, he wants you to be the sandek]</w:t>
      </w:r>
    </w:p>
    <w:p>
      <w:r>
        <w:t>Me?</w:t>
      </w:r>
    </w:p>
    <w:p>
      <w:r>
        <w:t>[Yes]</w:t>
      </w:r>
    </w:p>
    <w:p>
      <w:r>
        <w:t>{..}, if I live and I am here, I do not know</w:t>
      </w:r>
    </w:p>
    <w:p>
      <w:r>
        <w:t>I, it is impossible for me to travel and.. {and come}…</w:t>
      </w:r>
    </w:p>
    <w:p>
      <w:r>
        <w:t>...{….} A hospital for an old man, "First of all, not to give food, that is his medicine”</w:t>
      </w:r>
    </w:p>
    <w:p>
      <w:r>
        <w:t>[That is the medicine..]</w:t>
      </w:r>
    </w:p>
    <w:p>
      <w:r>
        <w:t>"Not to give him food"</w:t>
      </w:r>
    </w:p>
    <w:p>
      <w:r>
        <w:t>The doctor says to the nurse: "Do not give him food”, {okay}, finished</w:t>
      </w:r>
    </w:p>
    <w:p>
      <w:r>
        <w:t>[Indeed, they killed him]…</w:t>
      </w:r>
    </w:p>
    <w:p>
      <w:r>
        <w:t>...If I {..} lie down and sleep and this will be beside me, nu.. that is enough</w:t>
      </w:r>
    </w:p>
    <w:p>
      <w:r>
        <w:t>[Did you tell Saba about Leizer?]</w:t>
      </w:r>
    </w:p>
    <w:p>
      <w:r>
        <w:t>[….]…</w:t>
      </w:r>
    </w:p>
    <w:p>
      <w:r>
        <w:t>...Oh, oh, ah, ah, ah..</w:t>
      </w:r>
    </w:p>
    <w:p>
      <w:r>
        <w:t>[….]</w:t>
      </w:r>
    </w:p>
    <w:p>
      <w:r>
        <w:t>[Do you want to do n..]…</w:t>
      </w:r>
    </w:p>
    <w:p>
      <w:r>
        <w:t>...Not to give him food, why did you give, are you giving me food?</w:t>
      </w:r>
    </w:p>
    <w:p>
      <w:r>
        <w:t>{..}</w:t>
      </w:r>
    </w:p>
    <w:p>
      <w:r>
        <w:t>[He asked him about th.., so he said to him..]…</w:t>
      </w:r>
    </w:p>
    <w:p>
      <w:r>
        <w:t>...In another hour if, if I can go eat, I can eat from here…</w:t>
      </w:r>
    </w:p>
    <w:p>
      <w:r>
        <w:t>...A small piece of challah, a roll, nu, and.. I cannot eat…</w:t>
      </w:r>
    </w:p>
    <w:p>
      <w:r>
        <w:t>...{They bring} him food, at a time when not, {already}, he can no longer eat…</w:t>
      </w:r>
    </w:p>
    <w:p>
      <w:r>
        <w:t>...{He does not}…</w:t>
      </w:r>
    </w:p>
    <w:p>
      <w:r>
        <w:t>...Ah…</w:t>
      </w:r>
    </w:p>
    <w:p>
      <w:r>
        <w:t>...Where is Shimon?</w:t>
      </w:r>
    </w:p>
    <w:p>
      <w:r>
        <w:t>[Here, Rebbe Yisroel] Ah?</w:t>
      </w:r>
    </w:p>
    <w:p>
      <w:r>
        <w:t>[I am Shimon]</w:t>
      </w:r>
    </w:p>
    <w:p>
      <w:r>
        <w:t>Shimon?</w:t>
      </w:r>
    </w:p>
    <w:p>
      <w:r>
        <w:t>[Yes, I am Shimon]</w:t>
      </w:r>
    </w:p>
    <w:p>
      <w:r>
        <w:t>No, {..}, Shimon {…}, what does he want?, ah, what does Shimon want?</w:t>
      </w:r>
    </w:p>
    <w:p>
      <w:r>
        <w:t>[I do not want anything]</w:t>
      </w:r>
    </w:p>
    <w:p>
      <w:r>
        <w:t>Ah?</w:t>
      </w:r>
    </w:p>
    <w:p>
      <w:r>
        <w:t>[..I do not want]</w:t>
      </w:r>
    </w:p>
    <w:p>
      <w:r>
        <w:t>[You called him, you called..]</w:t>
      </w:r>
    </w:p>
    <w:p>
      <w:r>
        <w:t>[Ah, you, you called..]</w:t>
      </w:r>
    </w:p>
    <w:p>
      <w:r>
        <w:t>{No}, go away from me, go away from me, you have no, no what, no connection with me, what?</w:t>
      </w:r>
    </w:p>
    <w:p>
      <w:r>
        <w:t>This could be a fire, it is close, ah.. t.. to the bed</w:t>
      </w:r>
    </w:p>
    <w:p>
      <w:r>
        <w:t>[No, it is all right like this]</w:t>
      </w:r>
    </w:p>
    <w:p>
      <w:r>
        <w:t>Good, good</w:t>
      </w:r>
    </w:p>
    <w:p>
      <w:r>
        <w:t>[Do you want us to move it a little farther away?]</w:t>
      </w:r>
    </w:p>
    <w:p>
      <w:r>
        <w:t>No, no, no, no, no, no, no, I do not want it here, enough, enough for me</w:t>
      </w:r>
    </w:p>
    <w:p>
      <w:r>
        <w:t>Ah…</w:t>
      </w:r>
    </w:p>
    <w:p>
      <w:r>
        <w:t>...They are looking for money, and did not find any</w:t>
      </w:r>
    </w:p>
    <w:p>
      <w:r>
        <w:t>Because I do not have any, this is the money I have, it is for printing Rabbainu’s books…</w:t>
      </w:r>
    </w:p>
    <w:p>
      <w:r>
        <w:t>...Who are you?</w:t>
      </w:r>
    </w:p>
    <w:p>
      <w:r>
        <w:t>[Ilan]</w:t>
      </w:r>
    </w:p>
    <w:p>
      <w:r>
        <w:t>Ilan…</w:t>
      </w:r>
    </w:p>
    <w:p>
      <w:r>
        <w:t>...Ah…</w:t>
      </w:r>
    </w:p>
    <w:p>
      <w:r>
        <w:t>...Ah</w:t>
      </w:r>
    </w:p>
    <w:p>
      <w:r>
        <w:t>Sleep, why are they not sleeping?</w:t>
      </w:r>
    </w:p>
    <w:p>
      <w:r>
        <w:t>They are looking for money…</w:t>
      </w:r>
    </w:p>
    <w:p>
      <w:r>
        <w:t>...As always</w:t>
      </w:r>
    </w:p>
    <w:p>
      <w:r>
        <w:t>[Good]</w:t>
      </w:r>
    </w:p>
    <w:p>
      <w:r>
        <w:t>Ah…</w:t>
      </w:r>
    </w:p>
    <w:p>
      <w:r>
        <w:t>...{..}, ah, he did not fin.., you have not finished yet? What? He has not finished yet?</w:t>
      </w:r>
    </w:p>
    <w:p>
      <w:r>
        <w:t>[Finished what? Rebbe Yisroel]</w:t>
      </w:r>
    </w:p>
    <w:p>
      <w:r>
        <w:t>Ah?</w:t>
      </w:r>
    </w:p>
    <w:p>
      <w:r>
        <w:t>[What does he need to finish?]</w:t>
      </w:r>
    </w:p>
    <w:p>
      <w:r>
        <w:t>What does he want?…</w:t>
      </w:r>
    </w:p>
    <w:p>
      <w:r>
        <w:t>...{Money}, I do not have money</w:t>
      </w:r>
    </w:p>
    <w:p>
      <w:r>
        <w:t>He wants money from me, "money”</w:t>
      </w:r>
    </w:p>
    <w:p>
      <w:r>
        <w:t>He already searched everywhere, and did not find any</w:t>
      </w:r>
    </w:p>
    <w:p>
      <w:r>
        <w:t>He will not go away from here until he finds money…</w:t>
      </w:r>
    </w:p>
    <w:p>
      <w:r>
        <w:t>...{..}, Shimon, Shimon, {and who?} And who else? Who else? Shimon? Ah?…</w:t>
      </w:r>
    </w:p>
    <w:p>
      <w:r>
        <w:t>...[…]</w:t>
      </w:r>
    </w:p>
    <w:p>
      <w:r>
        <w:t>Ah.. ah, did you tell them that he {...}.., he is going and..{..}, that he should go…</w:t>
      </w:r>
    </w:p>
    <w:p>
      <w:r>
        <w:t>...Why do you not, not speak with me?…</w:t>
      </w:r>
    </w:p>
    <w:p>
      <w:r>
        <w:t>...{..}...</w:t>
      </w:r>
    </w:p>
    <w:p>
      <w:r>
        <w:t>...[Yes, Saba]</w:t>
      </w:r>
    </w:p>
    <w:p>
      <w:r>
        <w:t>Good, is the one who left Shimon?</w:t>
      </w:r>
    </w:p>
    <w:p>
      <w:r>
        <w:t>[Shimon]</w:t>
      </w:r>
    </w:p>
    <w:p>
      <w:r>
        <w:t>Ah?</w:t>
      </w:r>
    </w:p>
    <w:p>
      <w:r>
        <w:t>[Shimon]…</w:t>
      </w:r>
    </w:p>
    <w:p>
      <w:r>
        <w:t>...[..]…</w:t>
      </w:r>
    </w:p>
    <w:p>
      <w:r>
        <w:t>...I do not have {the strength}, you should know</w:t>
      </w:r>
    </w:p>
    <w:p>
      <w:r>
        <w:t>He wants money, and I, the money, th.., all the money.. of mine</w:t>
      </w:r>
    </w:p>
    <w:p>
      <w:r>
        <w:t>He is only money, I want to print Rabbainu of blessed memory’s books</w:t>
      </w:r>
    </w:p>
    <w:p>
      <w:r>
        <w:t>And he, they want money…</w:t>
      </w:r>
    </w:p>
    <w:p>
      <w:r>
        <w:t>...Tziyon</w:t>
      </w:r>
    </w:p>
    <w:p>
      <w:r>
        <w:t>[Barzilai]</w:t>
      </w:r>
    </w:p>
    <w:p>
      <w:r>
        <w:t>Barzilai, nu, why do you not, not help me?</w:t>
      </w:r>
    </w:p>
    <w:p>
      <w:r>
        <w:t>[I help, I watch all the time]</w:t>
      </w:r>
    </w:p>
    <w:p>
      <w:r>
        <w:t>Ah?</w:t>
      </w:r>
    </w:p>
    <w:p>
      <w:r>
        <w:t>[I am watching, all the time</w:t>
      </w:r>
    </w:p>
    <w:p>
      <w:r>
        <w:t>He.., Shimon needs to get married, Shimon has not yet gotten married, he still needs to get married]</w:t>
      </w:r>
    </w:p>
    <w:p>
      <w:r>
        <w:t>{{……., not to get married}}…</w:t>
      </w:r>
    </w:p>
    <w:p>
      <w:pPr>
        <w:pStyle w:val="Heading2"/>
      </w:pPr>
      <w:r>
        <w:t>Side B (Bais)</w:t>
      </w:r>
    </w:p>
    <w:p>
      <w:r>
        <w:t>...I want to print Rabbainu of blessed memory’s books, and they want money…</w:t>
      </w:r>
    </w:p>
    <w:p>
      <w:r>
        <w:t>...{}</w:t>
      </w:r>
    </w:p>
    <w:p>
      <w:r>
        <w:t>[Who? Me? Saba]…</w:t>
      </w:r>
    </w:p>
    <w:p>
      <w:r>
        <w:t>...{……}</w:t>
      </w:r>
    </w:p>
    <w:p>
      <w:r>
        <w:t>[They do not understand Yiddish, Rebbe Yisroel, I do not understand Yiddish]</w:t>
      </w:r>
    </w:p>
    <w:p>
      <w:r>
        <w:t>This.. it is all words of the living God, which still have not, have not {...} been revealed in the world</w:t>
      </w:r>
    </w:p>
    <w:p>
      <w:r>
        <w:t>What is this? You do not, do not {..} feel it?</w:t>
      </w:r>
    </w:p>
    <w:p>
      <w:r>
        <w:t>[I feel it, Rebbe Yisroel]</w:t>
      </w:r>
    </w:p>
    <w:p>
      <w:r>
        <w:t>{{. . .}}, what it does to a person</w:t>
      </w:r>
    </w:p>
    <w:p>
      <w:r>
        <w:t>[I feel it, Rebbe Yisroel]</w:t>
      </w:r>
    </w:p>
    <w:p>
      <w:r>
        <w:t>Ah?</w:t>
      </w:r>
    </w:p>
    <w:p>
      <w:r>
        <w:t>[I feel it a little]</w:t>
      </w:r>
    </w:p>
    <w:p>
      <w:r>
        <w:t>{{……..}}…</w:t>
      </w:r>
    </w:p>
    <w:p>
      <w:r>
        <w:t>...What time is it?</w:t>
      </w:r>
    </w:p>
    <w:p>
      <w:r>
        <w:t>[The time, twenty-five minutes before eleven, twenty-five minutes before eleven] Before eleven?</w:t>
      </w:r>
    </w:p>
    <w:p>
      <w:r>
        <w:t>[Yes, in the morning]…</w:t>
      </w:r>
    </w:p>
    <w:p>
      <w:r>
        <w:t>...Fortunate are we, fortunate are we, our melodies were not for nothing, "Fortunate are we, fortunate are we, fortunate are we.."</w:t>
      </w:r>
    </w:p>
    <w:p>
      <w:r>
        <w:t>For each and every utterance one needs to say: "Fortunate are we" all our days, {to everyone}, to the whole world</w:t>
      </w:r>
    </w:p>
    <w:p>
      <w:r>
        <w:t>That there is already {{. .}} such a light in the world, such a wonder</w:t>
      </w:r>
    </w:p>
    <w:p>
      <w:r>
        <w:t>Fortunate are we, fortunate are we, fortunate are we, fortunate are we…</w:t>
      </w:r>
    </w:p>
    <w:p>
      <w:r>
        <w:t>...{…}</w:t>
      </w:r>
    </w:p>
    <w:p>
      <w:r>
        <w:t>Did they bring me something to eat?…</w:t>
      </w:r>
    </w:p>
    <w:p>
      <w:r>
        <w:t>...To sleep, if there are already such utterances in the world, revelations {such}</w:t>
      </w:r>
    </w:p>
    <w:p>
      <w:r>
        <w:t>{One sees that there is time ..…}</w:t>
      </w:r>
    </w:p>
    <w:p>
      <w:r>
        <w:t>We are not looking for gentiles, we are looking for Jews, {nu}..</w:t>
      </w:r>
    </w:p>
    <w:p>
      <w:r>
        <w:t>But he will turn the whole world to Hashem and to the Torah and to faith and to truth</w:t>
      </w:r>
    </w:p>
    <w:p>
      <w:r>
        <w:t>There has not yet been such a wonder in the world, that it renews itself every moment, {{….}}</w:t>
      </w:r>
    </w:p>
    <w:p>
      <w:r>
        <w:t>Renews and strengthens itself {…} and heals, {…} there has not been such a thing</w:t>
      </w:r>
    </w:p>
    <w:p>
      <w:r>
        <w:t>{This\and}the main wonder is that one can speak such utterances in this world</w:t>
      </w:r>
    </w:p>
    <w:p>
      <w:r>
        <w:t>{……., yes}</w:t>
      </w:r>
    </w:p>
    <w:p>
      <w:r>
        <w:t>Ah, Tziyon, Tziyon is not here?…</w:t>
      </w:r>
    </w:p>
    <w:p>
      <w:r>
        <w:t>...{……….}…</w:t>
      </w:r>
    </w:p>
    <w:p>
      <w:r>
        <w:t>...There was {ab.. about} Rebbe Yisroel (Kardonner), there were {many books\about Yisroel}…</w:t>
      </w:r>
    </w:p>
    <w:p>
      <w:r>
        <w:t>...A story</w:t>
      </w:r>
    </w:p>
    <w:p>
      <w:r>
        <w:t>[That everyone who was sh..]…</w:t>
      </w:r>
    </w:p>
    <w:p>
      <w:r>
        <w:t>...{..}</w:t>
      </w:r>
    </w:p>
    <w:p>
      <w:r>
        <w:t>[And this is]</w:t>
      </w:r>
    </w:p>
    <w:p>
      <w:r>
        <w:t>And this is</w:t>
      </w:r>
    </w:p>
    <w:p>
      <w:r>
        <w:t>[A story of a king who had six sons and one dau.., and one daughter]</w:t>
      </w:r>
    </w:p>
    <w:p>
      <w:r>
        <w:t>Six sons and one daughter</w:t>
      </w:r>
    </w:p>
    <w:p>
      <w:r>
        <w:t>["And that daughter was very important in his eyes]</w:t>
      </w:r>
    </w:p>
    <w:p>
      <w:r>
        <w:t>Ah?</w:t>
      </w:r>
    </w:p>
    <w:p>
      <w:r>
        <w:t>["And that daughter was very important in his eyes]</w:t>
      </w:r>
    </w:p>
    <w:p>
      <w:r>
        <w:t>Ah, and that daughter was {dear v..}.. very much</w:t>
      </w:r>
    </w:p>
    <w:p>
      <w:r>
        <w:t>[And he loved her exceedingly and delighted with her greatly</w:t>
      </w:r>
    </w:p>
    <w:p>
      <w:r>
        <w:t>And he loved her exceedingly and delighted with her greatly, once..]..</w:t>
      </w:r>
    </w:p>
    <w:p>
      <w:r>
        <w:t>...Was</w:t>
      </w:r>
    </w:p>
    <w:p>
      <w:r>
        <w:t>[Meeting together]…</w:t>
      </w:r>
    </w:p>
    <w:p>
      <w:r>
        <w:t>...Ah?</w:t>
      </w:r>
    </w:p>
    <w:p>
      <w:r>
        <w:t>[Was meeting together]</w:t>
      </w:r>
    </w:p>
    <w:p>
      <w:r>
        <w:t>Was</w:t>
      </w:r>
    </w:p>
    <w:p>
      <w:r>
        <w:t>[Meeting together]</w:t>
      </w:r>
    </w:p>
    <w:p>
      <w:r>
        <w:t>Ah?…</w:t>
      </w:r>
    </w:p>
    <w:p>
      <w:r>
        <w:t>...Was, was {..} together with her</w:t>
      </w:r>
    </w:p>
    <w:p>
      <w:r>
        <w:t>[Yes]</w:t>
      </w:r>
    </w:p>
    <w:p>
      <w:r>
        <w:t>The king with the daughter</w:t>
      </w:r>
    </w:p>
    <w:p>
      <w:r>
        <w:t>[Yes, "Together on a certain day, and he became angry with her, and an utterance escaped his mouth: "That the no..”]</w:t>
      </w:r>
    </w:p>
    <w:p>
      <w:r>
        <w:t>{..}</w:t>
      </w:r>
    </w:p>
    <w:p>
      <w:r>
        <w:t>["That the no-good should take you"]</w:t>
      </w:r>
    </w:p>
    <w:p>
      <w:r>
        <w:t>Yes, and.. and the king became angry with her</w:t>
      </w:r>
    </w:p>
    <w:p>
      <w:r>
        <w:t>[Yes]</w:t>
      </w:r>
    </w:p>
    <w:p>
      <w:r>
        <w:t>And said to her, nu..</w:t>
      </w:r>
    </w:p>
    <w:p>
      <w:r>
        <w:t>["That the no-good should take you"]</w:t>
      </w:r>
    </w:p>
    <w:p>
      <w:r>
        <w:t>"The no-good should take you"</w:t>
      </w:r>
    </w:p>
    <w:p>
      <w:r>
        <w:t>[Der..]</w:t>
      </w:r>
    </w:p>
    <w:p>
      <w:r>
        <w:t>At night..</w:t>
      </w:r>
    </w:p>
    <w:p>
      <w:r>
        <w:t>[Der..]</w:t>
      </w:r>
    </w:p>
    <w:p>
      <w:r>
        <w:t>She went</w:t>
      </w:r>
    </w:p>
    <w:p>
      <w:r>
        <w:t>[Der..]</w:t>
      </w:r>
    </w:p>
    <w:p>
      <w:r>
        <w:t>To her room</w:t>
      </w:r>
    </w:p>
    <w:p>
      <w:r>
        <w:t>[Ah, der nit guter zol dich nemen]</w:t>
      </w:r>
    </w:p>
    <w:p>
      <w:r>
        <w:t>And in the morning</w:t>
      </w:r>
    </w:p>
    <w:p>
      <w:r>
        <w:t>[At night she went to her room]</w:t>
      </w:r>
    </w:p>
    <w:p>
      <w:r>
        <w:t>Yes</w:t>
      </w:r>
    </w:p>
    <w:p>
      <w:r>
        <w:t>[And in the morning they did not know..]</w:t>
      </w:r>
    </w:p>
    <w:p>
      <w:r>
        <w:t>They did not know where she was</w:t>
      </w:r>
    </w:p>
    <w:p>
      <w:r>
        <w:t>[Where she was, and her father was very distressed, and he went to seek her here and there]</w:t>
      </w:r>
    </w:p>
    <w:p>
      <w:r>
        <w:t>Here and there</w:t>
      </w:r>
    </w:p>
    <w:p>
      <w:r>
        <w:t>[But the second in line for the ki.., for kingship, the second in line for kingship arose..]</w:t>
      </w:r>
    </w:p>
    <w:p>
      <w:r>
        <w:t>[No, she crawled..….]</w:t>
      </w:r>
    </w:p>
    <w:p>
      <w:r>
        <w:t>[Ah]</w:t>
      </w:r>
    </w:p>
    <w:p>
      <w:r>
        <w:t>[….]</w:t>
      </w:r>
    </w:p>
    <w:p>
      <w:r>
        <w:t>{..}</w:t>
      </w:r>
    </w:p>
    <w:p>
      <w:r>
        <w:t>[The second in line for kingship arose, because he saw that the king was very distressed]</w:t>
      </w:r>
    </w:p>
    <w:p>
      <w:r>
        <w:t>Yes</w:t>
      </w:r>
    </w:p>
    <w:p>
      <w:r>
        <w:t>[And he asked, that they give him a servant]</w:t>
      </w:r>
    </w:p>
    <w:p>
      <w:r>
        <w:t>And he asked</w:t>
      </w:r>
    </w:p>
    <w:p>
      <w:r>
        <w:t>[And he asked, that they give him a servant and a horse and money for expenses]</w:t>
      </w:r>
    </w:p>
    <w:p>
      <w:r>
        <w:t>Money</w:t>
      </w:r>
    </w:p>
    <w:p>
      <w:r>
        <w:t>[For expenses]</w:t>
      </w:r>
    </w:p>
    <w:p>
      <w:r>
        <w:t>For expenses, and he went to seek her</w:t>
      </w:r>
    </w:p>
    <w:p>
      <w:r>
        <w:t>[And he went to seek her, and he sought her greatly, for a very long time, until he found her</w:t>
      </w:r>
    </w:p>
    <w:p>
      <w:r>
        <w:t>Now we shall tell how he sought her until he found her]</w:t>
      </w:r>
    </w:p>
    <w:p>
      <w:r>
        <w:t>Until he found</w:t>
      </w:r>
    </w:p>
    <w:p>
      <w:r>
        <w:t>[And he would go here and there for a long time in deserts and in fields and in forests, and he sought her for a very long time, and he was going in the desert, and saw one path off to the side, and he was con.. and he was considering to himself: since I have been going for such a long time in the desert and I cannot find her, I will go on this path, perhaps I will come to an inhabited place, and he went for a long time, afterward he saw a fortress.."]…</w:t>
      </w:r>
    </w:p>
    <w:p>
      <w:r>
        <w:t>...[….]…</w:t>
      </w:r>
    </w:p>
    <w:p>
      <w:r>
        <w:t>...[How many times?]</w:t>
      </w:r>
    </w:p>
    <w:p>
      <w:r>
        <w:t>{..}</w:t>
      </w:r>
    </w:p>
    <w:p>
      <w:r>
        <w:t>[Yes, every day]</w:t>
      </w:r>
    </w:p>
    <w:p>
      <w:r>
        <w:t>Every day</w:t>
      </w:r>
    </w:p>
    <w:p>
      <w:r>
        <w:t>[Good]</w:t>
      </w:r>
    </w:p>
    <w:p>
      <w:r>
        <w:t>[….]...</w:t>
      </w:r>
    </w:p>
    <w:p>
      <w:r>
        <w:t>...[I do not understand Yiddish, Rebbe Yisroel, this is Ilan]</w:t>
      </w:r>
    </w:p>
    <w:p>
      <w:r>
        <w:t>Ah, there was a miracle</w:t>
      </w:r>
    </w:p>
    <w:p>
      <w:r>
        <w:t>[There was a miracle]</w:t>
      </w:r>
    </w:p>
    <w:p>
      <w:r>
        <w:t>{…} A gentile woman, one woman went to give birth, to deliver</w:t>
      </w:r>
    </w:p>
    <w:p>
      <w:r>
        <w:t>Then the child did not, did not, did not, did not want to g.. g.. g.. g.. {...}</w:t>
      </w:r>
    </w:p>
    <w:p>
      <w:r>
        <w:t>[Come out, come out]</w:t>
      </w:r>
    </w:p>
    <w:p>
      <w:r>
        <w:t>Come out, yes, then there was a Jewish woman there, she said to her:</w:t>
      </w:r>
    </w:p>
    <w:p>
      <w:r>
        <w:t>"Say "Na Nach Nachma Nachman MeUman"", and.. and she said it, {…} and immediately the child was born</w:t>
      </w:r>
    </w:p>
    <w:p>
      <w:r>
        <w:t>[Ah, mazal tov]</w:t>
      </w:r>
    </w:p>
    <w:p>
      <w:r>
        <w:t>Yes…</w:t>
      </w:r>
    </w:p>
    <w:p>
      <w:r>
        <w:t>...{….} Whether it is worthwhile to tell gentiles the Name so that they will have miracles? [I do not know]</w:t>
      </w:r>
    </w:p>
    <w:p>
      <w:r>
        <w:t>Ah?</w:t>
      </w:r>
    </w:p>
    <w:p>
      <w:r>
        <w:t>[We do not know..]</w:t>
      </w:r>
    </w:p>
    <w:p>
      <w:r>
        <w:t>{How?}</w:t>
      </w:r>
    </w:p>
    <w:p>
      <w:r>
        <w:t>[We do not know, Rebbe Yisroel]</w:t>
      </w:r>
    </w:p>
    <w:p>
      <w:r>
        <w:t>Ah?</w:t>
      </w:r>
    </w:p>
    <w:p>
      <w:r>
        <w:t>[We do not know, Rebbe Yisroel]</w:t>
      </w:r>
    </w:p>
    <w:p>
      <w:r>
        <w:t>[Tell him th…...]</w:t>
      </w:r>
    </w:p>
    <w:p>
      <w:r>
        <w:t>They do not know?</w:t>
      </w:r>
    </w:p>
    <w:p>
      <w:r>
        <w:t>[We do not know]</w:t>
      </w:r>
    </w:p>
    <w:p>
      <w:r>
        <w:t>[…….]</w:t>
      </w:r>
    </w:p>
    <w:p>
      <w:r>
        <w:t>[Saba, every time we have this problem, we do not know what to do about it</w:t>
      </w:r>
    </w:p>
    <w:p>
      <w:r>
        <w:t>Whether to tell them, not to tell them, because we come, and then when they say to us: "These are gentiles"]</w:t>
      </w:r>
    </w:p>
    <w:p>
      <w:r>
        <w:t>[...]</w:t>
      </w:r>
    </w:p>
    <w:p>
      <w:r>
        <w:t>What gentiles?</w:t>
      </w:r>
    </w:p>
    <w:p>
      <w:r>
        <w:t>[Sometimes we come to some place, and there is a gentile there, we tell him to say "Na Nach"]</w:t>
      </w:r>
    </w:p>
    <w:p>
      <w:r>
        <w:t>{..}</w:t>
      </w:r>
    </w:p>
    <w:p>
      <w:r>
        <w:t>[Then the Jews say: "No, no, he is a gentile"</w:t>
      </w:r>
    </w:p>
    <w:p>
      <w:r>
        <w:t>The Jews around who see it say to us: "He is a gentile"</w:t>
      </w:r>
    </w:p>
    <w:p>
      <w:r>
        <w:t>Then we say to them: "This is also for the gentiles", but, ah..]</w:t>
      </w:r>
    </w:p>
    <w:p>
      <w:r>
        <w:t>[“Na Nach”]</w:t>
      </w:r>
    </w:p>
    <w:p>
      <w:r>
        <w:t>[Yes, but we do not know]</w:t>
      </w:r>
    </w:p>
    <w:p>
      <w:r>
        <w:t>[Do not know]</w:t>
      </w:r>
    </w:p>
    <w:p>
      <w:r>
        <w:t>[….]</w:t>
      </w:r>
    </w:p>
    <w:p>
      <w:r>
        <w:t>[He knows]</w:t>
      </w:r>
    </w:p>
    <w:p>
      <w:r>
        <w:t>[Yes]</w:t>
      </w:r>
    </w:p>
    <w:p>
      <w:r>
        <w:t>[What do you think? Rebbe Yisroel, should we tell them or should we not tell them?]</w:t>
      </w:r>
    </w:p>
    <w:p>
      <w:r>
        <w:t>{I do not know}</w:t>
      </w:r>
    </w:p>
    <w:p>
      <w:r>
        <w:t>[I think certainly yes, what is {the point}, that they should believe]</w:t>
      </w:r>
    </w:p>
    <w:p>
      <w:r>
        <w:t>[{But one needs to ask}]</w:t>
      </w:r>
    </w:p>
    <w:p>
      <w:r>
        <w:t>[No, this is not the faith, that they should have miracles</w:t>
      </w:r>
    </w:p>
    <w:p>
      <w:r>
        <w:t>G-d forbid, he will have some problem with a Jew, he will say "Na Na Nach" about him]</w:t>
      </w:r>
    </w:p>
    <w:p>
      <w:r>
        <w:t>[No..]</w:t>
      </w:r>
    </w:p>
    <w:p>
      <w:r>
        <w:t>The non-Jews do not, do not believe in Hashem, in the Torah</w:t>
      </w:r>
    </w:p>
    <w:p>
      <w:r>
        <w:t>[They do not believe]</w:t>
      </w:r>
    </w:p>
    <w:p>
      <w:r>
        <w:t>{They do not believe}</w:t>
      </w:r>
    </w:p>
    <w:p>
      <w:r>
        <w:t>[It is all a show]</w:t>
      </w:r>
    </w:p>
    <w:p>
      <w:r>
        <w:t>{..}, ah?</w:t>
      </w:r>
    </w:p>
    <w:p>
      <w:r>
        <w:t>[It is all a show, because they have something like a synagogue, they also pray, but it is all a show]</w:t>
      </w:r>
    </w:p>
    <w:p>
      <w:r>
        <w:t>Ah, all</w:t>
      </w:r>
    </w:p>
    <w:p>
      <w:r>
        <w:t>[The non-Jews also have something like a synagogue]</w:t>
      </w:r>
    </w:p>
    <w:p>
      <w:r>
        <w:t>Yes</w:t>
      </w:r>
    </w:p>
    <w:p>
      <w:r>
        <w:t>[And they pray]</w:t>
      </w:r>
    </w:p>
    <w:p>
      <w:r>
        <w:t>Ah, ah</w:t>
      </w:r>
    </w:p>
    <w:p>
      <w:r>
        <w:t>[So I am asking you, it is a show, a show, all of it]</w:t>
      </w:r>
    </w:p>
    <w:p>
      <w:r>
        <w:t>Yes, no</w:t>
      </w:r>
    </w:p>
    <w:p>
      <w:r>
        <w:t>[They do not believe]</w:t>
      </w:r>
    </w:p>
    <w:p>
      <w:r>
        <w:t>If they do not believe, {..}, we do not need {..} to speak with them</w:t>
      </w:r>
    </w:p>
    <w:p>
      <w:r>
        <w:t>[Yes]</w:t>
      </w:r>
    </w:p>
    <w:p>
      <w:r>
        <w:t>To make Rabbainu's name known to them</w:t>
      </w:r>
    </w:p>
    <w:p>
      <w:r>
        <w:t>[..]</w:t>
      </w:r>
    </w:p>
    <w:p>
      <w:r>
        <w:t>[There is no need]</w:t>
      </w:r>
    </w:p>
    <w:p>
      <w:r>
        <w:t>[There is no need]</w:t>
      </w:r>
    </w:p>
    <w:p>
      <w:r>
        <w:t>[………]</w:t>
      </w:r>
    </w:p>
    <w:p>
      <w:r>
        <w:t>[Shimon, do you have that thing for teeth here?]</w:t>
      </w:r>
    </w:p>
    <w:p>
      <w:r>
        <w:t>[Teeth..]</w:t>
      </w:r>
    </w:p>
    <w:p>
      <w:r>
        <w:t>[Toothpicks, what]</w:t>
      </w:r>
    </w:p>
    <w:p>
      <w:r>
        <w:t>[…….]</w:t>
      </w:r>
    </w:p>
    <w:p>
      <w:r>
        <w:t>[He wants toothpicks]</w:t>
      </w:r>
    </w:p>
    <w:p>
      <w:r>
        <w:t>[Ah?]</w:t>
      </w:r>
    </w:p>
    <w:p>
      <w:r>
        <w:t>[Toothpicks, toothpicks]</w:t>
      </w:r>
    </w:p>
    <w:p>
      <w:r>
        <w:t>[…..….]</w:t>
      </w:r>
    </w:p>
    <w:p>
      <w:r>
        <w:t>[..That stick..]</w:t>
      </w:r>
    </w:p>
    <w:p>
      <w:r>
        <w:t>[……...]…</w:t>
      </w:r>
    </w:p>
    <w:p>
      <w:r>
        <w:t>...Maybe there is a sw.. sweet potato?</w:t>
      </w:r>
    </w:p>
    <w:p>
      <w:r>
        <w:t>[I think they did not have the sweet one..]…</w:t>
      </w:r>
    </w:p>
    <w:p>
      <w:r>
        <w:t>...Not sweet?…</w:t>
      </w:r>
    </w:p>
    <w:p>
      <w:r>
        <w:t>...[Tzion Barzilai sings:</w:t>
      </w:r>
    </w:p>
    <w:p>
      <w:r>
        <w:t>The contents of the Petek in several melodies</w:t>
      </w:r>
    </w:p>
    <w:p>
      <w:r>
        <w:t>Afterward he sings:</w:t>
      </w:r>
    </w:p>
    <w:p>
      <w:r>
        <w:t>"Na Nach Nachma Nachman MeUman..”</w:t>
      </w:r>
    </w:p>
    <w:p>
      <w:r>
        <w:t>"(and the friends join in)]…</w:t>
      </w:r>
    </w:p>
    <w:p>
      <w:r>
        <w:t>...[Tzion Barzilai continues to sing:</w:t>
      </w:r>
    </w:p>
    <w:p>
      <w:r>
        <w:t>The contents of the Petek in several melodies]</w:t>
      </w:r>
    </w:p>
    <w:p>
      <w:r>
        <w:t>[What else is there?]</w:t>
      </w:r>
    </w:p>
    <w:p>
      <w:r>
        <w:t>[Afterward he sings:</w:t>
      </w:r>
    </w:p>
    <w:p>
      <w:r>
        <w:t>"Strength and splendor are her clothing, and she will rejoice on the final day.."]…</w:t>
      </w:r>
    </w:p>
    <w:p>
      <w:r>
        <w:t>...[Afterward he sings:</w:t>
      </w:r>
    </w:p>
    <w:p>
      <w:r>
        <w:t>"Let us rejoice, Hallelujah, let us rejoice, the time of redemption has come.."</w:t>
      </w:r>
    </w:p>
    <w:p>
      <w:r>
        <w:t>Afterward he sings the contents of the Petek in the aforementioned melody</w:t>
      </w:r>
    </w:p>
    <w:p>
      <w:r>
        <w:t>"Let us rejoice, Hallelujah, let us rejoice, the time of redemption has come.."]</w:t>
      </w:r>
    </w:p>
    <w:p>
      <w:r>
        <w:t>[………………]</w:t>
      </w:r>
    </w:p>
    <w:p>
      <w:r>
        <w:t>[…………..….]…</w:t>
      </w:r>
    </w:p>
    <w:p>
      <w:r>
        <w:t>...[Afterward he sings:</w:t>
      </w:r>
    </w:p>
    <w:p>
      <w:r>
        <w:t>"My beloved, G-d the King, the merciful Father, will send His faithful Mashiach.." Afterward he sings the contents of the Petek in the aforementioned melody</w:t>
      </w:r>
    </w:p>
    <w:p>
      <w:r>
        <w:t>"G-d the King, the merciful Father, will send His faithful Mashiach.."]</w:t>
      </w:r>
    </w:p>
    <w:p>
      <w:r>
        <w:t>[Chazak uvaruch, chazak uvaruch, where is the applause? Gentlemen] ["Rejoice and be glad in the joy of the Torah and..]...</w:t>
      </w:r>
    </w:p>
    <w:p>
      <w:r>
        <w:t>...[Afterward he sings:</w:t>
      </w:r>
    </w:p>
    <w:p>
      <w:r>
        <w:t>"Rejoice and be glad in the joy of the Torah, and give honor to the Torah.." Afterward the friends chant and sing:</w:t>
      </w:r>
    </w:p>
    <w:p>
      <w:r>
        <w:t>"And purify our hearts to serve You in truth.."</w:t>
      </w:r>
    </w:p>
    <w:p>
      <w:r>
        <w:t>"It is a great mitzvah to be joyful..”]…</w:t>
      </w:r>
    </w:p>
    <w:p>
      <w:r>
        <w:t>...[The friends sing:</w:t>
      </w:r>
    </w:p>
    <w:p>
      <w:r>
        <w:t>"Na Na Nach Nachma Nachman MeUman.."]...</w:t>
      </w:r>
    </w:p>
    <w:p>
      <w:r>
        <w:t>...Ah..</w:t>
      </w:r>
    </w:p>
    <w:p>
      <w:r>
        <w:t>[Be healthy]</w:t>
      </w:r>
    </w:p>
    <w:p>
      <w:r>
        <w:t>[……]</w:t>
      </w:r>
    </w:p>
    <w:p>
      <w:r>
        <w:t>Ah…</w:t>
      </w:r>
    </w:p>
    <w:p>
      <w:r>
        <w:t>...{...}</w:t>
      </w:r>
    </w:p>
    <w:p>
      <w:r>
        <w:t>[The whole family ………..…. good legs..]…</w:t>
      </w:r>
    </w:p>
    <w:p>
      <w:r>
        <w:t>...[Yes]</w:t>
      </w:r>
    </w:p>
    <w:p>
      <w:r>
        <w:t>"Nachman" is four letters</w:t>
      </w:r>
    </w:p>
    <w:p>
      <w:r>
        <w:t>[Yes]</w:t>
      </w:r>
    </w:p>
    <w:p>
      <w:r>
        <w:t>Nach.. {MeUman}</w:t>
      </w:r>
    </w:p>
    <w:p>
      <w:r>
        <w:t>["Nachman"]</w:t>
      </w:r>
    </w:p>
    <w:p>
      <w:r>
        <w:t>It is four letters</w:t>
      </w:r>
    </w:p>
    <w:p>
      <w:r>
        <w:t>[…]…</w:t>
      </w:r>
    </w:p>
    <w:p>
      <w:r>
        <w:br w:type="page"/>
      </w:r>
    </w:p>
    <w:p>
      <w:pPr>
        <w:pStyle w:val="Heading1"/>
      </w:pPr>
      <w:r>
        <w:t>Tape 69</w:t>
      </w:r>
    </w:p>
    <w:p>
      <w:pPr>
        <w:pStyle w:val="Heading2"/>
      </w:pPr>
      <w:r>
        <w:t>Side A (Aleph)</w:t>
      </w:r>
    </w:p>
    <w:p>
      <w:r>
        <w:t>...{We have} "The Seven Beggars"</w:t>
      </w:r>
    </w:p>
    <w:p>
      <w:r>
        <w:t>He said to the whole world, to the whole world, with every utterance of his, of the story</w:t>
      </w:r>
    </w:p>
    <w:p>
      <w:r>
        <w:t>He shows the whole world that they are donkeys, chickens, don.., donkeys, donkeys, that they are donkeys</w:t>
      </w:r>
    </w:p>
    <w:p>
      <w:r>
        <w:t>[…..]</w:t>
      </w:r>
    </w:p>
    <w:p>
      <w:r>
        <w:t>They are worse than donkeys</w:t>
      </w:r>
    </w:p>
    <w:p>
      <w:r>
        <w:t>They do not want to admit that they are donkeys? Then they are not human beings, not, only animals</w:t>
      </w:r>
    </w:p>
    <w:p>
      <w:r>
        <w:t>They are not human beings, they are donkeys</w:t>
      </w:r>
    </w:p>
    <w:p>
      <w:r>
        <w:t>The holy Rabbainu says:</w:t>
      </w:r>
    </w:p>
    <w:p>
      <w:r>
        <w:t>"If, {if not\were it not}, I knew only this story…</w:t>
      </w:r>
    </w:p>
    <w:p>
      <w:r>
        <w:t>...of "The Seven Beggars," I would also be a great novelty in the world"</w:t>
      </w:r>
    </w:p>
    <w:p>
      <w:r>
        <w:t>He would see that everyone {{….}}, so it will be, that everyone, ah.. {….}</w:t>
      </w:r>
    </w:p>
    <w:p>
      <w:r>
        <w:t>That everyone will be tzaddikim and will cast away all the wisdoms, all the.. yes</w:t>
      </w:r>
    </w:p>
    <w:p>
      <w:r>
        <w:t>{..} If there were, if there were {..} sense, {if they had a little sense to..}, only to know</w:t>
      </w:r>
    </w:p>
    <w:p>
      <w:r>
        <w:t>Only some, some piece of the story, that this encompasses the whole world with all the.. with all the.. wisdoms of theirs, yes, he, he told them that they are donkeys, yes, that they are not human beings, they are {a donkey}</w:t>
      </w:r>
    </w:p>
    <w:p>
      <w:r>
        <w:t>[………]</w:t>
      </w:r>
    </w:p>
    <w:p>
      <w:r>
        <w:t>[……...]</w:t>
      </w:r>
    </w:p>
    <w:p>
      <w:r>
        <w:t>And they are donkeys, we have many donkeys, ah.. many donkeys</w:t>
      </w:r>
    </w:p>
    <w:p>
      <w:r>
        <w:t>There are {..} also two-legged donkeys, yes, but they are such donkeys, worse than a donkey</w:t>
      </w:r>
    </w:p>
    <w:p>
      <w:r>
        <w:t>[..…...]</w:t>
      </w:r>
    </w:p>
    <w:p>
      <w:r>
        <w:t>Nothing more is needed, only the story of "The Seven Beggars," they know, they will already know who they are</w:t>
      </w:r>
    </w:p>
    <w:p>
      <w:r>
        <w:t>That they are donkeys, donkeys, donkeys, donkeys</w:t>
      </w:r>
    </w:p>
    <w:p>
      <w:r>
        <w:t>[……….]</w:t>
      </w:r>
    </w:p>
    <w:p>
      <w:r>
        <w:t>[….…...]</w:t>
      </w:r>
    </w:p>
    <w:p>
      <w:r>
        <w:t>They need to be ashamed before every utterance of Rabbainu</w:t>
      </w:r>
    </w:p>
    <w:p>
      <w:r>
        <w:t>They need to nullify themselves and be ashamed before every utterance of Rabbainu</w:t>
      </w:r>
    </w:p>
    <w:p>
      <w:r>
        <w:t>{Well..}.. that this exists in the world {and….} the time will come, will come</w:t>
      </w:r>
    </w:p>
    <w:p>
      <w:r>
        <w:t>[………]</w:t>
      </w:r>
    </w:p>
    <w:p>
      <w:r>
        <w:t>[……...]</w:t>
      </w:r>
    </w:p>
    <w:p>
      <w:r>
        <w:t>{..}.. Everyone will know, everyone, the entire country will know that they are all donkeys</w:t>
      </w:r>
    </w:p>
    <w:p>
      <w:r>
        <w:t>Only one man, one person exists, there is only Rebbe Nachman, Rebbe Nachman of Breslov</w:t>
      </w:r>
    </w:p>
    <w:p>
      <w:r>
        <w:t>But aside from.., aside from me, he, they are all donkeys</w:t>
      </w:r>
    </w:p>
    <w:p>
      <w:r>
        <w:t>{..} He shows them, he shows them that they are donkeys</w:t>
      </w:r>
    </w:p>
    <w:p>
      <w:r>
        <w:t>And if {…} and if, ah, ah, they have no sense at all, even {..} like a donkey</w:t>
      </w:r>
    </w:p>
    <w:p>
      <w:r>
        <w:t>{So how} can one tell them that they, that they are not donkeys</w:t>
      </w:r>
    </w:p>
    <w:p>
      <w:r>
        <w:t>[………]</w:t>
      </w:r>
    </w:p>
    <w:p>
      <w:r>
        <w:t>[…..….]</w:t>
      </w:r>
    </w:p>
    <w:p>
      <w:r>
        <w:t>Ah</w:t>
      </w:r>
    </w:p>
    <w:p>
      <w:r>
        <w:t>[….…..]</w:t>
      </w:r>
    </w:p>
    <w:p>
      <w:r>
        <w:t>[……...]…</w:t>
      </w:r>
    </w:p>
    <w:p>
      <w:r>
        <w:t>...He conquered the whole world, only with one utterance from the story of "The Seven Beggars"</w:t>
      </w:r>
    </w:p>
    <w:p>
      <w:r>
        <w:t>And if they do not admit it, then they are not donkeys, they are worse than donkeys</w:t>
      </w:r>
    </w:p>
    <w:p>
      <w:r>
        <w:t>A time will now come when the whole world will see {how many}, what donkeys they are</w:t>
      </w:r>
    </w:p>
    <w:p>
      <w:r>
        <w:t>[…..]</w:t>
      </w:r>
    </w:p>
    <w:p>
      <w:r>
        <w:t>{..} Nothing more is needed, only the.. the.. st.., the.. the.. some story of "The Seven Beggars"</w:t>
      </w:r>
    </w:p>
    <w:p>
      <w:r>
        <w:t>And this is enough for everything, to.. to.. to ma.. make known to them that they are donkeys</w:t>
      </w:r>
    </w:p>
    <w:p>
      <w:r>
        <w:t>To make known, to make known, to make known, to make known, that they are donkeys, donkeys, donkeys</w:t>
      </w:r>
    </w:p>
    <w:p>
      <w:r>
        <w:t>Ah, ah, ah, ah, ah, ah, ah, ah…</w:t>
      </w:r>
    </w:p>
    <w:p>
      <w:r>
        <w:t>...Rebbe Nachman {says} (says):</w:t>
      </w:r>
    </w:p>
    <w:p>
      <w:r>
        <w:t>"I and Rebbe Nassan {..} {laugh at\play with} the whole world," {yes, well}</w:t>
      </w:r>
    </w:p>
    <w:p>
      <w:r>
        <w:t>Only two, two people, laugh at the whole world</w:t>
      </w:r>
    </w:p>
    <w:p>
      <w:r>
        <w:t>Rebbe Nassan, what he merited, to.. to...</w:t>
      </w:r>
    </w:p>
    <w:p>
      <w:r>
        <w:t>..."Likutay Halachos," {to.. to..} to.. speak from "Likutay Halachos"</w:t>
      </w:r>
    </w:p>
    <w:p>
      <w:r>
        <w:t>Who, is there {{...}} a great genius li.. lik.. li.. like that?</w:t>
      </w:r>
    </w:p>
    <w:p>
      <w:r>
        <w:t>[……]</w:t>
      </w:r>
    </w:p>
    <w:p>
      <w:r>
        <w:t>[Rebbe Nassan, Rebbe Nassan]</w:t>
      </w:r>
    </w:p>
    <w:p>
      <w:r>
        <w:t>[…...]</w:t>
      </w:r>
    </w:p>
    <w:p>
      <w:r>
        <w:t>Ah</w:t>
      </w:r>
    </w:p>
    <w:p>
      <w:r>
        <w:t>[Rebbe Nassan]</w:t>
      </w:r>
    </w:p>
    <w:p>
      <w:r>
        <w:t>Ah..</w:t>
      </w:r>
    </w:p>
    <w:p>
      <w:r>
        <w:t>[………..]</w:t>
      </w:r>
    </w:p>
    <w:p>
      <w:r>
        <w:t>[…….….]</w:t>
      </w:r>
    </w:p>
    <w:p>
      <w:r>
        <w:t>[All the best, shalom, Saba]…</w:t>
      </w:r>
    </w:p>
    <w:p>
      <w:r>
        <w:t>...{Shalom, shalom..}</w:t>
      </w:r>
    </w:p>
    <w:p>
      <w:r>
        <w:t>[Bless me, Saba, bless me please, Saba, bless me, Saba]</w:t>
      </w:r>
    </w:p>
    <w:p>
      <w:r>
        <w:t>Ah?</w:t>
      </w:r>
    </w:p>
    <w:p>
      <w:r>
        <w:t>[Bless me]</w:t>
      </w:r>
    </w:p>
    <w:p>
      <w:r>
        <w:t>{..}, Hashem should bless you in everything, {...} in all {..}, with all the salvations, with all the salvations</w:t>
      </w:r>
    </w:p>
    <w:p>
      <w:r>
        <w:t>[Amen]</w:t>
      </w:r>
    </w:p>
    <w:p>
      <w:r>
        <w:t>[Amen, amen]</w:t>
      </w:r>
    </w:p>
    <w:p>
      <w:r>
        <w:t>{And all the good}</w:t>
      </w:r>
    </w:p>
    <w:p>
      <w:r>
        <w:t>[Amen]</w:t>
      </w:r>
    </w:p>
    <w:p>
      <w:r>
        <w:t>[..]…</w:t>
      </w:r>
    </w:p>
    <w:p>
      <w:r>
        <w:t>...[You too, Saba, and likewise to say]</w:t>
      </w:r>
    </w:p>
    <w:p>
      <w:r>
        <w:t>[…………..]</w:t>
      </w:r>
    </w:p>
    <w:p>
      <w:r>
        <w:t>[…….…….]…</w:t>
      </w:r>
    </w:p>
    <w:p>
      <w:r>
        <w:t>...Sweet arak?</w:t>
      </w:r>
    </w:p>
    <w:p>
      <w:r>
        <w:t>[Yes, you have here on the table a little sweet arak, if you are willing to give him]</w:t>
      </w:r>
    </w:p>
    <w:p>
      <w:r>
        <w:t>[Ask him]…</w:t>
      </w:r>
    </w:p>
    <w:p>
      <w:r>
        <w:t>…[……..]</w:t>
      </w:r>
    </w:p>
    <w:p>
      <w:r>
        <w:t>[………..]</w:t>
      </w:r>
    </w:p>
    <w:p>
      <w:r>
        <w:t>[Sweet arak]</w:t>
      </w:r>
    </w:p>
    <w:p>
      <w:r>
        <w:t>[Not arak, it is not arak, liqueur]</w:t>
      </w:r>
    </w:p>
    <w:p>
      <w:r>
        <w:t>[Liqueur]</w:t>
      </w:r>
    </w:p>
    <w:p>
      <w:r>
        <w:t>{Yes}</w:t>
      </w:r>
    </w:p>
    <w:p>
      <w:r>
        <w:t>[Liqueur]</w:t>
      </w:r>
    </w:p>
    <w:p>
      <w:r>
        <w:t>[He is asking..]</w:t>
      </w:r>
    </w:p>
    <w:p>
      <w:r>
        <w:t>[Without asking, without questions]</w:t>
      </w:r>
    </w:p>
    <w:p>
      <w:r>
        <w:t>[…..]</w:t>
      </w:r>
    </w:p>
    <w:p>
      <w:r>
        <w:t>{……….}...</w:t>
      </w:r>
    </w:p>
    <w:p>
      <w:r>
        <w:t>...There isn't any?</w:t>
      </w:r>
    </w:p>
    <w:p>
      <w:r>
        <w:t>[…..]</w:t>
      </w:r>
    </w:p>
    <w:p>
      <w:r>
        <w:t>Liver, there isn't any?</w:t>
      </w:r>
    </w:p>
    <w:p>
      <w:r>
        <w:t>[There is liver, for Shabbos]</w:t>
      </w:r>
    </w:p>
    <w:p>
      <w:r>
        <w:t>{..}</w:t>
      </w:r>
    </w:p>
    <w:p>
      <w:r>
        <w:t>[He does not want it]</w:t>
      </w:r>
    </w:p>
    <w:p>
      <w:r>
        <w:t>[He does not..]</w:t>
      </w:r>
    </w:p>
    <w:p>
      <w:r>
        <w:t>[Then who wants it?]</w:t>
      </w:r>
    </w:p>
    <w:p>
      <w:r>
        <w:t>[He does not..]…</w:t>
      </w:r>
    </w:p>
    <w:p>
      <w:r>
        <w:t>...{…..}</w:t>
      </w:r>
    </w:p>
    <w:p>
      <w:r>
        <w:t>[Shalom aleichem]…</w:t>
      </w:r>
    </w:p>
    <w:p>
      <w:r>
        <w:t>...{..How did it turn out like this, so early?}</w:t>
      </w:r>
    </w:p>
    <w:p>
      <w:r>
        <w:t>[So late?]</w:t>
      </w:r>
    </w:p>
    <w:p>
      <w:r>
        <w:t>Ah?</w:t>
      </w:r>
    </w:p>
    <w:p>
      <w:r>
        <w:t>[I came immediately, I heard.. I received a phone call, I came immediately</w:t>
      </w:r>
    </w:p>
    <w:p>
      <w:r>
        <w:t>At four-thirty I left, at four-thirty in the afternoon, almost six hours]</w:t>
      </w:r>
    </w:p>
    <w:p>
      <w:r>
        <w:t>A high official of..</w:t>
      </w:r>
    </w:p>
    <w:p>
      <w:r>
        <w:t>[Of the president]</w:t>
      </w:r>
    </w:p>
    <w:p>
      <w:r>
        <w:t>Of the president</w:t>
      </w:r>
    </w:p>
    <w:p>
      <w:r>
        <w:t>[Yes, yes]</w:t>
      </w:r>
    </w:p>
    <w:p>
      <w:r>
        <w:t>{..}, he fell upon me and told me, I receive from "National Insurance" like the whole country</w:t>
      </w:r>
    </w:p>
    <w:p>
      <w:r>
        <w:t>And he said th.. that he fell with several young men, and took all the money</w:t>
      </w:r>
    </w:p>
    <w:p>
      <w:r>
        <w:t>He is completely wicked, and I want not to ask, {…}, he should not ask me for forgiveness, I do not forgive him</w:t>
      </w:r>
    </w:p>
    <w:p>
      <w:r>
        <w:t>{Only\Then} Sharon so early, well, thank God</w:t>
      </w:r>
    </w:p>
    <w:p>
      <w:r>
        <w:t>{...} In any case {all of Yisroel need to fear me}</w:t>
      </w:r>
    </w:p>
    <w:p>
      <w:r>
        <w:t>[What? In.. in Hebrew]</w:t>
      </w:r>
    </w:p>
    <w:p>
      <w:r>
        <w:t>President Shazar</w:t>
      </w:r>
    </w:p>
    <w:p>
      <w:r>
        <w:t>[Yes]</w:t>
      </w:r>
    </w:p>
    <w:p>
      <w:r>
        <w:t>{……………….}</w:t>
      </w:r>
    </w:p>
    <w:p>
      <w:r>
        <w:t>[I do not un.., speak Hebrew, Saba]</w:t>
      </w:r>
    </w:p>
    <w:p>
      <w:r>
        <w:t>Yo</w:t>
      </w:r>
    </w:p>
    <w:p>
      <w:r>
        <w:t>[I do not understand Yiddish]</w:t>
      </w:r>
    </w:p>
    <w:p>
      <w:r>
        <w:t>President Shazar, at the time when he was still alive</w:t>
      </w:r>
    </w:p>
    <w:p>
      <w:r>
        <w:t>[Yes]</w:t>
      </w:r>
    </w:p>
    <w:p>
      <w:r>
        <w:t>He decreed, there is a clause in.. in the government</w:t>
      </w:r>
    </w:p>
    <w:p>
      <w:r>
        <w:t>[Yes]</w:t>
      </w:r>
    </w:p>
    <w:p>
      <w:r>
        <w:t>That whoever impairs my honor, it is as though he impairs his honor, and h.. he deserves prison</w:t>
      </w:r>
    </w:p>
    <w:p>
      <w:r>
        <w:t>In any case, I do not.. I, he, he took money, he should return the money</w:t>
      </w:r>
    </w:p>
    <w:p>
      <w:r>
        <w:t>[The official of the..]</w:t>
      </w:r>
    </w:p>
    <w:p>
      <w:r>
        <w:t>He has no authority, it is "National Insurance," it, it, it encompasses the whole country, the whole country takes from "National Insurance" [yes]</w:t>
      </w:r>
    </w:p>
    <w:p>
      <w:r>
        <w:t>Me too</w:t>
      </w:r>
    </w:p>
    <w:p>
      <w:r>
        <w:t>[Yes]</w:t>
      </w:r>
    </w:p>
    <w:p>
      <w:r>
        <w:t>Only I {…} {took the "National Insurance"}, and I gave toward the printing of {} the books of our Rabbainu Rebbe Nachman</w:t>
      </w:r>
    </w:p>
    <w:p>
      <w:r>
        <w:t>[Yes]</w:t>
      </w:r>
    </w:p>
    <w:p>
      <w:r>
        <w:t>{So th.. he}, and he took the money and he humiliated me very much</w:t>
      </w:r>
    </w:p>
    <w:p>
      <w:r>
        <w:t>I do not forgive him, {yes}, do not ask me for {...} forgiveness</w:t>
      </w:r>
    </w:p>
    <w:p>
      <w:r>
        <w:t>[Who?]</w:t>
      </w:r>
    </w:p>
    <w:p>
      <w:r>
        <w:t>I do not want to forgive him</w:t>
      </w:r>
    </w:p>
    <w:p>
      <w:r>
        <w:t>[That official?]</w:t>
      </w:r>
    </w:p>
    <w:p>
      <w:r>
        <w:t>He, apparently he is a high official of {the Knesset}, of the Knesset {or some…}</w:t>
      </w:r>
    </w:p>
    <w:p>
      <w:r>
        <w:t>I do not want to speak with him, only that he return the money he took, he and.. and.. and.. and his associate</w:t>
      </w:r>
    </w:p>
    <w:p>
      <w:r>
        <w:t>Oy vey</w:t>
      </w:r>
    </w:p>
    <w:p>
      <w:r>
        <w:t>[Saba..]</w:t>
      </w:r>
    </w:p>
    <w:p>
      <w:r>
        <w:t>Take, take, you have a chair</w:t>
      </w:r>
    </w:p>
    <w:p>
      <w:r>
        <w:t>[Yes, all right, this is honey, honey, natural honey, good honey]</w:t>
      </w:r>
    </w:p>
    <w:p>
      <w:r>
        <w:t>Honey?</w:t>
      </w:r>
    </w:p>
    <w:p>
      <w:r>
        <w:t>[Yes, honey, honey]</w:t>
      </w:r>
    </w:p>
    <w:p>
      <w:r>
        <w:t>Ah, good, thank you very much</w:t>
      </w:r>
    </w:p>
    <w:p>
      <w:r>
        <w:t>[And..]</w:t>
      </w:r>
    </w:p>
    <w:p>
      <w:r>
        <w:t>You do not know who it is?</w:t>
      </w:r>
    </w:p>
    <w:p>
      <w:r>
        <w:t>[What?]</w:t>
      </w:r>
    </w:p>
    <w:p>
      <w:r>
        <w:t>Ah?</w:t>
      </w:r>
    </w:p>
    <w:p>
      <w:r>
        <w:t>[The official?]</w:t>
      </w:r>
    </w:p>
    <w:p>
      <w:r>
        <w:t>{..} The official</w:t>
      </w:r>
    </w:p>
    <w:p>
      <w:r>
        <w:t>[No, I do not think so, perhaps it is the one you met with?]</w:t>
      </w:r>
    </w:p>
    <w:p>
      <w:r>
        <w:t>I think she is a high official</w:t>
      </w:r>
    </w:p>
    <w:p>
      <w:r>
        <w:t>[The.. th.. the.. official you met with]</w:t>
      </w:r>
    </w:p>
    <w:p>
      <w:r>
        <w:t>Ah? {..}</w:t>
      </w:r>
    </w:p>
    <w:p>
      <w:r>
        <w:t>[……...]</w:t>
      </w:r>
    </w:p>
    <w:p>
      <w:r>
        <w:t>He humiliated me very much and he took money of mine from me, from the "National Insurance" money</w:t>
      </w:r>
    </w:p>
    <w:p>
      <w:r>
        <w:t>[Yes]</w:t>
      </w:r>
    </w:p>
    <w:p>
      <w:r>
        <w:t>This…</w:t>
      </w:r>
    </w:p>
    <w:p>
      <w:r>
        <w:t>..{Money} of mine, yes, and he took it</w:t>
      </w:r>
    </w:p>
    <w:p>
      <w:r>
        <w:t>[This, this is two hundred sixty shekels, for which I once gave you a check, and you did not use the check..]</w:t>
      </w:r>
    </w:p>
    <w:p>
      <w:r>
        <w:t>Ah?</w:t>
      </w:r>
    </w:p>
    <w:p>
      <w:r>
        <w:t>[This is two hundred, two hundred sixty, corresponding to Yud Hei Vav Hei]</w:t>
      </w:r>
    </w:p>
    <w:p>
      <w:r>
        <w:t>I gave you?</w:t>
      </w:r>
    </w:p>
    <w:p>
      <w:r>
        <w:t>[No, I gave a check several months ago, and..]</w:t>
      </w:r>
    </w:p>
    <w:p>
      <w:r>
        <w:t>Ah</w:t>
      </w:r>
    </w:p>
    <w:p>
      <w:r>
        <w:t>[They did not take it to the bank]</w:t>
      </w:r>
    </w:p>
    <w:p>
      <w:r>
        <w:t>Ah, ah</w:t>
      </w:r>
    </w:p>
    <w:p>
      <w:r>
        <w:t>[So this is in its place, this is cash]</w:t>
      </w:r>
    </w:p>
    <w:p>
      <w:r>
        <w:t>Ah, ah</w:t>
      </w:r>
    </w:p>
    <w:p>
      <w:r>
        <w:t>[This is a debt, a debt]</w:t>
      </w:r>
    </w:p>
    <w:p>
      <w:r>
        <w:t>Good, thank you very much</w:t>
      </w:r>
    </w:p>
    <w:p>
      <w:r>
        <w:t>[You already made a pidyon for me, but perhaps again, I know]</w:t>
      </w:r>
    </w:p>
    <w:p>
      <w:r>
        <w:t>{Hey, hey, hey}, oy, thank God that you came</w:t>
      </w:r>
    </w:p>
    <w:p>
      <w:r>
        <w:t>[Thank God, thank God that you gave me the merit]</w:t>
      </w:r>
    </w:p>
    <w:p>
      <w:r>
        <w:t>I want you to pay this official as he deserves</w:t>
      </w:r>
    </w:p>
    <w:p>
      <w:r>
        <w:t>[As the official deserves]</w:t>
      </w:r>
    </w:p>
    <w:p>
      <w:r>
        <w:t>He humiliated me for nothing, I did not, I did not steal and I did not rob any person</w:t>
      </w:r>
    </w:p>
    <w:p>
      <w:r>
        <w:t>This is "National Insurance" that is due to me like the whole country</w:t>
      </w:r>
    </w:p>
    <w:p>
      <w:r>
        <w:t>He needs to return money to me, and he should not come to me, I do not want to look at his face I think you will know who it is</w:t>
      </w:r>
    </w:p>
    <w:p>
      <w:r>
        <w:t>[Ah]</w:t>
      </w:r>
    </w:p>
    <w:p>
      <w:r>
        <w:t>You will certainly know who it is</w:t>
      </w:r>
    </w:p>
    <w:p>
      <w:r>
        <w:t>[Is it the Jew whom you met with a year ago?]</w:t>
      </w:r>
    </w:p>
    <w:p>
      <w:r>
        <w:t>Ah?</w:t>
      </w:r>
    </w:p>
    <w:p>
      <w:r>
        <w:t>[In Elul you met with him, with this Jew, with this official of the president?]</w:t>
      </w:r>
    </w:p>
    <w:p>
      <w:r>
        <w:t>Well</w:t>
      </w:r>
    </w:p>
    <w:p>
      <w:r>
        <w:t>[Before, in Elul, before Rosh Hashanah you met with him? You met with him?]</w:t>
      </w:r>
    </w:p>
    <w:p>
      <w:r>
        <w:t>It could be, it could be, ah, oy, {I do not know}</w:t>
      </w:r>
    </w:p>
    <w:p>
      <w:r>
        <w:t>In any case, he should return to me the money {{….}} that he robbed from me</w:t>
      </w:r>
    </w:p>
    <w:p>
      <w:r>
        <w:t>He should return the money to me</w:t>
      </w:r>
    </w:p>
    <w:p>
      <w:r>
        <w:t>[With God's help he will return to Saba more..]</w:t>
      </w:r>
    </w:p>
    <w:p>
      <w:r>
        <w:t>And I do not forgive him, I do not forgive him, I do not want to forgive him, he should not ask me for forgiveness</w:t>
      </w:r>
    </w:p>
    <w:p>
      <w:r>
        <w:t>Ah, perhaps you will speak with Aviva..</w:t>
      </w:r>
    </w:p>
    <w:p>
      <w:r>
        <w:t>[Aviva..]</w:t>
      </w:r>
    </w:p>
    <w:p>
      <w:r>
        <w:t>Th.. that she should help you to.. to.. humiliate th.. this official</w:t>
      </w:r>
    </w:p>
    <w:p>
      <w:r>
        <w:t>[Aviva told me a few days ago, she called me the day before yesterday, or a few days ago, at my home and told me, that she is traveling abroad for three weeks, she will not be here]</w:t>
      </w:r>
    </w:p>
    <w:p>
      <w:r>
        <w:t>Who?</w:t>
      </w:r>
    </w:p>
    <w:p>
      <w:r>
        <w:t>[Aviva]</w:t>
      </w:r>
    </w:p>
    <w:p>
      <w:r>
        <w:t>Ah</w:t>
      </w:r>
    </w:p>
    <w:p>
      <w:r>
        <w:t>[She called me]</w:t>
      </w:r>
    </w:p>
    <w:p>
      <w:r>
        <w:t>Well, well, we will wait</w:t>
      </w:r>
    </w:p>
    <w:p>
      <w:r>
        <w:t>[She, until after Purim]</w:t>
      </w:r>
    </w:p>
    <w:p>
      <w:r>
        <w:t>{Then, then immediately wh.. when she comes}</w:t>
      </w:r>
    </w:p>
    <w:p>
      <w:r>
        <w:t>[That is what she said, that she would travel for three weeks]</w:t>
      </w:r>
    </w:p>
    <w:p>
      <w:r>
        <w:t>She, {he} is abroad</w:t>
      </w:r>
    </w:p>
    <w:p>
      <w:r>
        <w:t>[She traveled abroad for three weeks]</w:t>
      </w:r>
    </w:p>
    <w:p>
      <w:r>
        <w:t>{Then..} perhaps we will wait until she comes, whenever she comes, speak with her and we will tell her</w:t>
      </w:r>
    </w:p>
    <w:p>
      <w:r>
        <w:t>[Yesterday she was, called..]</w:t>
      </w:r>
    </w:p>
    <w:p>
      <w:r>
        <w:t>[Ah, she was here yesterday]</w:t>
      </w:r>
    </w:p>
    <w:p>
      <w:r>
        <w:t>[Regarding..]</w:t>
      </w:r>
    </w:p>
    <w:p>
      <w:r>
        <w:t>[Ah, and..]</w:t>
      </w:r>
    </w:p>
    <w:p>
      <w:r>
        <w:t>[To arrange a meeting]</w:t>
      </w:r>
    </w:p>
    <w:p>
      <w:r>
        <w:t>[Ah, to arrange a meeting with the president?]</w:t>
      </w:r>
    </w:p>
    <w:p>
      <w:r>
        <w:t>[So she said that she would arrange …..]</w:t>
      </w:r>
    </w:p>
    <w:p>
      <w:r>
        <w:t>[Ah..]</w:t>
      </w:r>
    </w:p>
    <w:p>
      <w:r>
        <w:t>[Through you, to be in contact with you …..]</w:t>
      </w:r>
    </w:p>
    <w:p>
      <w:r>
        <w:t>[Ah]</w:t>
      </w:r>
    </w:p>
    <w:p>
      <w:r>
        <w:t>[Here..]</w:t>
      </w:r>
    </w:p>
    <w:p>
      <w:r>
        <w:t>I would want you to speak with this official</w:t>
      </w:r>
    </w:p>
    <w:p>
      <w:r>
        <w:t>[Saba]</w:t>
      </w:r>
    </w:p>
    <w:p>
      <w:r>
        <w:t>{..}..</w:t>
      </w:r>
    </w:p>
    <w:p>
      <w:r>
        <w:t>[… This is a letter to the president of the country for a meeting]</w:t>
      </w:r>
    </w:p>
    <w:p>
      <w:r>
        <w:t>Which president?</w:t>
      </w:r>
    </w:p>
    <w:p>
      <w:r>
        <w:t>[The president.. now, the president of the State of Israel now, President Weizman]</w:t>
      </w:r>
    </w:p>
    <w:p>
      <w:r>
        <w:t>{President Weizman, well..}</w:t>
      </w:r>
    </w:p>
    <w:p>
      <w:r>
        <w:t>[Yes, this is for a meeting for you, I sent to..]</w:t>
      </w:r>
    </w:p>
    <w:p>
      <w:r>
        <w:t>{..}</w:t>
      </w:r>
    </w:p>
    <w:p>
      <w:r>
        <w:t>[I sent him a letter]</w:t>
      </w:r>
    </w:p>
    <w:p>
      <w:r>
        <w:t>What is written?</w:t>
      </w:r>
    </w:p>
    <w:p>
      <w:r>
        <w:t>[It is written: "Request for a meeting with, with Rabbi Yisroel Ber Odesser shlita</w:t>
      </w:r>
    </w:p>
    <w:p>
      <w:r>
        <w:t>It is written in the book Chayei Rabbainu Rebbe Nachman, that Rabbainu of blessed memory said:</w:t>
      </w:r>
    </w:p>
    <w:p>
      <w:r>
        <w:t>"That he wanted to travel to Eretz Yisroel and pass away there"</w:t>
      </w:r>
    </w:p>
    <w:p>
      <w:r>
        <w:t>And he further said:</w:t>
      </w:r>
    </w:p>
    <w:p>
      <w:r>
        <w:t>"My place is only Eretz Yisroel, everywhere I travel, I travel only to Eretz Yisroel" My holy rabbi and teacher, Rabbi Yisroel Ber Odesser, may his merit protect, grant upon us..]</w:t>
      </w:r>
    </w:p>
    <w:p>
      <w:r>
        <w:t>What?</w:t>
      </w:r>
    </w:p>
    <w:p>
      <w:r>
        <w:t>[May his merit protect us, already two days before the festival of Sukkos this year, he asked me to arrange for him a {meeting}..</w:t>
      </w:r>
    </w:p>
    <w:p>
      <w:r>
        <w:t>..with you, honorable president"</w:t>
      </w:r>
    </w:p>
    <w:p>
      <w:r>
        <w:t>Several months ago you asked me to arrange a meeting for you with the president]</w:t>
      </w:r>
    </w:p>
    <w:p>
      <w:r>
        <w:t>{I asked for} a meeting..</w:t>
      </w:r>
    </w:p>
    <w:p>
      <w:r>
        <w:t>[From me, yes]</w:t>
      </w:r>
    </w:p>
    <w:p>
      <w:r>
        <w:t>With Weizman, well</w:t>
      </w:r>
    </w:p>
    <w:p>
      <w:r>
        <w:t>[Yes, so that is it, that is the request]</w:t>
      </w:r>
    </w:p>
    <w:p>
      <w:r>
        <w:t>Well</w:t>
      </w:r>
    </w:p>
    <w:p>
      <w:r>
        <w:t>[I sent it, and Aviva gave it to.., before she traveled abroad</w:t>
      </w:r>
    </w:p>
    <w:p>
      <w:r>
        <w:t>She gave it to the president's official, who sh.., who should arrange a meeting with the president</w:t>
      </w:r>
    </w:p>
    <w:p>
      <w:r>
        <w:t>She told me, that she would ask the.. to.. arrange a meeting with the president, Aviva] to ask..</w:t>
      </w:r>
    </w:p>
    <w:p>
      <w:r>
        <w:t>[To arrange a meeting for you with the president]</w:t>
      </w:r>
    </w:p>
    <w:p>
      <w:r>
        <w:t>A meeting</w:t>
      </w:r>
    </w:p>
    <w:p>
      <w:r>
        <w:t>[With the president, for you]</w:t>
      </w:r>
    </w:p>
    <w:p>
      <w:r>
        <w:t>With President Weizman</w:t>
      </w:r>
    </w:p>
    <w:p>
      <w:r>
        <w:t>[Yes]</w:t>
      </w:r>
    </w:p>
    <w:p>
      <w:r>
        <w:t>Well</w:t>
      </w:r>
    </w:p>
    <w:p>
      <w:r>
        <w:t>[Regarding the holy Rabbainu, regarding Rabbainu]</w:t>
      </w:r>
    </w:p>
    <w:p>
      <w:r>
        <w:t>I requested a meeting</w:t>
      </w:r>
    </w:p>
    <w:p>
      <w:r>
        <w:t>[Yes]</w:t>
      </w:r>
    </w:p>
    <w:p>
      <w:r>
        <w:t>A few days ago</w:t>
      </w:r>
    </w:p>
    <w:p>
      <w:r>
        <w:t>[Yes, so now she knows about it]</w:t>
      </w:r>
    </w:p>
    <w:p>
      <w:r>
        <w:t>{And..}, and he {..} answered me that he does not want to meet {….}.., with me, nu..</w:t>
      </w:r>
    </w:p>
    <w:p>
      <w:r>
        <w:t>[The prime minister perhaps, but the president of the..]</w:t>
      </w:r>
    </w:p>
    <w:p>
      <w:r>
        <w:t>Eh?</w:t>
      </w:r>
    </w:p>
    <w:p>
      <w:r>
        <w:t>[The president of the state said no?]</w:t>
      </w:r>
    </w:p>
    <w:p>
      <w:r>
        <w:t>Yes, yes, {{….}}</w:t>
      </w:r>
    </w:p>
    <w:p>
      <w:r>
        <w:t>[Now I sent her a letter again]</w:t>
      </w:r>
    </w:p>
    <w:p>
      <w:r>
        <w:t>Eh?</w:t>
      </w:r>
    </w:p>
    <w:p>
      <w:r>
        <w:t>[On Sunday I sent a letter requesting a meeting]</w:t>
      </w:r>
    </w:p>
    <w:p>
      <w:r>
        <w:t>You?</w:t>
      </w:r>
    </w:p>
    <w:p>
      <w:r>
        <w:t>[Yes, and Avivah told me that she wou.., that she contacted..]…</w:t>
      </w:r>
    </w:p>
    <w:p>
      <w:pPr>
        <w:pStyle w:val="Heading2"/>
      </w:pPr>
      <w:r>
        <w:t>Side B (Bais)</w:t>
      </w:r>
    </w:p>
    <w:p>
      <w:r>
        <w:t>...{{………………………...}}…</w:t>
      </w:r>
    </w:p>
    <w:p>
      <w:r>
        <w:t>...only everything</w:t>
      </w:r>
    </w:p>
    <w:p>
      <w:r>
        <w:t>[For the books]</w:t>
      </w:r>
    </w:p>
    <w:p>
      <w:r>
        <w:t>To print</w:t>
      </w:r>
    </w:p>
    <w:p>
      <w:r>
        <w:t>[Yes]</w:t>
      </w:r>
    </w:p>
    <w:p>
      <w:r>
        <w:t>The books of Rabbainu, of blessed memory</w:t>
      </w:r>
    </w:p>
    <w:p>
      <w:r>
        <w:t>He is such a wicked man</w:t>
      </w:r>
    </w:p>
    <w:p>
      <w:r>
        <w:t>[…………]</w:t>
      </w:r>
    </w:p>
    <w:p>
      <w:r>
        <w:t>Eh..</w:t>
      </w:r>
    </w:p>
    <w:p>
      <w:r>
        <w:t>[Yes, yes]</w:t>
      </w:r>
    </w:p>
    <w:p>
      <w:r>
        <w:t>Eh.. sit, sit</w:t>
      </w:r>
    </w:p>
    <w:p>
      <w:r>
        <w:t>[Yes, all right]</w:t>
      </w:r>
    </w:p>
    <w:p>
      <w:r>
        <w:t>Sit</w:t>
      </w:r>
    </w:p>
    <w:p>
      <w:r>
        <w:t>[I'm just.. I'm taking off the coat]</w:t>
      </w:r>
    </w:p>
    <w:p>
      <w:r>
        <w:t>Ai, oy, oy, oy..</w:t>
      </w:r>
    </w:p>
    <w:p>
      <w:r>
        <w:t>{What is the rule}</w:t>
      </w:r>
    </w:p>
    <w:p>
      <w:r>
        <w:t>[Closer..]</w:t>
      </w:r>
    </w:p>
    <w:p>
      <w:r>
        <w:t>{No, like this}</w:t>
      </w:r>
    </w:p>
    <w:p>
      <w:r>
        <w:t>[……….]</w:t>
      </w:r>
    </w:p>
    <w:p>
      <w:r>
        <w:t>[……….]...</w:t>
      </w:r>
    </w:p>
    <w:p>
      <w:r>
        <w:t>...{Do you have} letters, any letters that came to me, {..} and we'll know who it is, are there letters for me, no?</w:t>
      </w:r>
    </w:p>
    <w:p>
      <w:r>
        <w:t>[Maybe with Tzipporah; I don't, I don't have letters, no]</w:t>
      </w:r>
    </w:p>
    <w:p>
      <w:r>
        <w:t>No?</w:t>
      </w:r>
    </w:p>
    <w:p>
      <w:r>
        <w:t>[No]</w:t>
      </w:r>
    </w:p>
    <w:p>
      <w:r>
        <w:t>Not {..}, not {Tzipporah}, only here, to my office</w:t>
      </w:r>
    </w:p>
    <w:p>
      <w:r>
        <w:t>If any letters came</w:t>
      </w:r>
    </w:p>
    <w:p>
      <w:r>
        <w:t>[Yes]</w:t>
      </w:r>
    </w:p>
    <w:p>
      <w:r>
        <w:t>Then they need to give them to me</w:t>
      </w:r>
    </w:p>
    <w:p>
      <w:r>
        <w:t>[All right]</w:t>
      </w:r>
    </w:p>
    <w:p>
      <w:r>
        <w:t>[…..]…</w:t>
      </w:r>
    </w:p>
    <w:p>
      <w:r>
        <w:t>...{…..}</w:t>
      </w:r>
    </w:p>
    <w:p>
      <w:r>
        <w:t>[..Tell him, I..]…</w:t>
      </w:r>
    </w:p>
    <w:p>
      <w:r>
        <w:t>...[(Saba and the friend say: "Tefilas HaDerech..")]</w:t>
      </w:r>
    </w:p>
    <w:p>
      <w:r>
        <w:t>Eh?</w:t>
      </w:r>
    </w:p>
    <w:p>
      <w:r>
        <w:t>["Blessed are You, Hashem.."]</w:t>
      </w:r>
    </w:p>
    <w:p>
      <w:r>
        <w:t>"Blessed are You, Hashem.."</w:t>
      </w:r>
    </w:p>
    <w:p>
      <w:r>
        <w:t>["Who hears prayer"]</w:t>
      </w:r>
    </w:p>
    <w:p>
      <w:r>
        <w:t>"Who hears prayer"</w:t>
      </w:r>
    </w:p>
    <w:p>
      <w:r>
        <w:t>[Amen]…</w:t>
      </w:r>
    </w:p>
    <w:p>
      <w:r>
        <w:t>...[Is {Tzion} here?]</w:t>
      </w:r>
    </w:p>
    <w:p>
      <w:r>
        <w:t>[Yes]</w:t>
      </w:r>
    </w:p>
    <w:p>
      <w:r>
        <w:t>[{…}, may his merit protect us]</w:t>
      </w:r>
    </w:p>
    <w:p>
      <w:r>
        <w:t>[Drive]…</w:t>
      </w:r>
    </w:p>
    <w:p>
      <w:r>
        <w:t>...[Saba and Tzion Barzilai sing the melody of:</w:t>
      </w:r>
    </w:p>
    <w:p>
      <w:r>
        <w:t>"Our greatness and our splendor, Mashiach Tzidkeinu will reveal.."]…</w:t>
      </w:r>
    </w:p>
    <w:p>
      <w:r>
        <w:t>...[Saba and the friends sing the melody:</w:t>
      </w:r>
    </w:p>
    <w:p>
      <w:r>
        <w:t>"Until He favors us.."]…</w:t>
      </w:r>
    </w:p>
    <w:p>
      <w:r>
        <w:t>...[Saba and the friends sing the melody:</w:t>
      </w:r>
    </w:p>
    <w:p>
      <w:r>
        <w:t>"Until He favors us.."</w:t>
      </w:r>
    </w:p>
    <w:p>
      <w:r>
        <w:t>Afterward they sing:</w:t>
      </w:r>
    </w:p>
    <w:p>
      <w:r>
        <w:t>"Na Naḥ Naḥma Naḥman meUman.." in the aforementioned melody]</w:t>
      </w:r>
    </w:p>
    <w:p>
      <w:r>
        <w:t>[Uri, do you know how Naḥ..]…</w:t>
      </w:r>
    </w:p>
    <w:p>
      <w:r>
        <w:t>...[..His wife had no food at home, so he went on foot to Lemberg in order to print, to print the books in the most beautiful press, and he had no food at home.. eh.. eh..] [Eh.. eh..]</w:t>
      </w:r>
    </w:p>
    <w:p>
      <w:r>
        <w:t>[Eh.. eh.. eh..]</w:t>
      </w:r>
    </w:p>
    <w:p>
      <w:r>
        <w:t>[Saba and the friends continue singing the melody:</w:t>
      </w:r>
    </w:p>
    <w:p>
      <w:r>
        <w:t>"Until He favors us.."</w:t>
      </w:r>
    </w:p>
    <w:p>
      <w:r>
        <w:t>Afterward they sing the melody:</w:t>
      </w:r>
    </w:p>
    <w:p>
      <w:r>
        <w:t>"You were revealed.."][10:18]</w:t>
      </w:r>
    </w:p>
    <w:p>
      <w:r>
        <w:t>Afterward they sing:</w:t>
      </w:r>
    </w:p>
    <w:p>
      <w:r>
        <w:t>"Na Naḥ Naḥma Naḥman meUman.." in the aforementioned melody]</w:t>
      </w:r>
    </w:p>
    <w:p>
      <w:r>
        <w:t>[Who am I?]</w:t>
      </w:r>
    </w:p>
    <w:p>
      <w:r>
        <w:t>[The friends continue singing:</w:t>
      </w:r>
    </w:p>
    <w:p>
      <w:r>
        <w:t>"Na Naḥ Naḥma Naḥman meUman.."]…</w:t>
      </w:r>
    </w:p>
    <w:p>
      <w:r>
        <w:t>...["The gentile, where is the gentile, gentile, gentile, gentile..”]</w:t>
      </w:r>
    </w:p>
    <w:p>
      <w:r>
        <w:t>[There is ‘Maariv’ here]</w:t>
      </w:r>
    </w:p>
    <w:p>
      <w:r>
        <w:t>[Shoyn, we arrived]…</w:t>
      </w:r>
    </w:p>
    <w:p>
      <w:r>
        <w:t>...(Saba coughs)</w:t>
      </w:r>
    </w:p>
    <w:p>
      <w:r>
        <w:t>[The cup, the cup, the cup, bring the cup]</w:t>
      </w:r>
    </w:p>
    <w:p>
      <w:r>
        <w:t>[Take it, Tzion…...]</w:t>
      </w:r>
    </w:p>
    <w:p>
      <w:r>
        <w:t>[Did you give up?]</w:t>
      </w:r>
    </w:p>
    <w:p>
      <w:r>
        <w:t>[His hat is here]</w:t>
      </w:r>
    </w:p>
    <w:p>
      <w:r>
        <w:t>[…...….]</w:t>
      </w:r>
    </w:p>
    <w:p>
      <w:r>
        <w:t>[……….]</w:t>
      </w:r>
    </w:p>
    <w:p>
      <w:r>
        <w:t>[Why?]…</w:t>
      </w:r>
    </w:p>
    <w:p>
      <w:r>
        <w:t>...Eh.. eh..</w:t>
      </w:r>
    </w:p>
    <w:p>
      <w:r>
        <w:t>[Eh.. eh.. eh.. eh..]</w:t>
      </w:r>
    </w:p>
    <w:p>
      <w:r>
        <w:t>Eh.. eh.. eh.. eh</w:t>
      </w:r>
    </w:p>
    <w:p>
      <w:r>
        <w:t>[……….]</w:t>
      </w:r>
    </w:p>
    <w:p>
      <w:r>
        <w:t>[……….]…</w:t>
      </w:r>
    </w:p>
    <w:p>
      <w:r>
        <w:t>...Eh?</w:t>
      </w:r>
    </w:p>
    <w:p>
      <w:r>
        <w:t>[He is asking whether the treatment helps, the doctor's treatment?] Nu?</w:t>
      </w:r>
    </w:p>
    <w:p>
      <w:r>
        <w:t>[There is someone here asking whether it helped you?]</w:t>
      </w:r>
    </w:p>
    <w:p>
      <w:r>
        <w:t>Eh, I don't know ,{I came one time}</w:t>
      </w:r>
    </w:p>
    <w:p>
      <w:r>
        <w:t>[He came only once]</w:t>
      </w:r>
    </w:p>
    <w:p>
      <w:r>
        <w:t>{One time}, we don't know</w:t>
      </w:r>
    </w:p>
    <w:p>
      <w:r>
        <w:t>[That is not enough time to know]</w:t>
      </w:r>
    </w:p>
    <w:p>
      <w:r>
        <w:t>{….}</w:t>
      </w:r>
    </w:p>
    <w:p>
      <w:r>
        <w:t>[He speaks Hebrew, not Yiddish?]</w:t>
      </w:r>
    </w:p>
    <w:p>
      <w:r>
        <w:t>[Both Yiddish and Hebrew]</w:t>
      </w:r>
    </w:p>
    <w:p>
      <w:r>
        <w:t>[…….]</w:t>
      </w:r>
    </w:p>
    <w:p>
      <w:r>
        <w:t>[He w.., he is a native of Teveria]</w:t>
      </w:r>
    </w:p>
    <w:p>
      <w:r>
        <w:t>[………]</w:t>
      </w:r>
    </w:p>
    <w:p>
      <w:r>
        <w:t>[..…….]</w:t>
      </w:r>
    </w:p>
    <w:p>
      <w:r>
        <w:t>[Me? A new immigrant]</w:t>
      </w:r>
    </w:p>
    <w:p>
      <w:r>
        <w:t>[……..]</w:t>
      </w:r>
    </w:p>
    <w:p>
      <w:r>
        <w:t>[From where?]</w:t>
      </w:r>
    </w:p>
    <w:p>
      <w:r>
        <w:t>[From France, France]</w:t>
      </w:r>
    </w:p>
    <w:p>
      <w:r>
        <w:t>[Eh, from France, eh, you can……….]</w:t>
      </w:r>
    </w:p>
    <w:p>
      <w:r>
        <w:t>[Oy, oy]</w:t>
      </w:r>
    </w:p>
    <w:p>
      <w:r>
        <w:t>[…….…]</w:t>
      </w:r>
    </w:p>
    <w:p>
      <w:r>
        <w:t>[……….]…</w:t>
      </w:r>
    </w:p>
    <w:p>
      <w:r>
        <w:t>...Eh?</w:t>
      </w:r>
    </w:p>
    <w:p>
      <w:r>
        <w:t>[He set you an appointment next week]</w:t>
      </w:r>
    </w:p>
    <w:p>
      <w:r>
        <w:t>On what day?</w:t>
      </w:r>
    </w:p>
    <w:p>
      <w:r>
        <w:t>[What day?]</w:t>
      </w:r>
    </w:p>
    <w:p>
      <w:r>
        <w:t>[On what day will we come?]</w:t>
      </w:r>
    </w:p>
    <w:p>
      <w:r>
        <w:t>[……]</w:t>
      </w:r>
    </w:p>
    <w:p>
      <w:r>
        <w:t>[Thursday, Wednesday, yalla]</w:t>
      </w:r>
    </w:p>
    <w:p>
      <w:r>
        <w:t>[Eh, telephone, the telephone]</w:t>
      </w:r>
    </w:p>
    <w:p>
      <w:r>
        <w:t>[…….]</w:t>
      </w:r>
    </w:p>
    <w:p>
      <w:r>
        <w:t>[I….]</w:t>
      </w:r>
    </w:p>
    <w:p>
      <w:r>
        <w:t>[Abba]</w:t>
      </w:r>
    </w:p>
    <w:p>
      <w:r>
        <w:t>[……]</w:t>
      </w:r>
    </w:p>
    <w:p>
      <w:r>
        <w:t>[How are things]</w:t>
      </w:r>
    </w:p>
    <w:p>
      <w:r>
        <w:t>[It will be all right, don't you worry, yalla..]</w:t>
      </w:r>
    </w:p>
    <w:p>
      <w:r>
        <w:t>[He says not to worry; it will be all right]</w:t>
      </w:r>
    </w:p>
    <w:p>
      <w:r>
        <w:t>[It will be all right with Hashem's help]</w:t>
      </w:r>
    </w:p>
    <w:p>
      <w:r>
        <w:t>What is his name?</w:t>
      </w:r>
    </w:p>
    <w:p>
      <w:r>
        <w:t>[This is Abu Yosef]</w:t>
      </w:r>
    </w:p>
    <w:p>
      <w:r>
        <w:t>Eh?</w:t>
      </w:r>
    </w:p>
    <w:p>
      <w:r>
        <w:t>[Abu Yosef, Abu Yosef]</w:t>
      </w:r>
    </w:p>
    <w:p>
      <w:r>
        <w:t>Abu Yosef</w:t>
      </w:r>
    </w:p>
    <w:p>
      <w:r>
        <w:t>[Be healthy for me, yalla, goodbye, next week bring him</w:t>
      </w:r>
    </w:p>
    <w:p>
      <w:r>
        <w:t>If you can position him a little like this]</w:t>
      </w:r>
    </w:p>
    <w:p>
      <w:r>
        <w:t>He said to come.. next week</w:t>
      </w:r>
    </w:p>
    <w:p>
      <w:r>
        <w:t>[Next week]</w:t>
      </w:r>
    </w:p>
    <w:p>
      <w:r>
        <w:t>[With Hashem's help]</w:t>
      </w:r>
    </w:p>
    <w:p>
      <w:r>
        <w:t>{On which?}</w:t>
      </w:r>
    </w:p>
    <w:p>
      <w:r>
        <w:t>[On Wednesday or on Thursday]</w:t>
      </w:r>
    </w:p>
    <w:p>
      <w:r>
        <w:t>{Yes}</w:t>
      </w:r>
    </w:p>
    <w:p>
      <w:r>
        <w:t>[Yalla, goodbye, Abba]</w:t>
      </w:r>
    </w:p>
    <w:p>
      <w:r>
        <w:t>[Goodbye, goodbye, habibi]</w:t>
      </w:r>
    </w:p>
    <w:p>
      <w:r>
        <w:t>[Good, see you]</w:t>
      </w:r>
    </w:p>
    <w:p>
      <w:r>
        <w:t>[See you]</w:t>
      </w:r>
    </w:p>
    <w:p>
      <w:r>
        <w:t>[……]...</w:t>
      </w:r>
    </w:p>
    <w:p>
      <w:r>
        <w:t>…{…..}</w:t>
      </w:r>
    </w:p>
    <w:p>
      <w:r>
        <w:t>[Come now.. hello, come, madam, sir]</w:t>
      </w:r>
    </w:p>
    <w:p>
      <w:r>
        <w:t>[Sir]</w:t>
      </w:r>
    </w:p>
    <w:p>
      <w:r>
        <w:t>[And you will go in; you will be with him shortly]...</w:t>
      </w:r>
    </w:p>
    <w:p>
      <w:r>
        <w:t>...[….]</w:t>
      </w:r>
    </w:p>
    <w:p>
      <w:r>
        <w:t>What?</w:t>
      </w:r>
    </w:p>
    <w:p>
      <w:r>
        <w:t>[We, we are in Haifa]</w:t>
      </w:r>
    </w:p>
    <w:p>
      <w:r>
        <w:t>Nu</w:t>
      </w:r>
    </w:p>
    <w:p>
      <w:r>
        <w:t>[It is possible to go to the Cave of Elijah the Prophet]</w:t>
      </w:r>
    </w:p>
    <w:p>
      <w:r>
        <w:t>Nu, if you want, I..</w:t>
      </w:r>
    </w:p>
    <w:p>
      <w:r>
        <w:t>[We, we want to, yes]</w:t>
      </w:r>
    </w:p>
    <w:p>
      <w:r>
        <w:t>I want to</w:t>
      </w:r>
    </w:p>
    <w:p>
      <w:r>
        <w:t>[All right]</w:t>
      </w:r>
    </w:p>
    <w:p>
      <w:r>
        <w:t>[Yes]</w:t>
      </w:r>
    </w:p>
    <w:p>
      <w:r>
        <w:t>[If we want to]</w:t>
      </w:r>
    </w:p>
    <w:p>
      <w:r>
        <w:t>[..Tzion, he said he wants to travel ….. the Cave of Elijah]</w:t>
      </w:r>
    </w:p>
    <w:p>
      <w:r>
        <w:t>[…..]</w:t>
      </w:r>
    </w:p>
    <w:p>
      <w:r>
        <w:t>[What is he saying? Uri]</w:t>
      </w:r>
    </w:p>
    <w:p>
      <w:r>
        <w:t>[Na Naḥ]</w:t>
      </w:r>
    </w:p>
    <w:p>
      <w:r>
        <w:t>[What did he say?]</w:t>
      </w:r>
    </w:p>
    <w:p>
      <w:r>
        <w:t>[I didn't hear]</w:t>
      </w:r>
    </w:p>
    <w:p>
      <w:r>
        <w:t>[…….…]</w:t>
      </w:r>
    </w:p>
    <w:p>
      <w:r>
        <w:t>[……….]</w:t>
      </w:r>
    </w:p>
    <w:p>
      <w:r>
        <w:t>Oy</w:t>
      </w:r>
    </w:p>
    <w:p>
      <w:r>
        <w:t>[Eh, put the pillow for him under the hand]</w:t>
      </w:r>
    </w:p>
    <w:p>
      <w:r>
        <w:t>[Is this all right? Saba]</w:t>
      </w:r>
    </w:p>
    <w:p>
      <w:r>
        <w:t>{Yes}</w:t>
      </w:r>
    </w:p>
    <w:p>
      <w:r>
        <w:t>[..A little, a little, a little there..]</w:t>
      </w:r>
    </w:p>
    <w:p>
      <w:r>
        <w:t>[That's it?]</w:t>
      </w:r>
    </w:p>
    <w:p>
      <w:r>
        <w:t>[Gideon, take]</w:t>
      </w:r>
    </w:p>
    <w:p>
      <w:r>
        <w:t>[This is…..]</w:t>
      </w:r>
    </w:p>
    <w:p>
      <w:r>
        <w:t>Do you know where the cave is?</w:t>
      </w:r>
    </w:p>
    <w:p>
      <w:r>
        <w:t>[Yes]</w:t>
      </w:r>
    </w:p>
    <w:p>
      <w:r>
        <w:t>[Yes, we know]…</w:t>
      </w:r>
    </w:p>
    <w:p>
      <w:r>
        <w:t>...[Rebbe Yisroel, Rabbainu was here]</w:t>
      </w:r>
    </w:p>
    <w:p>
      <w:r>
        <w:t>Yes</w:t>
      </w:r>
    </w:p>
    <w:p>
      <w:r>
        <w:t>[Yes, when he came to the Land, on.. on.. the eve of Rosh Hashanah]</w:t>
      </w:r>
    </w:p>
    <w:p>
      <w:r>
        <w:t>He {described\pictured} to himself how Elijah the Prophet sits and spea.., speaks with Hashem Yisbarach</w:t>
      </w:r>
    </w:p>
    <w:p>
      <w:r>
        <w:t>{Here in the cave, yes}</w:t>
      </w:r>
    </w:p>
    <w:p>
      <w:r>
        <w:t>He had hisbodedus in the cave, and he spoke with Hashem Yisbarach in the cave</w:t>
      </w:r>
    </w:p>
    <w:p>
      <w:r>
        <w:t>[He was in great joy wh.. when he came here]</w:t>
      </w:r>
    </w:p>
    <w:p>
      <w:r>
        <w:t>Ho</w:t>
      </w:r>
    </w:p>
    <w:p>
      <w:r>
        <w:t>[Do you remember?]</w:t>
      </w:r>
    </w:p>
    <w:p>
      <w:r>
        <w:t>Yes</w:t>
      </w:r>
    </w:p>
    <w:p>
      <w:r>
        <w:t>[He said that Rabbainu had hisbodedus; he pictured to himself how Elijah the Prophet was here..]...</w:t>
      </w:r>
    </w:p>
    <w:p>
      <w:r>
        <w:t>...[Rebbe Yisroel, it was on the eve of Rosh Hashanah when he came here, Rabbainu; it was on the eve of Rosh Hashanah]</w:t>
      </w:r>
    </w:p>
    <w:p>
      <w:r>
        <w:t>{I don't know, I don't remember}</w:t>
      </w:r>
    </w:p>
    <w:p>
      <w:r>
        <w:t>[..……]</w:t>
      </w:r>
    </w:p>
    <w:p>
      <w:r>
        <w:t>[……..]…</w:t>
      </w:r>
    </w:p>
    <w:p>
      <w:r>
        <w:t>...[The friends sing:</w:t>
      </w:r>
    </w:p>
    <w:p>
      <w:r>
        <w:t>"Behold, I am sending you Eliyahu the Prophet, before the coming of the great and awesome day of Hashem</w:t>
      </w:r>
    </w:p>
    <w:p>
      <w:r>
        <w:t>And he shall turn the heart of fathers toward sons, and the heart of sons toward their fathers.."</w:t>
      </w:r>
    </w:p>
    <w:p>
      <w:r>
        <w:t>Afterward they sing:</w:t>
      </w:r>
    </w:p>
    <w:p>
      <w:r>
        <w:t>"Na Nach Nachma Nachman MeUman.."</w:t>
      </w:r>
    </w:p>
    <w:p>
      <w:r>
        <w:t>Afterward they sing:</w:t>
      </w:r>
    </w:p>
    <w:p>
      <w:r>
        <w:t>"When Adar enters, one increases in joy</w:t>
      </w:r>
    </w:p>
    <w:p>
      <w:r>
        <w:t>And it was reversed, such that the Jews themselves would rule over their enemies.."</w:t>
      </w:r>
    </w:p>
    <w:p>
      <w:r>
        <w:t>Afterward they sing:</w:t>
      </w:r>
    </w:p>
    <w:p>
      <w:r>
        <w:t>"A person is obligated to become intoxicated, until he does not know.."</w:t>
      </w:r>
    </w:p>
    <w:p>
      <w:r>
        <w:t>Afterward they sing:</w:t>
      </w:r>
    </w:p>
    <w:p>
      <w:r>
        <w:t>"The rose of Yaakov rejoiced and was glad, when they together saw the royal blue of Mordechai</w:t>
      </w:r>
    </w:p>
    <w:p>
      <w:r>
        <w:t>Their salvation was forever, and their hope in every generation and generation</w:t>
      </w:r>
    </w:p>
    <w:p>
      <w:r>
        <w:t>To make known, to make known, to make known.."]…</w:t>
      </w:r>
    </w:p>
    <w:p>
      <w:r>
        <w:br w:type="page"/>
      </w:r>
    </w:p>
    <w:p>
      <w:pPr>
        <w:pStyle w:val="Heading1"/>
      </w:pPr>
      <w:r>
        <w:t>Tape 70</w:t>
      </w:r>
    </w:p>
    <w:p>
      <w:pPr>
        <w:pStyle w:val="Heading2"/>
      </w:pPr>
      <w:r>
        <w:t>Side A (Aleph)</w:t>
      </w:r>
    </w:p>
    <w:p>
      <w:r>
        <w:t>...I came to Rav Moshe Blum, Blu, Blu, Blu, Blu, and I told him:</w:t>
      </w:r>
    </w:p>
    <w:p>
      <w:r>
        <w:t>"I have ten children, and I have no bread to give them"</w:t>
      </w:r>
    </w:p>
    <w:p>
      <w:r>
        <w:t>He said:</w:t>
      </w:r>
    </w:p>
    <w:p>
      <w:r>
        <w:t>"I will see, I will speak, I will speak with this one, I will speak.."</w:t>
      </w:r>
    </w:p>
    <w:p>
      <w:r>
        <w:t>He did not speak and did nothing at all; I had no bread to give them</w:t>
      </w:r>
    </w:p>
    <w:p>
      <w:r>
        <w:t>One son {..} became.. passed away, passed away from hunger; he became swollen, and gave up his soul, from hunger</w:t>
      </w:r>
    </w:p>
    <w:p>
      <w:r>
        <w:t>{…}</w:t>
      </w:r>
    </w:p>
    <w:p>
      <w:r>
        <w:t>I am not telling a lie, that is how it was</w:t>
      </w:r>
    </w:p>
    <w:p>
      <w:r>
        <w:t>{..} One son passed away, became swollen, and passed away from hunger, {…}</w:t>
      </w:r>
    </w:p>
    <w:p>
      <w:r>
        <w:t>[……………]</w:t>
      </w:r>
    </w:p>
    <w:p>
      <w:r>
        <w:t>[……………]</w:t>
      </w:r>
    </w:p>
    <w:p>
      <w:r>
        <w:t>Ah.. ah..</w:t>
      </w:r>
    </w:p>
    <w:p>
      <w:r>
        <w:t>[………..…..]</w:t>
      </w:r>
    </w:p>
    <w:p>
      <w:r>
        <w:t>Ah..</w:t>
      </w:r>
    </w:p>
    <w:p>
      <w:r>
        <w:t>[…………….]</w:t>
      </w:r>
    </w:p>
    <w:p>
      <w:r>
        <w:t>[………..…..]</w:t>
      </w:r>
    </w:p>
    <w:p>
      <w:r>
        <w:t>[What is new? Saba]</w:t>
      </w:r>
    </w:p>
    <w:p>
      <w:r>
        <w:t>Oy, oy..</w:t>
      </w:r>
    </w:p>
    <w:p>
      <w:r>
        <w:t>The children grew up, and blessed be Hashem, one passed away, and nine remained, yes</w:t>
      </w:r>
    </w:p>
    <w:p>
      <w:r>
        <w:t>But they already, some of them have already passed away</w:t>
      </w:r>
    </w:p>
    <w:p>
      <w:r>
        <w:t>Today I have no burden; I had a burden, ten children; today I have no burden, they {..} married</w:t>
      </w:r>
    </w:p>
    <w:p>
      <w:r>
        <w:t>And.. and I became a free man, yes</w:t>
      </w:r>
    </w:p>
    <w:p>
      <w:r>
        <w:t>They would say: "Father, bread, bread, bread"</w:t>
      </w:r>
    </w:p>
    <w:p>
      <w:r>
        <w:t>[…….….…]</w:t>
      </w:r>
    </w:p>
    <w:p>
      <w:r>
        <w:t>[……..…...]</w:t>
      </w:r>
    </w:p>
    <w:p>
      <w:r>
        <w:t>No, no {I had}, ah, {I have no one to drive me, a debt}</w:t>
      </w:r>
    </w:p>
    <w:p>
      <w:r>
        <w:t>"Bread, bread, bread"</w:t>
      </w:r>
    </w:p>
    <w:p>
      <w:r>
        <w:t>One child became swollen, and gave up his sou.., ah.. and within several days gave up his soul, and felt the taste of death there was no bread to eat, {…}</w:t>
      </w:r>
    </w:p>
    <w:p>
      <w:r>
        <w:t>[……….…]</w:t>
      </w:r>
    </w:p>
    <w:p>
      <w:r>
        <w:t>[…….…...]</w:t>
      </w:r>
    </w:p>
    <w:p>
      <w:r>
        <w:t>I came to Rav Moshe {Blum}, and told him:</w:t>
      </w:r>
    </w:p>
    <w:p>
      <w:r>
        <w:t>"The children are small, ten children, I have no bread to give them"</w:t>
      </w:r>
    </w:p>
    <w:p>
      <w:r>
        <w:t>He said:</w:t>
      </w:r>
    </w:p>
    <w:p>
      <w:r>
        <w:t>"I will see, I will speak, I, I, I, I..", and did nothing</w:t>
      </w:r>
    </w:p>
    <w:p>
      <w:r>
        <w:t>{...} told me:</w:t>
      </w:r>
    </w:p>
    <w:p>
      <w:r>
        <w:t>"Today I have no time, I need to go abroad for Israel and for the entire matter of the Redemption for {…}.. Israel, the.. for, for.. Israel, I have no time today"</w:t>
      </w:r>
    </w:p>
    <w:p>
      <w:r>
        <w:t>He went to the ship, and passed away on the ship</w:t>
      </w:r>
    </w:p>
    <w:p>
      <w:r>
        <w:t>And they brought him great doctors, {and he was not hungry at all}</w:t>
      </w:r>
    </w:p>
    <w:p>
      <w:r>
        <w:t>He said to me: "I will see, I will arrange it, I will speak..", and did nothing</w:t>
      </w:r>
    </w:p>
    <w:p>
      <w:r>
        <w:t>He went abroad on the ship, and became ill, and passed away on the ship; Rav Moshe {Blum}, "Agudas Yisroel", the head of "Agudas Yisroel", told me:</w:t>
      </w:r>
    </w:p>
    <w:p>
      <w:r>
        <w:t>"I will speak with this one, with this one, I, I, I will see", and did nothing</w:t>
      </w:r>
    </w:p>
    <w:p>
      <w:r>
        <w:t>I owed ten groschen for a month, for the children, and they sent them home</w:t>
      </w:r>
    </w:p>
    <w:p>
      <w:r>
        <w:t>{Because} I do not have ten groschen to pay, to pay {tuition}</w:t>
      </w:r>
    </w:p>
    <w:p>
      <w:r>
        <w:t>Ah, ah</w:t>
      </w:r>
    </w:p>
    <w:p>
      <w:r>
        <w:t>[There is joy]</w:t>
      </w:r>
    </w:p>
    <w:p>
      <w:r>
        <w:t>[……….…..]</w:t>
      </w:r>
    </w:p>
    <w:p>
      <w:r>
        <w:t>[…….……..]</w:t>
      </w:r>
    </w:p>
    <w:p>
      <w:r>
        <w:t>["Na Nach Nachma Nachman MeUman"]</w:t>
      </w:r>
    </w:p>
    <w:p>
      <w:r>
        <w:t>Bread for..</w:t>
      </w:r>
    </w:p>
    <w:p>
      <w:r>
        <w:t>[What?]</w:t>
      </w:r>
    </w:p>
    <w:p>
      <w:r>
        <w:t>For the children, there is none, he: "I will see, I will make an effort, I will speak", but he did nothing</w:t>
      </w:r>
    </w:p>
    <w:p>
      <w:r>
        <w:t>One son {..}, he became swollen and an.., and.. died; he died from hunger</w:t>
      </w:r>
    </w:p>
    <w:p>
      <w:r>
        <w:t>[………..]</w:t>
      </w:r>
    </w:p>
    <w:p>
      <w:r>
        <w:t>[………..]</w:t>
      </w:r>
    </w:p>
    <w:p>
      <w:r>
        <w:t>[Na..]</w:t>
      </w:r>
    </w:p>
    <w:p>
      <w:r>
        <w:t>[Na..]</w:t>
      </w:r>
    </w:p>
    <w:p>
      <w:r>
        <w:t>[Nach..]</w:t>
      </w:r>
    </w:p>
    <w:p>
      <w:r>
        <w:t>[Nachma..]</w:t>
      </w:r>
    </w:p>
    <w:p>
      <w:r>
        <w:t>[Nachma..]</w:t>
      </w:r>
    </w:p>
    <w:p>
      <w:r>
        <w:t>Nachma</w:t>
      </w:r>
    </w:p>
    <w:p>
      <w:r>
        <w:t>[MeUman]</w:t>
      </w:r>
    </w:p>
    <w:p>
      <w:r>
        <w:t>[M..]</w:t>
      </w:r>
    </w:p>
    <w:p>
      <w:r>
        <w:t>Nachman..</w:t>
      </w:r>
    </w:p>
    <w:p>
      <w:r>
        <w:t>[M..]</w:t>
      </w:r>
    </w:p>
    <w:p>
      <w:r>
        <w:t>MeUman</w:t>
      </w:r>
    </w:p>
    <w:p>
      <w:r>
        <w:t>[MeUman]</w:t>
      </w:r>
    </w:p>
    <w:p>
      <w:r>
        <w:t>["Na Nach Nachma..”]</w:t>
      </w:r>
    </w:p>
    <w:p>
      <w:r>
        <w:t>[Na..]</w:t>
      </w:r>
    </w:p>
    <w:p>
      <w:r>
        <w:t>[..]</w:t>
      </w:r>
    </w:p>
    <w:p>
      <w:r>
        <w:t>[He says "Na Nach"]</w:t>
      </w:r>
    </w:p>
    <w:p>
      <w:r>
        <w:t>[Na..]</w:t>
      </w:r>
    </w:p>
    <w:p>
      <w:r>
        <w:t>[Na..]</w:t>
      </w:r>
    </w:p>
    <w:p>
      <w:r>
        <w:t>[Nach..]</w:t>
      </w:r>
    </w:p>
    <w:p>
      <w:r>
        <w:t>[Nach..]</w:t>
      </w:r>
    </w:p>
    <w:p>
      <w:r>
        <w:t>[Nachma..]</w:t>
      </w:r>
    </w:p>
    <w:p>
      <w:r>
        <w:t>[..]</w:t>
      </w:r>
    </w:p>
    <w:p>
      <w:r>
        <w:t>[Nachman..]</w:t>
      </w:r>
    </w:p>
    <w:p>
      <w:r>
        <w:t>[..]</w:t>
      </w:r>
    </w:p>
    <w:p>
      <w:r>
        <w:t>If he had money, he would give me for the.. {{…}} for ten children</w:t>
      </w:r>
    </w:p>
    <w:p>
      <w:r>
        <w:t>For the children's bread, he would give me bread</w:t>
      </w:r>
    </w:p>
    <w:p>
      <w:r>
        <w:t>{Oy, he}, I had bread; each time the burden became more, more easy</w:t>
      </w:r>
    </w:p>
    <w:p>
      <w:r>
        <w:t>Because the children grew up, and.. and.. I did not have deb.., debts</w:t>
      </w:r>
    </w:p>
    <w:p>
      <w:r>
        <w:t>They: "Father, give me, give us bread"; I had none to give them</w:t>
      </w:r>
    </w:p>
    <w:p>
      <w:r>
        <w:t>[…………]</w:t>
      </w:r>
    </w:p>
    <w:p>
      <w:r>
        <w:t>[……….…...]</w:t>
      </w:r>
    </w:p>
    <w:p>
      <w:r>
        <w:t>{..} I had bread; the children asked for bread, and I had none to give them..</w:t>
      </w:r>
    </w:p>
    <w:p>
      <w:r>
        <w:t>[..….…...…] [………...…]</w:t>
      </w:r>
    </w:p>
    <w:p>
      <w:r>
        <w:t>[Is the Redemption near? Saba]</w:t>
      </w:r>
    </w:p>
    <w:p>
      <w:r>
        <w:t>{..} I do not know, no.., I do not know with whom I am speaking, {...} whether I am speaking with the president</w:t>
      </w:r>
    </w:p>
    <w:p>
      <w:r>
        <w:t>[I am Avraham]</w:t>
      </w:r>
    </w:p>
    <w:p>
      <w:r>
        <w:t>Ah?</w:t>
      </w:r>
    </w:p>
    <w:p>
      <w:r>
        <w:t>[I am Avraham]</w:t>
      </w:r>
    </w:p>
    <w:p>
      <w:r>
        <w:t>Ah, yes..</w:t>
      </w:r>
    </w:p>
    <w:p>
      <w:r>
        <w:t>[……..]</w:t>
      </w:r>
    </w:p>
    <w:p>
      <w:r>
        <w:t>"A new president"</w:t>
      </w:r>
    </w:p>
    <w:p>
      <w:r>
        <w:t>["A new president"]</w:t>
      </w:r>
    </w:p>
    <w:p>
      <w:r>
        <w:t>[I am Avraham, Saba]</w:t>
      </w:r>
    </w:p>
    <w:p>
      <w:r>
        <w:t>. The children.., do not be afraid, the children have already grown up, the burden was on me, not on you</w:t>
      </w:r>
    </w:p>
    <w:p>
      <w:r>
        <w:t>[………..]</w:t>
      </w:r>
    </w:p>
    <w:p>
      <w:r>
        <w:t>[…….….]</w:t>
      </w:r>
    </w:p>
    <w:p>
      <w:r>
        <w:t>Blessed be Hashem..</w:t>
      </w:r>
    </w:p>
    <w:p>
      <w:r>
        <w:t>[Blessed be Hashem]</w:t>
      </w:r>
    </w:p>
    <w:p>
      <w:r>
        <w:t>Today I have no burden, the children grew up, and they have bread to eat, and I..</w:t>
      </w:r>
    </w:p>
    <w:p>
      <w:r>
        <w:t>[We have {sugar}, there is..]</w:t>
      </w:r>
    </w:p>
    <w:p>
      <w:r>
        <w:t>And I already have freedom</w:t>
      </w:r>
    </w:p>
    <w:p>
      <w:r>
        <w:t>[Freedom]</w:t>
      </w:r>
    </w:p>
    <w:p>
      <w:r>
        <w:t>Yes</w:t>
      </w:r>
    </w:p>
    <w:p>
      <w:r>
        <w:t>[..”A new president".. Sit, what is your name?]</w:t>
      </w:r>
    </w:p>
    <w:p>
      <w:r>
        <w:t>[……..]</w:t>
      </w:r>
    </w:p>
    <w:p>
      <w:r>
        <w:t>[Do you live here?]</w:t>
      </w:r>
    </w:p>
    <w:p>
      <w:r>
        <w:t>[………]</w:t>
      </w:r>
    </w:p>
    <w:p>
      <w:r>
        <w:t>[Take, an apple ….. Do you know Saba?]</w:t>
      </w:r>
    </w:p>
    <w:p>
      <w:r>
        <w:t>[…]</w:t>
      </w:r>
    </w:p>
    <w:p>
      <w:r>
        <w:t>[The first time you.. you have a merit]</w:t>
      </w:r>
    </w:p>
    <w:p>
      <w:r>
        <w:t>[………..]</w:t>
      </w:r>
    </w:p>
    <w:p>
      <w:r>
        <w:t>[………..]</w:t>
      </w:r>
    </w:p>
    <w:p>
      <w:r>
        <w:t>[…….money]</w:t>
      </w:r>
    </w:p>
    <w:p>
      <w:r>
        <w:t>[Is it possible to receive a blessing?]</w:t>
      </w:r>
    </w:p>
    <w:p>
      <w:r>
        <w:t>[Yes]</w:t>
      </w:r>
    </w:p>
    <w:p>
      <w:r>
        <w:t>[…]</w:t>
      </w:r>
    </w:p>
    <w:p>
      <w:r>
        <w:t>[Come, tell him]</w:t>
      </w:r>
    </w:p>
    <w:p>
      <w:r>
        <w:t>[Yaakov, he wants a blessing]</w:t>
      </w:r>
    </w:p>
    <w:p>
      <w:r>
        <w:t>{…}</w:t>
      </w:r>
    </w:p>
    <w:p>
      <w:r>
        <w:t>[Na..]</w:t>
      </w:r>
    </w:p>
    <w:p>
      <w:r>
        <w:t>I had a miracle; it was already {..} noon on the eve of Sukkos, I had no sukkah, I had no four species; blessed be Hashem, I have four species and I have a very beautiful sukkah, which Avraham gave me</w:t>
      </w:r>
    </w:p>
    <w:p>
      <w:r>
        <w:t>He came from France, and brought me a sukkah..</w:t>
      </w:r>
    </w:p>
    <w:p>
      <w:r>
        <w:t>And I have a very beautiful sukkah</w:t>
      </w:r>
    </w:p>
    <w:p>
      <w:r>
        <w:t>[………]</w:t>
      </w:r>
    </w:p>
    <w:p>
      <w:r>
        <w:t>[………]</w:t>
      </w:r>
    </w:p>
    <w:p>
      <w:r>
        <w:t>[Is it possible to receive?]</w:t>
      </w:r>
    </w:p>
    <w:p>
      <w:r>
        <w:t>[Yes, yes.. Saba]</w:t>
      </w:r>
    </w:p>
    <w:p>
      <w:r>
        <w:t>Ah?</w:t>
      </w:r>
    </w:p>
    <w:p>
      <w:r>
        <w:t>[There is someone who wants to receive a blessing]</w:t>
      </w:r>
    </w:p>
    <w:p>
      <w:r>
        <w:t>Ah?</w:t>
      </w:r>
    </w:p>
    <w:p>
      <w:r>
        <w:t>[There is one who wants to receive a blessing]</w:t>
      </w:r>
    </w:p>
    <w:p>
      <w:r>
        <w:t>Ah.. then tell him {tomorrow\a blessing}</w:t>
      </w:r>
    </w:p>
    <w:p>
      <w:r>
        <w:t>[Ah?]</w:t>
      </w:r>
    </w:p>
    <w:p>
      <w:r>
        <w:t>Then tell him blessing and success, good?</w:t>
      </w:r>
    </w:p>
    <w:p>
      <w:r>
        <w:t>[..Tell him your name]</w:t>
      </w:r>
    </w:p>
    <w:p>
      <w:r>
        <w:t>[Yaakov]</w:t>
      </w:r>
    </w:p>
    <w:p>
      <w:r>
        <w:t>[His name is Yaakov]</w:t>
      </w:r>
    </w:p>
    <w:p>
      <w:r>
        <w:t>[Yaakov Brochel son of..]</w:t>
      </w:r>
    </w:p>
    <w:p>
      <w:r>
        <w:t>His name is Yaakov?</w:t>
      </w:r>
    </w:p>
    <w:p>
      <w:r>
        <w:t>[His name is Yaakov]</w:t>
      </w:r>
    </w:p>
    <w:p>
      <w:r>
        <w:t>Yaakov Levi</w:t>
      </w:r>
    </w:p>
    <w:p>
      <w:r>
        <w:t>[Not Levi, not Levi]</w:t>
      </w:r>
    </w:p>
    <w:p>
      <w:r>
        <w:t>Not Levi</w:t>
      </w:r>
    </w:p>
    <w:p>
      <w:r>
        <w:t>[Yaakov Brochel]</w:t>
      </w:r>
    </w:p>
    <w:p>
      <w:r>
        <w:t>[Brochel, Yaakov Brochel]</w:t>
      </w:r>
    </w:p>
    <w:p>
      <w:r>
        <w:t>Ah..</w:t>
      </w:r>
    </w:p>
    <w:p>
      <w:r>
        <w:t>[Son of..]</w:t>
      </w:r>
    </w:p>
    <w:p>
      <w:r>
        <w:t>[Laura]</w:t>
      </w:r>
    </w:p>
    <w:p>
      <w:r>
        <w:t>[Laura, Yaakov Berochal son of Laura, give him a blessing, Saba] Hashem should bless him with all {..} the blessings {…}, with all the salvations [Amen]</w:t>
      </w:r>
    </w:p>
    <w:p>
      <w:r>
        <w:t>Good?</w:t>
      </w:r>
    </w:p>
    <w:p>
      <w:r>
        <w:t>[A good blessing]</w:t>
      </w:r>
    </w:p>
    <w:p>
      <w:r>
        <w:t>[I live in the United States]</w:t>
      </w:r>
    </w:p>
    <w:p>
      <w:r>
        <w:t>[Say it loudly]</w:t>
      </w:r>
    </w:p>
    <w:p>
      <w:r>
        <w:t>[I live in the United States]</w:t>
      </w:r>
    </w:p>
    <w:p>
      <w:r>
        <w:t>Yes? Where do you live?</w:t>
      </w:r>
    </w:p>
    <w:p>
      <w:r>
        <w:t>[‘Elizabeth’]</w:t>
      </w:r>
    </w:p>
    <w:p>
      <w:r>
        <w:t>Maybe you have a room to give me to sleep in?</w:t>
      </w:r>
    </w:p>
    <w:p>
      <w:r>
        <w:t>[..I am only a young man, of the parents, {from the alpanan}]</w:t>
      </w:r>
    </w:p>
    <w:p>
      <w:r>
        <w:t>But I do not have an apartment</w:t>
      </w:r>
    </w:p>
    <w:p>
      <w:r>
        <w:t>[I have an apartment, Saba, I]</w:t>
      </w:r>
    </w:p>
    <w:p>
      <w:r>
        <w:t>Yes?</w:t>
      </w:r>
    </w:p>
    <w:p>
      <w:r>
        <w:t>[Come with me]</w:t>
      </w:r>
    </w:p>
    <w:p>
      <w:r>
        <w:t>Eh?</w:t>
      </w:r>
    </w:p>
    <w:p>
      <w:r>
        <w:t>[Avraham]</w:t>
      </w:r>
    </w:p>
    <w:p>
      <w:r>
        <w:t>Nu</w:t>
      </w:r>
    </w:p>
    <w:p>
      <w:r>
        <w:t>[Avraham has an apartment]</w:t>
      </w:r>
    </w:p>
    <w:p>
      <w:r>
        <w:t>You are Avraham?</w:t>
      </w:r>
    </w:p>
    <w:p>
      <w:r>
        <w:t>[Yes]</w:t>
      </w:r>
    </w:p>
    <w:p>
      <w:r>
        <w:t>Do you have an apartment?</w:t>
      </w:r>
    </w:p>
    <w:p>
      <w:r>
        <w:t>[There is everything, blessed be Hashem, only to say “Na Nach”]</w:t>
      </w:r>
    </w:p>
    <w:p>
      <w:r>
        <w:t>[…] [….…]</w:t>
      </w:r>
    </w:p>
    <w:p>
      <w:r>
        <w:t>[Ah.. this is Lubavitch, in New York, Brooklyn.. ah, after..]</w:t>
      </w:r>
    </w:p>
    <w:p>
      <w:r>
        <w:t>[..]</w:t>
      </w:r>
    </w:p>
    <w:p>
      <w:r>
        <w:t>[Not from Europe?]</w:t>
      </w:r>
    </w:p>
    <w:p>
      <w:r>
        <w:t>[No]</w:t>
      </w:r>
    </w:p>
    <w:p>
      <w:r>
        <w:t>[Fullerberg………</w:t>
      </w:r>
    </w:p>
    <w:p>
      <w:r>
        <w:t>Did you hear in America? In the United States, did you hear?]</w:t>
      </w:r>
    </w:p>
    <w:p>
      <w:r>
        <w:t>[Only now]</w:t>
      </w:r>
    </w:p>
    <w:p>
      <w:r>
        <w:t>[Now? Who told you?]</w:t>
      </w:r>
    </w:p>
    <w:p>
      <w:r>
        <w:t>[Someone]</w:t>
      </w:r>
    </w:p>
    <w:p>
      <w:r>
        <w:t>[Ah..]</w:t>
      </w:r>
    </w:p>
    <w:p>
      <w:r>
        <w:t>[Daniel, Rabbi Daniel]</w:t>
      </w:r>
    </w:p>
    <w:p>
      <w:r>
        <w:t>[Daniel Ambash, no?]</w:t>
      </w:r>
    </w:p>
    <w:p>
      <w:r>
        <w:t>[…..…]</w:t>
      </w:r>
    </w:p>
    <w:p>
      <w:r>
        <w:t>[…..…]</w:t>
      </w:r>
    </w:p>
    <w:p>
      <w:r>
        <w:t>[He.. has a beard?]</w:t>
      </w:r>
    </w:p>
    <w:p>
      <w:r>
        <w:t>[Yes]</w:t>
      </w:r>
    </w:p>
    <w:p>
      <w:r>
        <w:t>[Yes, that is Daniel Ambash, I know him]</w:t>
      </w:r>
    </w:p>
    <w:p>
      <w:r>
        <w:t>[Who is he?]</w:t>
      </w:r>
    </w:p>
    <w:p>
      <w:r>
        <w:t>[Oh, oh.. this is new, a novelty in the world, ……I do not have the strength to speak]</w:t>
      </w:r>
    </w:p>
    <w:p>
      <w:r>
        <w:t>[……….]</w:t>
      </w:r>
    </w:p>
    <w:p>
      <w:r>
        <w:t>[…….…]</w:t>
      </w:r>
    </w:p>
    <w:p>
      <w:r>
        <w:t>[You spoke with Matudi also]</w:t>
      </w:r>
    </w:p>
    <w:p>
      <w:r>
        <w:t>[The Redemption is only through “Na Nach,” or.. {Uman is finished….}]</w:t>
      </w:r>
    </w:p>
    <w:p>
      <w:r>
        <w:t>[He speaks English, you speak English, Hashem have mercy..]</w:t>
      </w:r>
    </w:p>
    <w:p>
      <w:r>
        <w:t>[…]</w:t>
      </w:r>
    </w:p>
    <w:p>
      <w:r>
        <w:t>[He speaks English]</w:t>
      </w:r>
    </w:p>
    <w:p>
      <w:r>
        <w:t>[Hebrew, Hebrew]</w:t>
      </w:r>
    </w:p>
    <w:p>
      <w:r>
        <w:t>[…]</w:t>
      </w:r>
    </w:p>
    <w:p>
      <w:r>
        <w:t>[He received a letter from Heaven, from Heaven]</w:t>
      </w:r>
    </w:p>
    <w:p>
      <w:r>
        <w:t>[Yes]</w:t>
      </w:r>
    </w:p>
    <w:p>
      <w:r>
        <w:t>[Did you hear? And Rebbe Nachman put it there in the note like this..]</w:t>
      </w:r>
    </w:p>
    <w:p>
      <w:r>
        <w:t>[{……}]</w:t>
      </w:r>
    </w:p>
    <w:p>
      <w:r>
        <w:t>[Do not say “Na Nach,” that is it, did you hear? He said every Torah…… “Na Nach”]</w:t>
      </w:r>
    </w:p>
    <w:p>
      <w:r>
        <w:t>[He said about the photo]</w:t>
      </w:r>
    </w:p>
    <w:p>
      <w:r>
        <w:t>[Put it at the end]</w:t>
      </w:r>
    </w:p>
    <w:p>
      <w:r>
        <w:t>[Do you speak Chinese?]</w:t>
      </w:r>
    </w:p>
    <w:p>
      <w:r>
        <w:t>[What?]</w:t>
      </w:r>
    </w:p>
    <w:p>
      <w:r>
        <w:t>[..]</w:t>
      </w:r>
    </w:p>
    <w:p>
      <w:r>
        <w:t>[Yiddish?]</w:t>
      </w:r>
    </w:p>
    <w:p>
      <w:r>
        <w:t>[Yes]</w:t>
      </w:r>
    </w:p>
    <w:p>
      <w:r>
        <w:t>[{One cannot see anything}]</w:t>
      </w:r>
    </w:p>
    <w:p>
      <w:r>
        <w:t>[Yes, you do not speak Chinese?………]</w:t>
      </w:r>
    </w:p>
    <w:p>
      <w:r>
        <w:t>[What?]</w:t>
      </w:r>
    </w:p>
    <w:p>
      <w:r>
        <w:t>[You do not speak Chinese? What do you speak? Hebrew?]</w:t>
      </w:r>
    </w:p>
    <w:p>
      <w:r>
        <w:t>[English]</w:t>
      </w:r>
    </w:p>
    <w:p>
      <w:r>
        <w:t>[French? No?]</w:t>
      </w:r>
    </w:p>
    <w:p>
      <w:r>
        <w:t>[….…]</w:t>
      </w:r>
    </w:p>
    <w:p>
      <w:r>
        <w:t>[…….]</w:t>
      </w:r>
    </w:p>
    <w:p>
      <w:r>
        <w:t>[Do you speak Tunisian? No?]</w:t>
      </w:r>
    </w:p>
    <w:p>
      <w:r>
        <w:t>[Arabic]</w:t>
      </w:r>
    </w:p>
    <w:p>
      <w:r>
        <w:t>[You speak Arabic? Ah.. you speak Arabic?]</w:t>
      </w:r>
    </w:p>
    <w:p>
      <w:r>
        <w:t>[A little]</w:t>
      </w:r>
    </w:p>
    <w:p>
      <w:r>
        <w:t>[A little]</w:t>
      </w:r>
    </w:p>
    <w:p>
      <w:r>
        <w:t>[Come see..]</w:t>
      </w:r>
    </w:p>
    <w:p>
      <w:r>
        <w:t>[{Did this arrive} from America, Arabic?..]</w:t>
      </w:r>
    </w:p>
    <w:p>
      <w:r>
        <w:t>[Do you live in America?]</w:t>
      </w:r>
    </w:p>
    <w:p>
      <w:r>
        <w:t>[How do you speak Arabic? Is there Arabic in America?]</w:t>
      </w:r>
    </w:p>
    <w:p>
      <w:r>
        <w:t>[Yes, my mother]</w:t>
      </w:r>
    </w:p>
    <w:p>
      <w:r>
        <w:t>[Really? From which.., where is she from?]</w:t>
      </w:r>
    </w:p>
    <w:p>
      <w:r>
        <w:t>[Lebanon]</w:t>
      </w:r>
    </w:p>
    <w:p>
      <w:r>
        <w:t>[Lebanon? In Lebanon they speak {….}?]</w:t>
      </w:r>
    </w:p>
    <w:p>
      <w:r>
        <w:t>[Arabic]</w:t>
      </w:r>
    </w:p>
    <w:p>
      <w:r>
        <w:t>[……….]</w:t>
      </w:r>
    </w:p>
    <w:p>
      <w:r>
        <w:t>[……….]</w:t>
      </w:r>
    </w:p>
    <w:p>
      <w:r>
        <w:t>[And your father is in the United States? Yes?]</w:t>
      </w:r>
    </w:p>
    <w:p>
      <w:r>
        <w:t>[..]</w:t>
      </w:r>
    </w:p>
    <w:p>
      <w:r>
        <w:t>[Blessed be Hashem, you have a great merit]</w:t>
      </w:r>
    </w:p>
    <w:p>
      <w:r>
        <w:t>[……]</w:t>
      </w:r>
    </w:p>
    <w:p>
      <w:r>
        <w:t>[The light of the Creation of the world]</w:t>
      </w:r>
    </w:p>
    <w:p>
      <w:r>
        <w:t>[…………..]</w:t>
      </w:r>
    </w:p>
    <w:p>
      <w:r>
        <w:t>[…….…….]</w:t>
      </w:r>
    </w:p>
    <w:p>
      <w:r>
        <w:t>[Did you do “Chatzos”? Do “Chatzos,” ….. “Tikkun Leah,” yalla]</w:t>
      </w:r>
    </w:p>
    <w:p>
      <w:r>
        <w:t>[…]</w:t>
      </w:r>
    </w:p>
    <w:p>
      <w:r>
        <w:t>[It is very important]</w:t>
      </w:r>
    </w:p>
    <w:p>
      <w:r>
        <w:t>[This is the “Na Nach”]</w:t>
      </w:r>
    </w:p>
    <w:p>
      <w:r>
        <w:t>[...Very important, it is the most important thing in the world..</w:t>
      </w:r>
    </w:p>
    <w:p>
      <w:r>
        <w:t>Rebbe Nachman said so…. without “Tikkun Chatzos”….]</w:t>
      </w:r>
    </w:p>
    <w:p>
      <w:r>
        <w:t>[……]</w:t>
      </w:r>
    </w:p>
    <w:p>
      <w:r>
        <w:t>[It is the most important..]</w:t>
      </w:r>
    </w:p>
    <w:p>
      <w:r>
        <w:t>What time is it?</w:t>
      </w:r>
    </w:p>
    <w:p>
      <w:r>
        <w:t>[About one-thirty, it is Chatzos now.. what?]</w:t>
      </w:r>
    </w:p>
    <w:p>
      <w:r>
        <w:t>[…..]</w:t>
      </w:r>
    </w:p>
    <w:p>
      <w:r>
        <w:t>[He only wants to get up at Chatzos, he..]</w:t>
      </w:r>
    </w:p>
    <w:p>
      <w:r>
        <w:t>Maybe there is {time\what} to eat?]</w:t>
      </w:r>
    </w:p>
    <w:p>
      <w:r>
        <w:t>[Yes, there is, Saba, whatever you want; do you want to eat?]</w:t>
      </w:r>
    </w:p>
    <w:p>
      <w:r>
        <w:t>Eh?</w:t>
      </w:r>
    </w:p>
    <w:p>
      <w:r>
        <w:t>[Do you want to eat?]</w:t>
      </w:r>
    </w:p>
    <w:p>
      <w:r>
        <w:t>What, what do you want?</w:t>
      </w:r>
    </w:p>
    <w:p>
      <w:r>
        <w:t>[Do you want to eat?]</w:t>
      </w:r>
    </w:p>
    <w:p>
      <w:r>
        <w:t>Yes</w:t>
      </w:r>
    </w:p>
    <w:p>
      <w:r>
        <w:t>[Yes, what did you want? What do you want?]</w:t>
      </w:r>
    </w:p>
    <w:p>
      <w:r>
        <w:t>I do not know</w:t>
      </w:r>
    </w:p>
    <w:p>
      <w:r>
        <w:t>[How do you say the meatballs?]</w:t>
      </w:r>
    </w:p>
    <w:p>
      <w:r>
        <w:t>[The meatballs]</w:t>
      </w:r>
    </w:p>
    <w:p>
      <w:r>
        <w:t>[Do you want meatballs?]</w:t>
      </w:r>
    </w:p>
    <w:p>
      <w:r>
        <w:t>Whatever there is</w:t>
      </w:r>
    </w:p>
    <w:p>
      <w:r>
        <w:t>[Meatballs]</w:t>
      </w:r>
    </w:p>
    <w:p>
      <w:r>
        <w:t>Whatever there is</w:t>
      </w:r>
    </w:p>
    <w:p>
      <w:r>
        <w:t>[There are meatballs]</w:t>
      </w:r>
    </w:p>
    <w:p>
      <w:r>
        <w:t>Good, good, there are meatballs</w:t>
      </w:r>
    </w:p>
    <w:p>
      <w:r>
        <w:t>[Do you want milk?]</w:t>
      </w:r>
    </w:p>
    <w:p>
      <w:r>
        <w:t>Eh?</w:t>
      </w:r>
    </w:p>
    <w:p>
      <w:r>
        <w:t>[Milk?]</w:t>
      </w:r>
    </w:p>
    <w:p>
      <w:r>
        <w:t>Milk?</w:t>
      </w:r>
    </w:p>
    <w:p>
      <w:r>
        <w:t>[Yes]</w:t>
      </w:r>
    </w:p>
    <w:p>
      <w:r>
        <w:t>Have I not drunk yet?</w:t>
      </w:r>
    </w:p>
    <w:p>
      <w:r>
        <w:t>[I will tell you, he wants meatballs..]</w:t>
      </w:r>
    </w:p>
    <w:p>
      <w:r>
        <w:t>[…...]</w:t>
      </w:r>
    </w:p>
    <w:p>
      <w:r>
        <w:t>[Did you put them already?]</w:t>
      </w:r>
    </w:p>
    <w:p>
      <w:r>
        <w:t>But I want to eat</w:t>
      </w:r>
    </w:p>
    <w:p>
      <w:r>
        <w:t>[What?]</w:t>
      </w:r>
    </w:p>
    <w:p>
      <w:r>
        <w:t>I want to eat</w:t>
      </w:r>
    </w:p>
    <w:p>
      <w:r>
        <w:t>[Yes, I am now… do “Chatzos”..]</w:t>
      </w:r>
    </w:p>
    <w:p>
      <w:r>
        <w:t>Ah, ah, ah, ah, ah.. ah</w:t>
      </w:r>
    </w:p>
    <w:p>
      <w:r>
        <w:t>[……….]</w:t>
      </w:r>
    </w:p>
    <w:p>
      <w:r>
        <w:t>[…….…]</w:t>
      </w:r>
    </w:p>
    <w:p>
      <w:r>
        <w:t>[Get up? Rebbe Yisroel, do you want to get up?]</w:t>
      </w:r>
    </w:p>
    <w:p>
      <w:r>
        <w:t>{..}…</w:t>
      </w:r>
    </w:p>
    <w:p>
      <w:r>
        <w:t>...{..}...</w:t>
      </w:r>
    </w:p>
    <w:p>
      <w:r>
        <w:t>...What can the world {….} say about this? About “Yemay Moharnat”?</w:t>
      </w:r>
    </w:p>
    <w:p>
      <w:r>
        <w:t>[…..]</w:t>
      </w:r>
    </w:p>
    <w:p>
      <w:r>
        <w:t>[What can the world say about Rebbe Nassan]</w:t>
      </w:r>
    </w:p>
    <w:p>
      <w:r>
        <w:t>I did not have {..} “Yemay Moharnat”; it could not be obtained</w:t>
      </w:r>
    </w:p>
    <w:p>
      <w:r>
        <w:t>{With difficulty} I merited to see the “Yemay Moharnat”</w:t>
      </w:r>
    </w:p>
    <w:p>
      <w:r>
        <w:t>Oy, I saw it, I said: “It is worthwhile that I am here, that I am in the world”</w:t>
      </w:r>
    </w:p>
    <w:p>
      <w:r>
        <w:t>[…….]</w:t>
      </w:r>
    </w:p>
    <w:p>
      <w:r>
        <w:t>Ay, “Yemay Moharnat,” “Yemay Moharnat,” “Yemay Moharnat”</w:t>
      </w:r>
    </w:p>
    <w:p>
      <w:r>
        <w:t>Oy, one must say “Ashrainu” for every word of “Yemay Moharnat”</w:t>
      </w:r>
    </w:p>
    <w:p>
      <w:r>
        <w:t>“Ashrainu, ashrainu, ashrainu and ashrainu”</w:t>
      </w:r>
    </w:p>
    <w:p>
      <w:r>
        <w:t>[That is an exclamation point!]</w:t>
      </w:r>
    </w:p>
    <w:p>
      <w:r>
        <w:t>[Blessed be Hashem]</w:t>
      </w:r>
    </w:p>
    <w:p>
      <w:r>
        <w:t>[…..]</w:t>
      </w:r>
    </w:p>
    <w:p>
      <w:r>
        <w:t>No, neither Kiddush nor..</w:t>
      </w:r>
    </w:p>
    <w:p>
      <w:r>
        <w:t>[Where is the kippah?]</w:t>
      </w:r>
    </w:p>
    <w:p>
      <w:r>
        <w:t>On Friday</w:t>
      </w:r>
    </w:p>
    <w:p>
      <w:r>
        <w:t>[Where is the kippah?]</w:t>
      </w:r>
    </w:p>
    <w:p>
      <w:r>
        <w:t>Oy, “Yemay Moharnat,” “Yemay Moharnat”</w:t>
      </w:r>
    </w:p>
    <w:p>
      <w:r>
        <w:t>[….]</w:t>
      </w:r>
    </w:p>
    <w:p>
      <w:r>
        <w:t>Oy, ashrainu, ah, ashrainu, ashrainu {{from “Yemay Moharnat”}}</w:t>
      </w:r>
    </w:p>
    <w:p>
      <w:r>
        <w:t>The entire world must s.. say only, only “Ashrainu”</w:t>
      </w:r>
    </w:p>
    <w:p>
      <w:r>
        <w:t>Only one word, “Ashrainu,” “Ashrainu,” “Ashrainu”</w:t>
      </w:r>
    </w:p>
    <w:p>
      <w:r>
        <w:t>[“Ashrainu, ashrainu, ashrainu,” “Ashrainu, how good is our portion and how pleasant is our lot”]</w:t>
      </w:r>
    </w:p>
    <w:p>
      <w:r>
        <w:t>[Saba and the friend sing:</w:t>
      </w:r>
    </w:p>
    <w:p>
      <w:r>
        <w:t>“Ashrainu, how good is our portion and how pleasant is our lot..”]</w:t>
      </w:r>
    </w:p>
    <w:p>
      <w:r>
        <w:t>How, how does one open the book at the beginning?</w:t>
      </w:r>
    </w:p>
    <w:p>
      <w:r>
        <w:t>[He is a duck]</w:t>
      </w:r>
    </w:p>
    <w:p>
      <w:r>
        <w:t>How? “Yemay Moharnat”</w:t>
      </w:r>
    </w:p>
    <w:p>
      <w:r>
        <w:t>Oy, how fortunate are we that {this} exists in the world, “Yemay Moharnat”</w:t>
      </w:r>
    </w:p>
    <w:p>
      <w:r>
        <w:t>And our holy Rabbainu says: “Nachman and Nassan laugh at the entire world”</w:t>
      </w:r>
    </w:p>
    <w:p>
      <w:r>
        <w:t>Ah, he made “Yemay Moharnat,” he laughed at the entire world</w:t>
      </w:r>
    </w:p>
    <w:p>
      <w:r>
        <w:t>Everything, “Yemay Moharnat” laughs at all, at all the.. at everyone, at the entire world</w:t>
      </w:r>
    </w:p>
    <w:p>
      <w:r>
        <w:t>Oy, until I merited that it come, that the “Yemay Moharnat” come to me</w:t>
      </w:r>
    </w:p>
    <w:p>
      <w:r>
        <w:t>It could not be obtained or bought, and they did not, and they did not print it; there was no per.. permission to buy “Yemay Moharnat”</w:t>
      </w:r>
    </w:p>
    <w:p>
      <w:r>
        <w:t>{It} did not exist, they did not print them, there was no {any} book</w:t>
      </w:r>
    </w:p>
    <w:p>
      <w:r>
        <w:t>[Happy holiday, happy holiday]</w:t>
      </w:r>
    </w:p>
    <w:p>
      <w:r>
        <w:t>[Happy holiday, who is this?]</w:t>
      </w:r>
    </w:p>
    <w:p>
      <w:r>
        <w:t>[…….]</w:t>
      </w:r>
    </w:p>
    <w:p>
      <w:r>
        <w:t>[Ah]</w:t>
      </w:r>
    </w:p>
    <w:p>
      <w:r>
        <w:t>[……..]</w:t>
      </w:r>
    </w:p>
    <w:p>
      <w:r>
        <w:t>[Saba and the friend continue singing:</w:t>
      </w:r>
    </w:p>
    <w:p>
      <w:r>
        <w:t>“Ashrainu, how good is our portion and how pleasant is our lot..”]…</w:t>
      </w:r>
    </w:p>
    <w:p>
      <w:r>
        <w:t>...[Saba and the friend continue singing:</w:t>
      </w:r>
    </w:p>
    <w:p>
      <w:r>
        <w:t>“Ashrainu, how good is our portion and how pleasant is our lot..”]…</w:t>
      </w:r>
    </w:p>
    <w:p>
      <w:r>
        <w:t>...[Saba and the friend continue singing:</w:t>
      </w:r>
    </w:p>
    <w:p>
      <w:r>
        <w:t>“Ashrainu, how good is our portion and how pleasant is our lot..”]</w:t>
      </w:r>
    </w:p>
    <w:p>
      <w:r>
        <w:t>We already have “Yemay Moharnat,” {..}; the entire world will have to say “Ashrainu”</w:t>
      </w:r>
    </w:p>
    <w:p>
      <w:r>
        <w:t>[{If there is something\this is kanafeh} in honor of the holiday]…</w:t>
      </w:r>
    </w:p>
    <w:p>
      <w:r>
        <w:t>...[…..]</w:t>
      </w:r>
    </w:p>
    <w:p>
      <w:r>
        <w:t>“Yemay Moharnat,” what this is, and what “Likutay Halachos” is, oy, blessed be Hashem..</w:t>
      </w:r>
    </w:p>
    <w:p>
      <w:r>
        <w:t>[Yes]</w:t>
      </w:r>
    </w:p>
    <w:p>
      <w:r>
        <w:t>Today one can buy, {..ah, read it} “Likutay Halachos”</w:t>
      </w:r>
    </w:p>
    <w:p>
      <w:r>
        <w:t>And all the books of Rabbainu</w:t>
      </w:r>
    </w:p>
    <w:p>
      <w:r>
        <w:t>[…….]</w:t>
      </w:r>
    </w:p>
    <w:p>
      <w:r>
        <w:t>[…….]</w:t>
      </w:r>
    </w:p>
    <w:p>
      <w:r>
        <w:t>Then it was forbidden; the opponents need to make graves for their burial from the greatness of the shame</w:t>
      </w:r>
    </w:p>
    <w:p>
      <w:r>
        <w:t>F.. from every word of, of “Likutay Halachos,” of the “Likutay Moharan”</w:t>
      </w:r>
    </w:p>
    <w:p>
      <w:r>
        <w:t>[…….]</w:t>
      </w:r>
    </w:p>
    <w:p>
      <w:r>
        <w:t>[…….]</w:t>
      </w:r>
    </w:p>
    <w:p>
      <w:r>
        <w:t>[No, but all of France is arriving, such a guest is coming..</w:t>
      </w:r>
    </w:p>
    <w:p>
      <w:r>
        <w:t>He will want to see whether you are from the seed of Moharan; it is a test]</w:t>
      </w:r>
    </w:p>
    <w:p>
      <w:r>
        <w:t>[A test, you.., what is your name, you?]</w:t>
      </w:r>
    </w:p>
    <w:p>
      <w:r>
        <w:t>[Mordechai]</w:t>
      </w:r>
    </w:p>
    <w:p>
      <w:r>
        <w:t>Ah.. ah.. ah.. ah..</w:t>
      </w:r>
    </w:p>
    <w:p>
      <w:r>
        <w:t>[Ah.. ah.. ah..]</w:t>
      </w:r>
    </w:p>
    <w:p>
      <w:r>
        <w:t>“Ashrainu, how good is our portion..”</w:t>
      </w:r>
    </w:p>
    <w:p>
      <w:r>
        <w:t>[Happy holiday]</w:t>
      </w:r>
    </w:p>
    <w:p>
      <w:r>
        <w:t>[Happy holiday]</w:t>
      </w:r>
    </w:p>
    <w:p>
      <w:r>
        <w:t>[Did you travel to Uman? Tell me, in Uman there are many Jews, right?]</w:t>
      </w:r>
    </w:p>
    <w:p>
      <w:r>
        <w:t>[Yes]</w:t>
      </w:r>
    </w:p>
    <w:p>
      <w:r>
        <w:t>[And they …… observe the commandments, also the synagogues..]</w:t>
      </w:r>
    </w:p>
    <w:p>
      <w:r>
        <w:t>{{…..}}, what is this?</w:t>
      </w:r>
    </w:p>
    <w:p>
      <w:r>
        <w:t>[It is a tape recorder, a tape recorder]</w:t>
      </w:r>
    </w:p>
    <w:p>
      <w:r>
        <w:t>[How many synagogues?]</w:t>
      </w:r>
    </w:p>
    <w:p>
      <w:r>
        <w:t>[Now]</w:t>
      </w:r>
    </w:p>
    <w:p>
      <w:r>
        <w:t>[This is what is difficult for him]</w:t>
      </w:r>
    </w:p>
    <w:p>
      <w:r>
        <w:t>[The Breslovers already did]</w:t>
      </w:r>
    </w:p>
    <w:p>
      <w:r>
        <w:t>[Eh?]</w:t>
      </w:r>
    </w:p>
    <w:p>
      <w:r>
        <w:t>{..}</w:t>
      </w:r>
    </w:p>
    <w:p>
      <w:r>
        <w:t>[The Breslovers did there]</w:t>
      </w:r>
    </w:p>
    <w:p>
      <w:r>
        <w:t>[And is there also Chabad there?]</w:t>
      </w:r>
    </w:p>
    <w:p>
      <w:r>
        <w:t>[In Uman, no]</w:t>
      </w:r>
    </w:p>
    <w:p>
      <w:r>
        <w:t>[Ah]</w:t>
      </w:r>
    </w:p>
    <w:p>
      <w:r>
        <w:t>[What, what]</w:t>
      </w:r>
    </w:p>
    <w:p>
      <w:r>
        <w:t>[….stronger]</w:t>
      </w:r>
    </w:p>
    <w:p>
      <w:r>
        <w:t>[There were many.. but people at the passing of Rabbainu, and to do there..]</w:t>
      </w:r>
    </w:p>
    <w:p>
      <w:r>
        <w:t>[……..]</w:t>
      </w:r>
    </w:p>
    <w:p>
      <w:r>
        <w:t>[Ah, no, no]</w:t>
      </w:r>
    </w:p>
    <w:p>
      <w:r>
        <w:t>Ah.. ah.. ah..</w:t>
      </w:r>
    </w:p>
    <w:p>
      <w:r>
        <w:t>[They came {new} to..]</w:t>
      </w:r>
    </w:p>
    <w:p>
      <w:r>
        <w:t>Ah.. ah.. ah..</w:t>
      </w:r>
    </w:p>
    <w:p>
      <w:r>
        <w:t>[Of Rosh HaShanah..]</w:t>
      </w:r>
    </w:p>
    <w:p>
      <w:r>
        <w:t>Ah.. ah.. ah..</w:t>
      </w:r>
    </w:p>
    <w:p>
      <w:r>
        <w:t>[……]</w:t>
      </w:r>
    </w:p>
    <w:p>
      <w:r>
        <w:t>[Rebbe Yisroel..]</w:t>
      </w:r>
    </w:p>
    <w:p>
      <w:r>
        <w:t>Oy, Ashrainu, Ashrainu, oy, Ashrainu, Ashrainu…</w:t>
      </w:r>
    </w:p>
    <w:p>
      <w:r>
        <w:t>...{..} Ashrainu all night, "Ashrainu, Ashrainu, Ashrainu, Ashrainu”</w:t>
      </w:r>
    </w:p>
    <w:p>
      <w:r>
        <w:t>["Ashrainu, how good is our portion"]</w:t>
      </w:r>
    </w:p>
    <w:p>
      <w:r>
        <w:t>[Rebbe Yisroel, there are the fish, the fish]…</w:t>
      </w:r>
    </w:p>
    <w:p>
      <w:r>
        <w:t>...[….]…</w:t>
      </w:r>
    </w:p>
    <w:p>
      <w:r>
        <w:t>...[……………]</w:t>
      </w:r>
    </w:p>
    <w:p>
      <w:r>
        <w:t>[………]</w:t>
      </w:r>
    </w:p>
    <w:p>
      <w:r>
        <w:t>Ah, ah..</w:t>
      </w:r>
    </w:p>
    <w:p>
      <w:r>
        <w:t>[…………….]</w:t>
      </w:r>
    </w:p>
    <w:p>
      <w:r>
        <w:t>[…………]</w:t>
      </w:r>
    </w:p>
    <w:p>
      <w:r>
        <w:t>We need to sing..</w:t>
      </w:r>
    </w:p>
    <w:p>
      <w:r>
        <w:t>[Yes, Saba, yes]</w:t>
      </w:r>
    </w:p>
    <w:p>
      <w:r>
        <w:t>From city to city, {{….}} from village to village, and to announce, to announce, to announce, that there is Ashrainu {..} in the world</w:t>
      </w:r>
    </w:p>
    <w:p>
      <w:r>
        <w:t>[……...…..]</w:t>
      </w:r>
    </w:p>
    <w:p>
      <w:r>
        <w:t>[……….….]</w:t>
      </w:r>
    </w:p>
    <w:p>
      <w:r>
        <w:t>[Why are you talking? Leave it]</w:t>
      </w:r>
    </w:p>
    <w:p>
      <w:r>
        <w:t>(Saba laughs)</w:t>
      </w:r>
    </w:p>
    <w:p>
      <w:r>
        <w:t>[………..]</w:t>
      </w:r>
    </w:p>
    <w:p>
      <w:r>
        <w:t>["Ashrainu, that we have such a Saba"]</w:t>
      </w:r>
    </w:p>
    <w:p>
      <w:r>
        <w:t>The opponents will have to hire workers, and.. and make graves</w:t>
      </w:r>
    </w:p>
    <w:p>
      <w:r>
        <w:t>And bury themselves {..} from the greatness of the shame, {…}</w:t>
      </w:r>
    </w:p>
    <w:p>
      <w:r>
        <w:t>[………..]</w:t>
      </w:r>
    </w:p>
    <w:p>
      <w:r>
        <w:t>[See what Mashiach is, he gave him an answer]</w:t>
      </w:r>
    </w:p>
    <w:p>
      <w:r>
        <w:t>[…………..]</w:t>
      </w:r>
    </w:p>
    <w:p>
      <w:r>
        <w:t>[…………..]…</w:t>
      </w:r>
    </w:p>
    <w:p>
      <w:r>
        <w:t>..."Our mouths and our tongues are song"</w:t>
      </w:r>
    </w:p>
    <w:p>
      <w:r>
        <w:t>Ah, ah, ah, what we have merited now</w:t>
      </w:r>
    </w:p>
    <w:p>
      <w:r>
        <w:t>All the falsehood, all the nations will fall, will fall and will fall, and will fall, {..}…</w:t>
      </w:r>
    </w:p>
    <w:p>
      <w:r>
        <w:t>...{..}…</w:t>
      </w:r>
    </w:p>
    <w:p>
      <w:r>
        <w:t>...[Yes]</w:t>
      </w:r>
    </w:p>
    <w:p>
      <w:r>
        <w:t>[Saba and the friend sing:</w:t>
      </w:r>
    </w:p>
    <w:p>
      <w:r>
        <w:t>"Ashrainu, how good is our portion and how pleasant is our lot.."]…</w:t>
      </w:r>
    </w:p>
    <w:p>
      <w:r>
        <w:t>...[Saba and the friend sing:</w:t>
      </w:r>
    </w:p>
    <w:p>
      <w:r>
        <w:t>"Ashrainu, how good is our portion and how pleasant is our lot.."]…</w:t>
      </w:r>
    </w:p>
    <w:p>
      <w:r>
        <w:t>...{….}, he does not, he still does not say "Ashrainu"?</w:t>
      </w:r>
    </w:p>
    <w:p>
      <w:r>
        <w:t>He too will dance to the "Ashrainu" without measure</w:t>
      </w:r>
    </w:p>
    <w:p>
      <w:r>
        <w:t>He will take all the ministers of {{..}}.., the Knesset, and make a dance {{to}}.., such a dance</w:t>
      </w:r>
    </w:p>
    <w:p>
      <w:r>
        <w:t>"Ashrainu, how good is our portion"…</w:t>
      </w:r>
    </w:p>
    <w:p>
      <w:r>
        <w:t>...{Yes, and they will dance} "Ashrainu," it will be a beautiful thing</w:t>
      </w:r>
    </w:p>
    <w:p>
      <w:r>
        <w:t>All {...}, the entire Knesset {{...}} will dance "Ashrainu"</w:t>
      </w:r>
    </w:p>
    <w:p>
      <w:r>
        <w:t>{..}, how beautiful this will be, how {..} this melody "Ashrainu" will be</w:t>
      </w:r>
    </w:p>
    <w:p>
      <w:r>
        <w:t>The.. the melody is beautiful, so everyone says, "This is Breslov"</w:t>
      </w:r>
    </w:p>
    <w:p>
      <w:r>
        <w:t>[Saba]</w:t>
      </w:r>
    </w:p>
    <w:p>
      <w:r>
        <w:t>Eh?</w:t>
      </w:r>
    </w:p>
    <w:p>
      <w:r>
        <w:t>[He says..]…</w:t>
      </w:r>
    </w:p>
    <w:p>
      <w:r>
        <w:t>..."Ashrainu, Ashrainu,” who does not want "Ashrainu”?</w:t>
      </w:r>
    </w:p>
    <w:p>
      <w:r>
        <w:t>"Ashrainu, Ashrainu, Ashrainu and Ashrainu, Ashrainu,” {..} the entire Knesset will dance</w:t>
      </w:r>
    </w:p>
    <w:p>
      <w:r>
        <w:t>"Ashrainu, Ashrainu, Ashrainu" without measure</w:t>
      </w:r>
    </w:p>
    <w:p>
      <w:r>
        <w:t>[…………]</w:t>
      </w:r>
    </w:p>
    <w:p>
      <w:r>
        <w:t>[………...]</w:t>
      </w:r>
    </w:p>
    <w:p>
      <w:r>
        <w:t>Yes, the entire Knesset, Peres and.. everyone, everyone {…} will do a dance, it will be, the Knesset will be full</w:t>
      </w:r>
    </w:p>
    <w:p>
      <w:r>
        <w:t>The entire world will not {...}.., will enter {the Knesset?}</w:t>
      </w:r>
    </w:p>
    <w:p>
      <w:r>
        <w:t>{…}.. a permit is needed, whoever can enter</w:t>
      </w:r>
    </w:p>
    <w:p>
      <w:r>
        <w:t>[……..….]</w:t>
      </w:r>
    </w:p>
    <w:p>
      <w:r>
        <w:t>[………...]</w:t>
      </w:r>
    </w:p>
    <w:p>
      <w:r>
        <w:t>There is {for me}…</w:t>
      </w:r>
    </w:p>
    <w:p>
      <w:r>
        <w:t>...{..} what to eat</w:t>
      </w:r>
    </w:p>
    <w:p>
      <w:r>
        <w:t>[Ah]…</w:t>
      </w:r>
    </w:p>
    <w:p>
      <w:r>
        <w:t>...Yerushalayim will dance, the entire world will dance "Ashrainu"</w:t>
      </w:r>
    </w:p>
    <w:p>
      <w:r>
        <w:t>{Oy, ah.. this will be beautiful}</w:t>
      </w:r>
    </w:p>
    <w:p>
      <w:r>
        <w:t>[Yes]…</w:t>
      </w:r>
    </w:p>
    <w:p>
      <w:pPr>
        <w:pStyle w:val="Heading2"/>
      </w:pPr>
      <w:r>
        <w:t>Side B (Bais)</w:t>
      </w:r>
    </w:p>
    <w:p>
      <w:r>
        <w:t>...{..} has still not been revealed in the world, now it needs to be revealed</w:t>
      </w:r>
    </w:p>
    <w:p>
      <w:r>
        <w:t>And there will be a new world, an entirely different world, a new world</w:t>
      </w:r>
    </w:p>
    <w:p>
      <w:r>
        <w:t>Do not leave me, {because} I {..} can be at the Kotel and Rashbi in Meron, {..}</w:t>
      </w:r>
    </w:p>
    <w:p>
      <w:r>
        <w:t>What I received, what I saw of what Breslov is, this is yet, this is new, which has still not been revealed in the world</w:t>
      </w:r>
    </w:p>
    <w:p>
      <w:r>
        <w:t>Such Torah, such light, there still has not been in.., such holiness, {not yet}.., such wisdom there still has not been in the world</w:t>
      </w:r>
    </w:p>
    <w:p>
      <w:r>
        <w:t>The holy Rabbainu said that the verse: "N'achal N'ovea M'ekor Ch'ochmah"</w:t>
      </w:r>
    </w:p>
    <w:p>
      <w:r>
        <w:t>He, that he, he, he, he was this flowing stream, {..}</w:t>
      </w:r>
    </w:p>
    <w:p>
      <w:r>
        <w:t>"N'achal N'ovea M'ekor Ch'ochmah," how, and he can study with every one, with each one</w:t>
      </w:r>
    </w:p>
    <w:p>
      <w:r>
        <w:t>{And give, ah}, and give him a rectification for all the transgressions, for all.. {...}</w:t>
      </w:r>
    </w:p>
    <w:p>
      <w:r>
        <w:t>Such a light, it is a new light that needs to be revealed now, it has not yet been revealed in the world</w:t>
      </w:r>
    </w:p>
    <w:p>
      <w:r>
        <w:t>This surpasses the.. everything</w:t>
      </w:r>
    </w:p>
    <w:p>
      <w:r>
        <w:t>{….}</w:t>
      </w:r>
    </w:p>
    <w:p>
      <w:r>
        <w:t>I do not, do not know how I live, do not know what power</w:t>
      </w:r>
    </w:p>
    <w:p>
      <w:r>
        <w:t>I was with President Herzog, yes, and with, ah.. what is his name? Herzog</w:t>
      </w:r>
    </w:p>
    <w:p>
      <w:r>
        <w:t>The prime minister, who is the prime minister.. who was?</w:t>
      </w:r>
    </w:p>
    <w:p>
      <w:r>
        <w:t>[Shamir]</w:t>
      </w:r>
    </w:p>
    <w:p>
      <w:r>
        <w:t>Eh?</w:t>
      </w:r>
    </w:p>
    <w:p>
      <w:r>
        <w:t>[Shamir]</w:t>
      </w:r>
    </w:p>
    <w:p>
      <w:r>
        <w:t>Shamir</w:t>
      </w:r>
    </w:p>
    <w:p>
      <w:r>
        <w:t>[….]</w:t>
      </w:r>
    </w:p>
    <w:p>
      <w:r>
        <w:t>No.. {maybe}</w:t>
      </w:r>
    </w:p>
    <w:p>
      <w:r>
        <w:t>I need to wander about, sometimes Rashbi, sometimes at this tzaddik, at this tzaddik, to pray, yes</w:t>
      </w:r>
    </w:p>
    <w:p>
      <w:r>
        <w:t>I am very far from prayer, entirely, but Rebbe Nachman has already been in the world</w:t>
      </w:r>
    </w:p>
    <w:p>
      <w:r>
        <w:t>And there will be another world, a new world, {..}</w:t>
      </w:r>
    </w:p>
    <w:p>
      <w:r>
        <w:t>{What}, new it is, which has still not been revealed in the world, if not? Not new, it is completely new, yes</w:t>
      </w:r>
    </w:p>
    <w:p>
      <w:r>
        <w:t>Rebbe Nachman of Breslov is the Rebbe of all {…..}, of all Yisroel</w:t>
      </w:r>
    </w:p>
    <w:p>
      <w:r>
        <w:t>And he teaches with each one, and illuminates for him what a Jew is, what Torah is and what faith is</w:t>
      </w:r>
    </w:p>
    <w:p>
      <w:r>
        <w:t>{...}</w:t>
      </w:r>
    </w:p>
    <w:p>
      <w:r>
        <w:t>{…}, Rebbe Yisroel (Kardonner), he was in Yerushalayim, in Hebron, he came from Russia</w:t>
      </w:r>
    </w:p>
    <w:p>
      <w:r>
        <w:t>He was close to the holy Rabbainu, yes</w:t>
      </w:r>
    </w:p>
    <w:p>
      <w:r>
        <w:t>And everyone said that he was such a power, that.. among the Breslover chassidim there is no o.., there is none like him</w:t>
      </w:r>
    </w:p>
    <w:p>
      <w:r>
        <w:t>{There is none like, he, he, he, he came, he}, he came to me from Hebron to Teveria, {..}</w:t>
      </w:r>
    </w:p>
    <w:p>
      <w:r>
        <w:t>From Hebron to Teveria, it was as though it were {another}, there were not yet airplanes, yes, there were not yet, {…}</w:t>
      </w:r>
    </w:p>
    <w:p>
      <w:r>
        <w:t>I received.. what I suffered, {…}</w:t>
      </w:r>
    </w:p>
    <w:p>
      <w:r>
        <w:t>Ten children, I did not have, not to give them bread and not clothing and not.. I do not know how I live</w:t>
      </w:r>
    </w:p>
    <w:p>
      <w:r>
        <w:t>And this president of today is {….} Weizman, and the second one, I do not know the.. his name, yes</w:t>
      </w:r>
    </w:p>
    <w:p>
      <w:r>
        <w:t>I, he needs to, the time has now come for the holy Rabbainu already to be revealed in the world</w:t>
      </w:r>
    </w:p>
    <w:p>
      <w:r>
        <w:t>There will be an entirely new world, a world of truth, a world of faith, a world {of}..</w:t>
      </w:r>
    </w:p>
    <w:p>
      <w:r>
        <w:t>What the holy Rabbainu revealed has yet, still not been revealed in the world</w:t>
      </w:r>
    </w:p>
    <w:p>
      <w:r>
        <w:t>And he will transform the entire world, and illuminate for each one what, what is for him, why he lives, why he</w:t>
      </w:r>
    </w:p>
    <w:p>
      <w:r>
        <w:t>He came into the world, {...}</w:t>
      </w:r>
    </w:p>
    <w:p>
      <w:r>
        <w:t>I need, I have nothing to do, I always need either the Kotel, or Rashbi</w:t>
      </w:r>
    </w:p>
    <w:p>
      <w:r>
        <w:t>Or to this, {or to…..} the true holy tzaddikim, yes</w:t>
      </w:r>
    </w:p>
    <w:p>
      <w:r>
        <w:t>But such a light {as} Rebbe Nachman has still not yet been revealed in the world</w:t>
      </w:r>
    </w:p>
    <w:p>
      <w:r>
        <w:t>That is how he said, who am I, I, that I should say, ah, such things?</w:t>
      </w:r>
    </w:p>
    <w:p>
      <w:r>
        <w:t>The holy Rabbainu was able {...} ah, to speak, he, he knows, he..</w:t>
      </w:r>
    </w:p>
    <w:p>
      <w:r>
        <w:t>No wisdom, he surpassed all the wisdoms, all the Torah, all the tzaddikim, all the.. everything, yes, he revealed this</w:t>
      </w:r>
    </w:p>
    <w:p>
      <w:r>
        <w:t>Whoever is a fool and simpleton, and does not accept this, he.. he will regret it {…} and will be transformed</w:t>
      </w:r>
    </w:p>
    <w:p>
      <w:r>
        <w:t>Everyone will be transformed to truth, to Torah, to Torah, to such faith as has still not been in the world, {..}</w:t>
      </w:r>
    </w:p>
    <w:p>
      <w:r>
        <w:t>{..} who {..}, did you hear this? Did you hear?</w:t>
      </w:r>
    </w:p>
    <w:p>
      <w:r>
        <w:t>[Yes, yes, Saba]</w:t>
      </w:r>
    </w:p>
    <w:p>
      <w:r>
        <w:t>Yes, blessed be Hashem</w:t>
      </w:r>
    </w:p>
    <w:p>
      <w:r>
        <w:t>Do not leave me, come every time to see me, if I am alive, if.., what, what, what is happening with me</w:t>
      </w:r>
    </w:p>
    <w:p>
      <w:r>
        <w:t>[……..]</w:t>
      </w:r>
    </w:p>
    <w:p>
      <w:r>
        <w:t>Now {there will be a time of the..} like this, at this time, we have not yet seen an old man of, of one hundred and four years</w:t>
      </w:r>
    </w:p>
    <w:p>
      <w:r>
        <w:t>We have not seen, this, this is a new thing, there has not been such an old man in the world</w:t>
      </w:r>
    </w:p>
    <w:p>
      <w:r>
        <w:t>There was one of eighty, ninety, seventy, {eigh.., …}</w:t>
      </w:r>
    </w:p>
    <w:p>
      <w:r>
        <w:t>But such an age has not been in the world, this is a new thing</w:t>
      </w:r>
    </w:p>
    <w:p>
      <w:r>
        <w:t>And I myself, every day I am new, I do not know if this today is not yet, {..}.. if I have finished, if not</w:t>
      </w:r>
    </w:p>
    <w:p>
      <w:r>
        <w:t>I was five years with Rebbe Yisroel (Kardonner), with Rebbe Yisroel (Kardonner)</w:t>
      </w:r>
    </w:p>
    <w:p>
      <w:r>
        <w:t>But he passed away, he was forty years old, he passed away, and I am one hundred and four years old</w:t>
      </w:r>
    </w:p>
    <w:p>
      <w:r>
        <w:t>He {illumi..}.., illuminated me and he revealed to me</w:t>
      </w:r>
    </w:p>
    <w:p>
      <w:r>
        <w:t>And also the true holy people, they drew close to Rabbainu the holy one</w:t>
      </w:r>
    </w:p>
    <w:p>
      <w:r>
        <w:t>And there was such truth, {and there will be} this will always endure</w:t>
      </w:r>
    </w:p>
    <w:p>
      <w:r>
        <w:t>Such a light, such truth, such faith, there has not yet been in the world</w:t>
      </w:r>
    </w:p>
    <w:p>
      <w:r>
        <w:t>A time will come when it will be {...}, when it will turn over, and the whole world will be only truth and faith</w:t>
      </w:r>
    </w:p>
    <w:p>
      <w:r>
        <w:t>[He went]..</w:t>
      </w:r>
    </w:p>
    <w:p>
      <w:r>
        <w:t>[..wants the redemption, the place for the redemption]</w:t>
      </w:r>
    </w:p>
    <w:p>
      <w:r>
        <w:t>I was the last one, Rebbe Yisroel came from Meron to Tzfas, to Meron, he came fr.. from Yerushalayim to Meron</w:t>
      </w:r>
    </w:p>
    <w:p>
      <w:r>
        <w:t>He found me there, and a bond was formed between us</w:t>
      </w:r>
    </w:p>
    <w:p>
      <w:r>
        <w:t>{..} And the whole family and everyone were opponents: “What? Breslov?”, {this}</w:t>
      </w:r>
    </w:p>
    <w:p>
      <w:r>
        <w:t>What I suffered {since\only} I am Breslov, ah, yes, ah..</w:t>
      </w:r>
    </w:p>
    <w:p>
      <w:r>
        <w:t>I was {alone, like a dog}, and I saw {..} what I suffered, I did not have..</w:t>
      </w:r>
    </w:p>
    <w:p>
      <w:r>
        <w:t>I had ten children, and I had nothing to give them, neither bread nor clothing nor anything</w:t>
      </w:r>
    </w:p>
    <w:p>
      <w:r>
        <w:t>I do not know how I am alive, a.. how I am alive in the world</w:t>
      </w:r>
    </w:p>
    <w:p>
      <w:r>
        <w:t>But there is a power, such a wisdom that gives life and.. and vitality and.. this is Rabbainu the holy one</w:t>
      </w:r>
    </w:p>
    <w:p>
      <w:r>
        <w:t>Rebbe Nachman, {..}, Rebbe Nachman, “Na Na Nach Nachma Nachman MeUman”</w:t>
      </w:r>
    </w:p>
    <w:p>
      <w:r>
        <w:t>Rabbainu {the holy one}, {{. .}}, Rabbainu the holy one revealed {{..how this is}}:</w:t>
      </w:r>
    </w:p>
    <w:p>
      <w:r>
        <w:t>“And now there is N'achal N'ovea M'ekor C'hochma”</w:t>
      </w:r>
    </w:p>
    <w:p>
      <w:r>
        <w:t>That there will be a new world, a world of truth, a world of faith, a world of Torah, of true wisdom</w:t>
      </w:r>
    </w:p>
    <w:p>
      <w:r>
        <w:t>This is a new thing, it was in the world but it was not, without a root, today it is with the root</w:t>
      </w:r>
    </w:p>
    <w:p>
      <w:r>
        <w:t>Rabbainu the holy one, Rebbe Nachman, is the root of all the Torah, of all the Tzaddikim</w:t>
      </w:r>
    </w:p>
    <w:p>
      <w:r>
        <w:t>Such a light will come into the world that.. but I do not know when, but soon, not far off</w:t>
      </w:r>
    </w:p>
    <w:p>
      <w:r>
        <w:t>[..how much longer?]</w:t>
      </w:r>
    </w:p>
    <w:p>
      <w:r>
        <w:t>I do not know, but {it is soo..}, soon</w:t>
      </w:r>
    </w:p>
    <w:p>
      <w:r>
        <w:t>[Very soon?]</w:t>
      </w:r>
    </w:p>
    <w:p>
      <w:r>
        <w:t>{...}, I had a Petek, “The time of the redemption is very near,” and it has already been fifty years, and it has still not been revealed</w:t>
      </w:r>
    </w:p>
    <w:p>
      <w:r>
        <w:t>But now, every day more is revealed, some matter is revealed</w:t>
      </w:r>
    </w:p>
    <w:p>
      <w:r>
        <w:t>{. .} The whole world loves Rebbe Nachman, and praises and says: “Such a wise man has not yet been in the world” such a light of wisdom.. has not yet been revealed in the world, now it will be revealed, there will be a new world</w:t>
      </w:r>
    </w:p>
    <w:p>
      <w:r>
        <w:t>[Saba and Avraham Zagdon sing:</w:t>
      </w:r>
    </w:p>
    <w:p>
      <w:r>
        <w:t>“Na Na Nach Nachma Nachman MeUman..”]</w:t>
      </w:r>
    </w:p>
    <w:p>
      <w:r>
        <w:t>This is Torah of Rabbainu the holy one, he revealed that he is Nachman, this is the meaning</w:t>
      </w:r>
    </w:p>
    <w:p>
      <w:r>
        <w:t>'Nachman' is “Na Na Nach Nachma Nachm..”, the ultimate perfection</w:t>
      </w:r>
    </w:p>
    <w:p>
      <w:r>
        <w:t>[Saba and Avraham Zagdon continue to sing:</w:t>
      </w:r>
    </w:p>
    <w:p>
      <w:r>
        <w:t>“Na Na Nach Nachma Nachman MeUman..”]</w:t>
      </w:r>
    </w:p>
    <w:p>
      <w:r>
        <w:t>[Who is “Na Na Nach”? Saba]</w:t>
      </w:r>
    </w:p>
    <w:p>
      <w:r>
        <w:t>“Na Na Nach Nachm..”, Rabbainu the holy one revealed, that he is this 'Nachman', “Na..”, but what, what is 'Nachman'?</w:t>
      </w:r>
    </w:p>
    <w:p>
      <w:r>
        <w:t>[Saba continues to sing:</w:t>
      </w:r>
    </w:p>
    <w:p>
      <w:r>
        <w:t>“Na Na Nach Nachma Nachman MeUman..”]</w:t>
      </w:r>
    </w:p>
    <w:p>
      <w:r>
        <w:t>He revealed this, there had not yet been any revelation of this in the world</w:t>
      </w:r>
    </w:p>
    <w:p>
      <w:r>
        <w:t>Now, ah, he himself revealed who he is, “Na Na Nach Nachma {Nachman}”</w:t>
      </w:r>
    </w:p>
    <w:p>
      <w:r>
        <w:t>{{This is he …., this is me}}, no Tzaddik revealed this, no Gemara</w:t>
      </w:r>
    </w:p>
    <w:p>
      <w:r>
        <w:t>Only Rabbainu the holy one himself revealed this, that he is Nachman, “Na Na Nach Nachma Nachman MeUman”</w:t>
      </w:r>
    </w:p>
    <w:p>
      <w:r>
        <w:t>There was not, for several years there was no place {for this}.., to enter Uman</w:t>
      </w:r>
    </w:p>
    <w:p>
      <w:r>
        <w:t>Only now there will be, ah, {they will see\will come}, the whole world can, whoever wants, ah.. {..} there is Uman</w:t>
      </w:r>
    </w:p>
    <w:p>
      <w:r>
        <w:t>There is “Na Na Nach Nachma {Nachman} MeUman,” it has already been revealed, {already}.. it exists in the world, {...}</w:t>
      </w:r>
    </w:p>
    <w:p>
      <w:r>
        <w:t>[..]</w:t>
      </w:r>
    </w:p>
    <w:p>
      <w:r>
        <w:t>{Oy, oy..}</w:t>
      </w:r>
    </w:p>
    <w:p>
      <w:r>
        <w:t>Ah, all the {main..}.. liars will go t.. will go {{to….}}, to the grave, to the grave</w:t>
      </w:r>
    </w:p>
    <w:p>
      <w:r>
        <w:t>And all, all those who do not, who do not {run} to humble themselves before the truth, will go, will go, will go, will be completely nullified</w:t>
      </w:r>
    </w:p>
    <w:p>
      <w:r>
        <w:t>{For} through every utterance from Rabbainu {...}</w:t>
      </w:r>
    </w:p>
    <w:p>
      <w:r>
        <w:t>There has not yet been such a thing</w:t>
      </w:r>
    </w:p>
    <w:p>
      <w:r>
        <w:t>Such “Likutay Moharan,” such words, such conversations, there has not yet been in the world</w:t>
      </w:r>
    </w:p>
    <w:p>
      <w:r>
        <w:t>And now there will be a new world, a world of Breslov</w:t>
      </w:r>
    </w:p>
    <w:p>
      <w:r>
        <w:t>[{{}}, ah, ah, ah, ah, ah, ai, ai, ai, ai.. (Saba chants the melody of “Na Na Nach..”)]</w:t>
      </w:r>
    </w:p>
    <w:p>
      <w:r>
        <w:t>He revealed this, and no Tzaddik revea.., did not, did not, did not, did not know of this, what, what is Nachman</w:t>
      </w:r>
    </w:p>
    <w:p>
      <w:r>
        <w:t>But now Rabbainu the holy one {made known} what Nachman is, “Na Na Nach Nachma Nachman MeUman”</w:t>
      </w:r>
    </w:p>
    <w:p>
      <w:r>
        <w:t>On this depend all the Torah and all the faith and all the truth and all the light</w:t>
      </w:r>
    </w:p>
    <w:p>
      <w:r>
        <w:t>I do not {….} know with whom I am speaking, {…} but words, words of such truth</w:t>
      </w:r>
    </w:p>
    <w:p>
      <w:r>
        <w:t>Words of such faith, there has not yet been in the world, and there will be a new world</w:t>
      </w:r>
    </w:p>
    <w:p>
      <w:r>
        <w:t>A world of faith, a world of truth, a world of such Torah, there has never yet been</w:t>
      </w:r>
    </w:p>
    <w:p>
      <w:r>
        <w:t>Ah, I remember {{}}, the taste and the burden {of what it was} that.. the.. children came to me:</w:t>
      </w:r>
    </w:p>
    <w:p>
      <w:r>
        <w:t>“Father, a piece of bread,” I did not have a piece of bread to give</w:t>
      </w:r>
    </w:p>
    <w:p>
      <w:r>
        <w:t>But I do not say a falsehood, why lie? No, s.. so it was, I did not have for the children, neither shoes nor clothing nor bread</w:t>
      </w:r>
    </w:p>
    <w:p>
      <w:r>
        <w:t>“Because he studies Breslov books, he deserves nothing”</w:t>
      </w:r>
    </w:p>
    <w:p>
      <w:r>
        <w:t>“Then will {my mouth} be filled with laughter and our tongue with song”</w:t>
      </w:r>
    </w:p>
    <w:p>
      <w:r>
        <w:t>{..}, now {the world} that new things will be revealed, Rebbe Nachman of Breslov, “Likutay Moharan,” such Torah teachings</w:t>
      </w:r>
    </w:p>
    <w:p>
      <w:r>
        <w:t>Who heard? Who {...}? Such Torah teachings and such stories and words, and such conversations</w:t>
      </w:r>
    </w:p>
    <w:p>
      <w:r>
        <w:t>There has not been in the world, and there will be an entirely new world</w:t>
      </w:r>
    </w:p>
    <w:p>
      <w:r>
        <w:t>[Avraham Zagdon sings: “Na Na Nach Nachma Nachman MeUman..”]</w:t>
      </w:r>
    </w:p>
    <w:p>
      <w:r>
        <w:t>Uman, Na.. Na.. ah.. ah..</w:t>
      </w:r>
    </w:p>
    <w:p>
      <w:r>
        <w:t>{Now who knows with whom I know with whom I am speaking}</w:t>
      </w:r>
    </w:p>
    <w:p>
      <w:r>
        <w:t>[Saba and Avraham Zagdon continue to sing:</w:t>
      </w:r>
    </w:p>
    <w:p>
      <w:r>
        <w:t>“Na Na Nach Nachma Nachman MeUman..”]</w:t>
      </w:r>
    </w:p>
    <w:p>
      <w:r>
        <w:t>[He said that prayer is stronger than Torah..]</w:t>
      </w:r>
    </w:p>
    <w:p>
      <w:r>
        <w:t>Blessed be Hashem</w:t>
      </w:r>
    </w:p>
    <w:p>
      <w:r>
        <w:t>There already is “Na Na Nach” in the world, what this is, no, they still know nothing</w:t>
      </w:r>
    </w:p>
    <w:p>
      <w:r>
        <w:t>The whole world knows nothing of what “Na Na Nach Nachma Nachman MeUman” is</w:t>
      </w:r>
    </w:p>
    <w:p>
      <w:r>
        <w:t>{And now he will bring forth}, a light will come into the world, a new light that has not yet been in the world, {ho.. ho..}</w:t>
      </w:r>
    </w:p>
    <w:p>
      <w:r>
        <w:t>And all the wise men will be completely nullified.. against every utterance of {...}, against every utterance of Rebbe Nachman</w:t>
      </w:r>
    </w:p>
    <w:p>
      <w:r>
        <w:t>Who is this, who is this with whom I spoke so much? The president? Weizmann? No?</w:t>
      </w:r>
    </w:p>
    <w:p>
      <w:r>
        <w:t>{{….. he}} but there will come {…..}</w:t>
      </w:r>
    </w:p>
    <w:p>
      <w:r>
        <w:t>All the great ones will come, and will be completely nullified against every utterance of “Likutay Moharan”</w:t>
      </w:r>
    </w:p>
    <w:p>
      <w:r>
        <w:t>Against every utterance of the stories, against every utterance that he revealed in the world</w:t>
      </w:r>
    </w:p>
    <w:p>
      <w:r>
        <w:t>New {such} lights, which had not been in the world, and have still not been revealed in the world</w:t>
      </w:r>
    </w:p>
    <w:p>
      <w:r>
        <w:t>[Yes, Saba]</w:t>
      </w:r>
    </w:p>
    <w:p>
      <w:r>
        <w:t>Oy, what I suffered—today, when I remind myself, that I had a very heavy burden</w:t>
      </w:r>
    </w:p>
    <w:p>
      <w:r>
        <w:t>Ten children want bread, and I had none to give them—not clothing and not bread and not money and nothing</w:t>
      </w:r>
    </w:p>
    <w:p>
      <w:r>
        <w:t>Oy vey, oy vey, oy vey, oy vey, oy vey, {….}, Master of the World</w:t>
      </w:r>
    </w:p>
    <w:p>
      <w:r>
        <w:t>[Saba sings:</w:t>
      </w:r>
    </w:p>
    <w:p>
      <w:r>
        <w:t>"Fortunate are we, how good is our portion, how pleasant is our lot, and how beautiful is our inheritance; fortunate are we.."]</w:t>
      </w:r>
    </w:p>
    <w:p>
      <w:r>
        <w:t>Fortunate are we, how good is our portion, that today we have {..} such lights, which have still not been revealed</w:t>
      </w:r>
    </w:p>
    <w:p>
      <w:r>
        <w:t>Completely new, which have still not been revealed in the world</w:t>
      </w:r>
    </w:p>
    <w:p>
      <w:r>
        <w:t>This will be—through him they will draw close, and the whole world will draw close to..{..} Hashem Yisborach</w:t>
      </w:r>
    </w:p>
    <w:p>
      <w:r>
        <w:t>And to the Torah and to faith and to truth, yes</w:t>
      </w:r>
    </w:p>
    <w:p>
      <w:r>
        <w:t>With whom am I—{who is this?}—speaking? I still do not know</w:t>
      </w:r>
    </w:p>
    <w:p>
      <w:r>
        <w:t>With the president? Ah.. with Weizman, {perhaps with someone else?} I do not know who, who, who, who is speaking?</w:t>
      </w:r>
    </w:p>
    <w:p>
      <w:r>
        <w:t>Everyone needs to know what we have today, the light.. li.. such lights that have still not been revealed in the world</w:t>
      </w:r>
    </w:p>
    <w:p>
      <w:r>
        <w:t>I had ten children, and I had none to give them; bread alone I did not have</w:t>
      </w:r>
    </w:p>
    <w:p>
      <w:r>
        <w:t>Not clothing and not shoes and not money, and not anything, {...}</w:t>
      </w:r>
    </w:p>
    <w:p>
      <w:r>
        <w:t>They, ah.. {..} sent them home; Rosh Chodesh came and they did not bring money</w:t>
      </w:r>
    </w:p>
    <w:p>
      <w:r>
        <w:t>They sent them home, yes, and my children—I am ashamed to tell</w:t>
      </w:r>
    </w:p>
    <w:p>
      <w:r>
        <w:t>They did not {was} know what an 'alef' is and what a 'beis' is, and what a 'kamatz' is and what a 'patach' is</w:t>
      </w:r>
    </w:p>
    <w:p>
      <w:r>
        <w:t>Boruch Hashem, I see such a thing, I become happy; I did not, I did not have..</w:t>
      </w:r>
    </w:p>
    <w:p>
      <w:r>
        <w:t>Such a heavy burden, ten children, and I had none to give them; bread alone I did not have</w:t>
      </w:r>
    </w:p>
    <w:p>
      <w:r>
        <w:t>And not clothing and not shoes, {...}</w:t>
      </w:r>
    </w:p>
    <w:p>
      <w:r>
        <w:t>{The excuse}: "Why do I study Breslov books? I deserve nothing"</w:t>
      </w:r>
    </w:p>
    <w:p>
      <w:r>
        <w:t>Now they already know in the world; the whole world loves, esteems {{. .}}</w:t>
      </w:r>
    </w:p>
    <w:p>
      <w:r>
        <w:t>And loves our holy Rabbainu, Rebbe Nachman, very much</w:t>
      </w:r>
    </w:p>
    <w:p>
      <w:r>
        <w:t>Just one word from "Likutay Moharan" and "Sippurei Maasiyos"—this {…}</w:t>
      </w:r>
    </w:p>
    <w:p>
      <w:r>
        <w:t>Nullifies all {...}, everything, nullifies them all, ah..</w:t>
      </w:r>
    </w:p>
    <w:p>
      <w:r>
        <w:t>Such truth, such faith, such light had not been, had still not been in the world</w:t>
      </w:r>
    </w:p>
    <w:p>
      <w:r>
        <w:t>And there will be in the world {light…}.., a completely new world</w:t>
      </w:r>
    </w:p>
    <w:p>
      <w:r>
        <w:t>[He says the redemption is close, close]</w:t>
      </w:r>
    </w:p>
    <w:p>
      <w:r>
        <w:t>Ah?</w:t>
      </w:r>
    </w:p>
    <w:p>
      <w:r>
        <w:t>[{Phenomenal}, I hope]</w:t>
      </w:r>
    </w:p>
    <w:p>
      <w:r>
        <w:t>Do you know what 'Nachman' is?</w:t>
      </w:r>
    </w:p>
    <w:p>
      <w:r>
        <w:t>["NA..”]</w:t>
      </w:r>
    </w:p>
    <w:p>
      <w:r>
        <w:t>"NA..”</w:t>
      </w:r>
    </w:p>
    <w:p>
      <w:r>
        <w:t>["NA CH.."]</w:t>
      </w:r>
    </w:p>
    <w:p>
      <w:r>
        <w:t>"NA CH.."</w:t>
      </w:r>
    </w:p>
    <w:p>
      <w:r>
        <w:t>["NA CHMA.."]</w:t>
      </w:r>
    </w:p>
    <w:p>
      <w:r>
        <w:t>"NA CHMA.."</w:t>
      </w:r>
    </w:p>
    <w:p>
      <w:r>
        <w:t>["NA CHMAN..”]</w:t>
      </w:r>
    </w:p>
    <w:p>
      <w:r>
        <w:t>"NA CHMAN..”</w:t>
      </w:r>
    </w:p>
    <w:p>
      <w:r>
        <w:t>["MeUman"]</w:t>
      </w:r>
    </w:p>
    <w:p>
      <w:r>
        <w:t>"MeUman, and that is it</w:t>
      </w:r>
    </w:p>
    <w:p>
      <w:r>
        <w:t>There is already now in the world</w:t>
      </w:r>
    </w:p>
    <w:p>
      <w:r>
        <w:t>[Yes]</w:t>
      </w:r>
    </w:p>
    <w:p>
      <w:r>
        <w:t>Our holy Rabbainu said Rebbe Nassan revealed, {he..}</w:t>
      </w:r>
    </w:p>
    <w:p>
      <w:r>
        <w:t>And now he.., Rebbe Shimon {{hu-mangmar, . . ah}}, a verse</w:t>
      </w:r>
    </w:p>
    <w:p>
      <w:r>
        <w:t>Ah, in.. in.. in..which verse?</w:t>
      </w:r>
    </w:p>
    <w:p>
      <w:r>
        <w:t>["Ir VeKaddish"]</w:t>
      </w:r>
    </w:p>
    <w:p>
      <w:r>
        <w:t>Ah?</w:t>
      </w:r>
    </w:p>
    <w:p>
      <w:r>
        <w:t>["Ir VeKaddish"]</w:t>
      </w:r>
    </w:p>
    <w:p>
      <w:r>
        <w:t>["Ir VeKaddish"]</w:t>
      </w:r>
    </w:p>
    <w:p>
      <w:r>
        <w:t>"I'r V'eKaddish M'in S'hmaya N'achis," {..}..</w:t>
      </w:r>
    </w:p>
    <w:p>
      <w:r>
        <w:t>[Uri, Uri is here, Uri, Ambash]</w:t>
      </w:r>
    </w:p>
    <w:p>
      <w:r>
        <w:t>"I'r V'eKaddish M'in S'hmaya N'achis," and now there is already "NA NACH NA CHMA NA CHMAN MeUman"</w:t>
      </w:r>
    </w:p>
    <w:p>
      <w:r>
        <w:t>[Did you say "NA NACH" today?]</w:t>
      </w:r>
    </w:p>
    <w:p>
      <w:r>
        <w:t>Ah?</w:t>
      </w:r>
    </w:p>
    <w:p>
      <w:r>
        <w:t>["NA NACH"]</w:t>
      </w:r>
    </w:p>
    <w:p>
      <w:r>
        <w:t>{Did Tal leave?}</w:t>
      </w:r>
    </w:p>
    <w:p>
      <w:r>
        <w:t>["NA NACH," "NA NACH"]</w:t>
      </w:r>
    </w:p>
    <w:p>
      <w:r>
        <w:t>"NA NACH..”</w:t>
      </w:r>
    </w:p>
    <w:p>
      <w:r>
        <w:t>[NA CHMA..”]</w:t>
      </w:r>
    </w:p>
    <w:p>
      <w:r>
        <w:t>{..}, NA CHMA..”</w:t>
      </w:r>
    </w:p>
    <w:p>
      <w:r>
        <w:t>[NA CHMAN..”]</w:t>
      </w:r>
    </w:p>
    <w:p>
      <w:r>
        <w:t>NA CHMAN..”</w:t>
      </w:r>
    </w:p>
    <w:p>
      <w:r>
        <w:t>[MeUman]</w:t>
      </w:r>
    </w:p>
    <w:p>
      <w:r>
        <w:t>MeUman"</w:t>
      </w:r>
    </w:p>
    <w:p>
      <w:r>
        <w:t>This is the whole entire Torah and all the wisdoms in the world, all.. everything {..}</w:t>
      </w:r>
    </w:p>
    <w:p>
      <w:r>
        <w:t>Every word that he revealed in the world is a n.. world; an entirely new world is made, entirely new [He had ten children, as he says.. ten sons, as he relates] I need the urine vessel</w:t>
      </w:r>
    </w:p>
    <w:p>
      <w:r>
        <w:t>[Yes..]</w:t>
      </w:r>
    </w:p>
    <w:p>
      <w:r>
        <w:t>[Do you know how to do it?……]</w:t>
      </w:r>
    </w:p>
    <w:p>
      <w:r>
        <w:t>Good</w:t>
      </w:r>
    </w:p>
    <w:p>
      <w:r>
        <w:t>[………..]</w:t>
      </w:r>
    </w:p>
    <w:p>
      <w:r>
        <w:t>[It is because of you]</w:t>
      </w:r>
    </w:p>
    <w:p>
      <w:r>
        <w:t>[Ah, ah, there are many faces, he speaks a lot …… he is nice]</w:t>
      </w:r>
    </w:p>
    <w:p>
      <w:r>
        <w:t>[..]</w:t>
      </w:r>
    </w:p>
    <w:p>
      <w:r>
        <w:t>[…...prayer.. he resembles Floro Pani (a French singer)…]</w:t>
      </w:r>
    </w:p>
    <w:p>
      <w:r>
        <w:t>[We will see how he will be tomorrow]</w:t>
      </w:r>
    </w:p>
    <w:p>
      <w:r>
        <w:t>[I do not think]</w:t>
      </w:r>
    </w:p>
    <w:p>
      <w:r>
        <w:t>[They give a minute.. yes? Maybe he wants to sleep]</w:t>
      </w:r>
    </w:p>
    <w:p>
      <w:r>
        <w:t>Ah, {azoy, azoy}</w:t>
      </w:r>
    </w:p>
    <w:p>
      <w:r>
        <w:t>[Ah?]</w:t>
      </w:r>
    </w:p>
    <w:p>
      <w:r>
        <w:t>Oh, oh</w:t>
      </w:r>
    </w:p>
    <w:p>
      <w:r>
        <w:t>[Ask him, maybe he wants again]..</w:t>
      </w:r>
    </w:p>
    <w:p>
      <w:r>
        <w:t>[I am traveling Tuesday]</w:t>
      </w:r>
    </w:p>
    <w:p>
      <w:r>
        <w:t>Ah..</w:t>
      </w:r>
    </w:p>
    <w:p>
      <w:r>
        <w:t>[..]</w:t>
      </w:r>
    </w:p>
    <w:p>
      <w:r>
        <w:t>Ah..</w:t>
      </w:r>
    </w:p>
    <w:p>
      <w:r>
        <w:t>[Monday night]</w:t>
      </w:r>
    </w:p>
    <w:p>
      <w:r>
        <w:t>Ah.. ah.. ah.. ah.. oy..</w:t>
      </w:r>
    </w:p>
    <w:p>
      <w:r>
        <w:t>[Continuing now.. {a minute}]</w:t>
      </w:r>
    </w:p>
    <w:p>
      <w:r>
        <w:t>Ah.. ah..</w:t>
      </w:r>
    </w:p>
    <w:p>
      <w:r>
        <w:t>[Sit.. it is normal that you sleep when he sleeps, this, because of this it is forbidden to sleep]</w:t>
      </w:r>
    </w:p>
    <w:p>
      <w:r>
        <w:t>[...they sleep deeply]</w:t>
      </w:r>
    </w:p>
    <w:p>
      <w:r>
        <w:t>The nations also want a portion in the Land of Israel</w:t>
      </w:r>
    </w:p>
    <w:p>
      <w:r>
        <w:t>[..]</w:t>
      </w:r>
    </w:p>
    <w:p>
      <w:r>
        <w:t>But they have no portion {..} in the Land of Israel</w:t>
      </w:r>
    </w:p>
    <w:p>
      <w:r>
        <w:t>They have no por.., no, no boundary, no portion, no, nothing; they are entirely outside, the nations</w:t>
      </w:r>
    </w:p>
    <w:p>
      <w:r>
        <w:t>[Outside]</w:t>
      </w:r>
    </w:p>
    <w:p>
      <w:r>
        <w:t>They have neither Torah nor mitzvos, no vitality at all, {he comes}</w:t>
      </w:r>
    </w:p>
    <w:p>
      <w:r>
        <w:t>[…….….]</w:t>
      </w:r>
    </w:p>
    <w:p>
      <w:r>
        <w:t>[………..]</w:t>
      </w:r>
    </w:p>
    <w:p>
      <w:r>
        <w:t>Ah.. NACHMAN, "NA NACH NA CHMA NACHMAN MeUman," he is everything</w:t>
      </w:r>
    </w:p>
    <w:p>
      <w:r>
        <w:t>[What.. bring me a little to drink afterward..]</w:t>
      </w:r>
    </w:p>
    <w:p>
      <w:r>
        <w:t>"N'achal N'ovea M'ekor C'hochma," ah.. ah.. ah.. ah.. ah.. ah.. ah.. ah..</w:t>
      </w:r>
    </w:p>
    <w:p>
      <w:r>
        <w:t>[Ah.. ah.. ah.. ah..]</w:t>
      </w:r>
    </w:p>
    <w:p>
      <w:r>
        <w:t>[………..….]</w:t>
      </w:r>
    </w:p>
    <w:p>
      <w:r>
        <w:t>[…………...]</w:t>
      </w:r>
    </w:p>
    <w:p>
      <w:r>
        <w:t>I had a heavy burden, ten small children; I had a heavy burden</w:t>
      </w:r>
    </w:p>
    <w:p>
      <w:r>
        <w:t>They wanted bread, wanted clothing, and wanted shoes, and they had nothing</w:t>
      </w:r>
    </w:p>
    <w:p>
      <w:r>
        <w:t>So today I have no burden; they all married, {..} the burden passed, {..}</w:t>
      </w:r>
    </w:p>
    <w:p>
      <w:r>
        <w:t>I had a burden of ten children; now I have no burden{?}…</w:t>
      </w:r>
    </w:p>
    <w:p>
      <w:r>
        <w:br w:type="page"/>
      </w:r>
    </w:p>
    <w:p>
      <w:pPr>
        <w:pStyle w:val="Heading1"/>
      </w:pPr>
      <w:r>
        <w:t>Tape 71</w:t>
      </w:r>
    </w:p>
    <w:p>
      <w:pPr>
        <w:pStyle w:val="Heading2"/>
      </w:pPr>
      <w:r>
        <w:t>Side A (Aleph)</w:t>
      </w:r>
    </w:p>
    <w:p>
      <w:r>
        <w:t>...{…}…</w:t>
      </w:r>
    </w:p>
    <w:p>
      <w:r>
        <w:t>...I did not have, I did not have a livelihood, I did not have bread for the children</w:t>
      </w:r>
    </w:p>
    <w:p>
      <w:r>
        <w:t>But they had {..} great troubles, harsh punishments, harsh {and bitter} punishments</w:t>
      </w:r>
    </w:p>
    <w:p>
      <w:r>
        <w:t>But they thought they were holy, they, th.. th.. th.. they</w:t>
      </w:r>
    </w:p>
    <w:p>
      <w:r>
        <w:t>In Teveria they.. they took Rebbe Meir Baal HaNess and the entire city; they were the masters of the city, and they did not give me for bread; they made for themselves a "Bank Klirs," a bank</w:t>
      </w:r>
    </w:p>
    <w:p>
      <w:r>
        <w:t>And I did not have bread for the children, {..}, nu..</w:t>
      </w:r>
    </w:p>
    <w:p>
      <w:r>
        <w:t>In their own eyes they were tzaddikim, but they paid—ho, ho, what it was, what, what passed over them</w:t>
      </w:r>
    </w:p>
    <w:p>
      <w:r>
        <w:t>Each time one of the h.., of the house died, each time</w:t>
      </w:r>
    </w:p>
    <w:p>
      <w:r>
        <w:t>Children, adults, yes…</w:t>
      </w:r>
    </w:p>
    <w:p>
      <w:r>
        <w:t>...{..}…</w:t>
      </w:r>
    </w:p>
    <w:p>
      <w:r>
        <w:t>..{what he ho.. h.. he, he, he saw} and I saw how Hashem Yisborach, in His providence, He—in His providence He pays them, ho, ho..</w:t>
      </w:r>
    </w:p>
    <w:p>
      <w:r>
        <w:t>Who is this?</w:t>
      </w:r>
    </w:p>
    <w:p>
      <w:r>
        <w:t>[Yaakov from France]…</w:t>
      </w:r>
    </w:p>
    <w:p>
      <w:r>
        <w:t>...The first {..}.. I do not remember exactly, but the.. {note} second I remember well</w:t>
      </w:r>
    </w:p>
    <w:p>
      <w:r>
        <w:t>This is the language that I am t.., that I am telling you; this was the wording of the letter:</w:t>
      </w:r>
    </w:p>
    <w:p>
      <w:r>
        <w:t>"It was very difficult for me to descend to you</w:t>
      </w:r>
    </w:p>
    <w:p>
      <w:r>
        <w:t>My precious student, to tell you that I derived</w:t>
      </w:r>
    </w:p>
    <w:p>
      <w:r>
        <w:t>Great pleasure from your service, and of you I said</w:t>
      </w:r>
    </w:p>
    <w:p>
      <w:r>
        <w:t>My little fire will smolder until Moshiach comes.."</w:t>
      </w:r>
    </w:p>
    <w:p>
      <w:r>
        <w:t>This is the second note, and the first I do not remember exactly as, as it was</w:t>
      </w:r>
    </w:p>
    <w:p>
      <w:r>
        <w:t>But I think that I w.. will find it, perhaps with my d.., my daughter Tzipporah</w:t>
      </w:r>
    </w:p>
    <w:p>
      <w:r>
        <w:t>Then, Breslov was at the ultimate disgrace, but they had.. Hashem Yisborach {{...}}</w:t>
      </w:r>
    </w:p>
    <w:p>
      <w:r>
        <w:t>They had {th.. yes, for this}, very harsh and bitter punishments</w:t>
      </w:r>
    </w:p>
    <w:p>
      <w:r>
        <w:t>[…...]…</w:t>
      </w:r>
    </w:p>
    <w:p>
      <w:r>
        <w:t>...{..} they made a bank from the dollars</w:t>
      </w:r>
    </w:p>
    <w:p>
      <w:r>
        <w:t>And I did not have {a.. a..} a piece of bread for {m.. my childr..}, small children</w:t>
      </w:r>
    </w:p>
    <w:p>
      <w:r>
        <w:t>They cried: "Bread, bread, bread," yes</w:t>
      </w:r>
    </w:p>
    <w:p>
      <w:r>
        <w:t>But they had, ho, Hashem Yisborach c.. can pay, He pays well…</w:t>
      </w:r>
    </w:p>
    <w:p>
      <w:r>
        <w:t>...know, that the world were opponents of Breslov</w:t>
      </w:r>
    </w:p>
    <w:p>
      <w:r>
        <w:t>But Breslov goes {{and who is r..\and.. and..}} rising every day</w:t>
      </w:r>
    </w:p>
    <w:p>
      <w:r>
        <w:t>And th.. and they fall, fall and fall, this I see, I see this</w:t>
      </w:r>
    </w:p>
    <w:p>
      <w:r>
        <w:t>But I suffered greatly, I greatly suffered hunger, and I had nothing</w:t>
      </w:r>
    </w:p>
    <w:p>
      <w:r>
        <w:t>I did not have, neither clothing nor shoes for small children</w:t>
      </w:r>
    </w:p>
    <w:p>
      <w:r>
        <w:t>And they, they had, {..} they had much money to make a bank</w:t>
      </w:r>
    </w:p>
    <w:p>
      <w:r>
        <w:t>{..}.. he sees that nothing remains of them, nothing</w:t>
      </w:r>
    </w:p>
    <w:p>
      <w:r>
        <w:t>All the money went to ruin</w:t>
      </w:r>
    </w:p>
    <w:p>
      <w:r>
        <w:t>[………..]</w:t>
      </w:r>
    </w:p>
    <w:p>
      <w:r>
        <w:t>[………..]</w:t>
      </w:r>
    </w:p>
    <w:p>
      <w:r>
        <w:t>They were cruel, {..} they had so many dollars, and I did not have bread for the children</w:t>
      </w:r>
    </w:p>
    <w:p>
      <w:r>
        <w:t>For small children</w:t>
      </w:r>
    </w:p>
    <w:p>
      <w:r>
        <w:t>Nu, nu, nu, nu, Hashem Yisborach is very great, He paid them, ho..</w:t>
      </w:r>
    </w:p>
    <w:p>
      <w:r>
        <w:t>What I saw in my life, what they paid, ah</w:t>
      </w:r>
    </w:p>
    <w:p>
      <w:r>
        <w:t>There was always illn.., illness in their house, and the children died, and they had {troubles} great troubles and they thought they were tzaddikim, they suffer for me, for you, they suffer for.. {..} but woe to them and woe to their souls and woe to their neshamah, woe to them, woe t.. to them</w:t>
      </w:r>
    </w:p>
    <w:p>
      <w:r>
        <w:t>[…….]</w:t>
      </w:r>
    </w:p>
    <w:p>
      <w:r>
        <w:t>[…….]</w:t>
      </w:r>
    </w:p>
    <w:p>
      <w:r>
        <w:t>They had no compassion at all, they had dollars, and made a bank</w:t>
      </w:r>
    </w:p>
    <w:p>
      <w:r>
        <w:t>And I did not have bread for small children</w:t>
      </w:r>
    </w:p>
    <w:p>
      <w:r>
        <w:t>Nu, nu, nu, nu, nu, the world is not ownerless</w:t>
      </w:r>
    </w:p>
    <w:p>
      <w:r>
        <w:t>{Oy}, the punishment that Hashem Yisborach paid them, ho.. such punishments, {yes}</w:t>
      </w:r>
    </w:p>
    <w:p>
      <w:r>
        <w:t>He gave them children, and each time the children died, {{. .}}...</w:t>
      </w:r>
    </w:p>
    <w:p>
      <w:r>
        <w:t>...{….} previously the.. all the honor and all the money was with the.. th.. the Sl.. Slonimers</w:t>
      </w:r>
    </w:p>
    <w:p>
      <w:r>
        <w:t>And today {{…}}, did you see this? The synagogue?</w:t>
      </w:r>
    </w:p>
    <w:p>
      <w:r>
        <w:t>Destruction, this is destruction and destroyed, nothing, there is nothing, not even a stone</w:t>
      </w:r>
    </w:p>
    <w:p>
      <w:r>
        <w:t>{There is no, th.. there is no}, there was not.., no trace of them remained</w:t>
      </w:r>
    </w:p>
    <w:p>
      <w:r>
        <w:t>But I suffered</w:t>
      </w:r>
    </w:p>
    <w:p>
      <w:r>
        <w:t>[………]</w:t>
      </w:r>
    </w:p>
    <w:p>
      <w:r>
        <w:t>Yo</w:t>
      </w:r>
    </w:p>
    <w:p>
      <w:r>
        <w:t>[{…….}]</w:t>
      </w:r>
    </w:p>
    <w:p>
      <w:r>
        <w:t>Oy vey, vey, vey, oy vey, Master of the World</w:t>
      </w:r>
    </w:p>
    <w:p>
      <w:r>
        <w:t>{{There were as th..}} two kinds of Jews, Sephardim and Ashkenazim</w:t>
      </w:r>
    </w:p>
    <w:p>
      <w:r>
        <w:t>The Ashkenazim, they did not, did not give to the Sephardim, and the Sephardim did not give to the poor th.. th.. {..} Ashkenazim, so I was, no, I had neither from the Ashkenazim nor from the Sephardim, {an.. a.. a..}</w:t>
      </w:r>
    </w:p>
    <w:p>
      <w:r>
        <w:t>And I did not have a piece of bread for the children</w:t>
      </w:r>
    </w:p>
    <w:p>
      <w:r>
        <w:t>But I saw, Hashem Yisborach leads the world, He created the world and He leads the world</w:t>
      </w:r>
    </w:p>
    <w:p>
      <w:r>
        <w:t>He knows every, every penny that is robbed</w:t>
      </w:r>
    </w:p>
    <w:p>
      <w:r>
        <w:t>[Parasite, idiot]</w:t>
      </w:r>
    </w:p>
    <w:p>
      <w:r>
        <w:t>(Saba coughs)</w:t>
      </w:r>
    </w:p>
    <w:p>
      <w:r>
        <w:t>[………..]</w:t>
      </w:r>
    </w:p>
    <w:p>
      <w:r>
        <w:t>[………..]</w:t>
      </w:r>
    </w:p>
    <w:p>
      <w:r>
        <w:t>Ah..</w:t>
      </w:r>
    </w:p>
    <w:p>
      <w:r>
        <w:t>[…….….]</w:t>
      </w:r>
    </w:p>
    <w:p>
      <w:r>
        <w:t>[……..…]…</w:t>
      </w:r>
    </w:p>
    <w:p>
      <w:r>
        <w:t>...and they made from this, ah.. ah…</w:t>
      </w:r>
    </w:p>
    <w:p>
      <w:r>
        <w:t>...dollars, and I did not have a piece of bread for the children</w:t>
      </w:r>
    </w:p>
    <w:p>
      <w:r>
        <w:t>You were children, you do not know what was a.. a hundred years ago</w:t>
      </w:r>
    </w:p>
    <w:p>
      <w:r>
        <w:t>[….……]</w:t>
      </w:r>
    </w:p>
    <w:p>
      <w:r>
        <w:t>[…...….]…</w:t>
      </w:r>
    </w:p>
    <w:p>
      <w:r>
        <w:t>...I saw how Hashem Yisborach turns and turns, and pays exactly</w:t>
      </w:r>
    </w:p>
    <w:p>
      <w:r>
        <w:t>. And pays {..} a good price, he {receives} a good price</w:t>
      </w:r>
    </w:p>
    <w:p>
      <w:r>
        <w:t>[……..]</w:t>
      </w:r>
    </w:p>
    <w:p>
      <w:r>
        <w:t>They did not give me for bread for small children, nothing remained of them, they all died</w:t>
      </w:r>
    </w:p>
    <w:p>
      <w:r>
        <w:t>They left money and houses, {an..} there was destruction, no, nothing remained of them</w:t>
      </w:r>
    </w:p>
    <w:p>
      <w:r>
        <w:t>[….….]</w:t>
      </w:r>
    </w:p>
    <w:p>
      <w:r>
        <w:t>Ah.. {..}</w:t>
      </w:r>
    </w:p>
    <w:p>
      <w:r>
        <w:t>The famous gaon, Rav Alfandari, he was in Tzfas, he came to Teveria, I went in to him and spoke with him about Rabbainu, and I saw that he {..}.., ah.. held Rabbainu in very high esteem, without measure, yes, and he knew that they were opponents, and I told him, that they do not give me even bread for me f.. for the children he asked them to give me, to give me an addition, and they said:</w:t>
      </w:r>
    </w:p>
    <w:p>
      <w:r>
        <w:t>"No, to.. to Yisroel Ber we will not give, he studies Breslov books"</w:t>
      </w:r>
    </w:p>
    <w:p>
      <w:r>
        <w:t>[……..]</w:t>
      </w:r>
    </w:p>
    <w:p>
      <w:r>
        <w:t>But such punishments came upon them, very harsh and bitter, more {…}.. than passing away, more than death</w:t>
      </w:r>
    </w:p>
    <w:p>
      <w:r>
        <w:t>They suffered greatly, Hashem Yisborach paid them, th..{..} I was within the city</w:t>
      </w:r>
    </w:p>
    <w:p>
      <w:r>
        <w:t>And I did not have bread for {...}, small children…</w:t>
      </w:r>
    </w:p>
    <w:p>
      <w:r>
        <w:t>...each time illness came, {came came} to their home</w:t>
      </w:r>
    </w:p>
    <w:p>
      <w:r>
        <w:t>And children passed away, small and grown children, ah, passed away, yes</w:t>
      </w:r>
    </w:p>
    <w:p>
      <w:r>
        <w:t>And they thought they were tzaddikim, and for this they suffer, {that is it}</w:t>
      </w:r>
    </w:p>
    <w:p>
      <w:r>
        <w:t>Oy, what passed over me, {...}, they also saw that there are children and they have no bread</w:t>
      </w:r>
    </w:p>
    <w:p>
      <w:r>
        <w:t>And I.., and he knows that they need to be given bread, and I did not have</w:t>
      </w:r>
    </w:p>
    <w:p>
      <w:r>
        <w:t>But Hashem Yisborach.. and pays well, ho.. ho..</w:t>
      </w:r>
    </w:p>
    <w:p>
      <w:r>
        <w:t>Ten small children, and I did not have, and the children ask:</w:t>
      </w:r>
    </w:p>
    <w:p>
      <w:r>
        <w:t>"T.. Abba, bread, bread, bread," and I did not have to give them…</w:t>
      </w:r>
    </w:p>
    <w:p>
      <w:r>
        <w:t>...{…..} "Bread, bread"…</w:t>
      </w:r>
    </w:p>
    <w:p>
      <w:r>
        <w:t>...{…}…</w:t>
      </w:r>
    </w:p>
    <w:p>
      <w:r>
        <w:t>...{…}...</w:t>
      </w:r>
    </w:p>
    <w:p>
      <w:r>
        <w:t>...[Rebbe Yisroel..]</w:t>
      </w:r>
    </w:p>
    <w:p>
      <w:r>
        <w:t>{..}</w:t>
      </w:r>
    </w:p>
    <w:p>
      <w:r>
        <w:t>[In the first note was it written "and of you I said"?]</w:t>
      </w:r>
    </w:p>
    <w:p>
      <w:r>
        <w:t>Yo, "And of you I said, my little fire will smolder until Moshiach comes"</w:t>
      </w:r>
    </w:p>
    <w:p>
      <w:r>
        <w:t>In.. in.. in.. in.. in the first note</w:t>
      </w:r>
    </w:p>
    <w:p>
      <w:r>
        <w:t>[And also "Na Na ch"?]</w:t>
      </w:r>
    </w:p>
    <w:p>
      <w:r>
        <w:t>And also, {{...}} ah?</w:t>
      </w:r>
    </w:p>
    <w:p>
      <w:r>
        <w:t>[And also "Na Na ch"?..]</w:t>
      </w:r>
    </w:p>
    <w:p>
      <w:r>
        <w:t>Also "Na Na ch," yes, yes…</w:t>
      </w:r>
    </w:p>
    <w:p>
      <w:r>
        <w:t>...{they {were nothing for me.., from this}, they were opponents [..]</w:t>
      </w:r>
    </w:p>
    <w:p>
      <w:r>
        <w:t>Then they thought that I was ah.. ah, a simple man, {..}…</w:t>
      </w:r>
    </w:p>
    <w:p>
      <w:r>
        <w:t>...{..}...</w:t>
      </w:r>
    </w:p>
    <w:p>
      <w:r>
        <w:t>...Ah, what I suffered in my life, who can describe and estimate? Who can tell what passed over me? It was not for nothing that I had {{…}} two letters {{this is Rabbainu\from Rabbainu}, it is not for nothing I also suffered, suffered from the cold, and also suffered hunger, and also children I had such troubles {…} as cannot be described at all but everything is in the accounting, everything is in judgment, everything is in the accounting</w:t>
      </w:r>
    </w:p>
    <w:p>
      <w:r>
        <w:t>No, no, Hashem Yisborach will not have mercy on those who do not repent when they repent, He has mercy and forgives, but without repentance everything remains they passed away without repentance, {they …., yes}</w:t>
      </w:r>
    </w:p>
    <w:p>
      <w:r>
        <w:t>They had a synagogue and houses, and I did not have a house to live in and no bread</w:t>
      </w:r>
    </w:p>
    <w:p>
      <w:r>
        <w:t>They suffer {…} for all eternity, they will suffer…</w:t>
      </w:r>
    </w:p>
    <w:p>
      <w:r>
        <w:t>...Ah, ah, ah.. ah, ah, ah</w:t>
      </w:r>
    </w:p>
    <w:p>
      <w:r>
        <w:t>Boruch Hashem, we have a sukkah, and we have, Boruch Hashem, what, with what to cover ourselves…</w:t>
      </w:r>
    </w:p>
    <w:p>
      <w:r>
        <w:t>...{..already} I saw th.. that I was without a sukkah, I had nothing</w:t>
      </w:r>
    </w:p>
    <w:p>
      <w:r>
        <w:t>Boruch Hashem, Hashem Yisborach helped me one week with a sukkah, and made a sukkah</w:t>
      </w:r>
    </w:p>
    <w:p>
      <w:r>
        <w:t>And we had, ah, a joyous festival…</w:t>
      </w:r>
    </w:p>
    <w:p>
      <w:r>
        <w:t>...I was together with Rebbe Yisroel (Kardonner), when everyone was opposed</w:t>
      </w:r>
    </w:p>
    <w:p>
      <w:r>
        <w:t>{If they are} opponents, they did not know what Rebbe Yisroel was</w:t>
      </w:r>
    </w:p>
    <w:p>
      <w:r>
        <w:t>They, they, and also they thought they, they were tzaddikim</w:t>
      </w:r>
    </w:p>
    <w:p>
      <w:r>
        <w:t>Ah, oy, woe and alas for them, woe and alas for them…</w:t>
      </w:r>
    </w:p>
    <w:p>
      <w:r>
        <w:t>...[Rebbe Yisroel]</w:t>
      </w:r>
    </w:p>
    <w:p>
      <w:r>
        <w:t>Who can estimate? Who can describe? Who can tell?</w:t>
      </w:r>
    </w:p>
    <w:p>
      <w:r>
        <w:t>What th.., what, what, what passed, what {I} suffered, what passed over me?</w:t>
      </w:r>
    </w:p>
    <w:p>
      <w:r>
        <w:t>"What? Yisroel Ber? He teaches, he, he studies Breslov books</w:t>
      </w:r>
    </w:p>
    <w:p>
      <w:r>
        <w:t>{Then we do not help}, we will not give him anything"</w:t>
      </w:r>
    </w:p>
    <w:p>
      <w:r>
        <w:t>They gave me two liras a month, and I did not have, and I did not even have bread</w:t>
      </w:r>
    </w:p>
    <w:p>
      <w:r>
        <w:t>Even bread alone I did not have to give to.. to.. to the children</w:t>
      </w:r>
    </w:p>
    <w:p>
      <w:r>
        <w:t>Who knows? Who can estimate? Who can tell what I suffered?</w:t>
      </w:r>
    </w:p>
    <w:p>
      <w:r>
        <w:t>And Boruch Hashem, I see that Hashem Yisborach, it is all in the accounting, there is an accounting</w:t>
      </w:r>
    </w:p>
    <w:p>
      <w:r>
        <w:t>Everything is in the accounting</w:t>
      </w:r>
    </w:p>
    <w:p>
      <w:r>
        <w:t>I suffered, what I suffered, Hashem Yisborach should have mercy on me</w:t>
      </w:r>
    </w:p>
    <w:p>
      <w:r>
        <w:t>{...}</w:t>
      </w:r>
    </w:p>
    <w:p>
      <w:r>
        <w:t>No trace of them remained, neither synagogue nor books nor anything</w:t>
      </w:r>
    </w:p>
    <w:p>
      <w:r>
        <w:t>Ah, like, like {gentiles}…</w:t>
      </w:r>
    </w:p>
    <w:p>
      <w:r>
        <w:t>...Now I cannot see to study, cannot see {well}</w:t>
      </w:r>
    </w:p>
    <w:p>
      <w:r>
        <w:t>But I had a strong desire to serve Hashem in truth</w:t>
      </w:r>
    </w:p>
    <w:p>
      <w:r>
        <w:t>Even for several, many years, if I tell a little, it would not suffice even, even about, about a part of.., about a small part of.. of the trial {th..., that passed} over me, what I suffered, {..}</w:t>
      </w:r>
    </w:p>
    <w:p>
      <w:r>
        <w:t>That there are children at home, and there is no bread to give them, bread, only bread…</w:t>
      </w:r>
    </w:p>
    <w:p>
      <w:r>
        <w:t>[Yes][Yes].I had a bakery, do you know about it?</w:t>
      </w:r>
    </w:p>
    <w:p>
      <w:r>
        <w:t>[Yes]</w:t>
      </w:r>
    </w:p>
    <w:p>
      <w:r>
        <w:t>[Yes]</w:t>
      </w:r>
    </w:p>
    <w:p>
      <w:r>
        <w:t>[……...]…</w:t>
      </w:r>
    </w:p>
    <w:p>
      <w:r>
        <w:t>...Ay, ay, ay.. ay, it is forbidden to question Hashem Yisborach</w:t>
      </w:r>
    </w:p>
    <w:p>
      <w:r>
        <w:t>Everything is i.., everything is with righteousness and justice and mercy, yes</w:t>
      </w:r>
    </w:p>
    <w:p>
      <w:r>
        <w:t>We know nothing…</w:t>
      </w:r>
    </w:p>
    <w:p>
      <w:r>
        <w:t>...{They had} money like garbage; they made a bank from the money</w:t>
      </w:r>
    </w:p>
    <w:p>
      <w:r>
        <w:t>And I did not have bread to give to small children, nor anything at all, neither shoes nor clothing—who can estimate and describe?</w:t>
      </w:r>
    </w:p>
    <w:p>
      <w:r>
        <w:t>But I am alive, and I see that there is {Boruch Hashem}, that there is p.. providence in the world</w:t>
      </w:r>
    </w:p>
    <w:p>
      <w:r>
        <w:t>That there is a Creator of the world, Who knows everything; He pays well...</w:t>
      </w:r>
    </w:p>
    <w:p>
      <w:r>
        <w:t>...Yo…</w:t>
      </w:r>
    </w:p>
    <w:p>
      <w:pPr>
        <w:pStyle w:val="Heading2"/>
      </w:pPr>
      <w:r>
        <w:t>Side B (Bais)</w:t>
      </w:r>
    </w:p>
    <w:p>
      <w:r>
        <w:t>...[Did you find the first note also in.. in the book?]</w:t>
      </w:r>
    </w:p>
    <w:p>
      <w:r>
        <w:t>Eh? {..}</w:t>
      </w:r>
    </w:p>
    <w:p>
      <w:r>
        <w:t>[Where, where did you find the first note?]</w:t>
      </w:r>
    </w:p>
    <w:p>
      <w:r>
        <w:t>I think both are at Tzipporah's, {..} at any rate, the first, there is, there is, there is nothing to discuss</w:t>
      </w:r>
    </w:p>
    <w:p>
      <w:r>
        <w:t>[Ah]</w:t>
      </w:r>
    </w:p>
    <w:p>
      <w:r>
        <w:t>I gave to Tzipporah, and it is at Tzipporah's</w:t>
      </w:r>
    </w:p>
    <w:p>
      <w:r>
        <w:t>[Did you find it in.. in the book? The first note, where did you find it?]</w:t>
      </w:r>
    </w:p>
    <w:p>
      <w:r>
        <w:t>No, a letter, this, {this is not a book}</w:t>
      </w:r>
    </w:p>
    <w:p>
      <w:r>
        <w:t>[..Where did you find the letter?]</w:t>
      </w:r>
    </w:p>
    <w:p>
      <w:r>
        <w:t>He, he strengthened me and.. {and explained to me…..….}</w:t>
      </w:r>
    </w:p>
    <w:p>
      <w:r>
        <w:t>What I suffer is, is a good thing, {it is all right, it is a good thing….}…</w:t>
      </w:r>
    </w:p>
    <w:p>
      <w:r>
        <w:t>...{….} not one of them remained, one of them, all of them w.. went {..., t.. to ruin, yes}</w:t>
      </w:r>
    </w:p>
    <w:p>
      <w:r>
        <w:t>I have no strength to tell everything, I have no strength…</w:t>
      </w:r>
    </w:p>
    <w:p>
      <w:r>
        <w:t>...[Rebbe Yisroel]</w:t>
      </w:r>
    </w:p>
    <w:p>
      <w:r>
        <w:t>Eh?</w:t>
      </w:r>
    </w:p>
    <w:p>
      <w:r>
        <w:t>[You suffered more than Rebbe Nassan]</w:t>
      </w:r>
    </w:p>
    <w:p>
      <w:r>
        <w:t>Eh?</w:t>
      </w:r>
    </w:p>
    <w:p>
      <w:r>
        <w:t>[You suffered more than Rebbe Nassan]</w:t>
      </w:r>
    </w:p>
    <w:p>
      <w:r>
        <w:t>"Yemei Moharnat"?</w:t>
      </w:r>
    </w:p>
    <w:p>
      <w:r>
        <w:t>[You suffered, you suffered more than Rebbe Nassan]</w:t>
      </w:r>
    </w:p>
    <w:p>
      <w:r>
        <w:t>Ah, I suffered, ah.. {what is this? Who?}, who, who can estimate what Rebbe Nassan {..} suffered?</w:t>
      </w:r>
    </w:p>
    <w:p>
      <w:r>
        <w:t>But Rebbe Nassan was a gaon and a tzaddik, and I was simple, a simple man…</w:t>
      </w:r>
    </w:p>
    <w:p>
      <w:r>
        <w:t>...You still know nothing, I still have not told anything of what passed over me</w:t>
      </w:r>
    </w:p>
    <w:p>
      <w:r>
        <w:t>The anguish that I had</w:t>
      </w:r>
    </w:p>
    <w:p>
      <w:r>
        <w:t>Small children have no shoes, they have no clothing, they have no bread, they have no..</w:t>
      </w:r>
    </w:p>
    <w:p>
      <w:r>
        <w:t>Who can d.. describe? Who can estimate? That is how it was</w:t>
      </w:r>
    </w:p>
    <w:p>
      <w:r>
        <w:t>And they had a bank of dollars from America; they did not give me bread for {..} children</w:t>
      </w:r>
    </w:p>
    <w:p>
      <w:r>
        <w:t>Small children, small and grown too, {this} they do not have</w:t>
      </w:r>
    </w:p>
    <w:p>
      <w:r>
        <w:t>We had no bread in the house…</w:t>
      </w:r>
    </w:p>
    <w:p>
      <w:r>
        <w:t>...A reckoning, there is a reckoning</w:t>
      </w:r>
    </w:p>
    <w:p>
      <w:r>
        <w:t>{No}…</w:t>
      </w:r>
    </w:p>
    <w:p>
      <w:r>
        <w:t>...I still have not told a drop from the sea of what I suffered, what I, {...} what passed over me; I still have not told at all…</w:t>
      </w:r>
    </w:p>
    <w:p>
      <w:r>
        <w:t>...[And the Arabs?]</w:t>
      </w:r>
    </w:p>
    <w:p>
      <w:r>
        <w:t>Eh?</w:t>
      </w:r>
    </w:p>
    <w:p>
      <w:r>
        <w:t>[And the Arabs?]</w:t>
      </w:r>
    </w:p>
    <w:p>
      <w:r>
        <w:t>Arabs?</w:t>
      </w:r>
    </w:p>
    <w:p>
      <w:r>
        <w:t>[Yes]</w:t>
      </w:r>
    </w:p>
    <w:p>
      <w:r>
        <w:t>What Arabs?</w:t>
      </w:r>
    </w:p>
    <w:p>
      <w:r>
        <w:t>[They want to take our territories]</w:t>
      </w:r>
    </w:p>
    <w:p>
      <w:r>
        <w:t>Ah</w:t>
      </w:r>
    </w:p>
    <w:p>
      <w:r>
        <w:t>[……..…..]</w:t>
      </w:r>
    </w:p>
    <w:p>
      <w:r>
        <w:t>[………….]…</w:t>
      </w:r>
    </w:p>
    <w:p>
      <w:r>
        <w:t>...{{.…}}…</w:t>
      </w:r>
    </w:p>
    <w:p>
      <w:r>
        <w:t>...[……….…]</w:t>
      </w:r>
    </w:p>
    <w:p>
      <w:r>
        <w:t>[……..……..]</w:t>
      </w:r>
    </w:p>
    <w:p>
      <w:r>
        <w:t>[Ah.. did you find the first note before you knew Rebbe Yisroel (Kardonner)?]</w:t>
      </w:r>
    </w:p>
    <w:p>
      <w:r>
        <w:t>Ah, no, I was a small child</w:t>
      </w:r>
    </w:p>
    <w:p>
      <w:r>
        <w:t>[Ah……]</w:t>
      </w:r>
    </w:p>
    <w:p>
      <w:r>
        <w:t>Rebbe Yisroel (Kardonner) was twenty, twenty years old</w:t>
      </w:r>
    </w:p>
    <w:p>
      <w:r>
        <w:t>[…..Rebbe Yisroel (Kardonner)……]</w:t>
      </w:r>
    </w:p>
    <w:p>
      <w:r>
        <w:t>He {{….}} and left Chevron, {left Chevron}</w:t>
      </w:r>
    </w:p>
    <w:p>
      <w:r>
        <w:t>[……………]</w:t>
      </w:r>
    </w:p>
    <w:p>
      <w:r>
        <w:t>[…………...]</w:t>
      </w:r>
    </w:p>
    <w:p>
      <w:r>
        <w:t>In Italy too there were troubles</w:t>
      </w:r>
    </w:p>
    <w:p>
      <w:r>
        <w:t>[Yes, Saba]</w:t>
      </w:r>
    </w:p>
    <w:p>
      <w:r>
        <w:t>{..} In Italy</w:t>
      </w:r>
    </w:p>
    <w:p>
      <w:r>
        <w:t>[Yes]</w:t>
      </w:r>
    </w:p>
    <w:p>
      <w:r>
        <w:t>What happened in Italy?</w:t>
      </w:r>
    </w:p>
    <w:p>
      <w:r>
        <w:t>[A lot of water, ah..]</w:t>
      </w:r>
    </w:p>
    <w:p>
      <w:r>
        <w:t>Ah, water</w:t>
      </w:r>
    </w:p>
    <w:p>
      <w:r>
        <w:t>[From the rain]</w:t>
      </w:r>
    </w:p>
    <w:p>
      <w:r>
        <w:t>Flood.., floods</w:t>
      </w:r>
    </w:p>
    <w:p>
      <w:r>
        <w:t>[Do you want us to listen to the news now? There is a radio, Saba]</w:t>
      </w:r>
    </w:p>
    <w:p>
      <w:r>
        <w:t>[…. Rebbe Yisroel (Kardonner)]</w:t>
      </w:r>
    </w:p>
    <w:p>
      <w:r>
        <w:t>[…………..]</w:t>
      </w:r>
    </w:p>
    <w:p>
      <w:r>
        <w:t>[There is a radio, Saba]</w:t>
      </w:r>
    </w:p>
    <w:p>
      <w:r>
        <w:t>Eh?</w:t>
      </w:r>
    </w:p>
    <w:p>
      <w:r>
        <w:t>[We have a radio]</w:t>
      </w:r>
    </w:p>
    <w:p>
      <w:r>
        <w:t>Nu, ah, here?</w:t>
      </w:r>
    </w:p>
    <w:p>
      <w:r>
        <w:t>[Yes, we, here there is no electricity, and it is possible to l.. l.. listen in the second room]</w:t>
      </w:r>
    </w:p>
    <w:p>
      <w:r>
        <w:t>Good</w:t>
      </w:r>
    </w:p>
    <w:p>
      <w:r>
        <w:t>[..We..]</w:t>
      </w:r>
    </w:p>
    <w:p>
      <w:r>
        <w:t>Go listen</w:t>
      </w:r>
    </w:p>
    <w:p>
      <w:r>
        <w:t>[Yes..]</w:t>
      </w:r>
    </w:p>
    <w:p>
      <w:r>
        <w:t>Ah, when will it be time?</w:t>
      </w:r>
    </w:p>
    <w:p>
      <w:r>
        <w:t>[Yes, another five minutes]</w:t>
      </w:r>
    </w:p>
    <w:p>
      <w:r>
        <w:t>{…..}</w:t>
      </w:r>
    </w:p>
    <w:p>
      <w:r>
        <w:t>[……….….]</w:t>
      </w:r>
    </w:p>
    <w:p>
      <w:r>
        <w:t>[……….….]</w:t>
      </w:r>
    </w:p>
    <w:p>
      <w:r>
        <w:t>{What?}</w:t>
      </w:r>
    </w:p>
    <w:p>
      <w:r>
        <w:t>[….]</w:t>
      </w:r>
    </w:p>
    <w:p>
      <w:r>
        <w:t>[In India and China they practice idolatry..]</w:t>
      </w:r>
    </w:p>
    <w:p>
      <w:r>
        <w:t>Yes?</w:t>
      </w:r>
    </w:p>
    <w:p>
      <w:r>
        <w:t>[Certainly]</w:t>
      </w:r>
    </w:p>
    <w:p>
      <w:r>
        <w:t>{India is, India too}</w:t>
      </w:r>
    </w:p>
    <w:p>
      <w:r>
        <w:t>[Yes, India more than China, Saba]</w:t>
      </w:r>
    </w:p>
    <w:p>
      <w:r>
        <w:t>{…}</w:t>
      </w:r>
    </w:p>
    <w:p>
      <w:r>
        <w:t>[…………..]</w:t>
      </w:r>
    </w:p>
    <w:p>
      <w:r>
        <w:t>[…………..]</w:t>
      </w:r>
    </w:p>
    <w:p>
      <w:r>
        <w:t>[Did Rabbainu tell what will happen, with Hashem's help, before Moshiach comes? Approximately, Saba]</w:t>
      </w:r>
    </w:p>
    <w:p>
      <w:r>
        <w:t>{..}</w:t>
      </w:r>
    </w:p>
    <w:p>
      <w:r>
        <w:t>[……]</w:t>
      </w:r>
    </w:p>
    <w:p>
      <w:r>
        <w:t>[What did Rabbainu say?]</w:t>
      </w:r>
    </w:p>
    <w:p>
      <w:r>
        <w:t>He made known.. in which month he will come..</w:t>
      </w:r>
    </w:p>
    <w:p>
      <w:r>
        <w:t>[Ah, he made known..]</w:t>
      </w:r>
    </w:p>
    <w:p>
      <w:r>
        <w:t>In which year, {the time of Moshiach}, ah, he made known {….} he revealed</w:t>
      </w:r>
    </w:p>
    <w:p>
      <w:r>
        <w:t>{..} Now we too, ah.. {………, this is a matter of Rabbainu}</w:t>
      </w:r>
    </w:p>
    <w:p>
      <w:r>
        <w:t>{………………..}</w:t>
      </w:r>
    </w:p>
    <w:p>
      <w:r>
        <w:t>[………….Rabbainu]</w:t>
      </w:r>
    </w:p>
    <w:p>
      <w:r>
        <w:t>{………………………}</w:t>
      </w:r>
    </w:p>
    <w:p>
      <w:r>
        <w:t>[……………………….]</w:t>
      </w:r>
    </w:p>
    <w:p>
      <w:r>
        <w:t>{………………………}</w:t>
      </w:r>
    </w:p>
    <w:p>
      <w:r>
        <w:t>[……………………….]...</w:t>
      </w:r>
    </w:p>
    <w:p>
      <w:r>
        <w:t>...Both exist, the owner of the note and the note</w:t>
      </w:r>
    </w:p>
    <w:p>
      <w:r>
        <w:t>{It is possible, ah, possible}, perhaps it is forbidden, forbidden to publicize without permission, {without Rabbainu's permission} {……..}</w:t>
      </w:r>
    </w:p>
    <w:p>
      <w:r>
        <w:t>[You have permission, Saba]</w:t>
      </w:r>
    </w:p>
    <w:p>
      <w:r>
        <w:t>{..}</w:t>
      </w:r>
    </w:p>
    <w:p>
      <w:r>
        <w:t>[…..]</w:t>
      </w:r>
    </w:p>
    <w:p>
      <w:r>
        <w:t>[Yes, you have {permission}, this is the note]</w:t>
      </w:r>
    </w:p>
    <w:p>
      <w:r>
        <w:t>{..}</w:t>
      </w:r>
    </w:p>
    <w:p>
      <w:r>
        <w:t>{{[……]…</w:t>
      </w:r>
    </w:p>
    <w:p>
      <w:r>
        <w:t>{</w:t>
      </w:r>
    </w:p>
    <w:p>
      <w:r>
        <w:t>{</w:t>
      </w:r>
    </w:p>
    <w:p>
      <w:r>
        <w:t>...Yes, yes, yes, {if, if there was, there was no permission for the note, do not, do not publicize it…… [………………]</w:t>
      </w:r>
    </w:p>
    <w:p>
      <w:r>
        <w:t>{……………..}…</w:t>
      </w:r>
    </w:p>
    <w:p>
      <w:r>
        <w:t>...{..} Our wisdom, our greatness...</w:t>
      </w:r>
    </w:p>
    <w:p>
      <w:r>
        <w:t>...[Saba and the friends sing the melody: "You revealed Yourself..”]</w:t>
      </w:r>
    </w:p>
    <w:p>
      <w:r>
        <w:t>{….}</w:t>
      </w:r>
    </w:p>
    <w:p>
      <w:r>
        <w:t>Rabbainu's light will be revealed, {….}</w:t>
      </w:r>
    </w:p>
    <w:p>
      <w:r>
        <w:t>{This} is such an ascent of ascents, so that no {..} Jew {…..} will commit suicide {..} at all</w:t>
      </w:r>
    </w:p>
    <w:p>
      <w:r>
        <w:t>Only all will merit to seek Hashem, and all will merit Torah and faith and truth</w:t>
      </w:r>
    </w:p>
    <w:p>
      <w:r>
        <w:t>{…} This will be, will be a new world, that will not {..}..</w:t>
      </w:r>
    </w:p>
    <w:p>
      <w:r>
        <w:t>Ah</w:t>
      </w:r>
    </w:p>
    <w:p>
      <w:r>
        <w:t>[They are bringing more, they are bringing]</w:t>
      </w:r>
    </w:p>
    <w:p>
      <w:r>
        <w:t>A little more</w:t>
      </w:r>
    </w:p>
    <w:p>
      <w:r>
        <w:t>[Yes, yes, they are bringing, my daughter is bringing]</w:t>
      </w:r>
    </w:p>
    <w:p>
      <w:r>
        <w:t>A little, a little</w:t>
      </w:r>
    </w:p>
    <w:p>
      <w:r>
        <w:t>[Yes, my daughter is bringing]</w:t>
      </w:r>
    </w:p>
    <w:p>
      <w:r>
        <w:t>There is time</w:t>
      </w:r>
    </w:p>
    <w:p>
      <w:r>
        <w:t>Ah.. ho, a lot, a lot</w:t>
      </w:r>
    </w:p>
    <w:p>
      <w:r>
        <w:t>[...…..]</w:t>
      </w:r>
    </w:p>
    <w:p>
      <w:r>
        <w:t>[This? Yes]</w:t>
      </w:r>
    </w:p>
    <w:p>
      <w:r>
        <w:t>[….]</w:t>
      </w:r>
    </w:p>
    <w:p>
      <w:r>
        <w:t>[This is to massage the body]</w:t>
      </w:r>
    </w:p>
    <w:p>
      <w:r>
        <w:t>[Does {this improve} it? Is this good?]</w:t>
      </w:r>
    </w:p>
    <w:p>
      <w:r>
        <w:t>[I did not see at all…….]</w:t>
      </w:r>
    </w:p>
    <w:p>
      <w:r>
        <w:t>[It is very good]</w:t>
      </w:r>
    </w:p>
    <w:p>
      <w:r>
        <w:t>[………]</w:t>
      </w:r>
    </w:p>
    <w:p>
      <w:r>
        <w:t>Ah</w:t>
      </w:r>
    </w:p>
    <w:p>
      <w:r>
        <w:t>[Usually……..]...</w:t>
      </w:r>
    </w:p>
    <w:p>
      <w:r>
        <w:t>Let us sing a song in honor of Shabbos</w:t>
      </w:r>
    </w:p>
    <w:p>
      <w:r>
        <w:t>[Saba sings:</w:t>
      </w:r>
    </w:p>
    <w:p>
      <w:r>
        <w:t>"Hashem lives, and blessed is my Rock.."]</w:t>
      </w:r>
    </w:p>
    <w:p>
      <w:r>
        <w:t>{Ikh vil} (I want) {…………….}</w:t>
      </w:r>
    </w:p>
    <w:p>
      <w:r>
        <w:t>[Saba continues to sing the melody of: "Hashem lives.."</w:t>
      </w:r>
    </w:p>
    <w:p>
      <w:r>
        <w:t>Afterward he sings the melody: “You revealed Yourself”]</w:t>
      </w:r>
    </w:p>
    <w:p>
      <w:r>
        <w:t>May it be His will, did I not finish? I finished and I will finish</w:t>
      </w:r>
    </w:p>
    <w:p>
      <w:r>
        <w:t>He began t.. to help us, to take us out of the darkness of this world, and from the cravings, {..}</w:t>
      </w:r>
    </w:p>
    <w:p>
      <w:r>
        <w:t>Nu, the baal davar did not want to, but he asks him</w:t>
      </w:r>
    </w:p>
    <w:p>
      <w:r>
        <w:t>He: "I finished and I will finish"</w:t>
      </w:r>
    </w:p>
    <w:p>
      <w:r>
        <w:t>Ah.. {…}, ah</w:t>
      </w:r>
    </w:p>
    <w:p>
      <w:r>
        <w:t>What time is it?</w:t>
      </w:r>
    </w:p>
    <w:p>
      <w:r>
        <w:t>[One and.. one..]</w:t>
      </w:r>
    </w:p>
    <w:p>
      <w:r>
        <w:t>One</w:t>
      </w:r>
    </w:p>
    <w:p>
      <w:r>
        <w:t>[One, yes]</w:t>
      </w:r>
    </w:p>
    <w:p>
      <w:r>
        <w:t>Ah, more?</w:t>
      </w:r>
    </w:p>
    <w:p>
      <w:r>
        <w:t>[One and a quarter]</w:t>
      </w:r>
    </w:p>
    <w:p>
      <w:r>
        <w:t>One and a quarter</w:t>
      </w:r>
    </w:p>
    <w:p>
      <w:r>
        <w:t>Oy, {..} give me the urine vessel…</w:t>
      </w:r>
    </w:p>
    <w:p>
      <w:r>
        <w:t>...[Saba sings some song (I do not understand which song)</w:t>
      </w:r>
    </w:p>
    <w:p>
      <w:r>
        <w:t>For with the Lord is mercy, and with Him is abundant redemption.. {………..}]</w:t>
      </w:r>
    </w:p>
    <w:p>
      <w:r>
        <w:t>[Uri, is Tzipporah already on the way?]</w:t>
      </w:r>
    </w:p>
    <w:p>
      <w:r>
        <w:t>[…………….]</w:t>
      </w:r>
    </w:p>
    <w:p>
      <w:r>
        <w:t>[.…..………]</w:t>
      </w:r>
    </w:p>
    <w:p>
      <w:r>
        <w:t>[.…..………]</w:t>
      </w:r>
    </w:p>
    <w:p>
      <w:r>
        <w:t>[Saba sings some song (I do not understand which song)]</w:t>
      </w:r>
    </w:p>
    <w:p>
      <w:r>
        <w:t>{……….}</w:t>
      </w:r>
    </w:p>
    <w:p>
      <w:r>
        <w:t>[And blessed is Hashem, day by day]</w:t>
      </w:r>
    </w:p>
    <w:p>
      <w:r>
        <w:t>[……….]</w:t>
      </w:r>
    </w:p>
    <w:p>
      <w:r>
        <w:t>(Saba coughs)</w:t>
      </w:r>
    </w:p>
    <w:p>
      <w:r>
        <w:t>(Sound of knocking)…</w:t>
      </w:r>
    </w:p>
    <w:p>
      <w:r>
        <w:t>...[.…]…</w:t>
      </w:r>
    </w:p>
    <w:p>
      <w:r>
        <w:t>...[Saba and one of the friends sing some melody (I do not understand which)]…</w:t>
      </w:r>
    </w:p>
    <w:p>
      <w:r>
        <w:t>...[Saba and one of the friends sing some melody (I do not understand which)]…</w:t>
      </w:r>
    </w:p>
    <w:p>
      <w:r>
        <w:br w:type="page"/>
      </w:r>
    </w:p>
    <w:p>
      <w:pPr>
        <w:pStyle w:val="Heading1"/>
      </w:pPr>
      <w:r>
        <w:t>Tape 72</w:t>
      </w:r>
    </w:p>
    <w:p>
      <w:pPr>
        <w:pStyle w:val="Heading2"/>
      </w:pPr>
      <w:r>
        <w:t>Side A (Aleph)</w:t>
      </w:r>
    </w:p>
    <w:p>
      <w:r>
        <w:t>...Only I alone, I was the only one, I {read and..} and studied the Breslov books…</w:t>
      </w:r>
    </w:p>
    <w:p>
      <w:r>
        <w:t>...[Rebbe, Rebbe Yisroel]…</w:t>
      </w:r>
    </w:p>
    <w:p>
      <w:r>
        <w:t>...My {money}, I do not, do not, do not use the money th.. that I receive from the government</w:t>
      </w:r>
    </w:p>
    <w:p>
      <w:r>
        <w:t>It is all for the printing, {{….}} for Rabbainu's books, all of it</w:t>
      </w:r>
    </w:p>
    <w:p>
      <w:r>
        <w:t>I do not receive anything from this, {..}…</w:t>
      </w:r>
    </w:p>
    <w:p>
      <w:r>
        <w:t>...They give me, as they give all the elderly, every month</w:t>
      </w:r>
    </w:p>
    <w:p>
      <w:r>
        <w:t>And it is {..} it is dedicated to R.., to Rebbe's books.., to printing Rabbainu's books</w:t>
      </w:r>
    </w:p>
    <w:p>
      <w:r>
        <w:t>Th..all my money that I receive from the government from “National Insurance,” ah..</w:t>
      </w:r>
    </w:p>
    <w:p>
      <w:r>
        <w:t>All of it for the printing, for Rabbainu's books…</w:t>
      </w:r>
    </w:p>
    <w:p>
      <w:r>
        <w:t>...{And the sons, strength}, everything is from the holy Rabbainu</w:t>
      </w:r>
    </w:p>
    <w:p>
      <w:r>
        <w:t>Such joy, such a life, I have not {seen}, there is none in the entire world</w:t>
      </w:r>
    </w:p>
    <w:p>
      <w:r>
        <w:t>Only by Rabbainu is there, but ah.. {..} outside of Rabbainu, there is none, in the entire world</w:t>
      </w:r>
    </w:p>
    <w:p>
      <w:r>
        <w:t>Hoo…</w:t>
      </w:r>
    </w:p>
    <w:p>
      <w:r>
        <w:t>…{..}...</w:t>
      </w:r>
    </w:p>
    <w:p>
      <w:r>
        <w:t>...Meron</w:t>
      </w:r>
    </w:p>
    <w:p>
      <w:r>
        <w:t>[Yes]</w:t>
      </w:r>
    </w:p>
    <w:p>
      <w:r>
        <w:t>Always in Meron by Rebbe Shimon</w:t>
      </w:r>
    </w:p>
    <w:p>
      <w:r>
        <w:t>[But before that he was in Chevron, at the Machpelah?]</w:t>
      </w:r>
    </w:p>
    <w:p>
      <w:r>
        <w:t>He was in Chevron for a year</w:t>
      </w:r>
    </w:p>
    <w:p>
      <w:r>
        <w:t>[A year, and he came from Chevron?]</w:t>
      </w:r>
    </w:p>
    <w:p>
      <w:r>
        <w:t>He came from Chevron to Teveria</w:t>
      </w:r>
    </w:p>
    <w:p>
      <w:r>
        <w:t>[Why?]</w:t>
      </w:r>
    </w:p>
    <w:p>
      <w:r>
        <w:t>{…..}, he {..} also did not know</w:t>
      </w:r>
    </w:p>
    <w:p>
      <w:r>
        <w:t>[But..]</w:t>
      </w:r>
    </w:p>
    <w:p>
      <w:r>
        <w:t>He went, ah.. to look for Yisroel Ber, {...}…</w:t>
      </w:r>
    </w:p>
    <w:p>
      <w:r>
        <w:t>...{His days}, for all the days of his life, {all..}</w:t>
      </w:r>
    </w:p>
    <w:p>
      <w:r>
        <w:t>[Yes]</w:t>
      </w:r>
    </w:p>
    <w:p>
      <w:r>
        <w:t>They will release {..}, they will hear his prayer, then they immediately after the prayer, “Go home”</w:t>
      </w:r>
    </w:p>
    <w:p>
      <w:r>
        <w:t>[Good, good, I will tell him]</w:t>
      </w:r>
    </w:p>
    <w:p>
      <w:r>
        <w:t>Tell him</w:t>
      </w:r>
    </w:p>
    <w:p>
      <w:r>
        <w:t>[Yes, yes, I will tell him]</w:t>
      </w:r>
    </w:p>
    <w:p>
      <w:r>
        <w:t>{..}…</w:t>
      </w:r>
    </w:p>
    <w:p>
      <w:r>
        <w:t>...But he will cry out with all his strength</w:t>
      </w:r>
    </w:p>
    <w:p>
      <w:r>
        <w:t>[Yes, yes]</w:t>
      </w:r>
    </w:p>
    <w:p>
      <w:r>
        <w:t>Then they will give him, him a discharge for all the days of his life, “Go home”…</w:t>
      </w:r>
    </w:p>
    <w:p>
      <w:r>
        <w:t>{…}...</w:t>
      </w:r>
    </w:p>
    <w:p>
      <w:r>
        <w:t>[..…..]</w:t>
      </w:r>
    </w:p>
    <w:p>
      <w:r>
        <w:t>[Does he need to pray forcefully?]</w:t>
      </w:r>
    </w:p>
    <w:p>
      <w:r>
        <w:t>Ah?</w:t>
      </w:r>
    </w:p>
    <w:p>
      <w:r>
        <w:t>[Does he need to pray with cries?]</w:t>
      </w:r>
    </w:p>
    <w:p>
      <w:r>
        <w:t>Yes</w:t>
      </w:r>
    </w:p>
    <w:p>
      <w:r>
        <w:t>[Good, I will tell him, he will listen, I will tell him]</w:t>
      </w:r>
    </w:p>
    <w:p>
      <w:r>
        <w:t>Yes, but with loud cries</w:t>
      </w:r>
    </w:p>
    <w:p>
      <w:r>
        <w:t>[With all his strength]</w:t>
      </w:r>
    </w:p>
    <w:p>
      <w:r>
        <w:t>Then he will immediately receive a discharge</w:t>
      </w:r>
    </w:p>
    <w:p>
      <w:r>
        <w:t>[What is he talking about? About someone else? About me?]</w:t>
      </w:r>
    </w:p>
    <w:p>
      <w:r>
        <w:t>[…….]</w:t>
      </w:r>
    </w:p>
    <w:p>
      <w:r>
        <w:t>[About Freinty]…</w:t>
      </w:r>
    </w:p>
    <w:p>
      <w:r>
        <w:t>...If he prays as he prays, with all his strength</w:t>
      </w:r>
    </w:p>
    <w:p>
      <w:r>
        <w:t>[Yes]</w:t>
      </w:r>
    </w:p>
    <w:p>
      <w:r>
        <w:t>Then he will immediately receive a discharge for all the days of his life, they, ah.. they will tell him to go home</w:t>
      </w:r>
    </w:p>
    <w:p>
      <w:r>
        <w:t>{Within time..}…</w:t>
      </w:r>
    </w:p>
    <w:p>
      <w:r>
        <w:t>...In prayer, then he will receive a discharge for all the days.., for all his life</w:t>
      </w:r>
    </w:p>
    <w:p>
      <w:r>
        <w:t>[……..]</w:t>
      </w:r>
    </w:p>
    <w:p>
      <w:r>
        <w:t>[..……]…</w:t>
      </w:r>
    </w:p>
    <w:p>
      <w:r>
        <w:t>...{..}, with all his strength…</w:t>
      </w:r>
    </w:p>
    <w:p>
      <w:r>
        <w:t>...{….} He will not believe them, he {..} needs to pray</w:t>
      </w:r>
    </w:p>
    <w:p>
      <w:r>
        <w:t>[……..]</w:t>
      </w:r>
    </w:p>
    <w:p>
      <w:r>
        <w:t>Then he will receive a discharge for all his life</w:t>
      </w:r>
    </w:p>
    <w:p>
      <w:r>
        <w:t>[Amen]</w:t>
      </w:r>
    </w:p>
    <w:p>
      <w:r>
        <w:t>[Also Avraham..]…</w:t>
      </w:r>
    </w:p>
    <w:p>
      <w:r>
        <w:t>...{...} That he should cry out in prayer, then he will receive a discharge</w:t>
      </w:r>
    </w:p>
    <w:p>
      <w:r>
        <w:t>[….]…</w:t>
      </w:r>
    </w:p>
    <w:p>
      <w:r>
        <w:t>...[….]...</w:t>
      </w:r>
    </w:p>
    <w:p>
      <w:r>
        <w:t>...{..}, they will tell him: “Go home”…</w:t>
      </w:r>
    </w:p>
    <w:p>
      <w:r>
        <w:t>[..What does this mean? Does it say this to the pictures?]…</w:t>
      </w:r>
    </w:p>
    <w:p>
      <w:r>
        <w:t>...{Also} {to Yaak..}.., to Yaakov, ah.. th.. {….} Hamodia?</w:t>
      </w:r>
    </w:p>
    <w:p>
      <w:r>
        <w:t>{Good, who is this, it is him}</w:t>
      </w:r>
    </w:p>
    <w:p>
      <w:r>
        <w:t>[Yes, Shimon]</w:t>
      </w:r>
    </w:p>
    <w:p>
      <w:r>
        <w:t>Yaakov?</w:t>
      </w:r>
    </w:p>
    <w:p>
      <w:r>
        <w:t>[Yaakov Levi, Yaakov Levi]</w:t>
      </w:r>
    </w:p>
    <w:p>
      <w:r>
        <w:t>Yaakov th.. th.. Hamodia, no?</w:t>
      </w:r>
    </w:p>
    <w:p>
      <w:r>
        <w:t>[Hamodia?]</w:t>
      </w:r>
    </w:p>
    <w:p>
      <w:r>
        <w:t>[The Hamodia newspaper?]…</w:t>
      </w:r>
    </w:p>
    <w:p>
      <w:r>
        <w:t>...{Yaakov}</w:t>
      </w:r>
    </w:p>
    <w:p>
      <w:r>
        <w:t>[Levi]</w:t>
      </w:r>
    </w:p>
    <w:p>
      <w:r>
        <w:t>Ah</w:t>
      </w:r>
    </w:p>
    <w:p>
      <w:r>
        <w:t>[Y.. Yaakov from Tzfas]</w:t>
      </w:r>
    </w:p>
    <w:p>
      <w:r>
        <w:t>Ah, from Tzfas, {{….}}, from Tzfas, he is from Tzfas</w:t>
      </w:r>
    </w:p>
    <w:p>
      <w:r>
        <w:t>Ah.. then he will immediately receive a discharge, only that he should cry out in prayer…</w:t>
      </w:r>
    </w:p>
    <w:p>
      <w:r>
        <w:t>...[Really, I have to call him]</w:t>
      </w:r>
    </w:p>
    <w:p>
      <w:r>
        <w:t>[{He needs to cry out..}]…</w:t>
      </w:r>
    </w:p>
    <w:p>
      <w:r>
        <w:t>...They will send him home, “Go home”</w:t>
      </w:r>
    </w:p>
    <w:p>
      <w:r>
        <w:t>Only that he should cry out in prayer…</w:t>
      </w:r>
    </w:p>
    <w:p>
      <w:r>
        <w:t>...They will {hear} his prayer, Yaakov Levi's, a.. then he, they will ask him, “Go home” [……..]</w:t>
      </w:r>
    </w:p>
    <w:p>
      <w:r>
        <w:t>[…]…</w:t>
      </w:r>
    </w:p>
    <w:p>
      <w:r>
        <w:t>...[Every time he tells me that he speaks with Hashem</w:t>
      </w:r>
    </w:p>
    <w:p>
      <w:r>
        <w:t>A bad prayer ……...prayer..]…</w:t>
      </w:r>
    </w:p>
    <w:p>
      <w:r>
        <w:t>...{They will come to him}, he will tell them, {….} he cannot stop</w:t>
      </w:r>
    </w:p>
    <w:p>
      <w:r>
        <w:t>[…….]</w:t>
      </w:r>
    </w:p>
    <w:p>
      <w:r>
        <w:t>[………Rabbainu..]</w:t>
      </w:r>
    </w:p>
    <w:p>
      <w:r>
        <w:t>Ah</w:t>
      </w:r>
    </w:p>
    <w:p>
      <w:r>
        <w:t>[…..”Likutey Tefillos"…..]…</w:t>
      </w:r>
    </w:p>
    <w:p>
      <w:r>
        <w:t>...{He} should cry out in prayer, enough, he will receive a discharge for all the days of his life</w:t>
      </w:r>
    </w:p>
    <w:p>
      <w:r>
        <w:t>[………...]…</w:t>
      </w:r>
    </w:p>
    <w:p>
      <w:r>
        <w:t>...[The clever man said to him: “You..”]</w:t>
      </w:r>
    </w:p>
    <w:p>
      <w:r>
        <w:t>{...}</w:t>
      </w:r>
    </w:p>
    <w:p>
      <w:r>
        <w:t>[“You will never be as clever as I am”</w:t>
      </w:r>
    </w:p>
    <w:p>
      <w:r>
        <w:t>He said to him: “By Hashem, blessed is He..”]</w:t>
      </w:r>
    </w:p>
    <w:p>
      <w:r>
        <w:t>{Then he}, he became, the king {{appointed, ah}}.., he gave him..</w:t>
      </w:r>
    </w:p>
    <w:p>
      <w:r>
        <w:t>[{You do not hear}]</w:t>
      </w:r>
    </w:p>
    <w:p>
      <w:r>
        <w:t>That he..</w:t>
      </w:r>
    </w:p>
    <w:p>
      <w:r>
        <w:t>[….]</w:t>
      </w:r>
    </w:p>
    <w:p>
      <w:r>
        <w:t>{Um..}</w:t>
      </w:r>
    </w:p>
    <w:p>
      <w:r>
        <w:t>[From what hour until what hour?]</w:t>
      </w:r>
    </w:p>
    <w:p>
      <w:r>
        <w:t>[{Fifty}]</w:t>
      </w:r>
    </w:p>
    <w:p>
      <w:r>
        <w:t>[He will be responsible for the treasuries]</w:t>
      </w:r>
    </w:p>
    <w:p>
      <w:r>
        <w:t>Ah?</w:t>
      </w:r>
    </w:p>
    <w:p>
      <w:r>
        <w:t>[Responsible for the treasuries, treasuries, treasuries]</w:t>
      </w:r>
    </w:p>
    <w:p>
      <w:r>
        <w:t>{Treasuries?}</w:t>
      </w:r>
    </w:p>
    <w:p>
      <w:r>
        <w:t>[Treasuries, over the treasury, Minister of the Treasury]</w:t>
      </w:r>
    </w:p>
    <w:p>
      <w:r>
        <w:t>Ah, Minister of the Treasury, {..}</w:t>
      </w:r>
    </w:p>
    <w:p>
      <w:r>
        <w:t>[The simpleton became Minister of the Treasury]</w:t>
      </w:r>
    </w:p>
    <w:p>
      <w:r>
        <w:t>Ah.. {{…}}, the simpleton became a minister over all the ministers</w:t>
      </w:r>
    </w:p>
    <w:p>
      <w:r>
        <w:t>[……..]</w:t>
      </w:r>
    </w:p>
    <w:p>
      <w:r>
        <w:t>[……..]…</w:t>
      </w:r>
    </w:p>
    <w:p>
      <w:r>
        <w:t>...More, he would immediately receive a discharge</w:t>
      </w:r>
    </w:p>
    <w:p>
      <w:r>
        <w:t>[He what?]…</w:t>
      </w:r>
    </w:p>
    <w:p>
      <w:r>
        <w:t>...He should cry out in prayer, he will immediately receive a discharge</w:t>
      </w:r>
    </w:p>
    <w:p>
      <w:r>
        <w:t>[What did he say?]</w:t>
      </w:r>
    </w:p>
    <w:p>
      <w:r>
        <w:t>[That he should cry out in prayer, he will receive a discharge]</w:t>
      </w:r>
    </w:p>
    <w:p>
      <w:r>
        <w:t>[And that he should bring everything there, all the things….]</w:t>
      </w:r>
    </w:p>
    <w:p>
      <w:r>
        <w:t>[Yes, certainly]</w:t>
      </w:r>
    </w:p>
    <w:p>
      <w:r>
        <w:t>[……..]</w:t>
      </w:r>
    </w:p>
    <w:p>
      <w:r>
        <w:t>Only that he should cry out in prayer</w:t>
      </w:r>
    </w:p>
    <w:p>
      <w:r>
        <w:t>[………]…</w:t>
      </w:r>
    </w:p>
    <w:p>
      <w:r>
        <w:t>...{…} Y.. Yaakov Levi, Y.. Yaakov</w:t>
      </w:r>
    </w:p>
    <w:p>
      <w:r>
        <w:t>That he should cry out as {she cr..}, cries out, then he will immediately receive, {there will be} an immediate discharge…</w:t>
      </w:r>
    </w:p>
    <w:p>
      <w:r>
        <w:t>...Ah</w:t>
      </w:r>
    </w:p>
    <w:p>
      <w:r>
        <w:t>[“Be strong and courageous in your service”]</w:t>
      </w:r>
    </w:p>
    <w:p>
      <w:r>
        <w:t>What?</w:t>
      </w:r>
    </w:p>
    <w:p>
      <w:r>
        <w:t>[“Be strong and courageous,” “Be strong and courageous”]</w:t>
      </w:r>
    </w:p>
    <w:p>
      <w:r>
        <w:t>Hoo</w:t>
      </w:r>
    </w:p>
    <w:p>
      <w:r>
        <w:t>[….….]…</w:t>
      </w:r>
    </w:p>
    <w:p>
      <w:r>
        <w:t>...[……...]...</w:t>
      </w:r>
    </w:p>
    <w:p>
      <w:r>
        <w:t>...Not far from here?</w:t>
      </w:r>
    </w:p>
    <w:p>
      <w:r>
        <w:t>[Not far, not far]</w:t>
      </w:r>
    </w:p>
    <w:p>
      <w:r>
        <w:t>Good, {{who…}}.. we will see each other each time</w:t>
      </w:r>
    </w:p>
    <w:p>
      <w:r>
        <w:t>And Hashem, blessed is He, will give us strength to speak what we need to</w:t>
      </w:r>
    </w:p>
    <w:p>
      <w:r>
        <w:t>[…]…</w:t>
      </w:r>
    </w:p>
    <w:p>
      <w:r>
        <w:t>...[So what is this, what is this {the simpleton\the taste}?]</w:t>
      </w:r>
    </w:p>
    <w:p>
      <w:r>
        <w:t>{{….}}, a taste of the World to Come, a taste of the Garden of Eden, {..}</w:t>
      </w:r>
    </w:p>
    <w:p>
      <w:r>
        <w:t>[What is the way? What is the way to enter there?]</w:t>
      </w:r>
    </w:p>
    <w:p>
      <w:r>
        <w:t>Every utterance of Rabbainu, every utterance encompasses the entire Torah and all the {ch..}</w:t>
      </w:r>
    </w:p>
    <w:p>
      <w:r>
        <w:t>And all the Kabbalah, etc.. everything in one utterance, all included, everything, {..} the entire Torah {{. .}}</w:t>
      </w:r>
    </w:p>
    <w:p>
      <w:r>
        <w:t>There had not yet been, this is d.., this is new</w:t>
      </w:r>
    </w:p>
    <w:p>
      <w:r>
        <w:t>Yes, so Rabbainu says, {what} not what I say, what I say is not {{anything\….}} The holy Rabbainu had mercy on us, and informed us of a drop from the sea, what he is, what a Rebbe he is…</w:t>
      </w:r>
    </w:p>
    <w:p>
      <w:r>
        <w:t>...[The friends sing and Yisroel Dagan plays:</w:t>
      </w:r>
    </w:p>
    <w:p>
      <w:r>
        <w:t>“This song tells of a Jew, who has a message for every person</w:t>
      </w:r>
    </w:p>
    <w:p>
      <w:r>
        <w:t>This song tells of a Jew who sings “Na Na Nach Nachma Nachman MeUman”</w:t>
      </w:r>
    </w:p>
    <w:p>
      <w:r>
        <w:t>Who sings “Na Na Nach Nachma Nachman MeUman”</w:t>
      </w:r>
    </w:p>
    <w:p>
      <w:r>
        <w:t>Years ago, in a narrow room in Teveria, he was sad, very sad</w:t>
      </w:r>
    </w:p>
    <w:p>
      <w:r>
        <w:t>Then he went over to the bookcase, opened himself a book, and in the book found a note</w:t>
      </w:r>
    </w:p>
    <w:p>
      <w:r>
        <w:t>Written on it was “Na Na Nach Nachma Nachman MeUman”</w:t>
      </w:r>
    </w:p>
    <w:p>
      <w:r>
        <w:t>Written on it was “Na Na Nach Nachma Nachman MeUman”</w:t>
      </w:r>
    </w:p>
    <w:p>
      <w:r>
        <w:t>Rabbainu Rebbe Nachman sent him to illuminate our souls in distress</w:t>
      </w:r>
    </w:p>
    <w:p>
      <w:r>
        <w:t>And in order to hasten our Redemption, we will sing “Na Na Nach Nachma Nachman MeUman”</w:t>
      </w:r>
    </w:p>
    <w:p>
      <w:r>
        <w:t>We will sing “Na Na Nach Nachma Nachman MeUman..”, “Na Na Nach Nachma Nachman MeUman..”</w:t>
      </w:r>
    </w:p>
    <w:p>
      <w:r>
        <w:t>And there is a matter that everything, everything, everything is transformed for the good</w:t>
      </w:r>
    </w:p>
    <w:p>
      <w:r>
        <w:t>When we bind ourselves to the Tzaddik, he is called “Na Na Nach Nachma Nachman MeUman..”</w:t>
      </w:r>
    </w:p>
    <w:p>
      <w:r>
        <w:t>Afterward they sing:</w:t>
      </w:r>
    </w:p>
    <w:p>
      <w:r>
        <w:t>“In you, Rabbainu, we will rejoice; in you, Rabbainu, we will be glad; in you, Rabbainu, we will rejoice and be glad in you..”]</w:t>
      </w:r>
    </w:p>
    <w:p>
      <w:r>
        <w:t>[..First the song of the.. “the splendor and the beauty”]</w:t>
      </w:r>
    </w:p>
    <w:p>
      <w:r>
        <w:t>[Ah]</w:t>
      </w:r>
    </w:p>
    <w:p>
      <w:r>
        <w:t>[Yes, yes]</w:t>
      </w:r>
    </w:p>
    <w:p>
      <w:r>
        <w:t>[……]</w:t>
      </w:r>
    </w:p>
    <w:p>
      <w:r>
        <w:t>[This.., you know, I think, in my opinion, that this is the choicest of all the songs</w:t>
      </w:r>
    </w:p>
    <w:p>
      <w:r>
        <w:t>It truly has in it an aspect of Ruach HaKodesh]</w:t>
      </w:r>
    </w:p>
    <w:p>
      <w:r>
        <w:t>[………]</w:t>
      </w:r>
    </w:p>
    <w:p>
      <w:r>
        <w:t>[I agree with him]</w:t>
      </w:r>
    </w:p>
    <w:p>
      <w:r>
        <w:t>[Yes..… truly Ruach HaKodesh]</w:t>
      </w:r>
    </w:p>
    <w:p>
      <w:r>
        <w:t>[The friends sing and Yisroel Dagan plays:</w:t>
      </w:r>
    </w:p>
    <w:p>
      <w:r>
        <w:t>“For there is a Tzaddik who is the beauty and the splendor and the grace of the entire world</w:t>
      </w:r>
    </w:p>
    <w:p>
      <w:r>
        <w:t>And when this beauty and splendor is revealed in the world</w:t>
      </w:r>
    </w:p>
    <w:p>
      <w:r>
        <w:t>Then the eyes of the world are opened</w:t>
      </w:r>
    </w:p>
    <w:p>
      <w:r>
        <w:t>For when this Tzaddik is revealed and publicized in the world, this is the aspect of a name</w:t>
      </w:r>
    </w:p>
    <w:p>
      <w:r>
        <w:t>And within this name of the true Tzaddik, His blessed Name is clothed and joined</w:t>
      </w:r>
    </w:p>
    <w:p>
      <w:r>
        <w:t>For His Name is joined with our name; it follows:</w:t>
      </w:r>
    </w:p>
    <w:p>
      <w:r>
        <w:t>When the name of the Tzaddik is magnified, His blessed Name is magnified</w:t>
      </w:r>
    </w:p>
    <w:p>
      <w:r>
        <w:t>“Na Na Nach Nachma Nachman MeUman..”</w:t>
      </w:r>
    </w:p>
    <w:p>
      <w:r>
        <w:t>Afterward they sing:</w:t>
      </w:r>
    </w:p>
    <w:p>
      <w:r>
        <w:t>“He is called “Na Na Nach Nachma Nachman MeUman..”</w:t>
      </w:r>
    </w:p>
    <w:p>
      <w:r>
        <w:t>And he is the very essence of the matter, and he is the Tzaddik, foundation of the world</w:t>
      </w:r>
    </w:p>
    <w:p>
      <w:r>
        <w:t>Who rectifies the world, and will save everyone</w:t>
      </w:r>
    </w:p>
    <w:p>
      <w:r>
        <w:t>He is called “Na Na Nach Nachma Nachman MeUman..”</w:t>
      </w:r>
    </w:p>
    <w:p>
      <w:r>
        <w:t>Afterward they sing:</w:t>
      </w:r>
    </w:p>
    <w:p>
      <w:r>
        <w:t>“The ultimate purpose of the descent is the ultimate purpose of the ascent; if you will it, it is no legend</w:t>
      </w:r>
    </w:p>
    <w:p>
      <w:r>
        <w:t>From darkness and confusion to the light of emunah, there is a Tzaddik whose name is a segulah:</w:t>
      </w:r>
    </w:p>
    <w:p>
      <w:r>
        <w:t>“Na Na Nach Nachma Nachman MeUman..”</w:t>
      </w:r>
    </w:p>
    <w:p>
      <w:r>
        <w:t>For the name of the Tzaddik is joined with the Name of Hashem</w:t>
      </w:r>
    </w:p>
    <w:p>
      <w:r>
        <w:t>And whoever calls through it will merit salvation</w:t>
      </w:r>
    </w:p>
    <w:p>
      <w:r>
        <w:t>At a time when there is no chance by the way of logic</w:t>
      </w:r>
    </w:p>
    <w:p>
      <w:r>
        <w:t>To emerge from the strait and there is already no solution</w:t>
      </w:r>
    </w:p>
    <w:p>
      <w:r>
        <w:t>“Na Na Nach Nachma Nachman MeUman..”</w:t>
      </w:r>
    </w:p>
    <w:p>
      <w:r>
        <w:t>We will break through the barrier, we will begin already today</w:t>
      </w:r>
    </w:p>
    <w:p>
      <w:r>
        <w:t>Time is very precious, we are walking on a narrow bridge</w:t>
      </w:r>
    </w:p>
    <w:p>
      <w:r>
        <w:t>Our merciful Father sent us long ago</w:t>
      </w:r>
    </w:p>
    <w:p>
      <w:r>
        <w:t>A Tzaddik, foundation of the world, wondrous and hidden from the world</w:t>
      </w:r>
    </w:p>
    <w:p>
      <w:r>
        <w:t>“Na Na Nach Nachma Nachman MeUman..”]</w:t>
      </w:r>
    </w:p>
    <w:p>
      <w:r>
        <w:t>[The essence of Judaism is wholesomeness and simplicity]</w:t>
      </w:r>
    </w:p>
    <w:p>
      <w:r>
        <w:t>[Ah?]</w:t>
      </w:r>
    </w:p>
    <w:p>
      <w:r>
        <w:t>[The essence of Judaism is wholesomeness and simplicity] [Ah, this song?]</w:t>
      </w:r>
    </w:p>
    <w:p>
      <w:r>
        <w:t>[Yes……….]</w:t>
      </w:r>
    </w:p>
    <w:p>
      <w:r>
        <w:t>[…]</w:t>
      </w:r>
    </w:p>
    <w:p>
      <w:r>
        <w:t>[Afterward they sing:</w:t>
      </w:r>
    </w:p>
    <w:p>
      <w:r>
        <w:t>“Make me a kosher Jew and also simple, who walks in Your ways with wholesomeness</w:t>
      </w:r>
    </w:p>
    <w:p>
      <w:r>
        <w:t>For the essence of Judaism is wholesomeness and simplicity, and wisdoms are not needed at all..”]</w:t>
      </w:r>
    </w:p>
    <w:p>
      <w:r>
        <w:t>[“For the essence of Judaism is wholesomeness and simplicity..”]</w:t>
      </w:r>
    </w:p>
    <w:p>
      <w:r>
        <w:t>What?</w:t>
      </w:r>
    </w:p>
    <w:p>
      <w:r>
        <w:t>[“And wisdoms are not needed at all..”]</w:t>
      </w:r>
    </w:p>
    <w:p>
      <w:r>
        <w:t>Ah.. ah.. ah.. ah.. oh..</w:t>
      </w:r>
    </w:p>
    <w:p>
      <w:r>
        <w:t>[…………..…….]</w:t>
      </w:r>
    </w:p>
    <w:p>
      <w:r>
        <w:t>[…………..…….]</w:t>
      </w:r>
    </w:p>
    <w:p>
      <w:r>
        <w:t>[Saba, Saba]</w:t>
      </w:r>
    </w:p>
    <w:p>
      <w:r>
        <w:t>{Nu}</w:t>
      </w:r>
    </w:p>
    <w:p>
      <w:r>
        <w:t>[My wife has, my wife is..]</w:t>
      </w:r>
    </w:p>
    <w:p>
      <w:r>
        <w:t>A.. I do not</w:t>
      </w:r>
    </w:p>
    <w:p>
      <w:r>
        <w:t>[You are not feeling well?.. just a question]</w:t>
      </w:r>
    </w:p>
    <w:p>
      <w:r>
        <w:t>Cannot speak, cannot t..</w:t>
      </w:r>
    </w:p>
    <w:p>
      <w:r>
        <w:t>[Fine, all right, all right]</w:t>
      </w:r>
    </w:p>
    <w:p>
      <w:r>
        <w:t>{..} Leave me alone</w:t>
      </w:r>
    </w:p>
    <w:p>
      <w:r>
        <w:t>[All right]</w:t>
      </w:r>
    </w:p>
    <w:p>
      <w:r>
        <w:t>[…………………]</w:t>
      </w:r>
    </w:p>
    <w:p>
      <w:r>
        <w:t>[…………………]</w:t>
      </w:r>
    </w:p>
    <w:p>
      <w:r>
        <w:t>[…………..…….]</w:t>
      </w:r>
    </w:p>
    <w:p>
      <w:r>
        <w:t>[Yisroel Dagan plays and sings:</w:t>
      </w:r>
    </w:p>
    <w:p>
      <w:r>
        <w:t>“Fortunate are we that we merited to draw close to Rabbainu, fortunate are we”]</w:t>
      </w:r>
    </w:p>
    <w:p>
      <w:r>
        <w:t>[…………………]</w:t>
      </w:r>
    </w:p>
    <w:p>
      <w:r>
        <w:t>[…………….…..]…</w:t>
      </w:r>
    </w:p>
    <w:p>
      <w:r>
        <w:t>...{….}</w:t>
      </w:r>
    </w:p>
    <w:p>
      <w:r>
        <w:t>They gave him a discharge for all his days, and told him: “That he should not come here until they call him”</w:t>
      </w:r>
    </w:p>
    <w:p>
      <w:r>
        <w:t>[They drove him from the room to the courtyard, and afterward from the courtyard outside</w:t>
      </w:r>
    </w:p>
    <w:p>
      <w:r>
        <w:t>Until they drove him away, they said: “You have a discharge, why are you shouting?”, and he continued shouting] If only everyone would cry out in prayer</w:t>
      </w:r>
    </w:p>
    <w:p>
      <w:r>
        <w:t>[Yes]</w:t>
      </w:r>
    </w:p>
    <w:p>
      <w:r>
        <w:t>And they will not have.. and they will not need to ask, to a.., to ask ah.. for a discharge</w:t>
      </w:r>
    </w:p>
    <w:p>
      <w:r>
        <w:t>[Yes]</w:t>
      </w:r>
    </w:p>
    <w:p>
      <w:r>
        <w:t>They themselves will give him a discharge for all the days of his life…</w:t>
      </w:r>
    </w:p>
    <w:p>
      <w:r>
        <w:t>...{that he should cry out}</w:t>
      </w:r>
    </w:p>
    <w:p>
      <w:r>
        <w:t>[Yes, yes, I..]…</w:t>
      </w:r>
    </w:p>
    <w:p>
      <w:r>
        <w:t>...There is more advice with the.., {{with ...}}, with, ah.. the military police</w:t>
      </w:r>
    </w:p>
    <w:p>
      <w:r>
        <w:t>[Ah]</w:t>
      </w:r>
    </w:p>
    <w:p>
      <w:r>
        <w:t>I told him th.. if he cries out well, {..} then he will receive a discharge for all the days of his life…</w:t>
      </w:r>
    </w:p>
    <w:p>
      <w:r>
        <w:t>...{..}...</w:t>
      </w:r>
    </w:p>
    <w:p>
      <w:r>
        <w:t>...Yaakov Levi {…} did he receive {..} a discharge?</w:t>
      </w:r>
    </w:p>
    <w:p>
      <w:r>
        <w:t>{…..}…</w:t>
      </w:r>
    </w:p>
    <w:p>
      <w:r>
        <w:t>...He sh.., he shouted loudly</w:t>
      </w:r>
    </w:p>
    <w:p>
      <w:r>
        <w:t>[..Fortunate are you]</w:t>
      </w:r>
    </w:p>
    <w:p>
      <w:r>
        <w:t>[I told him: “One must cry out"]…</w:t>
      </w:r>
    </w:p>
    <w:p>
      <w:r>
        <w:t>...{..}…</w:t>
      </w:r>
    </w:p>
    <w:p>
      <w:r>
        <w:t>...[…………]</w:t>
      </w:r>
    </w:p>
    <w:p>
      <w:r>
        <w:t>[……………]…</w:t>
      </w:r>
    </w:p>
    <w:p>
      <w:r>
        <w:t>...[………..]</w:t>
      </w:r>
    </w:p>
    <w:p>
      <w:r>
        <w:t>[…………..]...</w:t>
      </w:r>
    </w:p>
    <w:p>
      <w:r>
        <w:t>...[The officer, they said to him:</w:t>
      </w:r>
    </w:p>
    <w:p>
      <w:r>
        <w:t>“Go out of the room, this is not the 'Western Wall' here, it is impossible to speak, we cannot hear because of your shouting”</w:t>
      </w:r>
    </w:p>
    <w:p>
      <w:r>
        <w:t>And they put him in the courtyard, and then in the courtyard he continued, so they took him completely out of the.. how do you say, the camp?]</w:t>
      </w:r>
    </w:p>
    <w:p>
      <w:r>
        <w:t>[Yes]</w:t>
      </w:r>
    </w:p>
    <w:p>
      <w:r>
        <w:t>[They took him out of the camp, they took him outside, and put him by the guard</w:t>
      </w:r>
    </w:p>
    <w:p>
      <w:r>
        <w:t>By the guard of the camp, they told him: “Do not enter”]</w:t>
      </w:r>
    </w:p>
    <w:p>
      <w:r>
        <w:t>[…..…]</w:t>
      </w:r>
    </w:p>
    <w:p>
      <w:r>
        <w:t>[What?]</w:t>
      </w:r>
    </w:p>
    <w:p>
      <w:r>
        <w:t>[……..]</w:t>
      </w:r>
    </w:p>
    <w:p>
      <w:r>
        <w:t>[They told him, they put him by the guard of the camp, and he continued there</w:t>
      </w:r>
    </w:p>
    <w:p>
      <w:r>
        <w:t>He told me that the guard was.. he was afraid that the guard might kill him</w:t>
      </w:r>
    </w:p>
    <w:p>
      <w:r>
        <w:t>He said: “I am afraid”, he was afraid that the guard would kill him..</w:t>
      </w:r>
    </w:p>
    <w:p>
      <w:r>
        <w:t>Afterward they came and told him:</w:t>
      </w:r>
    </w:p>
    <w:p>
      <w:r>
        <w:t>“Do not worry, {..} we do not, do not want you, only that you be quiet and come to register</w:t>
      </w:r>
    </w:p>
    <w:p>
      <w:r>
        <w:t>And make some signature, a signature on the..”]</w:t>
      </w:r>
    </w:p>
    <w:p>
      <w:r>
        <w:t>They were afraid that he would drive them crazy</w:t>
      </w:r>
    </w:p>
    <w:p>
      <w:r>
        <w:t>[Yes, they said to him: “What is wrong with you?”, he said: “I am sick of heart and sick of brain”]</w:t>
      </w:r>
    </w:p>
    <w:p>
      <w:r>
        <w:t>[Did they discharge him completely?]</w:t>
      </w:r>
    </w:p>
    <w:p>
      <w:r>
        <w:t>[What?]</w:t>
      </w:r>
    </w:p>
    <w:p>
      <w:r>
        <w:t>[Did they discharge him completely?]</w:t>
      </w:r>
    </w:p>
    <w:p>
      <w:r>
        <w:t>[One needs.., leave it that he {said} to receive some, the.. the.. paper..]</w:t>
      </w:r>
    </w:p>
    <w:p>
      <w:r>
        <w:t>[Psychologist]</w:t>
      </w:r>
    </w:p>
    <w:p>
      <w:r>
        <w:t>[Psychologist, yes, with the psychologist, but they told him that it is all right, he will not go</w:t>
      </w:r>
    </w:p>
    <w:p>
      <w:r>
        <w:t>He w.. he will not be in the army, only the psychologist was not..]</w:t>
      </w:r>
    </w:p>
    <w:p>
      <w:r>
        <w:t>[…….]...</w:t>
      </w:r>
    </w:p>
    <w:p>
      <w:r>
        <w:t>...{…..} special, that he, ah..</w:t>
      </w:r>
    </w:p>
    <w:p>
      <w:r>
        <w:t>[…..]</w:t>
      </w:r>
    </w:p>
    <w:p>
      <w:r>
        <w:t>{...}…</w:t>
      </w:r>
    </w:p>
    <w:p>
      <w:r>
        <w:t>...Is this the groom?</w:t>
      </w:r>
    </w:p>
    <w:p>
      <w:r>
        <w:t>[This is Sharon]</w:t>
      </w:r>
    </w:p>
    <w:p>
      <w:r>
        <w:t>[...]</w:t>
      </w:r>
    </w:p>
    <w:p>
      <w:r>
        <w:t>{Nu, ah}, how was the shouting? Good?</w:t>
      </w:r>
    </w:p>
    <w:p>
      <w:r>
        <w:t>You need {…} to tell them, not yet, you have not finished, {ah, because} you cannot stop</w:t>
      </w:r>
    </w:p>
    <w:p>
      <w:r>
        <w:t>[……….]</w:t>
      </w:r>
    </w:p>
    <w:p>
      <w:r>
        <w:t>[……….]…</w:t>
      </w:r>
    </w:p>
    <w:p>
      <w:r>
        <w:t>...{..}…</w:t>
      </w:r>
    </w:p>
    <w:p>
      <w:r>
        <w:t>...[On the day that he calls..…]...</w:t>
      </w:r>
    </w:p>
    <w:p>
      <w:r>
        <w:t>...{Then he told him: “For all your days”}</w:t>
      </w:r>
    </w:p>
    <w:p>
      <w:r>
        <w:t>[He is hinting at other things; we already understood when he says that through shouting he received a discharge he.., we already understood that he is hinting at another thing, meaning the true release from…] [Yes, the release….]</w:t>
      </w:r>
    </w:p>
    <w:p>
      <w:r>
        <w:t>[..Through..]</w:t>
      </w:r>
    </w:p>
    <w:p>
      <w:r>
        <w:t>[…..Rabbainu.…]…</w:t>
      </w:r>
    </w:p>
    <w:p>
      <w:r>
        <w:t>…[…..Even though I know that I have no grasp whatsoever of the holiness of the Tzaddikim and their greatness, of the magnitude of their righteousness, “Even so, may I merit to understand and know a little of the stature and holiness of the Tzaddikim”</w:t>
      </w:r>
    </w:p>
    <w:p>
      <w:r>
        <w:t>Nevertheless, may You grant me to understand a little of the greatness of the holiness of these tzaddikim; help me understand their holiness a little “by my seeing the virtue of the people close to them”</w:t>
      </w:r>
    </w:p>
    <w:p>
      <w:r>
        <w:t>I can do this by seeing, if You let me see the greatness of the people who follow the tzaddikim, who are close to them, that they, that they are men of action and fearers of Heaven, and they are complete people, they are complete, “and may You grant me not to entertain any thought whatsoever against these tzaddikim”</w:t>
      </w:r>
    </w:p>
    <w:p>
      <w:r>
        <w:t>And help me merit not to have negative thoughts about the tzaddikim, the true tzaddikim</w:t>
      </w:r>
    </w:p>
    <w:p>
      <w:r>
        <w:t>Because sometimes the true tzaddikim tell us to do things that are hard to do</w:t>
      </w:r>
    </w:p>
    <w:p>
      <w:r>
        <w:t>And we think all kinds of negative thoughts about.., you know</w:t>
      </w:r>
    </w:p>
    <w:p>
      <w:r>
        <w:t>“I don't want to,” “Why does he.”, you know</w:t>
      </w:r>
    </w:p>
    <w:p>
      <w:r>
        <w:t>So we always need to pray not to think against the tzaddikim</w:t>
      </w:r>
    </w:p>
    <w:p>
      <w:r>
        <w:t>“And let there be no questions in my heart”</w:t>
      </w:r>
    </w:p>
    <w:p>
      <w:r>
        <w:t>Do not let my heart have any questions against the tzaddikim, so that I would not want to follow them</w:t>
      </w:r>
    </w:p>
    <w:p>
      <w:r>
        <w:t>I always want to trust them</w:t>
      </w:r>
    </w:p>
    <w:p>
      <w:r>
        <w:t>“Only let me know and truly believe..”]…</w:t>
      </w:r>
    </w:p>
    <w:p>
      <w:r>
        <w:t>...[….]</w:t>
      </w:r>
    </w:p>
    <w:p>
      <w:r>
        <w:t>Nu, do I need to understand them?</w:t>
      </w:r>
    </w:p>
    <w:p>
      <w:r>
        <w:t>[……]...</w:t>
      </w:r>
    </w:p>
    <w:p>
      <w:r>
        <w:t>...{…} so much, and I overcame them, and I paid no attention, and I endured everything, {…}</w:t>
      </w:r>
    </w:p>
    <w:p>
      <w:r>
        <w:t>I saw that these are the teachings of “Likutey Halachos”</w:t>
      </w:r>
    </w:p>
    <w:p>
      <w:r>
        <w:t>They, they are such teachings that instill the true purpose in a person's heart {{. .}}</w:t>
      </w:r>
    </w:p>
    <w:p>
      <w:r>
        <w:t>..I saw, I also wanted to get up, but {…} it is very hard</w:t>
      </w:r>
    </w:p>
    <w:p>
      <w:r>
        <w:t>But he, he got up {w.. w.. w.. w.. w..} with such yearning for Hashem, blessed is He, {. . .}</w:t>
      </w:r>
    </w:p>
    <w:p>
      <w:r>
        <w:t>And he left the room with the bed, and went outside the town</w:t>
      </w:r>
    </w:p>
    <w:p>
      <w:r>
        <w:t>And outside the town it is always hard, in summer and in winter, always {hard}; there are rains and there is, ah, cold. For him none of all this was relevant; he was such a mighty man, he overcame the body and subdued it {…} strongly</w:t>
      </w:r>
    </w:p>
    <w:p>
      <w:r>
        <w:t>How is it possible to sleep? To sleep, this was th.. the hisbodedus of Rabbainu.., of the holy Ari</w:t>
      </w:r>
    </w:p>
    <w:p>
      <w:r>
        <w:t>And of his holy disciples, {{…}} midnight, “Tikkun Chatzos,” {..} “Shaarei Tzion”</w:t>
      </w:r>
    </w:p>
    <w:p>
      <w:r>
        <w:t>There are g.. gates, and a gate {..} “Tikkun Chatzos”</w:t>
      </w:r>
    </w:p>
    <w:p>
      <w:r>
        <w:t>And it is very hard, all my days.., I, when midnight arrives, then {I}.. he wants to sleep</w:t>
      </w:r>
    </w:p>
    <w:p>
      <w:r>
        <w:t>Ah, ah..</w:t>
      </w:r>
    </w:p>
    <w:p>
      <w:r>
        <w:t>How he would say “Tikkun Chatzos”; it is a kind of hisbodedus, in which he had claims before Hashem, blessed is He, that He should help him, that.. Rabbainu's light should already shine in the world</w:t>
      </w:r>
    </w:p>
    <w:p>
      <w:r>
        <w:t>{{That this is ...}}.., the main thing and the foundation of all service of Hashem, of everything</w:t>
      </w:r>
    </w:p>
    <w:p>
      <w:r>
        <w:t>{{..And one sees . .}} th.. th.. th.. th..</w:t>
      </w:r>
    </w:p>
    <w:p>
      <w:r>
        <w:t>{Because} he got up at midnight {..} and.. and went outside the town</w:t>
      </w:r>
    </w:p>
    <w:p>
      <w:r>
        <w:t>He left the bed and with all th.. {pillows}, and went {...} outside the town, and…</w:t>
      </w:r>
    </w:p>
    <w:p>
      <w:pPr>
        <w:pStyle w:val="Heading2"/>
      </w:pPr>
      <w:r>
        <w:t>Side B (Bais)</w:t>
      </w:r>
    </w:p>
    <w:p>
      <w:r>
        <w:t>...Ah, such claims, such weeping, such yearning</w:t>
      </w:r>
    </w:p>
    <w:p>
      <w:r>
        <w:t>One does not hear, no, it is not heard in the world; this is only the holy Rabbainu</w:t>
      </w:r>
    </w:p>
    <w:p>
      <w:r>
        <w:t>The “Likutey Tefillos,” the “Likutey Moharan,” what it illuminates in a person</w:t>
      </w:r>
    </w:p>
    <w:p>
      <w:r>
        <w:t>{..}, such a light, that he, {...}, he flees from sleep, breaks the sleep</w:t>
      </w:r>
    </w:p>
    <w:p>
      <w:r>
        <w:t>{With gr.., ..} with great strength, with such strength</w:t>
      </w:r>
    </w:p>
    <w:p>
      <w:r>
        <w:t>And it is the essence of his avodah, the yearning {of his}, that Hashem, blessed is He, should have mercy on him, {..}</w:t>
      </w:r>
    </w:p>
    <w:p>
      <w:r>
        <w:t>Such a thing is not seen in the entire world, such yearning, such a heart</w:t>
      </w:r>
    </w:p>
    <w:p>
      <w:r>
        <w:t>How is he in this world? How is he?</w:t>
      </w:r>
    </w:p>
    <w:p>
      <w:r>
        <w:t>{{. .}}</w:t>
      </w:r>
    </w:p>
    <w:p>
      <w:r>
        <w:t>I studied in a yeshivah, and there were scholars in the yeshivah, yes, and they studied at night {{about ..}}</w:t>
      </w:r>
    </w:p>
    <w:p>
      <w:r>
        <w:t>But.. such a thing, that he illuminated in the heart the matter of midnight—it is a matter of {{. .}} hisbodedus, {it is}..</w:t>
      </w:r>
    </w:p>
    <w:p>
      <w:r>
        <w:t>Every, {ah}, every utterance was a kind of hisbodedus {for, ah}.. to Hashem, blessed is He, that He should have mercy on him</w:t>
      </w:r>
    </w:p>
    <w:p>
      <w:r>
        <w:t>{{This is not}} {{ah, what, what}}, this is received, one merits to receive it only by Rabbainu</w:t>
      </w:r>
    </w:p>
    <w:p>
      <w:r>
        <w:t>{..}, such a heart and such claims, there is none; {this, this is he}, it is closed and hidden from the entire world</w:t>
      </w:r>
    </w:p>
    <w:p>
      <w:r>
        <w:t>The world does not know what prayer is, what midnight is, {{. .}}</w:t>
      </w:r>
    </w:p>
    <w:p>
      <w:r>
        <w:t>Without Rabbainu he is like an orphan, he lacks the main thing, {..}</w:t>
      </w:r>
    </w:p>
    <w:p>
      <w:r>
        <w:t>Oy vey, oy vey.. {No, Master of the World….…….}</w:t>
      </w:r>
    </w:p>
    <w:p>
      <w:r>
        <w:t>The body wants to sleep, it wants to go back to sleep in bed</w:t>
      </w:r>
    </w:p>
    <w:p>
      <w:r>
        <w:t>But he was a good soldier, he..</w:t>
      </w:r>
    </w:p>
    <w:p>
      <w:r>
        <w:t>{With...}.., such great strength, how is it possible {...} not, not to say “Tikkun Chatzos”?</w:t>
      </w:r>
    </w:p>
    <w:p>
      <w:r>
        <w:t>It was such a kind of hisbodedus, th..{{…}} such compassion does not exist, {does not exist in this world}, does not exist in the world</w:t>
      </w:r>
    </w:p>
    <w:p>
      <w:r>
        <w:t>They know nothing of this at all, {yes}</w:t>
      </w:r>
    </w:p>
    <w:p>
      <w:r>
        <w:t>Such a heart, such claims, such weeping, such {{y.. yearning s.., yearn.. yearn..yearning}}</w:t>
      </w:r>
    </w:p>
    <w:p>
      <w:r>
        <w:t>No, it is not known, and no, and no.. it is a great secret from all the worlds, {this..}</w:t>
      </w:r>
    </w:p>
    <w:p>
      <w:r>
        <w:t>{This is} the holy Rabbainu</w:t>
      </w:r>
    </w:p>
    <w:p>
      <w:r>
        <w:t>The Men of the Great Assembly instituted three prayers</w:t>
      </w:r>
    </w:p>
    <w:p>
      <w:r>
        <w:t>And he instituted {..} another prayer, {instituted} “Tikkun Chatzos”; this is the holy Rabbainu</w:t>
      </w:r>
    </w:p>
    <w:p>
      <w:r>
        <w:t>{{. . .}}, the holy Ari revealed it, and the holy Rabbainu, and the holy Rabbainu gave it to the entire world</w:t>
      </w:r>
    </w:p>
    <w:p>
      <w:r>
        <w:t>“Chatzos”—{go out}, go out of the bed</w:t>
      </w:r>
    </w:p>
    <w:p>
      <w:r>
        <w:t>Oy, such yearning, to hear such a voice, a voice of such yearning, such weeping, such deveikus</w:t>
      </w:r>
    </w:p>
    <w:p>
      <w:r>
        <w:t>Ah.. and I want to sleep {more}</w:t>
      </w:r>
    </w:p>
    <w:p>
      <w:r>
        <w:t>{{...}}</w:t>
      </w:r>
    </w:p>
    <w:p>
      <w:r>
        <w:t>“N'achal N'ovea {fro..}.., M'ekor Ch'ochmah”</w:t>
      </w:r>
    </w:p>
    <w:p>
      <w:r>
        <w:t>Na ch man, Nachman {is} “N'achal N'ovea M'ekor Ch'ochmah”</w:t>
      </w:r>
    </w:p>
    <w:p>
      <w:r>
        <w:t>The holy Rabbainu revealed the secret of Rebbe Shimon bar Yochai; it is {..} in the verse:</w:t>
      </w:r>
    </w:p>
    <w:p>
      <w:r>
        <w:t>“I'r V'kaddish M'in Sh'maya N'chis,” this is the acronym Shimon, yes</w:t>
      </w:r>
    </w:p>
    <w:p>
      <w:r>
        <w:t>And he said: “And now there is “N'achal N'ovea M'ekor Ch'ochmah”</w:t>
      </w:r>
    </w:p>
    <w:p>
      <w:r>
        <w:t>{And the principle\And now} Rebbe Shimon {he} receives {{from me}}</w:t>
      </w:r>
    </w:p>
    <w:p>
      <w:r>
        <w:t>{{…..}}, {..}</w:t>
      </w:r>
    </w:p>
    <w:p>
      <w:r>
        <w:t>Whoever merited to touch, to hear his “Tikkun Chatzos,” it was a kind of hisbodedus and such yearning</w:t>
      </w:r>
    </w:p>
    <w:p>
      <w:r>
        <w:t>{{Th…., ..}}, I.. I w.., I would, {{…}}, the whole entire world, I would give him</w:t>
      </w:r>
    </w:p>
    <w:p>
      <w:r>
        <w:t>To do {{….}}, I give him {{…..}}</w:t>
      </w:r>
    </w:p>
    <w:p>
      <w:r>
        <w:t>Ah, ah, ah, ah..</w:t>
      </w:r>
    </w:p>
    <w:p>
      <w:r>
        <w:t>Ah, midnight, the holy Rabbainu, the Men of the Great Assembly instituted ‘Shacharis,’ ‘Minchah,’ and ‘Maariv’</w:t>
      </w:r>
    </w:p>
    <w:p>
      <w:r>
        <w:t>{{. .}}, three prayers, and.. ah, Rabbainu came and said: “No, {{...}} “Tikkun Chatzos””</w:t>
      </w:r>
    </w:p>
    <w:p>
      <w:r>
        <w:t>The “Tikkun Chatzos” of Rabbainu the holy Ari</w:t>
      </w:r>
    </w:p>
    <w:p>
      <w:r>
        <w:t>“Tikkun Chatzos” is fr.. from “Shaarei Tzion,” {what it is}</w:t>
      </w:r>
    </w:p>
    <w:p>
      <w:r>
        <w:t>It is a rectification of four prayers, yes, {{one more prayer}}</w:t>
      </w:r>
    </w:p>
    <w:p>
      <w:r>
        <w:t>{…}, the holy Rabbainu came, came and instituted “Tikkun Chatzos,” of Rabbainu the holy Ari</w:t>
      </w:r>
    </w:p>
    <w:p>
      <w:r>
        <w:t>This is a kind of hisbodedus and such yearnings that.. {…}, ah..</w:t>
      </w:r>
    </w:p>
    <w:p>
      <w:r>
        <w:t>He went at midnight to the Kotel, to the Kotel, at a time when it was {..} dangerous to go there, among the non-Jews</w:t>
      </w:r>
    </w:p>
    <w:p>
      <w:r>
        <w:t>The.. Kotel is a.. among the non-Jews, the entire Temple Mount {{of..}.., of non-Jews</w:t>
      </w:r>
    </w:p>
    <w:p>
      <w:r>
        <w:t>{….}</w:t>
      </w:r>
    </w:p>
    <w:p>
      <w:r>
        <w:t>I was there at that time, I was there and saw that he risked his life, lest a non-Jew come and slaughter him</w:t>
      </w:r>
    </w:p>
    <w:p>
      <w:r>
        <w:t>He gives everything {{..}} to Hashem, blessed be He</w:t>
      </w:r>
    </w:p>
    <w:p>
      <w:r>
        <w:t>Ah..</w:t>
      </w:r>
    </w:p>
    <w:p>
      <w:r>
        <w:t>Oy, "We have sinned, we have betrayed, we have robbed..", {yes}</w:t>
      </w:r>
    </w:p>
    <w:p>
      <w:r>
        <w:t>When he said: "We have robbed, we have spoken slander, {{we did this\we have acted perversely..}}"</w:t>
      </w:r>
    </w:p>
    <w:p>
      <w:r>
        <w:t>{..} Miracles that vitality remained in the body, how he felt, how much "We have sinned, we have betrayed, we have robbed.."</w:t>
      </w:r>
    </w:p>
    <w:p>
      <w:r>
        <w:t>He told Hashem, blessed be He, all his {sadness\troubles}</w:t>
      </w:r>
    </w:p>
    <w:p>
      <w:r>
        <w:t>He aroused such mercy, {even}..</w:t>
      </w:r>
    </w:p>
    <w:p>
      <w:r>
        <w:t>Ah..</w:t>
      </w:r>
    </w:p>
    <w:p>
      <w:r>
        <w:t>{..}, perhaps I will get up to pray</w:t>
      </w:r>
    </w:p>
    <w:p>
      <w:r>
        <w:t>[Yes]</w:t>
      </w:r>
    </w:p>
    <w:p>
      <w:r>
        <w:t>It is already possible to put on tallis and tefillin</w:t>
      </w:r>
    </w:p>
    <w:p>
      <w:r>
        <w:t>[Yes]</w:t>
      </w:r>
    </w:p>
    <w:p>
      <w:r>
        <w:t>Ah, like this, {..}</w:t>
      </w:r>
    </w:p>
    <w:p>
      <w:r>
        <w:t>Nu.. give, ah.. give him, give him the tallis and tefillin</w:t>
      </w:r>
    </w:p>
    <w:p>
      <w:r>
        <w:t>{{Give him the gold}}..</w:t>
      </w:r>
    </w:p>
    <w:p>
      <w:r>
        <w:t>Oy, and how he pleaded and wept before Hashem, blessed be He: "We have sinned"</w:t>
      </w:r>
    </w:p>
    <w:p>
      <w:r>
        <w:t>It is enough just to hear only "We have sinned," afterward "we have betrayed," what..</w:t>
      </w:r>
    </w:p>
    <w:p>
      <w:r>
        <w:t>That a spirit of life remained in him, there were great miracles</w:t>
      </w:r>
    </w:p>
    <w:p>
      <w:r>
        <w:t>"We have betrayed, we have robbed, we have spoken slander, we have acted perversely, and we have done wickedly, we have acted wantonly.."</w:t>
      </w:r>
    </w:p>
    <w:p>
      <w:r>
        <w:t>He told Hashem, blessed be He, his entire heart, {all the..}</w:t>
      </w:r>
    </w:p>
    <w:p>
      <w:r>
        <w:t>{..}, "We have sinned, we have betrayed, we have robbed, we have spoken slander, we have acted perversely, and we have done wickedly, we have acted wantonly, we have extorted.."</w:t>
      </w:r>
    </w:p>
    <w:p>
      <w:r>
        <w:t>{….}, {who.. can} describe and estimate {..} every word?</w:t>
      </w:r>
    </w:p>
    <w:p>
      <w:r>
        <w:t>Just to hear "We have sinned, we have betrayed, {we have rob..}"</w:t>
      </w:r>
    </w:p>
    <w:p>
      <w:r>
        <w:t>That a spirit of life remained in him, this was great miracles from Heaven, {only} great miracles</w:t>
      </w:r>
    </w:p>
    <w:p>
      <w:r>
        <w:t>He could have expired from the magnitude of anguish, "We have sinned, we have betrayed, we have robbed.."</w:t>
      </w:r>
    </w:p>
    <w:p>
      <w:r>
        <w:t>He told Hashem, blessed be He, his entire heart: "What? What will he do? What will I do?</w:t>
      </w:r>
    </w:p>
    <w:p>
      <w:r>
        <w:t>"We have sinned, we have betrayed, we have robbed, we have spoken {slander}.."</w:t>
      </w:r>
    </w:p>
    <w:p>
      <w:r>
        <w:t>"Tikkun Chatzos," the Men of the Great Assembly {instituted} three prayers</w:t>
      </w:r>
    </w:p>
    <w:p>
      <w:r>
        <w:t>Rabbainu came and added another prayer, "Tikkun Chatzos," of the holy Arizal</w:t>
      </w:r>
    </w:p>
    <w:p>
      <w:r>
        <w:t>Rebbe Yisroel (Kardonner), of blessed memory, recited {{here}} at night "Tikkun Chatzos," what it is</w:t>
      </w:r>
    </w:p>
    <w:p>
      <w:r>
        <w:t>What it is, such secrets</w:t>
      </w:r>
    </w:p>
    <w:p>
      <w:r>
        <w:t>Oy vey, the holy Rabbainu, "Tikkun Chatzos," {..}, the Chatzos of Rabbainu the holy Arizal</w:t>
      </w:r>
    </w:p>
    <w:p>
      <w:r>
        <w:t>He had hisbodedus, {..} during those hours he had hisbodedus, he spoke with Hashem, blessed be He: "We have sinned, we have betrayed, {we have rob..}"</w:t>
      </w:r>
    </w:p>
    <w:p>
      <w:r>
        <w:t>Who can describe and estimate what, what there is in the world, such yearnings, {{..}}, such secrets</w:t>
      </w:r>
    </w:p>
    <w:p>
      <w:r>
        <w:t>He literally, he, he, he, he left, he left the world, as though he had already passed away</w:t>
      </w:r>
    </w:p>
    <w:p>
      <w:r>
        <w:t>Every night he would get up at midnight for the Chatzos of Rabbainu {..} the holy Arizal</w:t>
      </w:r>
    </w:p>
    <w:p>
      <w:r>
        <w:t>He had {..} such hisbodedus, Rabbainu {{had}}, Rabbainu the holy Arizal</w:t>
      </w:r>
    </w:p>
    <w:p>
      <w:r>
        <w:t>He had, he instituted "Tikkun Chatzos," and the holy Rabbainu gave it to the entire world, "Tikkun Chatzos"</w:t>
      </w:r>
    </w:p>
    <w:p>
      <w:r>
        <w:t>{...}</w:t>
      </w:r>
    </w:p>
    <w:p>
      <w:r>
        <w:t>He had miracles that there are such places in the world, that no person in the world kn.. knows</w:t>
      </w:r>
    </w:p>
    <w:p>
      <w:r>
        <w:t>When he said {there}: "We have sinned, we have betrayed, we have robbed, we have spoken slander.."</w:t>
      </w:r>
    </w:p>
    <w:p>
      <w:r>
        <w:t>{..}, who can estimate and describe such yearnings</w:t>
      </w:r>
    </w:p>
    <w:p>
      <w:r>
        <w:t>He opened all the treasuries of {{the}}, of Hashem, blessed be He</w:t>
      </w:r>
    </w:p>
    <w:p>
      <w:r>
        <w:t>[…]</w:t>
      </w:r>
    </w:p>
    <w:p>
      <w:r>
        <w:t>[Yes, Breslov]</w:t>
      </w:r>
    </w:p>
    <w:p>
      <w:r>
        <w:t>And I also wanted to get up at midnight {..}</w:t>
      </w:r>
    </w:p>
    <w:p>
      <w:r>
        <w:t>I bought a clock and tins of kerosene, so that the sound {…} would awaken me {…}</w:t>
      </w:r>
    </w:p>
    <w:p>
      <w:r>
        <w:t>[……]</w:t>
      </w:r>
    </w:p>
    <w:p>
      <w:r>
        <w:t>[……]</w:t>
      </w:r>
    </w:p>
    <w:p>
      <w:r>
        <w:t>I entered the shop, and I had no money at all</w:t>
      </w:r>
    </w:p>
    <w:p>
      <w:r>
        <w:t>Nu, this, I want to buy a clock, and I do not have even a penny, what..</w:t>
      </w:r>
    </w:p>
    <w:p>
      <w:r>
        <w:t>But he was, he f.. he felt and saw how I, all my vitality was this clock {that would awaken me} ah, he, he, he, did not think much, he said to me:</w:t>
      </w:r>
    </w:p>
    <w:p>
      <w:r>
        <w:t>"I am giving you the clock; when there will be {...}, when you have money, bring it"</w:t>
      </w:r>
    </w:p>
    <w:p>
      <w:r>
        <w:t>{….} This is his livelihood</w:t>
      </w:r>
    </w:p>
    <w:p>
      <w:r>
        <w:t>I was the only one who bought this clock</w:t>
      </w:r>
    </w:p>
    <w:p>
      <w:r>
        <w:t>Every five mom.., moments, again, again, again, it awakens</w:t>
      </w:r>
    </w:p>
    <w:p>
      <w:r>
        <w:t>And he had such yearnings, such holiness, literally</w:t>
      </w:r>
    </w:p>
    <w:p>
      <w:r>
        <w:t>{..}</w:t>
      </w:r>
    </w:p>
    <w:p>
      <w:r>
        <w:t>Just to hear the wording of "We have sinned, we have betrayed, we have robbed, we have spoken slander, we have acted perversely, {and we have done wickedly}.."</w:t>
      </w:r>
    </w:p>
    <w:p>
      <w:r>
        <w:t>Oy, this is every utterance before Hashem, blessed be He, {{this.. this}}</w:t>
      </w:r>
    </w:p>
    <w:p>
      <w:r>
        <w:t>From the utterances, "We have sinned, we have betrayed, we have spoken slander, we have robbed, {what we did} and we have done wickedly, we have acted wantonly, {we have ex..}.."</w:t>
      </w:r>
    </w:p>
    <w:p>
      <w:r>
        <w:t>{…}, he went to the field, there are no people there, {{. .}} they are sleeping, at midnight, the time of sleep {..}</w:t>
      </w:r>
    </w:p>
    <w:p>
      <w:r>
        <w:t>The best, the best, {. . .}</w:t>
      </w:r>
    </w:p>
    <w:p>
      <w:r>
        <w:t>And he got up at midnight and spoke with Hashem, blessed be He, and he had hisbodedus {{…}} before Hashem, blessed be He:</w:t>
      </w:r>
    </w:p>
    <w:p>
      <w:r>
        <w:t>"What is this? You are abandoning me, I cannot get up at midnight, what will become of me?"</w:t>
      </w:r>
    </w:p>
    <w:p>
      <w:r>
        <w:t>{Nu}..</w:t>
      </w:r>
    </w:p>
    <w:p>
      <w:r>
        <w:t>Now the tefillin</w:t>
      </w:r>
    </w:p>
    <w:p>
      <w:r>
        <w:t>[..]</w:t>
      </w:r>
    </w:p>
    <w:p>
      <w:r>
        <w:t>{Not yet} we will begin to pray</w:t>
      </w:r>
    </w:p>
    <w:p>
      <w:r>
        <w:t>[No]</w:t>
      </w:r>
    </w:p>
    <w:p>
      <w:r>
        <w:t>Blessed are You, Hashem our God, King of the universe, Who sanctified us with His commandments…</w:t>
      </w:r>
    </w:p>
    <w:p>
      <w:r>
        <w:t>...{...}</w:t>
      </w:r>
    </w:p>
    <w:p>
      <w:r>
        <w:t>[Amen]…</w:t>
      </w:r>
    </w:p>
    <w:p>
      <w:r>
        <w:t>...What it is, what he felt, a kind of such hisbodedus</w:t>
      </w:r>
    </w:p>
    <w:p>
      <w:r>
        <w:t>Such utterances and such yearnings</w:t>
      </w:r>
    </w:p>
    <w:p>
      <w:r>
        <w:t>Blessed are You, Hashem our God, King of the universe, Who sanctified us with His commandments and commanded us to put on tefillin</w:t>
      </w:r>
    </w:p>
    <w:p>
      <w:r>
        <w:t>[Amen]…</w:t>
      </w:r>
    </w:p>
    <w:p>
      <w:r>
        <w:t>...{..}</w:t>
      </w:r>
    </w:p>
    <w:p>
      <w:r>
        <w:t>[He is speaking about his grandson, Amram]</w:t>
      </w:r>
    </w:p>
    <w:p>
      <w:r>
        <w:t>[Ah, Amram Horowitz]</w:t>
      </w:r>
    </w:p>
    <w:p>
      <w:r>
        <w:t>About Amram Horowitz</w:t>
      </w:r>
    </w:p>
    <w:p>
      <w:r>
        <w:t>[How are you a grandson of Rav Chaim Sonnenfeld?]</w:t>
      </w:r>
    </w:p>
    <w:p>
      <w:r>
        <w:t>[I am from the mother, fr.. the grandmother of.. the.. he was a grandfather.., ah.., I am the.. the..]...</w:t>
      </w:r>
    </w:p>
    <w:p>
      <w:r>
        <w:t>...Rabbainu here in Eretz Yisroel</w:t>
      </w:r>
    </w:p>
    <w:p>
      <w:r>
        <w:t>[What?]</w:t>
      </w:r>
    </w:p>
    <w:p>
      <w:r>
        <w:t>{{. .}}…</w:t>
      </w:r>
    </w:p>
    <w:p>
      <w:r>
        <w:t>...[Did you see him?]</w:t>
      </w:r>
    </w:p>
    <w:p>
      <w:r>
        <w:t>Ye.., ah, no, I did not merit it</w:t>
      </w:r>
    </w:p>
    <w:p>
      <w:r>
        <w:t>[Ah, he did not see]</w:t>
      </w:r>
    </w:p>
    <w:p>
      <w:r>
        <w:t>But, but he was..</w:t>
      </w:r>
    </w:p>
    <w:p>
      <w:r>
        <w:t>[He was outside Eretz Yisroel]</w:t>
      </w:r>
    </w:p>
    <w:p>
      <w:r>
        <w:t>He was very great in the entire Torah</w:t>
      </w:r>
    </w:p>
    <w:p>
      <w:r>
        <w:t>[For twenty years he was……]</w:t>
      </w:r>
    </w:p>
    <w:p>
      <w:r>
        <w:t>[He was in Teveria..]</w:t>
      </w:r>
    </w:p>
    <w:p>
      <w:r>
        <w:t>{Amram Horowitz}</w:t>
      </w:r>
    </w:p>
    <w:p>
      <w:r>
        <w:t>And Rav Chaim said about him, that he {sees} at Diskin one child who will be great in Yisroel, and his name is Amram Horowitz</w:t>
      </w:r>
    </w:p>
    <w:p>
      <w:r>
        <w:t>[He retracted it..]</w:t>
      </w:r>
    </w:p>
    <w:p>
      <w:r>
        <w:t>[But he said ….. Amram, that he did not merit seeing this..]</w:t>
      </w:r>
    </w:p>
    <w:p>
      <w:r>
        <w:t>[…….]...</w:t>
      </w:r>
    </w:p>
    <w:p>
      <w:r>
        <w:t>...{…….}…</w:t>
      </w:r>
    </w:p>
    <w:p>
      <w:r>
        <w:t>...Rav Avraham son of Rebbe Nachman</w:t>
      </w:r>
    </w:p>
    <w:p>
      <w:r>
        <w:t>[So was he from Yerushalayim?…. Was he from Teveria?]</w:t>
      </w:r>
    </w:p>
    <w:p>
      <w:r>
        <w:t>{...}, he.. he was.. {{….}}.. a gaon and a tzaddik</w:t>
      </w:r>
    </w:p>
    <w:p>
      <w:r>
        <w:t>He loved, the, the, ah.. Amram very much, like a son</w:t>
      </w:r>
    </w:p>
    <w:p>
      <w:r>
        <w:t>And Rav Ch.., Chaim Sonnenfeld, said to his wife about Amram, that he would be great in Yisroel</w:t>
      </w:r>
    </w:p>
    <w:p>
      <w:r>
        <w:t>[….…..]</w:t>
      </w:r>
    </w:p>
    <w:p>
      <w:r>
        <w:t>[What is the reason, do you know?]</w:t>
      </w:r>
    </w:p>
    <w:p>
      <w:r>
        <w:t>[…..]…</w:t>
      </w:r>
    </w:p>
    <w:p>
      <w:r>
        <w:t>...A head of {..}, of a gaon</w:t>
      </w:r>
    </w:p>
    <w:p>
      <w:r>
        <w:t>All the scholars of "Etz Chaim" were beneath his feet</w:t>
      </w:r>
    </w:p>
    <w:p>
      <w:r>
        <w:t>{"Let us hear what he says," nu, sit here} (Saba laughs)</w:t>
      </w:r>
    </w:p>
    <w:p>
      <w:r>
        <w:t>[He really was a gaon……]</w:t>
      </w:r>
    </w:p>
    <w:p>
      <w:r>
        <w:t>[Was he in..?]</w:t>
      </w:r>
    </w:p>
    <w:p>
      <w:r>
        <w:t>[He was not there much, but when he expressed an opinion, then he was {very forceful}]…</w:t>
      </w:r>
    </w:p>
    <w:p>
      <w:r>
        <w:t>...{He} opposed Breslov</w:t>
      </w:r>
    </w:p>
    <w:p>
      <w:r>
        <w:t>[Was not a Chassid….]</w:t>
      </w:r>
    </w:p>
    <w:p>
      <w:r>
        <w:t>{Yes}, this is a known matter</w:t>
      </w:r>
    </w:p>
    <w:p>
      <w:r>
        <w:t>[Yes, in "Yemei Shmuel," in “Yemei Shmuel" he...]</w:t>
      </w:r>
    </w:p>
    <w:p>
      <w:r>
        <w:t>[He was my grandfather…..]…</w:t>
      </w:r>
    </w:p>
    <w:p>
      <w:r>
        <w:t>...You do not remember, the one who lived {lived there}, Chaim, Chaim</w:t>
      </w:r>
    </w:p>
    <w:p>
      <w:r>
        <w:t>{…}…</w:t>
      </w:r>
    </w:p>
    <w:p>
      <w:r>
        <w:t>...{…}</w:t>
      </w:r>
    </w:p>
    <w:p>
      <w:r>
        <w:t>[Yes]</w:t>
      </w:r>
    </w:p>
    <w:p>
      <w:r>
        <w:t>[A great pauper]</w:t>
      </w:r>
    </w:p>
    <w:p>
      <w:r>
        <w:t>Yes, and.. and.. Horowitz</w:t>
      </w:r>
    </w:p>
    <w:p>
      <w:r>
        <w:t>[Amram]</w:t>
      </w:r>
    </w:p>
    <w:p>
      <w:r>
        <w:t>{..}, his grandson fr.. from Rav.., Rav Amram Wallenstein</w:t>
      </w:r>
    </w:p>
    <w:p>
      <w:r>
        <w:t>[Yes]</w:t>
      </w:r>
    </w:p>
    <w:p>
      <w:r>
        <w:t>He was {such} the greatest among the rabbis of Eretz Yisroel</w:t>
      </w:r>
    </w:p>
    <w:p>
      <w:r>
        <w:t>Rav Amram Wallenstein fr.. from Hungary, from Hungary</w:t>
      </w:r>
    </w:p>
    <w:p>
      <w:r>
        <w:t>[Leizer Moshe Nachum, he was…..]…</w:t>
      </w:r>
    </w:p>
    <w:p>
      <w:r>
        <w:t>...Good, let them come</w:t>
      </w:r>
    </w:p>
    <w:p>
      <w:r>
        <w:t>I received a note from the holy Rabbainu, that “the time of the redemption is very near”; this is how it was written o.. on a piece of paper:</w:t>
      </w:r>
    </w:p>
    <w:p>
      <w:r>
        <w:t>“The time of the redemption is very near”</w:t>
      </w:r>
    </w:p>
    <w:p>
      <w:r>
        <w:t>[Yes]</w:t>
      </w:r>
    </w:p>
    <w:p>
      <w:r>
        <w:t>Four words</w:t>
      </w:r>
    </w:p>
    <w:p>
      <w:r>
        <w:t>[{Not many}]…</w:t>
      </w:r>
    </w:p>
    <w:p>
      <w:r>
        <w:t>...{…}, this is nothing…</w:t>
      </w:r>
    </w:p>
    <w:p>
      <w:r>
        <w:t>...Great wonders, in recent times…</w:t>
      </w:r>
    </w:p>
    <w:p>
      <w:r>
        <w:t>...{..}</w:t>
      </w:r>
    </w:p>
    <w:p>
      <w:r>
        <w:t>[…………]</w:t>
      </w:r>
    </w:p>
    <w:p>
      <w:r>
        <w:t>{Chevron}</w:t>
      </w:r>
    </w:p>
    <w:p>
      <w:r>
        <w:t>[…..]...</w:t>
      </w:r>
    </w:p>
    <w:p>
      <w:r>
        <w:t>...{…} He is from Yerushalayim</w:t>
      </w:r>
    </w:p>
    <w:p>
      <w:r>
        <w:t>[Yes]…</w:t>
      </w:r>
    </w:p>
    <w:p>
      <w:r>
        <w:t>...Thanks {and redemption\and thanksgiving} to Hashem, blessed be He, Who gave me such a grandson</w:t>
      </w:r>
    </w:p>
    <w:p>
      <w:r>
        <w:t>[……..]</w:t>
      </w:r>
    </w:p>
    <w:p>
      <w:r>
        <w:t>{..}</w:t>
      </w:r>
    </w:p>
    <w:p>
      <w:r>
        <w:t>[Do you not see how he turns it around]</w:t>
      </w:r>
    </w:p>
    <w:p>
      <w:r>
        <w:t>{..}…</w:t>
      </w:r>
    </w:p>
    <w:p>
      <w:r>
        <w:t>...{..} Rav Chaim Sonnenfeld would come to the synagogue for Minchah, at the Minchah prayer</w:t>
      </w:r>
    </w:p>
    <w:p>
      <w:r>
        <w:t>{And.. better}, and studied Mishnayos</w:t>
      </w:r>
    </w:p>
    <w:p>
      <w:r>
        <w:t>[..]</w:t>
      </w:r>
    </w:p>
    <w:p>
      <w:r>
        <w:t>{Do you not know about this?}</w:t>
      </w:r>
    </w:p>
    <w:p>
      <w:r>
        <w:t>[Yes]</w:t>
      </w:r>
    </w:p>
    <w:p>
      <w:r>
        <w:t>He studied Mishnayos</w:t>
      </w:r>
    </w:p>
    <w:p>
      <w:r>
        <w:t>[……]</w:t>
      </w:r>
    </w:p>
    <w:p>
      <w:r>
        <w:t>[…...]</w:t>
      </w:r>
    </w:p>
    <w:p>
      <w:r>
        <w:t>Rav Shlomo Wexler, when he came to the synagogue, Rav Chaim would stand up</w:t>
      </w:r>
    </w:p>
    <w:p>
      <w:r>
        <w:t>[Stood up for him]</w:t>
      </w:r>
    </w:p>
    <w:p>
      <w:r>
        <w:t>Rav Chaim stood up {...} from foot to head, he stood up, for Rav Shlomo Wexler…</w:t>
      </w:r>
    </w:p>
    <w:p>
      <w:r>
        <w:t>...He was great, his father was {...} the rabbi of Berlin</w:t>
      </w:r>
    </w:p>
    <w:p>
      <w:r>
        <w:t>[Oh, oh]</w:t>
      </w:r>
    </w:p>
    <w:p>
      <w:r>
        <w:t>The father of, of</w:t>
      </w:r>
    </w:p>
    <w:p>
      <w:r>
        <w:t>[Rav Shlomo..]</w:t>
      </w:r>
    </w:p>
    <w:p>
      <w:r>
        <w:t>Of Rav Shlomo Wexler</w:t>
      </w:r>
    </w:p>
    <w:p>
      <w:r>
        <w:t>[..]</w:t>
      </w:r>
    </w:p>
    <w:p>
      <w:r>
        <w:t>His father was a rabbi in Berlin</w:t>
      </w:r>
    </w:p>
    <w:p>
      <w:r>
        <w:t>[..He sits like this all day..]…</w:t>
      </w:r>
    </w:p>
    <w:p>
      <w:r>
        <w:t>...“The father of the prisoners,” do you know about this?</w:t>
      </w:r>
    </w:p>
    <w:p>
      <w:r>
        <w:t>[No, no, the father of whom?]</w:t>
      </w:r>
    </w:p>
    <w:p>
      <w:r>
        <w:t>Aryeh, Aryeh, Rav Aryeh</w:t>
      </w:r>
    </w:p>
    <w:p>
      <w:r>
        <w:t>[Rav Aryeh Shapiro?]</w:t>
      </w:r>
    </w:p>
    <w:p>
      <w:r>
        <w:t>{Yes}</w:t>
      </w:r>
    </w:p>
    <w:p>
      <w:r>
        <w:t>[Ah]</w:t>
      </w:r>
    </w:p>
    <w:p>
      <w:r>
        <w:t>He was.. he said great things about Amram, he was the head of the..</w:t>
      </w:r>
    </w:p>
    <w:p>
      <w:r>
        <w:t>The.. of.. of.. “Etz Chaim” in “Machane Yehuda”</w:t>
      </w:r>
    </w:p>
    <w:p>
      <w:r>
        <w:t>[Yes]</w:t>
      </w:r>
    </w:p>
    <w:p>
      <w:r>
        <w:t>He was, {..} Rav Aryeh, he was the.. “father of the prisoners”</w:t>
      </w:r>
    </w:p>
    <w:p>
      <w:r>
        <w:t>Every Shabbos he would go with, ah, with fruit and.. ah, yes, and brought them gifts</w:t>
      </w:r>
    </w:p>
    <w:p>
      <w:r>
        <w:t>[That was the “soup kitchen”]</w:t>
      </w:r>
    </w:p>
    <w:p>
      <w:r>
        <w:t>Everyone knows</w:t>
      </w:r>
    </w:p>
    <w:p>
      <w:r>
        <w:t>[Yes, that was the “soup kitchen”...]</w:t>
      </w:r>
    </w:p>
    <w:p>
      <w:r>
        <w:t>Rav Aryeh, Rav Aryeh, “the father of the prisoners”</w:t>
      </w:r>
    </w:p>
    <w:p>
      <w:r>
        <w:t>[…….]</w:t>
      </w:r>
    </w:p>
    <w:p>
      <w:r>
        <w:t>[…]</w:t>
      </w:r>
    </w:p>
    <w:p>
      <w:r>
        <w:t>[Is that Rav Aryeh Levin?]</w:t>
      </w:r>
    </w:p>
    <w:p>
      <w:r>
        <w:t>Rav Aryeh Levin, Levin, yes, yes, yes, yes, yes, yes</w:t>
      </w:r>
    </w:p>
    <w:p>
      <w:r>
        <w:t>[…….]</w:t>
      </w:r>
    </w:p>
    <w:p>
      <w:r>
        <w:t>[.……]</w:t>
      </w:r>
    </w:p>
    <w:p>
      <w:r>
        <w:t>[“The leader" of the prison, he would go….]</w:t>
      </w:r>
    </w:p>
    <w:p>
      <w:r>
        <w:t>[………]</w:t>
      </w:r>
    </w:p>
    <w:p>
      <w:r>
        <w:t>[His father is known]…</w:t>
      </w:r>
    </w:p>
    <w:p>
      <w:r>
        <w:t>[…]...</w:t>
      </w:r>
    </w:p>
    <w:p>
      <w:r>
        <w:t>[His father is known]</w:t>
      </w:r>
    </w:p>
    <w:p>
      <w:r>
        <w:t>{Ah}...</w:t>
      </w:r>
    </w:p>
    <w:p>
      <w:r>
        <w:t>...He lived in “Batei Machseh” for many years, do you know?</w:t>
      </w:r>
    </w:p>
    <w:p>
      <w:r>
        <w:t>[Yes, that was..]</w:t>
      </w:r>
    </w:p>
    <w:p>
      <w:r>
        <w:t>{...}</w:t>
      </w:r>
    </w:p>
    <w:p>
      <w:r>
        <w:t>[In the beis midrash, in the beis midrash he would sleep, in the Old City]</w:t>
      </w:r>
    </w:p>
    <w:p>
      <w:r>
        <w:t>Yes</w:t>
      </w:r>
    </w:p>
    <w:p>
      <w:r>
        <w:t>[Near the.. Temple Mount, he relates, he..]</w:t>
      </w:r>
    </w:p>
    <w:p>
      <w:r>
        <w:t>Near the Kotel</w:t>
      </w:r>
    </w:p>
    <w:p>
      <w:r>
        <w:t>[Near the Kotel, yes, he said that you also came to sleep there for Rosh Hashanah in the month of Elul in 5685, 5684]</w:t>
      </w:r>
    </w:p>
    <w:p>
      <w:r>
        <w:t>[……]</w:t>
      </w:r>
    </w:p>
    <w:p>
      <w:r>
        <w:t>[…...]…</w:t>
      </w:r>
    </w:p>
    <w:p>
      <w:r>
        <w:t>...Only sitting</w:t>
      </w:r>
    </w:p>
    <w:p>
      <w:r>
        <w:t>[Ah, good]</w:t>
      </w:r>
    </w:p>
    <w:p>
      <w:r>
        <w:t>I cannot…</w:t>
      </w:r>
    </w:p>
    <w:p>
      <w:r>
        <w:t>...This, this is awesome, {..}</w:t>
      </w:r>
    </w:p>
    <w:p>
      <w:r>
        <w:t>I received {a writing}, on paper it was written like this, four words:</w:t>
      </w:r>
    </w:p>
    <w:p>
      <w:r>
        <w:t>“The time of the redemption is very near,”</w:t>
      </w:r>
    </w:p>
    <w:p>
      <w:r>
        <w:t>[In..?]</w:t>
      </w:r>
    </w:p>
    <w:p>
      <w:r>
        <w:t>[Very, very]</w:t>
      </w:r>
    </w:p>
    <w:p>
      <w:r>
        <w:t>[Ah, very, ah]</w:t>
      </w:r>
    </w:p>
    <w:p>
      <w:r>
        <w:t>“Very near”</w:t>
      </w:r>
    </w:p>
    <w:p>
      <w:r>
        <w:t>[…..…]</w:t>
      </w:r>
    </w:p>
    <w:p>
      <w:r>
        <w:t>Ah..</w:t>
      </w:r>
    </w:p>
    <w:p>
      <w:r>
        <w:t>[..This is the first time, this morning]</w:t>
      </w:r>
    </w:p>
    <w:p>
      <w:r>
        <w:t>[….]</w:t>
      </w:r>
    </w:p>
    <w:p>
      <w:r>
        <w:t>[When did you receive this paper? In..]</w:t>
      </w:r>
    </w:p>
    <w:p>
      <w:r>
        <w:t>Ah?</w:t>
      </w:r>
    </w:p>
    <w:p>
      <w:r>
        <w:t>[When did you receive this paper? A few years ago? Or now?]</w:t>
      </w:r>
    </w:p>
    <w:p>
      <w:r>
        <w:t>Ah..</w:t>
      </w:r>
    </w:p>
    <w:p>
      <w:r>
        <w:t>This is how it was, the piece of paper, four words written:</w:t>
      </w:r>
    </w:p>
    <w:p>
      <w:r>
        <w:t>“The time of the redemption is very near”</w:t>
      </w:r>
    </w:p>
    <w:p>
      <w:r>
        <w:t>[When did he say this to you?]</w:t>
      </w:r>
    </w:p>
    <w:p>
      <w:r>
        <w:t>[When.. he told..]</w:t>
      </w:r>
    </w:p>
    <w:p>
      <w:r>
        <w:t>[…]</w:t>
      </w:r>
    </w:p>
    <w:p>
      <w:r>
        <w:t>[It was in the morning that he.., everything that was written in it, he told in the morning]</w:t>
      </w:r>
    </w:p>
    <w:p>
      <w:r>
        <w:t>[…]</w:t>
      </w:r>
    </w:p>
    <w:p>
      <w:r>
        <w:t>[That is not what was written in it, he received another note..]</w:t>
      </w:r>
    </w:p>
    <w:p>
      <w:r>
        <w:t>[…]</w:t>
      </w:r>
    </w:p>
    <w:p>
      <w:r>
        <w:t>[This, this that he told about……]</w:t>
      </w:r>
    </w:p>
    <w:p>
      <w:r>
        <w:t>[And the note where it says “Na Nach Nachma Nachman Meuman,” is that something else?]</w:t>
      </w:r>
    </w:p>
    <w:p>
      <w:r>
        <w:t>Yes</w:t>
      </w:r>
    </w:p>
    <w:p>
      <w:r>
        <w:t>[Yes, that is something else, that is..]</w:t>
      </w:r>
    </w:p>
    <w:p>
      <w:r>
        <w:t>Yes</w:t>
      </w:r>
    </w:p>
    <w:p>
      <w:r>
        <w:t>[And which is the first and the second? Which?]</w:t>
      </w:r>
    </w:p>
    <w:p>
      <w:r>
        <w:t>Two</w:t>
      </w:r>
    </w:p>
    <w:p>
      <w:r>
        <w:t>[Two..]</w:t>
      </w:r>
    </w:p>
    <w:p>
      <w:r>
        <w:t>First and second</w:t>
      </w:r>
    </w:p>
    <w:p>
      <w:r>
        <w:t>[Together?]</w:t>
      </w:r>
    </w:p>
    <w:p>
      <w:r>
        <w:t>No</w:t>
      </w:r>
    </w:p>
    <w:p>
      <w:r>
        <w:t>[No]</w:t>
      </w:r>
    </w:p>
    <w:p>
      <w:r>
        <w:t>This one separately and this one separately</w:t>
      </w:r>
    </w:p>
    <w:p>
      <w:r>
        <w:t>[And which is the first?]</w:t>
      </w:r>
    </w:p>
    <w:p>
      <w:r>
        <w:t>{..}</w:t>
      </w:r>
    </w:p>
    <w:p>
      <w:r>
        <w:t>[Which.. and which is the first? Is that the one where {“Na Nach Nachma Nachman Meuman”} is written? Or.. or..]</w:t>
      </w:r>
    </w:p>
    <w:p>
      <w:r>
        <w:t>One is written like this, in these words:</w:t>
      </w:r>
    </w:p>
    <w:p>
      <w:r>
        <w:t>It was very difficult for me, ah..</w:t>
      </w:r>
    </w:p>
    <w:p>
      <w:r>
        <w:t>[To descend]</w:t>
      </w:r>
    </w:p>
    <w:p>
      <w:r>
        <w:t>{{…...}}</w:t>
      </w:r>
    </w:p>
    <w:p>
      <w:r>
        <w:t>To come to you..</w:t>
      </w:r>
    </w:p>
    <w:p>
      <w:r>
        <w:t>[My precious disciple]</w:t>
      </w:r>
    </w:p>
    <w:p>
      <w:r>
        <w:t>{…}, it was very difficult for me to descend to you, my precious disciple, to tell you..</w:t>
      </w:r>
    </w:p>
    <w:p>
      <w:r>
        <w:t>Th.. th.. {…} that I have {..} great vitality {from this}..</w:t>
      </w:r>
    </w:p>
    <w:p>
      <w:r>
        <w:t>{{…..}}, ah..</w:t>
      </w:r>
    </w:p>
    <w:p>
      <w:r>
        <w:t>To tell you, my precious disciple, because I derived great pleasure from your avodah, {{. .}}</w:t>
      </w:r>
    </w:p>
    <w:p>
      <w:r>
        <w:t>And about you I said, mein feyeru.. my fire will burn until the coming of Mashiach</w:t>
      </w:r>
    </w:p>
    <w:p>
      <w:r>
        <w:t>[What else?..</w:t>
      </w:r>
    </w:p>
    <w:p>
      <w:r>
        <w:t>Rebbe Yisroel, Rebbe Yisroel]</w:t>
      </w:r>
    </w:p>
    <w:p>
      <w:r>
        <w:t>Ah</w:t>
      </w:r>
    </w:p>
    <w:p>
      <w:r>
        <w:t>[There are many who do not believe in this]</w:t>
      </w:r>
    </w:p>
    <w:p>
      <w:r>
        <w:t>{..}</w:t>
      </w:r>
    </w:p>
    <w:p>
      <w:r>
        <w:t>[There are many who dispute the, the, the matter of the note, there really are many..]</w:t>
      </w:r>
    </w:p>
    <w:p>
      <w:r>
        <w:t>[We tired him out..]</w:t>
      </w:r>
    </w:p>
    <w:p>
      <w:r>
        <w:t>[…..]</w:t>
      </w:r>
    </w:p>
    <w:p>
      <w:r>
        <w:t>[..…]</w:t>
      </w:r>
    </w:p>
    <w:p>
      <w:r>
        <w:t>[He missed the bus …… remained for a long time]</w:t>
      </w:r>
    </w:p>
    <w:p>
      <w:r>
        <w:t>[…..Did you arrive well?]</w:t>
      </w:r>
    </w:p>
    <w:p>
      <w:r>
        <w:t>[At what time did you arrive?]</w:t>
      </w:r>
    </w:p>
    <w:p>
      <w:r>
        <w:t>[…..]</w:t>
      </w:r>
    </w:p>
    <w:p>
      <w:r>
        <w:t>[Was it good?]</w:t>
      </w:r>
    </w:p>
    <w:p>
      <w:r>
        <w:t>[…]</w:t>
      </w:r>
    </w:p>
    <w:p>
      <w:r>
        <w:t>[…]...</w:t>
      </w:r>
    </w:p>
    <w:p>
      <w:r>
        <w:t>…{…………...}</w:t>
      </w:r>
    </w:p>
    <w:p>
      <w:r>
        <w:t>[Give us advice, Rabbainu, give us advice]</w:t>
      </w:r>
    </w:p>
    <w:p>
      <w:r>
        <w:t>{..…}</w:t>
      </w:r>
    </w:p>
    <w:p>
      <w:r>
        <w:t>[Give us advice in the service of Hashem]</w:t>
      </w:r>
    </w:p>
    <w:p>
      <w:r>
        <w:t>{……….Kudsha Brich Hu..}…</w:t>
      </w:r>
    </w:p>
    <w:p>
      <w:r>
        <w:t>Tape 73a...Ah…...[I heard better, Rebbe Yisroel]{Blessed is Hashem\in Breslov}Tape 73a...Ah…...[I heard better, Rebbe Yisroel]{Blessed is Hashem\in Breslov}</w:t>
      </w:r>
    </w:p>
    <w:p>
      <w:r>
        <w:br w:type="page"/>
      </w:r>
    </w:p>
    <w:p>
      <w:pPr>
        <w:pStyle w:val="Heading1"/>
      </w:pPr>
      <w:r>
        <w:t>Tape 73</w:t>
      </w:r>
    </w:p>
    <w:p>
      <w:pPr>
        <w:pStyle w:val="Heading2"/>
      </w:pPr>
      <w:r>
        <w:t>Side A (Aleph)</w:t>
      </w:r>
    </w:p>
    <w:p>
      <w:r>
        <w:t>...Ah…</w:t>
      </w:r>
    </w:p>
    <w:p>
      <w:r>
        <w:t>...[I heard better, Rebbe Yisroel]</w:t>
      </w:r>
    </w:p>
    <w:p>
      <w:r>
        <w:t>{Blessed is Hashem\in Breslov}</w:t>
      </w:r>
    </w:p>
    <w:p>
      <w:r>
        <w:t>Tape 73a</w:t>
      </w:r>
    </w:p>
    <w:p>
      <w:r>
        <w:t>...Ah…</w:t>
      </w:r>
    </w:p>
    <w:p>
      <w:r>
        <w:t>...[I heard better, Rebbe Yisroel]</w:t>
      </w:r>
    </w:p>
    <w:p>
      <w:r>
        <w:t>{Blessed is Hashem\in Breslov}</w:t>
      </w:r>
    </w:p>
    <w:p>
      <w:r>
        <w:t>[..……………]</w:t>
      </w:r>
    </w:p>
    <w:p>
      <w:r>
        <w:t>[..……………] …{...}</w:t>
      </w:r>
    </w:p>
    <w:p>
      <w:r>
        <w:t>...{A piece of bread for Shabbos}, {..} with Hashem’s help [….….]</w:t>
      </w:r>
    </w:p>
    <w:p>
      <w:r>
        <w:t>[……..]…</w:t>
      </w:r>
    </w:p>
    <w:p>
      <w:r>
        <w:t>...{..}, that there will be an overturned world, that there will be a world of the World to Come, a world of faith, a world of truth; this.. {..} is coming into the world, but {this is an offspring, this} needs time until it ripens, until it ripens..</w:t>
      </w:r>
    </w:p>
    <w:p>
      <w:r>
        <w:t>[….]</w:t>
      </w:r>
    </w:p>
    <w:p>
      <w:r>
        <w:t>There will be a world, a new world, a world of truth, of faith, yes</w:t>
      </w:r>
    </w:p>
    <w:p>
      <w:r>
        <w:t>And.. {..} the holy Rabbainu drew down and revealed such a light that will bring the entire world to Hashem, blessed be He, to Torah and to truth, and.. {{. .}} they will cast away the desires and the.. {yes..}</w:t>
      </w:r>
    </w:p>
    <w:p>
      <w:r>
        <w:t>They will not be able to bear.. the foul smell of the.. of the desires</w:t>
      </w:r>
    </w:p>
    <w:p>
      <w:r>
        <w:t>{..} He will flee as from fire, he will flee from it</w:t>
      </w:r>
    </w:p>
    <w:p>
      <w:r>
        <w:t>There will be a new world, a world of {…} the wisdom of Rabbainu, of blessed memory, in the world</w:t>
      </w:r>
    </w:p>
    <w:p>
      <w:r>
        <w:t>And he says, God forbid, if a person fell to the place where he fell</w:t>
      </w:r>
    </w:p>
    <w:p>
      <w:r>
        <w:t>Then in one moment, {he, he goes out} from one opposite to the other</w:t>
      </w:r>
    </w:p>
    <w:p>
      <w:r>
        <w:t>Only that he should not do it anymore, that from now on he should guard the time of the tefillin, and.. and.. not worry</w:t>
      </w:r>
    </w:p>
    <w:p>
      <w:r>
        <w:t>{Yes, he wi..}.., Hashem, blessed be He, is compassionate and gracious</w:t>
      </w:r>
    </w:p>
    <w:p>
      <w:r>
        <w:t>Because when one says “We have sinned, we are guilty, we have betrayed..,” and.. and confesses to Hashem, blessed be He, as Rabbainu desires, Master of the World, “We have sinned, we are guilty, we have betrayed, we have betrayed, {we have rob..}.., we have robbed.. rob..”</w:t>
      </w:r>
    </w:p>
    <w:p>
      <w:r>
        <w:t>Then it becomes a power to overturn, it overturns everything, everything to holiness</w:t>
      </w:r>
    </w:p>
    <w:p>
      <w:r>
        <w:t>Only the.. the.. evil {..} it, it has already taken root, already in the world, and it is not, and it is very difficult for him</w:t>
      </w:r>
    </w:p>
    <w:p>
      <w:r>
        <w:t>To.. to.. break it, and it is very difficult for him</w:t>
      </w:r>
    </w:p>
    <w:p>
      <w:r>
        <w:t>But the holy Rabbainu revealed such a wisdom, “Likutey Moharan” and “Likutey Halachos,” and such “Likutey Eitzos” that it overturns everything completely, {..} it overturns</w:t>
      </w:r>
    </w:p>
    <w:p>
      <w:r>
        <w:t>{What}, Heaven forbid and forfend, you fell? Start from now, from this moment, anew</w:t>
      </w:r>
    </w:p>
    <w:p>
      <w:r>
        <w:t>Anew</w:t>
      </w:r>
    </w:p>
    <w:p>
      <w:r>
        <w:t>And the holy Rabbainu revealed, revealed such wisdom, such truth in the world</w:t>
      </w:r>
    </w:p>
    <w:p>
      <w:r>
        <w:t>That they will cast away all the desires and will not want to touch them {{anymore, and…}}</w:t>
      </w:r>
    </w:p>
    <w:p>
      <w:r>
        <w:t>Yes, {I will have, there will be...}</w:t>
      </w:r>
    </w:p>
    <w:p>
      <w:r>
        <w:t>But this will come slowly, slowly, not, not {{at one ..}} time</w:t>
      </w:r>
    </w:p>
    <w:p>
      <w:r>
        <w:t>This, this is a very difficult thing, but the holy Rabbainu transforms everything for the good, transforms everything</w:t>
      </w:r>
    </w:p>
    <w:p>
      <w:r>
        <w:t>You fell? - “There is no despair in the world at all,” what, what {so much …}</w:t>
      </w:r>
    </w:p>
    <w:p>
      <w:r>
        <w:t>There is already a tzaddik who revealed: “There is no despair in the world at all,” so {this will be the opposite} cast yourself upon this tzaddik, who revealed: “There is no despair in the world at all”</w:t>
      </w:r>
    </w:p>
    <w:p>
      <w:r>
        <w:t>Then this has already, already gone out from the impurity</w:t>
      </w:r>
    </w:p>
    <w:p>
      <w:r>
        <w:t>And it, the heart and the mind are the inwardness, {this na.., it na..}, this is a Godly power, this is such a power of wisdom</w:t>
      </w:r>
    </w:p>
    <w:p>
      <w:r>
        <w:t>That transforms the person and all, the entire world, transforms, transforms from one opposite to the other</w:t>
      </w:r>
    </w:p>
    <w:p>
      <w:r>
        <w:t>From now on there is in the world the wisdom that R.. revealed, and Rabbainu drew down into the world</w:t>
      </w:r>
    </w:p>
    <w:p>
      <w:r>
        <w:t>So that there will be a new world, a world of faith and of truth</w:t>
      </w:r>
    </w:p>
    <w:p>
      <w:r>
        <w:t>And they will not be able to smell the odor of the.., of the vanities of this world, of desires</w:t>
      </w:r>
    </w:p>
    <w:p>
      <w:r>
        <w:t>And the light of the holy Rabbainu is coming into the world now; he, he, he strikes the evil down to dust</w:t>
      </w:r>
    </w:p>
    <w:p>
      <w:r>
        <w:t>“He lowers the proud unto..”.., and.. and the root of all the sins is pride, pride</w:t>
      </w:r>
    </w:p>
    <w:p>
      <w:r>
        <w:t>“He lowers the proud unto the earth, and raises the lowly unto the heights”</w:t>
      </w:r>
    </w:p>
    <w:p>
      <w:r>
        <w:t>He transforms immediately, transforms to the very opposite, he transforms</w:t>
      </w:r>
    </w:p>
    <w:p>
      <w:r>
        <w:t>I have seen the entire world, and.. and.. {..} all the kinds, of every kind</w:t>
      </w:r>
    </w:p>
    <w:p>
      <w:r>
        <w:t>And I saw the power of the holy Rabbainu, that he transforms everything, and it becomes a different matter, and it becomes a new world</w:t>
      </w:r>
    </w:p>
    <w:p>
      <w:r>
        <w:t>{The..} warm this a little, yes, and.. and a blessing will be made {over this}</w:t>
      </w:r>
    </w:p>
    <w:p>
      <w:r>
        <w:t>{...}</w:t>
      </w:r>
    </w:p>
    <w:p>
      <w:r>
        <w:t>The holy Rabbainu {..} revealed and drew down such wisdom in the world</w:t>
      </w:r>
    </w:p>
    <w:p>
      <w:r>
        <w:t>So that everyone will cast away all the {th….}, and the entire world will be completely transformed</w:t>
      </w:r>
    </w:p>
    <w:p>
      <w:r>
        <w:t>Only the.. pride and honor—the holy Rabbainu nullifies the pride and honor</w:t>
      </w:r>
    </w:p>
    <w:p>
      <w:r>
        <w:t>And the.. and the.. and the transgressions in the places of impurity, he, he transforms everything, {..}</w:t>
      </w:r>
    </w:p>
    <w:p>
      <w:r>
        <w:t>Nothing and naught is made of them, of all the desires {..}</w:t>
      </w:r>
    </w:p>
    <w:p>
      <w:r>
        <w:t>So that there will be.. there will be an opposite world, he transforms everything</w:t>
      </w:r>
    </w:p>
    <w:p>
      <w:r>
        <w:t>What is there? {Filth}? He {…} he has, he has {..} a substance that</w:t>
      </w:r>
    </w:p>
    <w:p>
      <w:r>
        <w:t>That subdues the filth {…} and the.. and the foul odor of, of the desires, and it becomes a different matter</w:t>
      </w:r>
    </w:p>
    <w:p>
      <w:r>
        <w:t>He transforms</w:t>
      </w:r>
    </w:p>
    <w:p>
      <w:r>
        <w:t>He revealed such wisdom, new wisdom {..} that rises above all the wisdoms</w:t>
      </w:r>
    </w:p>
    <w:p>
      <w:r>
        <w:t>And he breaks and nullifies all the desires, all the.. transforms everything</w:t>
      </w:r>
    </w:p>
    <w:p>
      <w:r>
        <w:t>Do you have {..} potatoes, {this flavor} ah..</w:t>
      </w:r>
    </w:p>
    <w:p>
      <w:r>
        <w:t>[A small one like this?]</w:t>
      </w:r>
    </w:p>
    <w:p>
      <w:r>
        <w:t>There are, there are?</w:t>
      </w:r>
    </w:p>
    <w:p>
      <w:r>
        <w:t>[No, a small one like this, no, do you want potatoes? But bigger than this]</w:t>
      </w:r>
    </w:p>
    <w:p>
      <w:r>
        <w:t>Good</w:t>
      </w:r>
    </w:p>
    <w:p>
      <w:r>
        <w:t>[Sweet potatoes?]</w:t>
      </w:r>
    </w:p>
    <w:p>
      <w:r>
        <w:t>Sweet, {...} yes, {...}</w:t>
      </w:r>
    </w:p>
    <w:p>
      <w:r>
        <w:t>He transforms all the desires and all the might of the evil inclination, of the impurity</w:t>
      </w:r>
    </w:p>
    <w:p>
      <w:r>
        <w:t>He {….} a grave for them, and they enter the grave, and they do not, they cannot do anything</w:t>
      </w:r>
    </w:p>
    <w:p>
      <w:r>
        <w:t>The wisdom is new wisdom, which shines within a person such power and wisdom</w:t>
      </w:r>
    </w:p>
    <w:p>
      <w:r>
        <w:t>That he casts away—he cannot {..} smell the odor of the desires, {..}, yes</w:t>
      </w:r>
    </w:p>
    <w:p>
      <w:r>
        <w:t>And Hashem, he—if he is in truth, then Hashem provides him with a wife and good children, yes</w:t>
      </w:r>
    </w:p>
    <w:p>
      <w:r>
        <w:t>And everything becomes the opposite, {}</w:t>
      </w:r>
    </w:p>
    <w:p>
      <w:r>
        <w:t>Ah, my son-in-law Shmuel Kreizer, he, Hashem gave him power, such wisdom, that he</w:t>
      </w:r>
    </w:p>
    <w:p>
      <w:r>
        <w:t>He has the power to draw the entire world close to Hashem, but still he, he does not know his own power</w:t>
      </w:r>
    </w:p>
    <w:p>
      <w:r>
        <w:t>And he is {"standing”, "standing”} like this, {..}, he is "sleeping”</w:t>
      </w:r>
    </w:p>
    <w:p>
      <w:r>
        <w:t>But this will do its work, and it will become a different matter, a new matter, such wisdom</w:t>
      </w:r>
    </w:p>
    <w:p>
      <w:r>
        <w:t>So that the entire world will cast away all the desires, and will not want even {..}.., {to the odor,\to smell} the odor of the desires</w:t>
      </w:r>
    </w:p>
    <w:p>
      <w:r>
        <w:t>Just as there was the intensification of the darkness and the desires and the impurity, so it will be {t..} ah.. on the contrary</w:t>
      </w:r>
    </w:p>
    <w:p>
      <w:r>
        <w:t>There will be greater power; he will nullify and break all the evil, all the impurity…</w:t>
      </w:r>
    </w:p>
    <w:p>
      <w:r>
        <w:t>...{..great}, there will be new ones, certainly</w:t>
      </w:r>
    </w:p>
    <w:p>
      <w:r>
        <w:t>“There is no despair in the world at all”—this did not exist until {{now..}}.., regarding this too</w:t>
      </w:r>
    </w:p>
    <w:p>
      <w:r>
        <w:t>“There is no despair in the world at all”…</w:t>
      </w:r>
    </w:p>
    <w:p>
      <w:r>
        <w:t>...{Chaim, that this is} truly, and besides this {...} they will throw away {{. .}} the impurity and the.. darkness</w:t>
      </w:r>
    </w:p>
    <w:p>
      <w:r>
        <w:t>They will be nullified {and transformed} and..</w:t>
      </w:r>
    </w:p>
    <w:p>
      <w:r>
        <w:t>[Amen]</w:t>
      </w:r>
    </w:p>
    <w:p>
      <w:r>
        <w:t>{This will be {{}}, there will be a {..} grave.., this will be rev.., that it will be revealed and they will draw near}</w:t>
      </w:r>
    </w:p>
    <w:p>
      <w:r>
        <w:t>{..}, there will be, there will be, there will be the opposite, he will transform, he transforms everything</w:t>
      </w:r>
    </w:p>
    <w:p>
      <w:r>
        <w:t>[……..Amen]</w:t>
      </w:r>
    </w:p>
    <w:p>
      <w:r>
        <w:t>Also the.. the.. the.. the.. the.. {{the…}} children will all be transformed {…}, t.. to holiness</w:t>
      </w:r>
    </w:p>
    <w:p>
      <w:r>
        <w:t>{{. . .}}, and.. and they will want only truth, truth and faith</w:t>
      </w:r>
    </w:p>
    <w:p>
      <w:r>
        <w:t>[Amen, amen ….. say amen]</w:t>
      </w:r>
    </w:p>
    <w:p>
      <w:r>
        <w:t>[[Amen]]…</w:t>
      </w:r>
    </w:p>
    <w:p>
      <w:r>
        <w:t>...I knew only a drop from the sea, I knew what, what, what {…..}, that the darkness will be nullified</w:t>
      </w:r>
    </w:p>
    <w:p>
      <w:r>
        <w:t>The impurity will be nullified, and there will be in the world only light of wisdom and faith, truly</w:t>
      </w:r>
    </w:p>
    <w:p>
      <w:r>
        <w:t>[Amen]</w:t>
      </w:r>
    </w:p>
    <w:p>
      <w:r>
        <w:t>{Yes}</w:t>
      </w:r>
    </w:p>
    <w:p>
      <w:r>
        <w:t>[……]…</w:t>
      </w:r>
    </w:p>
    <w:p>
      <w:r>
        <w:t>...{.…..}, he, and he transforms everything for the good</w:t>
      </w:r>
    </w:p>
    <w:p>
      <w:r>
        <w:t>[Rebbe Yisroel, I am giving the money to Shimon]…</w:t>
      </w:r>
    </w:p>
    <w:p>
      <w:r>
        <w:t>...For all, {f.., …}, for all people who need {...} help</w:t>
      </w:r>
    </w:p>
    <w:p>
      <w:r>
        <w:t>Then the holy Rabbainu helps them, {if he t..}, he..</w:t>
      </w:r>
    </w:p>
    <w:p>
      <w:r>
        <w:t>In his hand are all the true wisdoms—how {t.. how} to repent, and how t.. to serve Hashem truly</w:t>
      </w:r>
    </w:p>
    <w:p>
      <w:r>
        <w:t>[……..….]</w:t>
      </w:r>
    </w:p>
    <w:p>
      <w:r>
        <w:t>[….]…</w:t>
      </w:r>
    </w:p>
    <w:p>
      <w:r>
        <w:t>...{…}, to put within us, in our hearts {……} all the salvations, all the advice</w:t>
      </w:r>
    </w:p>
    <w:p>
      <w:r>
        <w:t>The holy Rabbainu is the master of advice; he gives everything, {...}</w:t>
      </w:r>
    </w:p>
    <w:p>
      <w:r>
        <w:t>But truly, if there is no truth, there is nothing</w:t>
      </w:r>
    </w:p>
    <w:p>
      <w:r>
        <w:t>[What is truth? Rebbe Yisroel, what is truth? What, what is the meaning of truth? What is truth?</w:t>
      </w:r>
    </w:p>
    <w:p>
      <w:r>
        <w:t>What is the meaning of truth? Everyone w.., everyone wants the truth, what is truth?]</w:t>
      </w:r>
    </w:p>
    <w:p>
      <w:r>
        <w:t>I do not have the strength to speak</w:t>
      </w:r>
    </w:p>
    <w:p>
      <w:r>
        <w:t>To make {…} money, {yes}, and desires, honor and publicity, {….}</w:t>
      </w:r>
    </w:p>
    <w:p>
      <w:r>
        <w:t>[{They know}]</w:t>
      </w:r>
    </w:p>
    <w:p>
      <w:r>
        <w:t>Falsehood…</w:t>
      </w:r>
    </w:p>
    <w:p>
      <w:r>
        <w:t>...His father was a great rabbi in America, and he had a great name, yes</w:t>
      </w:r>
    </w:p>
    <w:p>
      <w:r>
        <w:t>But he listened neither to his father nor to the family, and he {..} drew close to the holy Rabbainu in truth</w:t>
      </w:r>
    </w:p>
    <w:p>
      <w:r>
        <w:t>He, and he suffered, ah.. the entire world was far from Breslov, and he suffered everything</w:t>
      </w:r>
    </w:p>
    <w:p>
      <w:r>
        <w:t>And he: “Only Breslov,” {..}</w:t>
      </w:r>
    </w:p>
    <w:p>
      <w:r>
        <w:t>{..}…</w:t>
      </w:r>
    </w:p>
    <w:p>
      <w:r>
        <w:t>...{Tell him}</w:t>
      </w:r>
    </w:p>
    <w:p>
      <w:r>
        <w:t>[….]</w:t>
      </w:r>
    </w:p>
    <w:p>
      <w:r>
        <w:t>That he should guard himself very much</w:t>
      </w:r>
    </w:p>
    <w:p>
      <w:r>
        <w:t>[That he should guard..]</w:t>
      </w:r>
    </w:p>
    <w:p>
      <w:r>
        <w:t>To know that every day I have the matter of hisbodedus, {and… to pray} and to ask Hashem for every thing</w:t>
      </w:r>
    </w:p>
    <w:p>
      <w:r>
        <w:t>The world is far from this, and we need to strengthen ourselves to fulfill it</w:t>
      </w:r>
    </w:p>
    <w:p>
      <w:r>
        <w:t>[….]</w:t>
      </w:r>
    </w:p>
    <w:p>
      <w:r>
        <w:t>To guard this very much..</w:t>
      </w:r>
    </w:p>
    <w:p>
      <w:r>
        <w:t>..To set a time and a place {where there is no\already\th..} to practice hisbodedus, not {to be afraid}</w:t>
      </w:r>
    </w:p>
    <w:p>
      <w:r>
        <w:t>[…..]</w:t>
      </w:r>
    </w:p>
    <w:p>
      <w:r>
        <w:t>And to practice hisbodedus, to ask Hashem for every thing th.. that we need</w:t>
      </w:r>
    </w:p>
    <w:p>
      <w:r>
        <w:t>To pray {….} to Hashem, {..}…</w:t>
      </w:r>
    </w:p>
    <w:p>
      <w:r>
        <w:t>...The world knows nothing at all about the matter of prayer, which is the essence of the world, the essence of life</w:t>
      </w:r>
    </w:p>
    <w:p>
      <w:r>
        <w:t>“A prayer to the God of my life” - prayer for vitality</w:t>
      </w:r>
    </w:p>
    <w:p>
      <w:r>
        <w:t>[I did not understand..]</w:t>
      </w:r>
    </w:p>
    <w:p>
      <w:r>
        <w:t>[Prayer for vitality]</w:t>
      </w:r>
    </w:p>
    <w:p>
      <w:r>
        <w:t>Yes</w:t>
      </w:r>
    </w:p>
    <w:p>
      <w:r>
        <w:t>[….]</w:t>
      </w:r>
    </w:p>
    <w:p>
      <w:r>
        <w:t>“A prayer to the God of my life”</w:t>
      </w:r>
    </w:p>
    <w:p>
      <w:r>
        <w:t>[That is called vitality]</w:t>
      </w:r>
    </w:p>
    <w:p>
      <w:r>
        <w:t>“A prayer to God—my life,” {whoever fulfills this, it is vitality}</w:t>
      </w:r>
    </w:p>
    <w:p>
      <w:r>
        <w:t>{…} every day, just as one needs to eat</w:t>
      </w:r>
    </w:p>
    <w:p>
      <w:r>
        <w:t>[….]</w:t>
      </w:r>
    </w:p>
    <w:p>
      <w:r>
        <w:t>One needs, one needs to set a time, and.. {{..to listen}}, to pray to Hashem for every thing</w:t>
      </w:r>
    </w:p>
    <w:p>
      <w:r>
        <w:t>The world does not know of this, but the holy Rabbainu revealed {this\about this}; it needs to be fulfilled</w:t>
      </w:r>
    </w:p>
    <w:p>
      <w:r>
        <w:t>Ah, this is {{hard}}—is it hard to speak with Hashem?</w:t>
      </w:r>
    </w:p>
    <w:p>
      <w:r>
        <w:t>{So} one needs {.…} to be very stubborn in the service of Hashem</w:t>
      </w:r>
    </w:p>
    <w:p>
      <w:r>
        <w:t>And to do even what is.. what is difficult, and to do and fulfill, oy</w:t>
      </w:r>
    </w:p>
    <w:p>
      <w:r>
        <w:t>[….]</w:t>
      </w:r>
    </w:p>
    <w:p>
      <w:r>
        <w:t>[]…</w:t>
      </w:r>
    </w:p>
    <w:p>
      <w:r>
        <w:t>...{..I suffer, I suffer</w:t>
      </w:r>
    </w:p>
    <w:p>
      <w:r>
        <w:t>[...]</w:t>
      </w:r>
    </w:p>
    <w:p>
      <w:r>
        <w:t>One needs to pay attention to what we need to do for a livelihood and in order to speak hisbodedus, yes</w:t>
      </w:r>
    </w:p>
    <w:p>
      <w:r>
        <w:t>And to speak with, with Hashem as before a friend:</w:t>
      </w:r>
    </w:p>
    <w:p>
      <w:r>
        <w:t>“What do You say? What? I need this, and I need this”</w:t>
      </w:r>
    </w:p>
    <w:p>
      <w:r>
        <w:t>We need to bind ourselves and believe in Hashem {..about..}.., concerning every thing, {..}</w:t>
      </w:r>
    </w:p>
    <w:p>
      <w:r>
        <w:t>Oy…</w:t>
      </w:r>
    </w:p>
    <w:p>
      <w:r>
        <w:t>...It is very easy, to speak every day with Hashem and to pray about every thing</w:t>
      </w:r>
    </w:p>
    <w:p>
      <w:r>
        <w:t>{..}, one needs to do and fulfill, to believe and fulfill {{. .}}</w:t>
      </w:r>
    </w:p>
    <w:p>
      <w:r>
        <w:t>That we are the people of Yisroel, we have faith in Hashem and in the Torah</w:t>
      </w:r>
    </w:p>
    <w:p>
      <w:r>
        <w:t>And one needs to strengthen oneself {{. .}} and yearn that we merit {{also}}</w:t>
      </w:r>
    </w:p>
    <w:p>
      <w:r>
        <w:t>That we too merit to serve Hashem in truth</w:t>
      </w:r>
    </w:p>
    <w:p>
      <w:r>
        <w:t>[That we merit..]</w:t>
      </w:r>
    </w:p>
    <w:p>
      <w:r>
        <w:t>[To speak to….]…</w:t>
      </w:r>
    </w:p>
    <w:p>
      <w:r>
        <w:t>...One needs to wait and..{wait} and ask Hashem, {…}, until Hashem has compassion on us, that we merit to have good words, to ask and pray {..} to Hashem…</w:t>
      </w:r>
    </w:p>
    <w:p>
      <w:r>
        <w:t>...{This} surpasses everything, the matter of prayer and faith, this surpasses {everything}</w:t>
      </w:r>
    </w:p>
    <w:p>
      <w:r>
        <w:t>This is all our vitality, all our Torah, and this {tells} and teaches us how, how to merit to serve Hashem in truth {…}, one needs to strengthen oneself, {..}…</w:t>
      </w:r>
    </w:p>
    <w:p>
      <w:r>
        <w:t>...To strengthen oneself in faith, and.. and fulfill the mitzvos, yes</w:t>
      </w:r>
    </w:p>
    <w:p>
      <w:r>
        <w:t>The non-Jews, also Jews who do not believe in Hashem and in the Torah, {…. and this too}</w:t>
      </w:r>
    </w:p>
    <w:p>
      <w:r>
        <w:t>{…. despite all this} they too will {.. be rectified} and draw close to Hashem in truth</w:t>
      </w:r>
    </w:p>
    <w:p>
      <w:r>
        <w:t>Only the non-Jews, they are animals, donkeys…</w:t>
      </w:r>
    </w:p>
    <w:p>
      <w:r>
        <w:t>...We.. (..) need every day to.. pray to Hashem</w:t>
      </w:r>
    </w:p>
    <w:p>
      <w:r>
        <w:t>With great faith, and to pray about every thing, {ah}…</w:t>
      </w:r>
    </w:p>
    <w:p>
      <w:r>
        <w:t>...And to strengthen ourselves to fulfill what Hashem helps us to hear, {yes}</w:t>
      </w:r>
    </w:p>
    <w:p>
      <w:r>
        <w:t>{..}, these are easy things, to speak with Hashem:</w:t>
      </w:r>
    </w:p>
    <w:p>
      <w:r>
        <w:t>“Master of the World, compassionate and gracious, have compassion on me, Father, have compassion on me</w:t>
      </w:r>
    </w:p>
    <w:p>
      <w:r>
        <w:t>That I should return in complete repentance, that I should serve in truth,” nu</w:t>
      </w:r>
    </w:p>
    <w:p>
      <w:r>
        <w:t>[…...]…</w:t>
      </w:r>
    </w:p>
    <w:p>
      <w:r>
        <w:t>...Only we, out of the entire world, only we, the people of Yisroel, know of the Torah, and believe in the Torah, {..}</w:t>
      </w:r>
    </w:p>
    <w:p>
      <w:r>
        <w:t>But the non-Jews, the entire world, do not know at all that there is a Creator of the world</w:t>
      </w:r>
    </w:p>
    <w:p>
      <w:r>
        <w:t>That He created the world, and He guides the world</w:t>
      </w:r>
    </w:p>
    <w:p>
      <w:r>
        <w:t>This..{{…}}, non-Jews, {non-Jews\he is a non-Jew}</w:t>
      </w:r>
    </w:p>
    <w:p>
      <w:r>
        <w:t>But Yisroel, we have a Torah, and it teaches us about every thing, {..}…</w:t>
      </w:r>
    </w:p>
    <w:p>
      <w:r>
        <w:t>...Every utterance of the Torah is all our vitality, we need it, every utterance of the Torah</w:t>
      </w:r>
    </w:p>
    <w:p>
      <w:r>
        <w:t>[Shimon, tell him that there is someone who {drives\travels} really well..]…</w:t>
      </w:r>
    </w:p>
    <w:p>
      <w:r>
        <w:t>...{..}</w:t>
      </w:r>
    </w:p>
    <w:p>
      <w:r>
        <w:t>[…..]</w:t>
      </w:r>
    </w:p>
    <w:p>
      <w:r>
        <w:t>[...Tell him goodbye….]</w:t>
      </w:r>
    </w:p>
    <w:p>
      <w:r>
        <w:t>[…..]</w:t>
      </w:r>
    </w:p>
    <w:p>
      <w:r>
        <w:t>Faith is all our vitality, we believe in Hashem, that He hears our prayer</w:t>
      </w:r>
    </w:p>
    <w:p>
      <w:r>
        <w:t>[Chaim, Chaim..]</w:t>
      </w:r>
    </w:p>
    <w:p>
      <w:r>
        <w:t>{{And… . .}}, every day we {..} and speak with Hashem, and ask and pray</w:t>
      </w:r>
    </w:p>
    <w:p>
      <w:r>
        <w:t>That He should be of help to us, that we merit to pray {about, about, about} to serve Hashem in truth, to serve</w:t>
      </w:r>
    </w:p>
    <w:p>
      <w:r>
        <w:t>To truly repent, ah</w:t>
      </w:r>
    </w:p>
    <w:p>
      <w:r>
        <w:t>[It is worthwhile for you……...]</w:t>
      </w:r>
    </w:p>
    <w:p>
      <w:r>
        <w:t>Ah, nu, perhaps {..} to bring in the, ah.. {..}...</w:t>
      </w:r>
    </w:p>
    <w:p>
      <w:r>
        <w:t>...Yerushalayim, and from Chevron he came to Teveria, and through this.. [Tomorrow night]</w:t>
      </w:r>
    </w:p>
    <w:p>
      <w:r>
        <w:t>Was made..</w:t>
      </w:r>
    </w:p>
    <w:p>
      <w:r>
        <w:t>[Tomorrow night..]</w:t>
      </w:r>
    </w:p>
    <w:p>
      <w:r>
        <w:t>A connection between us</w:t>
      </w:r>
    </w:p>
    <w:p>
      <w:r>
        <w:t>[Yes...]</w:t>
      </w:r>
    </w:p>
    <w:p>
      <w:r>
        <w:t>{…} And there will be more {..} there will be, ah, {..} a light, such a light as never existed</w:t>
      </w:r>
    </w:p>
    <w:p>
      <w:r>
        <w:t>That everyone will cast away all the desires, and everyone will want only to serve Hashem in truth</w:t>
      </w:r>
    </w:p>
    <w:p>
      <w:r>
        <w:t>[Amen]</w:t>
      </w:r>
    </w:p>
    <w:p>
      <w:r>
        <w:t>[...]…</w:t>
      </w:r>
    </w:p>
    <w:p>
      <w:r>
        <w:t>...[……..]…</w:t>
      </w:r>
    </w:p>
    <w:p>
      <w:r>
        <w:t>...{…}</w:t>
      </w:r>
    </w:p>
    <w:p>
      <w:r>
        <w:t>[..]</w:t>
      </w:r>
    </w:p>
    <w:p>
      <w:r>
        <w:t>Ah.. and it is also possible to merit in every.., to every</w:t>
      </w:r>
    </w:p>
    <w:p>
      <w:r>
        <w:t>[….]…</w:t>
      </w:r>
    </w:p>
    <w:p>
      <w:r>
        <w:t>...{..} And to strengthen oneself with a strong desire, and to bring {the light of Hashem\all that}.., the books</w:t>
      </w:r>
    </w:p>
    <w:p>
      <w:r>
        <w:t>Into every home in Yisroel, and there will be the redemption {the compl.., my redemption, th.. th..}</w:t>
      </w:r>
    </w:p>
    <w:p>
      <w:r>
        <w:t>[Complete]</w:t>
      </w:r>
    </w:p>
    <w:p>
      <w:r>
        <w:t>The complete redemption…</w:t>
      </w:r>
    </w:p>
    <w:p>
      <w:r>
        <w:t>...What happened</w:t>
      </w:r>
    </w:p>
    <w:p>
      <w:r>
        <w:t>[They buried him Friday morning; at night he went to his wife to see if she needed something]</w:t>
      </w:r>
    </w:p>
    <w:p>
      <w:r>
        <w:t>(Saba laughs)</w:t>
      </w:r>
    </w:p>
    <w:p>
      <w:r>
        <w:t>[She said to him: “What do you say about this, Yisroel Ber?”</w:t>
      </w:r>
    </w:p>
    <w:p>
      <w:r>
        <w:t>Do you understand? Her husband came to make Kiddush for her]</w:t>
      </w:r>
    </w:p>
    <w:p>
      <w:r>
        <w:t>[That is my husband..]...</w:t>
      </w:r>
    </w:p>
    <w:p>
      <w:r>
        <w:t>...[Rebbe..]</w:t>
      </w:r>
    </w:p>
    <w:p>
      <w:r>
        <w:t>What?</w:t>
      </w:r>
    </w:p>
    <w:p>
      <w:r>
        <w:t>[Rebbe Yisroel, what did you say to.. to the wife of Rebbe Yisroel (Kardonner)?]</w:t>
      </w:r>
    </w:p>
    <w:p>
      <w:r>
        <w:t>What? {He….}, I heard what she was s.. saying, no more</w:t>
      </w:r>
    </w:p>
    <w:p>
      <w:r>
        <w:t>I heard, she said to me:</w:t>
      </w:r>
    </w:p>
    <w:p>
      <w:r>
        <w:t>“Yisroel Ber, what do you say about this? Yisroel came and made Kiddush for me”</w:t>
      </w:r>
    </w:p>
    <w:p>
      <w:r>
        <w:t>{This}…</w:t>
      </w:r>
    </w:p>
    <w:p>
      <w:r>
        <w:t>...[He laughs]</w:t>
      </w:r>
    </w:p>
    <w:p>
      <w:r>
        <w:t>She buried all the children, and also the.. only son Mordechai also died</w:t>
      </w:r>
    </w:p>
    <w:p>
      <w:r>
        <w:t>And afterward he returned to his home, and made Kiddush for his wife</w:t>
      </w:r>
    </w:p>
    <w:p>
      <w:r>
        <w:t>[He buried all his children, after that he died</w:t>
      </w:r>
    </w:p>
    <w:p>
      <w:r>
        <w:t>Afterward he went to his wife to make Kiddush for her……….]…</w:t>
      </w:r>
    </w:p>
    <w:p>
      <w:r>
        <w:t>...Who is this?</w:t>
      </w:r>
    </w:p>
    <w:p>
      <w:r>
        <w:t>[Chaim]</w:t>
      </w:r>
    </w:p>
    <w:p>
      <w:r>
        <w:t>Chaim</w:t>
      </w:r>
    </w:p>
    <w:p>
      <w:r>
        <w:t>[Make Havdalah…….]</w:t>
      </w:r>
    </w:p>
    <w:p>
      <w:r>
        <w:t>[……..]…</w:t>
      </w:r>
    </w:p>
    <w:p>
      <w:r>
        <w:t>...{…} Ever such a thing?</w:t>
      </w:r>
    </w:p>
    <w:p>
      <w:r>
        <w:t>[What happened to you? You should have been here]</w:t>
      </w:r>
    </w:p>
    <w:p>
      <w:r>
        <w:t>[45]</w:t>
      </w:r>
    </w:p>
    <w:p>
      <w:r>
        <w:t>[Father, I prayed, I prayed there]</w:t>
      </w:r>
    </w:p>
    <w:p>
      <w:r>
        <w:t>[I did not understand, what time is it]</w:t>
      </w:r>
    </w:p>
    <w:p>
      <w:r>
        <w:t>[[We will make Havdalah]]...</w:t>
      </w:r>
    </w:p>
    <w:p>
      <w:r>
        <w:t>...Give me, give me a little.. soup…</w:t>
      </w:r>
    </w:p>
    <w:p>
      <w:r>
        <w:t>...{Ah, ah, ah, ah, ah, ah.. what..}...</w:t>
      </w:r>
    </w:p>
    <w:p>
      <w:r>
        <w:t>...I do not know, she told me, that he came and made Kiddush {{for her}}</w:t>
      </w:r>
    </w:p>
    <w:p>
      <w:r>
        <w:t>And more I do not know, {..}…</w:t>
      </w:r>
    </w:p>
    <w:p>
      <w:r>
        <w:t>...She said to me:</w:t>
      </w:r>
    </w:p>
    <w:p>
      <w:r>
        <w:t>“What do you say about this? Yisroel, he came and made Kiddush for me”</w:t>
      </w:r>
    </w:p>
    <w:p>
      <w:r>
        <w:t>[What did he say? “She said to me..” What?]</w:t>
      </w:r>
    </w:p>
    <w:p>
      <w:r>
        <w:t>[Pshh..]</w:t>
      </w:r>
    </w:p>
    <w:p>
      <w:r>
        <w:t>[…………..]</w:t>
      </w:r>
    </w:p>
    <w:p>
      <w:r>
        <w:t>[They are Israelis]</w:t>
      </w:r>
    </w:p>
    <w:p>
      <w:r>
        <w:t>[……..]</w:t>
      </w:r>
    </w:p>
    <w:p>
      <w:r>
        <w:t>[They are Israelis]…</w:t>
      </w:r>
    </w:p>
    <w:p>
      <w:r>
        <w:t>...{It was} and after the.. burial he came and made Kiddush {for his wife}</w:t>
      </w:r>
    </w:p>
    <w:p>
      <w:r>
        <w:t>[………..]</w:t>
      </w:r>
    </w:p>
    <w:p>
      <w:r>
        <w:t>[You feel that there was..]</w:t>
      </w:r>
    </w:p>
    <w:p>
      <w:r>
        <w:t>[Love]…</w:t>
      </w:r>
    </w:p>
    <w:p>
      <w:r>
        <w:t>...[After the passing of Rebbe Yisroel (Kardonner), did you also see him?] [..Rebbe Yisroel (Kardonner) did the will of his wife.. Do you understand?] {…}..</w:t>
      </w:r>
    </w:p>
    <w:p>
      <w:r>
        <w:t>[Did he come to you?]</w:t>
      </w:r>
    </w:p>
    <w:p>
      <w:r>
        <w:t>He {……}, we were {{..}} always together by Rebbe Shimon, {..} and I saw his weeping, which was as though they were pouring {..} a bucket of water {on the tziyun}, f.. from his tears, {..}</w:t>
      </w:r>
    </w:p>
    <w:p>
      <w:r>
        <w:t>[...When he said this… I do not understand, and I..]</w:t>
      </w:r>
    </w:p>
    <w:p>
      <w:r>
        <w:t>[What?]</w:t>
      </w:r>
    </w:p>
    <w:p>
      <w:r>
        <w:t>[I do not understand it all]...</w:t>
      </w:r>
    </w:p>
    <w:p>
      <w:r>
        <w:t>Nu, give me a little</w:t>
      </w:r>
    </w:p>
    <w:p>
      <w:r>
        <w:t>[What?..]</w:t>
      </w:r>
    </w:p>
    <w:p>
      <w:r>
        <w:t>A little arak</w:t>
      </w:r>
    </w:p>
    <w:p>
      <w:r>
        <w:t>[…]</w:t>
      </w:r>
    </w:p>
    <w:p>
      <w:r>
        <w:t>{The.. this is} the sweet one</w:t>
      </w:r>
    </w:p>
    <w:p>
      <w:r>
        <w:t>…[..]</w:t>
      </w:r>
    </w:p>
    <w:p>
      <w:r>
        <w:t>[..……]...</w:t>
      </w:r>
    </w:p>
    <w:p>
      <w:r>
        <w:t>[……]</w:t>
      </w:r>
    </w:p>
    <w:p>
      <w:r>
        <w:t>Ah, a few drops</w:t>
      </w:r>
    </w:p>
    <w:p>
      <w:r>
        <w:t>[L’chaim]…</w:t>
      </w:r>
    </w:p>
    <w:p>
      <w:r>
        <w:t>...And her name was Esther, Esther</w:t>
      </w:r>
    </w:p>
    <w:p>
      <w:r>
        <w:t>She said to me: “What do you say about this? Yisroel came and made Kiddush for me, and left” …</w:t>
      </w:r>
    </w:p>
    <w:p>
      <w:r>
        <w:t>...Yes?</w:t>
      </w:r>
    </w:p>
    <w:p>
      <w:r>
        <w:t>[Yes, this, this is the yahrtzeit of Rebbe Yisroel (Kardonner)]</w:t>
      </w:r>
    </w:p>
    <w:p>
      <w:r>
        <w:t>Yo</w:t>
      </w:r>
    </w:p>
    <w:p>
      <w:r>
        <w:t>[Do you want to light candles?]</w:t>
      </w:r>
    </w:p>
    <w:p>
      <w:r>
        <w:t>{…}</w:t>
      </w:r>
    </w:p>
    <w:p>
      <w:r>
        <w:t>[Do you want to light..?]</w:t>
      </w:r>
    </w:p>
    <w:p>
      <w:r>
        <w:t>No, no, no, Shabbos, what is this?</w:t>
      </w:r>
    </w:p>
    <w:p>
      <w:r>
        <w:t>[No, no, it is Motza’ei Shabbos now, it is not Shabbos]</w:t>
      </w:r>
    </w:p>
    <w:p>
      <w:r>
        <w:t>No, no, no, no, I do not want</w:t>
      </w:r>
    </w:p>
    <w:p>
      <w:r>
        <w:t>[Fine]…</w:t>
      </w:r>
    </w:p>
    <w:p>
      <w:r>
        <w:t>...When we returned f.. from the burial, from the cemetery, {..yes}</w:t>
      </w:r>
    </w:p>
    <w:p>
      <w:r>
        <w:t>And the son {was}.., the only son was beside him, yes</w:t>
      </w:r>
    </w:p>
    <w:p>
      <w:r>
        <w:t>And she said to me: “Yisroel, what do you say about this?</w:t>
      </w:r>
    </w:p>
    <w:p>
      <w:r>
        <w:t>Yisroel came and made Kiddush for me, and left, what, what do you say about this?”…</w:t>
      </w:r>
    </w:p>
    <w:p>
      <w:r>
        <w:t>...Do I know? That is how it was, I came, she said to me:</w:t>
      </w:r>
    </w:p>
    <w:p>
      <w:r>
        <w:t>“Yisroel Ber, what do you say about this? Yisroel came to make Kiddush, to make Kiddush for me, and left” after, this was after {the burial}, after the burial</w:t>
      </w:r>
    </w:p>
    <w:p>
      <w:r>
        <w:t>All the.. children passed away, yes, and Rebbe Yisroel also passed away</w:t>
      </w:r>
    </w:p>
    <w:p>
      <w:r>
        <w:t>And she told me: that he came and made Kiddush for me, and left</w:t>
      </w:r>
    </w:p>
    <w:p>
      <w:r>
        <w:t>{{. .}}, what do you say about this?</w:t>
      </w:r>
    </w:p>
    <w:p>
      <w:r>
        <w:t>Have you heard such a thing?</w:t>
      </w:r>
    </w:p>
    <w:p>
      <w:r>
        <w:t>{..}.. I went after the prayer to say to her:</w:t>
      </w:r>
    </w:p>
    <w:p>
      <w:r>
        <w:t>"Shabbos Shalom, what, what are the children doing? How are things?"</w:t>
      </w:r>
    </w:p>
    <w:p>
      <w:r>
        <w:t>She said to me:</w:t>
      </w:r>
    </w:p>
    <w:p>
      <w:r>
        <w:t>"Yisroel Ber, what do you say about this? Yisroel came and made Kiddush for me, and left"…</w:t>
      </w:r>
    </w:p>
    <w:p>
      <w:r>
        <w:t>..."He came and made Kiddush.., made Kiddush for me, and left"</w:t>
      </w:r>
    </w:p>
    <w:p>
      <w:r>
        <w:t>He knew that he had passed away, so who, who would make Kiddush? So he made Kiddush, and left…</w:t>
      </w:r>
    </w:p>
    <w:p>
      <w:r>
        <w:t>...Mordechai and Esther, he had an only son, his name was Mordechai, and she had an only daughter, and her name was Esther</w:t>
      </w:r>
    </w:p>
    <w:p>
      <w:r>
        <w:t>And she buried them both, and she said to me:</w:t>
      </w:r>
    </w:p>
    <w:p>
      <w:r>
        <w:t>"What is this? He, he, he came and made Kiddush for me, and left"…</w:t>
      </w:r>
    </w:p>
    <w:p>
      <w:r>
        <w:t>...I cannot breathe</w:t>
      </w:r>
    </w:p>
    <w:p>
      <w:r>
        <w:t>[Yes]</w:t>
      </w:r>
    </w:p>
    <w:p>
      <w:r>
        <w:t>Open, open like this…</w:t>
      </w:r>
    </w:p>
    <w:p>
      <w:r>
        <w:t>..."What do you say about this? Yisroel came and made Kiddush for me, and left"</w:t>
      </w:r>
    </w:p>
    <w:p>
      <w:r>
        <w:t>After {…..}.., the burial, {..}…</w:t>
      </w:r>
    </w:p>
    <w:p>
      <w:r>
        <w:t>...{I only know}, I entered</w:t>
      </w:r>
    </w:p>
    <w:p>
      <w:r>
        <w:t>[..]</w:t>
      </w:r>
    </w:p>
    <w:p>
      <w:r>
        <w:t>And I said to her: "Shabbos Shalom"</w:t>
      </w:r>
    </w:p>
    <w:p>
      <w:r>
        <w:t>And she said.., and she said to me:</w:t>
      </w:r>
    </w:p>
    <w:p>
      <w:r>
        <w:t>"What do you say about this? Yisroel came and made Kiddush for me, and left"</w:t>
      </w:r>
    </w:p>
    <w:p>
      <w:r>
        <w:t>Have you heard such a thing?</w:t>
      </w:r>
    </w:p>
    <w:p>
      <w:r>
        <w:t>[Yes]</w:t>
      </w:r>
    </w:p>
    <w:p>
      <w:r>
        <w:t>{..}…</w:t>
      </w:r>
    </w:p>
    <w:p>
      <w:r>
        <w:t>...{….}</w:t>
      </w:r>
    </w:p>
    <w:p>
      <w:r>
        <w:t>[..I do not know]</w:t>
      </w:r>
    </w:p>
    <w:p>
      <w:r>
        <w:t>But I heard this only one time</w:t>
      </w:r>
    </w:p>
    <w:p>
      <w:r>
        <w:t>[Ah, ah]</w:t>
      </w:r>
    </w:p>
    <w:p>
      <w:r>
        <w:t>{…...once.., it was only} after the burial and after the funeral</w:t>
      </w:r>
    </w:p>
    <w:p>
      <w:r>
        <w:t>{{I {...} came {…..} to hear {….}.. what, what she {is doing now}?}}</w:t>
      </w:r>
    </w:p>
    <w:p>
      <w:r>
        <w:t>She said to me, I entered, she said to me:</w:t>
      </w:r>
    </w:p>
    <w:p>
      <w:r>
        <w:t>"What do you say about this? Yisroel came and made Kiddush for me, and left"…</w:t>
      </w:r>
    </w:p>
    <w:p>
      <w:r>
        <w:t>...{..} and after the burial, she said to me:</w:t>
      </w:r>
    </w:p>
    <w:p>
      <w:r>
        <w:t>"He came to me and made Kiddush for me, and left"…</w:t>
      </w:r>
    </w:p>
    <w:p>
      <w:r>
        <w:t>..."say about this?</w:t>
      </w:r>
    </w:p>
    <w:p>
      <w:r>
        <w:t>He came, {….} he stood on, on the table and danced, and he made Kiddush for me, and left"…</w:t>
      </w:r>
    </w:p>
    <w:p>
      <w:r>
        <w:t>...But no, {..}…</w:t>
      </w:r>
    </w:p>
    <w:p>
      <w:pPr>
        <w:pStyle w:val="Heading2"/>
      </w:pPr>
      <w:r>
        <w:t>Side B (Bais)</w:t>
      </w:r>
    </w:p>
    <w:p>
      <w:r>
        <w:t>...I did not say anything, she a.., she told me:</w:t>
      </w:r>
    </w:p>
    <w:p>
      <w:r>
        <w:t>"That Yisroel came and made Kiddush for me, and left…</w:t>
      </w:r>
    </w:p>
    <w:p>
      <w:r>
        <w:t>...After the.. funeral and after the burial, {..}, she told me: "that he came to the table and made Kiddush for me, and left"…</w:t>
      </w:r>
    </w:p>
    <w:p>
      <w:r>
        <w:t>...{…}...</w:t>
      </w:r>
    </w:p>
    <w:p>
      <w:r>
        <w:t>...{..}, the flies also wanted to hear the Kiddush</w:t>
      </w:r>
    </w:p>
    <w:p>
      <w:r>
        <w:t>[Who, who?]</w:t>
      </w:r>
    </w:p>
    <w:p>
      <w:r>
        <w:t>The flies</w:t>
      </w:r>
    </w:p>
    <w:p>
      <w:r>
        <w:t>[The fly..]…</w:t>
      </w:r>
    </w:p>
    <w:p>
      <w:r>
        <w:t>...{to hear} the Kiddush…</w:t>
      </w:r>
    </w:p>
    <w:p>
      <w:r>
        <w:t>Five girls {..} and an only son, the only son was named Mordechai, and the.. {….}</w:t>
      </w:r>
    </w:p>
    <w:p>
      <w:r>
        <w:t>Another, another, ah.. girl named Esther, there was {…..}</w:t>
      </w:r>
    </w:p>
    <w:p>
      <w:r>
        <w:t>Mordechai, and Esther…</w:t>
      </w:r>
    </w:p>
    <w:p>
      <w:r>
        <w:t>...{..} everyone, everyone said</w:t>
      </w:r>
    </w:p>
    <w:p>
      <w:r>
        <w:t>[How is it..]</w:t>
      </w:r>
    </w:p>
    <w:p>
      <w:r>
        <w:t>"That if he had been in Rabbainu’s time, he would have been a wonder"</w:t>
      </w:r>
    </w:p>
    <w:p>
      <w:r>
        <w:t>[How is that possible? For Rabbainu said: "From him until Moshiach there will be no wonder"?]</w:t>
      </w:r>
    </w:p>
    <w:p>
      <w:r>
        <w:t>A.. but he said, that Yisroel is {..} against them all</w:t>
      </w:r>
    </w:p>
    <w:p>
      <w:r>
        <w:t>[Good]</w:t>
      </w:r>
    </w:p>
    <w:p>
      <w:r>
        <w:t>He.. he.. he stands against them all…</w:t>
      </w:r>
    </w:p>
    <w:p>
      <w:r>
        <w:t>...[Yes] {..}</w:t>
      </w:r>
    </w:p>
    <w:p>
      <w:r>
        <w:t>[But did you accept it?]</w:t>
      </w:r>
    </w:p>
    <w:p>
      <w:r>
        <w:t>I accepted it</w:t>
      </w:r>
    </w:p>
    <w:p>
      <w:r>
        <w:t>[Boruch Hashem]</w:t>
      </w:r>
    </w:p>
    <w:p>
      <w:r>
        <w:t>Yes</w:t>
      </w:r>
    </w:p>
    <w:p>
      <w:r>
        <w:t>{...} after several years that we were together, and we suffered what we suffered</w:t>
      </w:r>
    </w:p>
    <w:p>
      <w:r>
        <w:t>[…]…</w:t>
      </w:r>
    </w:p>
    <w:p>
      <w:r>
        <w:t>...He.. he danced at my wedding</w:t>
      </w:r>
    </w:p>
    <w:p>
      <w:r>
        <w:t>[Were those beautiful dances?]</w:t>
      </w:r>
    </w:p>
    <w:p>
      <w:r>
        <w:t>He fell {..} for him, the trousers fell, {…} and he danced.. with the trousers, {...}</w:t>
      </w:r>
    </w:p>
    <w:p>
      <w:r>
        <w:t>With the trousers in his hand, yes, and he danced, {…}, in Meron, {..} Shabbos night, after the chuppah…</w:t>
      </w:r>
    </w:p>
    <w:p>
      <w:r>
        <w:t>...Kiddush and left</w:t>
      </w:r>
    </w:p>
    <w:p>
      <w:r>
        <w:t>If you had been there, you would have heard the entire Kiddush…</w:t>
      </w:r>
    </w:p>
    <w:p>
      <w:r>
        <w:t>...{..}...</w:t>
      </w:r>
    </w:p>
    <w:p>
      <w:r>
        <w:t>...Stood beside the table {...} making Kiddush, he said Kiddush, and.. then he went on his way</w:t>
      </w:r>
    </w:p>
    <w:p>
      <w:r>
        <w:t>He made Kiddush, and left</w:t>
      </w:r>
    </w:p>
    <w:p>
      <w:r>
        <w:t>[Rebbe Yisroel, Rebbe Yisroel..]</w:t>
      </w:r>
    </w:p>
    <w:p>
      <w:r>
        <w:t>After the burial and after the funeral, {{..came to the house\. .}} and m.. made Kiddush and left</w:t>
      </w:r>
    </w:p>
    <w:p>
      <w:r>
        <w:t>[Rebbe Yisroel, and he did not.., he did not make "Hamotzi"? Only Kiddush? He did not make "Hamotzi"?] No</w:t>
      </w:r>
    </w:p>
    <w:p>
      <w:r>
        <w:t>[He did not eat a meal?]</w:t>
      </w:r>
    </w:p>
    <w:p>
      <w:r>
        <w:t>Only Kiddush</w:t>
      </w:r>
    </w:p>
    <w:p>
      <w:r>
        <w:t>[…]…</w:t>
      </w:r>
    </w:p>
    <w:p>
      <w:r>
        <w:t>...He came and made Kiddush, and went on his way, and left</w:t>
      </w:r>
    </w:p>
    <w:p>
      <w:r>
        <w:t>{..}…</w:t>
      </w:r>
    </w:p>
    <w:p>
      <w:r>
        <w:t>...He, he danced {...} after the chuppah, after the prayer at the Rashbi</w:t>
      </w:r>
    </w:p>
    <w:p>
      <w:r>
        <w:t>{…} beside the holy tziyun, he danced, ah, and he also danced in..a hall, there was a hall</w:t>
      </w:r>
    </w:p>
    <w:p>
      <w:r>
        <w:t>Where people from the family came, and..{..} there was a hall, yes, and he danced, until his trousers fell</w:t>
      </w:r>
    </w:p>
    <w:p>
      <w:r>
        <w:t>And he did not, did not {{….}}, he did not know that the trousers had fallen</w:t>
      </w:r>
    </w:p>
    <w:p>
      <w:r>
        <w:t>[…….]…</w:t>
      </w:r>
    </w:p>
    <w:p>
      <w:r>
        <w:t>...To sleep alone, sleep here</w:t>
      </w:r>
    </w:p>
    <w:p>
      <w:r>
        <w:t>[……]</w:t>
      </w:r>
    </w:p>
    <w:p>
      <w:r>
        <w:t>[To sleep…..]</w:t>
      </w:r>
    </w:p>
    <w:p>
      <w:r>
        <w:t>[Ch.. Ch.. Chaim will sleep here in the room]</w:t>
      </w:r>
    </w:p>
    <w:p>
      <w:r>
        <w:t>Chaim?</w:t>
      </w:r>
    </w:p>
    <w:p>
      <w:r>
        <w:t>[Yes]</w:t>
      </w:r>
    </w:p>
    <w:p>
      <w:r>
        <w:t>{..}, then tell him</w:t>
      </w:r>
    </w:p>
    <w:p>
      <w:r>
        <w:t>[Yes]</w:t>
      </w:r>
    </w:p>
    <w:p>
      <w:r>
        <w:t>[Yes, I am here, Rebbe Yisroel]</w:t>
      </w:r>
    </w:p>
    <w:p>
      <w:r>
        <w:t>That he should sleep beside me</w:t>
      </w:r>
    </w:p>
    <w:p>
      <w:r>
        <w:t>[Yes, yes]</w:t>
      </w:r>
    </w:p>
    <w:p>
      <w:r>
        <w:t>[I am here]</w:t>
      </w:r>
    </w:p>
    <w:p>
      <w:r>
        <w:t>[This will be complicated..]…</w:t>
      </w:r>
    </w:p>
    <w:p>
      <w:r>
        <w:t>...Ah, this is a good gift, if Hashem Yisborach presents some mitzvah</w:t>
      </w:r>
    </w:p>
    <w:p>
      <w:r>
        <w:t>Mitzvos, go quickly {{….}}, go, what are you doing here?</w:t>
      </w:r>
    </w:p>
    <w:p>
      <w:r>
        <w:t>People are afraid only of a mitzvah, does he have no mitzvah?</w:t>
      </w:r>
    </w:p>
    <w:p>
      <w:r>
        <w:t>{..}, he, this is mo.., this is worse than everything</w:t>
      </w:r>
    </w:p>
    <w:p>
      <w:r>
        <w:t>A mitzvah? A mitzvah {that is above} a mitzvah, tzedakah and chesed! Compassion! That is a mitzvah</w:t>
      </w:r>
    </w:p>
    <w:p>
      <w:r>
        <w:t>Tzedakah and chesed, have compassion</w:t>
      </w:r>
    </w:p>
    <w:p>
      <w:r>
        <w:t>For an old man, an even greater mitzvah</w:t>
      </w:r>
    </w:p>
    <w:p>
      <w:r>
        <w:t>But not to be afraid of a mitzvah</w:t>
      </w:r>
    </w:p>
    <w:p>
      <w:r>
        <w:t>The entire creation was created only for the Torah, in order to fulfill the Torah, {..}</w:t>
      </w:r>
    </w:p>
    <w:p>
      <w:r>
        <w:t>A mitzvah, tzedakah and chesed, a mitzvah</w:t>
      </w:r>
    </w:p>
    <w:p>
      <w:r>
        <w:t>Has compassion, not like an animal, {is not}, he has no compassion whatsoever, nothing, such a cruel one</w:t>
      </w:r>
    </w:p>
    <w:p>
      <w:r>
        <w:t>Animals, beasts</w:t>
      </w:r>
    </w:p>
    <w:p>
      <w:r>
        <w:t>Not to be afraid of a mitzvah…</w:t>
      </w:r>
    </w:p>
    <w:p>
      <w:r>
        <w:t>...{……...} the Torah, there is no compassion at all in the world</w:t>
      </w:r>
    </w:p>
    <w:p>
      <w:r>
        <w:t>Only.. need not, {..}</w:t>
      </w:r>
    </w:p>
    <w:p>
      <w:r>
        <w:t>Especially an old man, he will already go</w:t>
      </w:r>
    </w:p>
    <w:p>
      <w:r>
        <w:t>But every moment of life, it is a matter of saving a life, it is a matter of compassion, tzedakah and chesed</w:t>
      </w:r>
    </w:p>
    <w:p>
      <w:r>
        <w:t>Not yet {...}, there is not yet time, until pr.., before prayer time</w:t>
      </w:r>
    </w:p>
    <w:p>
      <w:r>
        <w:t>It is impossible to put on a tallis and tefillin now, ah?</w:t>
      </w:r>
    </w:p>
    <w:p>
      <w:r>
        <w:t>[No]</w:t>
      </w:r>
    </w:p>
    <w:p>
      <w:r>
        <w:t>[Not now]…</w:t>
      </w:r>
    </w:p>
    <w:p>
      <w:r>
        <w:t>...Tzedakah and chesed, that is the trait of Yisroel, that is the Torah, tzedakah and chesed, to help one's fellow</w:t>
      </w:r>
    </w:p>
    <w:p>
      <w:r>
        <w:t>If he needs some thing, to help him, to have compassion, compassion, but not to be afraid</w:t>
      </w:r>
    </w:p>
    <w:p>
      <w:r>
        <w:t>[….]</w:t>
      </w:r>
    </w:p>
    <w:p>
      <w:r>
        <w:t>The goyim are not afraid at all, a donkey, it stands and.. like a donkey, nothing</w:t>
      </w:r>
    </w:p>
    <w:p>
      <w:r>
        <w:t>But we are "Yisroel”, {..} we have a Torah, the Torah is tzedakah and chesed, to have compassion for one another</w:t>
      </w:r>
    </w:p>
    <w:p>
      <w:r>
        <w:t>Not to be afraid, on the contrary, to be very happy, if Hashem Yisborach presents a mitzvah</w:t>
      </w:r>
    </w:p>
    <w:p>
      <w:r>
        <w:t>One must rejoice, thank and praise Hashem for the gift, {what, what? - it is a gift}</w:t>
      </w:r>
    </w:p>
    <w:p>
      <w:r>
        <w:t>A free gift, a gift</w:t>
      </w:r>
    </w:p>
    <w:p>
      <w:r>
        <w:t>"Who chose us from all the nations, and gave us His Torah..", the Torah, "Giver of the Torah”</w:t>
      </w:r>
    </w:p>
    <w:p>
      <w:r>
        <w:t>We are Yisroel, one people in the world, {..}</w:t>
      </w:r>
    </w:p>
    <w:p>
      <w:r>
        <w:t>They are all beasts, they have no knowledge whatsoever, no intellect, no heart</w:t>
      </w:r>
    </w:p>
    <w:p>
      <w:r>
        <w:t>{Goyim, all the.. like ….}, like a beast, goyim {did not receive the Torah, no}</w:t>
      </w:r>
    </w:p>
    <w:p>
      <w:r>
        <w:t>{And we did}, {ho..}</w:t>
      </w:r>
    </w:p>
    <w:p>
      <w:r>
        <w:t>Give me a little honey…</w:t>
      </w:r>
    </w:p>
    <w:p>
      <w:r>
        <w:t>...Ah…</w:t>
      </w:r>
    </w:p>
    <w:p>
      <w:r>
        <w:t>...Tzedakah and chesed</w:t>
      </w:r>
    </w:p>
    <w:p>
      <w:r>
        <w:t>...One must help him, he needs to eat, he needs to drink</w:t>
      </w:r>
    </w:p>
    <w:p>
      <w:r>
        <w:t>{…} the beast is nothing, it needs to eat so that it does not die, it will become a carcass, and what is this..</w:t>
      </w:r>
    </w:p>
    <w:p>
      <w:r>
        <w:t>Who needs them?</w:t>
      </w:r>
    </w:p>
    <w:p>
      <w:r>
        <w:t>(Saba laughs)</w:t>
      </w:r>
    </w:p>
    <w:p>
      <w:r>
        <w:t>{But} the goyim have fear of the mitzvah</w:t>
      </w:r>
    </w:p>
    <w:p>
      <w:r>
        <w:t>{..}, who performs a mitzvah?</w:t>
      </w:r>
    </w:p>
    <w:p>
      <w:r>
        <w:t>If there is money they do it, but if there is no money {……money}</w:t>
      </w:r>
    </w:p>
    <w:p>
      <w:r>
        <w:t>[………]</w:t>
      </w:r>
    </w:p>
    <w:p>
      <w:r>
        <w:t>[……...]</w:t>
      </w:r>
    </w:p>
    <w:p>
      <w:r>
        <w:t>Not to be afraid of a mitzvah</w:t>
      </w:r>
    </w:p>
    <w:p>
      <w:r>
        <w:t>They are not afraid of a transgression, only of a mitzvah they have fear:</w:t>
      </w:r>
    </w:p>
    <w:p>
      <w:r>
        <w:t>"Oy, there is a mitzvah"</w:t>
      </w:r>
    </w:p>
    <w:p>
      <w:r>
        <w:t>(Saba laughs) {ah, oy vey..}</w:t>
      </w:r>
    </w:p>
    <w:p>
      <w:r>
        <w:t>The mitzvah? {……….}</w:t>
      </w:r>
    </w:p>
    <w:p>
      <w:r>
        <w:t>That is how one must rejoice {……..} over the mitzvah</w:t>
      </w:r>
    </w:p>
    <w:p>
      <w:r>
        <w:t>Master of the World {………} sends a mitzvah</w:t>
      </w:r>
    </w:p>
    <w:p>
      <w:r>
        <w:t>The essence of the mitzvah is to do – "tzedakah and chesed"</w:t>
      </w:r>
    </w:p>
    <w:p>
      <w:r>
        <w:t>If you know there is someone who needs help – one must help him</w:t>
      </w:r>
    </w:p>
    <w:p>
      <w:r>
        <w:t>But the goyim {…….}</w:t>
      </w:r>
    </w:p>
    <w:p>
      <w:r>
        <w:t>Oy, oy, oy vey, oy, oy vey…</w:t>
      </w:r>
    </w:p>
    <w:p>
      <w:r>
        <w:t>...{…………straw……...animal} [………….]</w:t>
      </w:r>
    </w:p>
    <w:p>
      <w:r>
        <w:t>[………….]...</w:t>
      </w:r>
    </w:p>
    <w:p>
      <w:r>
        <w:t>...There is no money, it is a mitzvah</w:t>
      </w:r>
    </w:p>
    <w:p>
      <w:r>
        <w:t>[………..]</w:t>
      </w:r>
    </w:p>
    <w:p>
      <w:r>
        <w:t>[…..…...]</w:t>
      </w:r>
    </w:p>
    <w:p>
      <w:r>
        <w:t>The sons also, when they see that the father also, he, he is afraid of a mitzvah, he is also afraid</w:t>
      </w:r>
    </w:p>
    <w:p>
      <w:r>
        <w:t>"Who, who, who knows what this is?”</w:t>
      </w:r>
    </w:p>
    <w:p>
      <w:r>
        <w:t>There is no money</w:t>
      </w:r>
    </w:p>
    <w:p>
      <w:r>
        <w:t>The donkey {that is lying} there with all the merchandise, {..}, and cannot get out</w:t>
      </w:r>
    </w:p>
    <w:p>
      <w:r>
        <w:t>Nu, nu</w:t>
      </w:r>
    </w:p>
    <w:p>
      <w:r>
        <w:t>{...}…</w:t>
      </w:r>
    </w:p>
    <w:p>
      <w:r>
        <w:t>...{…}…</w:t>
      </w:r>
    </w:p>
    <w:p>
      <w:r>
        <w:t>...{…}…</w:t>
      </w:r>
    </w:p>
    <w:p>
      <w:r>
        <w:t>...{}...</w:t>
      </w:r>
    </w:p>
    <w:p>
      <w:r>
        <w:t>...[(Traveling by car, a cassette is heard in the background)</w:t>
      </w:r>
    </w:p>
    <w:p>
      <w:r>
        <w:t>The song is heard:</w:t>
      </w:r>
    </w:p>
    <w:p>
      <w:r>
        <w:t>"May the Rock command His kindness.."</w:t>
      </w:r>
    </w:p>
    <w:p>
      <w:r>
        <w:t>Afterward the song is heard:</w:t>
      </w:r>
    </w:p>
    <w:p>
      <w:r>
        <w:t>"I will pour out for you blessing without limit.."]…</w:t>
      </w:r>
    </w:p>
    <w:p>
      <w:r>
        <w:t>...[Afterward the song is heard:</w:t>
      </w:r>
    </w:p>
    <w:p>
      <w:r>
        <w:t>"Sing to Him, sing praises to Him, speak of all His wonders.."]…</w:t>
      </w:r>
    </w:p>
    <w:p>
      <w:r>
        <w:t>...[The song is heard:</w:t>
      </w:r>
    </w:p>
    <w:p>
      <w:r>
        <w:t>"Sing to Him, sing praises to Him, speak of all His wonders.."]…</w:t>
      </w:r>
    </w:p>
    <w:p>
      <w:r>
        <w:t>...[Afterward the song is heard:</w:t>
      </w:r>
    </w:p>
    <w:p>
      <w:r>
        <w:t>"There is a matter whereby everything is transformed for the good.."]…</w:t>
      </w:r>
    </w:p>
    <w:p>
      <w:r>
        <w:t>...[Afterward the song is heard:</w:t>
      </w:r>
    </w:p>
    <w:p>
      <w:r>
        <w:t>"May the Holy One, blessed is He, renew it.."</w:t>
      </w:r>
    </w:p>
    <w:p>
      <w:r>
        <w:t>Afterward the song is heard:</w:t>
      </w:r>
    </w:p>
    <w:p>
      <w:r>
        <w:t>"We have a compassionate tzaddik, and his name is Rebbe Nachman.."</w:t>
      </w:r>
    </w:p>
    <w:p>
      <w:r>
        <w:t>(Saba and Uri of Meron shout: "Ah.. ah.. ah.. ah..")]…</w:t>
      </w:r>
    </w:p>
    <w:p>
      <w:r>
        <w:t>...[(Saba and Uri of Meron shout: "Ah.. ah.. ah.. ah.. oy vey..")]...</w:t>
      </w:r>
    </w:p>
    <w:p>
      <w:r>
        <w:t>…[Afterward the song is heard:</w:t>
      </w:r>
    </w:p>
    <w:p>
      <w:r>
        <w:t>"And purify our hearts to serve You in truth.."</w:t>
      </w:r>
    </w:p>
    <w:p>
      <w:r>
        <w:t>[After this they do …… no?]…</w:t>
      </w:r>
    </w:p>
    <w:p>
      <w:r>
        <w:t>...[The song is heard:</w:t>
      </w:r>
    </w:p>
    <w:p>
      <w:r>
        <w:t>"And purify our hearts to serve You in truth.."</w:t>
      </w:r>
    </w:p>
    <w:p>
      <w:r>
        <w:t>[It is not finished, it seems to me that we are already traveling…..]</w:t>
      </w:r>
    </w:p>
    <w:p>
      <w:r>
        <w:t>[...]</w:t>
      </w:r>
    </w:p>
    <w:p>
      <w:r>
        <w:t>[..Traveling a long time, it seems]</w:t>
      </w:r>
    </w:p>
    <w:p>
      <w:r>
        <w:t>[The song is heard:</w:t>
      </w:r>
    </w:p>
    <w:p>
      <w:r>
        <w:t>"And purify our hearts to serve You in truth.."</w:t>
      </w:r>
    </w:p>
    <w:p>
      <w:r>
        <w:t>Afterward the song is heard:</w:t>
      </w:r>
    </w:p>
    <w:p>
      <w:r>
        <w:t>"Holy Shabbos.."]…</w:t>
      </w:r>
    </w:p>
    <w:p>
      <w:r>
        <w:t>...[The song is heard:</w:t>
      </w:r>
    </w:p>
    <w:p>
      <w:r>
        <w:t>"Holy Shabbos.."]...</w:t>
      </w:r>
    </w:p>
    <w:p>
      <w:r>
        <w:t>...[The song is heard:</w:t>
      </w:r>
    </w:p>
    <w:p>
      <w:r>
        <w:t>"Holy Shabbos.."]…</w:t>
      </w:r>
    </w:p>
    <w:p>
      <w:r>
        <w:t>...[Afterward the song is heard:</w:t>
      </w:r>
    </w:p>
    <w:p>
      <w:r>
        <w:t>"And through this abundant bounty will be bestowed.."]…</w:t>
      </w:r>
    </w:p>
    <w:p>
      <w:r>
        <w:t>...[The song is heard:</w:t>
      </w:r>
    </w:p>
    <w:p>
      <w:r>
        <w:t>"And through this abundant bounty will be bestowed.."]…</w:t>
      </w:r>
    </w:p>
    <w:p>
      <w:r>
        <w:br w:type="page"/>
      </w:r>
    </w:p>
    <w:p>
      <w:pPr>
        <w:pStyle w:val="Heading1"/>
      </w:pPr>
      <w:r>
        <w:t>Tape 74</w:t>
      </w:r>
    </w:p>
    <w:p>
      <w:pPr>
        <w:pStyle w:val="Heading2"/>
      </w:pPr>
      <w:r>
        <w:t>Side A (Aleph)</w:t>
      </w:r>
    </w:p>
    <w:p>
      <w:r>
        <w:t>[Yes][Yes].{..} Still {..} night, now?</w:t>
      </w:r>
    </w:p>
    <w:p>
      <w:r>
        <w:t>[Yes]</w:t>
      </w:r>
    </w:p>
    <w:p>
      <w:r>
        <w:t>[Yes]</w:t>
      </w:r>
    </w:p>
    <w:p>
      <w:r>
        <w:t>Ah.. ah…</w:t>
      </w:r>
    </w:p>
    <w:p>
      <w:r>
        <w:t>{.…}...</w:t>
      </w:r>
    </w:p>
    <w:p>
      <w:r>
        <w:t>Such lights, as there had never been, completely new</w:t>
      </w:r>
    </w:p>
    <w:p>
      <w:r>
        <w:t>New, and.. and.. and.. there are no words to describe {this}, to tell</w:t>
      </w:r>
    </w:p>
    <w:p>
      <w:r>
        <w:t>[He still needs to get married, Saba, he wants a blessing for teshuvah, to get married, every thing]</w:t>
      </w:r>
    </w:p>
    <w:p>
      <w:r>
        <w:t>Ah, Hashem Yisborach is…</w:t>
      </w:r>
    </w:p>
    <w:p>
      <w:pPr>
        <w:pStyle w:val="Heading2"/>
      </w:pPr>
      <w:r>
        <w:t>Side B (Bais)</w:t>
      </w:r>
    </w:p>
    <w:p>
      <w:r>
        <w:t>...{..} that they are {…} Tannaim, that they are great, but the main thing is missing</w:t>
      </w:r>
    </w:p>
    <w:p>
      <w:r>
        <w:t>Now is the time of the Redemption, so.. {...} our holy Rabbainu came and revealed to us that we are distant from Hashem Yisborach and we need {{Torah .}}, to seek ways to.. serve Hashem, to.. serve Hashem because money is nothing, and desires are nothing, and everything is nothing</w:t>
      </w:r>
    </w:p>
    <w:p>
      <w:r>
        <w:t>And only the main thing is to serve Hashem, to engage in Torah and prayer, this.. this is called life</w:t>
      </w:r>
    </w:p>
    <w:p>
      <w:r>
        <w:t>And without this they are not alive, {{there is no, there is no...}}, there are people, but they have no life, they have no vitality from the Torah "for it is your life and the length of your days.."</w:t>
      </w:r>
    </w:p>
    <w:p>
      <w:r>
        <w:t>But without this {{the person}}, th..</w:t>
      </w:r>
    </w:p>
    <w:p>
      <w:r>
        <w:t>[Abba]</w:t>
      </w:r>
    </w:p>
    <w:p>
      <w:r>
        <w:t>The world is..</w:t>
      </w:r>
    </w:p>
    <w:p>
      <w:r>
        <w:t>[Abba.. A.. A.. Abba..]</w:t>
      </w:r>
    </w:p>
    <w:p>
      <w:r>
        <w:t>{He has no str..}.., he has nothing, {he} he has nothing, he sleeps, an.. and does not engage in the service of Hashem</w:t>
      </w:r>
    </w:p>
    <w:p>
      <w:r>
        <w:t>{To serve} early in the morning, at midnight, to seek ways how to serve Hashem</w:t>
      </w:r>
    </w:p>
    <w:p>
      <w:r>
        <w:t>But without this {..} nothing is worth anything, neither Torah nor prayer nor.., the main thing is the true Tzadik</w:t>
      </w:r>
    </w:p>
    <w:p>
      <w:r>
        <w:t>Who brought down vitality for us, {the understa..}.., vitality is prayer, "a prayer to G-d.."</w:t>
      </w:r>
    </w:p>
    <w:p>
      <w:r>
        <w:t>King David says: "A pray…</w:t>
      </w:r>
    </w:p>
    <w:p>
      <w:r>
        <w:t>...to G-d, my life"</w:t>
      </w:r>
    </w:p>
    <w:p>
      <w:r>
        <w:t>We say: "A prayer to G-d of my life"</w:t>
      </w:r>
    </w:p>
    <w:p>
      <w:r>
        <w:t>But our holy Rabbainu</w:t>
      </w:r>
    </w:p>
    <w:p>
      <w:r>
        <w:t>[..]</w:t>
      </w:r>
    </w:p>
    <w:p>
      <w:r>
        <w:t>He reveals to us that this is the verse</w:t>
      </w:r>
    </w:p>
    <w:p>
      <w:r>
        <w:t>[…]</w:t>
      </w:r>
    </w:p>
    <w:p>
      <w:r>
        <w:t>{He th.., only} reveals to us, that the main thing is to serve Hashem</w:t>
      </w:r>
    </w:p>
    <w:p>
      <w:r>
        <w:t>And if not, it is nothing, {..} he sleeps, {..} does nothing, ah..</w:t>
      </w:r>
    </w:p>
    <w:p>
      <w:r>
        <w:t>And one must, and one must remind oneself that this world is nothing</w:t>
      </w:r>
    </w:p>
    <w:p>
      <w:r>
        <w:t>{…} And remember that the main thing is to serve Hashem, to study Torah and fulfill it, that is it</w:t>
      </w:r>
    </w:p>
    <w:p>
      <w:r>
        <w:t>Not to be {..} a scholar {and to study f.. m..} for money and honor, no</w:t>
      </w:r>
    </w:p>
    <w:p>
      <w:r>
        <w:t>And this.. is a mistake, {{and this..}}, as long as {b..}.., our holy Rabbainu was not in the world, they did not know of this</w:t>
      </w:r>
    </w:p>
    <w:p>
      <w:r>
        <w:t>Now that there is already the "Likutay Moharan" and "Likutay Tefillos" and more, and more</w:t>
      </w:r>
    </w:p>
    <w:p>
      <w:r>
        <w:t>Then we need to.. not sleep, to seek ways how to serve Hashem</w:t>
      </w:r>
    </w:p>
    <w:p>
      <w:r>
        <w:t>Because {this}.., without the service of Hashem, without prayer, without emunah, these are not human beings, donkeys</w:t>
      </w:r>
    </w:p>
    <w:p>
      <w:r>
        <w:t>Yoa, {..}, the world talks, talks and talks, and this one wants honor, and this is pride, and this one this</w:t>
      </w:r>
    </w:p>
    <w:p>
      <w:r>
        <w:t>Ah, everything {{…}}, ah, only this world, but our holy Rabbainu comes and says:</w:t>
      </w:r>
    </w:p>
    <w:p>
      <w:r>
        <w:t>"No, this world is nothing, the main thing is only {...} the World to Come"</w:t>
      </w:r>
    </w:p>
    <w:p>
      <w:r>
        <w:t>To.. seek Hashem Yisborach, the Torah and prayer, and emunah and truth</w:t>
      </w:r>
    </w:p>
    <w:p>
      <w:r>
        <w:t>If not, then they sleep, ah.. {then he will be.., he sle..}.., he sleeps another night and another day and another night and they do not know, and he does not know, and entirely forgets the main thing, which is the World to Come, to.. serve Hashem</w:t>
      </w:r>
    </w:p>
    <w:p>
      <w:r>
        <w:t>(Telephone rings)…</w:t>
      </w:r>
    </w:p>
    <w:p>
      <w:r>
        <w:t>...Our holy Rabbainu came to.. the world now, to bring us close to serving Hashem Yisborach</w:t>
      </w:r>
    </w:p>
    <w:p>
      <w:r>
        <w:t>Not for money and not for honor and not for publicity</w:t>
      </w:r>
    </w:p>
    <w:p>
      <w:r>
        <w:t>Ah, until now they did not know, now our holy Rabbainu is already present in the world</w:t>
      </w:r>
    </w:p>
    <w:p>
      <w:r>
        <w:t>He teaches us how, {only} that the main thing is to serve Hashem, and if not, then he sleeps, they sleep</w:t>
      </w:r>
    </w:p>
    <w:p>
      <w:r>
        <w:t>For what is life? For what {is his} sleep? For what is eating?</w:t>
      </w:r>
    </w:p>
    <w:p>
      <w:r>
        <w:t>For emunah, so that we will have vitality, ah.. to remember that there is a World to Come, this world is nothing</w:t>
      </w:r>
    </w:p>
    <w:p>
      <w:r>
        <w:t>{….} Here he is now here, afterward he is there</w:t>
      </w:r>
    </w:p>
    <w:p>
      <w:r>
        <w:t>Our holy Rabbainu, now the Redemption is already here, there is {th.. th..} the "Likutay Moharan" and "Likutay Tefillos", and more</w:t>
      </w:r>
    </w:p>
    <w:p>
      <w:r>
        <w:t>"Likutay Halachos", what we have, we need to.. toil {and labor\long}</w:t>
      </w:r>
    </w:p>
    <w:p>
      <w:r>
        <w:t>And bring this into memory, that this world is nothing, the main thing is the World to Come</w:t>
      </w:r>
    </w:p>
    <w:p>
      <w:r>
        <w:t>{{…}}, there is, the world says:</w:t>
      </w:r>
    </w:p>
    <w:p>
      <w:r>
        <w:t>Ho, {{. .}}, {..} this world is nothing? If so {}, no.. {…} yes, that is it..</w:t>
      </w:r>
    </w:p>
    <w:p>
      <w:r>
        <w:t>Ah, and one must to.. remember and not sleep, to eat a little, only so that I will have strength to speak with Hashem</w:t>
      </w:r>
    </w:p>
    <w:p>
      <w:r>
        <w:t>{{. .}} To speak Torah and prayer, yes</w:t>
      </w:r>
    </w:p>
    <w:p>
      <w:r>
        <w:t>{..}, until now there were {and..}only great rabbis, {…}.. pride, nothing</w:t>
      </w:r>
    </w:p>
    <w:p>
      <w:r>
        <w:t>Now there is already our holy Rabbainu, he reminds us:</w:t>
      </w:r>
    </w:p>
    <w:p>
      <w:r>
        <w:t>"This world is nothing, the main thing is the World to Come"</w:t>
      </w:r>
    </w:p>
    <w:p>
      <w:r>
        <w:t>Money is nothing, desires are nothing, eating is nothing, {…} and the main thing is only to serve Hashem</w:t>
      </w:r>
    </w:p>
    <w:p>
      <w:r>
        <w:t>When one eats, to make a blessing, {the service of Hashem already\service.., how the Torah} teaches us</w:t>
      </w:r>
    </w:p>
    <w:p>
      <w:r>
        <w:t>{..}, and more, and more, and more.. the Torah teaches us, teaches us, how to be Jews! Not gentiles!</w:t>
      </w:r>
    </w:p>
    <w:p>
      <w:r>
        <w:t>The gentiles do not believe in the Torah, and they have no Torah, they have nothing, only we</w:t>
      </w:r>
    </w:p>
    <w:p>
      <w:r>
        <w:t>We, an.. and all the secular people are worth nothing, {not worth} not worth even one penny</w:t>
      </w:r>
    </w:p>
    <w:p>
      <w:r>
        <w:t>They entirely abandon the Torah and prayer, {{….}}</w:t>
      </w:r>
    </w:p>
    <w:p>
      <w:r>
        <w:t>Only to live th{{like a mou..}}.., like, like a mouse, ah, like.. ah, a fly, yes, {{. .}}</w:t>
      </w:r>
    </w:p>
    <w:p>
      <w:r>
        <w:t>{..} But the main thing, {….} the world passes and they sleep all th.. all the years, all their lives</w:t>
      </w:r>
    </w:p>
    <w:p>
      <w:r>
        <w:t>And they do not know what life is, what Torah is, {.…}</w:t>
      </w:r>
    </w:p>
    <w:p>
      <w:r>
        <w:t>And our holy Rabbainu came into the world to remind us, that all this is nothing</w:t>
      </w:r>
    </w:p>
    <w:p>
      <w:r>
        <w:t>Money is nothing, this world is nothing, eating is nothing, sleep is nothing</w:t>
      </w:r>
    </w:p>
    <w:p>
      <w:r>
        <w:t>And the main thing is only to serve Hashem</w:t>
      </w:r>
    </w:p>
    <w:p>
      <w:r>
        <w:t>To study Torah and prayer, to fulfill the Torah, this is our life</w:t>
      </w:r>
    </w:p>
    <w:p>
      <w:r>
        <w:t>And if not, there is no life at all, like the world, like th.. {….}</w:t>
      </w:r>
    </w:p>
    <w:p>
      <w:r>
        <w:t>I {..} speak, but I am very distant, I am wicked, I want to eat and want to sleep</w:t>
      </w:r>
    </w:p>
    <w:p>
      <w:r>
        <w:t>{...} And they forget the main thing, ah, what, what is {th.. th.. th..} eating and sleep and desires? What is it?</w:t>
      </w:r>
    </w:p>
    <w:p>
      <w:r>
        <w:t>Here {it is} now, {...} and tomorrow I see that it is nothing</w:t>
      </w:r>
    </w:p>
    <w:p>
      <w:r>
        <w:t>One needs counsel, and one needs our holy Rabbainu</w:t>
      </w:r>
    </w:p>
    <w:p>
      <w:r>
        <w:t>He reveals to us all kinds of wisdom and all kinds of true counsel, how to serve Hashem</w:t>
      </w:r>
    </w:p>
    <w:p>
      <w:r>
        <w:t>How, and how, {…}, how to live</w:t>
      </w:r>
    </w:p>
    <w:p>
      <w:r>
        <w:t>This is life? This is called life? {If and if} not, if one does not serve Hashem</w:t>
      </w:r>
    </w:p>
    <w:p>
      <w:r>
        <w:t>If there is no emunah, emunah and Torah and prayer, what do we have? What is there? {...} Nothing</w:t>
      </w:r>
    </w:p>
    <w:p>
      <w:r>
        <w:t>Ah.. our holy Rabbainu is already present in the world, ho, ho, when there is already...</w:t>
      </w:r>
    </w:p>
    <w:p>
      <w:r>
        <w:t>..."Likutay Tefillos", "Likutay Moharan", "Likutay Halachos"</w:t>
      </w:r>
    </w:p>
    <w:p>
      <w:r>
        <w:t>Nu, we always need, by day and by night, to serve Hashem, to know how to live</w:t>
      </w:r>
    </w:p>
    <w:p>
      <w:r>
        <w:t>What do we have to do in this world</w:t>
      </w:r>
    </w:p>
    <w:p>
      <w:r>
        <w:t>Ah.. ah..</w:t>
      </w:r>
    </w:p>
    <w:p>
      <w:r>
        <w:t>Ah.. ah.. ah..</w:t>
      </w:r>
    </w:p>
    <w:p>
      <w:r>
        <w:t>Ay.. this melody, ah, yoa, {...}.. this world is nothing</w:t>
      </w:r>
    </w:p>
    <w:p>
      <w:r>
        <w:t>This is a very beautiful melody</w:t>
      </w:r>
    </w:p>
    <w:p>
      <w:r>
        <w:t>[Abba, Abba..]</w:t>
      </w:r>
    </w:p>
    <w:p>
      <w:r>
        <w:t>Oy, ah</w:t>
      </w:r>
    </w:p>
    <w:p>
      <w:r>
        <w:t>For what is life? For what is life? For what? {{. .}} For desires? For sleep?</w:t>
      </w:r>
    </w:p>
    <w:p>
      <w:r>
        <w:t>No, only {to….. to.. to..} bring the light of Hashem into our hearts</w:t>
      </w:r>
    </w:p>
    <w:p>
      <w:r>
        <w:t>How to serve Hashem with Torah and prayer</w:t>
      </w:r>
    </w:p>
    <w:p>
      <w:r>
        <w:t>To study Torah and ask:</w:t>
      </w:r>
    </w:p>
    <w:p>
      <w:r>
        <w:t>"{Abba, ah..} Master of the World, have mercy on me</w:t>
      </w:r>
    </w:p>
    <w:p>
      <w:r>
        <w:t>I studied such and such, grant me {to fu..}.., to fulfill what I studied"</w:t>
      </w:r>
    </w:p>
    <w:p>
      <w:r>
        <w:t>The main thing, this is the main thing, to fulfill</w:t>
      </w:r>
    </w:p>
    <w:p>
      <w:r>
        <w:t>"And graciously grant us {{...}} to.. ah.. to give thanks {and...} and to praise and to fulfill all the words of the study of Your Torah with love.." But without this, for what is life? {This}, this.. is sleep, this is nothing, he has no, no vitality, no, no existence</w:t>
      </w:r>
    </w:p>
    <w:p>
      <w:r>
        <w:t>Every moment that passes without Torah, without prayer, this is {...}, this is nothing, worth nothing ah.. ah.. ah.. ah..</w:t>
      </w:r>
    </w:p>
    <w:p>
      <w:r>
        <w:t>No</w:t>
      </w:r>
    </w:p>
    <w:p>
      <w:r>
        <w:t>More bread, more money, more desires, what will come of this?</w:t>
      </w:r>
    </w:p>
    <w:p>
      <w:r>
        <w:t>This is not life</w:t>
      </w:r>
    </w:p>
    <w:p>
      <w:r>
        <w:t>{This}.. death {..} is better than such a life</w:t>
      </w:r>
    </w:p>
    <w:p>
      <w:r>
        <w:t>The essence of life is from the Torah, "for it is your life and the length of your days.."</w:t>
      </w:r>
    </w:p>
    <w:p>
      <w:r>
        <w:t>But without the Torah, there is no life, there is nothing, there are no days, {a.. no, an..} they sleep all the years and all the days, they sleep, and seek only money and honor.. money and honor, yes, for this? For this was the world created? For this are we alive?</w:t>
      </w:r>
    </w:p>
    <w:p>
      <w:r>
        <w:t>We live only {{. .}} to study Torah, and to.. and to.. ask Hashem Yisborach in prayer</w:t>
      </w:r>
    </w:p>
    <w:p>
      <w:r>
        <w:t>To.. to.. fulfill the Torah, to fulfill what we study</w:t>
      </w:r>
    </w:p>
    <w:p>
      <w:r>
        <w:t>Only {..} not for us, for, for honor and a name</w:t>
      </w:r>
    </w:p>
    <w:p>
      <w:r>
        <w:t>And for money, yes</w:t>
      </w:r>
    </w:p>
    <w:p>
      <w:r>
        <w:t>Ah..</w:t>
      </w:r>
    </w:p>
    <w:p>
      <w:r>
        <w:t>I want to eat..</w:t>
      </w:r>
    </w:p>
    <w:p>
      <w:r>
        <w:t>[Ask him, how does one flee from honor, from honor..]</w:t>
      </w:r>
    </w:p>
    <w:p>
      <w:r>
        <w:t>[You ask]</w:t>
      </w:r>
    </w:p>
    <w:p>
      <w:r>
        <w:t>[Saba]</w:t>
      </w:r>
    </w:p>
    <w:p>
      <w:r>
        <w:t>Eh?</w:t>
      </w:r>
    </w:p>
    <w:p>
      <w:r>
        <w:t>[How does one flee from honor? When one studies Torah and prays among people, how does one flee from honor?] There is no time for honor, there is no time for desires..</w:t>
      </w:r>
    </w:p>
    <w:p>
      <w:r>
        <w:t>[But...]</w:t>
      </w:r>
    </w:p>
    <w:p>
      <w:r>
        <w:t>There is no time..</w:t>
      </w:r>
    </w:p>
    <w:p>
      <w:r>
        <w:t>[..]</w:t>
      </w:r>
    </w:p>
    <w:p>
      <w:r>
        <w:t>Only the main thing {..} only to.. study Torah and fulfill it</w:t>
      </w:r>
    </w:p>
    <w:p>
      <w:r>
        <w:t>For this was the world created, for this are we alive</w:t>
      </w:r>
    </w:p>
    <w:p>
      <w:r>
        <w:t>[The body constantly wants honor]</w:t>
      </w:r>
    </w:p>
    <w:p>
      <w:r>
        <w:t>[..Ask, what happened to him?]</w:t>
      </w:r>
    </w:p>
    <w:p>
      <w:r>
        <w:t>(Saba laughs)…</w:t>
      </w:r>
    </w:p>
    <w:p>
      <w:r>
        <w:t>...Ah, ah..</w:t>
      </w:r>
    </w:p>
    <w:p>
      <w:r>
        <w:t>Ah, one must not sleep and not think of anything, anything, not money and not honor and not..</w:t>
      </w:r>
    </w:p>
    <w:p>
      <w:r>
        <w:t>Only the main thing is to study Torah and fulfill the Torah</w:t>
      </w:r>
    </w:p>
    <w:p>
      <w:r>
        <w:t>For this was the world created, and for this we are Jews, receivers of the Torah</w:t>
      </w:r>
    </w:p>
    <w:p>
      <w:r>
        <w:t>The whole world does not want to receive the Torah, only we Jews</w:t>
      </w:r>
    </w:p>
    <w:p>
      <w:r>
        <w:t>Ah, but who is a Jew? Not those who want honor and money</w:t>
      </w:r>
    </w:p>
    <w:p>
      <w:r>
        <w:t>Ah, and to be {…} a great commotion, yes, and to be ah, famous in the world, yes</w:t>
      </w:r>
    </w:p>
    <w:p>
      <w:r>
        <w:t>{..}.. This is not called life, no, no oy vey, oy vey, I, I want to eat [Soon we will give you a little milk] Eh?</w:t>
      </w:r>
    </w:p>
    <w:p>
      <w:r>
        <w:t>[Soon we will give you milk with honey]</w:t>
      </w:r>
    </w:p>
    <w:p>
      <w:r>
        <w:t>Good, good, good, good, blessed are You, Hashem..</w:t>
      </w:r>
    </w:p>
    <w:p>
      <w:r>
        <w:t>[Blessed is He and blessed is His Name]</w:t>
      </w:r>
    </w:p>
    <w:p>
      <w:r>
        <w:t>Our G-d, King of the world, Who creates kinds of nourishment</w:t>
      </w:r>
    </w:p>
    <w:p>
      <w:r>
        <w:t>[Amen]…</w:t>
      </w:r>
    </w:p>
    <w:p>
      <w:r>
        <w:t>...The Torah, an.. and…</w:t>
      </w:r>
    </w:p>
    <w:p>
      <w:r>
        <w:t>..."Likutay Tefillos" and "Likutay Moharan"…</w:t>
      </w:r>
    </w:p>
    <w:p>
      <w:r>
        <w:t>...Rabbainu's remedies, "the conversations" ["Sichos Haran"?]…</w:t>
      </w:r>
    </w:p>
    <w:p>
      <w:r>
        <w:t>...Rebbe Yisroel merited only through the "Likutay Tefillos" and "Likutay Moharan" "and Likutay Halachos" […..]…</w:t>
      </w:r>
    </w:p>
    <w:p>
      <w:r>
        <w:t>...{..}, on the bed, or.. ah.. good…</w:t>
      </w:r>
    </w:p>
    <w:p>
      <w:r>
        <w:t>...{..} One must speak a great deal {..} and fulfill, ah, th..</w:t>
      </w:r>
    </w:p>
    <w:p>
      <w:r>
        <w:t>"Likutay Halachos", "Likutay Eitzos"</w:t>
      </w:r>
    </w:p>
    <w:p>
      <w:r>
        <w:t>[...]…</w:t>
      </w:r>
    </w:p>
    <w:p>
      <w:r>
        <w:t>...{..}, one must awaken</w:t>
      </w:r>
    </w:p>
    <w:p>
      <w:r>
        <w:t>[Yes]</w:t>
      </w:r>
    </w:p>
    <w:p>
      <w:r>
        <w:t>To the true life</w:t>
      </w:r>
    </w:p>
    <w:p>
      <w:r>
        <w:t>[..] Ah..</w:t>
      </w:r>
    </w:p>
    <w:p>
      <w:r>
        <w:t>[How does one awaken?]</w:t>
      </w:r>
    </w:p>
    <w:p>
      <w:r>
        <w:t>Eh?</w:t>
      </w:r>
    </w:p>
    <w:p>
      <w:r>
        <w:t>[How does one awaken?] Awaken..</w:t>
      </w:r>
    </w:p>
    <w:p>
      <w:r>
        <w:t>[How?]</w:t>
      </w:r>
    </w:p>
    <w:p>
      <w:r>
        <w:t>In the heart</w:t>
      </w:r>
    </w:p>
    <w:p>
      <w:r>
        <w:t>[In the heart]</w:t>
      </w:r>
    </w:p>
    <w:p>
      <w:r>
        <w:t>To bring into the heart, {{an.. an.. an.. an..}} and to spend our days and our time only in Torah and prayer Torah - in studying Torah, and prayer - to fulfill the Torah, that is it, that is life; if not.., and if not, it is no life at all</w:t>
      </w:r>
    </w:p>
    <w:p>
      <w:r>
        <w:t>[………...]…</w:t>
      </w:r>
    </w:p>
    <w:p>
      <w:r>
        <w:t>...[Rebbe Yisroel]</w:t>
      </w:r>
    </w:p>
    <w:p>
      <w:r>
        <w:t>Eh?</w:t>
      </w:r>
    </w:p>
    <w:p>
      <w:r>
        <w:t>[When Rabbainu arrived in the Land, Rabbainu traveled to Eretz Yisroel]</w:t>
      </w:r>
    </w:p>
    <w:p>
      <w:r>
        <w:t>Yes</w:t>
      </w:r>
    </w:p>
    <w:p>
      <w:r>
        <w:t>[He made a journey to Eretz Yisroel, he arrived in Haifa]</w:t>
      </w:r>
    </w:p>
    <w:p>
      <w:r>
        <w:t>Ah, yes</w:t>
      </w:r>
    </w:p>
    <w:p>
      <w:r>
        <w:t>[Yes, and he went, he went to the Cave of Eliyahu]</w:t>
      </w:r>
    </w:p>
    <w:p>
      <w:r>
        <w:t>Yes</w:t>
      </w:r>
    </w:p>
    <w:p>
      <w:r>
        <w:t>[Yes, and he was, who, who was with him?]</w:t>
      </w:r>
    </w:p>
    <w:p>
      <w:r>
        <w:t>Eh?</w:t>
      </w:r>
    </w:p>
    <w:p>
      <w:r>
        <w:t>[Who was together with him? Was he with, with th.. with his attendant?]</w:t>
      </w:r>
    </w:p>
    <w:p>
      <w:r>
        <w:t>{..}, perhaps {ah.. ah..} the first disciple</w:t>
      </w:r>
    </w:p>
    <w:p>
      <w:r>
        <w:t>[Yes, that is the first disciple]</w:t>
      </w:r>
    </w:p>
    <w:p>
      <w:r>
        <w:t>Th.. {{. .}}, the first disciple</w:t>
      </w:r>
    </w:p>
    <w:p>
      <w:r>
        <w:t>[Yes]</w:t>
      </w:r>
    </w:p>
    <w:p>
      <w:r>
        <w:t>He.. {..} Rebbe, Rebbe Nassan</w:t>
      </w:r>
    </w:p>
    <w:p>
      <w:r>
        <w:t>[Yes]</w:t>
      </w:r>
    </w:p>
    <w:p>
      <w:r>
        <w:t>The first disciple, Rebbe Shimon, Rebbe Shimon</w:t>
      </w:r>
    </w:p>
    <w:p>
      <w:r>
        <w:t>[Yes]</w:t>
      </w:r>
    </w:p>
    <w:p>
      <w:r>
        <w:t>Rebbe Shimon was Rabbainu's first disciple</w:t>
      </w:r>
    </w:p>
    <w:p>
      <w:r>
        <w:t>And he was with him in Eretz Yisroel</w:t>
      </w:r>
    </w:p>
    <w:p>
      <w:r>
        <w:t>[...And they went to the Cave of Eliyahu on the eve of Rosh Hashanah]</w:t>
      </w:r>
    </w:p>
    <w:p>
      <w:r>
        <w:t>Oy, oy, oy, oy, oy, oy.. oy, oy, oy, oy, oy…</w:t>
      </w:r>
    </w:p>
    <w:p>
      <w:r>
        <w:t>...He came from Chevron</w:t>
      </w:r>
    </w:p>
    <w:p>
      <w:r>
        <w:t>[Yes, {Rebbe} Yisroel (Kardonner)?]</w:t>
      </w:r>
    </w:p>
    <w:p>
      <w:r>
        <w:t>{He came to Meron}</w:t>
      </w:r>
    </w:p>
    <w:p>
      <w:r>
        <w:t>[Yes]</w:t>
      </w:r>
    </w:p>
    <w:p>
      <w:r>
        <w:t>And there was formed {..} a bond between us, such a bond</w:t>
      </w:r>
    </w:p>
    <w:p>
      <w:r>
        <w:t>[Then do not drive away, Saba]</w:t>
      </w:r>
    </w:p>
    <w:p>
      <w:r>
        <w:t>Eh?</w:t>
      </w:r>
    </w:p>
    <w:p>
      <w:r>
        <w:t>[It is not good to drive away]</w:t>
      </w:r>
    </w:p>
    <w:p>
      <w:r>
        <w:t>Do not drive away</w:t>
      </w:r>
    </w:p>
    <w:p>
      <w:r>
        <w:t>[Do not drive away]…</w:t>
      </w:r>
    </w:p>
    <w:p>
      <w:r>
        <w:t>...{…} In the country, only {..}.., the emperor h.. has much money</w:t>
      </w:r>
    </w:p>
    <w:p>
      <w:r>
        <w:t>Nu, so they want {an emperor}, the emperor wanted the horse, {a genius horse}</w:t>
      </w:r>
    </w:p>
    <w:p>
      <w:r>
        <w:t>{} One does not see such a horse, so beautiful</w:t>
      </w:r>
    </w:p>
    <w:p>
      <w:r>
        <w:t>Ah, and he did not want</w:t>
      </w:r>
    </w:p>
    <w:p>
      <w:r>
        <w:t>If the emperor gives twenty million, {…..} perhaps it, it, it is worth mo.. more?</w:t>
      </w:r>
    </w:p>
    <w:p>
      <w:r>
        <w:t>"I do not want”</w:t>
      </w:r>
    </w:p>
    <w:p>
      <w:r>
        <w:t>Suddenly the horse jumped into the plump</w:t>
      </w:r>
    </w:p>
    <w:p>
      <w:r>
        <w:t>[…..]</w:t>
      </w:r>
    </w:p>
    <w:p>
      <w:r>
        <w:t>[The story of the….]…</w:t>
      </w:r>
    </w:p>
    <w:p>
      <w:r>
        <w:t>...And the gathering, and the world said that he was crazy, "Twenty million, no, he does not sell?” Yes, but he remained without a horse {and without money}</w:t>
      </w:r>
    </w:p>
    <w:p>
      <w:r>
        <w:t>(The telephone rings)…</w:t>
      </w:r>
    </w:p>
    <w:p>
      <w:r>
        <w:t>...He saw that everyone was already laughing {at me}, he, he wanted {{to come}}, to go, and how the horse, it, it stuck its head out.. from, from the plump.. he, he saw the horse, "Ho, horse, is that you, my horse? Come, come"</w:t>
      </w:r>
    </w:p>
    <w:p>
      <w:r>
        <w:t>[……..]</w:t>
      </w:r>
    </w:p>
    <w:p>
      <w:r>
        <w:t>He already wanted to go, then he saw that everyone was laughing {at me}</w:t>
      </w:r>
    </w:p>
    <w:p>
      <w:r>
        <w:t>He wanted to go, he wanted to go, {………. and stuck out the head, ….}</w:t>
      </w:r>
    </w:p>
    <w:p>
      <w:r>
        <w:t>Nu..</w:t>
      </w:r>
    </w:p>
    <w:p>
      <w:r>
        <w:t>[……Yes, yes.. then I.. yes…….…]…</w:t>
      </w:r>
    </w:p>
    <w:p>
      <w:r>
        <w:t>...{..}, I merited to see th.. the avodah of Rebbe Yisroel</w:t>
      </w:r>
    </w:p>
    <w:p>
      <w:r>
        <w:br w:type="page"/>
      </w:r>
    </w:p>
    <w:p>
      <w:pPr>
        <w:pStyle w:val="Heading1"/>
      </w:pPr>
      <w:r>
        <w:t>Tape 75</w:t>
      </w:r>
    </w:p>
    <w:p>
      <w:pPr>
        <w:pStyle w:val="Heading2"/>
      </w:pPr>
      <w:r>
        <w:t>Side A (Aleph)</w:t>
      </w:r>
    </w:p>
    <w:p>
      <w:r>
        <w:t>...{...} I gave charity to Yosef Noach</w:t>
      </w:r>
    </w:p>
    <w:p>
      <w:r>
        <w:t>[Who, who is this, who was this Yosef Noach? Saba]</w:t>
      </w:r>
    </w:p>
    <w:p>
      <w:r>
        <w:t>A poor man, a poor person</w:t>
      </w:r>
    </w:p>
    <w:p>
      <w:r>
        <w:t>[A poor man]</w:t>
      </w:r>
    </w:p>
    <w:p>
      <w:r>
        <w:t>{..} An old man, he, they were a couple</w:t>
      </w:r>
    </w:p>
    <w:p>
      <w:r>
        <w:t>[Yes, yes]</w:t>
      </w:r>
    </w:p>
    <w:p>
      <w:r>
        <w:t>A man and a woman</w:t>
      </w:r>
    </w:p>
    <w:p>
      <w:r>
        <w:t>[Yes]</w:t>
      </w:r>
    </w:p>
    <w:p>
      <w:r>
        <w:t>{…}, ah, yes</w:t>
      </w:r>
    </w:p>
    <w:p>
      <w:r>
        <w:t>[They did not have anything to eat]</w:t>
      </w:r>
    </w:p>
    <w:p>
      <w:r>
        <w:t>{..} He was poor, they were po.., poo.., poor, wh.. who begged like a Bettler, they begged</w:t>
      </w:r>
    </w:p>
    <w:p>
      <w:r>
        <w:t>[Give me, give me]</w:t>
      </w:r>
    </w:p>
    <w:p>
      <w:r>
        <w:t>Give me something, give a piece of bread, give this, give this</w:t>
      </w:r>
    </w:p>
    <w:p>
      <w:r>
        <w:t>The Bettler</w:t>
      </w:r>
    </w:p>
    <w:p>
      <w:r>
        <w:t>Our holy Rabbainu told a story of Bettlers</w:t>
      </w:r>
    </w:p>
    <w:p>
      <w:r>
        <w:t>Bettlers {..} I knew that this was, ah, th.. the very poor people, they go and beg, ah..</w:t>
      </w:r>
    </w:p>
    <w:p>
      <w:r>
        <w:t>And beg for some gift, a piece of bread, {..}, yes</w:t>
      </w:r>
    </w:p>
    <w:p>
      <w:r>
        <w:t>So I knew this was a Bettler, {the meaning}, I knew that this was a Bettler</w:t>
      </w:r>
    </w:p>
    <w:p>
      <w:r>
        <w:t>And our holy Rabbainu {{….}}, he told the story of the "Seven Bettlers," {..}</w:t>
      </w:r>
    </w:p>
    <w:p>
      <w:r>
        <w:t>[Ah..]</w:t>
      </w:r>
    </w:p>
    <w:p>
      <w:r>
        <w:t>I {..} did not, did not remember one Bettler, and he tells me {..} the story of the "Seven Bettlers"</w:t>
      </w:r>
    </w:p>
    <w:p>
      <w:r>
        <w:t>I remember, your mother came, came to me at the 'cheder' and gave me a piece of bread to eat</w:t>
      </w:r>
    </w:p>
    <w:p>
      <w:r>
        <w:t>Bread, bread with oil, and she gave me three drops, I asked:</w:t>
      </w:r>
    </w:p>
    <w:p>
      <w:r>
        <w:t>"Mother, give me one more drop"</w:t>
      </w:r>
    </w:p>
    <w:p>
      <w:r>
        <w:t>Then she shouted at me {in distress\to the side}:</w:t>
      </w:r>
    </w:p>
    <w:p>
      <w:r>
        <w:t>"What do you think? I need the oil for Shabbos”, it was Thursday</w:t>
      </w:r>
    </w:p>
    <w:p>
      <w:r>
        <w:t>{..} "And I need the oil for Shabbos, and you want another drop?"</w:t>
      </w:r>
    </w:p>
    <w:p>
      <w:r>
        <w:t>[Now there is a lot, Saba, a lot of oil]</w:t>
      </w:r>
    </w:p>
    <w:p>
      <w:r>
        <w:t>Eh?</w:t>
      </w:r>
    </w:p>
    <w:p>
      <w:r>
        <w:t>[There is bread and olive oil, now there is everything</w:t>
      </w:r>
    </w:p>
    <w:p>
      <w:r>
        <w:t>Olive oil and bread, and cakes and fruit, and sweet arak and cola, there is everything]</w:t>
      </w:r>
    </w:p>
    <w:p>
      <w:r>
        <w:t>I forgot th.. everything, that there is cola and olive oil and bread, I forgot everything</w:t>
      </w:r>
    </w:p>
    <w:p>
      <w:r>
        <w:t>[Yes]</w:t>
      </w:r>
    </w:p>
    <w:p>
      <w:r>
        <w:t>I did not have a memory, so I forgot everything</w:t>
      </w:r>
    </w:p>
    <w:p>
      <w:r>
        <w:t>[And what happened afterward? What happened after this? Saba]</w:t>
      </w:r>
    </w:p>
    <w:p>
      <w:r>
        <w:t>I was always in suffering and great fear, {.. how much}</w:t>
      </w:r>
    </w:p>
    <w:p>
      <w:r>
        <w:t>Perhaps the rebbe would ask which Torah portion? Nu, what, what, what, what, what will happen?</w:t>
      </w:r>
    </w:p>
    <w:p>
      <w:r>
        <w:t>I will get, I will get shouting and blows</w:t>
      </w:r>
    </w:p>
    <w:p>
      <w:r>
        <w:t>I remember that your mother came, you do not remember this?</w:t>
      </w:r>
    </w:p>
    <w:p>
      <w:r>
        <w:t>[Who came? Who?]</w:t>
      </w:r>
    </w:p>
    <w:p>
      <w:r>
        <w:t>{…}, your mother</w:t>
      </w:r>
    </w:p>
    <w:p>
      <w:r>
        <w:t>[My mother?]</w:t>
      </w:r>
    </w:p>
    <w:p>
      <w:r>
        <w:t>{Yes}, yes, yes</w:t>
      </w:r>
    </w:p>
    <w:p>
      <w:r>
        <w:t>[Where to?]</w:t>
      </w:r>
    </w:p>
    <w:p>
      <w:r>
        <w:t>{..} To the school where I learned aleph-beis</w:t>
      </w:r>
    </w:p>
    <w:p>
      <w:r>
        <w:t>[So who was I? Saba, so maybe tell me who? Who is this, me? Who was I.., was I also in Teveria? Saba] Ah?</w:t>
      </w:r>
    </w:p>
    <w:p>
      <w:r>
        <w:t>[Was I also in Teveria?]</w:t>
      </w:r>
    </w:p>
    <w:p>
      <w:r>
        <w:t>{What, you too?}</w:t>
      </w:r>
    </w:p>
    <w:p>
      <w:r>
        <w:t>[I, was I also there? Was I also?]</w:t>
      </w:r>
    </w:p>
    <w:p>
      <w:r>
        <w:t>Ah, yes, yes</w:t>
      </w:r>
    </w:p>
    <w:p>
      <w:r>
        <w:t>[Who was I?]</w:t>
      </w:r>
    </w:p>
    <w:p>
      <w:r>
        <w:t>Yes, {..}..</w:t>
      </w:r>
    </w:p>
    <w:p>
      <w:r>
        <w:t>[Who was I?]</w:t>
      </w:r>
    </w:p>
    <w:p>
      <w:r>
        <w:t>Yes, I said to her: "He will be a g.. good boy, he remembers which Torah portion it is this week"</w:t>
      </w:r>
    </w:p>
    <w:p>
      <w:r>
        <w:t>[I remembered?]</w:t>
      </w:r>
    </w:p>
    <w:p>
      <w:r>
        <w:t>You remembered</w:t>
      </w:r>
    </w:p>
    <w:p>
      <w:r>
        <w:t>[Yes]</w:t>
      </w:r>
    </w:p>
    <w:p>
      <w:r>
        <w:t>Only I forgot</w:t>
      </w:r>
    </w:p>
    <w:p>
      <w:r>
        <w:t>[And what was my name? Saba]</w:t>
      </w:r>
    </w:p>
    <w:p>
      <w:r>
        <w:t>Ah?</w:t>
      </w:r>
    </w:p>
    <w:p>
      <w:r>
        <w:t>[What was my name?]</w:t>
      </w:r>
    </w:p>
    <w:p>
      <w:r>
        <w:t>Your name, I know only the father's name, Yosef Noach</w:t>
      </w:r>
    </w:p>
    <w:p>
      <w:r>
        <w:t>[Was I his son?]</w:t>
      </w:r>
    </w:p>
    <w:p>
      <w:r>
        <w:t>Yes</w:t>
      </w:r>
    </w:p>
    <w:p>
      <w:r>
        <w:t>[Was I his son?]</w:t>
      </w:r>
    </w:p>
    <w:p>
      <w:r>
        <w:t>Yes</w:t>
      </w:r>
    </w:p>
    <w:p>
      <w:r>
        <w:t>[Yosef Noach]</w:t>
      </w:r>
    </w:p>
    <w:p>
      <w:r>
        <w:t>Yosef Noach</w:t>
      </w:r>
    </w:p>
    <w:p>
      <w:r>
        <w:t>[……]</w:t>
      </w:r>
    </w:p>
    <w:p>
      <w:r>
        <w:t>[Yes, yes, the beggar, he was.., a beggar]</w:t>
      </w:r>
    </w:p>
    <w:p>
      <w:r>
        <w:t>I said to your mother: You are a good boy, you remember that this week is the Torah portion of "Noach",</w:t>
      </w:r>
    </w:p>
    <w:p>
      <w:r>
        <w:t>I said to her: "Oh, your boy is, he is a {..} good student, he remembers that this week is the Torah portion of "Noach""</w:t>
      </w:r>
    </w:p>
    <w:p>
      <w:r>
        <w:t>I am telling you what happened seventy years ago</w:t>
      </w:r>
    </w:p>
    <w:p>
      <w:r>
        <w:t>[…...]</w:t>
      </w:r>
    </w:p>
    <w:p>
      <w:r>
        <w:t>[…...]</w:t>
      </w:r>
    </w:p>
    <w:p>
      <w:r>
        <w:t>[Saba.. what was it, you, you, you do not remember what my name was?]</w:t>
      </w:r>
    </w:p>
    <w:p>
      <w:r>
        <w:t>Ah?</w:t>
      </w:r>
    </w:p>
    <w:p>
      <w:r>
        <w:t>[What was my name?]</w:t>
      </w:r>
    </w:p>
    <w:p>
      <w:r>
        <w:t>Your name?</w:t>
      </w:r>
    </w:p>
    <w:p>
      <w:r>
        <w:t>[What was it?]</w:t>
      </w:r>
    </w:p>
    <w:p>
      <w:r>
        <w:t>No</w:t>
      </w:r>
    </w:p>
    <w:p>
      <w:r>
        <w:t>[Was I a good boy?]</w:t>
      </w:r>
    </w:p>
    <w:p>
      <w:r>
        <w:t>{...}</w:t>
      </w:r>
    </w:p>
    <w:p>
      <w:r>
        <w:t>[Was I a good boy?]</w:t>
      </w:r>
    </w:p>
    <w:p>
      <w:r>
        <w:t>Ah?</w:t>
      </w:r>
    </w:p>
    <w:p>
      <w:r>
        <w:t>[Was I a good boy?]</w:t>
      </w:r>
    </w:p>
    <w:p>
      <w:r>
        <w:t>Yes</w:t>
      </w:r>
    </w:p>
    <w:p>
      <w:r>
        <w:t>[Yes]</w:t>
      </w:r>
    </w:p>
    <w:p>
      <w:r>
        <w:t>Yes, yes, you had a good {..} mind</w:t>
      </w:r>
    </w:p>
    <w:p>
      <w:r>
        <w:t>[Yes?]</w:t>
      </w:r>
    </w:p>
    <w:p>
      <w:r>
        <w:t>And I was the opposite</w:t>
      </w:r>
    </w:p>
    <w:p>
      <w:r>
        <w:t>[Yes?]</w:t>
      </w:r>
    </w:p>
    <w:p>
      <w:r>
        <w:t>I did not have a mind at all, I was born without a mind</w:t>
      </w:r>
    </w:p>
    <w:p>
      <w:r>
        <w:t>[Yes]</w:t>
      </w:r>
    </w:p>
    <w:p>
      <w:r>
        <w:t>Because if I had been born with {..}, with, with a mind, {..}, no, I would not have had, ah.. {..}</w:t>
      </w:r>
    </w:p>
    <w:p>
      <w:r>
        <w:t>I would have been {{...}}</w:t>
      </w:r>
    </w:p>
    <w:p>
      <w:r>
        <w:t>[Arrogance, arrogance and fame, Saba, was I also famous?]</w:t>
      </w:r>
    </w:p>
    <w:p>
      <w:r>
        <w:t>Ah?</w:t>
      </w:r>
    </w:p>
    <w:p>
      <w:r>
        <w:t>[Did I have fame? Was I famous?]</w:t>
      </w:r>
    </w:p>
    <w:p>
      <w:r>
        <w:t>Yes, you were among the good students</w:t>
      </w:r>
    </w:p>
    <w:p>
      <w:r>
        <w:t>[Yes?]</w:t>
      </w:r>
    </w:p>
    <w:p>
      <w:r>
        <w:t>And I was the worst student</w:t>
      </w:r>
    </w:p>
    <w:p>
      <w:r>
        <w:t>[The worst]</w:t>
      </w:r>
    </w:p>
    <w:p>
      <w:r>
        <w:t>{..} So that I would not have..</w:t>
      </w:r>
    </w:p>
    <w:p>
      <w:r>
        <w:t>[Arrogance and fame]</w:t>
      </w:r>
    </w:p>
    <w:p>
      <w:r>
        <w:t>Arrogance, {} and honor</w:t>
      </w:r>
    </w:p>
    <w:p>
      <w:r>
        <w:t>[Yosef Noach]</w:t>
      </w:r>
    </w:p>
    <w:p>
      <w:r>
        <w:t>You do not remember?</w:t>
      </w:r>
    </w:p>
    <w:p>
      <w:r>
        <w:t>[No]</w:t>
      </w:r>
    </w:p>
    <w:p>
      <w:r>
        <w:t>There, the synagogue {of ...}} the disciples of the Baal Shem Tov, yes</w:t>
      </w:r>
    </w:p>
    <w:p>
      <w:r>
        <w:t>[Yes?]</w:t>
      </w:r>
    </w:p>
    <w:p>
      <w:r>
        <w:t>{Yes}</w:t>
      </w:r>
    </w:p>
    <w:p>
      <w:r>
        <w:t>[Of..]</w:t>
      </w:r>
    </w:p>
    <w:p>
      <w:r>
        <w:t>{..}</w:t>
      </w:r>
    </w:p>
    <w:p>
      <w:r>
        <w:t>[Of Vitebsk?]</w:t>
      </w:r>
    </w:p>
    <w:p>
      <w:r>
        <w:t>Outside</w:t>
      </w:r>
    </w:p>
    <w:p>
      <w:r>
        <w:t>[Vitebsk]</w:t>
      </w:r>
    </w:p>
    <w:p>
      <w:r>
        <w:t>{..}</w:t>
      </w:r>
    </w:p>
    <w:p>
      <w:r>
        <w:t>[Menachem Mendel of Vitebsk]</w:t>
      </w:r>
    </w:p>
    <w:p>
      <w:r>
        <w:t>Ah?</w:t>
      </w:r>
    </w:p>
    <w:p>
      <w:r>
        <w:t>[A disciple of, ah, of Kalisk]</w:t>
      </w:r>
    </w:p>
    <w:p>
      <w:r>
        <w:t>What is your name?</w:t>
      </w:r>
    </w:p>
    <w:p>
      <w:r>
        <w:t>[Now?]</w:t>
      </w:r>
    </w:p>
    <w:p>
      <w:r>
        <w:t>Yoa</w:t>
      </w:r>
    </w:p>
    <w:p>
      <w:r>
        <w:t>[Yisroel Dagan]</w:t>
      </w:r>
    </w:p>
    <w:p>
      <w:r>
        <w:t>Yes?</w:t>
      </w:r>
    </w:p>
    <w:p>
      <w:r>
        <w:t>[Yes]</w:t>
      </w:r>
    </w:p>
    <w:p>
      <w:r>
        <w:t>Was, was your father's name Yisroel?</w:t>
      </w:r>
    </w:p>
    <w:p>
      <w:r>
        <w:t>[My father?]</w:t>
      </w:r>
    </w:p>
    <w:p>
      <w:r>
        <w:t>Yoa</w:t>
      </w:r>
    </w:p>
    <w:p>
      <w:r>
        <w:t>[His name was Peretz, Peretz]</w:t>
      </w:r>
    </w:p>
    <w:p>
      <w:r>
        <w:t>Ah?</w:t>
      </w:r>
    </w:p>
    <w:p>
      <w:r>
        <w:t>[Peretz]</w:t>
      </w:r>
    </w:p>
    <w:p>
      <w:r>
        <w:t>[…]</w:t>
      </w:r>
    </w:p>
    <w:p>
      <w:r>
        <w:t>[My father?]</w:t>
      </w:r>
    </w:p>
    <w:p>
      <w:r>
        <w:t>Yoa</w:t>
      </w:r>
    </w:p>
    <w:p>
      <w:r>
        <w:t>[They called him Peretz, Peretz, Peretz]</w:t>
      </w:r>
    </w:p>
    <w:p>
      <w:r>
        <w:t>Perl?</w:t>
      </w:r>
    </w:p>
    <w:p>
      <w:r>
        <w:t>[Yes]</w:t>
      </w:r>
    </w:p>
    <w:p>
      <w:r>
        <w:t>[And where is he}</w:t>
      </w:r>
    </w:p>
    <w:p>
      <w:r>
        <w:t>[And my mother was Bat Sheva]</w:t>
      </w:r>
    </w:p>
    <w:p>
      <w:r>
        <w:t>Bat Sheva</w:t>
      </w:r>
    </w:p>
    <w:p>
      <w:r>
        <w:t>[Yes, Peretz, Peretz, Peretz]</w:t>
      </w:r>
    </w:p>
    <w:p>
      <w:r>
        <w:t>{Perl?}</w:t>
      </w:r>
    </w:p>
    <w:p>
      <w:r>
        <w:t>[Peretz, P’ R’..]</w:t>
      </w:r>
    </w:p>
    <w:p>
      <w:r>
        <w:t>Peretz</w:t>
      </w:r>
    </w:p>
    <w:p>
      <w:r>
        <w:t>[Yes, P' R' Tz']</w:t>
      </w:r>
    </w:p>
    <w:p>
      <w:r>
        <w:t>Ah</w:t>
      </w:r>
    </w:p>
    <w:p>
      <w:r>
        <w:t>[P’ R’..]</w:t>
      </w:r>
    </w:p>
    <w:p>
      <w:r>
        <w:t>Peretz?</w:t>
      </w:r>
    </w:p>
    <w:p>
      <w:r>
        <w:t>[Peretz, yes]</w:t>
      </w:r>
    </w:p>
    <w:p>
      <w:r>
        <w:t>{..}</w:t>
      </w:r>
    </w:p>
    <w:p>
      <w:r>
        <w:t>[{My name?}, Saba.., in Teveria was I also called Yisroel?]</w:t>
      </w:r>
    </w:p>
    <w:p>
      <w:r>
        <w:t>Ah?</w:t>
      </w:r>
    </w:p>
    <w:p>
      <w:r>
        <w:t>[Was my name Yisroel there?]</w:t>
      </w:r>
    </w:p>
    <w:p>
      <w:r>
        <w:t>I do not know</w:t>
      </w:r>
    </w:p>
    <w:p>
      <w:r>
        <w:t>[Do not know, but was I with you in.. good relations?]</w:t>
      </w:r>
    </w:p>
    <w:p>
      <w:r>
        <w:t>I was {..} my name was Yisroel</w:t>
      </w:r>
    </w:p>
    <w:p>
      <w:r>
        <w:t>[Yours]</w:t>
      </w:r>
    </w:p>
    <w:p>
      <w:r>
        <w:t>Yes</w:t>
      </w:r>
    </w:p>
    <w:p>
      <w:r>
        <w:t>[Was I on good terms with you? In Teveria?]</w:t>
      </w:r>
    </w:p>
    <w:p>
      <w:r>
        <w:t>{….}</w:t>
      </w:r>
    </w:p>
    <w:p>
      <w:r>
        <w:t>[Yes? I did not make problems for you?]</w:t>
      </w:r>
    </w:p>
    <w:p>
      <w:r>
        <w:t>{Not in childhood}, we were children</w:t>
      </w:r>
    </w:p>
    <w:p>
      <w:r>
        <w:t>[Children]</w:t>
      </w:r>
    </w:p>
    <w:p>
      <w:r>
        <w:t>And I did not know which Torah portion it was that week, {if} it was the Torah portion of "Noach," and.. a.. and you {..}</w:t>
      </w:r>
    </w:p>
    <w:p>
      <w:r>
        <w:t>[I knew]</w:t>
      </w:r>
    </w:p>
    <w:p>
      <w:r>
        <w:t>And. And you knew that this week was the Torah portion of "Noach," and you were a {..} good student</w:t>
      </w:r>
    </w:p>
    <w:p>
      <w:r>
        <w:t>[Yes]</w:t>
      </w:r>
    </w:p>
    <w:p>
      <w:r>
        <w:t>You remember that this week was the Torah portion of "Noach"</w:t>
      </w:r>
    </w:p>
    <w:p>
      <w:r>
        <w:t>I was forgetful</w:t>
      </w:r>
    </w:p>
    <w:p>
      <w:r>
        <w:t>[Forgetful]</w:t>
      </w:r>
    </w:p>
    <w:p>
      <w:r>
        <w:t>Right away I forgot, the rebbe asks me: "Yisroel Ber, {..}, which Torah portion is it this week?"</w:t>
      </w:r>
    </w:p>
    <w:p>
      <w:r>
        <w:t>So, so there was no one {who would answer}, I did not know</w:t>
      </w:r>
    </w:p>
    <w:p>
      <w:r>
        <w:t>[What, what, what was I? A Karlin Chassid? What was I?</w:t>
      </w:r>
    </w:p>
    <w:p>
      <w:r>
        <w:t>Ah?</w:t>
      </w:r>
    </w:p>
    <w:p>
      <w:r>
        <w:t>[Karlin? Was I Karlin?]</w:t>
      </w:r>
    </w:p>
    <w:p>
      <w:r>
        <w:t>I {..}..</w:t>
      </w:r>
    </w:p>
    <w:p>
      <w:r>
        <w:t>[What was I? Karlin?]</w:t>
      </w:r>
    </w:p>
    <w:p>
      <w:r>
        <w:t>{...} No, no, you prayed in Karlin</w:t>
      </w:r>
    </w:p>
    <w:p>
      <w:r>
        <w:t>[Yes?]</w:t>
      </w:r>
    </w:p>
    <w:p>
      <w:r>
        <w:t>With me</w:t>
      </w:r>
    </w:p>
    <w:p>
      <w:r>
        <w:t>[Yes]</w:t>
      </w:r>
    </w:p>
    <w:p>
      <w:r>
        <w:t>Yes</w:t>
      </w:r>
    </w:p>
    <w:p>
      <w:r>
        <w:t>But the Karliners shout during prayer</w:t>
      </w:r>
    </w:p>
    <w:p>
      <w:r>
        <w:t>[Yes]</w:t>
      </w:r>
    </w:p>
    <w:p>
      <w:r>
        <w:t>Do you know about this?</w:t>
      </w:r>
    </w:p>
    <w:p>
      <w:r>
        <w:t>[Yes, certainly.. I also.., did I also shout?</w:t>
      </w:r>
    </w:p>
    <w:p>
      <w:r>
        <w:t>{..}</w:t>
      </w:r>
    </w:p>
    <w:p>
      <w:r>
        <w:t>[Did I also shout? Saba]</w:t>
      </w:r>
    </w:p>
    <w:p>
      <w:r>
        <w:t>Ah?</w:t>
      </w:r>
    </w:p>
    <w:p>
      <w:r>
        <w:t>[Did I also shout?]</w:t>
      </w:r>
    </w:p>
    <w:p>
      <w:r>
        <w:t>Ah?</w:t>
      </w:r>
    </w:p>
    <w:p>
      <w:r>
        <w:t>[Would I shout too? Did I also shout during prayer?]</w:t>
      </w:r>
    </w:p>
    <w:p>
      <w:r>
        <w:t>Ah, no, only I shouted</w:t>
      </w:r>
    </w:p>
    <w:p>
      <w:r>
        <w:t>[You shouted]</w:t>
      </w:r>
    </w:p>
    <w:p>
      <w:r>
        <w:t>I loved to shout to Hashem</w:t>
      </w:r>
    </w:p>
    <w:p>
      <w:r>
        <w:t>[Yes]</w:t>
      </w:r>
    </w:p>
    <w:p>
      <w:r>
        <w:t>During prayer and.. {..}</w:t>
      </w:r>
    </w:p>
    <w:p>
      <w:r>
        <w:t>I remember the bed {that I lay in with my mother at the time I was born}, I remember, yes</w:t>
      </w:r>
    </w:p>
    <w:p>
      <w:r>
        <w:t>Now I remember, but {right away} I forgot {..} everything</w:t>
      </w:r>
    </w:p>
    <w:p>
      <w:r>
        <w:t>[Yes? When you were nursing?]</w:t>
      </w:r>
    </w:p>
    <w:p>
      <w:r>
        <w:t>{..}</w:t>
      </w:r>
    </w:p>
    <w:p>
      <w:r>
        <w:t>[Were you nursing?]</w:t>
      </w:r>
    </w:p>
    <w:p>
      <w:r>
        <w:t>{..}</w:t>
      </w:r>
    </w:p>
    <w:p>
      <w:r>
        <w:t>[Do you remember?]</w:t>
      </w:r>
    </w:p>
    <w:p>
      <w:r>
        <w:t>{…}</w:t>
      </w:r>
    </w:p>
    <w:p>
      <w:r>
        <w:t>[Yes?]</w:t>
      </w:r>
    </w:p>
    <w:p>
      <w:r>
        <w:t>Ah, yes, yes</w:t>
      </w:r>
    </w:p>
    <w:p>
      <w:r>
        <w:t>[And what was before that?..]</w:t>
      </w:r>
    </w:p>
    <w:p>
      <w:r>
        <w:t>I wanted to eat, and my mother did not, did not have enough milk</w:t>
      </w:r>
    </w:p>
    <w:p>
      <w:r>
        <w:t>[Yes?]</w:t>
      </w:r>
    </w:p>
    <w:p>
      <w:r>
        <w:t>Because she did not eat and did not {drink}</w:t>
      </w:r>
    </w:p>
    <w:p>
      <w:r>
        <w:t>[Nu]</w:t>
      </w:r>
    </w:p>
    <w:p>
      <w:r>
        <w:t>I suffered, {..}, how did I have milk to eat?</w:t>
      </w:r>
    </w:p>
    <w:p>
      <w:r>
        <w:t>Ah..</w:t>
      </w:r>
    </w:p>
    <w:p>
      <w:r>
        <w:t>[……]</w:t>
      </w:r>
    </w:p>
    <w:p>
      <w:r>
        <w:t>[Yes]</w:t>
      </w:r>
    </w:p>
    <w:p>
      <w:r>
        <w:t>[…..]</w:t>
      </w:r>
    </w:p>
    <w:p>
      <w:r>
        <w:t>[Yes, yes, I know.. Saba, I once had a thought, I had a thought some time ago that I had already once been a lamdan, that I had once been a lamdan]</w:t>
      </w:r>
    </w:p>
    <w:p>
      <w:r>
        <w:t>{Yes?}</w:t>
      </w:r>
    </w:p>
    <w:p>
      <w:r>
        <w:t>[I had a thought, and that now I need to learn to be simple]</w:t>
      </w:r>
    </w:p>
    <w:p>
      <w:r>
        <w:t>{Yes}</w:t>
      </w:r>
    </w:p>
    <w:p>
      <w:r>
        <w:t>[I was in a yeshiva in Yerushalayim, when I began to return in teshuvah</w:t>
      </w:r>
    </w:p>
    <w:p>
      <w:r>
        <w:t>Twelve years ago, I was in a yeshiva of Misnagdim, of Lithuanians</w:t>
      </w:r>
    </w:p>
    <w:p>
      <w:r>
        <w:t>And they studied Gemara there with Rashi and Tosafos, and Rishonim and Acharonim</w:t>
      </w:r>
    </w:p>
    <w:p>
      <w:r>
        <w:t>And I had never studied Gemara in this incarnation, but I immediately understood everything</w:t>
      </w:r>
    </w:p>
    <w:p>
      <w:r>
        <w:t>And I received the best grade in the entire yeshiva]</w:t>
      </w:r>
    </w:p>
    <w:p>
      <w:r>
        <w:t>{..}</w:t>
      </w:r>
    </w:p>
    <w:p>
      <w:r>
        <w:t>[Yes, the best in the entire yeshiva, but I.., they gave me honor, and I fled from there</w:t>
      </w:r>
    </w:p>
    <w:p>
      <w:r>
        <w:t>They wanted to make me into a lamdan and a gaon, and I fled, I, I felt that someone was speaking to me in my mind</w:t>
      </w:r>
    </w:p>
    <w:p>
      <w:r>
        <w:t>"You now need to be simple, not wise, simple”]</w:t>
      </w:r>
    </w:p>
    <w:p>
      <w:r>
        <w:t>{..}</w:t>
      </w:r>
    </w:p>
    <w:p>
      <w:r>
        <w:t>[Yes, so I went from there, I had the highest grade, there were people who study Gemara for several years, studying Gemara in a kollel, and I was completely new, I was only completely new to Yiddishkeit and I knew the Gemara better than everyone, but I felt that I was forbidden to remain there, that I needed to search for simplicity, that if I remain in.., in sophistries, {it} is not worth anything] {..}</w:t>
      </w:r>
    </w:p>
    <w:p>
      <w:r>
        <w:t>[……………..]</w:t>
      </w:r>
    </w:p>
    <w:p>
      <w:r>
        <w:t>[I am only now, only now with Rabbainu; I was a lamdan, but I did not have Rabbainu]</w:t>
      </w:r>
    </w:p>
    <w:p>
      <w:r>
        <w:t>Ah?</w:t>
      </w:r>
    </w:p>
    <w:p>
      <w:r>
        <w:t>[I did not have Rabbainu]</w:t>
      </w:r>
    </w:p>
    <w:p>
      <w:r>
        <w:t>{..}</w:t>
      </w:r>
    </w:p>
    <w:p>
      <w:r>
        <w:t>[….….]</w:t>
      </w:r>
    </w:p>
    <w:p>
      <w:r>
        <w:t>[……..]</w:t>
      </w:r>
    </w:p>
    <w:p>
      <w:r>
        <w:t>[Saba, I, I a year ago, a year or two ago, I was in Teveria in a Karlin synagogue, I studied there for several months, ...]</w:t>
      </w:r>
    </w:p>
    <w:p>
      <w:r>
        <w:t>{….}</w:t>
      </w:r>
    </w:p>
    <w:p>
      <w:r>
        <w:t>[Yes]</w:t>
      </w:r>
    </w:p>
    <w:p>
      <w:r>
        <w:t>{I remember that I shouted during prayer}</w:t>
      </w:r>
    </w:p>
    <w:p>
      <w:r>
        <w:t>Yes?]</w:t>
      </w:r>
    </w:p>
    <w:p>
      <w:r>
        <w:t>{More than everyone, everyone shouted, I shouted more}</w:t>
      </w:r>
    </w:p>
    <w:p>
      <w:r>
        <w:t>[Yes.. Saba, and when you drew close to Rabbainu you were seventeen years old, correct?]</w:t>
      </w:r>
    </w:p>
    <w:p>
      <w:r>
        <w:t>{…….}</w:t>
      </w:r>
    </w:p>
    <w:p>
      <w:r>
        <w:t>[..At the age of seventeen? Seventeen, right? How old were you?</w:t>
      </w:r>
    </w:p>
    <w:p>
      <w:r>
        <w:t>When Rebbe Yisroel (Kardonner) arrived, how old were you?]</w:t>
      </w:r>
    </w:p>
    <w:p>
      <w:r>
        <w:t>{……..}</w:t>
      </w:r>
    </w:p>
    <w:p>
      <w:r>
        <w:t>[…..….]</w:t>
      </w:r>
    </w:p>
    <w:p>
      <w:r>
        <w:t>{He came from Chevron and found Yisroel Ber in Teveria}</w:t>
      </w:r>
    </w:p>
    <w:p>
      <w:r>
        <w:t>[Saba, when you became close to Rabbainu, was I opposed to you then?] Huh?</w:t>
      </w:r>
    </w:p>
    <w:p>
      <w:r>
        <w:t>[Was I opposed? …..]</w:t>
      </w:r>
    </w:p>
    <w:p>
      <w:r>
        <w:t>{…………………...…..}</w:t>
      </w:r>
    </w:p>
    <w:p>
      <w:r>
        <w:t>[…………………….…..]</w:t>
      </w:r>
    </w:p>
    <w:p>
      <w:r>
        <w:t>[Thank God, I wasn't opposed]</w:t>
      </w:r>
    </w:p>
    <w:p>
      <w:r>
        <w:t>{..}</w:t>
      </w:r>
    </w:p>
    <w:p>
      <w:r>
        <w:t>[………………………………...…………..]</w:t>
      </w:r>
    </w:p>
    <w:p>
      <w:r>
        <w:t>{…………………………(They are speaking about the Wise Man and the Simpleton)………….}…</w:t>
      </w:r>
    </w:p>
    <w:p>
      <w:r>
        <w:t>...Breslov</w:t>
      </w:r>
    </w:p>
    <w:p>
      <w:r>
        <w:t>[Yes, my mother]</w:t>
      </w:r>
    </w:p>
    <w:p>
      <w:r>
        <w:t>Yes</w:t>
      </w:r>
    </w:p>
    <w:p>
      <w:r>
        <w:t>[Did I want to?]</w:t>
      </w:r>
    </w:p>
    <w:p>
      <w:r>
        <w:t>Huh?</w:t>
      </w:r>
    </w:p>
    <w:p>
      <w:r>
        <w:t>[Did I want to?]</w:t>
      </w:r>
    </w:p>
    <w:p>
      <w:r>
        <w:t>I, you, {…..…}</w:t>
      </w:r>
    </w:p>
    <w:p>
      <w:r>
        <w:t>[Yes]</w:t>
      </w:r>
    </w:p>
    <w:p>
      <w:r>
        <w:t>Breslov</w:t>
      </w:r>
    </w:p>
    <w:p>
      <w:r>
        <w:t>[Yes?]</w:t>
      </w:r>
    </w:p>
    <w:p>
      <w:r>
        <w:t>And the mother "{……. What Breslov?…..}...</w:t>
      </w:r>
    </w:p>
    <w:p>
      <w:r>
        <w:t>...[The friends sing and play the song:</w:t>
      </w:r>
    </w:p>
    <w:p>
      <w:r>
        <w:t>"Who will give me a wing like a dove.."</w:t>
      </w:r>
    </w:p>
    <w:p>
      <w:r>
        <w:t>Afterward they play and sing the song:</w:t>
      </w:r>
    </w:p>
    <w:p>
      <w:r>
        <w:t>"In you, Rabbainu, we will rejoice, in you, Rabbainu, we will be glad, in you, Rabbainu, we will rejoice and be glad in you.."</w:t>
      </w:r>
    </w:p>
    <w:p>
      <w:r>
        <w:t>Afterward they play the song:</w:t>
      </w:r>
    </w:p>
    <w:p>
      <w:r>
        <w:t>"Our holy Shabbat.."</w:t>
      </w:r>
    </w:p>
    <w:p>
      <w:r>
        <w:t>Afterward they play the song:</w:t>
      </w:r>
    </w:p>
    <w:p>
      <w:r>
        <w:t>"Na Naḥ Naḥma Naḥman of Uman.."]</w:t>
      </w:r>
    </w:p>
    <w:p>
      <w:r>
        <w:t>[…….…..]</w:t>
      </w:r>
    </w:p>
    <w:p>
      <w:r>
        <w:t>[………...]</w:t>
      </w:r>
    </w:p>
    <w:p>
      <w:r>
        <w:t>{…..} Another one, a singer</w:t>
      </w:r>
    </w:p>
    <w:p>
      <w:r>
        <w:t>[He is a singer?]</w:t>
      </w:r>
    </w:p>
    <w:p>
      <w:r>
        <w:t>Who is it? Who? Where is he?</w:t>
      </w:r>
    </w:p>
    <w:p>
      <w:r>
        <w:t>[Which singer? Saba]</w:t>
      </w:r>
    </w:p>
    <w:p>
      <w:r>
        <w:t>{..} You told me you have another one</w:t>
      </w:r>
    </w:p>
    <w:p>
      <w:r>
        <w:t>[Who plays together with me?]</w:t>
      </w:r>
    </w:p>
    <w:p>
      <w:r>
        <w:t>Yes</w:t>
      </w:r>
    </w:p>
    <w:p>
      <w:r>
        <w:t>[Yes]</w:t>
      </w:r>
    </w:p>
    <w:p>
      <w:r>
        <w:t>Who is it?</w:t>
      </w:r>
    </w:p>
    <w:p>
      <w:r>
        <w:t>[I have, I have several, several musicians]</w:t>
      </w:r>
    </w:p>
    <w:p>
      <w:r>
        <w:t>Yes?</w:t>
      </w:r>
    </w:p>
    <w:p>
      <w:r>
        <w:t>[Yes, who play with me, an orchestra]</w:t>
      </w:r>
    </w:p>
    <w:p>
      <w:r>
        <w:t>Yes?</w:t>
      </w:r>
    </w:p>
    <w:p>
      <w:r>
        <w:t>[Yes, yes]</w:t>
      </w:r>
    </w:p>
    <w:p>
      <w:r>
        <w:t>[Sometimes I take this one, sometimes I take this one]</w:t>
      </w:r>
    </w:p>
    <w:p>
      <w:r>
        <w:t>Ah</w:t>
      </w:r>
    </w:p>
    <w:p>
      <w:r>
        <w:t>[Yes, there is s.. there is tahini, Saba, tahini, there is tahini here]</w:t>
      </w:r>
    </w:p>
    <w:p>
      <w:r>
        <w:t>Tahini</w:t>
      </w:r>
    </w:p>
    <w:p>
      <w:r>
        <w:t>[Tahini with olive oil]</w:t>
      </w:r>
    </w:p>
    <w:p>
      <w:r>
        <w:t>[…………]</w:t>
      </w:r>
    </w:p>
    <w:p>
      <w:r>
        <w:t>[……..….]</w:t>
      </w:r>
    </w:p>
    <w:p>
      <w:r>
        <w:t>Where are we?</w:t>
      </w:r>
    </w:p>
    <w:p>
      <w:r>
        <w:t>[We are in Tzfas, Saba]</w:t>
      </w:r>
    </w:p>
    <w:p>
      <w:r>
        <w:t>On Rosh Hashanah?</w:t>
      </w:r>
    </w:p>
    <w:p>
      <w:r>
        <w:t>[In Uman]</w:t>
      </w:r>
    </w:p>
    <w:p>
      <w:r>
        <w:t>In Uman</w:t>
      </w:r>
    </w:p>
    <w:p>
      <w:r>
        <w:t>[Certainly, Rebbe Nassan said: "Every single year, all the days of our lives," Rebbe Nassan said, in "Chayei Moharan" it is written that all the days of our lives we travel to Uman for Rosh Hashanah]</w:t>
      </w:r>
    </w:p>
    <w:p>
      <w:r>
        <w:t>Yo, {. .}</w:t>
      </w:r>
    </w:p>
    <w:p>
      <w:r>
        <w:t>[He said that this is the practice; after Rabbainu's passing, we always travel to Uman for Rosh Hashanah]</w:t>
      </w:r>
    </w:p>
    <w:p>
      <w:r>
        <w:t>{..}</w:t>
      </w:r>
    </w:p>
    <w:p>
      <w:r>
        <w:t>[This is puree, this is puree]</w:t>
      </w:r>
    </w:p>
    <w:p>
      <w:r>
        <w:t>Puree?</w:t>
      </w:r>
    </w:p>
    <w:p>
      <w:r>
        <w:t>[Yes, but it is cold]</w:t>
      </w:r>
    </w:p>
    <w:p>
      <w:r>
        <w:t>Huh?</w:t>
      </w:r>
    </w:p>
    <w:p>
      <w:r>
        <w:t>[But it is cold, and there is also.. there is Bamba]</w:t>
      </w:r>
    </w:p>
    <w:p>
      <w:r>
        <w:t>[….]</w:t>
      </w:r>
    </w:p>
    <w:p>
      <w:r>
        <w:t>[No]</w:t>
      </w:r>
    </w:p>
    <w:p>
      <w:r>
        <w:t>[And there is, ah.. sweet mezonos, sweet mezonos, and there are, ah.. dates, raisins]</w:t>
      </w:r>
    </w:p>
    <w:p>
      <w:r>
        <w:t>Good, {…..} is there this, ah, like date honey?</w:t>
      </w:r>
    </w:p>
    <w:p>
      <w:r>
        <w:t>[Ah, yes, yes]</w:t>
      </w:r>
    </w:p>
    <w:p>
      <w:r>
        <w:t>{There is more merchandise}</w:t>
      </w:r>
    </w:p>
    <w:p>
      <w:r>
        <w:t>[Yes, yes, yes, there is, date spread, ah, ah, date spread]</w:t>
      </w:r>
    </w:p>
    <w:p>
      <w:r>
        <w:t>Ah..</w:t>
      </w:r>
    </w:p>
    <w:p>
      <w:r>
        <w:t>[Yes, it is very good, it is very good]</w:t>
      </w:r>
    </w:p>
    <w:p>
      <w:r>
        <w:t>Fine, fine</w:t>
      </w:r>
    </w:p>
    <w:p>
      <w:r>
        <w:t>[More?]</w:t>
      </w:r>
    </w:p>
    <w:p>
      <w:r>
        <w:t>No</w:t>
      </w:r>
    </w:p>
    <w:p>
      <w:r>
        <w:t>[Enough]</w:t>
      </w:r>
    </w:p>
    <w:p>
      <w:r>
        <w:t>No more {puree}</w:t>
      </w:r>
    </w:p>
    <w:p>
      <w:r>
        <w:t>[A little cola? Saba, cola? There is cola too, a little?]</w:t>
      </w:r>
    </w:p>
    <w:p>
      <w:r>
        <w:t>(Drumming)</w:t>
      </w:r>
    </w:p>
    <w:p>
      <w:r>
        <w:t>[Saba, I went to a carpenter, to a carpenter, and I bought plywood.., a piece.., bou.., new wood]</w:t>
      </w:r>
    </w:p>
    <w:p>
      <w:r>
        <w:t>Huh?</w:t>
      </w:r>
    </w:p>
    <w:p>
      <w:r>
        <w:t>[I repaired the bed]</w:t>
      </w:r>
    </w:p>
    <w:p>
      <w:r>
        <w:t>Yes?</w:t>
      </w:r>
    </w:p>
    <w:p>
      <w:r>
        <w:t>[Now it is completely fine]</w:t>
      </w:r>
    </w:p>
    <w:p>
      <w:r>
        <w:t>{You repaired it}</w:t>
      </w:r>
    </w:p>
    <w:p>
      <w:r>
        <w:t>[I repaired it myself, myself]</w:t>
      </w:r>
    </w:p>
    <w:p>
      <w:r>
        <w:t>Huh?</w:t>
      </w:r>
    </w:p>
    <w:p>
      <w:r>
        <w:t>[I myself repaired it]</w:t>
      </w:r>
    </w:p>
    <w:p>
      <w:r>
        <w:t>Ah</w:t>
      </w:r>
    </w:p>
    <w:p>
      <w:r>
        <w:t>[Yes, I..]</w:t>
      </w:r>
    </w:p>
    <w:p>
      <w:r>
        <w:t>[Oh, mazal tov]</w:t>
      </w:r>
    </w:p>
    <w:p>
      <w:r>
        <w:t>[I bought the wood, bought the wood..]</w:t>
      </w:r>
    </w:p>
    <w:p>
      <w:r>
        <w:t>{...} of the bed?</w:t>
      </w:r>
    </w:p>
    <w:p>
      <w:r>
        <w:t>[I bought wood]</w:t>
      </w:r>
    </w:p>
    <w:p>
      <w:r>
        <w:t>Wood</w:t>
      </w:r>
    </w:p>
    <w:p>
      <w:r>
        <w:t>[Special wood for the bed, and I repaired it myself]</w:t>
      </w:r>
    </w:p>
    <w:p>
      <w:r>
        <w:t>[..What came out for you there?]</w:t>
      </w:r>
    </w:p>
    <w:p>
      <w:r>
        <w:t>[And now inside the..]</w:t>
      </w:r>
    </w:p>
    <w:p>
      <w:r>
        <w:t>…[..…]</w:t>
      </w:r>
    </w:p>
    <w:p>
      <w:r>
        <w:t>...{..}...</w:t>
      </w:r>
    </w:p>
    <w:p>
      <w:r>
        <w:t>...th..{...} the guest, ah.. shall not lie on the bed until the host lies down and sees whether it is good [Yes, today I am going, today I am going to lie on the bed, today, and I will check that it is good] Good</w:t>
      </w:r>
    </w:p>
    <w:p>
      <w:r>
        <w:t>[Yes, I put in new]</w:t>
      </w:r>
    </w:p>
    <w:p>
      <w:r>
        <w:t>But {what, what about tomorrow?}</w:t>
      </w:r>
    </w:p>
    <w:p>
      <w:r>
        <w:t>[Ah, until.. huh? Until tomorrow, until th.. yes]</w:t>
      </w:r>
    </w:p>
    <w:p>
      <w:r>
        <w:t>{Living today}…</w:t>
      </w:r>
    </w:p>
    <w:p>
      <w:r>
        <w:t>...{...} the television</w:t>
      </w:r>
    </w:p>
    <w:p>
      <w:r>
        <w:t>[What?]</w:t>
      </w:r>
    </w:p>
    <w:p>
      <w:r>
        <w:t>The television will tell you</w:t>
      </w:r>
    </w:p>
    <w:p>
      <w:r>
        <w:t>[There is no television, television ha'ois (outside)] Ha'ois…</w:t>
      </w:r>
    </w:p>
    <w:p>
      <w:r>
        <w:t>...[The friends sing:</w:t>
      </w:r>
    </w:p>
    <w:p>
      <w:r>
        <w:t>"Fortunate are we that we have such a {Rebbe\note}.."</w:t>
      </w:r>
    </w:p>
    <w:p>
      <w:r>
        <w:t>Saba rouses the friends)]…</w:t>
      </w:r>
    </w:p>
    <w:p>
      <w:r>
        <w:t>...I have no strength to laugh, give me liver, don't you have any?</w:t>
      </w:r>
    </w:p>
    <w:p>
      <w:r>
        <w:t>[Liver]</w:t>
      </w:r>
    </w:p>
    <w:p>
      <w:r>
        <w:t>So that I will have {{..strength}} to shout</w:t>
      </w:r>
    </w:p>
    <w:p>
      <w:r>
        <w:t>[To shout, to laugh]</w:t>
      </w:r>
    </w:p>
    <w:p>
      <w:r>
        <w:t>[I, so that I will have strength]</w:t>
      </w:r>
    </w:p>
    <w:p>
      <w:r>
        <w:t>[Is there liver here?]</w:t>
      </w:r>
    </w:p>
    <w:p>
      <w:r>
        <w:t>You don't have liver?</w:t>
      </w:r>
    </w:p>
    <w:p>
      <w:r>
        <w:t>[Liver?]</w:t>
      </w:r>
    </w:p>
    <w:p>
      <w:r>
        <w:t>[At the store, no?]</w:t>
      </w:r>
    </w:p>
    <w:p>
      <w:r>
        <w:t>[At the store, there is some at the store, Saba, at the store]</w:t>
      </w:r>
    </w:p>
    <w:p>
      <w:r>
        <w:t>Is there some at the store?</w:t>
      </w:r>
    </w:p>
    <w:p>
      <w:r>
        <w:t>[There is some at the store]</w:t>
      </w:r>
    </w:p>
    <w:p>
      <w:r>
        <w:t>Ah, clo.., now everything is already closed..</w:t>
      </w:r>
    </w:p>
    <w:p>
      <w:r>
        <w:t>[No, no, no, it isn't closed]</w:t>
      </w:r>
    </w:p>
    <w:p>
      <w:r>
        <w:t>They are all{{..}} closed</w:t>
      </w:r>
    </w:p>
    <w:p>
      <w:r>
        <w:t>[No, not closed?]</w:t>
      </w:r>
    </w:p>
    <w:p>
      <w:r>
        <w:t>[Downstairs it isn't closed]…</w:t>
      </w:r>
    </w:p>
    <w:p>
      <w:r>
        <w:t>...(Saba and Uri from Meron shout ah, ah, ah, ah)</w:t>
      </w:r>
    </w:p>
    <w:p>
      <w:r>
        <w:t>[…...….]</w:t>
      </w:r>
    </w:p>
    <w:p>
      <w:r>
        <w:t>[……]…</w:t>
      </w:r>
    </w:p>
    <w:p>
      <w:r>
        <w:t>...Ah..</w:t>
      </w:r>
    </w:p>
    <w:p>
      <w:r>
        <w:t>[Uri from Meron sings:</w:t>
      </w:r>
    </w:p>
    <w:p>
      <w:r>
        <w:t>"From Moshe to Rabbainu there was no one like Rabbainu, we travel to Rabbainu Nachman, we travel to Uman..</w:t>
      </w:r>
    </w:p>
    <w:p>
      <w:r>
        <w:t>Na Naḥ Naḥma Naḥman of Uman, he rectifies the world..”</w:t>
      </w:r>
    </w:p>
    <w:p>
      <w:r>
        <w:t>(Saba directs)]</w:t>
      </w:r>
    </w:p>
    <w:p>
      <w:r>
        <w:t>[Saba, the television]</w:t>
      </w:r>
    </w:p>
    <w:p>
      <w:r>
        <w:t>Huh?</w:t>
      </w:r>
    </w:p>
    <w:p>
      <w:r>
        <w:t>[The television]</w:t>
      </w:r>
    </w:p>
    <w:p>
      <w:r>
        <w:t>Nu</w:t>
      </w:r>
    </w:p>
    <w:p>
      <w:r>
        <w:t>[They want, they call again and again]</w:t>
      </w:r>
    </w:p>
    <w:p>
      <w:r>
        <w:t>[They do not give up]</w:t>
      </w:r>
    </w:p>
    <w:p>
      <w:r>
        <w:t>Yes?</w:t>
      </w:r>
    </w:p>
    <w:p>
      <w:r>
        <w:t>[They do not give up.. and they want]</w:t>
      </w:r>
    </w:p>
    <w:p>
      <w:r>
        <w:t>[…..]</w:t>
      </w:r>
    </w:p>
    <w:p>
      <w:r>
        <w:t>[They promised that they would come for a little while, they accept everything we tell them</w:t>
      </w:r>
    </w:p>
    <w:p>
      <w:r>
        <w:t>and they want us to tell them what "Na Naḥ" is, and that we..</w:t>
      </w:r>
    </w:p>
    <w:p>
      <w:r>
        <w:t>and that we will sing, sing, and they will not take much of our time, they want to do..]</w:t>
      </w:r>
    </w:p>
    <w:p>
      <w:r>
        <w:t>Ah, we will sing as well</w:t>
      </w:r>
    </w:p>
    <w:p>
      <w:r>
        <w:t>[Yes, they, they want, they..]</w:t>
      </w:r>
    </w:p>
    <w:p>
      <w:r>
        <w:t>[Dagan, Dagan]</w:t>
      </w:r>
    </w:p>
    <w:p>
      <w:r>
        <w:t>[They..]</w:t>
      </w:r>
    </w:p>
    <w:p>
      <w:r>
        <w:t>But all {...}, all of Tel Aviv want to sleep, what is hisbodedus? What do we do?</w:t>
      </w:r>
    </w:p>
    <w:p>
      <w:r>
        <w:t>[They want "Na Naḥ," they want to know what it is, so that everyone will know what "Na Naḥ" is throughout the country, th..] Ah..</w:t>
      </w:r>
    </w:p>
    <w:p>
      <w:r>
        <w:t>[That we should tell them; what will we do? Saba, what will we do? We'll tell them, no?</w:t>
      </w:r>
    </w:p>
    <w:p>
      <w:r>
        <w:t>Maybe, maybe someone will be awakened to repentance by this? Some person who is seeking the truth, he will watch] Ah.. ah.. ah.. ah..</w:t>
      </w:r>
    </w:p>
    <w:p>
      <w:r>
        <w:t>[Ah.. ah.. ah.. ah..]</w:t>
      </w:r>
    </w:p>
    <w:p>
      <w:r>
        <w:t>[And he will receive.. what, what will we tell them? Saba, they want an answer]</w:t>
      </w:r>
    </w:p>
    <w:p>
      <w:r>
        <w:t>Let them wait</w:t>
      </w:r>
    </w:p>
    <w:p>
      <w:r>
        <w:t>[Let them wait?]</w:t>
      </w:r>
    </w:p>
    <w:p>
      <w:r>
        <w:t>Yes</w:t>
      </w:r>
    </w:p>
    <w:p>
      <w:r>
        <w:t>[They want to come tomorrow]</w:t>
      </w:r>
    </w:p>
    <w:p>
      <w:r>
        <w:t>[Let them say "Na Naḥ Naḥma Naḥman of Uman"]</w:t>
      </w:r>
    </w:p>
    <w:p>
      <w:r>
        <w:t>[They want to come, they want to come tomorrow..]</w:t>
      </w:r>
    </w:p>
    <w:p>
      <w:r>
        <w:t>Ah.. ah. .ah.. ah..</w:t>
      </w:r>
    </w:p>
    <w:p>
      <w:r>
        <w:t>[Ah.. ah.. ah.. ah..]</w:t>
      </w:r>
    </w:p>
    <w:p>
      <w:r>
        <w:t>[Then tell them…..]</w:t>
      </w:r>
    </w:p>
    <w:p>
      <w:r>
        <w:t>[What should I say? That they should not come tomorrow? Tell them not to come?]</w:t>
      </w:r>
    </w:p>
    <w:p>
      <w:r>
        <w:t>No , no</w:t>
      </w:r>
    </w:p>
    <w:p>
      <w:r>
        <w:t>[Not to come, good]</w:t>
      </w:r>
    </w:p>
    <w:p>
      <w:r>
        <w:t>[…….]</w:t>
      </w:r>
    </w:p>
    <w:p>
      <w:r>
        <w:t>[Good, not to come, tell them not to come]</w:t>
      </w:r>
    </w:p>
    <w:p>
      <w:r>
        <w:t>[Maybe someone watches this more….]</w:t>
      </w:r>
    </w:p>
    <w:p>
      <w:r>
        <w:t>[Maybe someone, someone is looking for {Messiah}, looking..]</w:t>
      </w:r>
    </w:p>
    <w:p>
      <w:r>
        <w:t>[Ah.. I want..]</w:t>
      </w:r>
    </w:p>
    <w:p>
      <w:r>
        <w:t>[The truth, and he will be awakened to repentance]</w:t>
      </w:r>
    </w:p>
    <w:p>
      <w:r>
        <w:t>{..}</w:t>
      </w:r>
    </w:p>
    <w:p>
      <w:r>
        <w:t>[Through this?]</w:t>
      </w:r>
    </w:p>
    <w:p>
      <w:r>
        <w:t>[..I saw a person]</w:t>
      </w:r>
    </w:p>
    <w:p>
      <w:r>
        <w:t>[What?]</w:t>
      </w:r>
    </w:p>
    <w:p>
      <w:r>
        <w:t>[Maybe?]</w:t>
      </w:r>
    </w:p>
    <w:p>
      <w:r>
        <w:t>[One, the one with the note?]</w:t>
      </w:r>
    </w:p>
    <w:p>
      <w:r>
        <w:t>[Saba]</w:t>
      </w:r>
    </w:p>
    <w:p>
      <w:r>
        <w:t>[Yes]</w:t>
      </w:r>
    </w:p>
    <w:p>
      <w:r>
        <w:t>[Once I saw in Meron]</w:t>
      </w:r>
    </w:p>
    <w:p>
      <w:r>
        <w:t>Huh?</w:t>
      </w:r>
    </w:p>
    <w:p>
      <w:r>
        <w:t>[I saw a Jew in Meron, he saw you on television six years ago]</w:t>
      </w:r>
    </w:p>
    <w:p>
      <w:r>
        <w:t>[Nine]</w:t>
      </w:r>
    </w:p>
    <w:p>
      <w:r>
        <w:t>[Nine years ago]</w:t>
      </w:r>
    </w:p>
    <w:p>
      <w:r>
        <w:t>Yo</w:t>
      </w:r>
    </w:p>
    <w:p>
      <w:r>
        <w:t>[He saw "Na Naḥ" on television]</w:t>
      </w:r>
    </w:p>
    <w:p>
      <w:r>
        <w:t>"Na Naḥ"?</w:t>
      </w:r>
    </w:p>
    <w:p>
      <w:r>
        <w:t>[Yes, and he wrote it down..]</w:t>
      </w:r>
    </w:p>
    <w:p>
      <w:r>
        <w:t>Nu</w:t>
      </w:r>
    </w:p>
    <w:p>
      <w:r>
        <w:t>[He wrote it on paper, he did not know, so as not to forget, he wrote it on a piece of paper</w:t>
      </w:r>
    </w:p>
    <w:p>
      <w:r>
        <w:t>and he kept it in his pocket, the..]</w:t>
      </w:r>
    </w:p>
    <w:p>
      <w:r>
        <w:t>Yes</w:t>
      </w:r>
    </w:p>
    <w:p>
      <w:r>
        <w:t>[The paper on which "Na Naḥ" is written]</w:t>
      </w:r>
    </w:p>
    <w:p>
      <w:r>
        <w:t>{..}</w:t>
      </w:r>
    </w:p>
    <w:p>
      <w:r>
        <w:t>[He kept it, how many, nine years]</w:t>
      </w:r>
    </w:p>
    <w:p>
      <w:r>
        <w:t>{..}</w:t>
      </w:r>
    </w:p>
    <w:p>
      <w:r>
        <w:t>[Every time, every time he wrote a new paper, he saw it on television]</w:t>
      </w:r>
    </w:p>
    <w:p>
      <w:r>
        <w:t>Yes</w:t>
      </w:r>
    </w:p>
    <w:p>
      <w:r>
        <w:t>[Yes, and he kept it in his pocket]</w:t>
      </w:r>
    </w:p>
    <w:p>
      <w:r>
        <w:t>[We were on television together, Saba]</w:t>
      </w:r>
    </w:p>
    <w:p>
      <w:r>
        <w:t>{..}</w:t>
      </w:r>
    </w:p>
    <w:p>
      <w:r>
        <w:t>[You, you do not remember, that you and I were on television, nine years ago?]</w:t>
      </w:r>
    </w:p>
    <w:p>
      <w:r>
        <w:t>Yes?</w:t>
      </w:r>
    </w:p>
    <w:p>
      <w:r>
        <w:t>[We were together, yes, and one man saw the program, and he heard "Na Naḥ Naḥma Naḥman of Uman"]</w:t>
      </w:r>
    </w:p>
    <w:p>
      <w:r>
        <w:t>Yo</w:t>
      </w:r>
    </w:p>
    <w:p>
      <w:r>
        <w:t>[So he took a paper, and wrote on the paper "Na Naḥ Naḥma Naḥman of Uman," so that he would not forget</w:t>
      </w:r>
    </w:p>
    <w:p>
      <w:r>
        <w:t>and he put it in his pocket, and every time the paper gets a little spoiled, he takes a new paper, and writes it again, nine years like this, nine years he, he puts a new paper in his pocket every time]</w:t>
      </w:r>
    </w:p>
    <w:p>
      <w:r>
        <w:t>Yes</w:t>
      </w:r>
    </w:p>
    <w:p>
      <w:r>
        <w:t>[From the television, he saw us on television]</w:t>
      </w:r>
    </w:p>
    <w:p>
      <w:r>
        <w:t>Yes?</w:t>
      </w:r>
    </w:p>
    <w:p>
      <w:r>
        <w:t>[Yes, yes.. Uri met him in.. at Rebbe Shimon bar Yochai in Meron]</w:t>
      </w:r>
    </w:p>
    <w:p>
      <w:r>
        <w:t>[He told me]</w:t>
      </w:r>
    </w:p>
    <w:p>
      <w:r>
        <w:t>[He told Uri, he saw Uri in Meron</w:t>
      </w:r>
    </w:p>
    <w:p>
      <w:r>
        <w:t>so he told him this story, this tale]</w:t>
      </w:r>
    </w:p>
    <w:p>
      <w:r>
        <w:t>[Tell them to ask him……..]</w:t>
      </w:r>
    </w:p>
    <w:p>
      <w:r>
        <w:t>[So what, what will we do? Saba, shall we tell them not to come tomorrow?]</w:t>
      </w:r>
    </w:p>
    <w:p>
      <w:r>
        <w:t>Ah.. no</w:t>
      </w:r>
    </w:p>
    <w:p>
      <w:r>
        <w:t>[Not to come]</w:t>
      </w:r>
    </w:p>
    <w:p>
      <w:r>
        <w:t>{..}</w:t>
      </w:r>
    </w:p>
    <w:p>
      <w:r>
        <w:t>[Maybe it is good?]</w:t>
      </w:r>
    </w:p>
    <w:p>
      <w:r>
        <w:t>It could be that the police will come</w:t>
      </w:r>
    </w:p>
    <w:p>
      <w:r>
        <w:t>[No, why?]</w:t>
      </w:r>
    </w:p>
    <w:p>
      <w:r>
        <w:t>{{…...}}</w:t>
      </w:r>
    </w:p>
    <w:p>
      <w:r>
        <w:t>[What?]</w:t>
      </w:r>
    </w:p>
    <w:p>
      <w:r>
        <w:t>[What did he say?]...</w:t>
      </w:r>
    </w:p>
    <w:p>
      <w:r>
        <w:t>...the police will come</w:t>
      </w:r>
    </w:p>
    <w:p>
      <w:r>
        <w:t>[Yes]</w:t>
      </w:r>
    </w:p>
    <w:p>
      <w:r>
        <w:t>And they will say to all of Tel Aviv, "Get up"</w:t>
      </w:r>
    </w:p>
    <w:p>
      <w:r>
        <w:t>[Say "Na Naḥ" quickly]</w:t>
      </w:r>
    </w:p>
    <w:p>
      <w:r>
        <w:t>Enough sleeping</w:t>
      </w:r>
    </w:p>
    <w:p>
      <w:r>
        <w:t>[The police will say, that everyone needs to say "Na Naḥ"]</w:t>
      </w:r>
    </w:p>
    <w:p>
      <w:r>
        <w:t>[……]</w:t>
      </w:r>
    </w:p>
    <w:p>
      <w:r>
        <w:t>[Enough sleeping]</w:t>
      </w:r>
    </w:p>
    <w:p>
      <w:r>
        <w:t>[And a policeman will stand, and he will tell everyone to say "Na Naḥ"]</w:t>
      </w:r>
    </w:p>
    <w:p>
      <w:r>
        <w:t>Yes, yes</w:t>
      </w:r>
    </w:p>
    <w:p>
      <w:r>
        <w:t>[So what, what will we do? Shall we tell them.., what, what should we tell them? Saba</w:t>
      </w:r>
    </w:p>
    <w:p>
      <w:r>
        <w:t>they very much want to come, they will co.., they promised, that they will come only for a little while</w:t>
      </w:r>
    </w:p>
    <w:p>
      <w:r>
        <w:t>and they will not disturb, they will not disturb..]</w:t>
      </w:r>
    </w:p>
    <w:p>
      <w:r>
        <w:t>Ah.. ah. .ah.. ah..</w:t>
      </w:r>
    </w:p>
    <w:p>
      <w:r>
        <w:t>[…………..]</w:t>
      </w:r>
    </w:p>
    <w:p>
      <w:r>
        <w:t>[…………..]</w:t>
      </w:r>
    </w:p>
    <w:p>
      <w:r>
        <w:t>[ What, what should I tell them? Saba]</w:t>
      </w:r>
    </w:p>
    <w:p>
      <w:r>
        <w:t>Let them wait</w:t>
      </w:r>
    </w:p>
    <w:p>
      <w:r>
        <w:t>[Let them wait longer]</w:t>
      </w:r>
    </w:p>
    <w:p>
      <w:r>
        <w:t>One year</w:t>
      </w:r>
    </w:p>
    <w:p>
      <w:r>
        <w:t>[One year?]</w:t>
      </w:r>
    </w:p>
    <w:p>
      <w:r>
        <w:t>Yes</w:t>
      </w:r>
    </w:p>
    <w:p>
      <w:r>
        <w:t>[One year, good, I am going home, Saba]</w:t>
      </w:r>
    </w:p>
    <w:p>
      <w:r>
        <w:t>Goodbye</w:t>
      </w:r>
    </w:p>
    <w:p>
      <w:r>
        <w:t>[Good night]</w:t>
      </w:r>
    </w:p>
    <w:p>
      <w:r>
        <w:t>Good night</w:t>
      </w:r>
    </w:p>
    <w:p>
      <w:r>
        <w:t>[All the best]</w:t>
      </w:r>
    </w:p>
    <w:p>
      <w:r>
        <w:t>[………………..]</w:t>
      </w:r>
    </w:p>
    <w:p>
      <w:r>
        <w:t>[………………..]</w:t>
      </w:r>
    </w:p>
    <w:p>
      <w:r>
        <w:t>[..And bring me the number, yesterday there was one…….]</w:t>
      </w:r>
    </w:p>
    <w:p>
      <w:r>
        <w:t>(Saba and Uri from Meron shout and laugh ah.. ah.. ah.. ah..)</w:t>
      </w:r>
    </w:p>
    <w:p>
      <w:r>
        <w:t>{…}</w:t>
      </w:r>
    </w:p>
    <w:p>
      <w:r>
        <w:t>[...Yes, he is here…….]</w:t>
      </w:r>
    </w:p>
    <w:p>
      <w:r>
        <w:t>[They said…]</w:t>
      </w:r>
    </w:p>
    <w:p>
      <w:r>
        <w:t>[Huh? They are coming.. Uri, Uri]</w:t>
      </w:r>
    </w:p>
    <w:p>
      <w:r>
        <w:t>[What?]</w:t>
      </w:r>
    </w:p>
    <w:p>
      <w:r>
        <w:t>[……..]</w:t>
      </w:r>
    </w:p>
    <w:p>
      <w:r>
        <w:t>[Uri?]</w:t>
      </w:r>
    </w:p>
    <w:p>
      <w:r>
        <w:t>[What?]</w:t>
      </w:r>
    </w:p>
    <w:p>
      <w:r>
        <w:t>[Ah.. they are here]</w:t>
      </w:r>
    </w:p>
    <w:p>
      <w:r>
        <w:t>Ah, I have no strength {…}</w:t>
      </w:r>
    </w:p>
    <w:p>
      <w:r>
        <w:t>[………...]</w:t>
      </w:r>
    </w:p>
    <w:p>
      <w:r>
        <w:t>[Saba, they publicized..]</w:t>
      </w:r>
    </w:p>
    <w:p>
      <w:r>
        <w:t>I have no strength</w:t>
      </w:r>
    </w:p>
    <w:p>
      <w:r>
        <w:t>[They publicized me in the newspaper, pra.., pray for me, they made publicity for me throughout Haifa]</w:t>
      </w:r>
    </w:p>
    <w:p>
      <w:r>
        <w:t>[Why?]</w:t>
      </w:r>
    </w:p>
    <w:p>
      <w:r>
        <w:t>[They made an unflattering picture of me in the newspaper, they wrote a lie about me]</w:t>
      </w:r>
    </w:p>
    <w:p>
      <w:r>
        <w:t>Yes?</w:t>
      </w:r>
    </w:p>
    <w:p>
      <w:r>
        <w:t>[They made me, they made me a "famous man of falsehood"]</w:t>
      </w:r>
    </w:p>
    <w:p>
      <w:r>
        <w:t>Huh?</w:t>
      </w:r>
    </w:p>
    <w:p>
      <w:r>
        <w:t>[They made me a "famous man of falsehood”]</w:t>
      </w:r>
    </w:p>
    <w:p>
      <w:r>
        <w:t>[He goes, buys himself {…..} a second]</w:t>
      </w:r>
    </w:p>
    <w:p>
      <w:r>
        <w:t>[Pray for me, that it should not harm me, that I do not..]</w:t>
      </w:r>
    </w:p>
    <w:p>
      <w:r>
        <w:t>[……..]</w:t>
      </w:r>
    </w:p>
    <w:p>
      <w:r>
        <w:t>[….….]</w:t>
      </w:r>
    </w:p>
    <w:p>
      <w:r>
        <w:t>[That not, that we should not see journalists and no, and no anger]</w:t>
      </w:r>
    </w:p>
    <w:p>
      <w:r>
        <w:t>[..Bigger journalists ]</w:t>
      </w:r>
    </w:p>
    <w:p>
      <w:r>
        <w:t>Ah, ah, I cannot, I must rest</w:t>
      </w:r>
    </w:p>
    <w:p>
      <w:r>
        <w:t>[Rest, rest, rest, it is best to rest]…</w:t>
      </w:r>
    </w:p>
    <w:p>
      <w:r>
        <w:t>...{..}</w:t>
      </w:r>
    </w:p>
    <w:p>
      <w:r>
        <w:t>[I…..]...</w:t>
      </w:r>
    </w:p>
    <w:p>
      <w:r>
        <w:t>...[The friends sing:</w:t>
      </w:r>
    </w:p>
    <w:p>
      <w:r>
        <w:t>"Strength and dignity are her clothing, and she will laugh at the last day.."</w:t>
      </w:r>
    </w:p>
    <w:p>
      <w:r>
        <w:t>(Saba and the friends shout: ah.. ah.. ah.. ah..)]…</w:t>
      </w:r>
    </w:p>
    <w:p>
      <w:r>
        <w:t>...[(Saba and Uri from Meron shout and laugh: ah.. ah.. ah.. ah..)]</w:t>
      </w:r>
    </w:p>
    <w:p>
      <w:r>
        <w:t>[……….]</w:t>
      </w:r>
    </w:p>
    <w:p>
      <w:r>
        <w:t>[….……]</w:t>
      </w:r>
    </w:p>
    <w:p>
      <w:r>
        <w:t>[They brought police….. in Tel Aviv]</w:t>
      </w:r>
    </w:p>
    <w:p>
      <w:r>
        <w:t>[Ah.. yes?]</w:t>
      </w:r>
    </w:p>
    <w:p>
      <w:r>
        <w:t>[Why? Why did they bring to them?]</w:t>
      </w:r>
    </w:p>
    <w:p>
      <w:r>
        <w:t>[Everyone will say……..]…</w:t>
      </w:r>
    </w:p>
    <w:p>
      <w:r>
        <w:t>...[…….]</w:t>
      </w:r>
    </w:p>
    <w:p>
      <w:r>
        <w:t>[Yes]...</w:t>
      </w:r>
    </w:p>
    <w:p>
      <w:r>
        <w:t>...already to sleep, nu, {….}, the world {were\today} continues to sleep, to eat and to sleep, what is this?</w:t>
      </w:r>
    </w:p>
    <w:p>
      <w:r>
        <w:t>[What is this?]</w:t>
      </w:r>
    </w:p>
    <w:p>
      <w:r>
        <w:t>[Saba]…</w:t>
      </w:r>
    </w:p>
    <w:p>
      <w:r>
        <w:t>[...…]...</w:t>
      </w:r>
    </w:p>
    <w:p>
      <w:r>
        <w:t>{Where will we sle..}, I do not have a bed for you, go home [All right]…</w:t>
      </w:r>
    </w:p>
    <w:p>
      <w:r>
        <w:t>...(Saba and Uri from Meron shout and laugh: ah.. ah.. ah.. ah..)</w:t>
      </w:r>
    </w:p>
    <w:p>
      <w:r>
        <w:t>[Good night, Saba]…</w:t>
      </w:r>
    </w:p>
    <w:p>
      <w:r>
        <w:t>...[Shalom]</w:t>
      </w:r>
    </w:p>
    <w:p>
      <w:r>
        <w:t>Shalom, shalom, go, go to sleep</w:t>
      </w:r>
    </w:p>
    <w:p>
      <w:r>
        <w:t>[Tell him…….]…</w:t>
      </w:r>
    </w:p>
    <w:p>
      <w:r>
        <w:t>...[In the end, Saba, everyone will even want to buy the Petek, and they will not succeed]</w:t>
      </w:r>
    </w:p>
    <w:p>
      <w:r>
        <w:t>Huh?</w:t>
      </w:r>
    </w:p>
    <w:p>
      <w:r>
        <w:t>[In the end the whole world will want to buy the Petek, and they will not succeed</w:t>
      </w:r>
    </w:p>
    <w:p>
      <w:r>
        <w:t>they will beg to say "Na Naḥ Naḥma Naḥman of Uman"</w:t>
      </w:r>
    </w:p>
    <w:p>
      <w:r>
        <w:t>everyone will want to say "Na Naḥ Naḥma Naḥman of Uman"]…</w:t>
      </w:r>
    </w:p>
    <w:p>
      <w:r>
        <w:t>...{…}...</w:t>
      </w:r>
    </w:p>
    <w:p>
      <w:r>
        <w:t>...Hospitality is in Kabbalah f.. in all, for all of Rabbainu's people</w:t>
      </w:r>
    </w:p>
    <w:p>
      <w:r>
        <w:t>that not {...}, the guest should not sleep, until the host lies down and sees whether it is good…</w:t>
      </w:r>
    </w:p>
    <w:p>
      <w:r>
        <w:t>...[So I already..]…</w:t>
      </w:r>
    </w:p>
    <w:p>
      <w:r>
        <w:t>...[That she cannot, all day she only thinks about Rabbainu and about the..]</w:t>
      </w:r>
    </w:p>
    <w:p>
      <w:r>
        <w:t>Yes</w:t>
      </w:r>
    </w:p>
    <w:p>
      <w:r>
        <w:t>[It entered into her mind]</w:t>
      </w:r>
    </w:p>
    <w:p>
      <w:r>
        <w:t>Ah, yes?</w:t>
      </w:r>
    </w:p>
    <w:p>
      <w:r>
        <w:t>[{..}, and the reporter, the reporter]</w:t>
      </w:r>
    </w:p>
    <w:p>
      <w:r>
        <w:t>Huh?</w:t>
      </w:r>
    </w:p>
    <w:p>
      <w:r>
        <w:t>[Th.. the reporter, the one who is making the report on television]</w:t>
      </w:r>
    </w:p>
    <w:p>
      <w:r>
        <w:t>Yo</w:t>
      </w:r>
    </w:p>
    <w:p>
      <w:r>
        <w:t>[That is different, she is now reading Rabbainu's books, she is reading Rabbainu's books, she has Rabbainu's books]</w:t>
      </w:r>
    </w:p>
    <w:p>
      <w:r>
        <w:t>Yes?</w:t>
      </w:r>
    </w:p>
    <w:p>
      <w:r>
        <w:t>[Yes, and she reads the books, and she, she wants to come, she said, that she will come in any case</w:t>
      </w:r>
    </w:p>
    <w:p>
      <w:r>
        <w:t>Yes</w:t>
      </w:r>
    </w:p>
    <w:p>
      <w:r>
        <w:t>[Here, come what may, with self-sacrifice</w:t>
      </w:r>
    </w:p>
    <w:p>
      <w:r>
        <w:t>she said, I will come, she wants a blessing for herself, for her son</w:t>
      </w:r>
    </w:p>
    <w:p>
      <w:r>
        <w:t>the television reporter, she said: "I want to come to receive a blessing"</w:t>
      </w:r>
    </w:p>
    <w:p>
      <w:r>
        <w:t>and she wants to come here to receive a blessing, come what may</w:t>
      </w:r>
    </w:p>
    <w:p>
      <w:r>
        <w:t>yes, self-sacrifice, they decided that they will come, come what may</w:t>
      </w:r>
    </w:p>
    <w:p>
      <w:r>
        <w:t>and she has Rabbainu's books, and she reads them, that is how she spoke with my wife last night]</w:t>
      </w:r>
    </w:p>
    <w:p>
      <w:r>
        <w:t>Yes</w:t>
      </w:r>
    </w:p>
    <w:p>
      <w:r>
        <w:t>[Yes, and th.. she is interested, what is Rabbainu, and what is this, and.. and she asked my wife all kinds of questions]</w:t>
      </w:r>
    </w:p>
    <w:p>
      <w:r>
        <w:t>Yes</w:t>
      </w:r>
    </w:p>
    <w:p>
      <w:r>
        <w:t>[Yes, my wife told her, until not.. th.. my wife said, that we do not consent to television</w:t>
      </w:r>
    </w:p>
    <w:p>
      <w:r>
        <w:t>until they seek the..]</w:t>
      </w:r>
    </w:p>
    <w:p>
      <w:r>
        <w:t>{Yes}</w:t>
      </w:r>
    </w:p>
    <w:p>
      <w:r>
        <w:t>[The genuine truth, and.. and nullify themselves, before the tzaddikim, and that they should come and seek the genuine truth, then she told my wife, that she, she is searching</w:t>
      </w:r>
    </w:p>
    <w:p>
      <w:r>
        <w:t>and my wife told her, and you need to pray to Hashem, you need to pray about this, th.. th.. th..</w:t>
      </w:r>
    </w:p>
    <w:p>
      <w:r>
        <w:t>and to seek the truth, my wife told her</w:t>
      </w:r>
    </w:p>
    <w:p>
      <w:r>
        <w:t>so she said, good, good, I want a blessing, she has Rabbainu's books, and she wants a blessing, yes</w:t>
      </w:r>
    </w:p>
    <w:p>
      <w:r>
        <w:t>and she said, that she will come, come what may, yes.. yes]…</w:t>
      </w:r>
    </w:p>
    <w:p>
      <w:r>
        <w:t>...[Saba, the friends sing:</w:t>
      </w:r>
    </w:p>
    <w:p>
      <w:r>
        <w:t>"Fortunate are we, how good is our portion and how pleasant is our lot and how beautiful is our inheritance, fortunate are we"]</w:t>
      </w:r>
    </w:p>
    <w:p>
      <w:r>
        <w:t>[Do you have this?]</w:t>
      </w:r>
    </w:p>
    <w:p>
      <w:r>
        <w:t>[Huh?]</w:t>
      </w:r>
    </w:p>
    <w:p>
      <w:r>
        <w:t>[The small one]</w:t>
      </w:r>
    </w:p>
    <w:p>
      <w:r>
        <w:t>And how beautiful is our inheritance..</w:t>
      </w:r>
    </w:p>
    <w:p>
      <w:r>
        <w:t>[..Which small one?]</w:t>
      </w:r>
    </w:p>
    <w:p>
      <w:r>
        <w:t>[……]</w:t>
      </w:r>
    </w:p>
    <w:p>
      <w:r>
        <w:t>[No, I have a guitar, I have]</w:t>
      </w:r>
    </w:p>
    <w:p>
      <w:r>
        <w:t>[No, ………]</w:t>
      </w:r>
    </w:p>
    <w:p>
      <w:r>
        <w:t>[No, no, I have two, I have one, one with nylon..]…</w:t>
      </w:r>
    </w:p>
    <w:p>
      <w:r>
        <w:t>...{With the Arabs? Nothing?}</w:t>
      </w:r>
    </w:p>
    <w:p>
      <w:r>
        <w:t>[Not today, no, today it was quiet]</w:t>
      </w:r>
    </w:p>
    <w:p>
      <w:r>
        <w:t>Huh?</w:t>
      </w:r>
    </w:p>
    <w:p>
      <w:r>
        <w:t>[I heard the news]</w:t>
      </w:r>
    </w:p>
    <w:p>
      <w:r>
        <w:t>Yo</w:t>
      </w:r>
    </w:p>
    <w:p>
      <w:r>
        <w:t>[In the meantime it was quiet just now]</w:t>
      </w:r>
    </w:p>
    <w:p>
      <w:r>
        <w:t>Yes?</w:t>
      </w:r>
    </w:p>
    <w:p>
      <w:r>
        <w:t>[It was quiet just now]</w:t>
      </w:r>
    </w:p>
    <w:p>
      <w:r>
        <w:t>{..}…</w:t>
      </w:r>
    </w:p>
    <w:p>
      <w:r>
        <w:t>...[Yisroel Dagan plays and sings:</w:t>
      </w:r>
    </w:p>
    <w:p>
      <w:r>
        <w:t>"..Na Naḥ Naḥma Naḥman of Uman"</w:t>
      </w:r>
    </w:p>
    <w:p>
      <w:r>
        <w:t>"Rabbainu Rebbe Nachman sent him, to illuminate our souls in distress</w:t>
      </w:r>
    </w:p>
    <w:p>
      <w:r>
        <w:t>and in order to hasten our redemption we will sing "Na Naḥ Naḥma Naḥman of Uman"</w:t>
      </w:r>
    </w:p>
    <w:p>
      <w:r>
        <w:t>we will sing "Na Naḥ Naḥma Naḥman of Uman .."]</w:t>
      </w:r>
    </w:p>
    <w:p>
      <w:r>
        <w:t>[……..]</w:t>
      </w:r>
    </w:p>
    <w:p>
      <w:r>
        <w:t>[Huh?]</w:t>
      </w:r>
    </w:p>
    <w:p>
      <w:r>
        <w:t>[I poured for you, you make the blessing, good, it is hot]</w:t>
      </w:r>
    </w:p>
    <w:p>
      <w:r>
        <w:t>[If you can, pour me something hot]</w:t>
      </w:r>
    </w:p>
    <w:p>
      <w:r>
        <w:t>[Shabbos coffee]</w:t>
      </w:r>
    </w:p>
    <w:p>
      <w:r>
        <w:t>[Saba, I merited to play for the host at his wedding, I played for him at the wedding, for the host]</w:t>
      </w:r>
    </w:p>
    <w:p>
      <w:r>
        <w:t>Yes?</w:t>
      </w:r>
    </w:p>
    <w:p>
      <w:r>
        <w:t>[Yes]</w:t>
      </w:r>
    </w:p>
    <w:p>
      <w:r>
        <w:t>{..}</w:t>
      </w:r>
    </w:p>
    <w:p>
      <w:r>
        <w:t>[His wedding was in Meron, at Rebbe Shimon]</w:t>
      </w:r>
    </w:p>
    <w:p>
      <w:r>
        <w:t>Yes</w:t>
      </w:r>
    </w:p>
    <w:p>
      <w:r>
        <w:t>[Yes.. Saba also got married in Meron, you know?]</w:t>
      </w:r>
    </w:p>
    <w:p>
      <w:r>
        <w:t>[Saba]</w:t>
      </w:r>
    </w:p>
    <w:p>
      <w:r>
        <w:t>[Yes]</w:t>
      </w:r>
    </w:p>
    <w:p>
      <w:r>
        <w:t>[Yisroel Dagan continues to play and sing:</w:t>
      </w:r>
    </w:p>
    <w:p>
      <w:r>
        <w:t>"This song tells about a Jew who has a message for every person</w:t>
      </w:r>
    </w:p>
    <w:p>
      <w:r>
        <w:t>This song tells about a Jew who sings "Na Naḥ Naḥma Naḥman of Uman" who sings "Na Naḥ Naḥma Naḥman of Uman..</w:t>
      </w:r>
    </w:p>
    <w:p>
      <w:r>
        <w:t>This song tells……"]</w:t>
      </w:r>
    </w:p>
    <w:p>
      <w:r>
        <w:t>{...}…</w:t>
      </w:r>
    </w:p>
    <w:p>
      <w:pPr>
        <w:pStyle w:val="Heading2"/>
      </w:pPr>
      <w:r>
        <w:t>Side B (Bais)</w:t>
      </w:r>
    </w:p>
    <w:p>
      <w:r>
        <w:t>...{Nu}</w:t>
      </w:r>
    </w:p>
    <w:p>
      <w:r>
        <w:t>[They came here]</w:t>
      </w:r>
    </w:p>
    <w:p>
      <w:r>
        <w:t>Nu</w:t>
      </w:r>
    </w:p>
    <w:p>
      <w:r>
        <w:t>[To ask for a blessing, they want a blessing]</w:t>
      </w:r>
    </w:p>
    <w:p>
      <w:r>
        <w:t>[Whatever you say, they want.., do I know? Whatever you want] Huh?</w:t>
      </w:r>
    </w:p>
    <w:p>
      <w:r>
        <w:t>[They came fr.., they came from the television]</w:t>
      </w:r>
    </w:p>
    <w:p>
      <w:r>
        <w:t>[Tell the truth, they want ….]</w:t>
      </w:r>
    </w:p>
    <w:p>
      <w:r>
        <w:t>But I do not have, I {{…}}, I am very weak</w:t>
      </w:r>
    </w:p>
    <w:p>
      <w:r>
        <w:t>[All right]</w:t>
      </w:r>
    </w:p>
    <w:p>
      <w:r>
        <w:t>I do not have strength to speak with them</w:t>
      </w:r>
    </w:p>
    <w:p>
      <w:r>
        <w:t>[All right]</w:t>
      </w:r>
    </w:p>
    <w:p>
      <w:r>
        <w:t>{..Fine, with no disrespect}, let them come here {if they want} another day [All right, when they come here, I will tell them, they have not yet..] Huh?</w:t>
      </w:r>
    </w:p>
    <w:p>
      <w:r>
        <w:t>[..They came to the house, they have not yet entered here]</w:t>
      </w:r>
    </w:p>
    <w:p>
      <w:r>
        <w:t>{They…..}</w:t>
      </w:r>
    </w:p>
    <w:p>
      <w:r>
        <w:t>[Can they come in here?]</w:t>
      </w:r>
    </w:p>
    <w:p>
      <w:r>
        <w:t>Huh?</w:t>
      </w:r>
    </w:p>
    <w:p>
      <w:r>
        <w:t>[They.., do you allow them to enter the house?]</w:t>
      </w:r>
    </w:p>
    <w:p>
      <w:r>
        <w:t>{Yes}, in short, let them go r.., let them go right away</w:t>
      </w:r>
    </w:p>
    <w:p>
      <w:r>
        <w:t>[Let them go right away, in short, and let them go right away]</w:t>
      </w:r>
    </w:p>
    <w:p>
      <w:r>
        <w:t>{..}</w:t>
      </w:r>
    </w:p>
    <w:p>
      <w:r>
        <w:t>[……...…………] […...……………]</w:t>
      </w:r>
    </w:p>
    <w:p>
      <w:r>
        <w:t>[..…..…]... [.…………]</w:t>
      </w:r>
    </w:p>
    <w:p>
      <w:r>
        <w:t>[Shalom]</w:t>
      </w:r>
    </w:p>
    <w:p>
      <w:r>
        <w:t>[Shalom]</w:t>
      </w:r>
    </w:p>
    <w:p>
      <w:r>
        <w:t>[Saba, the television has arrived, maybe they will return in teshuvah] Huh?</w:t>
      </w:r>
    </w:p>
    <w:p>
      <w:r>
        <w:t>[Maybe they will return in teshuvah, with Hashem's help]</w:t>
      </w:r>
    </w:p>
    <w:p>
      <w:r>
        <w:t>{Nu, good……}</w:t>
      </w:r>
    </w:p>
    <w:p>
      <w:r>
        <w:t>[Lift this thing for me, ……..]</w:t>
      </w:r>
    </w:p>
    <w:p>
      <w:r>
        <w:t>[…….…...….]</w:t>
      </w:r>
    </w:p>
    <w:p>
      <w:r>
        <w:t>[….….…...…]</w:t>
      </w:r>
    </w:p>
    <w:p>
      <w:r>
        <w:t>[Rebbe Yisroel, they want to film you] Huh?</w:t>
      </w:r>
    </w:p>
    <w:p>
      <w:r>
        <w:t>[They want to film you]</w:t>
      </w:r>
    </w:p>
    <w:p>
      <w:r>
        <w:t>[All right, all right, he knows, he knows] They want</w:t>
      </w:r>
    </w:p>
    <w:p>
      <w:r>
        <w:t>[To film, to film, a..]</w:t>
      </w:r>
    </w:p>
    <w:p>
      <w:r>
        <w:t>To film me</w:t>
      </w:r>
    </w:p>
    <w:p>
      <w:r>
        <w:t>[…………………...……..]</w:t>
      </w:r>
    </w:p>
    <w:p>
      <w:r>
        <w:t>[………………...…..……]</w:t>
      </w:r>
    </w:p>
    <w:p>
      <w:r>
        <w:t>{Who is this?}</w:t>
      </w:r>
    </w:p>
    <w:p>
      <w:r>
        <w:t>[It is me, Saba, Yitzchak]</w:t>
      </w:r>
    </w:p>
    <w:p>
      <w:r>
        <w:t>Huh?</w:t>
      </w:r>
    </w:p>
    <w:p>
      <w:r>
        <w:t>[Yitzchak, Yitzchak]</w:t>
      </w:r>
    </w:p>
    <w:p>
      <w:r>
        <w:t>Yitzchak</w:t>
      </w:r>
    </w:p>
    <w:p>
      <w:r>
        <w:t>[Son of Simcha]</w:t>
      </w:r>
    </w:p>
    <w:p>
      <w:r>
        <w:t>Ah</w:t>
      </w:r>
    </w:p>
    <w:p>
      <w:r>
        <w:t>[I will sit next to you]</w:t>
      </w:r>
    </w:p>
    <w:p>
      <w:r>
        <w:t>Huh?</w:t>
      </w:r>
    </w:p>
    <w:p>
      <w:r>
        <w:t>[I am sitting next to you]</w:t>
      </w:r>
    </w:p>
    <w:p>
      <w:r>
        <w:t>{Yes}</w:t>
      </w:r>
    </w:p>
    <w:p>
      <w:r>
        <w:t>[……...…]</w:t>
      </w:r>
    </w:p>
    <w:p>
      <w:r>
        <w:t>[……...…]</w:t>
      </w:r>
    </w:p>
    <w:p>
      <w:r>
        <w:t>[Shalom]</w:t>
      </w:r>
    </w:p>
    <w:p>
      <w:r>
        <w:t>[Wait, wait, not filming yet]</w:t>
      </w:r>
    </w:p>
    <w:p>
      <w:r>
        <w:t>[Action]</w:t>
      </w:r>
    </w:p>
    <w:p>
      <w:r>
        <w:t>Ah, I said that I do not have.. {..}</w:t>
      </w:r>
    </w:p>
    <w:p>
      <w:r>
        <w:t>[You do not have, you do not have much strength]</w:t>
      </w:r>
    </w:p>
    <w:p>
      <w:r>
        <w:t>Strength to speak, that they should make it short and..</w:t>
      </w:r>
    </w:p>
    <w:p>
      <w:r>
        <w:t>[Do it briefly, he is not so..]</w:t>
      </w:r>
    </w:p>
    <w:p>
      <w:r>
        <w:t>[Briefly, briefly]</w:t>
      </w:r>
    </w:p>
    <w:p>
      <w:r>
        <w:t>[Yes]</w:t>
      </w:r>
    </w:p>
    <w:p>
      <w:r>
        <w:t>[Briefly, Saba, I will do everything briefly, thank you very much]</w:t>
      </w:r>
    </w:p>
    <w:p>
      <w:r>
        <w:t>[They said they would do everything briefly, thank you very much]</w:t>
      </w:r>
    </w:p>
    <w:p>
      <w:r>
        <w:t>Yes</w:t>
      </w:r>
    </w:p>
    <w:p>
      <w:r>
        <w:t>[Thank you very much]</w:t>
      </w:r>
    </w:p>
    <w:p>
      <w:r>
        <w:t>Who, who is speaking?</w:t>
      </w:r>
    </w:p>
    <w:p>
      <w:r>
        <w:t>[Some Jewish woman who was once religious is speaking, now she is not religious] Huh?</w:t>
      </w:r>
    </w:p>
    <w:p>
      <w:r>
        <w:t>[Once she was religious]</w:t>
      </w:r>
    </w:p>
    <w:p>
      <w:r>
        <w:t>[Now too, I am religious]</w:t>
      </w:r>
    </w:p>
    <w:p>
      <w:r>
        <w:t>Ah</w:t>
      </w:r>
    </w:p>
    <w:p>
      <w:r>
        <w:t>[And now she is not religious, now]</w:t>
      </w:r>
    </w:p>
    <w:p>
      <w:r>
        <w:t>[……..]</w:t>
      </w:r>
    </w:p>
    <w:p>
      <w:r>
        <w:t>[You did, ah, a high light, right?]</w:t>
      </w:r>
    </w:p>
    <w:p>
      <w:r>
        <w:t>[.…..]</w:t>
      </w:r>
    </w:p>
    <w:p>
      <w:r>
        <w:t>[Who, who knows about Rabbainu's books?]</w:t>
      </w:r>
    </w:p>
    <w:p>
      <w:r>
        <w:t>[{What?}]</w:t>
      </w:r>
    </w:p>
    <w:p>
      <w:r>
        <w:t>[Rabbainu's books]</w:t>
      </w:r>
    </w:p>
    <w:p>
      <w:r>
        <w:t>[{She is upstairs} from Breslov, who knows?]</w:t>
      </w:r>
    </w:p>
    <w:p>
      <w:r>
        <w:t>[Does she know what it is?]</w:t>
      </w:r>
    </w:p>
    <w:p>
      <w:r>
        <w:t>[We know, we know what is being discussed]</w:t>
      </w:r>
    </w:p>
    <w:p>
      <w:r>
        <w:t>[…….You did not answer……]</w:t>
      </w:r>
    </w:p>
    <w:p>
      <w:r>
        <w:t>(Saba laughs)</w:t>
      </w:r>
    </w:p>
    <w:p>
      <w:r>
        <w:t>[…..Only now…]</w:t>
      </w:r>
    </w:p>
    <w:p>
      <w:r>
        <w:t>I do not have strength to speak</w:t>
      </w:r>
    </w:p>
    <w:p>
      <w:r>
        <w:t>[No, no, leave it like this]</w:t>
      </w:r>
    </w:p>
    <w:p>
      <w:r>
        <w:t>[There is no need to speak much]</w:t>
      </w:r>
    </w:p>
    <w:p>
      <w:r>
        <w:t>What?</w:t>
      </w:r>
    </w:p>
    <w:p>
      <w:r>
        <w:t>[They have not started yet, they will make it short, as you said]</w:t>
      </w:r>
    </w:p>
    <w:p>
      <w:r>
        <w:t>What?</w:t>
      </w:r>
    </w:p>
    <w:p>
      <w:r>
        <w:t>[Short]</w:t>
      </w:r>
    </w:p>
    <w:p>
      <w:r>
        <w:t>[They will make it short]</w:t>
      </w:r>
    </w:p>
    <w:p>
      <w:r>
        <w:t>[Whose house is this? Yours? Yitzchak]</w:t>
      </w:r>
    </w:p>
    <w:p>
      <w:r>
        <w:t>[This is a house…. everything belongs to the Holy One, blessed is He]</w:t>
      </w:r>
    </w:p>
    <w:p>
      <w:r>
        <w:t>[…..]</w:t>
      </w:r>
    </w:p>
    <w:p>
      <w:r>
        <w:t>[Everything belongs to Hashem, blessed is He]</w:t>
      </w:r>
    </w:p>
    <w:p>
      <w:r>
        <w:t>[…..]</w:t>
      </w:r>
    </w:p>
    <w:p>
      <w:r>
        <w:t>Ah, do they know who the head is?</w:t>
      </w:r>
    </w:p>
    <w:p>
      <w:r>
        <w:t>[Who is the head]</w:t>
      </w:r>
    </w:p>
    <w:p>
      <w:r>
        <w:t>{Who} is the head</w:t>
      </w:r>
    </w:p>
    <w:p>
      <w:r>
        <w:t>[The head, ah, who is the head]</w:t>
      </w:r>
    </w:p>
    <w:p>
      <w:r>
        <w:t>[He is the head, and you, he is the head]</w:t>
      </w:r>
    </w:p>
    <w:p>
      <w:r>
        <w:t>[There are two heads here]</w:t>
      </w:r>
    </w:p>
    <w:p>
      <w:r>
        <w:t>[Two heads]</w:t>
      </w:r>
    </w:p>
    <w:p>
      <w:r>
        <w:t>[This one, he, this man]</w:t>
      </w:r>
    </w:p>
    <w:p>
      <w:r>
        <w:t>[What is your name?]</w:t>
      </w:r>
    </w:p>
    <w:p>
      <w:r>
        <w:t>[Chagai]</w:t>
      </w:r>
    </w:p>
    <w:p>
      <w:r>
        <w:t>[Chagai, Chagai, Chagai]</w:t>
      </w:r>
    </w:p>
    <w:p>
      <w:r>
        <w:t>[Chaim will do for him…]</w:t>
      </w:r>
    </w:p>
    <w:p>
      <w:r>
        <w:t>[His name is Chagai]</w:t>
      </w:r>
    </w:p>
    <w:p>
      <w:r>
        <w:t>[No, this is how he wants it]</w:t>
      </w:r>
    </w:p>
    <w:p>
      <w:r>
        <w:t>Chagai</w:t>
      </w:r>
    </w:p>
    <w:p>
      <w:r>
        <w:t>[Chagai]</w:t>
      </w:r>
    </w:p>
    <w:p>
      <w:r>
        <w:t>[…………..]</w:t>
      </w:r>
    </w:p>
    <w:p>
      <w:r>
        <w:t>[………..…]</w:t>
      </w:r>
    </w:p>
    <w:p>
      <w:r>
        <w:t>[You can roll]</w:t>
      </w:r>
    </w:p>
    <w:p>
      <w:r>
        <w:t>[Do not.., get out of my boom, and the light a little more toward the center, a tiny bit]</w:t>
      </w:r>
    </w:p>
    <w:p>
      <w:r>
        <w:t>[….]</w:t>
      </w:r>
    </w:p>
    <w:p>
      <w:r>
        <w:t>Where are they?</w:t>
      </w:r>
    </w:p>
    <w:p>
      <w:r>
        <w:t>[They are opposite, Saba]</w:t>
      </w:r>
    </w:p>
    <w:p>
      <w:r>
        <w:t>Ah, {..} I want to speak with them</w:t>
      </w:r>
    </w:p>
    <w:p>
      <w:r>
        <w:t>[Speak]</w:t>
      </w:r>
    </w:p>
    <w:p>
      <w:r>
        <w:t>Yes</w:t>
      </w:r>
    </w:p>
    <w:p>
      <w:r>
        <w:t>[Please speak]</w:t>
      </w:r>
    </w:p>
    <w:p>
      <w:r>
        <w:t>[..Please]</w:t>
      </w:r>
    </w:p>
    <w:p>
      <w:r>
        <w:t>[Ask the..]</w:t>
      </w:r>
    </w:p>
    <w:p>
      <w:r>
        <w:t>[Everyone quiet]</w:t>
      </w:r>
    </w:p>
    <w:p>
      <w:r>
        <w:t>[Tell the rabbi, tell him that I came because of the..]</w:t>
      </w:r>
    </w:p>
    <w:p>
      <w:r>
        <w:t>[The note]</w:t>
      </w:r>
    </w:p>
    <w:p>
      <w:r>
        <w:t>[The no.., this note "Na Naḥ Naḥman Naḥman of Uman"</w:t>
      </w:r>
    </w:p>
    <w:p>
      <w:r>
        <w:t>I, I am interested to know what the source is of the.. of this sign? What is this, what is it?]</w:t>
      </w:r>
    </w:p>
    <w:p>
      <w:r>
        <w:t>[Saba, they came in connection with the note, "Na Naḥ Naḥma Naḥman of Uman"]</w:t>
      </w:r>
    </w:p>
    <w:p>
      <w:r>
        <w:t>Nu</w:t>
      </w:r>
    </w:p>
    <w:p>
      <w:r>
        <w:t>[They want to know what it is?]</w:t>
      </w:r>
    </w:p>
    <w:p>
      <w:r>
        <w:t>"What is it?”</w:t>
      </w:r>
    </w:p>
    <w:p>
      <w:r>
        <w:t>Oy, tell them th.., I do not have strength to speak, and it is impossible to speak {{...}} for this</w:t>
      </w:r>
    </w:p>
    <w:p>
      <w:r>
        <w:t>Ah, everyone kn.., knows that I am old and I am sick, yes, fine</w:t>
      </w:r>
    </w:p>
    <w:p>
      <w:r>
        <w:t>[Shall I tell them where you received the note?]</w:t>
      </w:r>
    </w:p>
    <w:p>
      <w:r>
        <w:t>Only briefly..</w:t>
      </w:r>
    </w:p>
    <w:p>
      <w:r>
        <w:t>[Yes]</w:t>
      </w:r>
    </w:p>
    <w:p>
      <w:r>
        <w:t>Who, who is {…} th.., their big one?</w:t>
      </w:r>
    </w:p>
    <w:p>
      <w:r>
        <w:t>[This one]</w:t>
      </w:r>
    </w:p>
    <w:p>
      <w:r>
        <w:t>[Chagai]</w:t>
      </w:r>
    </w:p>
    <w:p>
      <w:r>
        <w:t>[Chagai]</w:t>
      </w:r>
    </w:p>
    <w:p>
      <w:r>
        <w:t>[Chagai]</w:t>
      </w:r>
    </w:p>
    <w:p>
      <w:r>
        <w:t>Ah, come closer to me</w:t>
      </w:r>
    </w:p>
    <w:p>
      <w:r>
        <w:t>[Chagai, come closer]</w:t>
      </w:r>
    </w:p>
    <w:p>
      <w:r>
        <w:t>[I am moving..]</w:t>
      </w:r>
    </w:p>
    <w:p>
      <w:r>
        <w:t>[..He, it is hard for him..]</w:t>
      </w:r>
    </w:p>
    <w:p>
      <w:r>
        <w:t>[Shalom, shalom]</w:t>
      </w:r>
    </w:p>
    <w:p>
      <w:r>
        <w:t>Shalom, shalom</w:t>
      </w:r>
    </w:p>
    <w:p>
      <w:r>
        <w:t>[Chagai, ask him, maybe, you are a m.., man, it is more pleasant for him to speak with you, ask, Chagai, ask….] And he..</w:t>
      </w:r>
    </w:p>
    <w:p>
      <w:r>
        <w:t>[I am the mouth]</w:t>
      </w:r>
    </w:p>
    <w:p>
      <w:r>
        <w:t>{This} is a matter..</w:t>
      </w:r>
    </w:p>
    <w:p>
      <w:r>
        <w:t>[I am not here]</w:t>
      </w:r>
    </w:p>
    <w:p>
      <w:r>
        <w:t>[Yes]</w:t>
      </w:r>
    </w:p>
    <w:p>
      <w:r>
        <w:t>Our holy Rabbainu, Rebbe Nachman, this is a matter of a completely new secret.. yes</w:t>
      </w:r>
    </w:p>
    <w:p>
      <w:r>
        <w:t>And I {{.…}}, cannot speak much, because I am sick, not upon you</w:t>
      </w:r>
    </w:p>
    <w:p>
      <w:r>
        <w:t>[Be healthy]</w:t>
      </w:r>
    </w:p>
    <w:p>
      <w:r>
        <w:t>But know this</w:t>
      </w:r>
    </w:p>
    <w:p>
      <w:r>
        <w:t>[Yes]</w:t>
      </w:r>
    </w:p>
    <w:p>
      <w:r>
        <w:t>{Th….} you, someone who leaves the religion, does not keep the Torah and does not believe</w:t>
      </w:r>
    </w:p>
    <w:p>
      <w:r>
        <w:t>{{Then this, this}}, this is a very awesome matter, that she..</w:t>
      </w:r>
    </w:p>
    <w:p>
      <w:r>
        <w:t>{..} And so today the whole world does not know of Rabbainu, and does not know what there is in the world</w:t>
      </w:r>
    </w:p>
    <w:p>
      <w:r>
        <w:t>Such secrets, such matters, that everyone will be ashamed {...} to show their faces, to speak, yes, fine</w:t>
      </w:r>
    </w:p>
    <w:p>
      <w:r>
        <w:t>{...} I spoke what th.. was possible, {...but} I cannot speak</w:t>
      </w:r>
    </w:p>
    <w:p>
      <w:r>
        <w:t>And I am sick, not upon you, {fine}</w:t>
      </w:r>
    </w:p>
    <w:p>
      <w:r>
        <w:t>[Do you have some tidings for the Jewish people?]</w:t>
      </w:r>
    </w:p>
    <w:p>
      <w:r>
        <w:t>Huh?</w:t>
      </w:r>
    </w:p>
    <w:p>
      <w:r>
        <w:t>[Tidings, some message for the Jewish people? Do you have a message for the Jewish people?]</w:t>
      </w:r>
    </w:p>
    <w:p>
      <w:r>
        <w:t>What do I have?</w:t>
      </w:r>
    </w:p>
    <w:p>
      <w:r>
        <w:t>[If you have a message, a message for the Jewish people?]</w:t>
      </w:r>
    </w:p>
    <w:p>
      <w:r>
        <w:t>An eagle?</w:t>
      </w:r>
    </w:p>
    <w:p>
      <w:r>
        <w:t>[A message.. tidings to announce to the Jewish people]</w:t>
      </w:r>
    </w:p>
    <w:p>
      <w:r>
        <w:t>[To tell them something]</w:t>
      </w:r>
    </w:p>
    <w:p>
      <w:r>
        <w:t>{..}</w:t>
      </w:r>
    </w:p>
    <w:p>
      <w:r>
        <w:t>[To tell them something?]</w:t>
      </w:r>
    </w:p>
    <w:p>
      <w:r>
        <w:t>That's it, that's it, what, what I said</w:t>
      </w:r>
    </w:p>
    <w:p>
      <w:r>
        <w:t>These are such mistaken people, who erred and left the religion, the Torah, the faith</w:t>
      </w:r>
    </w:p>
    <w:p>
      <w:r>
        <w:t>{{. .}} that there is {from them..}, there is no speaking with them, they do not {….}, they do not believe, like.. like.. {{what}} they do not believe in the Torah, {do not believe}, so, so there is nothing to speak about with them, shoyn, shoyn</w:t>
      </w:r>
    </w:p>
    <w:p>
      <w:r>
        <w:t>{..} so I {..} it is impossible for me to speak much</w:t>
      </w:r>
    </w:p>
    <w:p>
      <w:r>
        <w:t>[….]</w:t>
      </w:r>
    </w:p>
    <w:p>
      <w:r>
        <w:t>To speak more</w:t>
      </w:r>
    </w:p>
    <w:p>
      <w:r>
        <w:t>[But what is the "Nach Nachman," what is the.., what is this saying?]</w:t>
      </w:r>
    </w:p>
    <w:p>
      <w:r>
        <w:t>It is the name of Rabbainu, Rebbe.., Rebbe Nachman</w:t>
      </w:r>
    </w:p>
    <w:p>
      <w:r>
        <w:t>[When did you receive it?]</w:t>
      </w:r>
    </w:p>
    <w:p>
      <w:r>
        <w:t>[When did you receive it?]</w:t>
      </w:r>
    </w:p>
    <w:p>
      <w:r>
        <w:t>Ah, he revealed, that the matter, there is the matter of a melody of, ah.. {….}</w:t>
      </w:r>
    </w:p>
    <w:p>
      <w:r>
        <w:t>[Simple]</w:t>
      </w:r>
    </w:p>
    <w:p>
      <w:r>
        <w:t>{Written\in this}.., in the Zohar</w:t>
      </w:r>
    </w:p>
    <w:p>
      <w:r>
        <w:t>[Simple]</w:t>
      </w:r>
    </w:p>
    <w:p>
      <w:r>
        <w:t>[A song, ‘simple, doubled..]</w:t>
      </w:r>
    </w:p>
    <w:p>
      <w:r>
        <w:t>Ah, {….}</w:t>
      </w:r>
    </w:p>
    <w:p>
      <w:r>
        <w:t>[Tripled and quadrupled’]</w:t>
      </w:r>
    </w:p>
    <w:p>
      <w:r>
        <w:t>[Ah, ah]</w:t>
      </w:r>
    </w:p>
    <w:p>
      <w:r>
        <w:t>A song, ‘simple, doubled, tripled, quadrupled,’ this is {{.}} the name of Rabbainu, Rebbe Nachman</w:t>
      </w:r>
    </w:p>
    <w:p>
      <w:r>
        <w:t>Ah..</w:t>
      </w:r>
    </w:p>
    <w:p>
      <w:r>
        <w:t>[And what, and this, and this is good..]</w:t>
      </w:r>
    </w:p>
    <w:p>
      <w:r>
        <w:t>{Ah}</w:t>
      </w:r>
    </w:p>
    <w:p>
      <w:r>
        <w:t>[To repeat it? And is it good to say it?]</w:t>
      </w:r>
    </w:p>
    <w:p>
      <w:r>
        <w:t>Huh?</w:t>
      </w:r>
    </w:p>
    <w:p>
      <w:r>
        <w:t>[To sing.., whether it is good to sing it? The Petek, whether it is good to repeat it all the time?</w:t>
      </w:r>
    </w:p>
    <w:p>
      <w:r>
        <w:t>To say - "Na Nach Nachma Nachman MeUman"?]</w:t>
      </w:r>
    </w:p>
    <w:p>
      <w:r>
        <w:t>Yes</w:t>
      </w:r>
    </w:p>
    <w:p>
      <w:r>
        <w:t>[Why]</w:t>
      </w:r>
    </w:p>
    <w:p>
      <w:r>
        <w:t>[Why is it so good?]</w:t>
      </w:r>
    </w:p>
    <w:p>
      <w:r>
        <w:t>Rabbainu Hakadosh revealed this, that his name is {{. .}} a song, ‘simple, doubled, tripled, quadrupled’</w:t>
      </w:r>
    </w:p>
    <w:p>
      <w:r>
        <w:t>Nu.., ‘Na’ - that is simple</w:t>
      </w:r>
    </w:p>
    <w:p>
      <w:r>
        <w:t>[Ah, ah]</w:t>
      </w:r>
    </w:p>
    <w:p>
      <w:r>
        <w:t>It is one letter</w:t>
      </w:r>
    </w:p>
    <w:p>
      <w:r>
        <w:t>‘Nach’ - that is {...} doubled, two letters – ‘Nach’</w:t>
      </w:r>
    </w:p>
    <w:p>
      <w:r>
        <w:t>‘Nachma’ -</w:t>
      </w:r>
    </w:p>
    <w:p>
      <w:r>
        <w:t>[Tripled]</w:t>
      </w:r>
    </w:p>
    <w:p>
      <w:r>
        <w:t>That is tripled</w:t>
      </w:r>
    </w:p>
    <w:p>
      <w:r>
        <w:t>‘Nachman’ – that is quadrupled</w:t>
      </w:r>
    </w:p>
    <w:p>
      <w:r>
        <w:t>And it is included in the name of Hashem Yisbarach, ah.. Yud Hei Vav Hei</w:t>
      </w:r>
    </w:p>
    <w:p>
      <w:r>
        <w:t>[Ah, ah]</w:t>
      </w:r>
    </w:p>
    <w:p>
      <w:r>
        <w:t>Those are the four letters of Hashem Yisbarach</w:t>
      </w:r>
    </w:p>
    <w:p>
      <w:r>
        <w:t>{{And im..}} It is impossible to speak with people..</w:t>
      </w:r>
    </w:p>
    <w:p>
      <w:r>
        <w:t>[When did you receive..]</w:t>
      </w:r>
    </w:p>
    <w:p>
      <w:r>
        <w:t>Like those, who do not believe in the Torah</w:t>
      </w:r>
    </w:p>
    <w:p>
      <w:r>
        <w:t>[We do believe, tell him]</w:t>
      </w:r>
    </w:p>
    <w:p>
      <w:r>
        <w:t>Who do not..</w:t>
      </w:r>
    </w:p>
    <w:p>
      <w:r>
        <w:t>[…...]</w:t>
      </w:r>
    </w:p>
    <w:p>
      <w:r>
        <w:t>So..</w:t>
      </w:r>
    </w:p>
    <w:p>
      <w:r>
        <w:t>[We believe]</w:t>
      </w:r>
    </w:p>
    <w:p>
      <w:r>
        <w:t>Ah..</w:t>
      </w:r>
    </w:p>
    <w:p>
      <w:r>
        <w:t>[No, we do believe]</w:t>
      </w:r>
    </w:p>
    <w:p>
      <w:r>
        <w:t>[We believe]</w:t>
      </w:r>
    </w:p>
    <w:p>
      <w:r>
        <w:t>I.., there is nothing to speak about with them</w:t>
      </w:r>
    </w:p>
    <w:p>
      <w:r>
        <w:t>[….When did you receive the…]</w:t>
      </w:r>
    </w:p>
    <w:p>
      <w:r>
        <w:t>But I want to speak, but it is impossible</w:t>
      </w:r>
    </w:p>
    <w:p>
      <w:r>
        <w:t>[…]</w:t>
      </w:r>
    </w:p>
    <w:p>
      <w:r>
        <w:t>I am ill..</w:t>
      </w:r>
    </w:p>
    <w:p>
      <w:r>
        <w:t>[Just one more qu.., one more question please..]</w:t>
      </w:r>
    </w:p>
    <w:p>
      <w:r>
        <w:t>[..When did you receive the Petek?]</w:t>
      </w:r>
    </w:p>
    <w:p>
      <w:r>
        <w:t>[When did you receive the Petek?]</w:t>
      </w:r>
    </w:p>
    <w:p>
      <w:r>
        <w:t>Ah, I do not remember, but.. but in.. in.. in..the last years, I do not, do not remember</w:t>
      </w:r>
    </w:p>
    <w:p>
      <w:r>
        <w:t>[It says seventy-two years ago]</w:t>
      </w:r>
    </w:p>
    <w:p>
      <w:r>
        <w:t>Huh?</w:t>
      </w:r>
    </w:p>
    <w:p>
      <w:r>
        <w:t>[In.., in the year 5682, Tav, Reish, Pei, Beis, seventy-two years]</w:t>
      </w:r>
    </w:p>
    <w:p>
      <w:r>
        <w:t>Seventy-two years, it could be, yes</w:t>
      </w:r>
    </w:p>
    <w:p>
      <w:r>
        <w:t>[Can you perhaps give a blessing?]</w:t>
      </w:r>
    </w:p>
    <w:p>
      <w:r>
        <w:t>The whole world used to oppose Rebbe Nachman, and I suffered from it</w:t>
      </w:r>
    </w:p>
    <w:p>
      <w:r>
        <w:t>Because even the yeshiva students, Torah scholars, they.., they used to oppose {{...}} Rebbe Nachman, yes</w:t>
      </w:r>
    </w:p>
    <w:p>
      <w:r>
        <w:t>And now Rebbe Nachman has been revealed, that he is..</w:t>
      </w:r>
    </w:p>
    <w:p>
      <w:r>
        <w:t>[. . .]</w:t>
      </w:r>
    </w:p>
    <w:p>
      <w:r>
        <w:t>That he is such a wondrous matter, that all the wise men and all.. {ah.. m..} nullify themselves before every single utterance of his</w:t>
      </w:r>
    </w:p>
    <w:p>
      <w:r>
        <w:t>He revealed the "Sipurei Maasiyos" and the "Likutay Moharan," and..{..}</w:t>
      </w:r>
    </w:p>
    <w:p>
      <w:r>
        <w:t>And the whole world needs to nullify itself to him {{...}} completely</w:t>
      </w:r>
    </w:p>
    <w:p>
      <w:r>
        <w:t>And.. and.. and to be {..}, to return to the Torah, and to observe {{the To..}}.., ah, to believe in the Torah, and to observe the Torah, nu, there is no, so there is nothing to speak about..</w:t>
      </w:r>
    </w:p>
    <w:p>
      <w:r>
        <w:t>[And one last request..]</w:t>
      </w:r>
    </w:p>
    <w:p>
      <w:r>
        <w:t>There is nothing to speak about..</w:t>
      </w:r>
    </w:p>
    <w:p>
      <w:r>
        <w:t>[If he can give..]</w:t>
      </w:r>
    </w:p>
    <w:p>
      <w:r>
        <w:t>{….}</w:t>
      </w:r>
    </w:p>
    <w:p>
      <w:r>
        <w:t>[A blessing here for the crew and for Margalit and her son Assaf]</w:t>
      </w:r>
    </w:p>
    <w:p>
      <w:r>
        <w:t>[The Jewish people, the Jewish people]</w:t>
      </w:r>
    </w:p>
    <w:p>
      <w:r>
        <w:t>Ah</w:t>
      </w:r>
    </w:p>
    <w:p>
      <w:r>
        <w:t>[The Jewish people]</w:t>
      </w:r>
    </w:p>
    <w:p>
      <w:r>
        <w:t>[The Jewish people, a blessing..]</w:t>
      </w:r>
    </w:p>
    <w:p>
      <w:r>
        <w:t>[They want..]</w:t>
      </w:r>
    </w:p>
    <w:p>
      <w:r>
        <w:t>{…}</w:t>
      </w:r>
    </w:p>
    <w:p>
      <w:r>
        <w:t>[For you to bless the Jewish people, Saba]</w:t>
      </w:r>
    </w:p>
    <w:p>
      <w:r>
        <w:t>Ah</w:t>
      </w:r>
    </w:p>
    <w:p>
      <w:r>
        <w:t>[Wait, wait]</w:t>
      </w:r>
    </w:p>
    <w:p>
      <w:r>
        <w:t>Ah, Hashem will b.., bless</w:t>
      </w:r>
    </w:p>
    <w:p>
      <w:r>
        <w:t>Th.., today, today in this time Rebbe Nachman of Breslov has been revealed a little..</w:t>
      </w:r>
    </w:p>
    <w:p>
      <w:r>
        <w:t>[….]</w:t>
      </w:r>
    </w:p>
    <w:p>
      <w:r>
        <w:t>{That he is} above the Torah, and all the Tzaddikim, {...}</w:t>
      </w:r>
    </w:p>
    <w:p>
      <w:r>
        <w:t>[Now]</w:t>
      </w:r>
    </w:p>
    <w:p>
      <w:r>
        <w:t>[Yes]</w:t>
      </w:r>
    </w:p>
    <w:p>
      <w:r>
        <w:t>[Let us turn now to Yitzchak..]</w:t>
      </w:r>
    </w:p>
    <w:p>
      <w:r>
        <w:t>He, he revealed the book "Likutay Moharan" and "Likutay..”, ah, “Sipurei Maasiyos"</w:t>
      </w:r>
    </w:p>
    <w:p>
      <w:r>
        <w:t>Th.. th..</w:t>
      </w:r>
    </w:p>
    <w:p>
      <w:r>
        <w:t>[…]</w:t>
      </w:r>
    </w:p>
    <w:p>
      <w:r>
        <w:t>Ah, see, and all the wise men are to nullify themselves completely, ah.. before, before every utterance of Rebbe Nachman</w:t>
      </w:r>
    </w:p>
    <w:p>
      <w:r>
        <w:t>All the wise men and all.., they, I.., they have no..</w:t>
      </w:r>
    </w:p>
    <w:p>
      <w:r>
        <w:t>[...]</w:t>
      </w:r>
    </w:p>
    <w:p>
      <w:r>
        <w:t>They do not know, it is a secret, they do not know f.. from Rabbainu, Rebbe Nachman; who knows of Rabbainu, Rebbe Nachman?</w:t>
      </w:r>
    </w:p>
    <w:p>
      <w:r>
        <w:t>[What must…..]</w:t>
      </w:r>
    </w:p>
    <w:p>
      <w:r>
        <w:t>[What must be done, what does the world need to do?]</w:t>
      </w:r>
    </w:p>
    <w:p>
      <w:r>
        <w:t>Huh? Ah, it is impossible to do anything</w:t>
      </w:r>
    </w:p>
    <w:p>
      <w:r>
        <w:t>[Perhaps they should say "Na Nach Nachma Nachman MeUman"?]</w:t>
      </w:r>
    </w:p>
    <w:p>
      <w:r>
        <w:t>Nu, that they can say</w:t>
      </w:r>
    </w:p>
    <w:p>
      <w:r>
        <w:t>[And they will return in teshuvah]</w:t>
      </w:r>
    </w:p>
    <w:p>
      <w:r>
        <w:t>{...} Yes</w:t>
      </w:r>
    </w:p>
    <w:p>
      <w:r>
        <w:t>[With Hashem's help]</w:t>
      </w:r>
    </w:p>
    <w:p>
      <w:r>
        <w:t>Yes, yes!</w:t>
      </w:r>
    </w:p>
    <w:p>
      <w:r>
        <w:t>[We will say "Na Nach Nachma Nachman MeUman"]</w:t>
      </w:r>
    </w:p>
    <w:p>
      <w:r>
        <w:t>Yo, {this will be}, they will write "Na Nach Nachma Nachman MeUman"</w:t>
      </w:r>
    </w:p>
    <w:p>
      <w:r>
        <w:t>[And then everything will work out]</w:t>
      </w:r>
    </w:p>
    <w:p>
      <w:r>
        <w:t>[And then everything will work out? Everything will be better?]</w:t>
      </w:r>
    </w:p>
    <w:p>
      <w:r>
        <w:t>{..}.. Now Rabbainu, Rebbe Nachman, has been revealed, and this is a matter of Mashiach, the name.., of the redemption</w:t>
      </w:r>
    </w:p>
    <w:p>
      <w:r>
        <w:t>Of.., ah, this is news, news</w:t>
      </w:r>
    </w:p>
    <w:p>
      <w:r>
        <w:t>[Can you perhaps bless the Jewish people]</w:t>
      </w:r>
    </w:p>
    <w:p>
      <w:r>
        <w:t>But I cannot speak</w:t>
      </w:r>
    </w:p>
    <w:p>
      <w:r>
        <w:t>[Saba, they want you to bless the Jewish people]</w:t>
      </w:r>
    </w:p>
    <w:p>
      <w:r>
        <w:t>Huh?</w:t>
      </w:r>
    </w:p>
    <w:p>
      <w:r>
        <w:t>[For you to make a blessing for the Jewish people]</w:t>
      </w:r>
    </w:p>
    <w:p>
      <w:r>
        <w:t>{..}.. I always bless the Jewish people and the Torah and..</w:t>
      </w:r>
    </w:p>
    <w:p>
      <w:r>
        <w:t>[Tell him: “If the Jewish people believe in Rebbe Nachman, what will happen?]</w:t>
      </w:r>
    </w:p>
    <w:p>
      <w:r>
        <w:t>[If the Jewish people believe]</w:t>
      </w:r>
    </w:p>
    <w:p>
      <w:r>
        <w:t>But..</w:t>
      </w:r>
    </w:p>
    <w:p>
      <w:r>
        <w:t>[Nu]</w:t>
      </w:r>
    </w:p>
    <w:p>
      <w:r>
        <w:t>When they do not believe in the Torah, {{…}}, then there is no, no, no what.., there is no one with whom to speak</w:t>
      </w:r>
    </w:p>
    <w:p>
      <w:r>
        <w:t>[Ask him..]</w:t>
      </w:r>
    </w:p>
    <w:p>
      <w:r>
        <w:t>[If the Jewish people believe in.. in.. Rebbe Nachman of Breslov, what will happen? What will be?]</w:t>
      </w:r>
    </w:p>
    <w:p>
      <w:r>
        <w:t>{{. .}} Breslov, and he will bring all.., all the Jewish people back to the Torah, to faith, to the truth</w:t>
      </w:r>
    </w:p>
    <w:p>
      <w:r>
        <w:t>[What is Abuchatzera doing..]</w:t>
      </w:r>
    </w:p>
    <w:p>
      <w:r>
        <w:t>[Can we ask him what Abuchatzera is doing..]</w:t>
      </w:r>
    </w:p>
    <w:p>
      <w:r>
        <w:t>[Abuchatzera]</w:t>
      </w:r>
    </w:p>
    <w:p>
      <w:r>
        <w:t>[In the picture, or th..]</w:t>
      </w:r>
    </w:p>
    <w:p>
      <w:r>
        <w:t>[This is my house]</w:t>
      </w:r>
    </w:p>
    <w:p>
      <w:r>
        <w:t>[His house, okay]</w:t>
      </w:r>
    </w:p>
    <w:p>
      <w:r>
        <w:t>[You can hang it too, this is Abuchatzera, this is a Tzaddik]</w:t>
      </w:r>
    </w:p>
    <w:p>
      <w:r>
        <w:t>[…How does it look {…..}]</w:t>
      </w:r>
    </w:p>
    <w:p>
      <w:r>
        <w:t>[Thank you very much..]</w:t>
      </w:r>
    </w:p>
    <w:p>
      <w:r>
        <w:t>I want to help you, but it is impossible, because you are f.., found in a place, in a place, ah..</w:t>
      </w:r>
    </w:p>
    <w:p>
      <w:r>
        <w:t>Of, ah, of heresy, and they do not believe in the Torah and.. so there is no one with whom to speak</w:t>
      </w:r>
    </w:p>
    <w:p>
      <w:r>
        <w:t>[Ah, good, let us tell him thank you]</w:t>
      </w:r>
    </w:p>
    <w:p>
      <w:r>
        <w:t>[Want to film him a little more..]</w:t>
      </w:r>
    </w:p>
    <w:p>
      <w:r>
        <w:t>But..</w:t>
      </w:r>
    </w:p>
    <w:p>
      <w:r>
        <w:t>[From afar]</w:t>
      </w:r>
    </w:p>
    <w:p>
      <w:r>
        <w:t>The time is near when the whole world will draw close to Rebbe Nachman</w:t>
      </w:r>
    </w:p>
    <w:p>
      <w:r>
        <w:t>It will nullify itself completely, before every single utterance of his</w:t>
      </w:r>
    </w:p>
    <w:p>
      <w:r>
        <w:t>[What about the gentiles, what about the gentiles]</w:t>
      </w:r>
    </w:p>
    <w:p>
      <w:r>
        <w:t>[What about all the gentiles wh.. wh.. who are in the world? What..]</w:t>
      </w:r>
    </w:p>
    <w:p>
      <w:r>
        <w:t>There has never yet been a wonder, such a wondrous light has not yet been revealed in the world; now it has been revealed</w:t>
      </w:r>
    </w:p>
    <w:p>
      <w:r>
        <w:t>[...]</w:t>
      </w:r>
    </w:p>
    <w:p>
      <w:r>
        <w:t>And.. and.., yes</w:t>
      </w:r>
    </w:p>
    <w:p>
      <w:r>
        <w:t>[What about the gentiles?]</w:t>
      </w:r>
    </w:p>
    <w:p>
      <w:r>
        <w:t>{And..} There will be news, yes</w:t>
      </w:r>
    </w:p>
    <w:p>
      <w:r>
        <w:t>[What about all the gentiles?]</w:t>
      </w:r>
    </w:p>
    <w:p>
      <w:r>
        <w:t>Huh? All the gentiles?</w:t>
      </w:r>
    </w:p>
    <w:p>
      <w:r>
        <w:t>[Yes]</w:t>
      </w:r>
    </w:p>
    <w:p>
      <w:r>
        <w:t>Ah.., no {..}.. worth nothing</w:t>
      </w:r>
    </w:p>
    <w:p>
      <w:r>
        <w:t>{{What will happen to them, what are they to ask?}}</w:t>
      </w:r>
    </w:p>
    <w:p>
      <w:r>
        <w:t>A donkey {{..}} is there ah.., are there any, any, any words to speak with it?</w:t>
      </w:r>
    </w:p>
    <w:p>
      <w:r>
        <w:t>[No]</w:t>
      </w:r>
    </w:p>
    <w:p>
      <w:r>
        <w:t>A donkey, donkeys</w:t>
      </w:r>
    </w:p>
    <w:p>
      <w:r>
        <w:t>["Donkeys," he is in a mood now; slowly, slowly, a little exhausted, huh?]</w:t>
      </w:r>
    </w:p>
    <w:p>
      <w:r>
        <w:t>[Okay, no, no, keep lighting and film..]</w:t>
      </w:r>
    </w:p>
    <w:p>
      <w:r>
        <w:t>Whoever does not believe in the Torah</w:t>
      </w:r>
    </w:p>
    <w:p>
      <w:r>
        <w:t>[..Be patient with him..]</w:t>
      </w:r>
    </w:p>
    <w:p>
      <w:r>
        <w:t>Then he is not, he is not a Jew at all</w:t>
      </w:r>
    </w:p>
    <w:p>
      <w:r>
        <w:t>{...}, they do not speak of me at all</w:t>
      </w:r>
    </w:p>
    <w:p>
      <w:r>
        <w:t>[What happens if, if, if one says "Na.. Nach..”]</w:t>
      </w:r>
    </w:p>
    <w:p>
      <w:r>
        <w:t>[He said that there will be a secret..]</w:t>
      </w:r>
    </w:p>
    <w:p>
      <w:r>
        <w:t>[Okay...]</w:t>
      </w:r>
    </w:p>
    <w:p>
      <w:r>
        <w:t>{..} But now the time has come for all the secrets to be revealed, and the secret of Rebbe Nachman to the whole world</w:t>
      </w:r>
    </w:p>
    <w:p>
      <w:r>
        <w:t>And it will be transformed; he has the power to turn the whole world in.., a transformation into the opposite</w:t>
      </w:r>
    </w:p>
    <w:p>
      <w:r>
        <w:t>[What is this? “There is no despair"]</w:t>
      </w:r>
    </w:p>
    <w:p>
      <w:r>
        <w:t>[What is this? "There is no despair"]</w:t>
      </w:r>
    </w:p>
    <w:p>
      <w:r>
        <w:t>Ah..</w:t>
      </w:r>
    </w:p>
    <w:p>
      <w:r>
        <w:t>[…..]</w:t>
      </w:r>
    </w:p>
    <w:p>
      <w:r>
        <w:t>They do not believe</w:t>
      </w:r>
    </w:p>
    <w:p>
      <w:r>
        <w:t>[What is “There is no..”]</w:t>
      </w:r>
    </w:p>
    <w:p>
      <w:r>
        <w:t>[He is asking, Saba, what is this? "There is no despair"]</w:t>
      </w:r>
    </w:p>
    <w:p>
      <w:r>
        <w:t>[“There is no despair in the world at all”]</w:t>
      </w:r>
    </w:p>
    <w:p>
      <w:r>
        <w:t>"There is no despair," Rabbainu and the holy one revealed this</w:t>
      </w:r>
    </w:p>
    <w:p>
      <w:r>
        <w:t>If {the world were\the world was} accepting this, it would be a new world</w:t>
      </w:r>
    </w:p>
    <w:p>
      <w:r>
        <w:t>[…...]</w:t>
      </w:r>
    </w:p>
    <w:p>
      <w:r>
        <w:t>{He nothing}, he roared in a loud voice:</w:t>
      </w:r>
    </w:p>
    <w:p>
      <w:r>
        <w:t>"Gevald, do not cause yourselves to despair, no despair is found at all"</w:t>
      </w:r>
    </w:p>
    <w:p>
      <w:r>
        <w:t>Nu, {...}, but the main thing is, that Rebbe Nachman is already present in the world</w:t>
      </w:r>
    </w:p>
    <w:p>
      <w:r>
        <w:t>And his light performs great actions in the world</w:t>
      </w:r>
    </w:p>
    <w:p>
      <w:r>
        <w:t>[Will this, this help in connection with Mashiach?]</w:t>
      </w:r>
    </w:p>
    <w:p>
      <w:r>
        <w:t>Even all the heretics and all the gentiles will draw close, will draw close to Hashem Yisbarach through every utterance of his</w:t>
      </w:r>
    </w:p>
    <w:p>
      <w:r>
        <w:t>[Will it help? Will it help? It..]</w:t>
      </w:r>
    </w:p>
    <w:p>
      <w:r>
        <w:t>[It will hasten the redemption..]</w:t>
      </w:r>
    </w:p>
    <w:p>
      <w:r>
        <w:t>[Will it hasten the redemption, will it bring the redemption more quickly?]</w:t>
      </w:r>
    </w:p>
    <w:p>
      <w:r>
        <w:t>[Will Rabbainu hasten the redemption?]</w:t>
      </w:r>
    </w:p>
    <w:p>
      <w:r>
        <w:t>Ah</w:t>
      </w:r>
    </w:p>
    <w:p>
      <w:r>
        <w:t>[That they should not despair]</w:t>
      </w:r>
    </w:p>
    <w:p>
      <w:r>
        <w:t>There is, ah, much to speak about, I cannot speak..</w:t>
      </w:r>
    </w:p>
    <w:p>
      <w:r>
        <w:t>["Na Na Nach..”]</w:t>
      </w:r>
    </w:p>
    <w:p>
      <w:r>
        <w:t>Oh, oy vey</w:t>
      </w:r>
    </w:p>
    <w:p>
      <w:r>
        <w:t>[The friends dance and sing:</w:t>
      </w:r>
    </w:p>
    <w:p>
      <w:r>
        <w:t>"Na Naḥ Naḥma Naḥman MeUman"</w:t>
      </w:r>
    </w:p>
    <w:p>
      <w:r>
        <w:t>(Saba rouses them)]</w:t>
      </w:r>
    </w:p>
    <w:p>
      <w:r>
        <w:t>[Ask him about the letters with Shazar]</w:t>
      </w:r>
    </w:p>
    <w:p>
      <w:r>
        <w:t>He will rectify the whole world, {…}</w:t>
      </w:r>
    </w:p>
    <w:p>
      <w:r>
        <w:t>[…..Chagai, Chagai….]</w:t>
      </w:r>
    </w:p>
    <w:p>
      <w:r>
        <w:t>Such power has never yet been in the world</w:t>
      </w:r>
    </w:p>
    <w:p>
      <w:r>
        <w:t>[...There is something about the letters of Shazar…]</w:t>
      </w:r>
    </w:p>
    <w:p>
      <w:r>
        <w:t>{Power} like this has never yet been in the world</w:t>
      </w:r>
    </w:p>
    <w:p>
      <w:r>
        <w:t>[…………..]</w:t>
      </w:r>
    </w:p>
    <w:p>
      <w:r>
        <w:t>Such a wise man has never yet been in the world</w:t>
      </w:r>
    </w:p>
    <w:p>
      <w:r>
        <w:t>[…..Itai]</w:t>
      </w:r>
    </w:p>
    <w:p>
      <w:r>
        <w:t>[….These are the two books that he printed]</w:t>
      </w:r>
    </w:p>
    <w:p>
      <w:r>
        <w:t>[The truth, he more…..]</w:t>
      </w:r>
    </w:p>
    <w:p>
      <w:r>
        <w:t>He has already revealed everything</w:t>
      </w:r>
    </w:p>
    <w:p>
      <w:r>
        <w:t>[…..To say, "Na Nach.. Nach Nachman"….]</w:t>
      </w:r>
    </w:p>
    <w:p>
      <w:r>
        <w:t>[No, these are the books that he printed in the Land, write this, speak about it]</w:t>
      </w:r>
    </w:p>
    <w:p>
      <w:r>
        <w:t>[…….]</w:t>
      </w:r>
    </w:p>
    <w:p>
      <w:r>
        <w:t>[Look, film.., film this]</w:t>
      </w:r>
    </w:p>
    <w:p>
      <w:r>
        <w:t>[Tell Chagai]</w:t>
      </w:r>
    </w:p>
    <w:p>
      <w:r>
        <w:t>[Wait a moment, hold, hold them]</w:t>
      </w:r>
    </w:p>
    <w:p>
      <w:r>
        <w:t>[Ask him, Chagai, ask him about the books of.., a book that he]</w:t>
      </w:r>
    </w:p>
    <w:p>
      <w:r>
        <w:t>[Come, ah.. you will tell it more, ah..]</w:t>
      </w:r>
    </w:p>
    <w:p>
      <w:r>
        <w:t>[No, ask him]</w:t>
      </w:r>
    </w:p>
    <w:p>
      <w:r>
        <w:t>[About the books…..]</w:t>
      </w:r>
    </w:p>
    <w:p>
      <w:r>
        <w:t>[The book that he wrote, letters to Zalman Shazar, to President Shazar, and the book "Writings of Rebbe Nachman, Torah and Prayer"—these are the books that need to be publicized throughout the whole world, that all the Jewish people need to know of the book</w:t>
      </w:r>
    </w:p>
    <w:p>
      <w:r>
        <w:t>"Torah and Prayer," and the Jewish people need in order to know what Rebbe Nachman of Breslov truly is in this generation, primarily through the true leader; this is through reading the book "Avi HaNachal"</w:t>
      </w:r>
    </w:p>
    <w:p>
      <w:r>
        <w:t>These are letters that Re.., that Rebbe Yisroel Ber sent..]</w:t>
      </w:r>
    </w:p>
    <w:p>
      <w:r>
        <w:t>{}</w:t>
      </w:r>
    </w:p>
    <w:p>
      <w:r>
        <w:t>[To President Shazar]</w:t>
      </w:r>
    </w:p>
    <w:p>
      <w:r>
        <w:t>"Avi HaNachal," President Shazar made the name, “Avi HaNachal,” {…}</w:t>
      </w:r>
    </w:p>
    <w:p>
      <w:r>
        <w:t>The name of the book is "Avi HaNachal," and this is {a th..}, a thing known to everyone</w:t>
      </w:r>
    </w:p>
    <w:p>
      <w:r>
        <w:t>[……]</w:t>
      </w:r>
    </w:p>
    <w:p>
      <w:r>
        <w:t>{….}</w:t>
      </w:r>
    </w:p>
    <w:p>
      <w:r>
        <w:t>[About what? What is the book about?]</w:t>
      </w:r>
    </w:p>
    <w:p>
      <w:r>
        <w:t>..And there is in the book, {………. a book}</w:t>
      </w:r>
    </w:p>
    <w:p>
      <w:r>
        <w:t>[….]</w:t>
      </w:r>
    </w:p>
    <w:p>
      <w:r>
        <w:t>Th.. the matter of Rebbe Nachman is a new matter</w:t>
      </w:r>
    </w:p>
    <w:p>
      <w:r>
        <w:t>That all the wise men nullify themselves completely.. before every utterance of his</w:t>
      </w:r>
    </w:p>
    <w:p>
      <w:r>
        <w:t>[What, what is the book, ah..]</w:t>
      </w:r>
    </w:p>
    <w:p>
      <w:r>
        <w:t>[What is this book? What is this book about?]</w:t>
      </w:r>
    </w:p>
    <w:p>
      <w:r>
        <w:t>[The letters]</w:t>
      </w:r>
    </w:p>
    <w:p>
      <w:r>
        <w:t>It will be.., it will be..</w:t>
      </w:r>
    </w:p>
    <w:p>
      <w:r>
        <w:t>[Whether he is the emissary of Rebbe Nachman]</w:t>
      </w:r>
    </w:p>
    <w:p>
      <w:r>
        <w:t>[Saba, a question, one last question</w:t>
      </w:r>
    </w:p>
    <w:p>
      <w:r>
        <w:t>Do you, do you feel that you are an emissary of Rebbe Nachman of Breslov?]</w:t>
      </w:r>
    </w:p>
    <w:p>
      <w:r>
        <w:t>Ah, no, who can, ah, open such a mouth, to speak of this</w:t>
      </w:r>
    </w:p>
    <w:p>
      <w:r>
        <w:t>He is such a wise man, such a wonder as has not yet been in the world, and he is completely new</w:t>
      </w:r>
    </w:p>
    <w:p>
      <w:r>
        <w:t>He will turn everything to good, to faith, to truth</w:t>
      </w:r>
    </w:p>
    <w:p>
      <w:r>
        <w:t>He, he {in his power}, th.. everything, every single utterance of his</w:t>
      </w:r>
    </w:p>
    <w:p>
      <w:r>
        <w:t>He will turn all th.., the whole world, all the wise men</w:t>
      </w:r>
    </w:p>
    <w:p>
      <w:r>
        <w:t>[Thank you very much, thank you very much]</w:t>
      </w:r>
    </w:p>
    <w:p>
      <w:r>
        <w:t>[Honorable rabbi]</w:t>
      </w:r>
    </w:p>
    <w:p>
      <w:r>
        <w:t>[Honorable rabbi, thank you very much]</w:t>
      </w:r>
    </w:p>
    <w:p>
      <w:r>
        <w:t>[Yisroel Odesser]</w:t>
      </w:r>
    </w:p>
    <w:p>
      <w:r>
        <w:t>I..</w:t>
      </w:r>
    </w:p>
    <w:p>
      <w:r>
        <w:t>[Honorable rabbi..]</w:t>
      </w:r>
    </w:p>
    <w:p>
      <w:r>
        <w:t>[Yes]</w:t>
      </w:r>
    </w:p>
    <w:p>
      <w:r>
        <w:t>[Yisroel..]</w:t>
      </w:r>
    </w:p>
    <w:p>
      <w:r>
        <w:t>[Honorable, honorable rabbi]</w:t>
      </w:r>
    </w:p>
    <w:p>
      <w:r>
        <w:t>Want..</w:t>
      </w:r>
    </w:p>
    <w:p>
      <w:r>
        <w:t>[He is not a rabbi.. he is not a rabbi..]</w:t>
      </w:r>
    </w:p>
    <w:p>
      <w:r>
        <w:t>To elaborate</w:t>
      </w:r>
    </w:p>
    <w:p>
      <w:r>
        <w:t>[We call him..]</w:t>
      </w:r>
    </w:p>
    <w:p>
      <w:r>
        <w:t>But</w:t>
      </w:r>
    </w:p>
    <w:p>
      <w:r>
        <w:t>[Saba, Saba]</w:t>
      </w:r>
    </w:p>
    <w:p>
      <w:r>
        <w:t>It is impossible for me to speak</w:t>
      </w:r>
    </w:p>
    <w:p>
      <w:r>
        <w:t>[Saba Yisroel Odesser]</w:t>
      </w:r>
    </w:p>
    <w:p>
      <w:r>
        <w:t>{...}</w:t>
      </w:r>
    </w:p>
    <w:p>
      <w:r>
        <w:t>[Maybe you say it, you say it]</w:t>
      </w:r>
    </w:p>
    <w:p>
      <w:r>
        <w:t>Oy</w:t>
      </w:r>
    </w:p>
    <w:p>
      <w:r>
        <w:t>[Yes, you say it, they can hear you..]</w:t>
      </w:r>
    </w:p>
    <w:p>
      <w:r>
        <w:t>[I want, with your permission, to thank..]</w:t>
      </w:r>
    </w:p>
    <w:p>
      <w:r>
        <w:t>Oy, w.., {the holiday} will come, the time is near {that}</w:t>
      </w:r>
    </w:p>
    <w:p>
      <w:r>
        <w:t>[If Hashem wills]</w:t>
      </w:r>
    </w:p>
    <w:p>
      <w:r>
        <w:t>That Rebbe Nachman will turn the whole world, all th{{..…}}</w:t>
      </w:r>
    </w:p>
    <w:p>
      <w:r>
        <w:t>Everyone will be transformed to faith.. in Hashem and in the Torah, {{.…}}</w:t>
      </w:r>
    </w:p>
    <w:p>
      <w:r>
        <w:t>[………..]</w:t>
      </w:r>
    </w:p>
    <w:p>
      <w:r>
        <w:t>This is a matter..</w:t>
      </w:r>
    </w:p>
    <w:p>
      <w:r>
        <w:t>[………]</w:t>
      </w:r>
    </w:p>
    <w:p>
      <w:r>
        <w:t>..That it is impossible to speak of at all</w:t>
      </w:r>
    </w:p>
    <w:p>
      <w:r>
        <w:t>[Ah..]</w:t>
      </w:r>
    </w:p>
    <w:p>
      <w:r>
        <w:t>{{…}}</w:t>
      </w:r>
    </w:p>
    <w:p>
      <w:r>
        <w:t>[…………]</w:t>
      </w:r>
    </w:p>
    <w:p>
      <w:r>
        <w:t>[Yes, and all the questions..]</w:t>
      </w:r>
    </w:p>
    <w:p>
      <w:r>
        <w:t>[And.. and I will say: Rabbi Yisroel Odesser]</w:t>
      </w:r>
    </w:p>
    <w:p>
      <w:r>
        <w:t>It will be, it will be.., the time is near..</w:t>
      </w:r>
    </w:p>
    <w:p>
      <w:r>
        <w:t>[Wait, wait, wait]</w:t>
      </w:r>
    </w:p>
    <w:p>
      <w:r>
        <w:t>That the whole world..</w:t>
      </w:r>
    </w:p>
    <w:p>
      <w:r>
        <w:t>[No, in order, in order to explain that we….. we spoke for two hours..]</w:t>
      </w:r>
    </w:p>
    <w:p>
      <w:r>
        <w:t>{…………..Before.., before every utterance of Rebbe Nachman} [...{Beginning..}]</w:t>
      </w:r>
    </w:p>
    <w:p>
      <w:r>
        <w:t>[But …. what is it th..]</w:t>
      </w:r>
    </w:p>
    <w:p>
      <w:r>
        <w:t>[I will say only..]</w:t>
      </w:r>
    </w:p>
    <w:p>
      <w:r>
        <w:t>[Thank you very much, Saba, thank you very much]</w:t>
      </w:r>
    </w:p>
    <w:p>
      <w:r>
        <w:t>[Ah, forgive me]</w:t>
      </w:r>
    </w:p>
    <w:p>
      <w:r>
        <w:t>[.………………][.………………][Yitzchak…. "Na Naḥ Naḥma Naḥman MeUman"][.………………][.………………][Yitzchak…. "Na Naḥ Naḥma Naḥman MeUman"]Ah, I, ah {……..} I have what to speak about, but {……… close to..}</w:t>
      </w:r>
    </w:p>
    <w:p>
      <w:r>
        <w:t>[.………………]</w:t>
      </w:r>
    </w:p>
    <w:p>
      <w:r>
        <w:t>[.………………]</w:t>
      </w:r>
    </w:p>
    <w:p>
      <w:r>
        <w:t>[Yitzchak…. "Na Naḥ Naḥma Naḥman MeUman"]</w:t>
      </w:r>
    </w:p>
    <w:p>
      <w:r>
        <w:t>[.………………]</w:t>
      </w:r>
    </w:p>
    <w:p>
      <w:r>
        <w:t>[.………………]</w:t>
      </w:r>
    </w:p>
    <w:p>
      <w:r>
        <w:t>[Yitzchak…. "Na Naḥ Naḥma Naḥman MeUman"]</w:t>
      </w:r>
    </w:p>
    <w:p>
      <w:r>
        <w:t>[Can you come a little closer here, a tiny bit] […….]</w:t>
      </w:r>
    </w:p>
    <w:p>
      <w:r>
        <w:t>[More, come closer still more]</w:t>
      </w:r>
    </w:p>
    <w:p>
      <w:r>
        <w:t>[Ah, move them…]</w:t>
      </w:r>
    </w:p>
    <w:p>
      <w:r>
        <w:t>[We also spoke with Yisroel Dagan]</w:t>
      </w:r>
    </w:p>
    <w:p>
      <w:r>
        <w:t>{{Shoyn, shoyn, shoyn}}</w:t>
      </w:r>
    </w:p>
    <w:p>
      <w:r>
        <w:t>[……………]</w:t>
      </w:r>
    </w:p>
    <w:p>
      <w:r>
        <w:t>[……………]</w:t>
      </w:r>
    </w:p>
    <w:p>
      <w:r>
        <w:t>[Take, take, they brought tzedakah]</w:t>
      </w:r>
    </w:p>
    <w:p>
      <w:r>
        <w:t>[...How there is no room]</w:t>
      </w:r>
    </w:p>
    <w:p>
      <w:r>
        <w:t>Ah.. what?</w:t>
      </w:r>
    </w:p>
    <w:p>
      <w:r>
        <w:t>[Okay]</w:t>
      </w:r>
    </w:p>
    <w:p>
      <w:r>
        <w:t>[Then there is no need]</w:t>
      </w:r>
    </w:p>
    <w:p>
      <w:r>
        <w:t>{……}</w:t>
      </w:r>
    </w:p>
    <w:p>
      <w:r>
        <w:t>[No, no, you are spending the day here, no?]</w:t>
      </w:r>
    </w:p>
    <w:p>
      <w:r>
        <w:t>[We can ……. Saba, take]</w:t>
      </w:r>
    </w:p>
    <w:p>
      <w:r>
        <w:t>As long as they do not believe in the Torah, there is nothing to speak about, and also Rebbe Nachman..</w:t>
      </w:r>
    </w:p>
    <w:p>
      <w:r>
        <w:t>[Thank you very much]</w:t>
      </w:r>
    </w:p>
    <w:p>
      <w:r>
        <w:t>He.. shines throughout all th{….}, throughout all Israel, he can t.. and he will turn the whole world to faith, to truth</w:t>
      </w:r>
    </w:p>
    <w:p>
      <w:r>
        <w:t>[This is a beginning]</w:t>
      </w:r>
    </w:p>
    <w:p>
      <w:r>
        <w:t>Yes</w:t>
      </w:r>
    </w:p>
    <w:p>
      <w:r>
        <w:t>[We arrived because of the Petek..]</w:t>
      </w:r>
    </w:p>
    <w:p>
      <w:r>
        <w:t>Now there will be revealed in the world {ah…….}</w:t>
      </w:r>
    </w:p>
    <w:p>
      <w:r>
        <w:t>[This is Rebbe Nachman……]</w:t>
      </w:r>
    </w:p>
    <w:p>
      <w:r>
        <w:t>[..This is Rebbe Shimon bar Yochai]</w:t>
      </w:r>
    </w:p>
    <w:p>
      <w:r>
        <w:t>[Ah]</w:t>
      </w:r>
    </w:p>
    <w:p>
      <w:r>
        <w:t>[Rebbe Nachman …. himself..]</w:t>
      </w:r>
    </w:p>
    <w:p>
      <w:r>
        <w:t>[Is there a picture of Rebbe Nachman of Breslov?]</w:t>
      </w:r>
    </w:p>
    <w:p>
      <w:r>
        <w:t>[………………………..……..]</w:t>
      </w:r>
    </w:p>
    <w:p>
      <w:r>
        <w:t>[………………………...…….]</w:t>
      </w:r>
    </w:p>
    <w:p>
      <w:r>
        <w:t>[Run]</w:t>
      </w:r>
    </w:p>
    <w:p>
      <w:r>
        <w:t>[Please]</w:t>
      </w:r>
    </w:p>
    <w:p>
      <w:r>
        <w:t>[Is it possible to run?]</w:t>
      </w:r>
    </w:p>
    <w:p>
      <w:r>
        <w:t>[On the camera]</w:t>
      </w:r>
    </w:p>
    <w:p>
      <w:r>
        <w:t>[Ah, we are in the home of the esteemed Yitzchak, who is hosting Saba Yisroel Odesser]</w:t>
      </w:r>
    </w:p>
    <w:p>
      <w:r>
        <w:t>[Wait, wait, one second]</w:t>
      </w:r>
    </w:p>
    <w:p>
      <w:r>
        <w:t>[…………]</w:t>
      </w:r>
    </w:p>
    <w:p>
      <w:r>
        <w:t>[…………]</w:t>
      </w:r>
    </w:p>
    <w:p>
      <w:r>
        <w:t>[They do not see …….. they see only you, do you want to see him too]</w:t>
      </w:r>
    </w:p>
    <w:p>
      <w:r>
        <w:t>[Yes]</w:t>
      </w:r>
    </w:p>
    <w:p>
      <w:r>
        <w:t>[Open……..]</w:t>
      </w:r>
    </w:p>
    <w:p>
      <w:r>
        <w:t>They should take note, whether there is in.., anywhere else in the world such "Sipurei Maasiyos," and "such a Likutay Tefilos"</w:t>
      </w:r>
    </w:p>
    <w:p>
      <w:r>
        <w:t>And all his utterances, ah, will come, near {will come} the time when the whole world will be transformed</w:t>
      </w:r>
    </w:p>
    <w:p>
      <w:r>
        <w:t>[………]</w:t>
      </w:r>
    </w:p>
    <w:p>
      <w:r>
        <w:t>[I will put it on the..]</w:t>
      </w:r>
    </w:p>
    <w:p>
      <w:r>
        <w:t>[Put it on the ceiling above]</w:t>
      </w:r>
    </w:p>
    <w:p>
      <w:r>
        <w:t>{Through the power of the stories, and he will bring in b….. completely}</w:t>
      </w:r>
    </w:p>
    <w:p>
      <w:r>
        <w:t>[Look at the face a little]</w:t>
      </w:r>
    </w:p>
    <w:p>
      <w:r>
        <w:t>[Do not conceal me, this is…..]</w:t>
      </w:r>
    </w:p>
    <w:p>
      <w:r>
        <w:t>[…...For a moment and we…….what is the matter]</w:t>
      </w:r>
    </w:p>
    <w:p>
      <w:r>
        <w:t>[Good, I am closing this and that is it, there is no need]</w:t>
      </w:r>
    </w:p>
    <w:p>
      <w:r>
        <w:t>[Sir]</w:t>
      </w:r>
    </w:p>
    <w:p>
      <w:r>
        <w:t>[Yes]</w:t>
      </w:r>
    </w:p>
    <w:p>
      <w:r>
        <w:t>[Why are you not taking a picture of….]</w:t>
      </w:r>
    </w:p>
    <w:p>
      <w:r>
        <w:t>{Oy}</w:t>
      </w:r>
    </w:p>
    <w:p>
      <w:r>
        <w:t>[………]</w:t>
      </w:r>
    </w:p>
    <w:p>
      <w:r>
        <w:t>[No..</w:t>
      </w:r>
    </w:p>
    <w:p>
      <w:r>
        <w:t>[One second]</w:t>
      </w:r>
    </w:p>
    <w:p>
      <w:r>
        <w:t>Can speak, cannot, I cannot speak, {because of}..</w:t>
      </w:r>
    </w:p>
    <w:p>
      <w:r>
        <w:t>[One second]</w:t>
      </w:r>
    </w:p>
    <w:p>
      <w:r>
        <w:t>[A little more, a little more]</w:t>
      </w:r>
    </w:p>
    <w:p>
      <w:r>
        <w:t>But briefly</w:t>
      </w:r>
    </w:p>
    <w:p>
      <w:r>
        <w:t>[A little more, a little more]</w:t>
      </w:r>
    </w:p>
    <w:p>
      <w:r>
        <w:t>The whole world will be transformed completely</w:t>
      </w:r>
    </w:p>
    <w:p>
      <w:r>
        <w:t>[That is it]</w:t>
      </w:r>
    </w:p>
    <w:p>
      <w:r>
        <w:t>Rebbe Nachman is the opposite of the whole world</w:t>
      </w:r>
    </w:p>
    <w:p>
      <w:r>
        <w:t>And he is {c…..} conquering the whole world; all the wise men are nothing before him</w:t>
      </w:r>
    </w:p>
    <w:p>
      <w:r>
        <w:t>This is a new matter, a very awesome wonder that has never existed, and this will come s.. s.. s.. s.. soon..</w:t>
      </w:r>
    </w:p>
    <w:p>
      <w:r>
        <w:t>[As you are]</w:t>
      </w:r>
    </w:p>
    <w:p>
      <w:r>
        <w:t>So that everyone will know</w:t>
      </w:r>
    </w:p>
    <w:p>
      <w:r>
        <w:t>[Good, move your head there]</w:t>
      </w:r>
    </w:p>
    <w:p>
      <w:r>
        <w:t>{..} They will pursue only the Torah and the mitzvos</w:t>
      </w:r>
    </w:p>
    <w:p>
      <w:r>
        <w:t>[Ah, we are in the home of Yitzchak of Tzfas</w:t>
      </w:r>
    </w:p>
    <w:p>
      <w:r>
        <w:t>The honored Yitzchak is hosting Saba Yisroel Odesser</w:t>
      </w:r>
    </w:p>
    <w:p>
      <w:r>
        <w:t>To whom the sto.., to whom is attributed, is attributed the story that Rebbe Nachman of Breslov delivered the Petek to him; on the Petek was written: "Na Nach Nachma Nachman MeUman"</w:t>
      </w:r>
    </w:p>
    <w:p>
      <w:r>
        <w:t>Saba Yisroel Odesser</w:t>
      </w:r>
    </w:p>
    <w:p>
      <w:r>
        <w:t>Ah, Yitzchak, you are hosting, ah, Saba Yisroel Odesser in your home]</w:t>
      </w:r>
    </w:p>
    <w:p>
      <w:r>
        <w:t>[Yes, gladly]</w:t>
      </w:r>
    </w:p>
    <w:p>
      <w:r>
        <w:t>[And does this f.., bring you a segulah?]</w:t>
      </w:r>
    </w:p>
    <w:p>
      <w:r>
        <w:t>[It is not only a segulah, it repairs my soul, repairs..]</w:t>
      </w:r>
    </w:p>
    <w:p>
      <w:r>
        <w:t>[I heard..]</w:t>
      </w:r>
    </w:p>
    <w:p>
      <w:r>
        <w:t>[The whole matter]</w:t>
      </w:r>
    </w:p>
    <w:p>
      <w:r>
        <w:t>[I heard that in all the elevators they sing.. "Na.. Na.."]</w:t>
      </w:r>
    </w:p>
    <w:p>
      <w:r>
        <w:t>["Na Nach Nachma Nachman MeUman"]</w:t>
      </w:r>
    </w:p>
    <w:p>
      <w:r>
        <w:t>[…….]</w:t>
      </w:r>
    </w:p>
    <w:p>
      <w:r>
        <w:t>[They will yet sing it throughout the whole world]</w:t>
      </w:r>
    </w:p>
    <w:p>
      <w:r>
        <w:t>[I, for example, returned in teshuvah from the Petek]</w:t>
      </w:r>
    </w:p>
    <w:p>
      <w:r>
        <w:t>[Ah, yes?]</w:t>
      </w:r>
    </w:p>
    <w:p>
      <w:r>
        <w:t>[Someone gave me a Petek and told me: "Na Nach Nachma Nachman MeUman, it is a segulah to say this"</w:t>
      </w:r>
    </w:p>
    <w:p>
      <w:r>
        <w:t>And I was se.., se.., completely secular]</w:t>
      </w:r>
    </w:p>
    <w:p>
      <w:r>
        <w:t>[When did this thing happen?]</w:t>
      </w:r>
    </w:p>
    <w:p>
      <w:r>
        <w:t>[Six years ago]</w:t>
      </w:r>
    </w:p>
    <w:p>
      <w:r>
        <w:t>[Six years]</w:t>
      </w:r>
    </w:p>
    <w:p>
      <w:r>
        <w:t>[And I said: "Na Nach Nachma Nachman MeUman," Baruch Hashem, here, a wife, children]</w:t>
      </w:r>
    </w:p>
    <w:p>
      <w:r>
        <w:t>[But there are ah.., I heard, I was in th.., here in Tzfas today</w:t>
      </w:r>
    </w:p>
    <w:p>
      <w:r>
        <w:t>And I heard fellows who also b.., they belong to th.., to.. to.. to.. to.. this court</w:t>
      </w:r>
    </w:p>
    <w:p>
      <w:r>
        <w:t>Or to the faith of Nachman of Breslov, and they do not believe in the Petek]</w:t>
      </w:r>
    </w:p>
    <w:p>
      <w:r>
        <w:t>[“A Tzaddik shall live by his faith," says Habakkuk the prophet; we believe with simplicity and wholeheartedness</w:t>
      </w:r>
    </w:p>
    <w:p>
      <w:r>
        <w:t>That our holy Rabbainu could send a Petek to Saba Yisroel]</w:t>
      </w:r>
    </w:p>
    <w:p>
      <w:r>
        <w:t>[Odesser, yes, are you prepared to tell briefly the.., the, the, the..</w:t>
      </w:r>
    </w:p>
    <w:p>
      <w:r>
        <w:t>This amazing story that is told about, ah, Yisroel.., Saba Yisroel Odesser</w:t>
      </w:r>
    </w:p>
    <w:p>
      <w:r>
        <w:t>How did it happen? I heard that seventy-two years ago he forgot to fast once]</w:t>
      </w:r>
    </w:p>
    <w:p>
      <w:r>
        <w:t>[On - the seventeenth of Tammuz]</w:t>
      </w:r>
    </w:p>
    <w:p>
      <w:r>
        <w:t>[He.. he forgot to.., {..} continue the story]</w:t>
      </w:r>
    </w:p>
    <w:p>
      <w:r>
        <w:t>[In the year 5682, on - the seventeenth of Tammuz, Saba forgot the fast, and he drank</w:t>
      </w:r>
    </w:p>
    <w:p>
      <w:r>
        <w:t>When he drank he entered into great anguish, and from so much anguish he almost gave up his soul</w:t>
      </w:r>
    </w:p>
    <w:p>
      <w:r>
        <w:t>Then a heavenly voice came to him and told him: “Your remedy is in the cabinet"</w:t>
      </w:r>
    </w:p>
    <w:p>
      <w:r>
        <w:t>In the bookcase of course, in the yeshiva of Rebbe Meir Baal HaNess]</w:t>
      </w:r>
    </w:p>
    <w:p>
      <w:r>
        <w:t>[The cabinet was closed]</w:t>
      </w:r>
    </w:p>
    <w:p>
      <w:r>
        <w:t>[The cabinet was closed, and with time, after two or three days the cabinet was opened</w:t>
      </w:r>
    </w:p>
    <w:p>
      <w:r>
        <w:t>And he opened a book and a Petek fell from there, and on the Petek was written:</w:t>
      </w:r>
    </w:p>
    <w:p>
      <w:r>
        <w:t>"It was very difficult for me to descend to you, my precious student, to tell you that I derived great pleasure from your service</w:t>
      </w:r>
    </w:p>
    <w:p>
      <w:r>
        <w:t>And about you I said, my fire will burn until the coming of Mashiach "Na Nach Nachma Nachman MeUman"</w:t>
      </w:r>
    </w:p>
    <w:p>
      <w:r>
        <w:t>And with this I will reveal a secret to you, and it is full and heaped from line to line, Pei Tzadi Pei Tzadi Yud Hei</w:t>
      </w:r>
    </w:p>
    <w:p>
      <w:r>
        <w:t>And by strengthening the service you will understand it, and the sign is the seventeenth of Tammuz; they will say that you are not fasting"</w:t>
      </w:r>
    </w:p>
    <w:p>
      <w:r>
        <w:t>Then Saba immediately began to dance and rejoice</w:t>
      </w:r>
    </w:p>
    <w:p>
      <w:r>
        <w:t>Then everyone thought that he was crazy, that he had received a Petek from Rebbe Nachman</w:t>
      </w:r>
    </w:p>
    <w:p>
      <w:r>
        <w:t>And this is the joy of: "Na Nach Nachma Nachman MeUman"]</w:t>
      </w:r>
    </w:p>
    <w:p>
      <w:r>
        <w:t>[Ah, Yitzchak, ah, why is there no, no court for.. for Saba Yisroel Odesser? Why does he have no court?] [Interesting why]</w:t>
      </w:r>
    </w:p>
    <w:p>
      <w:r>
        <w:t>[Like all the Rebbes]</w:t>
      </w:r>
    </w:p>
    <w:p>
      <w:r>
        <w:t>[Until R..]</w:t>
      </w:r>
    </w:p>
    <w:p>
      <w:r>
        <w:t>[The great ones]</w:t>
      </w:r>
    </w:p>
    <w:p>
      <w:r>
        <w:t>[Until our holy Rabbainu, who was the last court; Rabbainu was the only Rebbe of Breslov] [You mean Rebbe Nachman of Breslov]</w:t>
      </w:r>
    </w:p>
    <w:p>
      <w:r>
        <w:t>[Rebbe Nachman of Breslov was the Rebbe of all the Breslov Chassidim; after Rabbainu..]</w:t>
      </w:r>
    </w:p>
    <w:p>
      <w:r>
        <w:t>[There is none]</w:t>
      </w:r>
    </w:p>
    <w:p>
      <w:r>
        <w:t>[We are orphans without a Rebbe until the coming of Mashiach, with Hashem's help]</w:t>
      </w:r>
    </w:p>
    <w:p>
      <w:r>
        <w:t>[Ah, you are waiting for the coming of Mashiach, and until then you do not want..]</w:t>
      </w:r>
    </w:p>
    <w:p>
      <w:r>
        <w:t>[We do not have..]</w:t>
      </w:r>
    </w:p>
    <w:p>
      <w:r>
        <w:t>[A court]</w:t>
      </w:r>
    </w:p>
    <w:p>
      <w:r>
        <w:t>[We have no court, and we have no Rebbe]</w:t>
      </w:r>
    </w:p>
    <w:p>
      <w:r>
        <w:t>[I heard that he performed all kinds of miracles and wonders]</w:t>
      </w:r>
    </w:p>
    <w:p>
      <w:r>
        <w:t>[True]</w:t>
      </w:r>
    </w:p>
    <w:p>
      <w:r>
        <w:t>[Tell me some amazing story]</w:t>
      </w:r>
    </w:p>
    <w:p>
      <w:r>
        <w:t>[An amazing story?:</w:t>
      </w:r>
    </w:p>
    <w:p>
      <w:r>
        <w:t>That I came from the lowest depths, and today I am, Baruch Hashem]</w:t>
      </w:r>
    </w:p>
    <w:p>
      <w:r>
        <w:t>Whoever {he} will set his eyes and his heart {to..} one utterance of Rebbe Nachman, the whole world will nullify itself [………]</w:t>
      </w:r>
    </w:p>
    <w:p>
      <w:r>
        <w:t>[Do you think.., is there a thought that he is Mashiach?]</w:t>
      </w:r>
    </w:p>
    <w:p>
      <w:r>
        <w:t>[No, God forbid, Saba does not say such a thing; he is a humble man</w:t>
      </w:r>
    </w:p>
    <w:p>
      <w:r>
        <w:t>He is also not a rabbi; he calls himself "Saba"; he is a f.. he is a friend of everyone</w:t>
      </w:r>
    </w:p>
    <w:p>
      <w:r>
        <w:t>He has love of the Jewish people, love of Torah, love of Hashem, love of the Tzaddik]</w:t>
      </w:r>
    </w:p>
    <w:p>
      <w:r>
        <w:t>[Ah, tell me, do you not think that all the involvement here is in Kabbalah, and I know that here they are involved..] Oy..</w:t>
      </w:r>
    </w:p>
    <w:p>
      <w:r>
        <w:t>[In Kabbalah]</w:t>
      </w:r>
    </w:p>
    <w:p>
      <w:r>
        <w:t>Oy vey</w:t>
      </w:r>
    </w:p>
    <w:p>
      <w:r>
        <w:t>[Ah, do you not think this is an involvement that is a little, ah, difficult]</w:t>
      </w:r>
    </w:p>
    <w:p>
      <w:r>
        <w:t>[No one is involved..]</w:t>
      </w:r>
    </w:p>
    <w:p>
      <w:r>
        <w:t>[Dangerous]</w:t>
      </w:r>
    </w:p>
    <w:p>
      <w:r>
        <w:t>Oy vey</w:t>
      </w:r>
    </w:p>
    <w:p>
      <w:r>
        <w:t>[In Breslov they are not involved in Kabbalah]</w:t>
      </w:r>
    </w:p>
    <w:p>
      <w:r>
        <w:t>[No?]</w:t>
      </w:r>
    </w:p>
    <w:p>
      <w:r>
        <w:t>[Only in the "Likutay Moharan" of Rebbe Nachman of Breslov]</w:t>
      </w:r>
    </w:p>
    <w:p>
      <w:r>
        <w:t>[Only in..?]</w:t>
      </w:r>
    </w:p>
    <w:p>
      <w:r>
        <w:t>[“Likutay Moharan"..]</w:t>
      </w:r>
    </w:p>
    <w:p>
      <w:r>
        <w:t>[“Sipurei Maasiyos"]</w:t>
      </w:r>
    </w:p>
    <w:p>
      <w:r>
        <w:t>[Of Rebbe Nachman of Breslov]</w:t>
      </w:r>
    </w:p>
    <w:p>
      <w:r>
        <w:t>[“Likutay Moharan"]</w:t>
      </w:r>
    </w:p>
    <w:p>
      <w:r>
        <w:t>[“Sipurei Maasiyos," “Likutay Tefilos" of Rebbe Nassan]</w:t>
      </w:r>
    </w:p>
    <w:p>
      <w:r>
        <w:t>The prayers</w:t>
      </w:r>
    </w:p>
    <w:p>
      <w:r>
        <w:t>[Prayers]</w:t>
      </w:r>
    </w:p>
    <w:p>
      <w:r>
        <w:t>[…..Why is he getting up like that?]</w:t>
      </w:r>
    </w:p>
    <w:p>
      <w:r>
        <w:t>[Tell me, why does.. does.. Saba Yisroel, ah, not have a home of his own?]</w:t>
      </w:r>
    </w:p>
    <w:p>
      <w:r>
        <w:t>[Because he does not want one]</w:t>
      </w:r>
    </w:p>
    <w:p>
      <w:r>
        <w:t>[He does not want a home of his own; he does not want a material thing in this world]</w:t>
      </w:r>
    </w:p>
    <w:p>
      <w:r>
        <w:t>[So each time he lives..]</w:t>
      </w:r>
    </w:p>
    <w:p>
      <w:r>
        <w:t>{..}</w:t>
      </w:r>
    </w:p>
    <w:p>
      <w:r>
        <w:t>[In another place]</w:t>
      </w:r>
    </w:p>
    <w:p>
      <w:r>
        <w:t>[All the time other Chassidim attend to him]</w:t>
      </w:r>
    </w:p>
    <w:p>
      <w:r>
        <w:t>They saw..</w:t>
      </w:r>
    </w:p>
    <w:p>
      <w:r>
        <w:t>[Yes]</w:t>
      </w:r>
    </w:p>
    <w:p>
      <w:r>
        <w:t>The book, {the}, the book that I wrote to..</w:t>
      </w:r>
    </w:p>
    <w:p>
      <w:r>
        <w:t>[Shazar]</w:t>
      </w:r>
    </w:p>
    <w:p>
      <w:r>
        <w:t>To.. {{to Yisroel}}, to President Shazar?</w:t>
      </w:r>
    </w:p>
    <w:p>
      <w:r>
        <w:t>[Yes, we saw, we saw..]</w:t>
      </w:r>
    </w:p>
    <w:p>
      <w:r>
        <w:t>[He corresponded with, ah, with ah, the president of the state]</w:t>
      </w:r>
    </w:p>
    <w:p>
      <w:r>
        <w:t>[But he did not tell about miracles..]</w:t>
      </w:r>
    </w:p>
    <w:p>
      <w:r>
        <w:t>[Yes, you told him.., you said that you would tell me about some miracles and wonders th..] The president..</w:t>
      </w:r>
    </w:p>
    <w:p>
      <w:r>
        <w:t>[Saba Yisroel Odesser, ah..]</w:t>
      </w:r>
    </w:p>
    <w:p>
      <w:r>
        <w:t>Gave..</w:t>
      </w:r>
    </w:p>
    <w:p>
      <w:r>
        <w:t>[Made]</w:t>
      </w:r>
    </w:p>
    <w:p>
      <w:r>
        <w:t>A name for the book</w:t>
      </w:r>
    </w:p>
    <w:p>
      <w:r>
        <w:t>[That is wonders]</w:t>
      </w:r>
    </w:p>
    <w:p>
      <w:r>
        <w:t>"AVI HaNachal," “AVI HaNachal," AVI - Yisroel Ber Odesser, “AVI..</w:t>
      </w:r>
    </w:p>
    <w:p>
      <w:r>
        <w:t>[That is Song of Songs]</w:t>
      </w:r>
    </w:p>
    <w:p>
      <w:r>
        <w:t>"HaNachal"</w:t>
      </w:r>
    </w:p>
    <w:p>
      <w:r>
        <w:t>This is a wondrous matter that has never existed, that will transform everyone</w:t>
      </w:r>
    </w:p>
    <w:p>
      <w:r>
        <w:t>So that they will know that they know nothing</w:t>
      </w:r>
    </w:p>
    <w:p>
      <w:r>
        <w:t>[Can you, Yitzchak, tell me..]</w:t>
      </w:r>
    </w:p>
    <w:p>
      <w:r>
        <w:t>Against Rebbe Nachman</w:t>
      </w:r>
    </w:p>
    <w:p>
      <w:r>
        <w:t>[About some miracle, a nice miracle like that]</w:t>
      </w:r>
    </w:p>
    <w:p>
      <w:r>
        <w:t>{…}</w:t>
      </w:r>
    </w:p>
    <w:p>
      <w:r>
        <w:t>[In order, in order to..]</w:t>
      </w:r>
    </w:p>
    <w:p>
      <w:r>
        <w:t>There will be news..</w:t>
      </w:r>
    </w:p>
    <w:p>
      <w:r>
        <w:t>[Illustrate]</w:t>
      </w:r>
    </w:p>
    <w:p>
      <w:r>
        <w:t>Soon</w:t>
      </w:r>
    </w:p>
    <w:p>
      <w:r>
        <w:t>[How special, and blessed, and a man of virtue this man is, can you..]</w:t>
      </w:r>
    </w:p>
    <w:p>
      <w:r>
        <w:t>Everyone</w:t>
      </w:r>
    </w:p>
    <w:p>
      <w:r>
        <w:t>[Tell me..]</w:t>
      </w:r>
    </w:p>
    <w:p>
      <w:r>
        <w:t>Will pursue only..</w:t>
      </w:r>
    </w:p>
    <w:p>
      <w:r>
        <w:t>[There are many barren women, for example, who..]</w:t>
      </w:r>
    </w:p>
    <w:p>
      <w:r>
        <w:t>[Yes]</w:t>
      </w:r>
    </w:p>
    <w:p>
      <w:r>
        <w:t>[Did not enter..]</w:t>
      </w:r>
    </w:p>
    <w:p>
      <w:r>
        <w:t>To know</w:t>
      </w:r>
    </w:p>
    <w:p>
      <w:r>
        <w:t>[For many years into..]</w:t>
      </w:r>
    </w:p>
    <w:p>
      <w:r>
        <w:t>To believe in the Torah..</w:t>
      </w:r>
    </w:p>
    <w:p>
      <w:r>
        <w:t>[Pregnancy]</w:t>
      </w:r>
    </w:p>
    <w:p>
      <w:r>
        <w:t>And.. and the mitzvos</w:t>
      </w:r>
    </w:p>
    <w:p>
      <w:r>
        <w:t>[And he decreed regarding this that the woman would become pregnant this year</w:t>
      </w:r>
    </w:p>
    <w:p>
      <w:r>
        <w:t>And she conceived, after seven, eight years that she had not been pregnant]</w:t>
      </w:r>
    </w:p>
    <w:p>
      <w:r>
        <w:t>[And then.., and when he decreed..]</w:t>
      </w:r>
    </w:p>
    <w:p>
      <w:r>
        <w:t>[And when he decreed, she..]</w:t>
      </w:r>
    </w:p>
    <w:p>
      <w:r>
        <w:t>[She, she conceived]</w:t>
      </w:r>
    </w:p>
    <w:p>
      <w:r>
        <w:t>[Conceived and gave birth..</w:t>
      </w:r>
    </w:p>
    <w:p>
      <w:r>
        <w:t>And we too are a miracle, for we came from the depths of the underworld, and today we believe in the Holy One, blessed is He]</w:t>
      </w:r>
    </w:p>
    <w:p>
      <w:r>
        <w:t>[So you fight over him, who will take him into his home, who will take her.., the, the..]</w:t>
      </w:r>
    </w:p>
    <w:p>
      <w:r>
        <w:t>[We pray in the field]</w:t>
      </w:r>
    </w:p>
    <w:p>
      <w:r>
        <w:t>[Yes]</w:t>
      </w:r>
    </w:p>
    <w:p>
      <w:r>
        <w:t>[A lot, in the field..]</w:t>
      </w:r>
    </w:p>
    <w:p>
      <w:r>
        <w:t>[Yes]</w:t>
      </w:r>
    </w:p>
    <w:p>
      <w:r>
        <w:t>[So that we will merit]</w:t>
      </w:r>
    </w:p>
    <w:p>
      <w:r>
        <w:t>[In order to take him..]</w:t>
      </w:r>
    </w:p>
    <w:p>
      <w:r>
        <w:t>[That we will merit, that we will merit, yes]</w:t>
      </w:r>
    </w:p>
    <w:p>
      <w:r>
        <w:t>[That is faith, very strong faith, I see]</w:t>
      </w:r>
    </w:p>
    <w:p>
      <w:r>
        <w:t>[All the Jewish people, they have faith, they have a spark, but with time, with the deterioration of the..]</w:t>
      </w:r>
    </w:p>
    <w:p>
      <w:r>
        <w:t>[And.. and.. and only..]</w:t>
      </w:r>
    </w:p>
    <w:p>
      <w:r>
        <w:t>[Of life]</w:t>
      </w:r>
    </w:p>
    <w:p>
      <w:r>
        <w:t>[Do you want to be in Tzfas?]</w:t>
      </w:r>
    </w:p>
    <w:p>
      <w:r>
        <w:t>[Each person wherever suits him..]</w:t>
      </w:r>
    </w:p>
    <w:p>
      <w:r>
        <w:t>[No, this is not, this is not some kind of decision..]</w:t>
      </w:r>
    </w:p>
    <w:p>
      <w:r>
        <w:t>[It is not relevant, I returned from the Carmel, I used to live in the Carmel..]</w:t>
      </w:r>
    </w:p>
    <w:p>
      <w:r>
        <w:t>[…..]</w:t>
      </w:r>
    </w:p>
    <w:p>
      <w:r>
        <w:t>[In the greatest klipah, and Baruch Hashem, I am in teshuvah]</w:t>
      </w:r>
    </w:p>
    <w:p>
      <w:r>
        <w:t>[I think we have, we have a beauty]</w:t>
      </w:r>
    </w:p>
    <w:p>
      <w:r>
        <w:t>[Ah, okay]</w:t>
      </w:r>
    </w:p>
    <w:p>
      <w:r>
        <w:t>[We have a beauty of a, ah..]</w:t>
      </w:r>
    </w:p>
    <w:p>
      <w:r>
        <w:t>[No, but it is possible more..]</w:t>
      </w:r>
    </w:p>
    <w:p>
      <w:r>
        <w:t>[Let us not disturb Saba]</w:t>
      </w:r>
    </w:p>
    <w:p>
      <w:r>
        <w:t>[One question, what is his role, as it were, of the Rebbe, of the rabbi, what is the role..]</w:t>
      </w:r>
    </w:p>
    <w:p>
      <w:r>
        <w:t>[There is not, he said, said]</w:t>
      </w:r>
    </w:p>
    <w:p>
      <w:r>
        <w:t>[A prayer leader]</w:t>
      </w:r>
    </w:p>
    <w:p>
      <w:r>
        <w:t>[To reveal Rabbainu in the world, to reveal Rabbainu in the world]</w:t>
      </w:r>
    </w:p>
    <w:p>
      <w:r>
        <w:t>[…..What is the role, okay, okay..]</w:t>
      </w:r>
    </w:p>
    <w:p>
      <w:r>
        <w:t>[…….……]</w:t>
      </w:r>
    </w:p>
    <w:p>
      <w:r>
        <w:t>[……..…..]</w:t>
      </w:r>
    </w:p>
    <w:p>
      <w:r>
        <w:t>{Has arrived ….}, the time of the redemption, there will be completely new news</w:t>
      </w:r>
    </w:p>
    <w:p>
      <w:r>
        <w:t>[………….]</w:t>
      </w:r>
    </w:p>
    <w:p>
      <w:r>
        <w:t>[………….]</w:t>
      </w:r>
    </w:p>
    <w:p>
      <w:r>
        <w:t>And Rebbe Nachman is everything, all the Torah, and all the wisdom</w:t>
      </w:r>
    </w:p>
    <w:p>
      <w:r>
        <w:t>[….Of the rabbi]</w:t>
      </w:r>
    </w:p>
    <w:p>
      <w:r>
        <w:t>[All right...]</w:t>
      </w:r>
    </w:p>
    <w:p>
      <w:r>
        <w:t>[Ah, ah..]</w:t>
      </w:r>
    </w:p>
    <w:p>
      <w:r>
        <w:t>Whoever w.. {{}}, who will study some matter of Rebbe Nachman, he will nullify himself t.., completely</w:t>
      </w:r>
    </w:p>
    <w:p>
      <w:r>
        <w:t>[Good, if he wants, then it is redemption; if not, may Hashem have mercy, good, one hundred percent, all right]</w:t>
      </w:r>
    </w:p>
    <w:p>
      <w:r>
        <w:t>[……..…..]</w:t>
      </w:r>
    </w:p>
    <w:p>
      <w:r>
        <w:t>[Yitzchak, what is the role of Saba Yisroel Odesser?]</w:t>
      </w:r>
    </w:p>
    <w:p>
      <w:r>
        <w:t>[His role, he is a prayer leader, to pray for the Jewish people to draw close to our holy Rabbainu,</w:t>
      </w:r>
    </w:p>
    <w:p>
      <w:r>
        <w:t>Rebbe Nachman of Breslov; the Jewish people will do teshuvah]</w:t>
      </w:r>
    </w:p>
    <w:p>
      <w:r>
        <w:t>[With Hashem's help]</w:t>
      </w:r>
    </w:p>
    <w:p>
      <w:r>
        <w:t>[And for the coming of Mashiach, with Hashem's help]</w:t>
      </w:r>
    </w:p>
    <w:p>
      <w:r>
        <w:t>[All right, good, here I already….]</w:t>
      </w:r>
    </w:p>
    <w:p>
      <w:r>
        <w:t>[In the Carmel, on Derech Hayam]</w:t>
      </w:r>
    </w:p>
    <w:p>
      <w:r>
        <w:t>[Yes, you were just an ordinary man, secular]</w:t>
      </w:r>
    </w:p>
    <w:p>
      <w:r>
        <w:t>[I was just a person, like an animal, without a soul, and he repaired my soul]</w:t>
      </w:r>
    </w:p>
    <w:p>
      <w:r>
        <w:t>[And suddenly such an illumination came to you?]</w:t>
      </w:r>
    </w:p>
    <w:p>
      <w:r>
        <w:t>[No, a man came to me in the street, gave me a Petek on which was written: "Na Nach Nachma Nachman MeUman"</w:t>
      </w:r>
    </w:p>
    <w:p>
      <w:r>
        <w:t>And..with simplicity and innocence I believed, and I saw many miracles, and Baruch Hashem, here, I established a home]</w:t>
      </w:r>
    </w:p>
    <w:p>
      <w:r>
        <w:t>[Do you have children, a wife?]</w:t>
      </w:r>
    </w:p>
    <w:p>
      <w:r>
        <w:t>[I have an older child from my ex-wife, and I married after the teshuvah; two years ago a son and a daughter were born to me, Baruch Hashem]</w:t>
      </w:r>
    </w:p>
    <w:p>
      <w:r>
        <w:t>[May you be blessed, good..]</w:t>
      </w:r>
    </w:p>
    <w:p>
      <w:r>
        <w:t>[Do you want to summarize?]</w:t>
      </w:r>
    </w:p>
    <w:p>
      <w:r>
        <w:t>[Ah..]</w:t>
      </w:r>
    </w:p>
    <w:p>
      <w:r>
        <w:t>"Na Nach Nachma..</w:t>
      </w:r>
    </w:p>
    <w:p>
      <w:r>
        <w:t>[That is a summary]</w:t>
      </w:r>
    </w:p>
    <w:p>
      <w:r>
        <w:t>Nachman MeUman"</w:t>
      </w:r>
    </w:p>
    <w:p>
      <w:r>
        <w:t>[Did you film that? Did you film that?]</w:t>
      </w:r>
    </w:p>
    <w:p>
      <w:r>
        <w:t>That is the whole world, all the wisdoms are already included in it..</w:t>
      </w:r>
    </w:p>
    <w:p>
      <w:r>
        <w:t>[Catch him..]</w:t>
      </w:r>
    </w:p>
    <w:p>
      <w:r>
        <w:t>Included in this</w:t>
      </w:r>
    </w:p>
    <w:p>
      <w:r>
        <w:t>[Catch him, that is my summary]</w:t>
      </w:r>
    </w:p>
    <w:p>
      <w:r>
        <w:t>[Say….]</w:t>
      </w:r>
    </w:p>
    <w:p>
      <w:r>
        <w:t>[Saba, Saba]</w:t>
      </w:r>
    </w:p>
    <w:p>
      <w:r>
        <w:t>[Saba, say it again, they say that you should say again "Na Nach"]</w:t>
      </w:r>
    </w:p>
    <w:p>
      <w:r>
        <w:t>[Wait, wait, wait]</w:t>
      </w:r>
    </w:p>
    <w:p>
      <w:r>
        <w:t>[Say to them "Na Nach"]</w:t>
      </w:r>
    </w:p>
    <w:p>
      <w:r>
        <w:t>This..</w:t>
      </w:r>
    </w:p>
    <w:p>
      <w:r>
        <w:t>[And..]</w:t>
      </w:r>
    </w:p>
    <w:p>
      <w:r>
        <w:t>[Wait, wait, wait, wait]</w:t>
      </w:r>
    </w:p>
    <w:p>
      <w:r>
        <w:t>[Go understand it]</w:t>
      </w:r>
    </w:p>
    <w:p>
      <w:r>
        <w:t>This is a secret matter, a secret from the whole world</w:t>
      </w:r>
    </w:p>
    <w:p>
      <w:r>
        <w:t>[Saba, say "Na Nach Nachma Nachman MeUman"]</w:t>
      </w:r>
    </w:p>
    <w:p>
      <w:r>
        <w:t>Good</w:t>
      </w:r>
    </w:p>
    <w:p>
      <w:r>
        <w:t>[Say]</w:t>
      </w:r>
    </w:p>
    <w:p>
      <w:r>
        <w:t>"Na..</w:t>
      </w:r>
    </w:p>
    <w:p>
      <w:r>
        <w:t>[Nu]</w:t>
      </w:r>
    </w:p>
    <w:p>
      <w:r>
        <w:t>..Nach Nachma Nachman MeUman"</w:t>
      </w:r>
    </w:p>
    <w:p>
      <w:r>
        <w:t>[An actor of the Cameri]</w:t>
      </w:r>
    </w:p>
    <w:p>
      <w:r>
        <w:t>What the world does not know..</w:t>
      </w:r>
    </w:p>
    <w:p>
      <w:r>
        <w:t>[..The Cameri lost a tremendous actor]</w:t>
      </w:r>
    </w:p>
    <w:p>
      <w:r>
        <w:t>{This matter}, that the whole world will nullify itself completely before every utterance of Rebbe Nachman</w:t>
      </w:r>
    </w:p>
    <w:p>
      <w:r>
        <w:t>{He… spoke, and speaks everything, about everything}</w:t>
      </w:r>
    </w:p>
    <w:p>
      <w:r>
        <w:t>[He tells me, for some several years]</w:t>
      </w:r>
    </w:p>
    <w:p>
      <w:r>
        <w:t>[Where are you from? It is not yours, it is not yours, it is not yours, it is an ordinary telephone]</w:t>
      </w:r>
    </w:p>
    <w:p>
      <w:r>
        <w:t>[……]</w:t>
      </w:r>
    </w:p>
    <w:p>
      <w:r>
        <w:t>[Yes, Shimon]</w:t>
      </w:r>
    </w:p>
    <w:p>
      <w:r>
        <w:t>[……]</w:t>
      </w:r>
    </w:p>
    <w:p>
      <w:r>
        <w:t>[Sit down, everyone is arguing]</w:t>
      </w:r>
    </w:p>
    <w:p>
      <w:r>
        <w:t>[Here is Yitzchak's house]</w:t>
      </w:r>
    </w:p>
    <w:p>
      <w:r>
        <w:t>[It is not terrible, here is good]</w:t>
      </w:r>
    </w:p>
    <w:p>
      <w:r>
        <w:t>[…...]</w:t>
      </w:r>
    </w:p>
    <w:p>
      <w:r>
        <w:t>[Tell me what to fix, show me]</w:t>
      </w:r>
    </w:p>
    <w:p>
      <w:r>
        <w:t>[……]</w:t>
      </w:r>
    </w:p>
    <w:p>
      <w:r>
        <w:t>Ah, I have it, I will look for it a moment, I have..]</w:t>
      </w:r>
    </w:p>
    <w:p>
      <w:r>
        <w:t>[…….]</w:t>
      </w:r>
    </w:p>
    <w:p>
      <w:r>
        <w:t>[No, no, no, I do not hear so well]</w:t>
      </w:r>
    </w:p>
    <w:p>
      <w:r>
        <w:t>[…...……]</w:t>
      </w:r>
    </w:p>
    <w:p>
      <w:r>
        <w:t>[…………]</w:t>
      </w:r>
    </w:p>
    <w:p>
      <w:r>
        <w:t>[Good, I found it……..]</w:t>
      </w:r>
    </w:p>
    <w:p>
      <w:r>
        <w:t>[Disconnect the player too]</w:t>
      </w:r>
    </w:p>
    <w:p>
      <w:r>
        <w:t>[…….]</w:t>
      </w:r>
    </w:p>
    <w:p>
      <w:r>
        <w:t>[Open th…… a little]</w:t>
      </w:r>
    </w:p>
    <w:p>
      <w:r>
        <w:t>[What happened?]</w:t>
      </w:r>
    </w:p>
    <w:p>
      <w:r>
        <w:t>[…….]</w:t>
      </w:r>
    </w:p>
    <w:p>
      <w:r>
        <w:t>[Who is this?]</w:t>
      </w:r>
    </w:p>
    <w:p>
      <w:r>
        <w:t>[He will call back later]</w:t>
      </w:r>
    </w:p>
    <w:p>
      <w:r>
        <w:t>[..He lied to me]</w:t>
      </w:r>
    </w:p>
    <w:p>
      <w:r>
        <w:t>[….It cannot be returned]</w:t>
      </w:r>
    </w:p>
    <w:p>
      <w:r>
        <w:t>"Na Nach Nachma Nachman MeUman"</w:t>
      </w:r>
    </w:p>
    <w:p>
      <w:r>
        <w:t>[The friends sing:</w:t>
      </w:r>
    </w:p>
    <w:p>
      <w:r>
        <w:t>"Na Nach Nachma Nachman MeUman"</w:t>
      </w:r>
    </w:p>
    <w:p>
      <w:r>
        <w:t>(Saba rouses them)]</w:t>
      </w:r>
    </w:p>
    <w:p>
      <w:r>
        <w:t>[Friends, friends, let us make a little summary, I want a summary ….. and this</w:t>
      </w:r>
    </w:p>
    <w:p>
      <w:r>
        <w:t>And we will pass them along; leave th.., this nice Saba, you said: “He has no strength"—he can bury us all]</w:t>
      </w:r>
    </w:p>
    <w:p>
      <w:r>
        <w:t>[All night]</w:t>
      </w:r>
    </w:p>
    <w:p>
      <w:r>
        <w:t>[He has strength, he can finish us off]</w:t>
      </w:r>
    </w:p>
    <w:p>
      <w:r>
        <w:t>[What "he has no strength"—he has more strength than all of us here](Saba laughs)[….……..][…………][Yes][That's it][What.. "he has no strength" {sichov binishte koach}, he has more strength than all of us, he will finish us off][……Use this in the summary if you want.. in some form][Okay][Be ready with the…. rolling][Okay][What "he has no strength"—he has more strength than all of us here](Saba laughs)[….……..][…………][Yes][That's it][What.. "he has no strength" {sichov binishte koach}, he has more strength than all of us, he will finish us off][……Use this in the summary if you want.. in some form][Okay][Be ready with the…. rolling][Okay]{...Transforms} the whole world completely</w:t>
      </w:r>
    </w:p>
    <w:p>
      <w:r>
        <w:t>[What "he has no strength"—he has more strength than all of us here]</w:t>
      </w:r>
    </w:p>
    <w:p>
      <w:r>
        <w:t>(Saba laughs)</w:t>
      </w:r>
    </w:p>
    <w:p>
      <w:r>
        <w:t>[….……..]</w:t>
      </w:r>
    </w:p>
    <w:p>
      <w:r>
        <w:t>[…………]</w:t>
      </w:r>
    </w:p>
    <w:p>
      <w:r>
        <w:t>[Yes]</w:t>
      </w:r>
    </w:p>
    <w:p>
      <w:r>
        <w:t>[That's it]</w:t>
      </w:r>
    </w:p>
    <w:p>
      <w:r>
        <w:t>[What.. "he has no strength" {sichov binishte koach}, he has more strength than all of us, he will finish us off]</w:t>
      </w:r>
    </w:p>
    <w:p>
      <w:r>
        <w:t>[……Use this in the summary if you want.. in some form]</w:t>
      </w:r>
    </w:p>
    <w:p>
      <w:r>
        <w:t>[Okay]</w:t>
      </w:r>
    </w:p>
    <w:p>
      <w:r>
        <w:t>[Be ready with the…. rolling]</w:t>
      </w:r>
    </w:p>
    <w:p>
      <w:r>
        <w:t>[Okay]</w:t>
      </w:r>
    </w:p>
    <w:p>
      <w:r>
        <w:t>[What "he has no strength"—he has more strength than all of us here]</w:t>
      </w:r>
    </w:p>
    <w:p>
      <w:r>
        <w:t>(Saba laughs)</w:t>
      </w:r>
    </w:p>
    <w:p>
      <w:r>
        <w:t>[….……..]</w:t>
      </w:r>
    </w:p>
    <w:p>
      <w:r>
        <w:t>[…………]</w:t>
      </w:r>
    </w:p>
    <w:p>
      <w:r>
        <w:t>[Yes]</w:t>
      </w:r>
    </w:p>
    <w:p>
      <w:r>
        <w:t>[That's it]</w:t>
      </w:r>
    </w:p>
    <w:p>
      <w:r>
        <w:t>[What.. "he has no strength" {sichov binishte koach}, he has more strength than all of us, he will finish us off]</w:t>
      </w:r>
    </w:p>
    <w:p>
      <w:r>
        <w:t>[……Use this in the summary if you want.. in some form]</w:t>
      </w:r>
    </w:p>
    <w:p>
      <w:r>
        <w:t>[Okay]</w:t>
      </w:r>
    </w:p>
    <w:p>
      <w:r>
        <w:t>[Be ready with the…. rolling]</w:t>
      </w:r>
    </w:p>
    <w:p>
      <w:r>
        <w:t>[Okay]</w:t>
      </w:r>
    </w:p>
    <w:p>
      <w:r>
        <w:t>[I am rolling]</w:t>
      </w:r>
    </w:p>
    <w:p>
      <w:r>
        <w:t>[Wait, wait, wait, Sami, are you ready.. okay]</w:t>
      </w:r>
    </w:p>
    <w:p>
      <w:r>
        <w:t>[What is in the Petek?]</w:t>
      </w:r>
    </w:p>
    <w:p>
      <w:r>
        <w:t>[This is the letter that he received through……]</w:t>
      </w:r>
    </w:p>
    <w:p>
      <w:r>
        <w:t>[……………..….]</w:t>
      </w:r>
    </w:p>
    <w:p>
      <w:r>
        <w:t>[….………..……]</w:t>
      </w:r>
    </w:p>
    <w:p>
      <w:r>
        <w:t>[Good, we arrived at the home of the "legendary" recipient of the Petek, ah..</w:t>
      </w:r>
    </w:p>
    <w:p>
      <w:r>
        <w:t>With the.. with the.. special verse, we reached.. Saba Yisroel Odesser</w:t>
      </w:r>
    </w:p>
    <w:p>
      <w:r>
        <w:t>And we encountered Chassidim who love him with a love of the soul, in the home of Yitzchak, who is hosting him</w:t>
      </w:r>
    </w:p>
    <w:p>
      <w:r>
        <w:t>So that he will have a segulah for the continuation of a good life</w:t>
      </w:r>
    </w:p>
    <w:p>
      <w:r>
        <w:t>Such attachment, and love for the man, their teacher and rabbi, I have not seen for a long time</w:t>
      </w:r>
    </w:p>
    <w:p>
      <w:r>
        <w:t>We came in the wake of this note, this is the little note that he received, this, this, this is as if the note that he received</w:t>
      </w:r>
    </w:p>
    <w:p>
      <w:r>
        <w:t>Rebbe Yisroel Odesser, not as if, this is the note]</w:t>
      </w:r>
    </w:p>
    <w:p>
      <w:r>
        <w:t>[Copy, copy]</w:t>
      </w:r>
    </w:p>
    <w:p>
      <w:r>
        <w:t>[This is a copy, a photograph, shall we repeat this again?]</w:t>
      </w:r>
    </w:p>
    <w:p>
      <w:r>
        <w:t>[Yes]</w:t>
      </w:r>
    </w:p>
    <w:p>
      <w:r>
        <w:t>[Again]</w:t>
      </w:r>
    </w:p>
    <w:p>
      <w:r>
        <w:t>[……..]</w:t>
      </w:r>
    </w:p>
    <w:p>
      <w:r>
        <w:t>[What?]</w:t>
      </w:r>
    </w:p>
    <w:p>
      <w:r>
        <w:t>[No, no, no, this is good, I..]</w:t>
      </w:r>
    </w:p>
    <w:p>
      <w:r>
        <w:t>[Running, running]</w:t>
      </w:r>
    </w:p>
    <w:p>
      <w:r>
        <w:t>[I am fitting this onto the dancing]</w:t>
      </w:r>
    </w:p>
    <w:p>
      <w:r>
        <w:t>[Onto the dancing]</w:t>
      </w:r>
    </w:p>
    <w:p>
      <w:r>
        <w:t>[But this is good, give some two.., two such sentences of summary]</w:t>
      </w:r>
    </w:p>
    <w:p>
      <w:r>
        <w:t>[..God forbid]</w:t>
      </w:r>
    </w:p>
    <w:p>
      <w:r>
        <w:t>[What, what are we.., what, who, what.., what is the conclusion, what..]</w:t>
      </w:r>
    </w:p>
    <w:p>
      <w:r>
        <w:t>[I have no conclusions, I..]</w:t>
      </w:r>
    </w:p>
    <w:p>
      <w:r>
        <w:t>[All right, okay, all right, but what……]</w:t>
      </w:r>
    </w:p>
    <w:p>
      <w:r>
        <w:t>[Summary]</w:t>
      </w:r>
    </w:p>
    <w:p>
      <w:r>
        <w:t>[Okay]</w:t>
      </w:r>
    </w:p>
    <w:p>
      <w:r>
        <w:t>[Running]</w:t>
      </w:r>
    </w:p>
    <w:p>
      <w:r>
        <w:t>[Ah, that is it, we concluded the day, in the home of the recipient..]</w:t>
      </w:r>
    </w:p>
    <w:p>
      <w:r>
        <w:t>And his name is "Nachman," he revealed that his name contains:</w:t>
      </w:r>
    </w:p>
    <w:p>
      <w:r>
        <w:t>[..And this is the news]</w:t>
      </w:r>
    </w:p>
    <w:p>
      <w:r>
        <w:t>‘Simple, doubled, tripled, quadrupled’</w:t>
      </w:r>
    </w:p>
    <w:p>
      <w:r>
        <w:t>["Na Nach Nachma Nachman MeUman"]</w:t>
      </w:r>
    </w:p>
    <w:p>
      <w:r>
        <w:t>"Na Nach Nachma Nachman MeUman"</w:t>
      </w:r>
    </w:p>
    <w:p>
      <w:r>
        <w:t>[..Such attachment and love for the elderly and so beloved Saba, I have not seen for a long time; what do I have to say about this? The director, Chagai's question, what do I have to say about this?</w:t>
      </w:r>
    </w:p>
    <w:p>
      <w:r>
        <w:t>{They………..of the greatness……and they will understand and know…} [Again now]{that they……………………………}…{They………..of the greatness……and they will understand and know…} [Again now]{that they……………………………}…I have nothing to say, you saw all this in the report, goodbye]</w:t>
      </w:r>
    </w:p>
    <w:p>
      <w:r>
        <w:t>{They………..of the greatness……and they will understand and know…} [Again now]</w:t>
      </w:r>
    </w:p>
    <w:p>
      <w:r>
        <w:t>{That they……………………………}…</w:t>
      </w:r>
    </w:p>
    <w:p>
      <w:r>
        <w:t>{They………..of the greatness……and they will understand and know…} [Again now]</w:t>
      </w:r>
    </w:p>
    <w:p>
      <w:r>
        <w:t>{That they……………………………}…</w:t>
      </w:r>
    </w:p>
    <w:p>
      <w:r>
        <w:br w:type="page"/>
      </w:r>
    </w:p>
    <w:p>
      <w:pPr>
        <w:pStyle w:val="Heading1"/>
      </w:pPr>
      <w:r>
        <w:t>Tape 76</w:t>
      </w:r>
    </w:p>
    <w:p>
      <w:pPr>
        <w:pStyle w:val="Heading2"/>
      </w:pPr>
      <w:r>
        <w:t>Side A (Aleph)</w:t>
      </w:r>
    </w:p>
    <w:p>
      <w:r>
        <w:t>...Ah.. the president will tell some soldier to give me a bullet, Baruch Hashem, I did not get a bullet</w:t>
      </w:r>
    </w:p>
    <w:p>
      <w:r>
        <w:t>He did not give me a bullet, and Baruch Hashem I am alive</w:t>
      </w:r>
    </w:p>
    <w:p>
      <w:r>
        <w:t>[……..]</w:t>
      </w:r>
    </w:p>
    <w:p>
      <w:r>
        <w:t>[..He prayed from above..]</w:t>
      </w:r>
    </w:p>
    <w:p>
      <w:r>
        <w:t>[No, I say, are you coming here, or not? Because I must t.. I must t..]</w:t>
      </w:r>
    </w:p>
    <w:p>
      <w:r>
        <w:t>[Was he angry with you?]</w:t>
      </w:r>
    </w:p>
    <w:p>
      <w:r>
        <w:t>Huh?</w:t>
      </w:r>
    </w:p>
    <w:p>
      <w:r>
        <w:t>[The.. president, was he angry with you? Did he get angry with you?]</w:t>
      </w:r>
    </w:p>
    <w:p>
      <w:r>
        <w:t>He knew that I was a friend of Shazar</w:t>
      </w:r>
    </w:p>
    <w:p>
      <w:r>
        <w:t>[Ah]</w:t>
      </w:r>
    </w:p>
    <w:p>
      <w:r>
        <w:t>He knows</w:t>
      </w:r>
    </w:p>
    <w:p>
      <w:r>
        <w:t>[Yes]</w:t>
      </w:r>
    </w:p>
    <w:p>
      <w:r>
        <w:t>But he is conceited</w:t>
      </w:r>
    </w:p>
    <w:p>
      <w:r>
        <w:t>Baruch Hashem, I had miracles in that he did not give me a bullet</w:t>
      </w:r>
    </w:p>
    <w:p>
      <w:r>
        <w:t>[………..]</w:t>
      </w:r>
    </w:p>
    <w:p>
      <w:r>
        <w:t>[………..]…</w:t>
      </w:r>
    </w:p>
    <w:p>
      <w:r>
        <w:t>...Havdalah</w:t>
      </w:r>
    </w:p>
    <w:p>
      <w:r>
        <w:t>[Havdalah shortly]…</w:t>
      </w:r>
    </w:p>
    <w:p>
      <w:r>
        <w:t>...[Did the president say something to you]</w:t>
      </w:r>
    </w:p>
    <w:p>
      <w:r>
        <w:t>Huh?</w:t>
      </w:r>
    </w:p>
    <w:p>
      <w:r>
        <w:t>[Did he say to you, did he say something? Did he, did he do something?]</w:t>
      </w:r>
    </w:p>
    <w:p>
      <w:r>
        <w:t>{…}, but distant, no friendship {..}</w:t>
      </w:r>
    </w:p>
    <w:p>
      <w:r>
        <w:t>[…….….]</w:t>
      </w:r>
    </w:p>
    <w:p>
      <w:r>
        <w:t>[………..]…</w:t>
      </w:r>
    </w:p>
    <w:p>
      <w:r>
        <w:t>...Did he bring you money? No?</w:t>
      </w:r>
    </w:p>
    <w:p>
      <w:r>
        <w:t>[No, no]</w:t>
      </w:r>
    </w:p>
    <w:p>
      <w:r>
        <w:t>No</w:t>
      </w:r>
    </w:p>
    <w:p>
      <w:r>
        <w:t>[No, shavua tov, Saba]…</w:t>
      </w:r>
    </w:p>
    <w:p>
      <w:r>
        <w:t>...[In order to bring Rabbainu]</w:t>
      </w:r>
    </w:p>
    <w:p>
      <w:r>
        <w:t>Baruch Hashem</w:t>
      </w:r>
    </w:p>
    <w:p>
      <w:r>
        <w:t>[Yes, but we wanted to know where, where should Rabbainu be brought in the Land, in what place?] At the Beis HaMikdash</w:t>
      </w:r>
    </w:p>
    <w:p>
      <w:r>
        <w:t>[At the Beis HaMikdash?]</w:t>
      </w:r>
    </w:p>
    <w:p>
      <w:r>
        <w:t>Yes</w:t>
      </w:r>
    </w:p>
    <w:p>
      <w:r>
        <w:t>[Ah..]</w:t>
      </w:r>
    </w:p>
    <w:p>
      <w:r>
        <w:t>In Yerushalayim, at the 'Western Wall'</w:t>
      </w:r>
    </w:p>
    <w:p>
      <w:r>
        <w:t>[At the Wes.., next to the.. next to the 'Western Wall'?]</w:t>
      </w:r>
    </w:p>
    <w:p>
      <w:r>
        <w:t>Yes</w:t>
      </w:r>
    </w:p>
    <w:p>
      <w:r>
        <w:t>[Ah]</w:t>
      </w:r>
    </w:p>
    <w:p>
      <w:r>
        <w:t>And all the Jewish people will come there</w:t>
      </w:r>
    </w:p>
    <w:p>
      <w:r>
        <w:t>[Amen]</w:t>
      </w:r>
    </w:p>
    <w:p>
      <w:r>
        <w:t>[What was he talking about?]</w:t>
      </w:r>
    </w:p>
    <w:p>
      <w:r>
        <w:t>[To bring Rabbainu next to the Wes.., Western Wall]</w:t>
      </w:r>
    </w:p>
    <w:p>
      <w:r>
        <w:t>[…….]</w:t>
      </w:r>
    </w:p>
    <w:p>
      <w:r>
        <w:t>[Yerushalayim]</w:t>
      </w:r>
    </w:p>
    <w:p>
      <w:r>
        <w:t>[Yes, we will do it together]</w:t>
      </w:r>
    </w:p>
    <w:p>
      <w:r>
        <w:t>{...}</w:t>
      </w:r>
    </w:p>
    <w:p>
      <w:r>
        <w:t>[……..]</w:t>
      </w:r>
    </w:p>
    <w:p>
      <w:r>
        <w:t>[…]...</w:t>
      </w:r>
    </w:p>
    <w:p>
      <w:r>
        <w:t>...[Mount Zion?]</w:t>
      </w:r>
    </w:p>
    <w:p>
      <w:r>
        <w:t>Ah</w:t>
      </w:r>
    </w:p>
    <w:p>
      <w:r>
        <w:t>[The Mount of Olives, no? We will place him with his feet toward the Wall]</w:t>
      </w:r>
    </w:p>
    <w:p>
      <w:r>
        <w:t>Mount Zion, in the holy city of Yerushalayim</w:t>
      </w:r>
    </w:p>
    <w:p>
      <w:r>
        <w:t>[What did he say?]</w:t>
      </w:r>
    </w:p>
    <w:p>
      <w:r>
        <w:t>[The holy city of Yerushalayim]</w:t>
      </w:r>
    </w:p>
    <w:p>
      <w:r>
        <w:t>[The holy city of Yerushalayim, yes..</w:t>
      </w:r>
    </w:p>
    <w:p>
      <w:r>
        <w:t>Good, we have a clear place in any case, he said ‘the Western Wall’]</w:t>
      </w:r>
    </w:p>
    <w:p>
      <w:r>
        <w:t>[...]</w:t>
      </w:r>
    </w:p>
    <w:p>
      <w:r>
        <w:t>[I.., this is a good place and..]</w:t>
      </w:r>
    </w:p>
    <w:p>
      <w:r>
        <w:t>[………..]</w:t>
      </w:r>
    </w:p>
    <w:p>
      <w:r>
        <w:t>[…….….]...</w:t>
      </w:r>
    </w:p>
    <w:p>
      <w:r>
        <w:t>...I was together with President Weizmann</w:t>
      </w:r>
    </w:p>
    <w:p>
      <w:r>
        <w:t>[Yes]</w:t>
      </w:r>
    </w:p>
    <w:p>
      <w:r>
        <w:t>That night, {..} and I was afraid that he would tell some soldier to give me a bullet, and Baruch Hashem I came out alive</w:t>
      </w:r>
    </w:p>
    <w:p>
      <w:r>
        <w:t>[...Shehecheyanu]…</w:t>
      </w:r>
    </w:p>
    <w:p>
      <w:r>
        <w:t>...[….]</w:t>
      </w:r>
    </w:p>
    <w:p>
      <w:r>
        <w:t>He gave the book the name "Avi HaNachal"</w:t>
      </w:r>
    </w:p>
    <w:p>
      <w:r>
        <w:t>[Who gave it?]</w:t>
      </w:r>
    </w:p>
    <w:p>
      <w:r>
        <w:t>President Shazar</w:t>
      </w:r>
    </w:p>
    <w:p>
      <w:r>
        <w:t>[Shazar, yes, correct, and does Weizmann know this?]</w:t>
      </w:r>
    </w:p>
    <w:p>
      <w:r>
        <w:t>Huh?</w:t>
      </w:r>
    </w:p>
    <w:p>
      <w:r>
        <w:t>[Weizmann]</w:t>
      </w:r>
    </w:p>
    <w:p>
      <w:r>
        <w:t>{Certainly}</w:t>
      </w:r>
    </w:p>
    <w:p>
      <w:r>
        <w:t>[He knows this]</w:t>
      </w:r>
    </w:p>
    <w:p>
      <w:r>
        <w:t>Certainly</w:t>
      </w:r>
    </w:p>
    <w:p>
      <w:r>
        <w:t>[So how would he dare, how would he dare give Saba a bullet?] Huh?</w:t>
      </w:r>
    </w:p>
    <w:p>
      <w:r>
        <w:t>[How, after all he knows that Saba was..]</w:t>
      </w:r>
    </w:p>
    <w:p>
      <w:r>
        <w:t>Because I do not {love} him, he is not religious</w:t>
      </w:r>
    </w:p>
    <w:p>
      <w:r>
        <w:t>[Ah]</w:t>
      </w:r>
    </w:p>
    <w:p>
      <w:r>
        <w:t>[Because...]</w:t>
      </w:r>
    </w:p>
    <w:p>
      <w:r>
        <w:t>He..</w:t>
      </w:r>
    </w:p>
    <w:p>
      <w:r>
        <w:t>[Was not religious]</w:t>
      </w:r>
    </w:p>
    <w:p>
      <w:r>
        <w:t>[…...]</w:t>
      </w:r>
    </w:p>
    <w:p>
      <w:r>
        <w:t>He..</w:t>
      </w:r>
    </w:p>
    <w:p>
      <w:r>
        <w:t>[Yes, yes, all the best]</w:t>
      </w:r>
    </w:p>
    <w:p>
      <w:r>
        <w:t>[Yes, all the best]</w:t>
      </w:r>
    </w:p>
    <w:p>
      <w:r>
        <w:t>He is against the Torah</w:t>
      </w:r>
    </w:p>
    <w:p>
      <w:r>
        <w:t>[……..]</w:t>
      </w:r>
    </w:p>
    <w:p>
      <w:r>
        <w:t>Against religion</w:t>
      </w:r>
    </w:p>
    <w:p>
      <w:r>
        <w:t>[All the best]</w:t>
      </w:r>
    </w:p>
    <w:p>
      <w:r>
        <w:t>Against the Torah, I cannot tolerate him</w:t>
      </w:r>
    </w:p>
    <w:p>
      <w:r>
        <w:t>[………..…..]</w:t>
      </w:r>
    </w:p>
    <w:p>
      <w:r>
        <w:t>[…………….]</w:t>
      </w:r>
    </w:p>
    <w:p>
      <w:r>
        <w:t>{Yoa}</w:t>
      </w:r>
    </w:p>
    <w:p>
      <w:r>
        <w:t>[………]</w:t>
      </w:r>
    </w:p>
    <w:p>
      <w:r>
        <w:t>[..If Rabbainu, if Rabbainu comes to the 'Western Wall,' then all the Jewish people will come there]</w:t>
      </w:r>
    </w:p>
    <w:p>
      <w:r>
        <w:t>Yes</w:t>
      </w:r>
    </w:p>
    <w:p>
      <w:r>
        <w:t>[But what do we do in order to bring him? And.. they brought several Tzaddikim..]</w:t>
      </w:r>
    </w:p>
    <w:p>
      <w:r>
        <w:t>We do not know anything</w:t>
      </w:r>
    </w:p>
    <w:p>
      <w:r>
        <w:t>[We do not know]</w:t>
      </w:r>
    </w:p>
    <w:p>
      <w:r>
        <w:t>It could be that suddenly the Russians will give {the...} bones to us, to Yerushalayim, {..}</w:t>
      </w:r>
    </w:p>
    <w:p>
      <w:r>
        <w:t>[…]</w:t>
      </w:r>
    </w:p>
    <w:p>
      <w:r>
        <w:t>{..} We do not know</w:t>
      </w:r>
    </w:p>
    <w:p>
      <w:r>
        <w:t>[What? What did he say they would give?]</w:t>
      </w:r>
    </w:p>
    <w:p>
      <w:r>
        <w:t>[The bones]</w:t>
      </w:r>
    </w:p>
    <w:p>
      <w:r>
        <w:t>[Ah]</w:t>
      </w:r>
    </w:p>
    <w:p>
      <w:r>
        <w:t>[Yes, they say.., they said that they agree]</w:t>
      </w:r>
    </w:p>
    <w:p>
      <w:r>
        <w:t>[What?]</w:t>
      </w:r>
    </w:p>
    <w:p>
      <w:r>
        <w:t>[They said p.., the president of, ah.. Ukraine]</w:t>
      </w:r>
    </w:p>
    <w:p>
      <w:r>
        <w:t>[..]</w:t>
      </w:r>
    </w:p>
    <w:p>
      <w:r>
        <w:t>[He said that he agrees]</w:t>
      </w:r>
    </w:p>
    <w:p>
      <w:r>
        <w:t>Yes?</w:t>
      </w:r>
    </w:p>
    <w:p>
      <w:r>
        <w:t>[He once said, yes, he said..]</w:t>
      </w:r>
    </w:p>
    <w:p>
      <w:r>
        <w:t>Nu</w:t>
      </w:r>
    </w:p>
    <w:p>
      <w:r>
        <w:t>[He said that he agrees]</w:t>
      </w:r>
    </w:p>
    <w:p>
      <w:r>
        <w:t>Nu, {what} why does he not give?</w:t>
      </w:r>
    </w:p>
    <w:p>
      <w:r>
        <w:t>[He said that he agrees, correct?]</w:t>
      </w:r>
    </w:p>
    <w:p>
      <w:r>
        <w:t>[Why does he not give?]</w:t>
      </w:r>
    </w:p>
    <w:p>
      <w:r>
        <w:t>[Why does he not give it?]</w:t>
      </w:r>
    </w:p>
    <w:p>
      <w:r>
        <w:t>I do not know</w:t>
      </w:r>
    </w:p>
    <w:p>
      <w:r>
        <w:t>[Then we need to ask him again, if he agrees]</w:t>
      </w:r>
    </w:p>
    <w:p>
      <w:r>
        <w:t>[Whom should we ask?]</w:t>
      </w:r>
    </w:p>
    <w:p>
      <w:r>
        <w:t>[The president of Ukraine]</w:t>
      </w:r>
    </w:p>
    <w:p>
      <w:r>
        <w:t>[There is no problem, but with the president of Ukraine]</w:t>
      </w:r>
    </w:p>
    <w:p>
      <w:r>
        <w:t>[…]</w:t>
      </w:r>
    </w:p>
    <w:p>
      <w:r>
        <w:t>[There is a problem with the Breslov Chassidim in Yerushalayim]</w:t>
      </w:r>
    </w:p>
    <w:p>
      <w:r>
        <w:t>[...]</w:t>
      </w:r>
    </w:p>
    <w:p>
      <w:r>
        <w:t>[..Saba says all the time that it is Ukraine that does not want to give it]</w:t>
      </w:r>
    </w:p>
    <w:p>
      <w:r>
        <w:t>[But yes, Rebbe.., Saba says all the time that it is they]</w:t>
      </w:r>
    </w:p>
    <w:p>
      <w:r>
        <w:t>[Saba says that it is they, but it is fair because already..]</w:t>
      </w:r>
    </w:p>
    <w:p>
      <w:r>
        <w:t>[Yes, that is known..]</w:t>
      </w:r>
    </w:p>
    <w:p>
      <w:r>
        <w:t>[The Breslov Chassidim in Yerushalayim bought everything….]</w:t>
      </w:r>
    </w:p>
    <w:p>
      <w:r>
        <w:t>[Yes, that… that is known, but the..]</w:t>
      </w:r>
    </w:p>
    <w:p>
      <w:r>
        <w:t>[And according to the lists he has, he cannot give it, that is all]</w:t>
      </w:r>
    </w:p>
    <w:p>
      <w:r>
        <w:t>[It is not simple..]</w:t>
      </w:r>
    </w:p>
    <w:p>
      <w:r>
        <w:t>[Because it does not belong to the Ukrainians..]</w:t>
      </w:r>
    </w:p>
    <w:p>
      <w:r>
        <w:t>[Breslov Chassidim, Breslov Chassidim]</w:t>
      </w:r>
    </w:p>
    <w:p>
      <w:r>
        <w:t>Nu</w:t>
      </w:r>
    </w:p>
    <w:p>
      <w:r>
        <w:t>[From Meah Shearim, they, they oppose it, they do not want to bring Rabbainu] No?</w:t>
      </w:r>
    </w:p>
    <w:p>
      <w:r>
        <w:t>[No]</w:t>
      </w:r>
    </w:p>
    <w:p>
      <w:r>
        <w:t>Why?</w:t>
      </w:r>
    </w:p>
    <w:p>
      <w:r>
        <w:t>[They say that Rabbainu wants to be there]</w:t>
      </w:r>
    </w:p>
    <w:p>
      <w:r>
        <w:t>{Ah.. ah.. ah.. ah..}</w:t>
      </w:r>
    </w:p>
    <w:p>
      <w:r>
        <w:t>[……….]</w:t>
      </w:r>
    </w:p>
    <w:p>
      <w:r>
        <w:t>[……….]</w:t>
      </w:r>
    </w:p>
    <w:p>
      <w:r>
        <w:t>[It is theirs]</w:t>
      </w:r>
    </w:p>
    <w:p>
      <w:r>
        <w:t>[Theirs]</w:t>
      </w:r>
    </w:p>
    <w:p>
      <w:r>
        <w:t>We shall see</w:t>
      </w:r>
    </w:p>
    <w:p>
      <w:r>
        <w:t>[………]</w:t>
      </w:r>
    </w:p>
    <w:p>
      <w:r>
        <w:t>[….…..]</w:t>
      </w:r>
    </w:p>
    <w:p>
      <w:r>
        <w:t>[It belongs to Shazar]</w:t>
      </w:r>
    </w:p>
    <w:p>
      <w:r>
        <w:t>[….…..]</w:t>
      </w:r>
    </w:p>
    <w:p>
      <w:r>
        <w:t>[……...]</w:t>
      </w:r>
    </w:p>
    <w:p>
      <w:r>
        <w:t>For Rosh Hashanah it will be.., everyone will travel to Uman</w:t>
      </w:r>
    </w:p>
    <w:p>
      <w:r>
        <w:t>[….What is Rabbainu..]</w:t>
      </w:r>
    </w:p>
    <w:p>
      <w:r>
        <w:t>For Rosh Hashanah</w:t>
      </w:r>
    </w:p>
    <w:p>
      <w:r>
        <w:t>[Such a thing]</w:t>
      </w:r>
    </w:p>
    <w:p>
      <w:r>
        <w:t>[…….]</w:t>
      </w:r>
    </w:p>
    <w:p>
      <w:r>
        <w:t>[That is true]</w:t>
      </w:r>
    </w:p>
    <w:p>
      <w:r>
        <w:t>[In Rabbainu's merit]</w:t>
      </w:r>
    </w:p>
    <w:p>
      <w:r>
        <w:t>{Ah, yes}</w:t>
      </w:r>
    </w:p>
    <w:p>
      <w:r>
        <w:t>[In Uman, in Uman there are only several thousand, not many]</w:t>
      </w:r>
    </w:p>
    <w:p>
      <w:r>
        <w:t>Ah?</w:t>
      </w:r>
    </w:p>
    <w:p>
      <w:r>
        <w:t>[To Uman come s.., for Rosh Hashanah several thousand]</w:t>
      </w:r>
    </w:p>
    <w:p>
      <w:r>
        <w:t>Yes</w:t>
      </w:r>
    </w:p>
    <w:p>
      <w:r>
        <w:t>[Four thousand, perhaps]</w:t>
      </w:r>
    </w:p>
    <w:p>
      <w:r>
        <w:t>{Ah ..}</w:t>
      </w:r>
    </w:p>
    <w:p>
      <w:r>
        <w:t>[But if Rabbainu will be at the Kotel, hundreds, hundreds of thousands will come]</w:t>
      </w:r>
    </w:p>
    <w:p>
      <w:r>
        <w:t>No, all of Israel will come</w:t>
      </w:r>
    </w:p>
    <w:p>
      <w:r>
        <w:t>[Yes, better]</w:t>
      </w:r>
    </w:p>
    <w:p>
      <w:r>
        <w:t>{Yoa}</w:t>
      </w:r>
    </w:p>
    <w:p>
      <w:r>
        <w:t>[We need to pray, to pray that we merit..]</w:t>
      </w:r>
    </w:p>
    <w:p>
      <w:r>
        <w:t>There is time</w:t>
      </w:r>
    </w:p>
    <w:p>
      <w:r>
        <w:t>[There is time]</w:t>
      </w:r>
    </w:p>
    <w:p>
      <w:r>
        <w:t>[Saba says that only at the time when Mashiach comes, …..]</w:t>
      </w:r>
    </w:p>
    <w:p>
      <w:r>
        <w:t>[Yes, he told me…]</w:t>
      </w:r>
    </w:p>
    <w:p>
      <w:r>
        <w:t>[What th..?]</w:t>
      </w:r>
    </w:p>
    <w:p>
      <w:r>
        <w:t>[Until Mashiach comes, Rabbainu is in Uman]</w:t>
      </w:r>
    </w:p>
    <w:p>
      <w:r>
        <w:t>[Yes, he said that..]</w:t>
      </w:r>
    </w:p>
    <w:p>
      <w:r>
        <w:t>[Ah]</w:t>
      </w:r>
    </w:p>
    <w:p>
      <w:r>
        <w:t>[…]</w:t>
      </w:r>
    </w:p>
    <w:p>
      <w:r>
        <w:t>[When did he say that?]</w:t>
      </w:r>
    </w:p>
    <w:p>
      <w:r>
        <w:t>[…….]</w:t>
      </w:r>
    </w:p>
    <w:p>
      <w:r>
        <w:t>[But Mashiach is already now, today in..]</w:t>
      </w:r>
    </w:p>
    <w:p>
      <w:r>
        <w:t>[Now when he was here]</w:t>
      </w:r>
    </w:p>
    <w:p>
      <w:r>
        <w:t>[Today he..]</w:t>
      </w:r>
    </w:p>
    <w:p>
      <w:r>
        <w:t>[Came here?]</w:t>
      </w:r>
    </w:p>
    <w:p>
      <w:r>
        <w:t>[He needs to come]</w:t>
      </w:r>
    </w:p>
    <w:p>
      <w:r>
        <w:t>[Recently?]</w:t>
      </w:r>
    </w:p>
    <w:p>
      <w:r>
        <w:t>[It is permissible to ask]</w:t>
      </w:r>
    </w:p>
    <w:p>
      <w:r>
        <w:t>[But today it is like this, until Mashiach comes]</w:t>
      </w:r>
    </w:p>
    <w:p>
      <w:r>
        <w:t>[No, in Breslov]</w:t>
      </w:r>
    </w:p>
    <w:p>
      <w:r>
        <w:t>[Until what comes?]</w:t>
      </w:r>
    </w:p>
    <w:p>
      <w:r>
        <w:t>[…………]</w:t>
      </w:r>
    </w:p>
    <w:p>
      <w:r>
        <w:t>[…………]</w:t>
      </w:r>
    </w:p>
    <w:p>
      <w:r>
        <w:t>[He said…….]</w:t>
      </w:r>
    </w:p>
    <w:p>
      <w:r>
        <w:t>[What did he say?]</w:t>
      </w:r>
    </w:p>
    <w:p>
      <w:r>
        <w:t>[He says that in these days he said]</w:t>
      </w:r>
    </w:p>
    <w:p>
      <w:r>
        <w:t>[That what?]</w:t>
      </w:r>
    </w:p>
    <w:p>
      <w:r>
        <w:t>[………]</w:t>
      </w:r>
    </w:p>
    <w:p>
      <w:r>
        <w:t>[…..….]...</w:t>
      </w:r>
    </w:p>
    <w:p>
      <w:r>
        <w:t>...[Mashiach will come]</w:t>
      </w:r>
    </w:p>
    <w:p>
      <w:r>
        <w:t>{..}</w:t>
      </w:r>
    </w:p>
    <w:p>
      <w:r>
        <w:t>[Rebbe.., Ma.., will Mashiach bring Rabbainu? Saba]</w:t>
      </w:r>
    </w:p>
    <w:p>
      <w:r>
        <w:t>Apparently {..} from the letter</w:t>
      </w:r>
    </w:p>
    <w:p>
      <w:r>
        <w:t>"Of you I said, my little fire will smolder until Mashiach comes"</w:t>
      </w:r>
    </w:p>
    <w:p>
      <w:r>
        <w:t>Nu, "until Mashiach comes"</w:t>
      </w:r>
    </w:p>
    <w:p>
      <w:r>
        <w:t>We do not know, the holy Rabbainu revealed when he will come, yes</w:t>
      </w:r>
    </w:p>
    <w:p>
      <w:r>
        <w:t>But we do not know anything</w:t>
      </w:r>
    </w:p>
    <w:p>
      <w:r>
        <w:t>The holy Rabbainu revealed today that Mashiach will come, and we do not know</w:t>
      </w:r>
    </w:p>
    <w:p>
      <w:r>
        <w:t>Only Rebbe Nassan, Rebbe Nassan heard from Rabbainu this secret, when Mashiach will come</w:t>
      </w:r>
    </w:p>
    <w:p>
      <w:r>
        <w:t>And it is written about me: "Of you I said, my little fire will smolder until Mashiach comes"</w:t>
      </w:r>
    </w:p>
    <w:p>
      <w:r>
        <w:t>[Ah]</w:t>
      </w:r>
    </w:p>
    <w:p>
      <w:r>
        <w:t>{..}</w:t>
      </w:r>
    </w:p>
    <w:p>
      <w:r>
        <w:t>[Rabbainu says: "And through strengthening service you will understand it"]</w:t>
      </w:r>
    </w:p>
    <w:p>
      <w:r>
        <w:t>"You will understand it</w:t>
      </w:r>
    </w:p>
    <w:p>
      <w:r>
        <w:t>[You n..]</w:t>
      </w:r>
    </w:p>
    <w:p>
      <w:r>
        <w:t>And as a sign, on the seventeenth of Tammuz they will say that I am not fasting"</w:t>
      </w:r>
    </w:p>
    <w:p>
      <w:r>
        <w:t>[…..]</w:t>
      </w:r>
    </w:p>
    <w:p>
      <w:r>
        <w:t>[If everyone strengthens himself in service with Saba..]</w:t>
      </w:r>
    </w:p>
    <w:p>
      <w:r>
        <w:t>[Saba..]</w:t>
      </w:r>
    </w:p>
    <w:p>
      <w:r>
        <w:t>[Then they will understand it]</w:t>
      </w:r>
    </w:p>
    <w:p>
      <w:r>
        <w:t>[Rabbainu said: "And with this I will reveal to you a secret]</w:t>
      </w:r>
    </w:p>
    <w:p>
      <w:r>
        <w:t>[…...]</w:t>
      </w:r>
    </w:p>
    <w:p>
      <w:r>
        <w:t>[And with this I will reveal to you a secret, and it is: full and heaped from line to line, P'tz P'tz Y H, and through strengthening service you will understand it"]</w:t>
      </w:r>
    </w:p>
    <w:p>
      <w:r>
        <w:t>{..}, I do not understand</w:t>
      </w:r>
    </w:p>
    <w:p>
      <w:r>
        <w:t>The "you will understand it" could be in another, another fifty years</w:t>
      </w:r>
    </w:p>
    <w:p>
      <w:r>
        <w:t>Perhaps a hundred years</w:t>
      </w:r>
    </w:p>
    <w:p>
      <w:r>
        <w:t>[But there is the Petek: “The time of the redemption is very near]</w:t>
      </w:r>
    </w:p>
    <w:p>
      <w:r>
        <w:t>[The.. ah.. there was.. once the.. Rabbainu.., Saba, saw a dream, "The time of the r.., redemption is very near"] Yoa</w:t>
      </w:r>
    </w:p>
    <w:p>
      <w:r>
        <w:t>[Yes]</w:t>
      </w:r>
    </w:p>
    <w:p>
      <w:r>
        <w:t>That was with Rebbe Yisroel (Kardonner)</w:t>
      </w:r>
    </w:p>
    <w:p>
      <w:r>
        <w:t>[What? What did he say..]</w:t>
      </w:r>
    </w:p>
    <w:p>
      <w:r>
        <w:t>[….]</w:t>
      </w:r>
    </w:p>
    <w:p>
      <w:r>
        <w:t>I took the bag and took out a piece of paper, and a piece of paper remained in my hand</w:t>
      </w:r>
    </w:p>
    <w:p>
      <w:r>
        <w:t>{And in.., on} the paper it is written, {{written..}}: "The time of the redemption is very near"</w:t>
      </w:r>
    </w:p>
    <w:p>
      <w:r>
        <w:t>[..]</w:t>
      </w:r>
    </w:p>
    <w:p>
      <w:r>
        <w:t>In large and very beautiful letters</w:t>
      </w:r>
    </w:p>
    <w:p>
      <w:r>
        <w:t>[That is soon]</w:t>
      </w:r>
    </w:p>
    <w:p>
      <w:r>
        <w:t>[…………]</w:t>
      </w:r>
    </w:p>
    <w:p>
      <w:r>
        <w:t>[…….…..]</w:t>
      </w:r>
    </w:p>
    <w:p>
      <w:r>
        <w:t>Ah..</w:t>
      </w:r>
    </w:p>
    <w:p>
      <w:r>
        <w:t>[Very near, how..]</w:t>
      </w:r>
    </w:p>
    <w:p>
      <w:r>
        <w:t>Yes</w:t>
      </w:r>
    </w:p>
    <w:p>
      <w:r>
        <w:t>[Near?]</w:t>
      </w:r>
    </w:p>
    <w:p>
      <w:r>
        <w:t>{Near}, I do not know{?}, near</w:t>
      </w:r>
    </w:p>
    <w:p>
      <w:r>
        <w:t>[Not "near”, "very near"]</w:t>
      </w:r>
    </w:p>
    <w:p>
      <w:r>
        <w:t>{..} Whenever it will be, it will be near, "very near"</w:t>
      </w:r>
    </w:p>
    <w:p>
      <w:r>
        <w:t>[Whenever it will be, it will be near]</w:t>
      </w:r>
    </w:p>
    <w:p>
      <w:r>
        <w:t>["Very near”]</w:t>
      </w:r>
    </w:p>
    <w:p>
      <w:r>
        <w:t>"And of you I said, my little fire will smolder until Mashiach comes"</w:t>
      </w:r>
    </w:p>
    <w:p>
      <w:r>
        <w:t>Ah, it appears from this that I will be at the coming of Mashiach</w:t>
      </w:r>
    </w:p>
    <w:p>
      <w:r>
        <w:t>[He will live until the coming of Mashiach]</w:t>
      </w:r>
    </w:p>
    <w:p>
      <w:r>
        <w:t>[Ah?]</w:t>
      </w:r>
    </w:p>
    <w:p>
      <w:r>
        <w:t>[Very near]</w:t>
      </w:r>
    </w:p>
    <w:p>
      <w:r>
        <w:t>Ah..</w:t>
      </w:r>
    </w:p>
    <w:p>
      <w:r>
        <w:t>{..}</w:t>
      </w:r>
    </w:p>
    <w:p>
      <w:r>
        <w:t>[If you are waiting, Saba, for the coming of Mashiach, we too are waiting for the coming of Mashiach]</w:t>
      </w:r>
    </w:p>
    <w:p>
      <w:r>
        <w:t>I will be..</w:t>
      </w:r>
    </w:p>
    <w:p>
      <w:r>
        <w:t>[Not about you..]</w:t>
      </w:r>
    </w:p>
    <w:p>
      <w:r>
        <w:t>At the coming of Mashiach I will be alive</w:t>
      </w:r>
    </w:p>
    <w:p>
      <w:r>
        <w:t>[[Amen]]</w:t>
      </w:r>
    </w:p>
    <w:p>
      <w:r>
        <w:t>[……]</w:t>
      </w:r>
    </w:p>
    <w:p>
      <w:r>
        <w:t>[……….]</w:t>
      </w:r>
    </w:p>
    <w:p>
      <w:r>
        <w:t>"Of you I said, my little fire will smolder until Mashiach comes"</w:t>
      </w:r>
    </w:p>
    <w:p>
      <w:r>
        <w:t>[……..]</w:t>
      </w:r>
    </w:p>
    <w:p>
      <w:r>
        <w:t>[……..]</w:t>
      </w:r>
    </w:p>
    <w:p>
      <w:r>
        <w:t>[That is the line I said..]</w:t>
      </w:r>
    </w:p>
    <w:p>
      <w:r>
        <w:t>But we do not know when Mashiach will come</w:t>
      </w:r>
    </w:p>
    <w:p>
      <w:r>
        <w:t>There is a Petek: {..} "The time of the redemption is very near"</w:t>
      </w:r>
    </w:p>
    <w:p>
      <w:r>
        <w:t>{Nu, …}</w:t>
      </w:r>
    </w:p>
    <w:p>
      <w:r>
        <w:t>Ah..</w:t>
      </w:r>
    </w:p>
    <w:p>
      <w:r>
        <w:t>...{…}</w:t>
      </w:r>
    </w:p>
    <w:p>
      <w:r>
        <w:t>"The time of the redemption..</w:t>
      </w:r>
    </w:p>
    <w:p>
      <w:r>
        <w:t>[Near]</w:t>
      </w:r>
    </w:p>
    <w:p>
      <w:r>
        <w:t>very near", four words</w:t>
      </w:r>
    </w:p>
    <w:p>
      <w:r>
        <w:t>[…….……]</w:t>
      </w:r>
    </w:p>
    <w:p>
      <w:r>
        <w:t>[………….]</w:t>
      </w:r>
    </w:p>
    <w:p>
      <w:r>
        <w:t>{..}…</w:t>
      </w:r>
    </w:p>
    <w:p>
      <w:r>
        <w:t>...[That whoever longs, and has strong yearnings to study Torah, even if he is in the desert, he can merit to study from the supernal book, from the Book of Memory, a supernal book that is in heaven, which the Holy One, blessed is He, He takes, ah, the words of a sage o.., the words of one sage..]…</w:t>
      </w:r>
    </w:p>
    <w:p>
      <w:r>
        <w:t>..."And as a sign, on the seventeenth of Tammuz they will say that you are not fasting"</w:t>
      </w:r>
    </w:p>
    <w:p>
      <w:r>
        <w:t>[So what, what is that?]</w:t>
      </w:r>
    </w:p>
    <w:p>
      <w:r>
        <w:t>[I do not know..]</w:t>
      </w:r>
    </w:p>
    <w:p>
      <w:r>
        <w:t>[Soon the mo.., the month of Tammuz, next week is Rosh Chodesh Tammuz]</w:t>
      </w:r>
    </w:p>
    <w:p>
      <w:r>
        <w:t>Yes</w:t>
      </w:r>
    </w:p>
    <w:p>
      <w:r>
        <w:t>[This week, yes, Tammuz, "they will say that you are not fasting"]</w:t>
      </w:r>
    </w:p>
    <w:p>
      <w:r>
        <w:t>{..}</w:t>
      </w:r>
    </w:p>
    <w:p>
      <w:r>
        <w:t>[With Hashem's help, {.…}]</w:t>
      </w:r>
    </w:p>
    <w:p>
      <w:r>
        <w:t>[At long last he received]</w:t>
      </w:r>
    </w:p>
    <w:p>
      <w:r>
        <w:t>[.………..]</w:t>
      </w:r>
    </w:p>
    <w:p>
      <w:r>
        <w:t>[…….…..]</w:t>
      </w:r>
    </w:p>
    <w:p>
      <w:r>
        <w:t>["In the seventh they are redeemed," right, it is written in the Gemara?]</w:t>
      </w:r>
    </w:p>
    <w:p>
      <w:r>
        <w:t>[…..]</w:t>
      </w:r>
    </w:p>
    <w:p>
      <w:r>
        <w:t>[Yes, that is now]</w:t>
      </w:r>
    </w:p>
    <w:p>
      <w:r>
        <w:t>[Right? It is written in.., in the Gemara, "in the seventh they are red.., redeemed"?]</w:t>
      </w:r>
    </w:p>
    <w:p>
      <w:r>
        <w:t>[Perhaps one year..]</w:t>
      </w:r>
    </w:p>
    <w:p>
      <w:r>
        <w:t>["At the end of the seventh year”]</w:t>
      </w:r>
    </w:p>
    <w:p>
      <w:r>
        <w:t>[After the seventh]</w:t>
      </w:r>
    </w:p>
    <w:p>
      <w:r>
        <w:t>[What?]</w:t>
      </w:r>
    </w:p>
    <w:p>
      <w:r>
        <w:t>[At the end of..]</w:t>
      </w:r>
    </w:p>
    <w:p>
      <w:r>
        <w:t>["At the end of the seventh year”]</w:t>
      </w:r>
    </w:p>
    <w:p>
      <w:r>
        <w:t>[It is written, written in the Gemara: "At the end of the seventh year they are redeemed," it is written in the Gemara]</w:t>
      </w:r>
    </w:p>
    <w:p>
      <w:r>
        <w:t>{Nu}</w:t>
      </w:r>
    </w:p>
    <w:p>
      <w:r>
        <w:t>["At the end of the seventh year they are redeemed"</w:t>
      </w:r>
    </w:p>
    <w:p>
      <w:r>
        <w:t>We are now in the seventh year, a shemittah year, this year is a shemittah year]</w:t>
      </w:r>
    </w:p>
    <w:p>
      <w:r>
        <w:t>{Now it is}</w:t>
      </w:r>
    </w:p>
    <w:p>
      <w:r>
        <w:t>[This year..]</w:t>
      </w:r>
    </w:p>
    <w:p>
      <w:r>
        <w:t>{.…}</w:t>
      </w:r>
    </w:p>
    <w:p>
      <w:r>
        <w:t>[It is the seventh year, and it is written in the Gemara: "At the end of the seventh year they are redeemed"]</w:t>
      </w:r>
    </w:p>
    <w:p>
      <w:r>
        <w:t>Yes</w:t>
      </w:r>
    </w:p>
    <w:p>
      <w:r>
        <w:t>[Yes]</w:t>
      </w:r>
    </w:p>
    <w:p>
      <w:r>
        <w:t>[It is also written in….. "I will hasten it"]</w:t>
      </w:r>
    </w:p>
    <w:p>
      <w:r>
        <w:t>Nu, I, then I will be alive</w:t>
      </w:r>
    </w:p>
    <w:p>
      <w:r>
        <w:t>[Amen]</w:t>
      </w:r>
    </w:p>
    <w:p>
      <w:r>
        <w:t>[All the best, a good week]</w:t>
      </w:r>
    </w:p>
    <w:p>
      <w:r>
        <w:t>"Until Mashiach comes"</w:t>
      </w:r>
    </w:p>
    <w:p>
      <w:r>
        <w:t>Afterward I will also be alive; when Mashiach comes, is it forbidden to live?</w:t>
      </w:r>
    </w:p>
    <w:p>
      <w:r>
        <w:t>[…….]</w:t>
      </w:r>
    </w:p>
    <w:p>
      <w:r>
        <w:t>[….…]</w:t>
      </w:r>
    </w:p>
    <w:p>
      <w:r>
        <w:t>{..}</w:t>
      </w:r>
    </w:p>
    <w:p>
      <w:r>
        <w:t>[………]</w:t>
      </w:r>
    </w:p>
    <w:p>
      <w:r>
        <w:t>[………]</w:t>
      </w:r>
    </w:p>
    <w:p>
      <w:r>
        <w:t>[“I will also be alive"..]</w:t>
      </w:r>
    </w:p>
    <w:p>
      <w:r>
        <w:t>{..}</w:t>
      </w:r>
    </w:p>
    <w:p>
      <w:r>
        <w:t>[“When Mashiach comes, is it forbidden to live?”]</w:t>
      </w:r>
    </w:p>
    <w:p>
      <w:r>
        <w:t>[………..]</w:t>
      </w:r>
    </w:p>
    <w:p>
      <w:r>
        <w:t>[…..……]</w:t>
      </w:r>
    </w:p>
    <w:p>
      <w:r>
        <w:t>[Also, ah.. Rabbainu said to announce]</w:t>
      </w:r>
    </w:p>
    <w:p>
      <w:r>
        <w:t>[…...]</w:t>
      </w:r>
    </w:p>
    <w:p>
      <w:r>
        <w:t>[The.. today, today is the hillula of Yonatan ben Uziel]</w:t>
      </w:r>
    </w:p>
    <w:p>
      <w:r>
        <w:t>Yes?</w:t>
      </w:r>
    </w:p>
    <w:p>
      <w:r>
        <w:t>[Yes, today, there are, there are young men here who want Saba to bless them that they should merit a match]</w:t>
      </w:r>
    </w:p>
    <w:p>
      <w:r>
        <w:t>Ah?</w:t>
      </w:r>
    </w:p>
    <w:p>
      <w:r>
        <w:t>[Today is the hillula of Yonatan ben Uziel, give them a blessing that they should merit a match, there are young men here</w:t>
      </w:r>
    </w:p>
    <w:p>
      <w:r>
        <w:t>Who should merit a match in the merit of Yonatan ben Uziel]</w:t>
      </w:r>
    </w:p>
    <w:p>
      <w:r>
        <w:t>Ah, ah..</w:t>
      </w:r>
    </w:p>
    <w:p>
      <w:r>
        <w:t>[Saba, bless them]</w:t>
      </w:r>
    </w:p>
    <w:p>
      <w:r>
        <w:t>"Hashem Yisbarach {wi.. will bless} them, {..} and each one with his match, with his match, {..} his good one"</w:t>
      </w:r>
    </w:p>
    <w:p>
      <w:r>
        <w:t>[[[Amen]]]</w:t>
      </w:r>
    </w:p>
    <w:p>
      <w:r>
        <w:t>[Did you hear?]</w:t>
      </w:r>
    </w:p>
    <w:p>
      <w:r>
        <w:t>[……]</w:t>
      </w:r>
    </w:p>
    <w:p>
      <w:r>
        <w:t>[Good week, Saba]</w:t>
      </w:r>
    </w:p>
    <w:p>
      <w:r>
        <w:t>[Good week]</w:t>
      </w:r>
    </w:p>
    <w:p>
      <w:r>
        <w:t>Good week</w:t>
      </w:r>
    </w:p>
    <w:p>
      <w:r>
        <w:t>[..May you merit long life, Saba, may you merit a complete recovery]</w:t>
      </w:r>
    </w:p>
    <w:p>
      <w:r>
        <w:t>Yes</w:t>
      </w:r>
    </w:p>
    <w:p>
      <w:r>
        <w:t>[May you merit to see Mashiach Tzidkainu speedily in our days]</w:t>
      </w:r>
    </w:p>
    <w:p>
      <w:r>
        <w:t>Yes, it is written: "Until, until Mashiach comes"</w:t>
      </w:r>
    </w:p>
    <w:p>
      <w:r>
        <w:t>[I think that he really..]</w:t>
      </w:r>
    </w:p>
    <w:p>
      <w:r>
        <w:t>"My little fire will smolder..</w:t>
      </w:r>
    </w:p>
    <w:p>
      <w:r>
        <w:t>[Yes, correct]</w:t>
      </w:r>
    </w:p>
    <w:p>
      <w:r>
        <w:t>Until Mashiach comes"</w:t>
      </w:r>
    </w:p>
    <w:p>
      <w:r>
        <w:t>[Correct]</w:t>
      </w:r>
    </w:p>
    <w:p>
      <w:r>
        <w:t>[……..]</w:t>
      </w:r>
    </w:p>
    <w:p>
      <w:r>
        <w:t>[Slowly, slowly……..]</w:t>
      </w:r>
    </w:p>
    <w:p>
      <w:r>
        <w:t>[Yes]</w:t>
      </w:r>
    </w:p>
    <w:p>
      <w:r>
        <w:t>[…….]</w:t>
      </w:r>
    </w:p>
    <w:p>
      <w:r>
        <w:t>[He has a promise from Rabbainu………]</w:t>
      </w:r>
    </w:p>
    <w:p>
      <w:r>
        <w:t>[……...]</w:t>
      </w:r>
    </w:p>
    <w:p>
      <w:r>
        <w:t>[Bless us, Saba, give some blessing]</w:t>
      </w:r>
    </w:p>
    <w:p>
      <w:r>
        <w:t>Oh, Hashem will bless you with all the blessings and with all the salvations</w:t>
      </w:r>
    </w:p>
    <w:p>
      <w:r>
        <w:t>[Amen]</w:t>
      </w:r>
    </w:p>
    <w:p>
      <w:r>
        <w:t>Speedily</w:t>
      </w:r>
    </w:p>
    <w:p>
      <w:r>
        <w:t>[.………………] [.……...………]Ahh[…..…..][……….]…...[………………] […………………]…[.………………] [.……...………]Ahh[…..…..][……….]…...[………………] […………………]…[Amen, likewise to you]</w:t>
      </w:r>
    </w:p>
    <w:p>
      <w:r>
        <w:t>[.………………] [.……...………]</w:t>
      </w:r>
    </w:p>
    <w:p>
      <w:r>
        <w:t>Ahh</w:t>
      </w:r>
    </w:p>
    <w:p>
      <w:r>
        <w:t>[…..…..]</w:t>
      </w:r>
    </w:p>
    <w:p>
      <w:r>
        <w:t>[……….]…</w:t>
      </w:r>
    </w:p>
    <w:p>
      <w:r>
        <w:t>...[………………] […………………]…</w:t>
      </w:r>
    </w:p>
    <w:p>
      <w:r>
        <w:t>[.………………] [.……...………]</w:t>
      </w:r>
    </w:p>
    <w:p>
      <w:r>
        <w:t>Ahh</w:t>
      </w:r>
    </w:p>
    <w:p>
      <w:r>
        <w:t>[…..…..]</w:t>
      </w:r>
    </w:p>
    <w:p>
      <w:r>
        <w:t>[……….]…</w:t>
      </w:r>
    </w:p>
    <w:p>
      <w:r>
        <w:t>...[………………] […………………]…</w:t>
      </w:r>
    </w:p>
    <w:p>
      <w:pPr>
        <w:pStyle w:val="Heading2"/>
      </w:pPr>
      <w:r>
        <w:t>Side B (Bais)</w:t>
      </w:r>
    </w:p>
    <w:p>
      <w:r>
        <w:t>...the land of Egypt, and Egypt was the strongest government in the world</w:t>
      </w:r>
    </w:p>
    <w:p>
      <w:r>
        <w:t>Who could, who could wage war against Egypt?</w:t>
      </w:r>
    </w:p>
    <w:p>
      <w:r>
        <w:t>But Hashem Yisbarach {{...}} gave them {..} great plagues, and brought us out of Egypt; and so in every generation, they do what they do, but Hashem Yisbarach does His own. Oy, I must |{..}...</w:t>
      </w:r>
    </w:p>
    <w:p>
      <w:r>
        <w:t>...[..and humiliations, you too..]</w:t>
      </w:r>
    </w:p>
    <w:p>
      <w:r>
        <w:t>Eh?</w:t>
      </w:r>
    </w:p>
    <w:p>
      <w:r>
        <w:t>[You]</w:t>
      </w:r>
    </w:p>
    <w:p>
      <w:r>
        <w:t>Oh {..}</w:t>
      </w:r>
    </w:p>
    <w:p>
      <w:r>
        <w:t>[Is that right?]</w:t>
      </w:r>
    </w:p>
    <w:p>
      <w:r>
        <w:t>Yes, oh, oh, {what}, who can recount and describe, eh.. what {I suffered\we suffered} from..</w:t>
      </w:r>
    </w:p>
    <w:p>
      <w:r>
        <w:t>But we see that we, we endure, and they, and they</w:t>
      </w:r>
    </w:p>
    <w:p>
      <w:r>
        <w:t>[..]</w:t>
      </w:r>
    </w:p>
    <w:p>
      <w:r>
        <w:t>fall…</w:t>
      </w:r>
    </w:p>
    <w:p>
      <w:r>
        <w:t>...and they will fall, they will fall—not in an instant, but there is a reckoning; it is not ownerless</w:t>
      </w:r>
    </w:p>
    <w:p>
      <w:r>
        <w:t>Now is the time of the redemption; great lights need to be revealed</w:t>
      </w:r>
    </w:p>
    <w:p>
      <w:r>
        <w:t>[Now it is a war, Rebbe Yisroel]</w:t>
      </w:r>
    </w:p>
    <w:p>
      <w:r>
        <w:t>Eh?</w:t>
      </w:r>
    </w:p>
    <w:p>
      <w:r>
        <w:t>[It is like a war, it is hard]</w:t>
      </w:r>
    </w:p>
    <w:p>
      <w:r>
        <w:t>War</w:t>
      </w:r>
    </w:p>
    <w:p>
      <w:r>
        <w:t>[They use force]</w:t>
      </w:r>
    </w:p>
    <w:p>
      <w:r>
        <w:t>{Do not}.., no, but that is not our way</w:t>
      </w:r>
    </w:p>
    <w:p>
      <w:r>
        <w:t>[Yes, no]</w:t>
      </w:r>
    </w:p>
    <w:p>
      <w:r>
        <w:t>{..} Our way is to endure {this too}, to endure, and to endure</w:t>
      </w:r>
    </w:p>
    <w:p>
      <w:r>
        <w:t>But afterward what will be done will be done; it is not ownerless</w:t>
      </w:r>
    </w:p>
    <w:p>
      <w:r>
        <w:t>[Rebbe Yisroel]</w:t>
      </w:r>
    </w:p>
    <w:p>
      <w:r>
        <w:t>Every day we recount the miracles and wonders that Hashem Yisbarach performed in Egypt and to the gentiles, that He brought us out of Egypt, and gave us the Land of Israel, and gave us the Torah</w:t>
      </w:r>
    </w:p>
    <w:p>
      <w:r>
        <w:t>What? {{. .}}</w:t>
      </w:r>
    </w:p>
    <w:p>
      <w:r>
        <w:t>[He had excellent and true contemplation]</w:t>
      </w:r>
    </w:p>
    <w:p>
      <w:r>
        <w:t>[I heard a Torah teaching about this, I..]</w:t>
      </w:r>
    </w:p>
    <w:p>
      <w:r>
        <w:t>It is not ownerless</w:t>
      </w:r>
    </w:p>
    <w:p>
      <w:r>
        <w:t>[Eh?]</w:t>
      </w:r>
    </w:p>
    <w:p>
      <w:r>
        <w:t>[It is not ownerless]</w:t>
      </w:r>
    </w:p>
    <w:p>
      <w:r>
        <w:t>[No, I am saying..]</w:t>
      </w:r>
    </w:p>
    <w:p>
      <w:r>
        <w:t>And great miracles and wonders will be performed, yes</w:t>
      </w:r>
    </w:p>
    <w:p>
      <w:r>
        <w:t>[I heard a Torah teaching about this: "It is a time of distress for Yaakov, and from it he will be saved"]</w:t>
      </w:r>
    </w:p>
    <w:p>
      <w:r>
        <w:t>{This.. came about} through our sins; we caused all this through our sins</w:t>
      </w:r>
    </w:p>
    <w:p>
      <w:r>
        <w:t>We caused all this, but Hashem Yisbarach has mercy on us</w:t>
      </w:r>
    </w:p>
    <w:p>
      <w:r>
        <w:t>{And He b.., just as He brought us out} from the sea and from Egypt, and from all, all the {gentiles\things}, ahh..</w:t>
      </w:r>
    </w:p>
    <w:p>
      <w:r>
        <w:t>They, were the police here?</w:t>
      </w:r>
    </w:p>
    <w:p>
      <w:r>
        <w:t>[Yes]</w:t>
      </w:r>
    </w:p>
    <w:p>
      <w:r>
        <w:t>[Ah]</w:t>
      </w:r>
    </w:p>
    <w:p>
      <w:r>
        <w:t>{..} Did they leave?</w:t>
      </w:r>
    </w:p>
    <w:p>
      <w:r>
        <w:t>[Yes]</w:t>
      </w:r>
    </w:p>
    <w:p>
      <w:r>
        <w:t>{There are none...}.., they, none of them remained?</w:t>
      </w:r>
    </w:p>
    <w:p>
      <w:r>
        <w:t>[No, but they took several friends with them with them]</w:t>
      </w:r>
    </w:p>
    <w:p>
      <w:r>
        <w:t>Ah, ah</w:t>
      </w:r>
    </w:p>
    <w:p>
      <w:r>
        <w:t>[Rebbe Yisroel]</w:t>
      </w:r>
    </w:p>
    <w:p>
      <w:r>
        <w:t>Yo</w:t>
      </w:r>
    </w:p>
    <w:p>
      <w:r>
        <w:t>[How is this, how can Rebbe Shimon endure such a thing?]</w:t>
      </w:r>
    </w:p>
    <w:p>
      <w:r>
        <w:t>[Where is Binyamin?]</w:t>
      </w:r>
    </w:p>
    <w:p>
      <w:r>
        <w:t>Eh?</w:t>
      </w:r>
    </w:p>
    <w:p>
      <w:r>
        <w:t>[How can Rebbe Shimon]</w:t>
      </w:r>
    </w:p>
    <w:p>
      <w:r>
        <w:t>[Where is Binyamin?]</w:t>
      </w:r>
    </w:p>
    <w:p>
      <w:r>
        <w:t>Nu</w:t>
      </w:r>
    </w:p>
    <w:p>
      <w:r>
        <w:t>[Can he endure such a thing?</w:t>
      </w:r>
    </w:p>
    <w:p>
      <w:r>
        <w:t>[Do you know what..]</w:t>
      </w:r>
    </w:p>
    <w:p>
      <w:r>
        <w:t>[It is hard..]</w:t>
      </w:r>
    </w:p>
    <w:p>
      <w:r>
        <w:t>[The family..]</w:t>
      </w:r>
    </w:p>
    <w:p>
      <w:r>
        <w:t>Through our sins, through our sins</w:t>
      </w:r>
    </w:p>
    <w:p>
      <w:r>
        <w:t>[Ah.. Oren...]</w:t>
      </w:r>
    </w:p>
    <w:p>
      <w:r>
        <w:t>Ah..</w:t>
      </w:r>
    </w:p>
    <w:p>
      <w:r>
        <w:t>[Why?]</w:t>
      </w:r>
    </w:p>
    <w:p>
      <w:r>
        <w:t>[Because..]</w:t>
      </w:r>
    </w:p>
    <w:p>
      <w:r>
        <w:t>We will return, return to Hashem Yisbarach, and miracles and wonders greater than those of the land of Egypt will be performed</w:t>
      </w:r>
    </w:p>
    <w:p>
      <w:r>
        <w:t>[...his family..]</w:t>
      </w:r>
    </w:p>
    <w:p>
      <w:r>
        <w:t>[Greater than those of the land of Egypt]</w:t>
      </w:r>
    </w:p>
    <w:p>
      <w:r>
        <w:t>[Good morning, she is sleeping]</w:t>
      </w:r>
    </w:p>
    <w:p>
      <w:r>
        <w:t>[He wants to speak with them]</w:t>
      </w:r>
    </w:p>
    <w:p>
      <w:r>
        <w:t>[Certainly, say, ah..]</w:t>
      </w:r>
    </w:p>
    <w:p>
      <w:r>
        <w:t>[I am saying..]</w:t>
      </w:r>
    </w:p>
    <w:p>
      <w:r>
        <w:t>[Tell Saba]...</w:t>
      </w:r>
    </w:p>
    <w:p>
      <w:r>
        <w:t>...we by ourselves, and let them do whatever they do, but the time will, the time will come [He is speaking about this, what you spoke about earlier]</w:t>
      </w:r>
    </w:p>
    <w:p>
      <w:r>
        <w:t>of the miracles</w:t>
      </w:r>
    </w:p>
    <w:p>
      <w:r>
        <w:t>[Ah, ah, right, right]</w:t>
      </w:r>
    </w:p>
    <w:p>
      <w:r>
        <w:t>[He is on this subject now]</w:t>
      </w:r>
    </w:p>
    <w:p>
      <w:r>
        <w:t>[Yes]</w:t>
      </w:r>
    </w:p>
    <w:p>
      <w:r>
        <w:t>[He…... ]…</w:t>
      </w:r>
    </w:p>
    <w:p>
      <w:r>
        <w:t>...{….}…</w:t>
      </w:r>
    </w:p>
    <w:p>
      <w:r>
        <w:t>...very hard, ah, I am {...} very weak</w:t>
      </w:r>
    </w:p>
    <w:p>
      <w:r>
        <w:t>[Weak]</w:t>
      </w:r>
    </w:p>
    <w:p>
      <w:r>
        <w:t>{..}.. the strength is leaving me, and I cannot speak or do anything, {..}…</w:t>
      </w:r>
    </w:p>
    <w:p>
      <w:r>
        <w:t>...whatever you can do for the benefit of the.. ah, for our benefit</w:t>
      </w:r>
    </w:p>
    <w:p>
      <w:r>
        <w:t>[Yes]</w:t>
      </w:r>
    </w:p>
    <w:p>
      <w:r>
        <w:t>To draw close to Judaism; do not fear, do not fear at all</w:t>
      </w:r>
    </w:p>
    <w:p>
      <w:r>
        <w:t>[Zev ch..]…</w:t>
      </w:r>
    </w:p>
    <w:p>
      <w:r>
        <w:t>...Ber Odesser {...he, ah, the..}</w:t>
      </w:r>
    </w:p>
    <w:p>
      <w:r>
        <w:t>[What did he say?]</w:t>
      </w:r>
    </w:p>
    <w:p>
      <w:r>
        <w:t>By, by President Shazar, Yisroel Ber Odesser is {{…}} the friend who.. his best</w:t>
      </w:r>
    </w:p>
    <w:p>
      <w:r>
        <w:t>[Yes]</w:t>
      </w:r>
    </w:p>
    <w:p>
      <w:r>
        <w:t>[Whose?]</w:t>
      </w:r>
    </w:p>
    <w:p>
      <w:r>
        <w:t>[Shazar says, Shazar]</w:t>
      </w:r>
    </w:p>
    <w:p>
      <w:r>
        <w:t>[And how did you say: whoever harmed your honor, it was as though he harmed Shazar's honor]</w:t>
      </w:r>
    </w:p>
    <w:p>
      <w:r>
        <w:t>Yes</w:t>
      </w:r>
    </w:p>
    <w:p>
      <w:r>
        <w:t>[That is what Shazar said]</w:t>
      </w:r>
    </w:p>
    <w:p>
      <w:r>
        <w:t>Yes, yes</w:t>
      </w:r>
    </w:p>
    <w:p>
      <w:r>
        <w:t>[All right, we will leave]…</w:t>
      </w:r>
    </w:p>
    <w:p>
      <w:r>
        <w:t>...{Yo}.</w:t>
      </w:r>
    </w:p>
    <w:p>
      <w:r>
        <w:t>...everything is falsehood</w:t>
      </w:r>
    </w:p>
    <w:p>
      <w:r>
        <w:t>[Yes]</w:t>
      </w:r>
    </w:p>
    <w:p>
      <w:r>
        <w:t>Only with us is the clear truth</w:t>
      </w:r>
    </w:p>
    <w:p>
      <w:r>
        <w:t>[Right, right, they need to file complaints against the person who does this]…</w:t>
      </w:r>
    </w:p>
    <w:p>
      <w:r>
        <w:t>...[..the moment you file..]…</w:t>
      </w:r>
    </w:p>
    <w:p>
      <w:r>
        <w:t>...[..the police see that there are many complaints..]…</w:t>
      </w:r>
    </w:p>
    <w:p>
      <w:r>
        <w:t>...{…..he alone}, and they are not, all of them are nothing</w:t>
      </w:r>
    </w:p>
    <w:p>
      <w:r>
        <w:t>[Now…..]</w:t>
      </w:r>
    </w:p>
    <w:p>
      <w:r>
        <w:t>[I told him this now, you heard, but tell the woman..]</w:t>
      </w:r>
    </w:p>
    <w:p>
      <w:r>
        <w:t>{Then} one utterance of Rabbainu is the entire Torah, one utterance</w:t>
      </w:r>
    </w:p>
    <w:p>
      <w:r>
        <w:t>[One utterance is the entire Torah?]</w:t>
      </w:r>
    </w:p>
    <w:p>
      <w:r>
        <w:t>Yes</w:t>
      </w:r>
    </w:p>
    <w:p>
      <w:r>
        <w:t>[..if you are criminals, that is another question..]</w:t>
      </w:r>
    </w:p>
    <w:p>
      <w:r>
        <w:t>[..it is the entire Torah]</w:t>
      </w:r>
    </w:p>
    <w:p>
      <w:r>
        <w:t>[What, what did he say?]...</w:t>
      </w:r>
    </w:p>
    <w:p>
      <w:r>
        <w:t>...all Israel, the healing for all Israel..</w:t>
      </w:r>
    </w:p>
    <w:p>
      <w:r>
        <w:t>[..they are making problems for us here..]</w:t>
      </w:r>
    </w:p>
    <w:p>
      <w:r>
        <w:t>Every utterance of his</w:t>
      </w:r>
    </w:p>
    <w:p>
      <w:r>
        <w:t>[Pshh..]</w:t>
      </w:r>
    </w:p>
    <w:p>
      <w:r>
        <w:t>[You must now, without relenting, always press the..]…</w:t>
      </w:r>
    </w:p>
    <w:p>
      <w:r>
        <w:t>...[He feels well, Baruch Hashem]</w:t>
      </w:r>
    </w:p>
    <w:p>
      <w:r>
        <w:t>[That we..]</w:t>
      </w:r>
    </w:p>
    <w:p>
      <w:r>
        <w:t>[What did he say…..?]…</w:t>
      </w:r>
    </w:p>
    <w:p>
      <w:r>
        <w:t>...{…}</w:t>
      </w:r>
    </w:p>
    <w:p>
      <w:r>
        <w:t>[..that he should forbid you..]</w:t>
      </w:r>
    </w:p>
    <w:p>
      <w:r>
        <w:t>But you should know, that you should not fear any power in the world</w:t>
      </w:r>
    </w:p>
    <w:p>
      <w:r>
        <w:t>[Yes.., not to fear anyone?]</w:t>
      </w:r>
    </w:p>
    <w:p>
      <w:r>
        <w:t>Hashem Yisbarach is with us</w:t>
      </w:r>
    </w:p>
    <w:p>
      <w:r>
        <w:t>[Yes]</w:t>
      </w:r>
    </w:p>
    <w:p>
      <w:r>
        <w:t>[Who is he]</w:t>
      </w:r>
    </w:p>
    <w:p>
      <w:r>
        <w:t>[Hashem is with us, and not to fear anyone]</w:t>
      </w:r>
    </w:p>
    <w:p>
      <w:r>
        <w:t>Yes, do not fear at all</w:t>
      </w:r>
    </w:p>
    <w:p>
      <w:r>
        <w:t>[..a complaint with the police..]</w:t>
      </w:r>
    </w:p>
    <w:p>
      <w:r>
        <w:t>[Good, how beautiful..]</w:t>
      </w:r>
    </w:p>
    <w:p>
      <w:r>
        <w:t>[There are rules..]…</w:t>
      </w:r>
    </w:p>
    <w:p>
      <w:r>
        <w:t>...what is his name?</w:t>
      </w:r>
    </w:p>
    <w:p>
      <w:r>
        <w:t>[Oren? Uri]</w:t>
      </w:r>
    </w:p>
    <w:p>
      <w:r>
        <w:t>Uri</w:t>
      </w:r>
    </w:p>
    <w:p>
      <w:r>
        <w:t>[Yes]</w:t>
      </w:r>
    </w:p>
    <w:p>
      <w:r>
        <w:t>[..now like this]</w:t>
      </w:r>
    </w:p>
    <w:p>
      <w:r>
        <w:t>Yes, {{..eye}}</w:t>
      </w:r>
    </w:p>
    <w:p>
      <w:r>
        <w:t>[Yes, in the eye]</w:t>
      </w:r>
    </w:p>
    <w:p>
      <w:r>
        <w:t>[Yes, yes]</w:t>
      </w:r>
    </w:p>
    <w:p>
      <w:r>
        <w:t>[They struck him]</w:t>
      </w:r>
    </w:p>
    <w:p>
      <w:r>
        <w:t>[..that they are also forbidden to come here..]</w:t>
      </w:r>
    </w:p>
    <w:p>
      <w:r>
        <w:t>And from this one sees, one sees who was the striker, whether Uri was the striker, whether they were the striker</w:t>
      </w:r>
    </w:p>
    <w:p>
      <w:r>
        <w:t>[..this boy did not do anything to him..]</w:t>
      </w:r>
    </w:p>
    <w:p>
      <w:r>
        <w:t>whether the wicked were the strikers</w:t>
      </w:r>
    </w:p>
    <w:p>
      <w:r>
        <w:t>[……]</w:t>
      </w:r>
    </w:p>
    <w:p>
      <w:r>
        <w:t>[In Heaven..]</w:t>
      </w:r>
    </w:p>
    <w:p>
      <w:r>
        <w:t>Yes</w:t>
      </w:r>
    </w:p>
    <w:p>
      <w:r>
        <w:t>[They see]</w:t>
      </w:r>
    </w:p>
    <w:p>
      <w:r>
        <w:t>Yes</w:t>
      </w:r>
    </w:p>
    <w:p>
      <w:r>
        <w:t>[..the complaint, so what does he say? He says..]</w:t>
      </w:r>
    </w:p>
    <w:p>
      <w:r>
        <w:t>[Will they punish them? Saba, will they punish them in Heaven?]</w:t>
      </w:r>
    </w:p>
    <w:p>
      <w:r>
        <w:t>[...So what will they say, "I was struck first"</w:t>
      </w:r>
    </w:p>
    <w:p>
      <w:r>
        <w:t>A situation was created in which the investigation investigates in her court what was done, not in his court..]</w:t>
      </w:r>
    </w:p>
    <w:p>
      <w:r>
        <w:t>[.……]</w:t>
      </w:r>
    </w:p>
    <w:p>
      <w:r>
        <w:t>[…….]</w:t>
      </w:r>
    </w:p>
    <w:p>
      <w:r>
        <w:t>[…..fortunately this was filmed..]…</w:t>
      </w:r>
    </w:p>
    <w:p>
      <w:r>
        <w:t>...{…..}</w:t>
      </w:r>
    </w:p>
    <w:p>
      <w:r>
        <w:t>[Yes]</w:t>
      </w:r>
    </w:p>
    <w:p>
      <w:r>
        <w:t>[Very good, he says, ….. clear, we will file a complaint..]</w:t>
      </w:r>
    </w:p>
    <w:p>
      <w:r>
        <w:t>[…….]…</w:t>
      </w:r>
    </w:p>
    <w:p>
      <w:r>
        <w:t>...what happened from the wicked, yes, yes</w:t>
      </w:r>
    </w:p>
    <w:p>
      <w:r>
        <w:t>What are we? We sold the books, what is there?</w:t>
      </w:r>
    </w:p>
    <w:p>
      <w:r>
        <w:t>This is a general place for all Israel</w:t>
      </w:r>
    </w:p>
    <w:p>
      <w:r>
        <w:t>[Right]</w:t>
      </w:r>
    </w:p>
    <w:p>
      <w:r>
        <w:t>{{. .}}, yes, there are laws and there are.. but not to strike, and not to persecute and not.. what is this?</w:t>
      </w:r>
    </w:p>
    <w:p>
      <w:r>
        <w:t>{This is not}, a company of wicked people who wanted, God forbid {..} to murder the {this\principal} man of the eye</w:t>
      </w:r>
    </w:p>
    <w:p>
      <w:r>
        <w:t>[Of the eye]</w:t>
      </w:r>
    </w:p>
    <w:p>
      <w:r>
        <w:t>[Uri, Uri]</w:t>
      </w:r>
    </w:p>
    <w:p>
      <w:r>
        <w:t>He fell on the eye</w:t>
      </w:r>
    </w:p>
    <w:p>
      <w:r>
        <w:t>[Yes]</w:t>
      </w:r>
    </w:p>
    <w:p>
      <w:r>
        <w:t>[Uri]</w:t>
      </w:r>
    </w:p>
    <w:p>
      <w:r>
        <w:t>A blow to the eye</w:t>
      </w:r>
    </w:p>
    <w:p>
      <w:r>
        <w:t>[And the one who struck him..]</w:t>
      </w:r>
    </w:p>
    <w:p>
      <w:r>
        <w:t>[Uri, Uri]</w:t>
      </w:r>
    </w:p>
    <w:p>
      <w:r>
        <w:t>Uri</w:t>
      </w:r>
    </w:p>
    <w:p>
      <w:r>
        <w:t>[And the one who struck him with the stick]</w:t>
      </w:r>
    </w:p>
    <w:p>
      <w:r>
        <w:t>Yes</w:t>
      </w:r>
    </w:p>
    <w:p>
      <w:r>
        <w:t>[With the stick, Oren, Oren, Saba, Saba saw, with the stick]…</w:t>
      </w:r>
    </w:p>
    <w:p>
      <w:r>
        <w:t>...[..]...</w:t>
      </w:r>
    </w:p>
    <w:p>
      <w:r>
        <w:t>...{Yes, do not fear} the falsehood</w:t>
      </w:r>
    </w:p>
    <w:p>
      <w:r>
        <w:t>[Yes, may Hashem help that you should have strength]</w:t>
      </w:r>
    </w:p>
    <w:p>
      <w:r>
        <w:t>I was..</w:t>
      </w:r>
    </w:p>
    <w:p>
      <w:r>
        <w:t>[To prevail]</w:t>
      </w:r>
    </w:p>
    <w:p>
      <w:r>
        <w:t>With President Shazar, his greatest friend</w:t>
      </w:r>
    </w:p>
    <w:p>
      <w:r>
        <w:t>[Yes]</w:t>
      </w:r>
    </w:p>
    <w:p>
      <w:r>
        <w:t>Everyone knows</w:t>
      </w:r>
    </w:p>
    <w:p>
      <w:r>
        <w:t>[Yes]</w:t>
      </w:r>
    </w:p>
    <w:p>
      <w:r>
        <w:t>{..}</w:t>
      </w:r>
    </w:p>
    <w:p>
      <w:r>
        <w:t>[May Hashem help you, that you should have strength to prevail over the wicked]</w:t>
      </w:r>
    </w:p>
    <w:p>
      <w:r>
        <w:t>{If only, oy, oy, oy}</w:t>
      </w:r>
    </w:p>
    <w:p>
      <w:r>
        <w:t>[Spiritually and physically]</w:t>
      </w:r>
    </w:p>
    <w:p>
      <w:r>
        <w:t>This President Weizman, he knew and saw all my books</w:t>
      </w:r>
    </w:p>
    <w:p>
      <w:r>
        <w:t>All my books and all my letters, he saw, but he is wicked</w:t>
      </w:r>
    </w:p>
    <w:p>
      <w:r>
        <w:t>[Weizman also saw?]</w:t>
      </w:r>
    </w:p>
    <w:p>
      <w:r>
        <w:t>But {already} I do not know him; only through this do I see that he is wicked</w:t>
      </w:r>
    </w:p>
    <w:p>
      <w:r>
        <w:t>[Ah.. but Shazar was all right, Shazar]</w:t>
      </w:r>
    </w:p>
    <w:p>
      <w:r>
        <w:t>[Shazar, yes]</w:t>
      </w:r>
    </w:p>
    <w:p>
      <w:r>
        <w:t>[Shazar was indeed all right]</w:t>
      </w:r>
    </w:p>
    <w:p>
      <w:r>
        <w:t>[Yes, certainly]…</w:t>
      </w:r>
    </w:p>
    <w:p>
      <w:r>
        <w:t>...{...}</w:t>
      </w:r>
    </w:p>
    <w:p>
      <w:r>
        <w:t>[Tell me, do you give him food, something healthy, foods that..]</w:t>
      </w:r>
    </w:p>
    <w:p>
      <w:r>
        <w:t>[Whatever he wants..]</w:t>
      </w:r>
    </w:p>
    <w:p>
      <w:r>
        <w:t>[No, perhaps you do not p.., no, not whatever he wants</w:t>
      </w:r>
    </w:p>
    <w:p>
      <w:r>
        <w:t>Perhaps you are not paying attention, there are things, say, drinking.., ah..]…</w:t>
      </w:r>
    </w:p>
    <w:p>
      <w:r>
        <w:t>...[Eh?]</w:t>
      </w:r>
    </w:p>
    <w:p>
      <w:r>
        <w:t>{What I said}…</w:t>
      </w:r>
    </w:p>
    <w:p>
      <w:r>
        <w:t>...{..is lying, especially} that I was {..} the g.. great friend of Shazar, of President Shazar</w:t>
      </w:r>
    </w:p>
    <w:p>
      <w:r>
        <w:t>With this power can subdue all the wicked, {all …..}, yes</w:t>
      </w:r>
    </w:p>
    <w:p>
      <w:r>
        <w:t>[What can he subdue?]…</w:t>
      </w:r>
    </w:p>
    <w:p>
      <w:r>
        <w:t>...{..then} I was his greatest friend, his friend, President Shazar's</w:t>
      </w:r>
    </w:p>
    <w:p>
      <w:r>
        <w:t>He was a learned man; it is impossible to nullify such a man…</w:t>
      </w:r>
    </w:p>
    <w:p>
      <w:r>
        <w:t>…[He was on the telephone now, he said that his wife went to the hospital in order to give birth..]…</w:t>
      </w:r>
    </w:p>
    <w:p>
      <w:r>
        <w:t>...[{It is good from behind}]…</w:t>
      </w:r>
    </w:p>
    <w:p>
      <w:r>
        <w:t>...{This is a received tradition}...</w:t>
      </w:r>
    </w:p>
    <w:p>
      <w:r>
        <w:t>...one who attends to the sick is exempt from prayer and from tefillin</w:t>
      </w:r>
    </w:p>
    <w:p>
      <w:r>
        <w:t>Do you remember this?</w:t>
      </w:r>
    </w:p>
    <w:p>
      <w:r>
        <w:t>[Yes, yes..]</w:t>
      </w:r>
    </w:p>
    <w:p>
      <w:r>
        <w:t>Ah</w:t>
      </w:r>
    </w:p>
    <w:p>
      <w:r>
        <w:t>[Sweater]</w:t>
      </w:r>
    </w:p>
    <w:p>
      <w:r>
        <w:t>What is this? A sweater?</w:t>
      </w:r>
    </w:p>
    <w:p>
      <w:r>
        <w:t>[Yes]</w:t>
      </w:r>
    </w:p>
    <w:p>
      <w:r>
        <w:t>Oy, ah..</w:t>
      </w:r>
    </w:p>
    <w:p>
      <w:r>
        <w:t>Oy vey, my head is spinning</w:t>
      </w:r>
    </w:p>
    <w:p>
      <w:r>
        <w:t>[Do you want to lie down a little?]</w:t>
      </w:r>
    </w:p>
    <w:p>
      <w:r>
        <w:t>[…..]</w:t>
      </w:r>
    </w:p>
    <w:p>
      <w:r>
        <w:t>{...}</w:t>
      </w:r>
    </w:p>
    <w:p>
      <w:r>
        <w:t>Oy..</w:t>
      </w:r>
    </w:p>
    <w:p>
      <w:r>
        <w:t>Put the tallis gadol over me</w:t>
      </w:r>
    </w:p>
    <w:p>
      <w:r>
        <w:t>[Yes]</w:t>
      </w:r>
    </w:p>
    <w:p>
      <w:r>
        <w:t>And we will make a blessing</w:t>
      </w:r>
    </w:p>
    <w:p>
      <w:r>
        <w:t>[Good]</w:t>
      </w:r>
    </w:p>
    <w:p>
      <w:r>
        <w:t>"to wrap oneself in tzitzis.."</w:t>
      </w:r>
    </w:p>
    <w:p>
      <w:r>
        <w:t>[Good]</w:t>
      </w:r>
    </w:p>
    <w:p>
      <w:r>
        <w:t>{…}, a Jewish man..</w:t>
      </w:r>
    </w:p>
    <w:p>
      <w:r>
        <w:t>[Yes]</w:t>
      </w:r>
    </w:p>
    <w:p>
      <w:r>
        <w:t>Everything he does, he does not do wisdom, only faith</w:t>
      </w:r>
    </w:p>
    <w:p>
      <w:r>
        <w:t>"Who sanctified us with His commandments and commanded us concerning washing the hands.."</w:t>
      </w:r>
    </w:p>
    <w:p>
      <w:r>
        <w:t>It is impossible to eat bread, or.. { without washing the hands}</w:t>
      </w:r>
    </w:p>
    <w:p>
      <w:r>
        <w:t>...(Saba laughs)</w:t>
      </w:r>
    </w:p>
    <w:p>
      <w:r>
        <w:t>[Shimon Metodi sings: "Na Na Nach Nachma Nachman MeUman"]</w:t>
      </w:r>
    </w:p>
    <w:p>
      <w:r>
        <w:t>[Are you a friend of Shazar?]</w:t>
      </w:r>
    </w:p>
    <w:p>
      <w:r>
        <w:t>Ah, yes</w:t>
      </w:r>
    </w:p>
    <w:p>
      <w:r>
        <w:t>[Yes? And he said..?]</w:t>
      </w:r>
    </w:p>
    <w:p>
      <w:r>
        <w:t>Ask him</w:t>
      </w:r>
    </w:p>
    <w:p>
      <w:r>
        <w:t>[Where is he? He said: "Whoever harms the honor of Yisroel Ber Odesser..]</w:t>
      </w:r>
    </w:p>
    <w:p>
      <w:r>
        <w:t>Yes, oh, oh</w:t>
      </w:r>
    </w:p>
    <w:p>
      <w:r>
        <w:t>[It is as though he harmed my honor", perhaps sit a little, Rebbe Yisroel]</w:t>
      </w:r>
    </w:p>
    <w:p>
      <w:r>
        <w:t>If I am Odesser, then I am his friend, {..}</w:t>
      </w:r>
    </w:p>
    <w:p>
      <w:r>
        <w:t>[But he, he was Chabad, wasn't he? Shazar, wasn't he Chabad?]</w:t>
      </w:r>
    </w:p>
    <w:p>
      <w:r>
        <w:t>Who, the president?</w:t>
      </w:r>
    </w:p>
    <w:p>
      <w:r>
        <w:t>[Yes]</w:t>
      </w:r>
    </w:p>
    <w:p>
      <w:r>
        <w:t>I do not know</w:t>
      </w:r>
    </w:p>
    <w:p>
      <w:r>
        <w:t>[..he said: "In my heart I am only Breslov”]…</w:t>
      </w:r>
    </w:p>
    <w:p>
      <w:r>
        <w:t>...[Yes]</w:t>
      </w:r>
    </w:p>
    <w:p>
      <w:r>
        <w:t>And leave the egg {approximately} eight or ten moments covered; afterward, do not cover it</w:t>
      </w:r>
    </w:p>
    <w:p>
      <w:r>
        <w:t>When covered they cook…</w:t>
      </w:r>
    </w:p>
    <w:p>
      <w:r>
        <w:t>...one can understand {..} by himself; a wise man understands by himself</w:t>
      </w:r>
    </w:p>
    <w:p>
      <w:r>
        <w:t>[..]</w:t>
      </w:r>
    </w:p>
    <w:p>
      <w:r>
        <w:t>But if there are prayers like these, then uh.. there is no one with whom {{. . . you will speak}}</w:t>
      </w:r>
    </w:p>
    <w:p>
      <w:r>
        <w:t>[Everything is excellent]</w:t>
      </w:r>
    </w:p>
    <w:p>
      <w:r>
        <w:t>[..]…</w:t>
      </w:r>
    </w:p>
    <w:p>
      <w:r>
        <w:t>...for every one of Israel, all the rectifications and all the healings and all the salvations, yes</w:t>
      </w:r>
    </w:p>
    <w:p>
      <w:r>
        <w:t>In his holy books, and every utterance of his is all the Torah and all Israel</w:t>
      </w:r>
    </w:p>
    <w:p>
      <w:r>
        <w:t>[Yes]</w:t>
      </w:r>
    </w:p>
    <w:p>
      <w:r>
        <w:t>[Now..]…</w:t>
      </w:r>
    </w:p>
    <w:p>
      <w:r>
        <w:t>...only in Hashem and in Rabbainu, for that is the main thing</w:t>
      </w:r>
    </w:p>
    <w:p>
      <w:r>
        <w:t>He can shine within us, bring into us the light of the Torah, such a light as never existed</w:t>
      </w:r>
    </w:p>
    <w:p>
      <w:r>
        <w:t>This is completely new</w:t>
      </w:r>
    </w:p>
    <w:p>
      <w:r>
        <w:t>[...]…</w:t>
      </w:r>
    </w:p>
    <w:p>
      <w:r>
        <w:t>...to travel to Yerushalayim, to the Kosel, to Yerushalayim</w:t>
      </w:r>
    </w:p>
    <w:p>
      <w:r>
        <w:t>{..} perhaps I will succeed in.. bringing Rabbainu into Yerushalayim, the light of the holy Rabbainu</w:t>
      </w:r>
    </w:p>
    <w:p>
      <w:r>
        <w:t>This is a light {that did not}.., new, that, has still not been revealed in the world</w:t>
      </w:r>
    </w:p>
    <w:p>
      <w:r>
        <w:t>[...]</w:t>
      </w:r>
    </w:p>
    <w:p>
      <w:r>
        <w:t>{Read this\That is how it is}, I am not saying this; the holy Rabbainu revealed a drop from the sea of this…</w:t>
      </w:r>
    </w:p>
    <w:p>
      <w:r>
        <w:t>...much falsehood, only at the Kosel, at the Kosel {only}..</w:t>
      </w:r>
    </w:p>
    <w:p>
      <w:r>
        <w:t>[..obstacles]</w:t>
      </w:r>
    </w:p>
    <w:p>
      <w:r>
        <w:t>Ah..</w:t>
      </w:r>
    </w:p>
    <w:p>
      <w:r>
        <w:t>[That is Esau]</w:t>
      </w:r>
    </w:p>
    <w:p>
      <w:r>
        <w:t>There is truth, but..</w:t>
      </w:r>
    </w:p>
    <w:p>
      <w:r>
        <w:t>[…….]</w:t>
      </w:r>
    </w:p>
    <w:p>
      <w:r>
        <w:t>It is all falsehood, absolute falsehood</w:t>
      </w:r>
    </w:p>
    <w:p>
      <w:r>
        <w:t>[Do you see? Do you see? I am not speaking]</w:t>
      </w:r>
    </w:p>
    <w:p>
      <w:r>
        <w:t>Falsehood</w:t>
      </w:r>
    </w:p>
    <w:p>
      <w:r>
        <w:t>[Certainly]</w:t>
      </w:r>
    </w:p>
    <w:p>
      <w:r>
        <w:t>{..}..</w:t>
      </w:r>
    </w:p>
    <w:p>
      <w:r>
        <w:t>[And testify]</w:t>
      </w:r>
    </w:p>
    <w:p>
      <w:r>
        <w:t>{They}..</w:t>
      </w:r>
    </w:p>
    <w:p>
      <w:r>
        <w:t>[Yes]</w:t>
      </w:r>
    </w:p>
    <w:p>
      <w:r>
        <w:t>They publicized themselves that they, that they are tzaddikim; they are wicked and they are heretics</w:t>
      </w:r>
    </w:p>
    <w:p>
      <w:r>
        <w:t>[Who?]</w:t>
      </w:r>
    </w:p>
    <w:p>
      <w:r>
        <w:t>They do not study Torah, no, no, do not know the Torah and do not know at all, wicked [Do you see? Certainly I..]…</w:t>
      </w:r>
    </w:p>
    <w:p>
      <w:r>
        <w:t>...{..} to study {this} near the Kosel, to.. study in.. throughout the entire area the books of Rabbainu in truth, not in falsehood, and not like the liars…</w:t>
      </w:r>
    </w:p>
    <w:p>
      <w:r>
        <w:t>...[Is this the best place in order to study?]</w:t>
      </w:r>
    </w:p>
    <w:p>
      <w:r>
        <w:t>Yes</w:t>
      </w:r>
    </w:p>
    <w:p>
      <w:r>
        <w:t>[Near the Kosel]</w:t>
      </w:r>
    </w:p>
    <w:p>
      <w:r>
        <w:t>Yes, yes, yes, yes</w:t>
      </w:r>
    </w:p>
    <w:p>
      <w:r>
        <w:t>[The most holy]</w:t>
      </w:r>
    </w:p>
    <w:p>
      <w:r>
        <w:t>{{..}}.. yes</w:t>
      </w:r>
    </w:p>
    <w:p>
      <w:r>
        <w:t>[But will they allow entry..]</w:t>
      </w:r>
    </w:p>
    <w:p>
      <w:r>
        <w:t>{..}</w:t>
      </w:r>
    </w:p>
    <w:p>
      <w:r>
        <w:t>[There..]…</w:t>
      </w:r>
    </w:p>
    <w:p>
      <w:r>
        <w:t>...a great light, that there should be a great light of Torah and fear of Heaven, and…</w:t>
      </w:r>
    </w:p>
    <w:p>
      <w:r>
        <w:t>...{..will be rev.., th..}}.., the holy Rabbainu will be revealed</w:t>
      </w:r>
    </w:p>
    <w:p>
      <w:r>
        <w:t>[…...]</w:t>
      </w:r>
    </w:p>
    <w:p>
      <w:r>
        <w:t>Ah</w:t>
      </w:r>
    </w:p>
    <w:p>
      <w:r>
        <w:t>[……]</w:t>
      </w:r>
    </w:p>
    <w:p>
      <w:r>
        <w:t>Ah</w:t>
      </w:r>
    </w:p>
    <w:p>
      <w:r>
        <w:t>[…...]</w:t>
      </w:r>
    </w:p>
    <w:p>
      <w:r>
        <w:t>[Now, honorable Rabbi, I love you; know that I love every son of Israel, but I have many disturbances, and what must I rectify?]…</w:t>
      </w:r>
    </w:p>
    <w:p>
      <w:r>
        <w:t>...Hashem Yisbarach performed wonders for me; I was in their hands, and Baruch Hashem, now I, Baruch Hashem, came out of.., entirely, entirely from.. the falsehood […..]…</w:t>
      </w:r>
    </w:p>
    <w:p>
      <w:r>
        <w:t>...Baruch Hashem, such miracles and wonders, such wondrous lights, have not yet existed in the world, and this will shine throughout the entire world, and the entire world will cast away all the foolishnesses</w:t>
      </w:r>
    </w:p>
    <w:p>
      <w:r>
        <w:t>All the money and all the honor and all the {{ah, ...}}, all the falsehood will be nullified</w:t>
      </w:r>
    </w:p>
    <w:p>
      <w:r>
        <w:t>{And we will illuminate to.. the entire world}, only the truth will be revealed</w:t>
      </w:r>
    </w:p>
    <w:p>
      <w:r>
        <w:t>["Ya Rebbe"..]</w:t>
      </w:r>
    </w:p>
    <w:p>
      <w:r>
        <w:t>And this will be a new world, the world of truth, not the world of falsehood…</w:t>
      </w:r>
    </w:p>
    <w:p>
      <w:r>
        <w:t>...liars</w:t>
      </w:r>
    </w:p>
    <w:p>
      <w:r>
        <w:t>The light of the holy Rabbainu will be revealed in the world; then it will be a completely different world</w:t>
      </w:r>
    </w:p>
    <w:p>
      <w:r>
        <w:t>A new world</w:t>
      </w:r>
    </w:p>
    <w:p>
      <w:r>
        <w:t>[New]…</w:t>
      </w:r>
    </w:p>
    <w:p>
      <w:r>
        <w:t>...no, no, not this</w:t>
      </w:r>
    </w:p>
    <w:p>
      <w:r>
        <w:t>{..} The main thing is only the holy Rabbainu; this, this needs to..</w:t>
      </w:r>
    </w:p>
    <w:p>
      <w:r>
        <w:t>[I understood, I understood..]</w:t>
      </w:r>
    </w:p>
    <w:p>
      <w:r>
        <w:t>shine throughout the entire world, throughout all Israel, {..}</w:t>
      </w:r>
    </w:p>
    <w:p>
      <w:r>
        <w:t>As long as this is not, that it has still not been revealed, there is nothing, we have nothing</w:t>
      </w:r>
    </w:p>
    <w:p>
      <w:r>
        <w:t>It needs to be revealed; the light of the holy Rabbainu is a completely new light, which never existed</w:t>
      </w:r>
    </w:p>
    <w:p>
      <w:r>
        <w:t>Which can help us, rectify us, renew us</w:t>
      </w:r>
    </w:p>
    <w:p>
      <w:r>
        <w:t>[Tell him, I too..]…</w:t>
      </w:r>
    </w:p>
    <w:p>
      <w:r>
        <w:t>...{..the holy one, he} needs to shine throughout the entire world..</w:t>
      </w:r>
    </w:p>
    <w:p>
      <w:r>
        <w:t>[I understood..]</w:t>
      </w:r>
    </w:p>
    <w:p>
      <w:r>
        <w:t>In Morocco, {and in..}.., everyone needs to nullify themselves completely to the matter of Rabbainu…</w:t>
      </w:r>
    </w:p>
    <w:p>
      <w:r>
        <w:t>...{…} everything</w:t>
      </w:r>
    </w:p>
    <w:p>
      <w:r>
        <w:t>[I understood, I understood, everything is reversed]…</w:t>
      </w:r>
    </w:p>
    <w:p>
      <w:r>
        <w:t>...when Rabbainu's holy light is revealed, he {{..}}, he was in the world and was not revealed</w:t>
      </w:r>
    </w:p>
    <w:p>
      <w:r>
        <w:t>But {also} the revelation will be, it needs to be completely new, {….}</w:t>
      </w:r>
    </w:p>
    <w:p>
      <w:r>
        <w:t>The holy Rabbainu is the entirety of the Torah, all the truth, and the liars w.. will be nullified completely, completely…</w:t>
      </w:r>
    </w:p>
    <w:p>
      <w:r>
        <w:t>...did you bring it?</w:t>
      </w:r>
    </w:p>
    <w:p>
      <w:r>
        <w:t>[B.. yes]…</w:t>
      </w:r>
    </w:p>
    <w:p>
      <w:r>
        <w:t>...{oh, good, good\more surprises}</w:t>
      </w:r>
    </w:p>
    <w:p>
      <w:r>
        <w:t>[Now also a blessing for my wife, Rabbainu, I ask for a blessing for my wife]</w:t>
      </w:r>
    </w:p>
    <w:p>
      <w:r>
        <w:t>{..}</w:t>
      </w:r>
    </w:p>
    <w:p>
      <w:r>
        <w:t>[For joy, joy]</w:t>
      </w:r>
    </w:p>
    <w:p>
      <w:r>
        <w:t>Fine, fine…</w:t>
      </w:r>
    </w:p>
    <w:p>
      <w:r>
        <w:t>...{clean} completely</w:t>
      </w:r>
    </w:p>
    <w:p>
      <w:r>
        <w:t>{… and the..} the old ones have {{….}} a great lie, yes, th..</w:t>
      </w:r>
    </w:p>
    <w:p>
      <w:r>
        <w:t>The truth will be revealed in the world, and the lie will fall completely</w:t>
      </w:r>
    </w:p>
    <w:p>
      <w:r>
        <w:t>But they need {{to.. to….}}, to fall, to fall and to fall completely, completely</w:t>
      </w:r>
    </w:p>
    <w:p>
      <w:r>
        <w:t>Almost everyone knows that the lie has been revealed…</w:t>
      </w:r>
    </w:p>
    <w:p>
      <w:r>
        <w:t>...speakingmatters.. [Yes, yes]</w:t>
      </w:r>
    </w:p>
    <w:p>
      <w:r>
        <w:t>Wonders..</w:t>
      </w:r>
    </w:p>
    <w:p>
      <w:r>
        <w:t>[Yes, yes]</w:t>
      </w:r>
    </w:p>
    <w:p>
      <w:r>
        <w:t>Ah, disappearing completely</w:t>
      </w:r>
    </w:p>
    <w:p>
      <w:r>
        <w:t>[...]…</w:t>
      </w:r>
    </w:p>
    <w:p>
      <w:r>
        <w:t>...[But one sees that there are..]</w:t>
      </w:r>
    </w:p>
    <w:p>
      <w:r>
        <w:t>He will come soon</w:t>
      </w:r>
    </w:p>
    <w:p>
      <w:r>
        <w:t>[One sees that there are many things that are improper and not in.., justly in the world]</w:t>
      </w:r>
    </w:p>
    <w:p>
      <w:r>
        <w:t>{Yes}, ah.. the lie will fall, will fall, will fall, {..} and the truth will shine and shine, and will shine throughout the world</w:t>
      </w:r>
    </w:p>
    <w:p>
      <w:r>
        <w:t>[Amen, our eyes against their will see things that are not just</w:t>
      </w:r>
    </w:p>
    <w:p>
      <w:r>
        <w:t>Our eyes see things that they should not.., they are forbidden to see</w:t>
      </w:r>
    </w:p>
    <w:p>
      <w:r>
        <w:t>We want Mashiach to come, we ask for the Beis HaMikdash]</w:t>
      </w:r>
    </w:p>
    <w:p>
      <w:r>
        <w:t>Ah…</w:t>
      </w:r>
    </w:p>
    <w:p>
      <w:r>
        <w:t>...[We ask, because the people of Israel are not breathing well now, everyone opposes him</w:t>
      </w:r>
    </w:p>
    <w:p>
      <w:r>
        <w:t>The Rebbe went to the World of Truth; what are we, Israel, to do?]</w:t>
      </w:r>
    </w:p>
    <w:p>
      <w:r>
        <w:t>{He is here with us}, the Zohar and the Tikkunim, and Rabbi Shimon and Rabbainu, ah.. "Likutey Moharan" were revealed</w:t>
      </w:r>
    </w:p>
    <w:p>
      <w:r>
        <w:t>Th.. there is now the complete redemption</w:t>
      </w:r>
    </w:p>
    <w:p>
      <w:r>
        <w:t>[Now, soon?]</w:t>
      </w:r>
    </w:p>
    <w:p>
      <w:r>
        <w:t>Every utterance is a light, a very hidden light, which had been completely hidden..</w:t>
      </w:r>
    </w:p>
    <w:p>
      <w:r>
        <w:t>[Soon]</w:t>
      </w:r>
    </w:p>
    <w:p>
      <w:r>
        <w:t>And now, and now it is beginning to shine, oy, oy..</w:t>
      </w:r>
    </w:p>
    <w:p>
      <w:r>
        <w:t>[It is beginning; does the redemption need to be soon?]</w:t>
      </w:r>
    </w:p>
    <w:p>
      <w:r>
        <w:t>{Leave me, completely, and do not leave me, yes..}</w:t>
      </w:r>
    </w:p>
    <w:p>
      <w:r>
        <w:t>[We are crying, certainly crying, certainly we are crying, we cannot rejoice]</w:t>
      </w:r>
    </w:p>
    <w:p>
      <w:r>
        <w:t>[Father, will you want to..]…</w:t>
      </w:r>
    </w:p>
    <w:p>
      <w:r>
        <w:t>...as it is</w:t>
      </w:r>
    </w:p>
    <w:p>
      <w:r>
        <w:t>[As it is, that is it</w:t>
      </w:r>
    </w:p>
    <w:p>
      <w:r>
        <w:t>rebuilt Yerushalayim]…</w:t>
      </w:r>
    </w:p>
    <w:p>
      <w:r>
        <w:t>...I have no strength to speak</w:t>
      </w:r>
    </w:p>
    <w:p>
      <w:r>
        <w:t>[Come, then drink, it is all right]…</w:t>
      </w:r>
    </w:p>
    <w:p>
      <w:r>
        <w:t>...[You danced for a whole hour]</w:t>
      </w:r>
    </w:p>
    <w:p>
      <w:r>
        <w:t>{…}</w:t>
      </w:r>
    </w:p>
    <w:p>
      <w:r>
        <w:t>[You danced for a whole hour, I remember, at the hotel]</w:t>
      </w:r>
    </w:p>
    <w:p>
      <w:r>
        <w:t>[Yes]</w:t>
      </w:r>
    </w:p>
    <w:p>
      <w:r>
        <w:t>With, with, with, ah..</w:t>
      </w:r>
    </w:p>
    <w:p>
      <w:r>
        <w:t>[Rivki and Rini and I went down]</w:t>
      </w:r>
    </w:p>
    <w:p>
      <w:r>
        <w:t>The father, with the father</w:t>
      </w:r>
    </w:p>
    <w:p>
      <w:r>
        <w:t>[With the father, right, do you remember? We went down to the "Galei Kinneret" hotel, you danced with him for a whole hour, and the aide-de-camp came to separate you, so the president said: "No, leave him"]</w:t>
      </w:r>
    </w:p>
    <w:p>
      <w:r>
        <w:t>You {..}.., you were a child</w:t>
      </w:r>
    </w:p>
    <w:p>
      <w:r>
        <w:t>[I was a small child, you do not remember..</w:t>
      </w:r>
    </w:p>
    <w:p>
      <w:r>
        <w:t>What, it is as though I see it now]…</w:t>
      </w:r>
    </w:p>
    <w:p>
      <w:r>
        <w:t>...the letters</w:t>
      </w:r>
    </w:p>
    <w:p>
      <w:r>
        <w:t>[Surely I read it, I have it at home]</w:t>
      </w:r>
    </w:p>
    <w:p>
      <w:r>
        <w:t>Yes</w:t>
      </w:r>
    </w:p>
    <w:p>
      <w:r>
        <w:t>[I have it at home, there is a book for every child, yes, yes, surely</w:t>
      </w:r>
    </w:p>
    <w:p>
      <w:r>
        <w:t>I gave many people to read it</w:t>
      </w:r>
    </w:p>
    <w:p>
      <w:r>
        <w:t>I gave it to the head of our yeshiva to read, to.. to the rabbi of our settlement I gave it..]…</w:t>
      </w:r>
    </w:p>
    <w:p>
      <w:r>
        <w:t>...{..} six, six {...}</w:t>
      </w:r>
    </w:p>
    <w:p>
      <w:r>
        <w:t>[Six liras]</w:t>
      </w:r>
    </w:p>
    <w:p>
      <w:r>
        <w:t>Six liras</w:t>
      </w:r>
    </w:p>
    <w:p>
      <w:r>
        <w:t>[Gold, he gave him]</w:t>
      </w:r>
    </w:p>
    <w:p>
      <w:r>
        <w:t>He gave him, {give} immediately</w:t>
      </w:r>
    </w:p>
    <w:p>
      <w:r>
        <w:t>[Yes, nu, and Avraham Ashkenazi was born]</w:t>
      </w:r>
    </w:p>
    <w:p>
      <w:r>
        <w:t>Immediately.. he</w:t>
      </w:r>
    </w:p>
    <w:p>
      <w:r>
        <w:t>[Yes]</w:t>
      </w:r>
    </w:p>
    <w:p>
      <w:r>
        <w:t>He was born first</w:t>
      </w:r>
    </w:p>
    <w:p>
      <w:r>
        <w:t>[Yes]</w:t>
      </w:r>
    </w:p>
    <w:p>
      <w:r>
        <w:t>Avraham Ashkenazi</w:t>
      </w:r>
    </w:p>
    <w:p>
      <w:r>
        <w:t>[Yes, and he is alive to this day]</w:t>
      </w:r>
    </w:p>
    <w:p>
      <w:r>
        <w:t>Yes, he knows about this, {..}</w:t>
      </w:r>
    </w:p>
    <w:p>
      <w:r>
        <w:t>[So he knows about this..]</w:t>
      </w:r>
    </w:p>
    <w:p>
      <w:r>
        <w:t>Th.. yes</w:t>
      </w:r>
    </w:p>
    <w:p>
      <w:r>
        <w:t>[Rav Avraham knows]</w:t>
      </w:r>
    </w:p>
    <w:p>
      <w:r>
        <w:t>{Regarding six ...}, Avraham also knows</w:t>
      </w:r>
    </w:p>
    <w:p>
      <w:r>
        <w:t>[Yes, do you understand what this is..</w:t>
      </w:r>
    </w:p>
    <w:p>
      <w:r>
        <w:t>To whom did he give the six liras? To Rav Yisroel.., he w.., to whom did he give the six gold liras? To whom?</w:t>
      </w:r>
    </w:p>
    <w:p>
      <w:r>
        <w:t>To Rebbe Yisroel (Kardonner)? To whom did Rav Yoel give it?]</w:t>
      </w:r>
    </w:p>
    <w:p>
      <w:r>
        <w:t>Who?</w:t>
      </w:r>
    </w:p>
    <w:p>
      <w:r>
        <w:t>[To whom did he give the money, the six gold liras?]</w:t>
      </w:r>
    </w:p>
    <w:p>
      <w:r>
        <w:t>Th.. to Rebbe Yisroel (Kardonner)</w:t>
      </w:r>
    </w:p>
    <w:p>
      <w:r>
        <w:t>[To Rebbe Yisroel (Kardonner)]</w:t>
      </w:r>
    </w:p>
    <w:p>
      <w:r>
        <w:t>{..} for the printing press, {..}, to print</w:t>
      </w:r>
    </w:p>
    <w:p>
      <w:r>
        <w:t>[To print the books]</w:t>
      </w:r>
    </w:p>
    <w:p>
      <w:r>
        <w:t>Rabbainu's books, {..}</w:t>
      </w:r>
    </w:p>
    <w:p>
      <w:r>
        <w:t>[So, so Rav Yoel helped Breslov]</w:t>
      </w:r>
    </w:p>
    <w:p>
      <w:r>
        <w:t>{..} No, no, he was {like this}</w:t>
      </w:r>
    </w:p>
    <w:p>
      <w:r>
        <w:t>[Like this]</w:t>
      </w:r>
    </w:p>
    <w:p>
      <w:r>
        <w:t>{...}, Breslov, he.. {th.. yes, ah.. he}, they were all opponents</w:t>
      </w:r>
    </w:p>
    <w:p>
      <w:r>
        <w:t>[..Yoa, right]</w:t>
      </w:r>
    </w:p>
    <w:p>
      <w:r>
        <w:t>And he was the only one</w:t>
      </w:r>
    </w:p>
    <w:p>
      <w:r>
        <w:t>[...]</w:t>
      </w:r>
    </w:p>
    <w:p>
      <w:r>
        <w:t>So, ah..</w:t>
      </w:r>
    </w:p>
    <w:p>
      <w:r>
        <w:t>[Like this]</w:t>
      </w:r>
    </w:p>
    <w:p>
      <w:r>
        <w:t>{"Take"}</w:t>
      </w:r>
    </w:p>
    <w:p>
      <w:r>
        <w:t>[Ah]</w:t>
      </w:r>
    </w:p>
    <w:p>
      <w:r>
        <w:t>[But he gave money, and he had children, yes</w:t>
      </w:r>
    </w:p>
    <w:p>
      <w:r>
        <w:t>Saba, he gave the six liras]</w:t>
      </w:r>
    </w:p>
    <w:p>
      <w:r>
        <w:t>Yes</w:t>
      </w:r>
    </w:p>
    <w:p>
      <w:r>
        <w:t>[And children were born to him]</w:t>
      </w:r>
    </w:p>
    <w:p>
      <w:r>
        <w:t>Yes, {..} six children</w:t>
      </w:r>
    </w:p>
    <w:p>
      <w:r>
        <w:t>[Yes]</w:t>
      </w:r>
    </w:p>
    <w:p>
      <w:r>
        <w:t>[Everything is Hashem's]</w:t>
      </w:r>
    </w:p>
    <w:p>
      <w:r>
        <w:t>[Where do we close?]</w:t>
      </w:r>
    </w:p>
    <w:p>
      <w:r>
        <w:t>[I do not know…...]…</w:t>
      </w:r>
    </w:p>
    <w:p>
      <w:r>
        <w:t>...Rebbe Yisroel (Kardonner), ah..</w:t>
      </w:r>
    </w:p>
    <w:p>
      <w:r>
        <w:t>[No, this is how it is….]</w:t>
      </w:r>
    </w:p>
    <w:p>
      <w:r>
        <w:t>Avraham knows me, Avraham Ashkenazi</w:t>
      </w:r>
    </w:p>
    <w:p>
      <w:r>
        <w:t>[Surely]</w:t>
      </w:r>
    </w:p>
    <w:p>
      <w:r>
        <w:t>{He …}.., we were friends</w:t>
      </w:r>
    </w:p>
    <w:p>
      <w:r>
        <w:t>[Right, right]</w:t>
      </w:r>
    </w:p>
    <w:p>
      <w:r>
        <w:t>In the yeshiva</w:t>
      </w:r>
    </w:p>
    <w:p>
      <w:r>
        <w:t>[You would also sit afterward; he would come to you many times, sitting and learning for a long time] Yes</w:t>
      </w:r>
    </w:p>
    <w:p>
      <w:r>
        <w:t>[Rav Avraham would come to you many times; to this day he is in Bnei Brak]</w:t>
      </w:r>
    </w:p>
    <w:p>
      <w:r>
        <w:t>But the father was the son-in-law of Rav, Rav Noach</w:t>
      </w:r>
    </w:p>
    <w:p>
      <w:r>
        <w:t>[Noach, yoa]</w:t>
      </w:r>
    </w:p>
    <w:p>
      <w:r>
        <w:t>And they were all great opponents</w:t>
      </w:r>
    </w:p>
    <w:p>
      <w:r>
        <w:t>[Great]</w:t>
      </w:r>
    </w:p>
    <w:p>
      <w:r>
        <w:t>{..} Nu</w:t>
      </w:r>
    </w:p>
    <w:p>
      <w:r>
        <w:t>[Ah..]</w:t>
      </w:r>
    </w:p>
    <w:p>
      <w:r>
        <w:t>{..}</w:t>
      </w:r>
    </w:p>
    <w:p>
      <w:r>
        <w:t>But now the synagogue was destroyed, and they are all dead, {..} died..</w:t>
      </w:r>
    </w:p>
    <w:p>
      <w:r>
        <w:t>[Yes]</w:t>
      </w:r>
    </w:p>
    <w:p>
      <w:r>
        <w:t>Yes</w:t>
      </w:r>
    </w:p>
    <w:p>
      <w:r>
        <w:t>[Right]</w:t>
      </w:r>
    </w:p>
    <w:p>
      <w:r>
        <w:t>Nothing</w:t>
      </w:r>
    </w:p>
    <w:p>
      <w:r>
        <w:t>[Nothing remained]</w:t>
      </w:r>
    </w:p>
    <w:p>
      <w:r>
        <w:t>There is nothing</w:t>
      </w:r>
    </w:p>
    <w:p>
      <w:r>
        <w:t>[There is no Slonim, there is nothing, there is no Slonim in Teveria]</w:t>
      </w:r>
    </w:p>
    <w:p>
      <w:r>
        <w:t>They.. {all} nothing</w:t>
      </w:r>
    </w:p>
    <w:p>
      <w:r>
        <w:t>[Punishment]</w:t>
      </w:r>
    </w:p>
    <w:p>
      <w:r>
        <w:t>[Who knows if this is not a punishment for their murdering Breslov, ah?</w:t>
      </w:r>
    </w:p>
    <w:p>
      <w:r>
        <w:t>Even l.., there are no Slonimer shuls</w:t>
      </w:r>
    </w:p>
    <w:p>
      <w:r>
        <w:t>They were {…} very wealthy</w:t>
      </w:r>
    </w:p>
    <w:p>
      <w:r>
        <w:t>[Yes]</w:t>
      </w:r>
    </w:p>
    <w:p>
      <w:r>
        <w:t>All th.. all the dollars of, ah, of, ah, America</w:t>
      </w:r>
    </w:p>
    <w:p>
      <w:r>
        <w:t>[Yes]</w:t>
      </w:r>
    </w:p>
    <w:p>
      <w:r>
        <w:t>Were in their hands</w:t>
      </w:r>
    </w:p>
    <w:p>
      <w:r>
        <w:t>[In their hands]</w:t>
      </w:r>
    </w:p>
    <w:p>
      <w:r>
        <w:t>Then Arabs came and built houses, large, large, very large, very beautiful</w:t>
      </w:r>
    </w:p>
    <w:p>
      <w:r>
        <w:t>[Yes]</w:t>
      </w:r>
    </w:p>
    <w:p>
      <w:r>
        <w:t>And they told them to buy</w:t>
      </w:r>
    </w:p>
    <w:p>
      <w:r>
        <w:t>[Yes]</w:t>
      </w:r>
    </w:p>
    <w:p>
      <w:r>
        <w:t>The houses</w:t>
      </w:r>
    </w:p>
    <w:p>
      <w:r>
        <w:t>[Yes]</w:t>
      </w:r>
    </w:p>
    <w:p>
      <w:r>
        <w:t>{..} and they gave them to them {…}.. cheaply</w:t>
      </w:r>
    </w:p>
    <w:p>
      <w:r>
        <w:t>[Yes]</w:t>
      </w:r>
    </w:p>
    <w:p>
      <w:r>
        <w:t>Yes, afterward he {said}, they took all the money and said:</w:t>
      </w:r>
    </w:p>
    <w:p>
      <w:r>
        <w:t>"Anyone who enters the apartment will sleep only one night, {..} we will slaughter him," {this}..</w:t>
      </w:r>
    </w:p>
    <w:p>
      <w:r>
        <w:t>[Nothing remained]</w:t>
      </w:r>
    </w:p>
    <w:p>
      <w:r>
        <w:t>All the money remained with the non-Jews, {..}</w:t>
      </w:r>
    </w:p>
    <w:p>
      <w:r>
        <w:t>[They built for them, gave them money.. and afterward told them: “Go away from here"]</w:t>
      </w:r>
    </w:p>
    <w:p>
      <w:r>
        <w:t>[Yes, you are speaking here about th.. the fact that the Slonim sold, sold all their property] [Yes]</w:t>
      </w:r>
    </w:p>
    <w:p>
      <w:r>
        <w:t>[They sold it for money, but the Karliners did not want it]</w:t>
      </w:r>
    </w:p>
    <w:p>
      <w:r>
        <w:t>They went down completely, completely</w:t>
      </w:r>
    </w:p>
    <w:p>
      <w:r>
        <w:t>[Completely]</w:t>
      </w:r>
    </w:p>
    <w:p>
      <w:r>
        <w:t>They were {..} up in the heavens, and went down beneath the earth</w:t>
      </w:r>
    </w:p>
    <w:p>
      <w:r>
        <w:t>[Ground, ah..]</w:t>
      </w:r>
    </w:p>
    <w:p>
      <w:r>
        <w:t>[It is exactly like this, no Slonim remained here, and they were powerful]</w:t>
      </w:r>
    </w:p>
    <w:p>
      <w:r>
        <w:t>[Yes]</w:t>
      </w:r>
    </w:p>
    <w:p>
      <w:r>
        <w:t>They were the masters of Teveria</w:t>
      </w:r>
    </w:p>
    <w:p>
      <w:r>
        <w:t>[Right]</w:t>
      </w:r>
    </w:p>
    <w:p>
      <w:r>
        <w:t>Of the yeshiva</w:t>
      </w:r>
    </w:p>
    <w:p>
      <w:r>
        <w:t>[Right, everything, everything]</w:t>
      </w:r>
    </w:p>
    <w:p>
      <w:r>
        <w:t>And they went down to.. to.. completely, completely</w:t>
      </w:r>
    </w:p>
    <w:p>
      <w:r>
        <w:t>[Completely, they also had the "chalika," everything was in their hands, the ”chalika” was also the ”chalika,” the ”chalika” too was in their hands; everything was in their hands]</w:t>
      </w:r>
    </w:p>
    <w:p>
      <w:r>
        <w:t>Everything was in their hands</w:t>
      </w:r>
    </w:p>
    <w:p>
      <w:r>
        <w:t>[What is "chalika"?]</w:t>
      </w:r>
    </w:p>
    <w:p>
      <w:r>
        <w:t>[Chalukah, it would come from abroad, towns, so how would they distribute the money?</w:t>
      </w:r>
    </w:p>
    <w:p>
      <w:r>
        <w:t>It was, every town would send money to its own people]</w:t>
      </w:r>
    </w:p>
    <w:p>
      <w:r>
        <w:t>[“Chalukah" is the distribution of the money]</w:t>
      </w:r>
    </w:p>
    <w:p>
      <w:r>
        <w:t>[Money, yoa, like there is today th.., there is also in Yerushalayim—to this day there is "chalukah"]</w:t>
      </w:r>
    </w:p>
    <w:p>
      <w:r>
        <w:t>["Chalukah," of.., in Meah Shearim]</w:t>
      </w:r>
    </w:p>
    <w:p>
      <w:r>
        <w:t>[…...]</w:t>
      </w:r>
    </w:p>
    <w:p>
      <w:r>
        <w:t>Bring Moshe</w:t>
      </w:r>
    </w:p>
    <w:p>
      <w:r>
        <w:t>[Yes, do you want to tell him something?]</w:t>
      </w:r>
    </w:p>
    <w:p>
      <w:r>
        <w:t>[Yes, Saba, this is Moshe]</w:t>
      </w:r>
    </w:p>
    <w:p>
      <w:r>
        <w:t>Moshe?</w:t>
      </w:r>
    </w:p>
    <w:p>
      <w:r>
        <w:t>[Yes]</w:t>
      </w:r>
    </w:p>
    <w:p>
      <w:r>
        <w:t>And this is the father</w:t>
      </w:r>
    </w:p>
    <w:p>
      <w:r>
        <w:t>[Yes, yes]</w:t>
      </w:r>
    </w:p>
    <w:p>
      <w:r>
        <w:t>[I reminded him that we went down to President Shazar..]</w:t>
      </w:r>
    </w:p>
    <w:p>
      <w:r>
        <w:t>I do not recognize</w:t>
      </w:r>
    </w:p>
    <w:p>
      <w:r>
        <w:t>[He says to me, Father was also..]</w:t>
      </w:r>
    </w:p>
    <w:p>
      <w:r>
        <w:t>Who is Moshe? Who is the father? I do not recognize {...}</w:t>
      </w:r>
    </w:p>
    <w:p>
      <w:r>
        <w:t>[You do not recognize, and who is his mother?]</w:t>
      </w:r>
    </w:p>
    <w:p>
      <w:r>
        <w:t>[No, he knows, he says he is confused..</w:t>
      </w:r>
    </w:p>
    <w:p>
      <w:r>
        <w:t>He sees me, he thinks I am Yisroel]</w:t>
      </w:r>
    </w:p>
    <w:p>
      <w:r>
        <w:t>Nu</w:t>
      </w:r>
    </w:p>
    <w:p>
      <w:r>
        <w:t>[Baruch Hashem]</w:t>
      </w:r>
    </w:p>
    <w:p>
      <w:r>
        <w:t>No one remains, only I alone</w:t>
      </w:r>
    </w:p>
    <w:p>
      <w:r>
        <w:t>[You alone, right, right]</w:t>
      </w:r>
    </w:p>
    <w:p>
      <w:r>
        <w:t>They are all dead</w:t>
      </w:r>
    </w:p>
    <w:p>
      <w:r>
        <w:t>[They all died]</w:t>
      </w:r>
    </w:p>
    <w:p>
      <w:r>
        <w:t>At seventy, at sixty, at seventy, at eighty</w:t>
      </w:r>
    </w:p>
    <w:p>
      <w:r>
        <w:t>[At eighty]</w:t>
      </w:r>
    </w:p>
    <w:p>
      <w:r>
        <w:t>{…} And I am now, eh.. close to bar mitzvah</w:t>
      </w:r>
    </w:p>
    <w:p>
      <w:r>
        <w:t>[Yes]</w:t>
      </w:r>
    </w:p>
    <w:p>
      <w:r>
        <w:t>After one hundred, there is a bar mitzvah</w:t>
      </w:r>
    </w:p>
    <w:p>
      <w:r>
        <w:t>[There is a bar mitzvah]</w:t>
      </w:r>
    </w:p>
    <w:p>
      <w:r>
        <w:t>[Yes, yes]</w:t>
      </w:r>
    </w:p>
    <w:p>
      <w:r>
        <w:t>[Ah.. so he is close to bar mitzvah]</w:t>
      </w:r>
    </w:p>
    <w:p>
      <w:r>
        <w:t>[Bar mitzvah, certainly.. he is approaching bar mitzvah]</w:t>
      </w:r>
    </w:p>
    <w:p>
      <w:r>
        <w:t>[After the.. hundred, one begins counting toward bar mitzvah..</w:t>
      </w:r>
    </w:p>
    <w:p>
      <w:r>
        <w:t>You need to wait for Mashiach, that is how it is w.., written]</w:t>
      </w:r>
    </w:p>
    <w:p>
      <w:r>
        <w:t>[In the note]</w:t>
      </w:r>
    </w:p>
    <w:p>
      <w:r>
        <w:t>[In the note]</w:t>
      </w:r>
    </w:p>
    <w:p>
      <w:r>
        <w:t>The note is Mashiach</w:t>
      </w:r>
    </w:p>
    <w:p>
      <w:r>
        <w:t>[No..]</w:t>
      </w:r>
    </w:p>
    <w:p>
      <w:r>
        <w:t>It reminds us th.. that there is, eh.. {..} a redeemer, that there is Mashiach</w:t>
      </w:r>
    </w:p>
    <w:p>
      <w:r>
        <w:t>[Mashiach]</w:t>
      </w:r>
    </w:p>
    <w:p>
      <w:r>
        <w:t>But the.. the.. the.. Jews who do not believe, they do not, do not want to accept the redemption, but one sees now..</w:t>
      </w:r>
    </w:p>
    <w:p>
      <w:r>
        <w:t>[The days of Mashiach]</w:t>
      </w:r>
    </w:p>
    <w:p>
      <w:r>
        <w:t>That the days of Mashiach have arrived</w:t>
      </w:r>
    </w:p>
    <w:p>
      <w:r>
        <w:t>[Yes]</w:t>
      </w:r>
    </w:p>
    <w:p>
      <w:r>
        <w:t>Only the beginning, this is only the beginning</w:t>
      </w:r>
    </w:p>
    <w:p>
      <w:r>
        <w:t>[Yes]</w:t>
      </w:r>
    </w:p>
    <w:p>
      <w:r>
        <w:t>He will come and will come, and will come, and will come, and.. {..}, he will rise, and..</w:t>
      </w:r>
    </w:p>
    <w:p>
      <w:r>
        <w:t>We are Jews, the Torah will rise, will rise and will rise..</w:t>
      </w:r>
    </w:p>
    <w:p>
      <w:r>
        <w:t>[Upward, upward]</w:t>
      </w:r>
    </w:p>
    <w:p>
      <w:r>
        <w:t>Everyone will engage only in the Torah of Rebbe Nachman</w:t>
      </w:r>
    </w:p>
    <w:p>
      <w:r>
        <w:t>[Nachman]</w:t>
      </w:r>
    </w:p>
    <w:p>
      <w:r>
        <w:t>"Likutei Moharan"</w:t>
      </w:r>
    </w:p>
    <w:p>
      <w:r>
        <w:t>[Yes]</w:t>
      </w:r>
    </w:p>
    <w:p>
      <w:r>
        <w:t>"Likutei Tefillos"</w:t>
      </w:r>
    </w:p>
    <w:p>
      <w:r>
        <w:t>[Yes]</w:t>
      </w:r>
    </w:p>
    <w:p>
      <w:r>
        <w:t>"Likutei Halachos"</w:t>
      </w:r>
    </w:p>
    <w:p>
      <w:r>
        <w:t>[And this.., this is the segulah for the days of Mashiach?]</w:t>
      </w:r>
    </w:p>
    <w:p>
      <w:r>
        <w:t>Yes</w:t>
      </w:r>
    </w:p>
    <w:p>
      <w:r>
        <w:t>[Ah, ah] This is the truth [Yes, ah, ah] but not {..}.., not.., Chabad is falsehood [Falsehood.. perhaps that is why Shazar told you that he is not a Chabadnik; in his heart he is a Breslover] Yo</w:t>
      </w:r>
    </w:p>
    <w:p>
      <w:r>
        <w:t>[That is what he said]</w:t>
      </w:r>
    </w:p>
    <w:p>
      <w:r>
        <w:t>That he is only Breslov, {...} he told me</w:t>
      </w:r>
    </w:p>
    <w:p>
      <w:r>
        <w:t>[Yes]</w:t>
      </w:r>
    </w:p>
    <w:p>
      <w:r>
        <w:t>That he is only Breslov</w:t>
      </w:r>
    </w:p>
    <w:p>
      <w:r>
        <w:t>[A Breslover]</w:t>
      </w:r>
    </w:p>
    <w:p>
      <w:r>
        <w:t>And they were all opponents, the Admor {that one}, all of them</w:t>
      </w:r>
    </w:p>
    <w:p>
      <w:r>
        <w:t>[Yes]</w:t>
      </w:r>
    </w:p>
    <w:p>
      <w:r>
        <w:t>They were opponents, so he was silent</w:t>
      </w:r>
    </w:p>
    <w:p>
      <w:r>
        <w:t>[You understand…]</w:t>
      </w:r>
    </w:p>
    <w:p>
      <w:r>
        <w:t>[He was silent]</w:t>
      </w:r>
    </w:p>
    <w:p>
      <w:r>
        <w:t>But he left it in.. with a pen</w:t>
      </w:r>
    </w:p>
    <w:p>
      <w:r>
        <w:t>[Yes]</w:t>
      </w:r>
    </w:p>
    <w:p>
      <w:r>
        <w:t>{Actually\what, what he} left, {yes}</w:t>
      </w:r>
    </w:p>
    <w:p>
      <w:r>
        <w:t>[Ah]</w:t>
      </w:r>
    </w:p>
    <w:p>
      <w:r>
        <w:t>[I am going to rest]</w:t>
      </w:r>
    </w:p>
    <w:p>
      <w:r>
        <w:t>[Yes, me too]</w:t>
      </w:r>
    </w:p>
    <w:p>
      <w:r>
        <w:t>[I am going to rest a little]</w:t>
      </w:r>
    </w:p>
    <w:p>
      <w:r>
        <w:t>Good</w:t>
      </w:r>
    </w:p>
    <w:p>
      <w:r>
        <w:t>[Yes]</w:t>
      </w:r>
    </w:p>
    <w:p>
      <w:r>
        <w:t>[We need to go to work at four]</w:t>
      </w:r>
    </w:p>
    <w:p>
      <w:r>
        <w:t>[Good]</w:t>
      </w:r>
    </w:p>
    <w:p>
      <w:r>
        <w:t>Ah</w:t>
      </w:r>
    </w:p>
    <w:p>
      <w:r>
        <w:t>[..]…</w:t>
      </w:r>
    </w:p>
    <w:p>
      <w:r>
        <w:t>..."Likutei Halachos," {..} "Likutei Eitzos," the books of Rabbainu</w:t>
      </w:r>
    </w:p>
    <w:p>
      <w:r>
        <w:t>This is it, this is the redemption, this is {{…}} the Torah, and this is the faith and this is everything</w:t>
      </w:r>
    </w:p>
    <w:p>
      <w:r>
        <w:t>[And "Sippurei Maasiyos"]</w:t>
      </w:r>
    </w:p>
    <w:p>
      <w:r>
        <w:t>The "Sippurei Maasiyos"</w:t>
      </w:r>
    </w:p>
    <w:p>
      <w:r>
        <w:t>[It is important]</w:t>
      </w:r>
    </w:p>
    <w:p>
      <w:r>
        <w:t>Is there another "Sippurei Maasiyos"? Is there another "Likutei Tefillos"? Is there another "Likutei Halachos"? [And "Ibei HaNachal"..]…</w:t>
      </w:r>
    </w:p>
    <w:p>
      <w:r>
        <w:t>...what will happen if they hear the prayer of Rabbainu?</w:t>
      </w:r>
    </w:p>
    <w:p>
      <w:r>
        <w:t>[What?]</w:t>
      </w:r>
    </w:p>
    <w:p>
      <w:r>
        <w:t>They will all fall and will fall, and they will not be able to speak and will not be able to.. stand</w:t>
      </w:r>
    </w:p>
    <w:p>
      <w:r>
        <w:t>[What, what?, "If they..” what?]</w:t>
      </w:r>
    </w:p>
    <w:p>
      <w:r>
        <w:t>What, what is it?</w:t>
      </w:r>
    </w:p>
    <w:p>
      <w:r>
        <w:t>[What..]</w:t>
      </w:r>
    </w:p>
    <w:p>
      <w:r>
        <w:t>[I did not understand.. I did not understand, Rebbe Yisroel, "What will happen if..” what did you say? I did not h.., I did not understand well] {} I do not remember</w:t>
      </w:r>
    </w:p>
    <w:p>
      <w:r>
        <w:t>[You said, "What will happen if..”]</w:t>
      </w:r>
    </w:p>
    <w:p>
      <w:r>
        <w:t>If some, some hint is revealed, some drop from the sea {if, if} is revealed in the world</w:t>
      </w:r>
    </w:p>
    <w:p>
      <w:r>
        <w:t>It will be a n.., new world, a completely different world</w:t>
      </w:r>
    </w:p>
    <w:p>
      <w:r>
        <w:t>We {..}.., do not know at all what Breslov is, what Rabbainu Hakadosh is</w:t>
      </w:r>
    </w:p>
    <w:p>
      <w:r>
        <w:t>Perhaps Mashiach will come this year?</w:t>
      </w:r>
    </w:p>
    <w:p>
      <w:r>
        <w:t>[Amen.. if only, if only]</w:t>
      </w:r>
    </w:p>
    <w:p>
      <w:r>
        <w:t>There are musicians here so beautiful, the likes of whom do not exist in the world</w:t>
      </w:r>
    </w:p>
    <w:p>
      <w:r>
        <w:t>But the music of Rabbainu surpasses them all, they are all ashamed, and they all {{….}}</w:t>
      </w:r>
    </w:p>
    <w:p>
      <w:r>
        <w:t>[What, what is the music of Rabbainu? Rebbe Yisroel, what is the music of Rabbainu?]</w:t>
      </w:r>
    </w:p>
    <w:p>
      <w:r>
        <w:t>Who can estimate and describe what the music is?</w:t>
      </w:r>
    </w:p>
    <w:p>
      <w:r>
        <w:t>Rabbainu Hakadosh says:</w:t>
      </w:r>
    </w:p>
    <w:p>
      <w:r>
        <w:t>That all of them, all the musicians are ignoramuses, and do not, do not know at all what music is</w:t>
      </w:r>
    </w:p>
    <w:p>
      <w:r>
        <w:t>They are {..} worlds, in all the worlds, eh.. they are ashamed, ashamed of them, {masters of\what}music, and Rabbainu Hakadosh says that they, that they know nothing about what music is</w:t>
      </w:r>
    </w:p>
    <w:p>
      <w:r>
        <w:t>They are musicians from the entire world, everyone is ashamed of them</w:t>
      </w:r>
    </w:p>
    <w:p>
      <w:r>
        <w:t>And they, Rabbainu Hakadosh says, that they {...} do not know at all what music is</w:t>
      </w:r>
    </w:p>
    <w:p>
      <w:r>
        <w:t>He does not only say it, he shows them {{…}} that they do not know at all</w:t>
      </w:r>
    </w:p>
    <w:p>
      <w:r>
        <w:t>Oy vey, oy vey…</w:t>
      </w:r>
    </w:p>
    <w:p>
      <w:r>
        <w:t>...(..)...</w:t>
      </w:r>
    </w:p>
    <w:p>
      <w:r>
        <w:t>...I myself, they give me for the expenses</w:t>
      </w:r>
    </w:p>
    <w:p>
      <w:r>
        <w:t>[What happened..]</w:t>
      </w:r>
    </w:p>
    <w:p>
      <w:r>
        <w:t>I cannot to.. ask, {ask}..</w:t>
      </w:r>
    </w:p>
    <w:p>
      <w:r>
        <w:t>[For the..]</w:t>
      </w:r>
    </w:p>
    <w:p>
      <w:r>
        <w:t>That they should give you</w:t>
      </w:r>
    </w:p>
    <w:p>
      <w:r>
        <w:t>[Our expenses]</w:t>
      </w:r>
    </w:p>
    <w:p>
      <w:r>
        <w:t>Eh?</w:t>
      </w:r>
    </w:p>
    <w:p>
      <w:r>
        <w:t>[For our expenses, I..]…</w:t>
      </w:r>
    </w:p>
    <w:p>
      <w:r>
        <w:br w:type="page"/>
      </w:r>
    </w:p>
    <w:p>
      <w:pPr>
        <w:pStyle w:val="Heading1"/>
      </w:pPr>
      <w:r>
        <w:t>Tape 77</w:t>
      </w:r>
    </w:p>
    <w:p>
      <w:pPr>
        <w:pStyle w:val="Heading2"/>
      </w:pPr>
      <w:r>
        <w:t>Side A (Aleph)</w:t>
      </w:r>
    </w:p>
    <w:p>
      <w:r>
        <w:t>...[This cassette is dated Wednesday, the 5th of Av, 5754</w:t>
      </w:r>
    </w:p>
    <w:p>
      <w:r>
        <w:t>The yahrzeit of the holy Ari, of blessed memory, in the morning]…</w:t>
      </w:r>
    </w:p>
    <w:p>
      <w:r>
        <w:t>...[In Yerushalayim, at David Budra's, Heller St., Givat Mordechai]…</w:t>
      </w:r>
    </w:p>
    <w:p>
      <w:r>
        <w:t>...{..}.. I have no {..} lust for women whatsoever, as though women were not created in the world, as though there are no women in the world—there are not; I have no {..} blemish whatsoever of lust, of lust in the blemish of the covenant, or any.. {…}</w:t>
      </w:r>
    </w:p>
    <w:p>
      <w:r>
        <w:t>I am clean in this, if only {…} always, I am clean of this, this is.. the power of Rabbainu, of blessed memory</w:t>
      </w:r>
    </w:p>
    <w:p>
      <w:r>
        <w:t>{{. .}}, no, eh.. it is impossible to understand such a thing</w:t>
      </w:r>
    </w:p>
    <w:p>
      <w:r>
        <w:t>The..{..} person, as long as he is alive, {he} has lusts</w:t>
      </w:r>
    </w:p>
    <w:p>
      <w:r>
        <w:t>I have no lusts at all, I have no battle whatsoever, I have no, {entirely}.., nothing</w:t>
      </w:r>
    </w:p>
    <w:p>
      <w:r>
        <w:t>As though there is no lust in the world, {..} as though there are no women in the world</w:t>
      </w:r>
    </w:p>
    <w:p>
      <w:r>
        <w:t>Baruch Hashem, if, God forbid, I had battles, I would be in great lowliness, in great disgrace</w:t>
      </w:r>
    </w:p>
    <w:p>
      <w:r>
        <w:t>{But….}, I have no blemish whatsoever of lusts, of the blemish of the covenant</w:t>
      </w:r>
    </w:p>
    <w:p>
      <w:r>
        <w:t>As though there is no {..}, there is no l.., there is no lust in the world, {yes}</w:t>
      </w:r>
    </w:p>
    <w:p>
      <w:r>
        <w:t>And Baruch Hashem, if, God forbid, if I had battles, I could die</w:t>
      </w:r>
    </w:p>
    <w:p>
      <w:r>
        <w:t>[And we, and we, what shall we do?]</w:t>
      </w:r>
    </w:p>
    <w:p>
      <w:r>
        <w:t>{{….}} I have no blemish whatsoever, {...} not in thought and not in.. anything whatsoever</w:t>
      </w:r>
    </w:p>
    <w:p>
      <w:r>
        <w:t>{Eh.. …..}, of {…} lust for a woman</w:t>
      </w:r>
    </w:p>
    <w:p>
      <w:r>
        <w:t>[…..]</w:t>
      </w:r>
    </w:p>
    <w:p>
      <w:r>
        <w:t>{At all\yes}, {but….. this..} this is Rabbainu's power, {{this.….}} this is not</w:t>
      </w:r>
    </w:p>
    <w:p>
      <w:r>
        <w:t>This is {..} above nature, and it is impossible to understand it</w:t>
      </w:r>
    </w:p>
    <w:p>
      <w:r>
        <w:t>[And we, Rebbe Yisroel, how shall we do it? We have..]</w:t>
      </w:r>
    </w:p>
    <w:p>
      <w:r>
        <w:t>Eh, to pray, {{to.. to}} cry {..} before Hashem Yisbarach and always pray that we merit</w:t>
      </w:r>
    </w:p>
    <w:p>
      <w:r>
        <w:t>That we merit to purify and break the lusts</w:t>
      </w:r>
    </w:p>
    <w:p>
      <w:r>
        <w:t>[And will Hashem hear us?]</w:t>
      </w:r>
    </w:p>
    <w:p>
      <w:r>
        <w:t>{{Certainly, certainly}}, certainly</w:t>
      </w:r>
    </w:p>
    <w:p>
      <w:r>
        <w:t>We need to believe that Hashem Yisbarach hears every utterance, every prayer from us</w:t>
      </w:r>
    </w:p>
    <w:p>
      <w:r>
        <w:t>And helps and.. wants to help, and helps and.. everything, certainly, prayer</w:t>
      </w:r>
    </w:p>
    <w:p>
      <w:r>
        <w:t>Psalms, prayer, hisbodidus</w:t>
      </w:r>
    </w:p>
    <w:p>
      <w:r>
        <w:t>Hisbodidus is to speak with Hashem Yisbarach as we are speaking</w:t>
      </w:r>
    </w:p>
    <w:p>
      <w:r>
        <w:t>{{. .}}</w:t>
      </w:r>
    </w:p>
    <w:p>
      <w:r>
        <w:t>This is a new thing of Messiah, this is a new thing that the entire world does not, does not.., they laugh at it:</w:t>
      </w:r>
    </w:p>
    <w:p>
      <w:r>
        <w:t>"What? {..} He speaks with Hashem Yisbarach?”, {.…}</w:t>
      </w:r>
    </w:p>
    <w:p>
      <w:r>
        <w:t>The entire world is completely distant from this, Messiah, he {{. .}} he will introduce into the world the light of Rabbainu, of blessed memory [Soon?]</w:t>
      </w:r>
    </w:p>
    <w:p>
      <w:r>
        <w:t>Eh?</w:t>
      </w:r>
    </w:p>
    <w:p>
      <w:r>
        <w:t>[Soon? Soon? Soon?]</w:t>
      </w:r>
    </w:p>
    <w:p>
      <w:r>
        <w:t>Soon {...} it depends {{. .}} on us, on our hearts</w:t>
      </w:r>
    </w:p>
    <w:p>
      <w:r>
        <w:t>The more one wants {{eh.. and asks}} and prays, so {mer.. merits to..} one merits this</w:t>
      </w:r>
    </w:p>
    <w:p>
      <w:r>
        <w:t>I {…} do not understand this, how {..} the world is {…} full of lusts</w:t>
      </w:r>
    </w:p>
    <w:p>
      <w:r>
        <w:t>How, eh.. {..} such a thing?</w:t>
      </w:r>
    </w:p>
    <w:p>
      <w:r>
        <w:t>I have no blemish whatsoever, God forbid, not in thought and not in any {..} matter in the world</w:t>
      </w:r>
    </w:p>
    <w:p>
      <w:r>
        <w:t>{..} This.. {{. . .}} is the power of Rabbainu, of blessed memory, {this} is impossible to understand</w:t>
      </w:r>
    </w:p>
    <w:p>
      <w:r>
        <w:t>[..Rebbe Yisroel, you have other battles]</w:t>
      </w:r>
    </w:p>
    <w:p>
      <w:r>
        <w:t>Eh?</w:t>
      </w:r>
    </w:p>
    <w:p>
      <w:r>
        <w:t>[You have other battles]</w:t>
      </w:r>
    </w:p>
    <w:p>
      <w:r>
        <w:t>Yes, certainly..</w:t>
      </w:r>
    </w:p>
    <w:p>
      <w:r>
        <w:t>[I see that you have no rest, you, you are always in other battles]</w:t>
      </w:r>
    </w:p>
    <w:p>
      <w:r>
        <w:t>But this is a great matter, the battle of lust for women, the entire world is, eh, submerged in this, yes</w:t>
      </w:r>
    </w:p>
    <w:p>
      <w:r>
        <w:t>{…...This..} consequently {…} on its own, the.. body wants all the lusts</w:t>
      </w:r>
    </w:p>
    <w:p>
      <w:r>
        <w:t>But {if we tz..} are Jews, {if} we have Torah, the Torah teaches us everything</w:t>
      </w:r>
    </w:p>
    <w:p>
      <w:r>
        <w:t>How to conduct ourselves, {….} how to act, and.. everything</w:t>
      </w:r>
    </w:p>
    <w:p>
      <w:r>
        <w:t>The Torah {{is full, and he..}} teaches us everything</w:t>
      </w:r>
    </w:p>
    <w:p>
      <w:r>
        <w:t>{..} What, what {we} need, how we need {..} to conduct ourselves and.. {..}…</w:t>
      </w:r>
    </w:p>
    <w:p>
      <w:r>
        <w:t>...Has it already been an hour?</w:t>
      </w:r>
    </w:p>
    <w:p>
      <w:r>
        <w:t>[Not yet]…</w:t>
      </w:r>
    </w:p>
    <w:p>
      <w:r>
        <w:t>...The world, for this there is the Torah, for this, {…. certainly}, certainly</w:t>
      </w:r>
    </w:p>
    <w:p>
      <w:r>
        <w:t>{You….}…</w:t>
      </w:r>
    </w:p>
    <w:p>
      <w:r>
        <w:t>...[Yes]</w:t>
      </w:r>
    </w:p>
    <w:p>
      <w:r>
        <w:t>Yes</w:t>
      </w:r>
    </w:p>
    <w:p>
      <w:r>
        <w:t>[Yes]</w:t>
      </w:r>
    </w:p>
    <w:p>
      <w:r>
        <w:t>Do you know that she is close to me? Yes</w:t>
      </w:r>
    </w:p>
    <w:p>
      <w:r>
        <w:t>Her husband was {quarreling with me} in.. in.. {...} battle, the great battle</w:t>
      </w:r>
    </w:p>
    <w:p>
      <w:r>
        <w:t>"What do you want from me? I need lusts, {{walla}}, what is this {with her?} Eh, a woman without lust?"</w:t>
      </w:r>
    </w:p>
    <w:p>
      <w:r>
        <w:t>He {would say}:</w:t>
      </w:r>
    </w:p>
    <w:p>
      <w:r>
        <w:t>"Go, go away from me, do not come here anymore, I need lust {..}</w:t>
      </w:r>
    </w:p>
    <w:p>
      <w:r>
        <w:t>I need a wom.., a woman with lust"</w:t>
      </w:r>
    </w:p>
    <w:p>
      <w:r>
        <w:t>He was, he had against me, he was {after that} nu.., very terrible, there was a {very} great dispute…</w:t>
      </w:r>
    </w:p>
    <w:p>
      <w:r>
        <w:t>...(..)...</w:t>
      </w:r>
    </w:p>
    <w:p>
      <w:r>
        <w:t>...{…} To break the lusts</w:t>
      </w:r>
    </w:p>
    <w:p>
      <w:r>
        <w:t>Nu, he, he said {…}, yes, it is impossible to live</w:t>
      </w:r>
    </w:p>
    <w:p>
      <w:r>
        <w:t>They need to divorce and not.. {...} im-, im-possible like this</w:t>
      </w:r>
    </w:p>
    <w:p>
      <w:r>
        <w:t>. Her husband…</w:t>
      </w:r>
    </w:p>
    <w:p>
      <w:r>
        <w:t>...Was, he was {..}.., he had hatred for me, "What is this that you want from me?"</w:t>
      </w:r>
    </w:p>
    <w:p>
      <w:r>
        <w:t>{..}, but today {...} he, he.. is without lusts and.. and.. at peace, peace was made</w:t>
      </w:r>
    </w:p>
    <w:p>
      <w:r>
        <w:t>[What peace? What peace?]</w:t>
      </w:r>
    </w:p>
    <w:p>
      <w:r>
        <w:t>{..}…</w:t>
      </w:r>
    </w:p>
    <w:p>
      <w:r>
        <w:t>...(..)...</w:t>
      </w:r>
    </w:p>
    <w:p>
      <w:r>
        <w:t>...{..} Ours {…} were {tzadiki.., tzadikim.., …}, great tzadikim {{and.. and..}} were pure, {yes} holy and.., from all the lusts</w:t>
      </w:r>
    </w:p>
    <w:p>
      <w:r>
        <w:t>Hashem Yisbarach said to.. to.. Avraham, {that he should travel}.., take Yitzchak and slaughter {this child} and burn him…</w:t>
      </w:r>
    </w:p>
    <w:p>
      <w:r>
        <w:t>...{He said to him}:</w:t>
      </w:r>
    </w:p>
    <w:p>
      <w:r>
        <w:t>"I said {to go up for an offering, go up, you have already gone up, already..}</w:t>
      </w:r>
    </w:p>
    <w:p>
      <w:r>
        <w:t>{...}…</w:t>
      </w:r>
    </w:p>
    <w:p>
      <w:r>
        <w:t>...Avraham was ready to slaughter and burn his only son, Yitzchak</w:t>
      </w:r>
    </w:p>
    <w:p>
      <w:r>
        <w:t>As Hashem Yisbarach wants…</w:t>
      </w:r>
    </w:p>
    <w:p>
      <w:r>
        <w:t>...{A blemish th..}.., any amount that is {…} from {this} lust</w:t>
      </w:r>
    </w:p>
    <w:p>
      <w:r>
        <w:t>I have no battle whatsoever, no {{problem}}, I do not need to fight…</w:t>
      </w:r>
    </w:p>
    <w:p>
      <w:r>
        <w:t>...[But you fight against falsehood, Rebbe Yisroel]</w:t>
      </w:r>
    </w:p>
    <w:p>
      <w:r>
        <w:t>Eh?</w:t>
      </w:r>
    </w:p>
    <w:p>
      <w:r>
        <w:t>[You have battles against falsehood, you have battles against falsehood]</w:t>
      </w:r>
    </w:p>
    <w:p>
      <w:r>
        <w:t>Against?</w:t>
      </w:r>
    </w:p>
    <w:p>
      <w:r>
        <w:t>[Falsehood, against falsehood]</w:t>
      </w:r>
    </w:p>
    <w:p>
      <w:r>
        <w:t>Falsehood?</w:t>
      </w:r>
    </w:p>
    <w:p>
      <w:r>
        <w:t>[Yes, that exists in the world]</w:t>
      </w:r>
    </w:p>
    <w:p>
      <w:r>
        <w:t>Eh, {…} there is in the world {…., e..} but {..}</w:t>
      </w:r>
    </w:p>
    <w:p>
      <w:r>
        <w:t>My matter, eh, I do not know what {this is}.., I am not {{.\able}} to understand it</w:t>
      </w:r>
    </w:p>
    <w:p>
      <w:r>
        <w:t>Even {..} once a month, {..} or a year</w:t>
      </w:r>
    </w:p>
    <w:p>
      <w:r>
        <w:t>There is no, no, {..} as though there is no lust of {...}, of women in the world</w:t>
      </w:r>
    </w:p>
    <w:p>
      <w:r>
        <w:t>[So you do not need to say "Tikkun HaKlali"?]</w:t>
      </w:r>
    </w:p>
    <w:p>
      <w:r>
        <w:t>Eh?</w:t>
      </w:r>
    </w:p>
    <w:p>
      <w:r>
        <w:t>[You do not need to say "Tikkun Klali"? "Tikkun HaKlali" you do not need to say?]</w:t>
      </w:r>
    </w:p>
    <w:p>
      <w:r>
        <w:t>{What …} to say?</w:t>
      </w:r>
    </w:p>
    <w:p>
      <w:r>
        <w:t>[You do not.., you do not need to say "Tikkun HaKlali"?]</w:t>
      </w:r>
    </w:p>
    <w:p>
      <w:r>
        <w:t>"Tikkun HaKlali," no</w:t>
      </w:r>
    </w:p>
    <w:p>
      <w:r>
        <w:t>[You are exempt]</w:t>
      </w:r>
    </w:p>
    <w:p>
      <w:r>
        <w:t>I do not say it</w:t>
      </w:r>
    </w:p>
    <w:p>
      <w:r>
        <w:t>[…..]</w:t>
      </w:r>
    </w:p>
    <w:p>
      <w:r>
        <w:t>{..}</w:t>
      </w:r>
    </w:p>
    <w:p>
      <w:r>
        <w:t>[There is no….]</w:t>
      </w:r>
    </w:p>
    <w:p>
      <w:r>
        <w:t>Eh, someone who, God forbid, stumbled and fell, {..} he needs a remedy</w:t>
      </w:r>
    </w:p>
    <w:p>
      <w:r>
        <w:t>{He, this, this, this} the "Tikkun HaKlali" is a remedy, {..}</w:t>
      </w:r>
    </w:p>
    <w:p>
      <w:r>
        <w:t>But I do not, do not, do not say "Tikkun HaKlali," nothing</w:t>
      </w:r>
    </w:p>
    <w:p>
      <w:r>
        <w:t>{..} Not once, {once a..} week and not once a month, not {{...}}, nothing</w:t>
      </w:r>
    </w:p>
    <w:p>
      <w:r>
        <w:t>{...}</w:t>
      </w:r>
    </w:p>
    <w:p>
      <w:r>
        <w:t>[Already a long time?]</w:t>
      </w:r>
    </w:p>
    <w:p>
      <w:r>
        <w:t>Eh?</w:t>
      </w:r>
    </w:p>
    <w:p>
      <w:r>
        <w:t>[Many.., already many years? For many years you have not said "Tikkun HaKlali"?]</w:t>
      </w:r>
    </w:p>
    <w:p>
      <w:r>
        <w:t>Yes, yes</w:t>
      </w:r>
    </w:p>
    <w:p>
      <w:r>
        <w:t>[How long? How many years?]</w:t>
      </w:r>
    </w:p>
    <w:p>
      <w:r>
        <w:t>I did not think {{...}} and I do not remember, e.. but.. eh.. eh..</w:t>
      </w:r>
    </w:p>
    <w:p>
      <w:r>
        <w:t>{..}</w:t>
      </w:r>
    </w:p>
    <w:p>
      <w:r>
        <w:t>[And..]</w:t>
      </w:r>
    </w:p>
    <w:p>
      <w:r>
        <w:t>{..}..</w:t>
      </w:r>
    </w:p>
    <w:p>
      <w:r>
        <w:t>{Do you remember when this was..]</w:t>
      </w:r>
    </w:p>
    <w:p>
      <w:r>
        <w:t>{..}</w:t>
      </w:r>
    </w:p>
    <w:p>
      <w:r>
        <w:t>[Since when have you been exempt?]</w:t>
      </w:r>
    </w:p>
    <w:p>
      <w:r>
        <w:t>Since when? No, I do not remember, I do not remember, certainly, eh.. {..}</w:t>
      </w:r>
    </w:p>
    <w:p>
      <w:r>
        <w:t>[Since you received the Petek?]</w:t>
      </w:r>
    </w:p>
    <w:p>
      <w:r>
        <w:t>Eh?</w:t>
      </w:r>
    </w:p>
    <w:p>
      <w:r>
        <w:t>[Since you received the Petek?]</w:t>
      </w:r>
    </w:p>
    <w:p>
      <w:r>
        <w:t>{..}…</w:t>
      </w:r>
    </w:p>
    <w:p>
      <w:r>
        <w:t>...[Since you received the Petek?]</w:t>
      </w:r>
    </w:p>
    <w:p>
      <w:r>
        <w:t>Rav Naftali Cohen, eh, was in Yerushalayim, eh, he was..</w:t>
      </w:r>
    </w:p>
    <w:p>
      <w:r>
        <w:t>[He was..]</w:t>
      </w:r>
    </w:p>
    <w:p>
      <w:r>
        <w:t>A great sage and.. {..} old, and old and..</w:t>
      </w:r>
    </w:p>
    <w:p>
      <w:r>
        <w:t>[He was..]</w:t>
      </w:r>
    </w:p>
    <w:p>
      <w:r>
        <w:t>And discerning and wise</w:t>
      </w:r>
    </w:p>
    <w:p>
      <w:r>
        <w:t>[He was close to Rabbainu]</w:t>
      </w:r>
    </w:p>
    <w:p>
      <w:r>
        <w:t>{Yes, nu what}, he, he said to me, he said to me, eh:</w:t>
      </w:r>
    </w:p>
    <w:p>
      <w:r>
        <w:t>"Someone who does not, does not, does not blemish, eh, the covenant, God forbid</w:t>
      </w:r>
    </w:p>
    <w:p>
      <w:r>
        <w:t>Then he does not need to say it, the.. the "Tikkun HaKlali" {..} is only {…} for this</w:t>
      </w:r>
    </w:p>
    <w:p>
      <w:r>
        <w:t>Someone who, has a battle and needs, eh, needs, eh, to cleanse and.. {…} to cry, to do teshuvah," {..} but I {..} do not {{….}}, do not say, do not say "Tikkun HaKlali," and..</w:t>
      </w:r>
    </w:p>
    <w:p>
      <w:r>
        <w:t>{.…} I do not need it</w:t>
      </w:r>
    </w:p>
    <w:p>
      <w:r>
        <w:t>The.. I have no blemish whatsoever, I have no, eh, {{.}}, any thought, any, eh, eh.. battle</w:t>
      </w:r>
    </w:p>
    <w:p>
      <w:r>
        <w:t>I cannot, cannot, cannot understand it, this..</w:t>
      </w:r>
    </w:p>
    <w:p>
      <w:r>
        <w:t>[Is this since you received the Petek? Since..]</w:t>
      </w:r>
    </w:p>
    <w:p>
      <w:r>
        <w:t>Eh?</w:t>
      </w:r>
    </w:p>
    <w:p>
      <w:r>
        <w:t>[Since you received the Petek?]</w:t>
      </w:r>
    </w:p>
    <w:p>
      <w:r>
        <w:t>The Petek</w:t>
      </w:r>
    </w:p>
    <w:p>
      <w:r>
        <w:t>[Or after that?]</w:t>
      </w:r>
    </w:p>
    <w:p>
      <w:r>
        <w:t>{..}</w:t>
      </w:r>
    </w:p>
    <w:p>
      <w:r>
        <w:t>[That you do not need it]</w:t>
      </w:r>
    </w:p>
    <w:p>
      <w:r>
        <w:t>Eh, I do not remember, e.. I do not remember, {...}</w:t>
      </w:r>
    </w:p>
    <w:p>
      <w:r>
        <w:t>But I had very hard battles</w:t>
      </w:r>
    </w:p>
    <w:p>
      <w:r>
        <w:t>And Baruch Hashem I rid myself of them completely, I came out of this completely, completely</w:t>
      </w:r>
    </w:p>
    <w:p>
      <w:r>
        <w:t>The.. the "Tikkun HaKlali" is an easy thing, to say ten chapters of Psalms</w:t>
      </w:r>
    </w:p>
    <w:p>
      <w:r>
        <w:t>Nu, {and I, and I do not.., and I do not say it}, because I {do not}, eh, do not, do not {blemish}</w:t>
      </w:r>
    </w:p>
    <w:p>
      <w:r>
        <w:t>I have no, eh, any battle whatsoever, I do not have, e.. so I do not say, eh, "Tikkun HaKlali," {..}</w:t>
      </w:r>
    </w:p>
    <w:p>
      <w:r>
        <w:t>E.. but, eh.. {…}, but perhaps one needs further {to eye\to examine}, {…} yes</w:t>
      </w:r>
    </w:p>
    <w:p>
      <w:r>
        <w:t>Yes, to say "Tikkun HaKlali," what is there? If if one says "Tikkun HaKlali"? {..}</w:t>
      </w:r>
    </w:p>
    <w:p>
      <w:r>
        <w:t>But in.. {this is within..me\in.. as an obli..} an obligation, as a remedy</w:t>
      </w:r>
    </w:p>
    <w:p>
      <w:r>
        <w:t>No, I do not, do not {{…}}, not {{...}} clean of this, {I} have no battle whatsoever</w:t>
      </w:r>
    </w:p>
    <w:p>
      <w:r>
        <w:t>In.. in.. in.. {some} matter, eh, a thought of a woman, in the matter of lust</w:t>
      </w:r>
    </w:p>
    <w:p>
      <w:r>
        <w:t>[And.. and a mikveh as well?]</w:t>
      </w:r>
    </w:p>
    <w:p>
      <w:r>
        <w:t>Eh?</w:t>
      </w:r>
    </w:p>
    <w:p>
      <w:r>
        <w:t>[A mikveh as well, too, you do not need a mikveh?]</w:t>
      </w:r>
    </w:p>
    <w:p>
      <w:r>
        <w:t>No, {{. .}that} I need?</w:t>
      </w:r>
    </w:p>
    <w:p>
      <w:r>
        <w:t>{…} I do not need it</w:t>
      </w:r>
    </w:p>
    <w:p>
      <w:r>
        <w:t>Eh, I do not go to the mikveh, I do not need either a mikveh or, or "Tikkun HaKlali," {...}</w:t>
      </w:r>
    </w:p>
    <w:p>
      <w:r>
        <w:t>[Rebbe Yisroel, and what service of Hashem do you have? What is your service of Hashem?]</w:t>
      </w:r>
    </w:p>
    <w:p>
      <w:r>
        <w:t>Eh?</w:t>
      </w:r>
    </w:p>
    <w:p>
      <w:r>
        <w:t>[What service? Your service?]</w:t>
      </w:r>
    </w:p>
    <w:p>
      <w:r>
        <w:t>{..}</w:t>
      </w:r>
    </w:p>
    <w:p>
      <w:r>
        <w:t>[If you have already rid yourselves..]</w:t>
      </w:r>
    </w:p>
    <w:p>
      <w:r>
        <w:t>Eh..</w:t>
      </w:r>
    </w:p>
    <w:p>
      <w:r>
        <w:t>[Of the lust]</w:t>
      </w:r>
    </w:p>
    <w:p>
      <w:r>
        <w:t>{.. I will be I}</w:t>
      </w:r>
    </w:p>
    <w:p>
      <w:r>
        <w:t>[What is the matter?]</w:t>
      </w:r>
    </w:p>
    <w:p>
      <w:r>
        <w:t>Eh.. the.. {…}</w:t>
      </w:r>
    </w:p>
    <w:p>
      <w:r>
        <w:t>{..}</w:t>
      </w:r>
    </w:p>
    <w:p>
      <w:r>
        <w:t>[What is your service of Ha.., your service of Hashem?]</w:t>
      </w:r>
    </w:p>
    <w:p>
      <w:r>
        <w:t>Eh, I have no {..} battle whatsoever, eh, to fight, eh.. to break</w:t>
      </w:r>
    </w:p>
    <w:p>
      <w:r>
        <w:t>There is no.., {..} in this, in the matter of the blemish of the covenant, {..} Baruch Hashem I do not have, I have no battle whatsoever</w:t>
      </w:r>
    </w:p>
    <w:p>
      <w:r>
        <w:t>Not in thought and not, and not in any matter</w:t>
      </w:r>
    </w:p>
    <w:p>
      <w:r>
        <w:t>[So what is your service of Hashem? What is your service of Hashem?]</w:t>
      </w:r>
    </w:p>
    <w:p>
      <w:r>
        <w:t>Eh..</w:t>
      </w:r>
    </w:p>
    <w:p>
      <w:r>
        <w:t>[What is the matter?]</w:t>
      </w:r>
    </w:p>
    <w:p>
      <w:r>
        <w:t>I, eh.. only the desire, I wanted to.. to.. rise at midnight, I wanted, eh, to do hisbodedus</w:t>
      </w:r>
    </w:p>
    <w:p>
      <w:r>
        <w:t>{…} I had a desire, a desire</w:t>
      </w:r>
    </w:p>
    <w:p>
      <w:r>
        <w:t>[But now, now what is your service of Hashem?]</w:t>
      </w:r>
    </w:p>
    <w:p>
      <w:r>
        <w:t>{..}..</w:t>
      </w:r>
    </w:p>
    <w:p>
      <w:r>
        <w:t>Now I, eh.. like, like {…}</w:t>
      </w:r>
    </w:p>
    <w:p>
      <w:r>
        <w:t>There is no blemish whatsoever even in thought, even in thought, no blemish whatsoever, {...}</w:t>
      </w:r>
    </w:p>
    <w:p>
      <w:r>
        <w:t>[But now what service of Ha.., what service of Hashem do you have? What service of Hashem do you have now?] Eh?</w:t>
      </w:r>
    </w:p>
    <w:p>
      <w:r>
        <w:t>[What service of Hashem do you have now?]</w:t>
      </w:r>
    </w:p>
    <w:p>
      <w:r>
        <w:t>Now {…} almost, almost nothing, almost nothing</w:t>
      </w:r>
    </w:p>
    <w:p>
      <w:r>
        <w:t>I do not see with my eyes and do not hear with my ears, {…}</w:t>
      </w:r>
    </w:p>
    <w:p>
      <w:r>
        <w:t>I do not, do not, do not study, do not study, {..} I do not see.. with.. with my eyes</w:t>
      </w:r>
    </w:p>
    <w:p>
      <w:r>
        <w:t>But {…} the main thing, the main impurity, the.. lust {...} I do not have</w:t>
      </w:r>
    </w:p>
    <w:p>
      <w:r>
        <w:t>I do not have it, like, like someone {w..} who does not have, does not have an o.., does not have an organ</w:t>
      </w:r>
    </w:p>
    <w:p>
      <w:r>
        <w:t>As though born without an organ, without, without l.. {..}</w:t>
      </w:r>
    </w:p>
    <w:p>
      <w:r>
        <w:t>This is only, eh.. {{. .}} the acts of Rabbainu, of blessed memory, {eh, th.. that it should be..}</w:t>
      </w:r>
    </w:p>
    <w:p>
      <w:r>
        <w:t>{{. .}} How {..} can it be? The body wants lusts</w:t>
      </w:r>
    </w:p>
    <w:p>
      <w:r>
        <w:t>The body, as long as it is alive, it, it, it.. it.. has battles, {..} battles</w:t>
      </w:r>
    </w:p>
    <w:p>
      <w:r>
        <w:t>Especially the main {..} lust, the general lust, {…} the lusts, eh, a woman, {..}</w:t>
      </w:r>
    </w:p>
    <w:p>
      <w:r>
        <w:t>{But Baruch Hashem..}…</w:t>
      </w:r>
    </w:p>
    <w:p>
      <w:r>
        <w:t>...I think perhaps, perhaps {..} fifteen years that I have been this way, the.. perhaps, eh, more {…}..</w:t>
      </w:r>
    </w:p>
    <w:p>
      <w:r>
        <w:t>[Rebbe Yisroel, now that you have no, no lust whatsoever..]…</w:t>
      </w:r>
    </w:p>
    <w:p>
      <w:r>
        <w:t>{..}…</w:t>
      </w:r>
    </w:p>
    <w:p>
      <w:r>
        <w:t>...[Now th..]...</w:t>
      </w:r>
    </w:p>
    <w:p>
      <w:r>
        <w:t>...[Rebbe Yisroel, now that you have no lust whatsoever, what is your role in the world?]</w:t>
      </w:r>
    </w:p>
    <w:p>
      <w:r>
        <w:t>I have a lust {to}, to eat and drink and..</w:t>
      </w:r>
    </w:p>
    <w:p>
      <w:r>
        <w:t>But this as well is not, {this is not..}..</w:t>
      </w:r>
    </w:p>
    <w:p>
      <w:r>
        <w:t>Baruch Hashem</w:t>
      </w:r>
    </w:p>
    <w:p>
      <w:r>
        <w:t>I ate, eh.. some bad thing, perhaps, eh, the food was not so, eh, eh.. fresh</w:t>
      </w:r>
    </w:p>
    <w:p>
      <w:r>
        <w:t>{…} It was very difficult for me {...}, and I prayed to Hashem Yisbarach that He send me a complete recovery</w:t>
      </w:r>
    </w:p>
    <w:p>
      <w:r>
        <w:t>{..} I felt unwell, yes, and Baruch Hashem a change occurred</w:t>
      </w:r>
    </w:p>
    <w:p>
      <w:r>
        <w:t>{..} I only {..} and prayed to Hashem Yisbarach:</w:t>
      </w:r>
    </w:p>
    <w:p>
      <w:r>
        <w:t>"Master of the World, Father, merciful Father, have mercy on me and.. and forgive me for my sins</w:t>
      </w:r>
    </w:p>
    <w:p>
      <w:r>
        <w:t>. {..} Help me do complete teshuvah," {..}..</w:t>
      </w:r>
    </w:p>
    <w:p>
      <w:r>
        <w:t>[Like this always]</w:t>
      </w:r>
    </w:p>
    <w:p>
      <w:r>
        <w:t>Yes</w:t>
      </w:r>
    </w:p>
    <w:p>
      <w:r>
        <w:t>But the matter of, of lust, of lusts</w:t>
      </w:r>
    </w:p>
    <w:p>
      <w:r>
        <w:t>{I.. I am not in this, in this.. I am in this}, I am completely clean of this, {..}.. I have no lust whatsoever for a woman</w:t>
      </w:r>
    </w:p>
    <w:p>
      <w:r>
        <w:t>This is only the matter of Rabbainu, {..}</w:t>
      </w:r>
    </w:p>
    <w:p>
      <w:r>
        <w:t>[Rebbe Yisroel, is this a new thing, or were there already people like this in the world?]</w:t>
      </w:r>
    </w:p>
    <w:p>
      <w:r>
        <w:t>Eh?</w:t>
      </w:r>
    </w:p>
    <w:p>
      <w:r>
        <w:t>[Were there people in the world who merited the same thing? Were there tzaddikim in the world who merited the same thing?</w:t>
      </w:r>
    </w:p>
    <w:p>
      <w:r>
        <w:t>Who have no lust whatsoever? Or is this..]</w:t>
      </w:r>
    </w:p>
    <w:p>
      <w:r>
        <w:t>Eh?</w:t>
      </w:r>
    </w:p>
    <w:p>
      <w:r>
        <w:t>[Or is this a new thing?]</w:t>
      </w:r>
    </w:p>
    <w:p>
      <w:r>
        <w:t>{..}.. I do not know, I do not know</w:t>
      </w:r>
    </w:p>
    <w:p>
      <w:r>
        <w:t>But, eh, eh.. this lust, {{. .}} the main thing is that it does not, does not, that he..</w:t>
      </w:r>
    </w:p>
    <w:p>
      <w:r>
        <w:t>A.. attached and bound {to.. to..} to the person as long as he will be alive</w:t>
      </w:r>
    </w:p>
    <w:p>
      <w:r>
        <w:t>{..} I do not, I do not have this, {..} I do not have, eh.. {...}</w:t>
      </w:r>
    </w:p>
    <w:p>
      <w:r>
        <w:t>{..} I do not say "Tikkun HaKlali"</w:t>
      </w:r>
    </w:p>
    <w:p>
      <w:r>
        <w:t>I have almost already forgotten "Tikkun HaKlali," I do not say it, so, eh, I forgot</w:t>
      </w:r>
    </w:p>
    <w:p>
      <w:r>
        <w:t>[Rebbe Yisroel, if you already have no lust, can you help us to.. get out of this?]</w:t>
      </w:r>
    </w:p>
    <w:p>
      <w:r>
        <w:t>{{...}} This.. depends on the person himself, the heart, Rabbainu the holy says:</w:t>
      </w:r>
    </w:p>
    <w:p>
      <w:r>
        <w:t>"Give, g.. give your heart to me," eh.. and.. and I already, already.. {...}</w:t>
      </w:r>
    </w:p>
    <w:p>
      <w:r>
        <w:t>"Your heart"</w:t>
      </w:r>
    </w:p>
    <w:p>
      <w:r>
        <w:t>The heart, which is the.. soul, the soul, {everything}, all the vitality, the.. heart</w:t>
      </w:r>
    </w:p>
    <w:p>
      <w:r>
        <w:t>"Give your heart to me, and I, eh.. will do what I, what I can"</w:t>
      </w:r>
    </w:p>
    <w:p>
      <w:r>
        <w:t>Eh.. eh.. {..}…</w:t>
      </w:r>
    </w:p>
    <w:p>
      <w:r>
        <w:t>...[Rebbe Yisroel, Rabbainu can rectify all Yisroel, Rabbainu]</w:t>
      </w:r>
    </w:p>
    <w:p>
      <w:r>
        <w:t>Eh?</w:t>
      </w:r>
    </w:p>
    <w:p>
      <w:r>
        <w:t>[Rabbainu can rectify all Yisroel, Rabbainu has the power to rectify all Yisroel]</w:t>
      </w:r>
    </w:p>
    <w:p>
      <w:r>
        <w:t>Yes, he will s.. sanctify and purify and.. all.., {{not terrible}}, every one of Yisroel with such teshuvah</w:t>
      </w:r>
    </w:p>
    <w:p>
      <w:r>
        <w:t>At.. n.. {..…} the coming of Mashiach, he..</w:t>
      </w:r>
    </w:p>
    <w:p>
      <w:r>
        <w:t>[Completely]</w:t>
      </w:r>
    </w:p>
    <w:p>
      <w:r>
        <w:t>Mashiach will already find everything prepared and ready</w:t>
      </w:r>
    </w:p>
    <w:p>
      <w:r>
        <w:t>{..} Rabbainu the holy already prepared everything {{..}} for Mashiach</w:t>
      </w:r>
    </w:p>
    <w:p>
      <w:r>
        <w:t>There has not yet been in the world, since the day the world was created there has not yet been the.. Rabbainu the holy said {this}</w:t>
      </w:r>
    </w:p>
    <w:p>
      <w:r>
        <w:t>What, what, what, what, what am I? Eh, what am I? {…}.. Who, who am I?</w:t>
      </w:r>
    </w:p>
    <w:p>
      <w:r>
        <w:t>Eh.. Rabbainu the holy had Rebbe Nassan, {..} Rebbe Nassan was Rabbainu's disciple</w:t>
      </w:r>
    </w:p>
    <w:p>
      <w:r>
        <w:t>And he merited {to.. to..\to..this} to see and attain the.. the matter of Rabbainu more than the whole world</w:t>
      </w:r>
    </w:p>
    <w:p>
      <w:r>
        <w:t>He was truly {..}..</w:t>
      </w:r>
    </w:p>
    <w:p>
      <w:r>
        <w:t>No, no, no {there was}, we, there is no other rebbe and disciple like this in the world</w:t>
      </w:r>
    </w:p>
    <w:p>
      <w:r>
        <w:t>There is none like this, there was not and there will not be, and not, and not.. {{. .}}</w:t>
      </w:r>
    </w:p>
    <w:p>
      <w:r>
        <w:t>[Rebbe Yisroel, Rebbe.., Rabbainu will rectify Yisroel completely]</w:t>
      </w:r>
    </w:p>
    <w:p>
      <w:r>
        <w:t>Eh, I had {such, already} hard battles, yes</w:t>
      </w:r>
    </w:p>
    <w:p>
      <w:r>
        <w:t>But, eh.. eh.. {{who ….}}.. no.. now, this.. {{. .}}</w:t>
      </w:r>
    </w:p>
    <w:p>
      <w:r>
        <w:t>It is th.. e.. there is no.., eh, there is no, the.., I have no, I have no {..} blemish whatsoever</w:t>
      </w:r>
    </w:p>
    <w:p>
      <w:r>
        <w:t>A thought {{or some . .}}, eh.. {..}, no, eh..</w:t>
      </w:r>
    </w:p>
    <w:p>
      <w:r>
        <w:t>This is a w.., this, this is a wondrous thing f.. from Rabbainu the holy</w:t>
      </w:r>
    </w:p>
    <w:p>
      <w:r>
        <w:t>{..} And Rebbe Yisroel, peace be upon him, wanted this, he, and he.. all</w:t>
      </w:r>
    </w:p>
    <w:p>
      <w:r>
        <w:t>All of his service, all {...}, that he, that he was, was occupied with drawing me close to Rabbainu</w:t>
      </w:r>
    </w:p>
    <w:p>
      <w:r>
        <w:t>Was only for this, eh, to be clean of the blemish of the covenant</w:t>
      </w:r>
    </w:p>
    <w:p>
      <w:r>
        <w:t>So I {..}, I am as though I am not of this world</w:t>
      </w:r>
    </w:p>
    <w:p>
      <w:r>
        <w:t>As though there is no, no woman in this world.. {this}, as though there is no lust in the world, {already he} nothing</w:t>
      </w:r>
    </w:p>
    <w:p>
      <w:r>
        <w:t>Not in a dream and not while awake and not {some.. ….}, nothing, nothing, {...}</w:t>
      </w:r>
    </w:p>
    <w:p>
      <w:r>
        <w:t>I do not need to fight with, with the.. with the.. in thoughts</w:t>
      </w:r>
    </w:p>
    <w:p>
      <w:r>
        <w:t>{..} No, no {……}</w:t>
      </w:r>
    </w:p>
    <w:p>
      <w:r>
        <w:t>[You have already won, you have won]</w:t>
      </w:r>
    </w:p>
    <w:p>
      <w:r>
        <w:t>{..} This, this is {here\w..}.., a wonder from.., from.., f.. from Rabbainu</w:t>
      </w:r>
    </w:p>
    <w:p>
      <w:r>
        <w:t>{..Indeed} Rabbainu had people who were {..} holy, true tzaddikim</w:t>
      </w:r>
    </w:p>
    <w:p>
      <w:r>
        <w:t>And who fled from the fame and honor of this world, th.., of the.. {…}</w:t>
      </w:r>
    </w:p>
    <w:p>
      <w:r>
        <w:t>Rebbe Nassan</w:t>
      </w:r>
    </w:p>
    <w:p>
      <w:r>
        <w:t>A rebbe and disciple like this, no, there was not {..} since the day the world was created, there was none like this</w:t>
      </w:r>
    </w:p>
    <w:p>
      <w:r>
        <w:t>And now is the time of the light, the time of the redemption, {{nu, and.. and.. and I..}}</w:t>
      </w:r>
    </w:p>
    <w:p>
      <w:r>
        <w:t>I.. I had a not.., {n..}.., a note that "the time of the redemption is very near," nu, and..</w:t>
      </w:r>
    </w:p>
    <w:p>
      <w:r>
        <w:t>We do not {..}, but I do not have, I do not have.. {..} which month, which day</w:t>
      </w:r>
    </w:p>
    <w:p>
      <w:r>
        <w:t>The holy Rabbainu revealed, revealed when Mashiach will come</w:t>
      </w:r>
    </w:p>
    <w:p>
      <w:r>
        <w:t>And how it will be, {h.. h.. a..} and how he will come {..} a.. and how, {..}</w:t>
      </w:r>
    </w:p>
    <w:p>
      <w:r>
        <w:t>{..} Mashiach will find everything ready and prepared, the holy Rabbainu already prepared {everything} for Mashiach</w:t>
      </w:r>
    </w:p>
    <w:p>
      <w:r>
        <w:t>Everything, {...}</w:t>
      </w:r>
    </w:p>
    <w:p>
      <w:r>
        <w:t>He, he said, the holy Rabbainu: "A novelty like me has still never been in the world"</w:t>
      </w:r>
    </w:p>
    <w:p>
      <w:r>
        <w:t>And this even, and this is still not even like a drop from the sea</w:t>
      </w:r>
    </w:p>
    <w:p>
      <w:r>
        <w:t>What he attained</w:t>
      </w:r>
    </w:p>
    <w:p>
      <w:r>
        <w:t>[Rebbe Yisroel, Rebbe Yisroel, is Mashiach already in the world?]</w:t>
      </w:r>
    </w:p>
    <w:p>
      <w:r>
        <w:t>Ah?</w:t>
      </w:r>
    </w:p>
    <w:p>
      <w:r>
        <w:t>[Is Mashiach already in the world? Is Mashiach already present in the world? Mashiach.. is present in the world already?] {..}..</w:t>
      </w:r>
    </w:p>
    <w:p>
      <w:r>
        <w:t>{{. .}} But it is forbidden to speak {of this}</w:t>
      </w:r>
    </w:p>
    <w:p>
      <w:r>
        <w:t>{{}}</w:t>
      </w:r>
    </w:p>
    <w:p>
      <w:r>
        <w:t>Oy, Rebbe Yisroel, Rebbe Yisroel..</w:t>
      </w:r>
    </w:p>
    <w:p>
      <w:r>
        <w:t>He had self-sacrifice, he {..} as though he has {...} neither a wife nor children, only me</w:t>
      </w:r>
    </w:p>
    <w:p>
      <w:r>
        <w:t>{. .} He and I, two people there were</w:t>
      </w:r>
    </w:p>
    <w:p>
      <w:r>
        <w:t>{Nu}, there is no such might, impo.., impossible to understand</w:t>
      </w:r>
    </w:p>
    <w:p>
      <w:r>
        <w:t>That there is in the world {another} such might as Rebbe Yisroel, who is a servant of Hashem</w:t>
      </w:r>
    </w:p>
    <w:p>
      <w:r>
        <w:t>Through this Rabbainu, the holy Rabbainu illuminated him, {..}</w:t>
      </w:r>
    </w:p>
    <w:p>
      <w:r>
        <w:t>[Who? Rebbe Yisroel (Kardonner)?]</w:t>
      </w:r>
    </w:p>
    <w:p>
      <w:r>
        <w:t>Yeah</w:t>
      </w:r>
    </w:p>
    <w:p>
      <w:r>
        <w:t>{..}..</w:t>
      </w:r>
    </w:p>
    <w:p>
      <w:r>
        <w:t>He was cleaving and bound to Rabbainu, {..}</w:t>
      </w:r>
    </w:p>
    <w:p>
      <w:r>
        <w:t>[Rebbe Yisroel, did Rebbe Yisroel (Kardonner) not teach you "The Scroll of Secrets"? Did he not tell you?] Ah?</w:t>
      </w:r>
    </w:p>
    <w:p>
      <w:r>
        <w:t>[Did Rebbe Yisroel (Kardonner) know of "The Scroll of Secrets"?]</w:t>
      </w:r>
    </w:p>
    <w:p>
      <w:r>
        <w:t>{No}</w:t>
      </w:r>
    </w:p>
    <w:p>
      <w:r>
        <w:t>[He did not tell you?]</w:t>
      </w:r>
    </w:p>
    <w:p>
      <w:r>
        <w:t>{...} No, {…this w..}, only Rebbe Nassan knew this {...}, perhaps one or two more, no more</w:t>
      </w:r>
    </w:p>
    <w:p>
      <w:r>
        <w:t>The holy Rabbainu revealed, it is a secret from the whole world</w:t>
      </w:r>
    </w:p>
    <w:p>
      <w:r>
        <w:t>{..} The day and the d.., month {and the time..} when Mashiach will come</w:t>
      </w:r>
    </w:p>
    <w:p>
      <w:r>
        <w:t>A.. a.. and how he will come, a.. and he w.., what will be when he comes {..}</w:t>
      </w:r>
    </w:p>
    <w:p>
      <w:r>
        <w:t>[And you know?]</w:t>
      </w:r>
    </w:p>
    <w:p>
      <w:r>
        <w:t>The holy Rabbainu revealed, revealed th..</w:t>
      </w:r>
    </w:p>
    <w:p>
      <w:r>
        <w:t>[You know?]</w:t>
      </w:r>
    </w:p>
    <w:p>
      <w:r>
        <w:t>{..}, no, no</w:t>
      </w:r>
    </w:p>
    <w:p>
      <w:r>
        <w:t>Rebbe Yisroel also did not know {…}, he knew everything like me, that there is a scroll {..} "The Scroll of Secrets"</w:t>
      </w:r>
    </w:p>
    <w:p>
      <w:r>
        <w:t>Which the holy Rabbainu revealed {about the.. …} the day {…} and the time {when..} Mashiach will come</w:t>
      </w:r>
    </w:p>
    <w:p>
      <w:r>
        <w:t>The month and the year and th.. {…}</w:t>
      </w:r>
    </w:p>
    <w:p>
      <w:r>
        <w:t>Ah…</w:t>
      </w:r>
    </w:p>
    <w:p>
      <w:r>
        <w:t>...[Rebbe Yisroel, Rebbe Yisroel, you know.. Rebbe Yisroel]</w:t>
      </w:r>
    </w:p>
    <w:p>
      <w:r>
        <w:t>{..}…</w:t>
      </w:r>
    </w:p>
    <w:p>
      <w:r>
        <w:t>...{…}...</w:t>
      </w:r>
    </w:p>
    <w:p>
      <w:r>
        <w:t>...A cup, ah.. milk and honey</w:t>
      </w:r>
    </w:p>
    <w:p>
      <w:r>
        <w:t>[Rebbe Yisroel, you.., do you know what the name of {..} Mashiach is?]</w:t>
      </w:r>
    </w:p>
    <w:p>
      <w:r>
        <w:t>Ah?</w:t>
      </w:r>
    </w:p>
    <w:p>
      <w:r>
        <w:t>[What is Mashiach's name? What is his name? What is Mashiach's name? Do you know?]</w:t>
      </w:r>
    </w:p>
    <w:p>
      <w:r>
        <w:t>{..}</w:t>
      </w:r>
    </w:p>
    <w:p>
      <w:r>
        <w:t>[His name?]</w:t>
      </w:r>
    </w:p>
    <w:p>
      <w:r>
        <w:t>No, I do not know…</w:t>
      </w:r>
    </w:p>
    <w:p>
      <w:r>
        <w:t>...[Rebbe Yisroel, Rabbainu said: that Mashiach will give a commentary on "Likutay Moharan"?]</w:t>
      </w:r>
    </w:p>
    <w:p>
      <w:r>
        <w:t>Ah?</w:t>
      </w:r>
    </w:p>
    <w:p>
      <w:r>
        <w:t>[Rabbainu said: that Mashiach will give a commentary on "Likutay Moharan"?]</w:t>
      </w:r>
    </w:p>
    <w:p>
      <w:r>
        <w:t>{..}.. The holy Rabbainu {then} said: "Mashiach will come..., will give a commentary on "Likutay Moharan"</w:t>
      </w:r>
    </w:p>
    <w:p>
      <w:r>
        <w:t>The whole world does not, those who are distant, they do not, do not know even a little.. of the holy Rabbainu</w:t>
      </w:r>
    </w:p>
    <w:p>
      <w:r>
        <w:t>Only {this.. some, some, ah..} holy people, tzaddikim, who merited to draw close to Rabbainu</w:t>
      </w:r>
    </w:p>
    <w:p>
      <w:r>
        <w:t>A.. and gave him everything, and he stu.., taught a.. and illuminated them, and he illuminated them</w:t>
      </w:r>
    </w:p>
    <w:p>
      <w:r>
        <w:t>{Ah, what speech, ah, ah, from, ah}, hidden things, such secrets that were not revealed in the world, oy, {Master of the} world, there will be light {...}, a new light, entirely new</w:t>
      </w:r>
    </w:p>
    <w:p>
      <w:r>
        <w:t>{...}</w:t>
      </w:r>
    </w:p>
    <w:p>
      <w:r>
        <w:t>Ah, ah, ah…</w:t>
      </w:r>
    </w:p>
    <w:p>
      <w:r>
        <w:t>...Bring a little honey and milk…</w:t>
      </w:r>
    </w:p>
    <w:p>
      <w:r>
        <w:t>...Do not know, I do not know at all</w:t>
      </w:r>
    </w:p>
    <w:p>
      <w:r>
        <w:t>Perhaps the name of Rabbainu's mother, Tzipporah, Feiga</w:t>
      </w:r>
    </w:p>
    <w:p>
      <w:r>
        <w:t>[Feiga, yes]</w:t>
      </w:r>
    </w:p>
    <w:p>
      <w:r>
        <w:t>Nachman son of Feiga</w:t>
      </w:r>
    </w:p>
    <w:p>
      <w:r>
        <w:t>[Yes]</w:t>
      </w:r>
    </w:p>
    <w:p>
      <w:r>
        <w:t>And her name.. of the girl</w:t>
      </w:r>
    </w:p>
    <w:p>
      <w:r>
        <w:t>[Yes]</w:t>
      </w:r>
    </w:p>
    <w:p>
      <w:r>
        <w:t>Will be {{. .}}, ah.. Feiga, Tzipporah</w:t>
      </w:r>
    </w:p>
    <w:p>
      <w:r>
        <w:t>[Tzipporah]</w:t>
      </w:r>
    </w:p>
    <w:p>
      <w:r>
        <w:t>Feiga, Feiga, Nachman son of Feiga</w:t>
      </w:r>
    </w:p>
    <w:p>
      <w:r>
        <w:t>[Yes, and Rebbe Yisroel..]…</w:t>
      </w:r>
    </w:p>
    <w:p>
      <w:r>
        <w:t>...[Is that not a problem?]</w:t>
      </w:r>
    </w:p>
    <w:p>
      <w:r>
        <w:t>Esther</w:t>
      </w:r>
    </w:p>
    <w:p>
      <w:r>
        <w:t>[Esther Feiga]</w:t>
      </w:r>
    </w:p>
    <w:p>
      <w:r>
        <w:t>Feiga</w:t>
      </w:r>
    </w:p>
    <w:p>
      <w:r>
        <w:t>[I have one daughter, her name is Esther Feiga, can I the d.. this one Tzipporah?] Tzippo..</w:t>
      </w:r>
    </w:p>
    <w:p>
      <w:r>
        <w:t>Ah…</w:t>
      </w:r>
    </w:p>
    <w:p>
      <w:r>
        <w:t>...Rabbainu's mother is Tzipporah</w:t>
      </w:r>
    </w:p>
    <w:p>
      <w:r>
        <w:t>[Yes]</w:t>
      </w:r>
    </w:p>
    <w:p>
      <w:r>
        <w:t>And.. and the girl?</w:t>
      </w:r>
    </w:p>
    <w:p>
      <w:r>
        <w:t>[I have one daughter, her name, it is Esther Feiga]</w:t>
      </w:r>
    </w:p>
    <w:p>
      <w:r>
        <w:t>Feiga?</w:t>
      </w:r>
    </w:p>
    <w:p>
      <w:r>
        <w:t>[Esther Feiga, Esther]</w:t>
      </w:r>
    </w:p>
    <w:p>
      <w:r>
        <w:t>Esther Feiga</w:t>
      </w:r>
    </w:p>
    <w:p>
      <w:r>
        <w:t>[Yes, this daughter, can I..]</w:t>
      </w:r>
    </w:p>
    <w:p>
      <w:r>
        <w:t>{..}</w:t>
      </w:r>
    </w:p>
    <w:p>
      <w:r>
        <w:t>[Can she, her name for the girl, Tzipporah, is it possible?]</w:t>
      </w:r>
    </w:p>
    <w:p>
      <w:r>
        <w:t>Tzipporah</w:t>
      </w:r>
    </w:p>
    <w:p>
      <w:r>
        <w:t>Ah.. Sarah is also a daughter of Rabbainu</w:t>
      </w:r>
    </w:p>
    <w:p>
      <w:r>
        <w:t>[Good]</w:t>
      </w:r>
    </w:p>
    <w:p>
      <w:r>
        <w:t>Ah?</w:t>
      </w:r>
    </w:p>
    <w:p>
      <w:r>
        <w:t>[Good, Rebbe Yisroel, good]</w:t>
      </w:r>
    </w:p>
    <w:p>
      <w:r>
        <w:t>Good?</w:t>
      </w:r>
    </w:p>
    <w:p>
      <w:r>
        <w:t>[Yes, good]</w:t>
      </w:r>
    </w:p>
    <w:p>
      <w:r>
        <w:t>Sarah</w:t>
      </w:r>
    </w:p>
    <w:p>
      <w:r>
        <w:t>[Good]…</w:t>
      </w:r>
    </w:p>
    <w:p>
      <w:r>
        <w:t>...A daughter of Rabbainu, Sarah was.. the choicest of, ah, of, ah.. of Rabbainu</w:t>
      </w:r>
    </w:p>
    <w:p>
      <w:r>
        <w:t>[Good, good, Rebbe Yisroel]</w:t>
      </w:r>
    </w:p>
    <w:p>
      <w:r>
        <w:t>Sarah, Sarah, {good}</w:t>
      </w:r>
    </w:p>
    <w:p>
      <w:r>
        <w:t>{All right}, ah…</w:t>
      </w:r>
    </w:p>
    <w:p>
      <w:r>
        <w:t>...I do not have the strength to walk, {..}, ah.. take off the.. the shoes, ah..</w:t>
      </w:r>
    </w:p>
    <w:p>
      <w:r>
        <w:t>[...]</w:t>
      </w:r>
    </w:p>
    <w:p>
      <w:r>
        <w:t>{..}, who knows, perhaps we will go at night or tomorrow…</w:t>
      </w:r>
    </w:p>
    <w:p>
      <w:r>
        <w:t>...{A good matter}</w:t>
      </w:r>
    </w:p>
    <w:p>
      <w:r>
        <w:t>[..]</w:t>
      </w:r>
    </w:p>
    <w:p>
      <w:r>
        <w:t>The country.., the Jews do not want</w:t>
      </w:r>
    </w:p>
    <w:p>
      <w:r>
        <w:t>[There are many, now there are many, many Jews who do not want]</w:t>
      </w:r>
    </w:p>
    <w:p>
      <w:r>
        <w:t>Ah, ah</w:t>
      </w:r>
    </w:p>
    <w:p>
      <w:r>
        <w:t>[..I heard like this, that the government wants, God forbid, wants to give the Arabs th.. th.. the Golan, the Golan] The Golan?</w:t>
      </w:r>
    </w:p>
    <w:p>
      <w:r>
        <w:t>[Yes]</w:t>
      </w:r>
    </w:p>
    <w:p>
      <w:r>
        <w:t>{...}</w:t>
      </w:r>
    </w:p>
    <w:p>
      <w:r>
        <w:t>[Like that, because they think that with this there will be peace, that is what they think</w:t>
      </w:r>
    </w:p>
    <w:p>
      <w:r>
        <w:t>A few days ago there was a demonstration in Yerushalayim]</w:t>
      </w:r>
    </w:p>
    <w:p>
      <w:r>
        <w:t>Yeah</w:t>
      </w:r>
    </w:p>
    <w:p>
      <w:r>
        <w:t>[Against this]</w:t>
      </w:r>
    </w:p>
    <w:p>
      <w:r>
        <w:t>Nu</w:t>
      </w:r>
    </w:p>
    <w:p>
      <w:r>
        <w:t>[There were approximately fifty thousand Jews, they held a demonstration in Yerushalayim, but politics is politics, they want, now they are causing, God forbid, more problems for religious Jews than they cause for Arabs] What?</w:t>
      </w:r>
    </w:p>
    <w:p>
      <w:r>
        <w:t>[They wan.., they cause more problems for the religious than they cause for the Arabs, the government, many, many, many religious people, they do not want to leave th.. the Golan or th.. the territories] Nu</w:t>
      </w:r>
    </w:p>
    <w:p>
      <w:r>
        <w:t>[But the government wants to give it to the Arabs for the sake of peace]</w:t>
      </w:r>
    </w:p>
    <w:p>
      <w:r>
        <w:t>[………...Good, I will come after this…………]</w:t>
      </w:r>
    </w:p>
    <w:p>
      <w:r>
        <w:t>{..}…</w:t>
      </w:r>
    </w:p>
    <w:p>
      <w:r>
        <w:t>...{{. .}}</w:t>
      </w:r>
    </w:p>
    <w:p>
      <w:r>
        <w:t>[What, what can we do? We need to pray for this]</w:t>
      </w:r>
    </w:p>
    <w:p>
      <w:r>
        <w:t>The government…</w:t>
      </w:r>
    </w:p>
    <w:p>
      <w:pPr>
        <w:pStyle w:val="Heading2"/>
      </w:pPr>
      <w:r>
        <w:t>Side B (Bais)</w:t>
      </w:r>
    </w:p>
    <w:p>
      <w:r>
        <w:t>...{..} the state is a Jew, Jews, what, what are they, {..}, what are they saying?</w:t>
      </w:r>
    </w:p>
    <w:p>
      <w:r>
        <w:t>[But the state now is..</w:t>
      </w:r>
    </w:p>
    <w:p>
      <w:r>
        <w:t>They think that peace, with peace there will be a lot of money for the Land of Israel]</w:t>
      </w:r>
    </w:p>
    <w:p>
      <w:r>
        <w:t>Huh? Yes?</w:t>
      </w:r>
    </w:p>
    <w:p>
      <w:r>
        <w:t>[Yes, for this, for them they think like this, if there is peace, there will be a lot of money]</w:t>
      </w:r>
    </w:p>
    <w:p>
      <w:r>
        <w:t>Yes?</w:t>
      </w:r>
    </w:p>
    <w:p>
      <w:r>
        <w:t>[Negotiations with Arabs and with the whole world, like this, they think like this</w:t>
      </w:r>
    </w:p>
    <w:p>
      <w:r>
        <w:t>And because of this they are prepared to.. do many things for the Arabs]</w:t>
      </w:r>
    </w:p>
    <w:p>
      <w:r>
        <w:t>And the state does not want, the Jews do not want</w:t>
      </w:r>
    </w:p>
    <w:p>
      <w:r>
        <w:t>[Uh.. many religious Jews do not want it, but many, many Jews in the Land of Israel are not so religious, they want it like this, they want negotiations, they want money, they think this is peace, like this] [Rebbe Yisroel..]…</w:t>
      </w:r>
    </w:p>
    <w:p>
      <w:r>
        <w:t>...[Is holding a demonstration something good or not?]</w:t>
      </w:r>
    </w:p>
    <w:p>
      <w:r>
        <w:t>I do not know, I do not know</w:t>
      </w:r>
    </w:p>
    <w:p>
      <w:r>
        <w:t>[But what, what can we do against this? What, uh.. what, what can be done?]</w:t>
      </w:r>
    </w:p>
    <w:p>
      <w:r>
        <w:t>{….} Against the government nothing can be done</w:t>
      </w:r>
    </w:p>
    <w:p>
      <w:r>
        <w:t>[No?]</w:t>
      </w:r>
    </w:p>
    <w:p>
      <w:r>
        <w:t>Certainly, they are strong</w:t>
      </w:r>
    </w:p>
    <w:p>
      <w:r>
        <w:t>[Yes, certainly they are strong, even the Americans, they, they told the government</w:t>
      </w:r>
    </w:p>
    <w:p>
      <w:r>
        <w:t>One must be very careful about the.. about the religious Jews]</w:t>
      </w:r>
    </w:p>
    <w:p>
      <w:r>
        <w:t>Yes?</w:t>
      </w:r>
    </w:p>
    <w:p>
      <w:r>
        <w:t>[Yes, because they know that the religious Jews are {against} peace, this peace, they do not want it]</w:t>
      </w:r>
    </w:p>
    <w:p>
      <w:r>
        <w:t>{..}, they?</w:t>
      </w:r>
    </w:p>
    <w:p>
      <w:r>
        <w:t>[They are against, against it, they, they know it</w:t>
      </w:r>
    </w:p>
    <w:p>
      <w:r>
        <w:t>The religious Jews do not want to give t.. anything to the Arabs, anything]</w:t>
      </w:r>
    </w:p>
    <w:p>
      <w:r>
        <w:t>Nu, and what will the government say?</w:t>
      </w:r>
    </w:p>
    <w:p>
      <w:r>
        <w:t>[There is money, there is a lot of money for them, they think that peace will give the Land of Israel a lot, a lot of money, negotiations with the whole world, with all the Arabs, that is how they think]</w:t>
      </w:r>
    </w:p>
    <w:p>
      <w:r>
        <w:t>Did David go?</w:t>
      </w:r>
    </w:p>
    <w:p>
      <w:r>
        <w:t>[Yes, Rebbe Yisroel, yes]</w:t>
      </w:r>
    </w:p>
    <w:p>
      <w:r>
        <w:t>He went {..}..</w:t>
      </w:r>
    </w:p>
    <w:p>
      <w:r>
        <w:t>[Yes, yes, he went]</w:t>
      </w:r>
    </w:p>
    <w:p>
      <w:r>
        <w:t>To Tzipora</w:t>
      </w:r>
    </w:p>
    <w:p>
      <w:r>
        <w:t>[Yes.. nothing can be done against the government?]</w:t>
      </w:r>
    </w:p>
    <w:p>
      <w:r>
        <w:t>{{. .}}, they are very strong, {..} they have money and they have weapons and they have an army</w:t>
      </w:r>
    </w:p>
    <w:p>
      <w:r>
        <w:t>May Hashem have mercy on us</w:t>
      </w:r>
    </w:p>
    <w:p>
      <w:r>
        <w:t>[...]</w:t>
      </w:r>
    </w:p>
    <w:p>
      <w:r>
        <w:t>[David is going now, now he is going]</w:t>
      </w:r>
    </w:p>
    <w:p>
      <w:r>
        <w:t>He, David is going now?</w:t>
      </w:r>
    </w:p>
    <w:p>
      <w:r>
        <w:t>[Yes, yes, yes]</w:t>
      </w:r>
    </w:p>
    <w:p>
      <w:r>
        <w:t>To bring Tzipora</w:t>
      </w:r>
    </w:p>
    <w:p>
      <w:r>
        <w:t>[Yes]</w:t>
      </w:r>
    </w:p>
    <w:p>
      <w:r>
        <w:t>Good</w:t>
      </w:r>
    </w:p>
    <w:p>
      <w:r>
        <w:t>[But, Rebbe Yisroel, can one say that it is the will of the Holy One, blessed be He, that it is like this?]</w:t>
      </w:r>
    </w:p>
    <w:p>
      <w:r>
        <w:t>I do not know</w:t>
      </w:r>
    </w:p>
    <w:p>
      <w:r>
        <w:t>We believe that the world belongs to the Holy One, blessed be He</w:t>
      </w:r>
    </w:p>
    <w:p>
      <w:r>
        <w:t>[Yes]</w:t>
      </w:r>
    </w:p>
    <w:p>
      <w:r>
        <w:t>Nu, we are Jews {. .} and believe in the Torah</w:t>
      </w:r>
    </w:p>
    <w:p>
      <w:r>
        <w:t>[Yes]</w:t>
      </w:r>
    </w:p>
    <w:p>
      <w:r>
        <w:t>Nu, {..}</w:t>
      </w:r>
    </w:p>
    <w:p>
      <w:r>
        <w:t>{Uh.. yes...} Hashem, blessed be He, {{…}} will intervene and give them blows, to the gentiles, {{. .}}</w:t>
      </w:r>
    </w:p>
    <w:p>
      <w:r>
        <w:t>[And now the.. many religious Jews say, say that this government, it is not a government of Jews]</w:t>
      </w:r>
    </w:p>
    <w:p>
      <w:r>
        <w:t>Yes</w:t>
      </w:r>
    </w:p>
    <w:p>
      <w:r>
        <w:t>[That is what they say, because they, they do not understand so well how a Jew can give so much to the Arabs; this is what they think, it is not a government of Jews, that is what they say]</w:t>
      </w:r>
    </w:p>
    <w:p>
      <w:r>
        <w:t>Ah, {..}…</w:t>
      </w:r>
    </w:p>
    <w:p>
      <w:r>
        <w:t>...[Many Jews in the Land of Israel want to see the Land of Israel like America</w:t>
      </w:r>
    </w:p>
    <w:p>
      <w:r>
        <w:t>With a lot of money, with a lot of negotiations, they want it like this]…</w:t>
      </w:r>
    </w:p>
    <w:p>
      <w:r>
        <w:t>...[I am going now, I am leaving now]</w:t>
      </w:r>
    </w:p>
    <w:p>
      <w:r>
        <w:t>{..}.., you are going now?</w:t>
      </w:r>
    </w:p>
    <w:p>
      <w:r>
        <w:t>[Yes, yes, now]</w:t>
      </w:r>
    </w:p>
    <w:p>
      <w:r>
        <w:t>What, what time is it?</w:t>
      </w:r>
    </w:p>
    <w:p>
      <w:r>
        <w:t>[Uh, one.., eleven, eleven]</w:t>
      </w:r>
    </w:p>
    <w:p>
      <w:r>
        <w:t>Ah, ah, good, {..}…</w:t>
      </w:r>
    </w:p>
    <w:p>
      <w:r>
        <w:t>...{The Redemption}, uh..</w:t>
      </w:r>
    </w:p>
    <w:p>
      <w:r>
        <w:t>[Regarding the matter of Moshiach, many people thought that Moshiach was the.. rabbi of New York]</w:t>
      </w:r>
    </w:p>
    <w:p>
      <w:r>
        <w:t>Huh?</w:t>
      </w:r>
    </w:p>
    <w:p>
      <w:r>
        <w:t>[The.. the.. rabbi..]</w:t>
      </w:r>
    </w:p>
    <w:p>
      <w:r>
        <w:t>Moshiach?</w:t>
      </w:r>
    </w:p>
    <w:p>
      <w:r>
        <w:t>[Many people thought that Moshiach was the rabbi of Lubavitch]</w:t>
      </w:r>
    </w:p>
    <w:p>
      <w:r>
        <w:t>Was?</w:t>
      </w:r>
    </w:p>
    <w:p>
      <w:r>
        <w:t>[The rabbi, the rabbi of Lubavitch]</w:t>
      </w:r>
    </w:p>
    <w:p>
      <w:r>
        <w:t>[Donkey]</w:t>
      </w:r>
    </w:p>
    <w:p>
      <w:r>
        <w:t>Yes?</w:t>
      </w:r>
    </w:p>
    <w:p>
      <w:r>
        <w:t>[Yes, but now he, he passed away]</w:t>
      </w:r>
    </w:p>
    <w:p>
      <w:r>
        <w:t>Huh? Now?</w:t>
      </w:r>
    </w:p>
    <w:p>
      <w:r>
        <w:t>[He passed away]</w:t>
      </w:r>
    </w:p>
    <w:p>
      <w:r>
        <w:t>Huh?</w:t>
      </w:r>
    </w:p>
    <w:p>
      <w:r>
        <w:t>[He, he passed away]</w:t>
      </w:r>
    </w:p>
    <w:p>
      <w:r>
        <w:t>He passed away</w:t>
      </w:r>
    </w:p>
    <w:p>
      <w:r>
        <w:t>[Yes, and now many people think that even though he passed away, he is also Moshiach]</w:t>
      </w:r>
    </w:p>
    <w:p>
      <w:r>
        <w:t>Yes?</w:t>
      </w:r>
    </w:p>
    <w:p>
      <w:r>
        <w:t>[Yes]</w:t>
      </w:r>
    </w:p>
    <w:p>
      <w:r>
        <w:t>{..}, may the Merciful One save us, nu, nu, Hashem, blessed be He, is, He is the Master of the house</w:t>
      </w:r>
    </w:p>
    <w:p>
      <w:r>
        <w:t>[Yes, and now they say like this, there are interpretations in the Torah, in.. holy books</w:t>
      </w:r>
    </w:p>
    <w:p>
      <w:r>
        <w:t>Where it is, one can understand this, that it is possible that even though he passed away, he is Moshiach, and one must wait and..] {..}…</w:t>
      </w:r>
    </w:p>
    <w:p>
      <w:r>
        <w:t>...Everything</w:t>
      </w:r>
    </w:p>
    <w:p>
      <w:r>
        <w:t>[Everything will be good]</w:t>
      </w:r>
    </w:p>
    <w:p>
      <w:r>
        <w:t>Ah, and what do you do, {{Ami}}, for a livelihood?…</w:t>
      </w:r>
    </w:p>
    <w:p>
      <w:r>
        <w:t>...[Yes, certainly, whenever you want]</w:t>
      </w:r>
    </w:p>
    <w:p>
      <w:r>
        <w:t>You, now {..} I can go with you</w:t>
      </w:r>
    </w:p>
    <w:p>
      <w:r>
        <w:t>[Yes, no problem.. only my wife is still in the hospital for another two days, and afterward she returns]</w:t>
      </w:r>
    </w:p>
    <w:p>
      <w:r>
        <w:t>{…} She is giving birth?</w:t>
      </w:r>
    </w:p>
    <w:p>
      <w:r>
        <w:t>[Yes, yes]</w:t>
      </w:r>
    </w:p>
    <w:p>
      <w:r>
        <w:t>What?</w:t>
      </w:r>
    </w:p>
    <w:p>
      <w:r>
        <w:t>[She is in the hospital for another two days, with Hashem's help, but you can come]</w:t>
      </w:r>
    </w:p>
    <w:p>
      <w:r>
        <w:t>What did she give birth to?</w:t>
      </w:r>
    </w:p>
    <w:p>
      <w:r>
        <w:t>[She had a g.., a girl]</w:t>
      </w:r>
    </w:p>
    <w:p>
      <w:r>
        <w:t>A girl</w:t>
      </w:r>
    </w:p>
    <w:p>
      <w:r>
        <w:t>[Yes]</w:t>
      </w:r>
    </w:p>
    <w:p>
      <w:r>
        <w:t>A daughter</w:t>
      </w:r>
    </w:p>
    <w:p>
      <w:r>
        <w:t>[Yes, a daughter]</w:t>
      </w:r>
    </w:p>
    <w:p>
      <w:r>
        <w:t>{..}, nu, may you merit to raise her to Torah, to the wedding canopy, and to good deeds, {..} and length of days and good years</w:t>
      </w:r>
    </w:p>
    <w:p>
      <w:r>
        <w:t>[Amen]</w:t>
      </w:r>
    </w:p>
    <w:p>
      <w:r>
        <w:t>Uh..</w:t>
      </w:r>
    </w:p>
    <w:p>
      <w:r>
        <w:t>Sit, what, why are you standing? Oh, {azoy} (like this)</w:t>
      </w:r>
    </w:p>
    <w:p>
      <w:r>
        <w:t>How many children do you have?</w:t>
      </w:r>
    </w:p>
    <w:p>
      <w:r>
        <w:t>[Uh, seven, blessed is Hashem]</w:t>
      </w:r>
    </w:p>
    <w:p>
      <w:r>
        <w:t>{May Hashem give them} length of days and {good} years and all.., and all good</w:t>
      </w:r>
    </w:p>
    <w:p>
      <w:r>
        <w:t>[Amen]</w:t>
      </w:r>
    </w:p>
    <w:p>
      <w:r>
        <w:t>And all the salvations</w:t>
      </w:r>
    </w:p>
    <w:p>
      <w:r>
        <w:t>[Amen, amen]</w:t>
      </w:r>
    </w:p>
    <w:p>
      <w:r>
        <w:t>And may you see much nachas from them</w:t>
      </w:r>
    </w:p>
    <w:p>
      <w:r>
        <w:t>[Amen]</w:t>
      </w:r>
    </w:p>
    <w:p>
      <w:r>
        <w:t>What do you have, males, females?</w:t>
      </w:r>
    </w:p>
    <w:p>
      <w:r>
        <w:t>[Uh.. the.. four sons and three daughters]</w:t>
      </w:r>
    </w:p>
    <w:p>
      <w:r>
        <w:t>Ah, ah..</w:t>
      </w:r>
    </w:p>
    <w:p>
      <w:r>
        <w:t>[Blessed is Hashem, a great gift from the Holy One, blessed be He]</w:t>
      </w:r>
    </w:p>
    <w:p>
      <w:r>
        <w:t>And where is the wife from? From where, from which country?</w:t>
      </w:r>
    </w:p>
    <w:p>
      <w:r>
        <w:t>[F.. from Algeria]</w:t>
      </w:r>
    </w:p>
    <w:p>
      <w:r>
        <w:t>Huh?</w:t>
      </w:r>
    </w:p>
    <w:p>
      <w:r>
        <w:t>[Algeria]</w:t>
      </w:r>
    </w:p>
    <w:p>
      <w:r>
        <w:t>Algeria?</w:t>
      </w:r>
    </w:p>
    <w:p>
      <w:r>
        <w:t>[Yes]</w:t>
      </w:r>
    </w:p>
    <w:p>
      <w:r>
        <w:t>. The parents? Do you live together with the parents?</w:t>
      </w:r>
    </w:p>
    <w:p>
      <w:r>
        <w:t>[Uh.. my parents?]</w:t>
      </w:r>
    </w:p>
    <w:p>
      <w:r>
        <w:t>Yo</w:t>
      </w:r>
    </w:p>
    <w:p>
      <w:r>
        <w:t>[No, because they are only here for a few weeks]</w:t>
      </w:r>
    </w:p>
    <w:p>
      <w:r>
        <w:t>For?</w:t>
      </w:r>
    </w:p>
    <w:p>
      <w:r>
        <w:t>[A few weeks, for a month]</w:t>
      </w:r>
    </w:p>
    <w:p>
      <w:r>
        <w:t>At your place?</w:t>
      </w:r>
    </w:p>
    <w:p>
      <w:r>
        <w:t>[Yes, and afterward they return t.. to France]</w:t>
      </w:r>
    </w:p>
    <w:p>
      <w:r>
        <w:t>Yes?</w:t>
      </w:r>
    </w:p>
    <w:p>
      <w:r>
        <w:t>[Yes]</w:t>
      </w:r>
    </w:p>
    <w:p>
      <w:r>
        <w:t>Are they religious?</w:t>
      </w:r>
    </w:p>
    <w:p>
      <w:r>
        <w:t>[Uh.. so-so, so-so, my father has many problems with his memory]</w:t>
      </w:r>
    </w:p>
    <w:p>
      <w:r>
        <w:t>With {the memory}?</w:t>
      </w:r>
    </w:p>
    <w:p>
      <w:r>
        <w:t>[Yes, he, he is very ill]</w:t>
      </w:r>
    </w:p>
    <w:p>
      <w:r>
        <w:t>Yes?</w:t>
      </w:r>
    </w:p>
    <w:p>
      <w:r>
        <w:t>[Yes, he has a serious illness..]</w:t>
      </w:r>
    </w:p>
    <w:p>
      <w:r>
        <w:t>{..}</w:t>
      </w:r>
    </w:p>
    <w:p>
      <w:r>
        <w:t>[Very serious]</w:t>
      </w:r>
    </w:p>
    <w:p>
      <w:r>
        <w:t>Huh?</w:t>
      </w:r>
    </w:p>
    <w:p>
      <w:r>
        <w:t>[He has a very serious illness]</w:t>
      </w:r>
    </w:p>
    <w:p>
      <w:r>
        <w:t>What illness?</w:t>
      </w:r>
    </w:p>
    <w:p>
      <w:r>
        <w:t>[It is.. all the time he, he does not, he forgets everything]</w:t>
      </w:r>
    </w:p>
    <w:p>
      <w:r>
        <w:t>Yes?</w:t>
      </w:r>
    </w:p>
    <w:p>
      <w:r>
        <w:t>[Yes, it, it is in the head, the brai..]</w:t>
      </w:r>
    </w:p>
    <w:p>
      <w:r>
        <w:t>Ah</w:t>
      </w:r>
    </w:p>
    <w:p>
      <w:r>
        <w:t>[With time it does not work, God forbid]</w:t>
      </w:r>
    </w:p>
    <w:p>
      <w:r>
        <w:t>Does not work?</w:t>
      </w:r>
    </w:p>
    <w:p>
      <w:r>
        <w:t>[No]</w:t>
      </w:r>
    </w:p>
    <w:p>
      <w:r>
        <w:t>What does he work at?</w:t>
      </w:r>
    </w:p>
    <w:p>
      <w:r>
        <w:t>[What, what, what, what does he work at? He does not work now, he..]</w:t>
      </w:r>
    </w:p>
    <w:p>
      <w:r>
        <w:t>Yes</w:t>
      </w:r>
    </w:p>
    <w:p>
      <w:r>
        <w:t>[He cannot, all the time he forgets, he forgets, he forgets everything]</w:t>
      </w:r>
    </w:p>
    <w:p>
      <w:r>
        <w:t>Ah, and the mother?</w:t>
      </w:r>
    </w:p>
    <w:p>
      <w:r>
        <w:t>[For her it is very difficult, for life it is very difficult</w:t>
      </w:r>
    </w:p>
    <w:p>
      <w:r>
        <w:t>{Yes}</w:t>
      </w:r>
    </w:p>
    <w:p>
      <w:r>
        <w:t>[And the doctors..]</w:t>
      </w:r>
    </w:p>
    <w:p>
      <w:r>
        <w:t>{..}.. The mother lives together with you, no?</w:t>
      </w:r>
    </w:p>
    <w:p>
      <w:r>
        <w:t>[Yes, now, yes, but afterward they travel t.., they return to France]</w:t>
      </w:r>
    </w:p>
    <w:p>
      <w:r>
        <w:t>Yes?</w:t>
      </w:r>
    </w:p>
    <w:p>
      <w:r>
        <w:t>[Yes]</w:t>
      </w:r>
    </w:p>
    <w:p>
      <w:r>
        <w:t>Why?</w:t>
      </w:r>
    </w:p>
    <w:p>
      <w:r>
        <w:t>[I do not know]</w:t>
      </w:r>
    </w:p>
    <w:p>
      <w:r>
        <w:t>{..}</w:t>
      </w:r>
    </w:p>
    <w:p>
      <w:r>
        <w:t>[All the time I say t.. to them, this, the Land of Israel is a country of medicine]</w:t>
      </w:r>
    </w:p>
    <w:p>
      <w:r>
        <w:t>Yes</w:t>
      </w:r>
    </w:p>
    <w:p>
      <w:r>
        <w:t>[But.. I do not know why they are returning]</w:t>
      </w:r>
    </w:p>
    <w:p>
      <w:r>
        <w:t>But can I stay at your place?</w:t>
      </w:r>
    </w:p>
    <w:p>
      <w:r>
        <w:t>[Yes, yes, yes]</w:t>
      </w:r>
    </w:p>
    <w:p>
      <w:r>
        <w:t>Where do the children study?</w:t>
      </w:r>
    </w:p>
    <w:p>
      <w:r>
        <w:t>[They are in a Talmud Torah]</w:t>
      </w:r>
    </w:p>
    <w:p>
      <w:r>
        <w:t>Yes?</w:t>
      </w:r>
    </w:p>
    <w:p>
      <w:r>
        <w:t>[Yes, it is a little Lithuanian, they..]</w:t>
      </w:r>
    </w:p>
    <w:p>
      <w:r>
        <w:t>Lithuanians</w:t>
      </w:r>
    </w:p>
    <w:p>
      <w:r>
        <w:t>[Yes, but good, difficult, it is difficult to find a Talmud Torah for our children, very difficult; generally they do not, they do not want to take our children]</w:t>
      </w:r>
    </w:p>
    <w:p>
      <w:r>
        <w:t>They do not want?</w:t>
      </w:r>
    </w:p>
    <w:p>
      <w:r>
        <w:t>[To take our children]</w:t>
      </w:r>
    </w:p>
    <w:p>
      <w:r>
        <w:t>Who?</w:t>
      </w:r>
    </w:p>
    <w:p>
      <w:r>
        <w:t>[The Talmud Torah]</w:t>
      </w:r>
    </w:p>
    <w:p>
      <w:r>
        <w:t>Yes?</w:t>
      </w:r>
    </w:p>
    <w:p>
      <w:r>
        <w:t>[Yes]</w:t>
      </w:r>
    </w:p>
    <w:p>
      <w:r>
        <w:t>Why?</w:t>
      </w:r>
    </w:p>
    <w:p>
      <w:r>
        <w:t>[Ah, because they se.., they see that this, that they are in Breslov Chassidus..]…</w:t>
      </w:r>
    </w:p>
    <w:p>
      <w:r>
        <w:t>...[And..]</w:t>
      </w:r>
    </w:p>
    <w:p>
      <w:r>
        <w:t>{..} They don't..</w:t>
      </w:r>
    </w:p>
    <w:p>
      <w:r>
        <w:t>[Not so much]</w:t>
      </w:r>
    </w:p>
    <w:p>
      <w:r>
        <w:t>{{...}}, are they Litvaks?</w:t>
      </w:r>
    </w:p>
    <w:p>
      <w:r>
        <w:t>[Yes, for them the matter of prayer is not so important, only learning, learning, only learning</w:t>
      </w:r>
    </w:p>
    <w:p>
      <w:r>
        <w:t>And this too is a problem for us, it is a problem for the children]</w:t>
      </w:r>
    </w:p>
    <w:p>
      <w:r>
        <w:t>Yes..</w:t>
      </w:r>
    </w:p>
    <w:p>
      <w:r>
        <w:t>Do the children sleep in the 'rooms'?</w:t>
      </w:r>
    </w:p>
    <w:p>
      <w:r>
        <w:t>[Ah, no, no, no, they are in.., they.. in the evening they are at home]</w:t>
      </w:r>
    </w:p>
    <w:p>
      <w:r>
        <w:t>Ah?</w:t>
      </w:r>
    </w:p>
    <w:p>
      <w:r>
        <w:t>[They return home in the evening]</w:t>
      </w:r>
    </w:p>
    <w:p>
      <w:r>
        <w:t>Ah</w:t>
      </w:r>
    </w:p>
    <w:p>
      <w:r>
        <w:t>[Afterward they, they tr.., they travel ev.. every day]...</w:t>
      </w:r>
    </w:p>
    <w:p>
      <w:r>
        <w:t>...[Today is Thursday, the sixth of Av 5754, in Yerushalayim at David Boudra's, Givat Mordechai]...</w:t>
      </w:r>
    </w:p>
    <w:p>
      <w:r>
        <w:t>...(Saba laughs)</w:t>
      </w:r>
    </w:p>
    <w:p>
      <w:r>
        <w:t>{Sit close, closer …}</w:t>
      </w:r>
    </w:p>
    <w:p>
      <w:r>
        <w:t>[Was Rabbi Shmuel Horowitz, was……..?]</w:t>
      </w:r>
    </w:p>
    <w:p>
      <w:r>
        <w:t>Oy vey, weak, cannot speak, cannot move a limb</w:t>
      </w:r>
    </w:p>
    <w:p>
      <w:r>
        <w:t>Give me something to eat, to drink</w:t>
      </w:r>
    </w:p>
    <w:p>
      <w:r>
        <w:t>[Rebbe Yisroel, Rebbe Yisroel, he asked whether Rabbi Shmuel Horowitz was together with you?]</w:t>
      </w:r>
    </w:p>
    <w:p>
      <w:r>
        <w:t>David?</w:t>
      </w:r>
    </w:p>
    <w:p>
      <w:r>
        <w:t>[He is asking whether, whether Rabbi Shmuel Horowitz was together with you in Tzfas?]</w:t>
      </w:r>
    </w:p>
    <w:p>
      <w:r>
        <w:t>{Yes}</w:t>
      </w:r>
    </w:p>
    <w:p>
      <w:r>
        <w:t>[He is asking]</w:t>
      </w:r>
    </w:p>
    <w:p>
      <w:r>
        <w:t>{..}</w:t>
      </w:r>
    </w:p>
    <w:p>
      <w:r>
        <w:t>[Did you know Rabbi Shaya Horowitz?]</w:t>
      </w:r>
    </w:p>
    <w:p>
      <w:r>
        <w:t>[..]</w:t>
      </w:r>
    </w:p>
    <w:p>
      <w:r>
        <w:t>[Did you know Rabbi Shaya..]</w:t>
      </w:r>
    </w:p>
    <w:p>
      <w:r>
        <w:t>I brought {..} Shmuel Horowitz close, I brought him close to Rabbainu</w:t>
      </w:r>
    </w:p>
    <w:p>
      <w:r>
        <w:t>He was a Chabadnik, his father was a Chabadnik, and father {of mine ...}, he is from a Chabad family, yes</w:t>
      </w:r>
    </w:p>
    <w:p>
      <w:r>
        <w:t>And the.. and the father wrote to his mother, ah.. {{that she should, . .}}</w:t>
      </w:r>
    </w:p>
    <w:p>
      <w:r>
        <w:t>That she should do everything s.. s.. so that he would not be Breslov</w:t>
      </w:r>
    </w:p>
    <w:p>
      <w:r>
        <w:t>And she {{. .}} and cried:</w:t>
      </w:r>
    </w:p>
    <w:p>
      <w:r>
        <w:t>"Oy vey, my son became Breslov"</w:t>
      </w:r>
    </w:p>
    <w:p>
      <w:r>
        <w:t>Oy..</w:t>
      </w:r>
    </w:p>
    <w:p>
      <w:r>
        <w:t>{...}, does Breslov not need to eat?</w:t>
      </w:r>
    </w:p>
    <w:p>
      <w:r>
        <w:t>{Breslov}</w:t>
      </w:r>
    </w:p>
    <w:p>
      <w:r>
        <w:t>You are a grandfather, he is a grandfather, who, who is the grandfather?</w:t>
      </w:r>
    </w:p>
    <w:p>
      <w:r>
        <w:t>[This is the grandson]</w:t>
      </w:r>
    </w:p>
    <w:p>
      <w:r>
        <w:t>He is a grandfather</w:t>
      </w:r>
    </w:p>
    <w:p>
      <w:r>
        <w:t>[The grandson, the grandson]</w:t>
      </w:r>
    </w:p>
    <w:p>
      <w:r>
        <w:t>[{}]</w:t>
      </w:r>
    </w:p>
    <w:p>
      <w:r>
        <w:t>{..} and it is written..</w:t>
      </w:r>
    </w:p>
    <w:p>
      <w:r>
        <w:t>[{…….}]</w:t>
      </w:r>
    </w:p>
    <w:p>
      <w:r>
        <w:t>In "Chayei Moharan," Rabbainu the holy one said:</w:t>
      </w:r>
    </w:p>
    <w:p>
      <w:r>
        <w:t>"W.. why did they give him the name "Shpola, Shpola Zeide"?” Why?</w:t>
      </w:r>
    </w:p>
    <w:p>
      <w:r>
        <w:t>"Shpo.., Shpola Zeide"</w:t>
      </w:r>
    </w:p>
    <w:p>
      <w:r>
        <w:t>Then Rabbainu says:</w:t>
      </w:r>
    </w:p>
    <w:p>
      <w:r>
        <w:t>"{..} Zeide, that is the father of fathers; a father is the.. is the father of impurity, and a grandfather is the father of the fathers of impurity</w:t>
      </w:r>
    </w:p>
    <w:p>
      <w:r>
        <w:t>He, he is the father of fathers"</w:t>
      </w:r>
    </w:p>
    <w:p>
      <w:r>
        <w:t>Because of this they call him the "Zeide of Shpola," "Shpola Zeide," {..}</w:t>
      </w:r>
    </w:p>
    <w:p>
      <w:r>
        <w:t>[…….]</w:t>
      </w:r>
    </w:p>
    <w:p>
      <w:r>
        <w:t>{..} Rabbainu the holy one was in.. and in.. in..Uman at the time of the dispute</w:t>
      </w:r>
    </w:p>
    <w:p>
      <w:r>
        <w:t>He, he said to him, he was {...} young, {. .} and he was a {..} grandfather</w:t>
      </w:r>
    </w:p>
    <w:p>
      <w:r>
        <w:t>Then Rabbainu the holy one said to him: "You are disputing me"</w:t>
      </w:r>
    </w:p>
    <w:p>
      <w:r>
        <w:t>Then he said: "Chas v'shalom, I am already old, old</w:t>
      </w:r>
    </w:p>
    <w:p>
      <w:r>
        <w:t>I {..}, I would make a {dis..}.., dispute against you? What are you saying?"</w:t>
      </w:r>
    </w:p>
    <w:p>
      <w:r>
        <w:t>{. .}, then Rabbainu.., he took two fingers from Rabbainu's fingers, and put them in his mouth and said to him:</w:t>
      </w:r>
    </w:p>
    <w:p>
      <w:r>
        <w:t>"I am already old, I no longer have teeth in my mouth; I would dispute you?"</w:t>
      </w:r>
    </w:p>
    <w:p>
      <w:r>
        <w:t>Then Rabbainu the holy one said:</w:t>
      </w:r>
    </w:p>
    <w:p>
      <w:r>
        <w:t>"{He}, Hashem Yisbarach performed miracles for him, that beforehand, before, before he.. inserted the fingers in.. into the mouth, into his mouth," Rabbainu, of blessed memory, said:</w:t>
      </w:r>
    </w:p>
    <w:p>
      <w:r>
        <w:t>"That he has miracles, {{that…}} he did not have teeth; if he had teeth he would have, would have bitten {the teeth}"</w:t>
      </w:r>
    </w:p>
    <w:p>
      <w:r>
        <w:t>Nu, is there something to eat, to drink {..} or not?</w:t>
      </w:r>
    </w:p>
    <w:p>
      <w:r>
        <w:t>[..Yes, what..]</w:t>
      </w:r>
    </w:p>
    <w:p>
      <w:r>
        <w:t>Not yet?</w:t>
      </w:r>
    </w:p>
    <w:p>
      <w:r>
        <w:t>[What do you want to eat? Rebbe Yisroel, what do you want to eat? Rebbe Yisroel]</w:t>
      </w:r>
    </w:p>
    <w:p>
      <w:r>
        <w:t>Ah, {..}.. perhaps fish, fish with, with, with, with a roll</w:t>
      </w:r>
    </w:p>
    <w:p>
      <w:r>
        <w:t>Put a little oil in this, a little</w:t>
      </w:r>
    </w:p>
    <w:p>
      <w:r>
        <w:t>{..}</w:t>
      </w:r>
    </w:p>
    <w:p>
      <w:r>
        <w:t>It was, his name was "Shpola Zeide," that is how he had the name</w:t>
      </w:r>
    </w:p>
    <w:p>
      <w:r>
        <w:t>Then Rabbainu the holy one, he said {{...}}:</w:t>
      </w:r>
    </w:p>
    <w:p>
      <w:r>
        <w:t>"That they called him "Shpola Zeide," because a father is the father of impurity, and Zeide is the father of the fathers of impurity"</w:t>
      </w:r>
    </w:p>
    <w:p>
      <w:r>
        <w:t>{The Zeide}</w:t>
      </w:r>
    </w:p>
    <w:p>
      <w:r>
        <w:t>He disputed Rabbainu, he is the "father of fathers," not "fathers," he is {the father of..}.., "the father of fathers"</w:t>
      </w:r>
    </w:p>
    <w:p>
      <w:r>
        <w:t>{Uh..}, Blessed are You, Hashem, {our God, King of the universe,} Who creates various kinds of nourishment</w:t>
      </w:r>
    </w:p>
    <w:p>
      <w:r>
        <w:t>[Amen]…</w:t>
      </w:r>
    </w:p>
    <w:p>
      <w:r>
        <w:t>...{…}…</w:t>
      </w:r>
    </w:p>
    <w:p>
      <w:r>
        <w:t>...{…}</w:t>
      </w:r>
    </w:p>
    <w:p>
      <w:r>
        <w:t>[Did you know Rabbi Eliezer Shlomo Schick?] Their Rebbe was..</w:t>
      </w:r>
    </w:p>
    <w:p>
      <w:r>
        <w:t>[No..]</w:t>
      </w:r>
    </w:p>
    <w:p>
      <w:r>
        <w:t>His name was Shmuel..</w:t>
      </w:r>
    </w:p>
    <w:p>
      <w:r>
        <w:t>[Shlomo]</w:t>
      </w:r>
    </w:p>
    <w:p>
      <w:r>
        <w:t>Shmuel</w:t>
      </w:r>
    </w:p>
    <w:p>
      <w:r>
        <w:t>[Shlomo, did you know Shlomo? Shlomo]</w:t>
      </w:r>
    </w:p>
    <w:p>
      <w:r>
        <w:t>Ah?</w:t>
      </w:r>
    </w:p>
    <w:p>
      <w:r>
        <w:t>[Did you know Rabbi Eliezer Shlomo?]</w:t>
      </w:r>
    </w:p>
    <w:p>
      <w:r>
        <w:t>Nu, where is the egg?</w:t>
      </w:r>
    </w:p>
    <w:p>
      <w:r>
        <w:t>[He is bringing it already]</w:t>
      </w:r>
    </w:p>
    <w:p>
      <w:r>
        <w:t>{This} is not</w:t>
      </w:r>
    </w:p>
    <w:p>
      <w:r>
        <w:t>[This, this, this is a roll]</w:t>
      </w:r>
    </w:p>
    <w:p>
      <w:r>
        <w:t>[……..]…</w:t>
      </w:r>
    </w:p>
    <w:p>
      <w:r>
        <w:t>...{...}</w:t>
      </w:r>
    </w:p>
    <w:p>
      <w:r>
        <w:t>[I too, I too, with Hashem's help, am not traveling] [This, this is real news]</w:t>
      </w:r>
    </w:p>
    <w:p>
      <w:r>
        <w:t>Ah?</w:t>
      </w:r>
    </w:p>
    <w:p>
      <w:r>
        <w:t>[This is real news]</w:t>
      </w:r>
    </w:p>
    <w:p>
      <w:r>
        <w:t>{..}, the trips..</w:t>
      </w:r>
    </w:p>
    <w:p>
      <w:r>
        <w:t>[New..]</w:t>
      </w:r>
    </w:p>
    <w:p>
      <w:r>
        <w:t>To Uman for Rosh Hashanah?</w:t>
      </w:r>
    </w:p>
    <w:p>
      <w:r>
        <w:t>[No, no, in Yerushalayim]</w:t>
      </w:r>
    </w:p>
    <w:p>
      <w:r>
        <w:t>In Yerushalayim, nu, nu.. {..}</w:t>
      </w:r>
    </w:p>
    <w:p>
      <w:r>
        <w:t>[.…………………………]... ...[………….…………………]</w:t>
      </w:r>
    </w:p>
    <w:p>
      <w:r>
        <w:t>...[Shalom, Rebbe Yisroel]</w:t>
      </w:r>
    </w:p>
    <w:p>
      <w:r>
        <w:t>Is there news?</w:t>
      </w:r>
    </w:p>
    <w:p>
      <w:r>
        <w:t>[I don't know]</w:t>
      </w:r>
    </w:p>
    <w:p>
      <w:r>
        <w:t>Don't know, you also don't know?</w:t>
      </w:r>
    </w:p>
    <w:p>
      <w:r>
        <w:t>[Don't know]</w:t>
      </w:r>
    </w:p>
    <w:p>
      <w:r>
        <w:t>{….}, {..}, only you</w:t>
      </w:r>
    </w:p>
    <w:p>
      <w:r>
        <w:t>[Yes]</w:t>
      </w:r>
    </w:p>
    <w:p>
      <w:r>
        <w:t>[What news?]</w:t>
      </w:r>
    </w:p>
    <w:p>
      <w:r>
        <w:t>[..………]</w:t>
      </w:r>
    </w:p>
    <w:p>
      <w:r>
        <w:t>[...…..…]</w:t>
      </w:r>
    </w:p>
    <w:p>
      <w:r>
        <w:t>{..this..}</w:t>
      </w:r>
    </w:p>
    <w:p>
      <w:r>
        <w:t>[…………..….]</w:t>
      </w:r>
    </w:p>
    <w:p>
      <w:r>
        <w:t>[………...……]…</w:t>
      </w:r>
    </w:p>
    <w:p>
      <w:r>
        <w:t>...Take a chair</w:t>
      </w:r>
    </w:p>
    <w:p>
      <w:r>
        <w:t>[Thank you]…</w:t>
      </w:r>
    </w:p>
    <w:p>
      <w:r>
        <w:t>...[Saba, can you bless me?]…</w:t>
      </w:r>
    </w:p>
    <w:p>
      <w:r>
        <w:t>...To the whole world, that there is Uman in the world</w:t>
      </w:r>
    </w:p>
    <w:p>
      <w:r>
        <w:t>[Th.. th..?]</w:t>
      </w:r>
    </w:p>
    <w:p>
      <w:r>
        <w:t>[Uman in the world]</w:t>
      </w:r>
    </w:p>
    <w:p>
      <w:r>
        <w:t>[There will be Uman]</w:t>
      </w:r>
    </w:p>
    <w:p>
      <w:r>
        <w:t>[Uman]</w:t>
      </w:r>
    </w:p>
    <w:p>
      <w:r>
        <w:t>[There will be Uman in.. the world]</w:t>
      </w:r>
    </w:p>
    <w:p>
      <w:r>
        <w:t>They will come from the entire world to Uman</w:t>
      </w:r>
    </w:p>
    <w:p>
      <w:r>
        <w:t>[I am traveling to Uman, baruch Hashem]</w:t>
      </w:r>
    </w:p>
    <w:p>
      <w:r>
        <w:t>[About what is he….]…</w:t>
      </w:r>
    </w:p>
    <w:p>
      <w:r>
        <w:t>...[You once said that..]</w:t>
      </w:r>
    </w:p>
    <w:p>
      <w:r>
        <w:t>Airplanes…</w:t>
      </w:r>
    </w:p>
    <w:p>
      <w:r>
        <w:t>...Many will come to Uman on the eve of Rosh Hashanah, there will be, oh, oh..</w:t>
      </w:r>
    </w:p>
    <w:p>
      <w:r>
        <w:t>[..]</w:t>
      </w:r>
    </w:p>
    <w:p>
      <w:r>
        <w:t>There will be joy throughout the world, {there is Uman, I have .…, ah.. ah..}</w:t>
      </w:r>
    </w:p>
    <w:p>
      <w:r>
        <w:t>"Uman, there is Uman in the world"…</w:t>
      </w:r>
    </w:p>
    <w:p>
      <w:r>
        <w:t>...They will come from America, and from the entire world they will come to Uman…</w:t>
      </w:r>
    </w:p>
    <w:p>
      <w:r>
        <w:t>...Zionists</w:t>
      </w:r>
    </w:p>
    <w:p>
      <w:r>
        <w:t>"What, what, what? Where to travel?"</w:t>
      </w:r>
    </w:p>
    <w:p>
      <w:r>
        <w:t>[………]</w:t>
      </w:r>
    </w:p>
    <w:p>
      <w:r>
        <w:t>[……...]…</w:t>
      </w:r>
    </w:p>
    <w:p>
      <w:r>
        <w:t>...{The.. will arrive, … ah}, they will arrive at U.., at Uman, the.. {..} the.. {what will there be?} the.. the.. {..}</w:t>
      </w:r>
    </w:p>
    <w:p>
      <w:r>
        <w:t>[The airplanes]</w:t>
      </w:r>
    </w:p>
    <w:p>
      <w:r>
        <w:t>{..} the.. the flying ones</w:t>
      </w:r>
    </w:p>
    <w:p>
      <w:r>
        <w:t>[The airplanes]</w:t>
      </w:r>
    </w:p>
    <w:p>
      <w:r>
        <w:t>{full\what is this?}</w:t>
      </w:r>
    </w:p>
    <w:p>
      <w:r>
        <w:t>[The airplanes]</w:t>
      </w:r>
    </w:p>
    <w:p>
      <w:r>
        <w:t>The airplanes, yes, {…}, all day they will come…</w:t>
      </w:r>
    </w:p>
    <w:p>
      <w:r>
        <w:t>...{We will reveal} to all the heretics, to all the Zionists: "That there is Uman in the world"…</w:t>
      </w:r>
    </w:p>
    <w:p>
      <w:r>
        <w:t>...From England and from all, fr.. from the entire world, all day the airplanes will come…</w:t>
      </w:r>
    </w:p>
    <w:p>
      <w:r>
        <w:t>...{….. , ah}…</w:t>
      </w:r>
    </w:p>
    <w:p>
      <w:r>
        <w:t>...The Master of the World, He {..} proclaims and announces to the entire world: "That there is Uman in the world" {..}…</w:t>
      </w:r>
    </w:p>
    <w:p>
      <w:r>
        <w:t>..."Uman in the world, there is Uman in the world, {..}</w:t>
      </w:r>
    </w:p>
    <w:p>
      <w:r>
        <w:t>What do you think?"…</w:t>
      </w:r>
    </w:p>
    <w:p>
      <w:r>
        <w:t>...{All} the airplanes from England and from Russia and fr.. from Atalia, from all the places the.. all of them will come to Uman</w:t>
      </w:r>
    </w:p>
    <w:p>
      <w:r>
        <w:t>[And also from Israel, and also from Eretz Yisroel]</w:t>
      </w:r>
    </w:p>
    <w:p>
      <w:r>
        <w:t>{..}…</w:t>
      </w:r>
    </w:p>
    <w:p>
      <w:r>
        <w:t>...{…}...</w:t>
      </w:r>
    </w:p>
    <w:p>
      <w:r>
        <w:t>...Ah?</w:t>
      </w:r>
    </w:p>
    <w:p>
      <w:r>
        <w:t>[Who will pay?]</w:t>
      </w:r>
    </w:p>
    <w:p>
      <w:r>
        <w:t>{{Who will pa.., ah, who…}}, whoever will pay will pay, will pay, it is free</w:t>
      </w:r>
    </w:p>
    <w:p>
      <w:r>
        <w:t>There and back {..} for free…</w:t>
      </w:r>
    </w:p>
    <w:p>
      <w:r>
        <w:t>...Uman, for everyone there and back…</w:t>
      </w:r>
    </w:p>
    <w:p>
      <w:r>
        <w:t>...[Even with money, I am prepared to pay]</w:t>
      </w:r>
    </w:p>
    <w:p>
      <w:r>
        <w:t>Yes</w:t>
      </w:r>
    </w:p>
    <w:p>
      <w:r>
        <w:t>[..Such a gift has never existed in the world]</w:t>
      </w:r>
    </w:p>
    <w:p>
      <w:r>
        <w:t>{..}</w:t>
      </w:r>
    </w:p>
    <w:p>
      <w:r>
        <w:t>[It is a gift]</w:t>
      </w:r>
    </w:p>
    <w:p>
      <w:r>
        <w:t>Ah, money is nothing, the main thing is Uman…</w:t>
      </w:r>
    </w:p>
    <w:p>
      <w:r>
        <w:t>...To announce to all the Zionists: "That there is Uman in the world"</w:t>
      </w:r>
    </w:p>
    <w:p>
      <w:r>
        <w:t>So that they will know that there is Uman in the world</w:t>
      </w:r>
    </w:p>
    <w:p>
      <w:r>
        <w:t>[Pshh..]</w:t>
      </w:r>
    </w:p>
    <w:p>
      <w:r>
        <w:t>Who..? They can travel there and back for free.. to Uman</w:t>
      </w:r>
    </w:p>
    <w:p>
      <w:r>
        <w:t>Who will pay? I.., we do not know…</w:t>
      </w:r>
    </w:p>
    <w:p>
      <w:r>
        <w:t>...Zionists w.. will make, ah.. will make, the.. what will they make? They will make..</w:t>
      </w:r>
    </w:p>
    <w:p>
      <w:r>
        <w:t>[….]</w:t>
      </w:r>
    </w:p>
    <w:p>
      <w:r>
        <w:t>[Demonstrations?]</w:t>
      </w:r>
    </w:p>
    <w:p>
      <w:r>
        <w:t>Ah?</w:t>
      </w:r>
    </w:p>
    <w:p>
      <w:r>
        <w:t>[Demonstrations? Demonstrations? Demonstra?]</w:t>
      </w:r>
    </w:p>
    <w:p>
      <w:r>
        <w:t>Demonstrations?</w:t>
      </w:r>
    </w:p>
    <w:p>
      <w:r>
        <w:t>{……….}…</w:t>
      </w:r>
    </w:p>
    <w:p>
      <w:r>
        <w:t>...{….}…</w:t>
      </w:r>
    </w:p>
    <w:p>
      <w:r>
        <w:t>...[….]...</w:t>
      </w:r>
    </w:p>
    <w:p>
      <w:r>
        <w:t>...[The friends sing:</w:t>
      </w:r>
    </w:p>
    <w:p>
      <w:r>
        <w:t>"Na Naḥ Naḥma Naḥman MeUman.."]</w:t>
      </w:r>
    </w:p>
    <w:p>
      <w:r>
        <w:t>[Goodbye, Saba]</w:t>
      </w:r>
    </w:p>
    <w:p>
      <w:r>
        <w:t>{…}</w:t>
      </w:r>
    </w:p>
    <w:p>
      <w:r>
        <w:t>[The friends continue singing:</w:t>
      </w:r>
    </w:p>
    <w:p>
      <w:r>
        <w:t>“Na Na Nach Nachma Nachman MeUman..”{{36:47]}]</w:t>
      </w:r>
    </w:p>
    <w:p>
      <w:r>
        <w:t>All the airplanes w.. will arrive in Uman</w:t>
      </w:r>
    </w:p>
    <w:p>
      <w:r>
        <w:t>[What?]</w:t>
      </w:r>
    </w:p>
    <w:p>
      <w:r>
        <w:t>[Airplanes……..]</w:t>
      </w:r>
    </w:p>
    <w:p>
      <w:r>
        <w:t>All the airplanes from all over the world will come to Uman</w:t>
      </w:r>
    </w:p>
    <w:p>
      <w:r>
        <w:t>[……..]</w:t>
      </w:r>
    </w:p>
    <w:p>
      <w:r>
        <w:t>[….….]</w:t>
      </w:r>
    </w:p>
    <w:p>
      <w:r>
        <w:t>[The friends continue singing:</w:t>
      </w:r>
    </w:p>
    <w:p>
      <w:r>
        <w:t>“Na Na Nach Nachma Nachman MeUman..”]</w:t>
      </w:r>
    </w:p>
    <w:p>
      <w:r>
        <w:t>Who are the Zionists? I have no need for them, they can go and travel {{away from me}} wherever they want, {yes}</w:t>
      </w:r>
    </w:p>
    <w:p>
      <w:r>
        <w:t>Everyone will come to me</w:t>
      </w:r>
    </w:p>
    <w:p>
      <w:r>
        <w:t>All the airplanes and all the rich people, all the money, will come to Uman</w:t>
      </w:r>
    </w:p>
    <w:p>
      <w:r>
        <w:t>[……….]</w:t>
      </w:r>
    </w:p>
    <w:p>
      <w:r>
        <w:t>[……….]</w:t>
      </w:r>
    </w:p>
    <w:p>
      <w:r>
        <w:t>[Saba, who are the Zionists? Who are the Zionists? Who is the Zionists?]</w:t>
      </w:r>
    </w:p>
    <w:p>
      <w:r>
        <w:t>The Zionists?</w:t>
      </w:r>
    </w:p>
    <w:p>
      <w:r>
        <w:t>Th.. who do not want {to hear\to keep} the Torah</w:t>
      </w:r>
    </w:p>
    <w:p>
      <w:r>
        <w:t>[….]</w:t>
      </w:r>
    </w:p>
    <w:p>
      <w:r>
        <w:t>They do not want to accept the Torah</w:t>
      </w:r>
    </w:p>
    <w:p>
      <w:r>
        <w:t>{Th..} they will go..</w:t>
      </w:r>
    </w:p>
    <w:p>
      <w:r>
        <w:t>They will go to the gentiles</w:t>
      </w:r>
    </w:p>
    <w:p>
      <w:r>
        <w:t>[The friends continue singing:</w:t>
      </w:r>
    </w:p>
    <w:p>
      <w:r>
        <w:t>“Na Na Nach Nachma Nachman MeUman..”]</w:t>
      </w:r>
    </w:p>
    <w:p>
      <w:r>
        <w:t>To Uman, there and back…</w:t>
      </w:r>
    </w:p>
    <w:p>
      <w:r>
        <w:br w:type="page"/>
      </w:r>
    </w:p>
    <w:p>
      <w:pPr>
        <w:pStyle w:val="Heading1"/>
      </w:pPr>
      <w:r>
        <w:t>Tape 78</w:t>
      </w:r>
    </w:p>
    <w:p>
      <w:pPr>
        <w:pStyle w:val="Heading2"/>
      </w:pPr>
      <w:r>
        <w:t>Side A (Aleph)</w:t>
      </w:r>
    </w:p>
    <w:p>
      <w:r>
        <w:t>...{…}, we, always we {..}, we and.. walked together and spoke {…}</w:t>
      </w:r>
    </w:p>
    <w:p>
      <w:r>
        <w:t>F.. of the true Redemption, {..}</w:t>
      </w:r>
    </w:p>
    <w:p>
      <w:r>
        <w:t>And now we see that the whole world is turning upside down, “and it was turned about”</w:t>
      </w:r>
    </w:p>
    <w:p>
      <w:r>
        <w:t>Turning upside down, and they say, “only Breslov,” {yes}</w:t>
      </w:r>
    </w:p>
    <w:p>
      <w:r>
        <w:t>Ah.. ah.. ah.. ah..</w:t>
      </w:r>
    </w:p>
    <w:p>
      <w:r>
        <w:t>[……….]</w:t>
      </w:r>
    </w:p>
    <w:p>
      <w:r>
        <w:t>[Drink, drink]</w:t>
      </w:r>
    </w:p>
    <w:p>
      <w:r>
        <w:t>[…….…]…</w:t>
      </w:r>
    </w:p>
    <w:p>
      <w:r>
        <w:t>...Two Breslovers in the entire Land, {in Eretz Yisroel}, there were two of us, me and Rebbe Yisroel […..…..]...</w:t>
      </w:r>
    </w:p>
    <w:p>
      <w:r>
        <w:t>...There was a miracle, {Rav Sander son of Rebbe Nassan of Trovitza, he..}</w:t>
      </w:r>
    </w:p>
    <w:p>
      <w:r>
        <w:t>He was, he sent word to Rav Rafael Dayan:</w:t>
      </w:r>
    </w:p>
    <w:p>
      <w:r>
        <w:t>“If, if he would do anything to Breslov, he w.., would do to him whatever he could,” yes, and he was afraid, because he was.., he was close to the government, the whole government was in his hands [………]…</w:t>
      </w:r>
    </w:p>
    <w:p>
      <w:r>
        <w:t>...{We see} today, the whole world is with Breslov, they want Breslov</w:t>
      </w:r>
    </w:p>
    <w:p>
      <w:r>
        <w:t>[……..]…</w:t>
      </w:r>
    </w:p>
    <w:p>
      <w:r>
        <w:t>...My father-in-law took all the books that I...</w:t>
      </w:r>
    </w:p>
    <w:p>
      <w:r>
        <w:t>...{..} that I had, that Rebbe Yisroel had given me</w:t>
      </w:r>
    </w:p>
    <w:p>
      <w:r>
        <w:t>“Likutei Halachos,” “Liku..”…</w:t>
      </w:r>
    </w:p>
    <w:p>
      <w:r>
        <w:t>...”Sippurei Maasiyos,” “Likutei Moharan”</w:t>
      </w:r>
    </w:p>
    <w:p>
      <w:r>
        <w:t>And he took all of them and.. and put them in some place, {ownerless}, yes</w:t>
      </w:r>
    </w:p>
    <w:p>
      <w:r>
        <w:t>I did not have a book from Rabbainu's books.. to study</w:t>
      </w:r>
    </w:p>
    <w:p>
      <w:r>
        <w:t>{But .…. and I.. I see} that.. it has been turned about</w:t>
      </w:r>
    </w:p>
    <w:p>
      <w:r>
        <w:t>[…]</w:t>
      </w:r>
    </w:p>
    <w:p>
      <w:r>
        <w:t>“And it was turned about.. that the Jews should rule over those who hated them”</w:t>
      </w:r>
    </w:p>
    <w:p>
      <w:r>
        <w:t>[……..]</w:t>
      </w:r>
    </w:p>
    <w:p>
      <w:r>
        <w:t>[……..]…</w:t>
      </w:r>
    </w:p>
    <w:p>
      <w:r>
        <w:t>...[They sing: “And it was turned about.. that the Jews should rule over those who hated them..”]…</w:t>
      </w:r>
    </w:p>
    <w:p>
      <w:r>
        <w:t>...{{We saw that they……………………….</w:t>
      </w:r>
    </w:p>
    <w:p>
      <w:r>
        <w:t>……...theirs………………………………….</w:t>
      </w:r>
    </w:p>
    <w:p>
      <w:r>
        <w:t>…………………………………………………}}...</w:t>
      </w:r>
    </w:p>
    <w:p>
      <w:r>
        <w:t>...It was a great benefit</w:t>
      </w:r>
    </w:p>
    <w:p>
      <w:r>
        <w:t>Especially now that we see with our own eyes, that they are all falling, falling from day to day</w:t>
      </w:r>
    </w:p>
    <w:p>
      <w:r>
        <w:t>Falsehood is falling, yes</w:t>
      </w:r>
    </w:p>
    <w:p>
      <w:r>
        <w:t>[….]…</w:t>
      </w:r>
    </w:p>
    <w:p>
      <w:r>
        <w:t>...All the Rebbes died, they all fell, not even one of all the opponents remained, yes, only I remained, I {{...}} alone, {..}</w:t>
      </w:r>
    </w:p>
    <w:p>
      <w:r>
        <w:t>[……]</w:t>
      </w:r>
    </w:p>
    <w:p>
      <w:r>
        <w:t>[..Saba said yesterday {at sunrise}: “Do you know who I am? ‘Na Nach Nachma…..”]</w:t>
      </w:r>
    </w:p>
    <w:p>
      <w:r>
        <w:t>[That Uri was, that Uri was]</w:t>
      </w:r>
    </w:p>
    <w:p>
      <w:r>
        <w:t>[?]</w:t>
      </w:r>
    </w:p>
    <w:p>
      <w:r>
        <w:t>[That Uri was here, he said many times: “I am Na Nach”……..]</w:t>
      </w:r>
    </w:p>
    <w:p>
      <w:r>
        <w:t>{..} My father was blind in both his eyes</w:t>
      </w:r>
    </w:p>
    <w:p>
      <w:r>
        <w:t>[…]</w:t>
      </w:r>
    </w:p>
    <w:p>
      <w:r>
        <w:t>[Ah]</w:t>
      </w:r>
    </w:p>
    <w:p>
      <w:r>
        <w:t>[..the legs…]</w:t>
      </w:r>
    </w:p>
    <w:p>
      <w:r>
        <w:t>And he cried and said to me: “Have mercy on yourself and on me, do not be Breslov”</w:t>
      </w:r>
    </w:p>
    <w:p>
      <w:r>
        <w:t>And I said to him: “Father, I want only Breslov,” {..}</w:t>
      </w:r>
    </w:p>
    <w:p>
      <w:r>
        <w:t>Mother died in the house {Rebbe Yisroel, Rebbe Yisroel}, Rebbe Yisroel, ah.. ah..</w:t>
      </w:r>
    </w:p>
    <w:p>
      <w:r>
        <w:t>[Kardonner]</w:t>
      </w:r>
    </w:p>
    <w:p>
      <w:r>
        <w:t>Huh?</w:t>
      </w:r>
    </w:p>
    <w:p>
      <w:r>
        <w:t>[Kardonner]</w:t>
      </w:r>
    </w:p>
    <w:p>
      <w:r>
        <w:t>Rebbe Yisroel (Kardonner), oy, Rebbe Yisroel said to her:</w:t>
      </w:r>
    </w:p>
    <w:p>
      <w:r>
        <w:t>“This is something that cannot {…. in..} in any way b.. be annulled</w:t>
      </w:r>
    </w:p>
    <w:p>
      <w:r>
        <w:t>Yisroel Ber will be Breslov {and...} that is how it will be</w:t>
      </w:r>
    </w:p>
    <w:p>
      <w:r>
        <w:t>{..} he will not {….}, ever, {she always...} he will be Breslov”</w:t>
      </w:r>
    </w:p>
    <w:p>
      <w:r>
        <w:t>. And if she heard that he, {{says}} so, that he says so</w:t>
      </w:r>
    </w:p>
    <w:p>
      <w:r>
        <w:t>She died {from the sheer greatness, f.. f..} from the greatness of the fear and the.. {..} and the great heartbreak</w:t>
      </w:r>
    </w:p>
    <w:p>
      <w:r>
        <w:t>“Yisroel {} will be Breslov forever and ever”</w:t>
      </w:r>
    </w:p>
    <w:p>
      <w:r>
        <w:t>[As Rabbainu said: “Whoever tasted the Hungarian wine cannot..,” ah..]</w:t>
      </w:r>
    </w:p>
    <w:p>
      <w:r>
        <w:t>{..}</w:t>
      </w:r>
    </w:p>
    <w:p>
      <w:r>
        <w:t>[“drink another wine”]</w:t>
      </w:r>
    </w:p>
    <w:p>
      <w:r>
        <w:t>She passed away, she, she heard that I.. {th.. there is no}, no power in the world will help</w:t>
      </w:r>
    </w:p>
    <w:p>
      <w:r>
        <w:t>Cannot b.. b.. {b…}, he, he, I will be Breslov all the days of my life</w:t>
      </w:r>
    </w:p>
    <w:p>
      <w:r>
        <w:t>She heard this, then she fell, and died, from the greatness of the sorrow</w:t>
      </w:r>
    </w:p>
    <w:p>
      <w:r>
        <w:t>The father and the mother beat, beat my wife so that sh.. she would divorce, {and she sa..}.., and she said:</w:t>
      </w:r>
    </w:p>
    <w:p>
      <w:r>
        <w:t>“No, I will not divorce under any circumstances, I love Breslov, {. .}, I want Breslov” oy, oy, oy {..}, put {the} th.. legs on the bed..</w:t>
      </w:r>
    </w:p>
    <w:p>
      <w:r>
        <w:t>[….]</w:t>
      </w:r>
    </w:p>
    <w:p>
      <w:r>
        <w:t>Ah, ah..</w:t>
      </w:r>
    </w:p>
    <w:p>
      <w:r>
        <w:t>[All right?]</w:t>
      </w:r>
    </w:p>
    <w:p>
      <w:r>
        <w:t>Ah</w:t>
      </w:r>
    </w:p>
    <w:p>
      <w:r>
        <w:t>[……….]</w:t>
      </w:r>
    </w:p>
    <w:p>
      <w:r>
        <w:t>[…..…..]…</w:t>
      </w:r>
    </w:p>
    <w:p>
      <w:r>
        <w:t>...{. . .}, and we were {..} among all Israel</w:t>
      </w:r>
    </w:p>
    <w:p>
      <w:r>
        <w:t>{..lowly..}.., ah, and despised {and…} in great lowliness, in great disgrace</w:t>
      </w:r>
    </w:p>
    <w:p>
      <w:r>
        <w:t>{...}</w:t>
      </w:r>
    </w:p>
    <w:p>
      <w:r>
        <w:t>[When will you understand..]</w:t>
      </w:r>
    </w:p>
    <w:p>
      <w:r>
        <w:t>{You will n..}.., you saw</w:t>
      </w:r>
    </w:p>
    <w:p>
      <w:r>
        <w:t>[First put it on the table]</w:t>
      </w:r>
    </w:p>
    <w:p>
      <w:r>
        <w:t>[Yes]</w:t>
      </w:r>
    </w:p>
    <w:p>
      <w:r>
        <w:t>[Afraid that it will fall]</w:t>
      </w:r>
    </w:p>
    <w:p>
      <w:r>
        <w:t>[Ah]</w:t>
      </w:r>
    </w:p>
    <w:p>
      <w:r>
        <w:t>{..}</w:t>
      </w:r>
    </w:p>
    <w:p>
      <w:r>
        <w:t>[That is how it is]</w:t>
      </w:r>
    </w:p>
    <w:p>
      <w:r>
        <w:t>{…}</w:t>
      </w:r>
    </w:p>
    <w:p>
      <w:r>
        <w:t>[…..]</w:t>
      </w:r>
    </w:p>
    <w:p>
      <w:r>
        <w:t>[…..]…</w:t>
      </w:r>
    </w:p>
    <w:p>
      <w:r>
        <w:t>...{..}…</w:t>
      </w:r>
    </w:p>
    <w:p>
      <w:r>
        <w:t>...At the Sea of Kinneret they made a sardine factory, they are very {..} tasty</w:t>
      </w:r>
    </w:p>
    <w:p>
      <w:r>
        <w:t>[…..]</w:t>
      </w:r>
    </w:p>
    <w:p>
      <w:r>
        <w:t>[…..]</w:t>
      </w:r>
    </w:p>
    <w:p>
      <w:r>
        <w:t>[Yes, yes, with Kinneret sardines.. in Uman I had….]</w:t>
      </w:r>
    </w:p>
    <w:p>
      <w:r>
        <w:t>We see with our own eyes, Hashem Yisborach gave us Eretz Yisroel, to the people of Israel, to the Jewish people, {..} we had no soldiers and no money and no weapons, and there was no {{..}}..</w:t>
      </w:r>
    </w:p>
    <w:p>
      <w:r>
        <w:t>And we came and said, we conquered the, ah, {{..}} Eretz Yisroel</w:t>
      </w:r>
    </w:p>
    <w:p>
      <w:r>
        <w:t>{{. .}}, that is how it was…</w:t>
      </w:r>
    </w:p>
    <w:p>
      <w:r>
        <w:t>...Soldiers who knew, ah.. t.. to use weapons, {….}</w:t>
      </w:r>
    </w:p>
    <w:p>
      <w:r>
        <w:t>Now we have a weapon that America does not have, a weapon like this, {..}</w:t>
      </w:r>
    </w:p>
    <w:p>
      <w:r>
        <w:t>[“Na Nach”]</w:t>
      </w:r>
    </w:p>
    <w:p>
      <w:r>
        <w:t>[..]</w:t>
      </w:r>
    </w:p>
    <w:p>
      <w:r>
        <w:t>[In America there is no..]...</w:t>
      </w:r>
    </w:p>
    <w:p>
      <w:r>
        <w:t>...[..of Yerushalayim, in some Midrash, or some..]</w:t>
      </w:r>
    </w:p>
    <w:p>
      <w:r>
        <w:t>No, no, no, in..</w:t>
      </w:r>
    </w:p>
    <w:p>
      <w:r>
        <w:t>[Chevron?]</w:t>
      </w:r>
    </w:p>
    <w:p>
      <w:r>
        <w:t>Huh? In..</w:t>
      </w:r>
    </w:p>
    <w:p>
      <w:r>
        <w:t>[Chevron?]</w:t>
      </w:r>
    </w:p>
    <w:p>
      <w:r>
        <w:t>No, {..} in Rabbainu {the holy}</w:t>
      </w:r>
    </w:p>
    <w:p>
      <w:r>
        <w:t>[In Uman, in Uman]</w:t>
      </w:r>
    </w:p>
    <w:p>
      <w:r>
        <w:t>{Here, here}</w:t>
      </w:r>
    </w:p>
    <w:p>
      <w:r>
        <w:t>[Here? ..]</w:t>
      </w:r>
    </w:p>
    <w:p>
      <w:r>
        <w:t>Yes</w:t>
      </w:r>
    </w:p>
    <w:p>
      <w:r>
        <w:t>[He saw that he took, an answer (to the question)..]</w:t>
      </w:r>
    </w:p>
    <w:p>
      <w:r>
        <w:t>[Pardon]</w:t>
      </w:r>
    </w:p>
    <w:p>
      <w:r>
        <w:t>[..]…</w:t>
      </w:r>
    </w:p>
    <w:p>
      <w:r>
        <w:t>...(Saba says “Tefilas HaDerech..”)</w:t>
      </w:r>
    </w:p>
    <w:p>
      <w:r>
        <w:t>[Amen]…</w:t>
      </w:r>
    </w:p>
    <w:p>
      <w:r>
        <w:t>...{..}</w:t>
      </w:r>
    </w:p>
    <w:p>
      <w:r>
        <w:t>[You do not have this]</w:t>
      </w:r>
    </w:p>
    <w:p>
      <w:r>
        <w:t>(Saba continues with Tefilas HaDerech)...</w:t>
      </w:r>
    </w:p>
    <w:p>
      <w:r>
        <w:t>...England</w:t>
      </w:r>
    </w:p>
    <w:p>
      <w:r>
        <w:t>[Yes]</w:t>
      </w:r>
    </w:p>
    <w:p>
      <w:r>
        <w:t>Where th.. {{...…}}</w:t>
      </w:r>
    </w:p>
    <w:p>
      <w:r>
        <w:t>They are afraid, they see that this is an act, an act {{...}} of Heaven</w:t>
      </w:r>
    </w:p>
    <w:p>
      <w:r>
        <w:t>They do not.. they, they, they are afraid, they are afraid of Israel</w:t>
      </w:r>
    </w:p>
    <w:p>
      <w:r>
        <w:t>{Ah, no, not this, no, not this..}</w:t>
      </w:r>
    </w:p>
    <w:p>
      <w:r>
        <w:t>{…}</w:t>
      </w:r>
    </w:p>
    <w:p>
      <w:r>
        <w:t>[]</w:t>
      </w:r>
    </w:p>
    <w:p>
      <w:r>
        <w:t>[Rebbe Yisroel..]…</w:t>
      </w:r>
    </w:p>
    <w:p>
      <w:r>
        <w:t>...[“..Nachman of Uman” is becoming widely known]</w:t>
      </w:r>
    </w:p>
    <w:p>
      <w:r>
        <w:t>Yes</w:t>
      </w:r>
    </w:p>
    <w:p>
      <w:r>
        <w:t>[Becoming widely known, baruch Hashem</w:t>
      </w:r>
    </w:p>
    <w:p>
      <w:r>
        <w:t>Many people know about this now, many people know, wh..]</w:t>
      </w:r>
    </w:p>
    <w:p>
      <w:r>
        <w:t>Yes</w:t>
      </w:r>
    </w:p>
    <w:p>
      <w:r>
        <w:t>[What the note is, what this is, many people]</w:t>
      </w:r>
    </w:p>
    <w:p>
      <w:r>
        <w:t>Yes</w:t>
      </w:r>
    </w:p>
    <w:p>
      <w:r>
        <w:t>[Yes, on ‘Egged’ buses there are even.. signs of “Na Nach”]…</w:t>
      </w:r>
    </w:p>
    <w:p>
      <w:r>
        <w:t>...{hater \among th..}Jews</w:t>
      </w:r>
    </w:p>
    <w:p>
      <w:r>
        <w:t>[And he w.., he was killed in a traffic accident]</w:t>
      </w:r>
    </w:p>
    <w:p>
      <w:r>
        <w:t>[An Arab...]</w:t>
      </w:r>
    </w:p>
    <w:p>
      <w:r>
        <w:t>Ah, ah</w:t>
      </w:r>
    </w:p>
    <w:p>
      <w:r>
        <w:t>[He went t.. to visit Arafat, and when he came back</w:t>
      </w:r>
    </w:p>
    <w:p>
      <w:r>
        <w:t>Had a traffic accident, and he died on the spot]</w:t>
      </w:r>
    </w:p>
    <w:p>
      <w:r>
        <w:t>Yes</w:t>
      </w:r>
    </w:p>
    <w:p>
      <w:r>
        <w:t>[There is a member of Knesset in the Land, in Eretz Yisroel, a member of Knesset in Eretz Yisroel]</w:t>
      </w:r>
    </w:p>
    <w:p>
      <w:r>
        <w:t>Yo</w:t>
      </w:r>
    </w:p>
    <w:p>
      <w:r>
        <w:t>[An Arab]</w:t>
      </w:r>
    </w:p>
    <w:p>
      <w:r>
        <w:t>An Arab?</w:t>
      </w:r>
    </w:p>
    <w:p>
      <w:r>
        <w:t>[A hater of Jews]</w:t>
      </w:r>
    </w:p>
    <w:p>
      <w:r>
        <w:t>{…. Jews}</w:t>
      </w:r>
    </w:p>
    <w:p>
      <w:r>
        <w:t>[A hater, a hater of Jews]</w:t>
      </w:r>
    </w:p>
    <w:p>
      <w:r>
        <w:t>Yes</w:t>
      </w:r>
    </w:p>
    <w:p>
      <w:r>
        <w:t>[And on the way back, when he returned home, he had a traffic accident, and died on the spot]</w:t>
      </w:r>
    </w:p>
    <w:p>
      <w:r>
        <w:t>Yes, {that is two}</w:t>
      </w:r>
    </w:p>
    <w:p>
      <w:r>
        <w:t>[Yes, there was a member of Knesset who hated Jews, hated………………]…</w:t>
      </w:r>
    </w:p>
    <w:p>
      <w:r>
        <w:t>{..}... …[.…]</w:t>
      </w:r>
    </w:p>
    <w:p>
      <w:r>
        <w:t>...[..that they should forget the miracles]</w:t>
      </w:r>
    </w:p>
    <w:p>
      <w:r>
        <w:t>They should forget..</w:t>
      </w:r>
    </w:p>
    <w:p>
      <w:r>
        <w:t>[That they should forget all the miracles that he would perform during his lifetime, he would perform, Rabbainu, miracles during his lifetime, and he asked the Holy One, blessed be He, that they should forget the mir.., the miracles that he would perform</w:t>
      </w:r>
    </w:p>
    <w:p>
      <w:r>
        <w:t>When he was alive, when he was alive</w:t>
      </w:r>
    </w:p>
    <w:p>
      <w:r>
        <w:t>And he said that he left it for the time of the redemption, right?]</w:t>
      </w:r>
    </w:p>
    <w:p>
      <w:r>
        <w:t>{..} Yes?</w:t>
      </w:r>
    </w:p>
    <w:p>
      <w:r>
        <w:t>[That is what I think, that is what it seems to me {that I learned}</w:t>
      </w:r>
    </w:p>
    <w:p>
      <w:r>
        <w:t>The “Na Nach Nachma Nachman MeUman,” he left the miracles for the time of th.. the redemption</w:t>
      </w:r>
    </w:p>
    <w:p>
      <w:r>
        <w:t>He did not want to be famous two hundred years ago, so now he will be famous]</w:t>
      </w:r>
    </w:p>
    <w:p>
      <w:r>
        <w:t>{..}</w:t>
      </w:r>
    </w:p>
    <w:p>
      <w:r>
        <w:t>[Now he has greater seniority, he is two hundred and thirty years old, Rebbe.., Rebbe Nachman</w:t>
      </w:r>
    </w:p>
    <w:p>
      <w:r>
        <w:t>“Na Nach Nachma Nachman MeUman” is two hundred and thirty-something years old, right?</w:t>
      </w:r>
    </w:p>
    <w:p>
      <w:r>
        <w:t>He passed away two hundred years ago, right? Saba, approximately</w:t>
      </w:r>
    </w:p>
    <w:p>
      <w:r>
        <w:t>And they do not know whether the owner of the note is one hundred years old, whether he is two hundred</w:t>
      </w:r>
    </w:p>
    <w:p>
      <w:r>
        <w:t>Saba, I suffer a lot for Rabbainu, pray for me]</w:t>
      </w:r>
    </w:p>
    <w:p>
      <w:r>
        <w:t>{..} He knows me, this, this is Chanania?</w:t>
      </w:r>
    </w:p>
    <w:p>
      <w:r>
        <w:t>[Yes, yes, he, he gave me a note, he wrote to me in his own handwriting, that he un.., undertakes</w:t>
      </w:r>
    </w:p>
    <w:p>
      <w:r>
        <w:t>He.., he wrote me a note by hand, that he undertakes to take you there and back]</w:t>
      </w:r>
    </w:p>
    <w:p>
      <w:r>
        <w:t>Yes</w:t>
      </w:r>
    </w:p>
    <w:p>
      <w:r>
        <w:t>[Yes, he gave me a note, and he signed it on behalf of th..]</w:t>
      </w:r>
    </w:p>
    <w:p>
      <w:r>
        <w:t>What is he? Is he a manager?</w:t>
      </w:r>
    </w:p>
    <w:p>
      <w:r>
        <w:t>[He is a travel agent]</w:t>
      </w:r>
    </w:p>
    <w:p>
      <w:r>
        <w:t>Huh?</w:t>
      </w:r>
    </w:p>
    <w:p>
      <w:r>
        <w:t>[A travel agent]</w:t>
      </w:r>
    </w:p>
    <w:p>
      <w:r>
        <w:t>Ah, a {travel} agent</w:t>
      </w:r>
    </w:p>
    <w:p>
      <w:r>
        <w:t>[Yes, of, ah.. ah, there are several now, he, he, he, he tr.., he transports, and there is also a gabbai, there are several, but he too, he is a good person, he is simple and..]</w:t>
      </w:r>
    </w:p>
    <w:p>
      <w:r>
        <w:t>Yes</w:t>
      </w:r>
    </w:p>
    <w:p>
      <w:r>
        <w:t>[And he believes in “Na Nach” and.. without..]</w:t>
      </w:r>
    </w:p>
    <w:p>
      <w:r>
        <w:t>Yes?</w:t>
      </w:r>
    </w:p>
    <w:p>
      <w:r>
        <w:t>[Yes, without cleverness, yes, M.., Meir Yemini convinced him to take you for free]</w:t>
      </w:r>
    </w:p>
    <w:p>
      <w:r>
        <w:t>Huh?</w:t>
      </w:r>
    </w:p>
    <w:p>
      <w:r>
        <w:t>[Meir Yemini asked him to take you for free]</w:t>
      </w:r>
    </w:p>
    <w:p>
      <w:r>
        <w:t>To take me?</w:t>
      </w:r>
    </w:p>
    <w:p>
      <w:r>
        <w:t>[To take, Suissa Chanania, that Chanania should take you for free]</w:t>
      </w:r>
    </w:p>
    <w:p>
      <w:r>
        <w:t>{..}</w:t>
      </w:r>
    </w:p>
    <w:p>
      <w:r>
        <w:t>[Yes, yes]</w:t>
      </w:r>
    </w:p>
    <w:p>
      <w:r>
        <w:t>[He spoke with him in Uman, so I telephoned him, and he w.., I told him</w:t>
      </w:r>
    </w:p>
    <w:p>
      <w:r>
        <w:t>That I want, I want you to write it for me i.. in writing, so that there will not be problems, God forbid, and this</w:t>
      </w:r>
    </w:p>
    <w:p>
      <w:r>
        <w:t>So he wrote to me in writing that he undertakes to take you, a round-trip ticket</w:t>
      </w:r>
    </w:p>
    <w:p>
      <w:r>
        <w:t>And he is arranging an apartment for you in Uman for Rosh Hashanah 5755</w:t>
      </w:r>
    </w:p>
    <w:p>
      <w:r>
        <w:t>And.., he wrote everything to me in writing, he was at my house, Chanania]</w:t>
      </w:r>
    </w:p>
    <w:p>
      <w:r>
        <w:t>Yes</w:t>
      </w:r>
    </w:p>
    <w:p>
      <w:r>
        <w:t>[And he wrote to me in writing, and he undertakes, and this, t..</w:t>
      </w:r>
    </w:p>
    <w:p>
      <w:r>
        <w:t>To take Rebbe Yisroel Dov Odesser to Uman for Rosh Hashanah 5755..]</w:t>
      </w:r>
    </w:p>
    <w:p>
      <w:r>
        <w:t>Going and returning</w:t>
      </w:r>
    </w:p>
    <w:p>
      <w:r>
        <w:t>[There and back, yes, I have the note at home, I am keeping it</w:t>
      </w:r>
    </w:p>
    <w:p>
      <w:r>
        <w:t>With Hashem's help, two weeks before, approximately.., approximately two weeks before the flight, you will have th.. the ticket]</w:t>
      </w:r>
    </w:p>
    <w:p>
      <w:r>
        <w:t>I will have</w:t>
      </w:r>
    </w:p>
    <w:p>
      <w:r>
        <w:t>[Two weeks before the trip you will have the ticket, approximately]</w:t>
      </w:r>
    </w:p>
    <w:p>
      <w:r>
        <w:t>I will have</w:t>
      </w:r>
    </w:p>
    <w:p>
      <w:r>
        <w:t>[A ticket, a ticket]</w:t>
      </w:r>
    </w:p>
    <w:p>
      <w:r>
        <w:t>A ticket, yes, [Your passport is with Tzipora, you know, yes]</w:t>
      </w:r>
    </w:p>
    <w:p>
      <w:r>
        <w:t>Huh?</w:t>
      </w:r>
    </w:p>
    <w:p>
      <w:r>
        <w:t>[The passport, the passport is with Tzipora]</w:t>
      </w:r>
    </w:p>
    <w:p>
      <w:r>
        <w:t>Yes, yes, {..}</w:t>
      </w:r>
    </w:p>
    <w:p>
      <w:r>
        <w:t>[With Hashem's help, with whomever you want, you can travel, whenever you..</w:t>
      </w:r>
    </w:p>
    <w:p>
      <w:r>
        <w:t>On Thursday, the eve of Thursday, you can travel, you will have an apartment arranged there]</w:t>
      </w:r>
    </w:p>
    <w:p>
      <w:r>
        <w:t>Yes, yes</w:t>
      </w:r>
    </w:p>
    <w:p>
      <w:r>
        <w:t>[A two-room apartment]</w:t>
      </w:r>
    </w:p>
    <w:p>
      <w:r>
        <w:t>Yes?</w:t>
      </w:r>
    </w:p>
    <w:p>
      <w:r>
        <w:t>[Yes, and a large courtyard with chairs, he closes off the courtyard, and it is possible to pray there, possible</w:t>
      </w:r>
    </w:p>
    <w:p>
      <w:r>
        <w:t>It will be possible for all the friends to pray there, and.. yes]</w:t>
      </w:r>
    </w:p>
    <w:p>
      <w:r>
        <w:t>Ah, give me, ah, th.. the urine vessel</w:t>
      </w:r>
    </w:p>
    <w:p>
      <w:r>
        <w:t>[For the urine, all right]</w:t>
      </w:r>
    </w:p>
    <w:p>
      <w:r>
        <w:t>[Father, Father..]</w:t>
      </w:r>
    </w:p>
    <w:p>
      <w:r>
        <w:t>[One second, one second, do not come in now.. Shimon, where is the urine vessel</w:t>
      </w:r>
    </w:p>
    <w:p>
      <w:r>
        <w:t>…...One second, Saba]</w:t>
      </w:r>
    </w:p>
    <w:p>
      <w:r>
        <w:t>[……]</w:t>
      </w:r>
    </w:p>
    <w:p>
      <w:r>
        <w:t>[Wait, wait, do not]</w:t>
      </w:r>
    </w:p>
    <w:p>
      <w:r>
        <w:t>Ah.. ah.. take out the...</w:t>
      </w:r>
    </w:p>
    <w:p>
      <w:r>
        <w:t>...{..} The sons of, ah.. of the yeshiva, the rosh yeshiva, what is his name?</w:t>
      </w:r>
    </w:p>
    <w:p>
      <w:r>
        <w:t>[Which yeshi.., which rosh yeshiva?]</w:t>
      </w:r>
    </w:p>
    <w:p>
      <w:r>
        <w:t>Of Bnei Brak, {..}..</w:t>
      </w:r>
    </w:p>
    <w:p>
      <w:r>
        <w:t>[Ah, of Bnei Brak]</w:t>
      </w:r>
    </w:p>
    <w:p>
      <w:r>
        <w:t>Moved from Yerushalayim to Bnei Brak, from Yerushalayim</w:t>
      </w:r>
    </w:p>
    <w:p>
      <w:r>
        <w:t>[A rosh yeshiva? Which rosh yeshiva?]</w:t>
      </w:r>
    </w:p>
    <w:p>
      <w:r>
        <w:t>Who is this?</w:t>
      </w:r>
    </w:p>
    <w:p>
      <w:r>
        <w:t>[Of my yeshiva? Which yeshiva?]</w:t>
      </w:r>
    </w:p>
    <w:p>
      <w:r>
        <w:t>{..}.. He moved fr.. from a yeshiva in Yerushalayim t.. t.. {{no, ….}}, from ours, to Yerushalayim</w:t>
      </w:r>
    </w:p>
    <w:p>
      <w:r>
        <w:t>[He moved from Bnei Brak to Yerushalayim?]</w:t>
      </w:r>
    </w:p>
    <w:p>
      <w:r>
        <w:t>He and his son Aharon</w:t>
      </w:r>
    </w:p>
    <w:p>
      <w:r>
        <w:t>[Aharon, I did not hear]</w:t>
      </w:r>
    </w:p>
    <w:p>
      <w:r>
        <w:t>No?</w:t>
      </w:r>
    </w:p>
    <w:p>
      <w:r>
        <w:t>[When did he move? He moved from Bnei Brak to Yerushalayim?]</w:t>
      </w:r>
    </w:p>
    <w:p>
      <w:r>
        <w:t>{..}</w:t>
      </w:r>
    </w:p>
    <w:p>
      <w:r>
        <w:t>[When did he move from Bnei Brak to Yerushalayim?]</w:t>
      </w:r>
    </w:p>
    <w:p>
      <w:r>
        <w:t>There is {already}..</w:t>
      </w:r>
    </w:p>
    <w:p>
      <w:r>
        <w:t>[Yes..]</w:t>
      </w:r>
    </w:p>
    <w:p>
      <w:r>
        <w:t>A long time, {..} a year and more</w:t>
      </w:r>
    </w:p>
    <w:p>
      <w:r>
        <w:t>[..A year, what is he? French? French?]</w:t>
      </w:r>
    </w:p>
    <w:p>
      <w:r>
        <w:t>Huh?</w:t>
      </w:r>
    </w:p>
    <w:p>
      <w:r>
        <w:t>[Is he French, or Israeli?]</w:t>
      </w:r>
    </w:p>
    <w:p>
      <w:r>
        <w:t>{He\not} can, ah..</w:t>
      </w:r>
    </w:p>
    <w:p>
      <w:r>
        <w:t>[Ah]</w:t>
      </w:r>
    </w:p>
    <w:p>
      <w:r>
        <w:t>He has {…} sons, all of them {kosher}</w:t>
      </w:r>
    </w:p>
    <w:p>
      <w:r>
        <w:t>[Ah]</w:t>
      </w:r>
    </w:p>
    <w:p>
      <w:r>
        <w:t>And Torah {{scholars}}</w:t>
      </w:r>
    </w:p>
    <w:p>
      <w:r>
        <w:t>[……….]</w:t>
      </w:r>
    </w:p>
    <w:p>
      <w:r>
        <w:t>{Baruch Hashem}</w:t>
      </w:r>
    </w:p>
    <w:p>
      <w:r>
        <w:t>Can you return {t…} Bnei Brak?</w:t>
      </w:r>
    </w:p>
    <w:p>
      <w:r>
        <w:t>[Today? I am at my parents' for Shabbos]</w:t>
      </w:r>
    </w:p>
    <w:p>
      <w:r>
        <w:t>Huh?</w:t>
      </w:r>
    </w:p>
    <w:p>
      <w:r>
        <w:t>[I am at my father's for Shabbos]</w:t>
      </w:r>
    </w:p>
    <w:p>
      <w:r>
        <w:t>Yes?</w:t>
      </w:r>
    </w:p>
    <w:p>
      <w:r>
        <w:t>[Yes, with the two ch.., two children]</w:t>
      </w:r>
    </w:p>
    <w:p>
      <w:r>
        <w:t>{Yes}, and the wife?</w:t>
      </w:r>
    </w:p>
    <w:p>
      <w:r>
        <w:t>[My wife is i.. in Bnei Brak]</w:t>
      </w:r>
    </w:p>
    <w:p>
      <w:r>
        <w:t>{In Bnei Brak..}</w:t>
      </w:r>
    </w:p>
    <w:p>
      <w:r>
        <w:t>[Do you want to travel to Bnei Brak now? ..He is capable of everything, Saba….]</w:t>
      </w:r>
    </w:p>
    <w:p>
      <w:r>
        <w:t>Ah</w:t>
      </w:r>
    </w:p>
    <w:p>
      <w:r>
        <w:t>[Do you want to travel to Bnei Brak now?]</w:t>
      </w:r>
    </w:p>
    <w:p>
      <w:r>
        <w:t>Huh?</w:t>
      </w:r>
    </w:p>
    <w:p>
      <w:r>
        <w:t>[Do you want to travel to Bnei Brak now?]</w:t>
      </w:r>
    </w:p>
    <w:p>
      <w:r>
        <w:t>{…} Now?</w:t>
      </w:r>
    </w:p>
    <w:p>
      <w:r>
        <w:t>[Now...]</w:t>
      </w:r>
    </w:p>
    <w:p>
      <w:r>
        <w:t>No</w:t>
      </w:r>
    </w:p>
    <w:p>
      <w:r>
        <w:t>[Not now...]</w:t>
      </w:r>
    </w:p>
    <w:p>
      <w:r>
        <w:t>But {{I}} want to move to Yerushalayim</w:t>
      </w:r>
    </w:p>
    <w:p>
      <w:r>
        <w:t>[You are in Yerushalayim]</w:t>
      </w:r>
    </w:p>
    <w:p>
      <w:r>
        <w:t>Yes</w:t>
      </w:r>
    </w:p>
    <w:p>
      <w:r>
        <w:t>{..}, {there is} near the ‘Kosel HaMaaravi’</w:t>
      </w:r>
    </w:p>
    <w:p>
      <w:r>
        <w:t>[Near the ‘Kosel HaMaaravi’..]</w:t>
      </w:r>
    </w:p>
    <w:p>
      <w:r>
        <w:t>[..This table…..]</w:t>
      </w:r>
    </w:p>
    <w:p>
      <w:r>
        <w:t>[Beautiful]</w:t>
      </w:r>
    </w:p>
    <w:p>
      <w:r>
        <w:t>[….]</w:t>
      </w:r>
    </w:p>
    <w:p>
      <w:r>
        <w:t>[Move it a little over there, do you have something here that one can sit on?] How is it that the gentiles do not, do not, murder Jews? The Arabs do not murder Jews?</w:t>
      </w:r>
    </w:p>
    <w:p>
      <w:r>
        <w:t>[Th.. the gentiles, the gentiles?]</w:t>
      </w:r>
    </w:p>
    <w:p>
      <w:r>
        <w:t>Huh?</w:t>
      </w:r>
    </w:p>
    <w:p>
      <w:r>
        <w:t>[The gentiles?]</w:t>
      </w:r>
    </w:p>
    <w:p>
      <w:r>
        <w:t>The gentiles..</w:t>
      </w:r>
    </w:p>
    <w:p>
      <w:r>
        <w:t>[There are..]</w:t>
      </w:r>
    </w:p>
    <w:p>
      <w:r>
        <w:t>The Arabs</w:t>
      </w:r>
    </w:p>
    <w:p>
      <w:r>
        <w:t>[A little, not much]</w:t>
      </w:r>
    </w:p>
    <w:p>
      <w:r>
        <w:t>Huh?</w:t>
      </w:r>
    </w:p>
    <w:p>
      <w:r>
        <w:t>[Sometimes, sometimes, Hashem should protect..</w:t>
      </w:r>
    </w:p>
    <w:p>
      <w:r>
        <w:t>You have here…. a grocery store, do you know where the grocery store is? You have here………</w:t>
      </w:r>
    </w:p>
    <w:p>
      <w:r>
        <w:t>Dudu, Dudu, Dudu, I will go with you to the grocery store………..…….]</w:t>
      </w:r>
    </w:p>
    <w:p>
      <w:r>
        <w:t>[…….]</w:t>
      </w:r>
    </w:p>
    <w:p>
      <w:r>
        <w:t>[…….]</w:t>
      </w:r>
    </w:p>
    <w:p>
      <w:r>
        <w:t>Who is this?</w:t>
      </w:r>
    </w:p>
    <w:p>
      <w:r>
        <w:t>[Ah, Galit, Galit, come, Galit, come closer so that he will give you a blessing..</w:t>
      </w:r>
    </w:p>
    <w:p>
      <w:r>
        <w:t>My daughter, Galit, Galit]</w:t>
      </w:r>
    </w:p>
    <w:p>
      <w:r>
        <w:t>Huh?</w:t>
      </w:r>
    </w:p>
    <w:p>
      <w:r>
        <w:t>[Galit daughter of Ilana, Galit..]</w:t>
      </w:r>
    </w:p>
    <w:p>
      <w:r>
        <w:t>{{Your spring}}?</w:t>
      </w:r>
    </w:p>
    <w:p>
      <w:r>
        <w:t>[Galit, my daughter, my daughter]</w:t>
      </w:r>
    </w:p>
    <w:p>
      <w:r>
        <w:t>The daughter</w:t>
      </w:r>
    </w:p>
    <w:p>
      <w:r>
        <w:t>[Galit, Galit daughter of Ilana, G.. Galit daughter of Ilana, pray for her that she will merit</w:t>
      </w:r>
    </w:p>
    <w:p>
      <w:r>
        <w:t>to be, t.. t.., to draw close to Rabbainu, and t..]</w:t>
      </w:r>
    </w:p>
    <w:p>
      <w:r>
        <w:t>[Galit]</w:t>
      </w:r>
    </w:p>
    <w:p>
      <w:r>
        <w:t>[Say the Petek, “It was very difficult..” nu, aloud, nu]</w:t>
      </w:r>
    </w:p>
    <w:p>
      <w:r>
        <w:t>[“It was very difficult for me to descend to you, my precious student…..”]</w:t>
      </w:r>
    </w:p>
    <w:p>
      <w:r>
        <w:t>[….]</w:t>
      </w:r>
    </w:p>
    <w:p>
      <w:r>
        <w:t>Are you with Father on Shabbos?</w:t>
      </w:r>
    </w:p>
    <w:p>
      <w:r>
        <w:t>[…..]</w:t>
      </w:r>
    </w:p>
    <w:p>
      <w:r>
        <w:t>In.. in..</w:t>
      </w:r>
    </w:p>
    <w:p>
      <w:r>
        <w:t>[In Bayit Vegan]</w:t>
      </w:r>
    </w:p>
    <w:p>
      <w:r>
        <w:t>{In Ramat Gan?}</w:t>
      </w:r>
    </w:p>
    <w:p>
      <w:r>
        <w:t>[“Bayit Vegan,” “Bayit Vegan”]</w:t>
      </w:r>
    </w:p>
    <w:p>
      <w:r>
        <w:t>Huh?</w:t>
      </w:r>
    </w:p>
    <w:p>
      <w:r>
        <w:t>[“Bayit Vegan”]</w:t>
      </w:r>
    </w:p>
    <w:p>
      <w:r>
        <w:t>In..</w:t>
      </w:r>
    </w:p>
    <w:p>
      <w:r>
        <w:t>[“Bayit Vegan,” “Bayit Vegan,” we are now in Givat Mordechai, I a.., I am</w:t>
      </w:r>
    </w:p>
    <w:p>
      <w:r>
        <w:t>a quarter of an hour fr.. from “Bayit Vegan,” a quarter of an hour, half an hour]</w:t>
      </w:r>
    </w:p>
    <w:p>
      <w:r>
        <w:t>{You will be here}</w:t>
      </w:r>
    </w:p>
    <w:p>
      <w:r>
        <w:t>[Ah, do you want me to stay here? Do you want me to stay here?</w:t>
      </w:r>
    </w:p>
    <w:p>
      <w:r>
        <w:t>Hashem will help, Saba, I want, I very much want t.. to sacrifice myself, the time has already come that one needs to go from city to city, from pla.., from house to house, to bring in Rabbainu's books, the time has come</w:t>
      </w:r>
    </w:p>
    <w:p>
      <w:r>
        <w:t>It is a shame about every moment, if only, that I.. want this very much, perhaps after, after Rosh Hashanah</w:t>
      </w:r>
    </w:p>
    <w:p>
      <w:r>
        <w:t>I will be able t.., I want to leave everything, and begin going from house to house, from city to city]</w:t>
      </w:r>
    </w:p>
    <w:p>
      <w:r>
        <w:t>{{…}}</w:t>
      </w:r>
    </w:p>
    <w:p>
      <w:r>
        <w:t>[Yes]</w:t>
      </w:r>
    </w:p>
    <w:p>
      <w:r>
        <w:t>Throughout Eretz Yisroel</w:t>
      </w:r>
    </w:p>
    <w:p>
      <w:r>
        <w:t>[Yes, I want very much, very much, I have yearnings all the time, I, I cannot rest</w:t>
      </w:r>
    </w:p>
    <w:p>
      <w:r>
        <w:t>My soul cannot rest, all the time I have yearnings</w:t>
      </w:r>
    </w:p>
    <w:p>
      <w:r>
        <w:t>But I am making a self-sacrifice so that Uri, Uri will have the possibility to put up signs, and this</w:t>
      </w:r>
    </w:p>
    <w:p>
      <w:r>
        <w:t>What can I do? This too is good, right? Saba</w:t>
      </w:r>
    </w:p>
    <w:p>
      <w:r>
        <w:t>I help Uri as much as possible, Uri, I help him as much as possible, Uri</w:t>
      </w:r>
    </w:p>
    <w:p>
      <w:r>
        <w:t>To put up signs, to put this, I help him, I support him as much as possible]</w:t>
      </w:r>
    </w:p>
    <w:p>
      <w:r>
        <w:t>Yes</w:t>
      </w:r>
    </w:p>
    <w:p>
      <w:r>
        <w:t>[Yes, as much as possible, I am truly making a self-sacrifice so that there will be another sign, another sign, another sign I hope, that Rabbainu will be pleased with us, Saba]</w:t>
      </w:r>
    </w:p>
    <w:p>
      <w:r>
        <w:t>Huh?</w:t>
      </w:r>
    </w:p>
    <w:p>
      <w:r>
        <w:t>[I hope that Rabbainu, Rebbe Nachman will be..]</w:t>
      </w:r>
    </w:p>
    <w:p>
      <w:r>
        <w:t>Huh?</w:t>
      </w:r>
    </w:p>
    <w:p>
      <w:r>
        <w:t>[Perhaps they cannot hear here]</w:t>
      </w:r>
    </w:p>
    <w:p>
      <w:r>
        <w:t>{Nu}</w:t>
      </w:r>
    </w:p>
    <w:p>
      <w:r>
        <w:t>[Moshiach here… pray for me, Saba..]…</w:t>
      </w:r>
    </w:p>
    <w:p>
      <w:r>
        <w:t>...{...}…</w:t>
      </w:r>
    </w:p>
    <w:p>
      <w:r>
        <w:t>...{Shoyn..}</w:t>
      </w:r>
    </w:p>
    <w:p>
      <w:r>
        <w:t>Slowly, slowly, not like that</w:t>
      </w:r>
    </w:p>
    <w:p>
      <w:r>
        <w:t>[Slowly, slowly..]</w:t>
      </w:r>
    </w:p>
    <w:p>
      <w:r>
        <w:t>[We almost had..]</w:t>
      </w:r>
    </w:p>
    <w:p>
      <w:r>
        <w:t>Who is this?</w:t>
      </w:r>
    </w:p>
    <w:p>
      <w:r>
        <w:t>[Avigdor, Avigdor]</w:t>
      </w:r>
    </w:p>
    <w:p>
      <w:r>
        <w:t>Avigdor</w:t>
      </w:r>
    </w:p>
    <w:p>
      <w:r>
        <w:t>[Yes]</w:t>
      </w:r>
    </w:p>
    <w:p>
      <w:r>
        <w:t>[Saba and the friends sing:</w:t>
      </w:r>
    </w:p>
    <w:p>
      <w:r>
        <w:t>“Na Nach Nachma Nachman MeUman..”]</w:t>
      </w:r>
    </w:p>
    <w:p>
      <w:r>
        <w:t>[Who is “Na Nach”? Who is “Na Nach”? Who is “Na Nach”? Who is “Na Nach”?]</w:t>
      </w:r>
    </w:p>
    <w:p>
      <w:r>
        <w:t>{{. .}}</w:t>
      </w:r>
    </w:p>
    <w:p>
      <w:r>
        <w:t>[Who is “Na Nach”?]</w:t>
      </w:r>
    </w:p>
    <w:p>
      <w:r>
        <w:t>Our holy Rabbainu</w:t>
      </w:r>
    </w:p>
    <w:p>
      <w:r>
        <w:t>[Yes? Our holy Rabbainu?]</w:t>
      </w:r>
    </w:p>
    <w:p>
      <w:r>
        <w:t>“Na.. Na Nach Nachma Nachman MeUman,” oy, the name of our holy Rabbainu</w:t>
      </w:r>
    </w:p>
    <w:p>
      <w:r>
        <w:t>“Na Nach Nachma Nachman MeUman”</w:t>
      </w:r>
    </w:p>
    <w:p>
      <w:r>
        <w:t>[Saba, I heard that you said, that now it is truly the Resurrection of the Dead</w:t>
      </w:r>
    </w:p>
    <w:p>
      <w:r>
        <w:t>I heard on the cassette that you say, that you feel that now is the Resurrection of the Dead]</w:t>
      </w:r>
    </w:p>
    <w:p>
      <w:r>
        <w:t>Nu.. if only</w:t>
      </w:r>
    </w:p>
    <w:p>
      <w:r>
        <w:t>..Close {to all ...}, to all th.. salvations, the Resurrection of the Dead {…} and everything, everything, and everything</w:t>
      </w:r>
    </w:p>
    <w:p>
      <w:r>
        <w:t>[The Beis HaMikdash?]</w:t>
      </w:r>
    </w:p>
    <w:p>
      <w:r>
        <w:t>[….]</w:t>
      </w:r>
    </w:p>
    <w:p>
      <w:r>
        <w:t>[Saba, there is a new melody, “Na Nach Nachma..”</w:t>
      </w:r>
    </w:p>
    <w:p>
      <w:r>
        <w:t>[……..]</w:t>
      </w:r>
    </w:p>
    <w:p>
      <w:r>
        <w:t>“..Nachman MeUman”]</w:t>
      </w:r>
    </w:p>
    <w:p>
      <w:r>
        <w:t>[Saba and the friends sing:</w:t>
      </w:r>
    </w:p>
    <w:p>
      <w:r>
        <w:t>“Na Nach Nachma Nachman MeUman..”]</w:t>
      </w:r>
    </w:p>
    <w:p>
      <w:r>
        <w:t>Put the legs on the bed, {..}</w:t>
      </w:r>
    </w:p>
    <w:p>
      <w:r>
        <w:t>[……]</w:t>
      </w:r>
    </w:p>
    <w:p>
      <w:r>
        <w:t>[No thank you, …..]</w:t>
      </w:r>
    </w:p>
    <w:p>
      <w:r>
        <w:t>[………]</w:t>
      </w:r>
    </w:p>
    <w:p>
      <w:r>
        <w:t>[…..]</w:t>
      </w:r>
    </w:p>
    <w:p>
      <w:r>
        <w:t>{On th..}</w:t>
      </w:r>
    </w:p>
    <w:p>
      <w:r>
        <w:t>[….…]</w:t>
      </w:r>
    </w:p>
    <w:p>
      <w:r>
        <w:t>[…]</w:t>
      </w:r>
    </w:p>
    <w:p>
      <w:r>
        <w:t>..Ah</w:t>
      </w:r>
    </w:p>
    <w:p>
      <w:r>
        <w:t>[…….]</w:t>
      </w:r>
    </w:p>
    <w:p>
      <w:r>
        <w:t>[…...]</w:t>
      </w:r>
    </w:p>
    <w:p>
      <w:r>
        <w:t>[Did you register with Suissa?]</w:t>
      </w:r>
    </w:p>
    <w:p>
      <w:r>
        <w:t>[What?]</w:t>
      </w:r>
    </w:p>
    <w:p>
      <w:r>
        <w:t>[Did you register with Suissa?]</w:t>
      </w:r>
    </w:p>
    <w:p>
      <w:r>
        <w:t>[Not yet]</w:t>
      </w:r>
    </w:p>
    <w:p>
      <w:r>
        <w:t>[………..]</w:t>
      </w:r>
    </w:p>
    <w:p>
      <w:r>
        <w:t>[…….….]</w:t>
      </w:r>
    </w:p>
    <w:p>
      <w:r>
        <w:t>[I heard this conversation]</w:t>
      </w:r>
    </w:p>
    <w:p>
      <w:r>
        <w:t>[Yes?…..]</w:t>
      </w:r>
    </w:p>
    <w:p>
      <w:r>
        <w:t>[Yes]</w:t>
      </w:r>
    </w:p>
    <w:p>
      <w:r>
        <w:t>[……..]</w:t>
      </w:r>
    </w:p>
    <w:p>
      <w:r>
        <w:t>[He said to him, “I am taking you for free, without money”]</w:t>
      </w:r>
    </w:p>
    <w:p>
      <w:r>
        <w:t>[Ah, yes?]</w:t>
      </w:r>
    </w:p>
    <w:p>
      <w:r>
        <w:t>[?]</w:t>
      </w:r>
    </w:p>
    <w:p>
      <w:r>
        <w:t>[I heard the conversation in the morning, he says to him:</w:t>
      </w:r>
    </w:p>
    <w:p>
      <w:r>
        <w:t>“You will come, there will be abundance, food...”]...</w:t>
      </w:r>
    </w:p>
    <w:p>
      <w:r>
        <w:t>...[From such places, that it is impossible to dream, how people want to make a self-sacrifice</w:t>
      </w:r>
    </w:p>
    <w:p>
      <w:r>
        <w:t>And to put up a sign of “Na Nach Nachma Nachman MeUman,” it will be, there will be a great commotion</w:t>
      </w:r>
    </w:p>
    <w:p>
      <w:r>
        <w:t>It will be in the newspaper, it will be on television, it will be on the radio..]</w:t>
      </w:r>
    </w:p>
    <w:p>
      <w:r>
        <w:t>{..}</w:t>
      </w:r>
    </w:p>
    <w:p>
      <w:r>
        <w:t>[But they will look for the owner of the note, “Where is the owner of the note?” they will say</w:t>
      </w:r>
    </w:p>
    <w:p>
      <w:r>
        <w:t>They say, “There are such big signs, but where is the owner of the note? Where is he? Perhaps he traveled to Uman?”</w:t>
      </w:r>
    </w:p>
    <w:p>
      <w:r>
        <w:t>Huh? Saba, “Perhaps the owner of the note traveled to Uman, perhaps?”</w:t>
      </w:r>
    </w:p>
    <w:p>
      <w:r>
        <w:t>You remember, you told, you told me, that you merited to break the known desire</w:t>
      </w:r>
    </w:p>
    <w:p>
      <w:r>
        <w:t>You do not know where it went, do you remember? You merited t..</w:t>
      </w:r>
    </w:p>
    <w:p>
      <w:r>
        <w:t>Pray for us, that we will emerge from all the desires of this world]</w:t>
      </w:r>
    </w:p>
    <w:p>
      <w:r>
        <w:t>There will be a gathering in Uman</w:t>
      </w:r>
    </w:p>
    <w:p>
      <w:r>
        <w:t>[Yes]</w:t>
      </w:r>
    </w:p>
    <w:p>
      <w:r>
        <w:t>Yes</w:t>
      </w:r>
    </w:p>
    <w:p>
      <w:r>
        <w:t>[Yes]</w:t>
      </w:r>
    </w:p>
    <w:p>
      <w:r>
        <w:t>[…]</w:t>
      </w:r>
    </w:p>
    <w:p>
      <w:r>
        <w:t>[What did he say?]</w:t>
      </w:r>
    </w:p>
    <w:p>
      <w:r>
        <w:t>[There will be a gathering in Uman]</w:t>
      </w:r>
    </w:p>
    <w:p>
      <w:r>
        <w:t>[Ah]</w:t>
      </w:r>
    </w:p>
    <w:p>
      <w:r>
        <w:t>[But one sees that falsehood already has no existence, the truth is now overflowing its banks all the time</w:t>
      </w:r>
    </w:p>
    <w:p>
      <w:r>
        <w:t>The truth is rising all the time, one sees</w:t>
      </w:r>
    </w:p>
    <w:p>
      <w:r>
        <w:t>But one needs self-sacrifice so that the truth will have the strength to exist]</w:t>
      </w:r>
    </w:p>
    <w:p>
      <w:r>
        <w:t>[……..…]</w:t>
      </w:r>
    </w:p>
    <w:p>
      <w:r>
        <w:t>[…...…..]</w:t>
      </w:r>
    </w:p>
    <w:p>
      <w:r>
        <w:t>Ah</w:t>
      </w:r>
    </w:p>
    <w:p>
      <w:r>
        <w:t>[Legs, to sit a little?] To sit</w:t>
      </w:r>
    </w:p>
    <w:p>
      <w:r>
        <w:t>[Yes]</w:t>
      </w:r>
    </w:p>
    <w:p>
      <w:r>
        <w:t>What th..</w:t>
      </w:r>
    </w:p>
    <w:p>
      <w:r>
        <w:t>[“Na Nach Nachma..]</w:t>
      </w:r>
    </w:p>
    <w:p>
      <w:r>
        <w:t>..Yes</w:t>
      </w:r>
    </w:p>
    <w:p>
      <w:r>
        <w:t>[Nachman MeUman,” wait, wait, one second, Saba, all right? Is it all right like this or not? No, no, that is it, all right?]</w:t>
      </w:r>
    </w:p>
    <w:p>
      <w:r>
        <w:t>[….]</w:t>
      </w:r>
    </w:p>
    <w:p>
      <w:r>
        <w:t>[Like this]</w:t>
      </w:r>
    </w:p>
    <w:p>
      <w:r>
        <w:t>[….]…</w:t>
      </w:r>
    </w:p>
    <w:p>
      <w:pPr>
        <w:pStyle w:val="Heading2"/>
      </w:pPr>
      <w:r>
        <w:t>Side B (Bais)</w:t>
      </w:r>
    </w:p>
    <w:p>
      <w:r>
        <w:t>...(Saba laughs)</w:t>
      </w:r>
    </w:p>
    <w:p>
      <w:r>
        <w:t>[Everything with force]</w:t>
      </w:r>
    </w:p>
    <w:p>
      <w:r>
        <w:t>[You were younger, so at midnight, at midnight you went..]</w:t>
      </w:r>
    </w:p>
    <w:p>
      <w:r>
        <w:t>Until the gentiles were afraid of me, {..}</w:t>
      </w:r>
    </w:p>
    <w:p>
      <w:r>
        <w:t>Ay, oy vey, oy vey</w:t>
      </w:r>
    </w:p>
    <w:p>
      <w:r>
        <w:t>[Legs on the bed?]</w:t>
      </w:r>
    </w:p>
    <w:p>
      <w:r>
        <w:t>Oy.. yes, th.. th.. oy, like this, oy, o..</w:t>
      </w:r>
    </w:p>
    <w:p>
      <w:r>
        <w:t>[Yes]</w:t>
      </w:r>
    </w:p>
    <w:p>
      <w:r>
        <w:t>Oy</w:t>
      </w:r>
    </w:p>
    <w:p>
      <w:r>
        <w:t>[A little more]</w:t>
      </w:r>
    </w:p>
    <w:p>
      <w:r>
        <w:t>Oy</w:t>
      </w:r>
    </w:p>
    <w:p>
      <w:r>
        <w:t>[….a little politics]</w:t>
      </w:r>
    </w:p>
    <w:p>
      <w:r>
        <w:t>[No, no, I do not have a meter]</w:t>
      </w:r>
    </w:p>
    <w:p>
      <w:r>
        <w:t>{…..}</w:t>
      </w:r>
    </w:p>
    <w:p>
      <w:r>
        <w:t>[My father needs to come from Bayit Vegan, I do not have a meter, in another quarter of an hour he will come quickly]</w:t>
      </w:r>
    </w:p>
    <w:p>
      <w:r>
        <w:t>{..}</w:t>
      </w:r>
    </w:p>
    <w:p>
      <w:r>
        <w:t>[You were in great danger, you were in great danger]</w:t>
      </w:r>
    </w:p>
    <w:p>
      <w:r>
        <w:t>Yes.. {very much, who} can t.. tell and describe what I suffered? {who\I}</w:t>
      </w:r>
    </w:p>
    <w:p>
      <w:r>
        <w:t>We were two against all the rabbis, against all the great ones, we were two, I and Rebbe Yisroel (Kardonner)</w:t>
      </w:r>
    </w:p>
    <w:p>
      <w:r>
        <w:t>And all the little children, when we walked, then they {…} pointed with a finger:</w:t>
      </w:r>
    </w:p>
    <w:p>
      <w:r>
        <w:t>“Here are the Breslovers, here is Breslov”</w:t>
      </w:r>
    </w:p>
    <w:p>
      <w:r>
        <w:t>[Why are you laughing?]</w:t>
      </w:r>
    </w:p>
    <w:p>
      <w:r>
        <w:t>[………]</w:t>
      </w:r>
    </w:p>
    <w:p>
      <w:r>
        <w:t>[..…….]</w:t>
      </w:r>
    </w:p>
    <w:p>
      <w:r>
        <w:t>When I came to Yerushalayim, there were some who had fear of Heaven, and were afraid to laugh at me, {..}</w:t>
      </w:r>
    </w:p>
    <w:p>
      <w:r>
        <w:t>But, but {..} there were great rabbis, they said:</w:t>
      </w:r>
    </w:p>
    <w:p>
      <w:r>
        <w:t>“No, no, one needs to distance him, one needs to cast him outside..</w:t>
      </w:r>
    </w:p>
    <w:p>
      <w:r>
        <w:t>He occupies himself {with….} all day with Breslov books,” do you know what this is?</w:t>
      </w:r>
    </w:p>
    <w:p>
      <w:r>
        <w:t>There will be only “Na Nach Nachma Nachman MeUman”</w:t>
      </w:r>
    </w:p>
    <w:p>
      <w:r>
        <w:t>[Saba and Avraham Nassan sing:</w:t>
      </w:r>
    </w:p>
    <w:p>
      <w:r>
        <w:t>“Na Nach Nachma Nachman MeUman..”]</w:t>
      </w:r>
    </w:p>
    <w:p>
      <w:r>
        <w:t>[Rav Aharon Luria said to you: “Tonight I am dying”]</w:t>
      </w:r>
    </w:p>
    <w:p>
      <w:r>
        <w:t>Oy, oy, oy</w:t>
      </w:r>
    </w:p>
    <w:p>
      <w:r>
        <w:t>I said to him: “Are you crazy?, {you are here………….}..”</w:t>
      </w:r>
    </w:p>
    <w:p>
      <w:r>
        <w:t>{Nu, ...}, “I am telling you, that tonight I am dying”</w:t>
      </w:r>
    </w:p>
    <w:p>
      <w:r>
        <w:t>And that is how it was</w:t>
      </w:r>
    </w:p>
    <w:p>
      <w:r>
        <w:t>[He was afraid of the Angel of Death, huh?]</w:t>
      </w:r>
    </w:p>
    <w:p>
      <w:r>
        <w:t>Ah, yes, he was {very} afraid of the Angel of Death</w:t>
      </w:r>
    </w:p>
    <w:p>
      <w:r>
        <w:t>{{But, but . .}}, ah..</w:t>
      </w:r>
    </w:p>
    <w:p>
      <w:r>
        <w:t>There was once when he was sick</w:t>
      </w:r>
    </w:p>
    <w:p>
      <w:r>
        <w:t>[Yes]</w:t>
      </w:r>
    </w:p>
    <w:p>
      <w:r>
        <w:t>I went t.. to visit him</w:t>
      </w:r>
    </w:p>
    <w:p>
      <w:r>
        <w:t>[Yes]</w:t>
      </w:r>
    </w:p>
    <w:p>
      <w:r>
        <w:t>I said to him:</w:t>
      </w:r>
    </w:p>
    <w:p>
      <w:r>
        <w:t>“Aharon.. if there is in you some, God forbid, some blemish concerning th.. some dispute against Rabbainu..</w:t>
      </w:r>
    </w:p>
    <w:p>
      <w:r>
        <w:t>[..]</w:t>
      </w:r>
    </w:p>
    <w:p>
      <w:r>
        <w:t>Cast it away”</w:t>
      </w:r>
    </w:p>
    <w:p>
      <w:r>
        <w:t>And his wife {oy} sat at the table and heard..</w:t>
      </w:r>
    </w:p>
    <w:p>
      <w:r>
        <w:t>[Third floor…]</w:t>
      </w:r>
    </w:p>
    <w:p>
      <w:r>
        <w:t>His wife said to him:</w:t>
      </w:r>
    </w:p>
    <w:p>
      <w:r>
        <w:t>{…} “Do what he says..</w:t>
      </w:r>
    </w:p>
    <w:p>
      <w:r>
        <w:t>[Rav Yisroel Ber]</w:t>
      </w:r>
    </w:p>
    <w:p>
      <w:r>
        <w:t>Yisroel Ber</w:t>
      </w:r>
    </w:p>
    <w:p>
      <w:r>
        <w:t>[Yes]</w:t>
      </w:r>
    </w:p>
    <w:p>
      <w:r>
        <w:t>{…}</w:t>
      </w:r>
    </w:p>
    <w:p>
      <w:r>
        <w:t>[You have not finished yet, right?]</w:t>
      </w:r>
    </w:p>
    <w:p>
      <w:r>
        <w:t>That you should say..</w:t>
      </w:r>
    </w:p>
    <w:p>
      <w:r>
        <w:t>[Huh?]</w:t>
      </w:r>
    </w:p>
    <w:p>
      <w:r>
        <w:t>[You have not finished yet?]</w:t>
      </w:r>
    </w:p>
    <w:p>
      <w:r>
        <w:t>{…}, and no longer will you b.., you will not be an opponent of Breslov”</w:t>
      </w:r>
    </w:p>
    <w:p>
      <w:r>
        <w:t>[This is the third floor here]</w:t>
      </w:r>
    </w:p>
    <w:p>
      <w:r>
        <w:t>[…….]</w:t>
      </w:r>
    </w:p>
    <w:p>
      <w:r>
        <w:t>[You can ask people]</w:t>
      </w:r>
    </w:p>
    <w:p>
      <w:r>
        <w:t>Nu</w:t>
      </w:r>
    </w:p>
    <w:p>
      <w:r>
        <w:t>[Ah, yes]</w:t>
      </w:r>
    </w:p>
    <w:p>
      <w:r>
        <w:t>[Do you know Rav Mordechai Luria?]</w:t>
      </w:r>
    </w:p>
    <w:p>
      <w:r>
        <w:t>Mordechai Luria?</w:t>
      </w:r>
    </w:p>
    <w:p>
      <w:r>
        <w:t>[H.. h.. he had a heart condition]</w:t>
      </w:r>
    </w:p>
    <w:p>
      <w:r>
        <w:t>He was {…}.., th.. the brother of Aharon Luria</w:t>
      </w:r>
    </w:p>
    <w:p>
      <w:r>
        <w:t>[Yes]</w:t>
      </w:r>
    </w:p>
    <w:p>
      <w:r>
        <w:t>And he came t.. to visit {another brother..}, another brother</w:t>
      </w:r>
    </w:p>
    <w:p>
      <w:r>
        <w:t>[Another brother, yes]</w:t>
      </w:r>
    </w:p>
    <w:p>
      <w:r>
        <w:t>Avraham Luria</w:t>
      </w:r>
    </w:p>
    <w:p>
      <w:r>
        <w:t>[Avraham Luria, yes]</w:t>
      </w:r>
    </w:p>
    <w:p>
      <w:r>
        <w:t>He was sick of the heart, had a heart condition</w:t>
      </w:r>
    </w:p>
    <w:p>
      <w:r>
        <w:t>[Yes]</w:t>
      </w:r>
    </w:p>
    <w:p>
      <w:r>
        <w:t>{..}</w:t>
      </w:r>
    </w:p>
    <w:p>
      <w:r>
        <w:t>[Avraham Luria]</w:t>
      </w:r>
    </w:p>
    <w:p>
      <w:r>
        <w:t>{..} Yes, I went to visit him, and I took three books with me, and I said to him:</w:t>
      </w:r>
    </w:p>
    <w:p>
      <w:r>
        <w:t>“If you occupy yourself with these three books, then ah..</w:t>
      </w:r>
    </w:p>
    <w:p>
      <w:r>
        <w:t>{...} the illness will go away, and you will live {many} years, many years”</w:t>
      </w:r>
    </w:p>
    <w:p>
      <w:r>
        <w:t>[Which three books?]</w:t>
      </w:r>
    </w:p>
    <w:p>
      <w:r>
        <w:t>Yes</w:t>
      </w:r>
    </w:p>
    <w:p>
      <w:r>
        <w:t>[Which three?]</w:t>
      </w:r>
    </w:p>
    <w:p>
      <w:r>
        <w:t>Ah, he, he said to me:</w:t>
      </w:r>
    </w:p>
    <w:p>
      <w:r>
        <w:t>“Good, I {..}, I every day I will study the three books”</w:t>
      </w:r>
    </w:p>
    <w:p>
      <w:r>
        <w:t>Good, and he was existing, alive and existing, he was</w:t>
      </w:r>
    </w:p>
    <w:p>
      <w:r>
        <w:t>[What were the books called?]</w:t>
      </w:r>
    </w:p>
    <w:p>
      <w:r>
        <w:t>Healthy, {yes}</w:t>
      </w:r>
    </w:p>
    <w:p>
      <w:r>
        <w:t>[What are the books called?]</w:t>
      </w:r>
    </w:p>
    <w:p>
      <w:r>
        <w:t>{He was..}</w:t>
      </w:r>
    </w:p>
    <w:p>
      <w:r>
        <w:t>[“Likutey Tefillos”?]</w:t>
      </w:r>
    </w:p>
    <w:p>
      <w:r>
        <w:t>Huh?</w:t>
      </w:r>
    </w:p>
    <w:p>
      <w:r>
        <w:t>[“Likutey Tefillos”..]</w:t>
      </w:r>
    </w:p>
    <w:p>
      <w:r>
        <w:t>“Likutey Tefillos”</w:t>
      </w:r>
    </w:p>
    <w:p>
      <w:r>
        <w:t>[“Sefer HaMiddos”?]</w:t>
      </w:r>
    </w:p>
    <w:p>
      <w:r>
        <w:t>Huh?</w:t>
      </w:r>
    </w:p>
    <w:p>
      <w:r>
        <w:t>[“Sefer HaMiddos”?]</w:t>
      </w:r>
    </w:p>
    <w:p>
      <w:r>
        <w:t>Th.. th.. th..</w:t>
      </w:r>
    </w:p>
    <w:p>
      <w:r>
        <w:t>[“Sefer HaMiddos”?]</w:t>
      </w:r>
    </w:p>
    <w:p>
      <w:r>
        <w:t>The letters</w:t>
      </w:r>
    </w:p>
    <w:p>
      <w:r>
        <w:t>[“Michtavei Moharnat”?]</w:t>
      </w:r>
    </w:p>
    <w:p>
      <w:r>
        <w:t>Huh?</w:t>
      </w:r>
    </w:p>
    <w:p>
      <w:r>
        <w:t>[“Michtavei Moharnat”]</w:t>
      </w:r>
    </w:p>
    <w:p>
      <w:r>
        <w:t>Oy, th.. the letters {{….}}</w:t>
      </w:r>
    </w:p>
    <w:p>
      <w:r>
        <w:t>And one more book, ah, I brought him three books to occupy himself with</w:t>
      </w:r>
    </w:p>
    <w:p>
      <w:r>
        <w:t>Then {…} he will live long and be healthy</w:t>
      </w:r>
    </w:p>
    <w:p>
      <w:r>
        <w:t>Then he:</w:t>
      </w:r>
    </w:p>
    <w:p>
      <w:r>
        <w:t>{...} “I will do as you {explained} to me</w:t>
      </w:r>
    </w:p>
    <w:p>
      <w:r>
        <w:t>I will be very careful, to study every day th.. the three books these”</w:t>
      </w:r>
    </w:p>
    <w:p>
      <w:r>
        <w:t>[He was, he was a Slonim Chassid, right?]</w:t>
      </w:r>
    </w:p>
    <w:p>
      <w:r>
        <w:t>Oh.. a Slonim Chassid, his father was one of the leaders of the Chassidim, {..}</w:t>
      </w:r>
    </w:p>
    <w:p>
      <w:r>
        <w:t>The point is, afterward {nebach, he…} (poor thing, he...)</w:t>
      </w:r>
    </w:p>
    <w:p>
      <w:r>
        <w:t>[Yes]</w:t>
      </w:r>
    </w:p>
    <w:p>
      <w:r>
        <w:t>And his brother, Mordechai Luria, came and saw the three Breslov books</w:t>
      </w:r>
    </w:p>
    <w:p>
      <w:r>
        <w:t>{Here in.. in..} in his home in the bookcase, then he said:</w:t>
      </w:r>
    </w:p>
    <w:p>
      <w:r>
        <w:t>“What is this? He became {..} Breslov? {..} I will take the books!”</w:t>
      </w:r>
    </w:p>
    <w:p>
      <w:r>
        <w:t>He took the books, and a day {..}, and lived one day, and passed away</w:t>
      </w:r>
    </w:p>
    <w:p>
      <w:r>
        <w:t>He suffered a heart attack and passed away</w:t>
      </w:r>
    </w:p>
    <w:p>
      <w:r>
        <w:t>[His brother took the books from him, his brother]</w:t>
      </w:r>
    </w:p>
    <w:p>
      <w:r>
        <w:t>This matter is known by the entire family and the entire city</w:t>
      </w:r>
    </w:p>
    <w:p>
      <w:r>
        <w:t>[Who took the books from him? Mordechai?]</w:t>
      </w:r>
    </w:p>
    <w:p>
      <w:r>
        <w:t>And he.., Mordechai</w:t>
      </w:r>
    </w:p>
    <w:p>
      <w:r>
        <w:t>[Took the books from him]</w:t>
      </w:r>
    </w:p>
    <w:p>
      <w:r>
        <w:t>And he would weep all his days, “What did I do?.. What did I do {to him}?”</w:t>
      </w:r>
    </w:p>
    <w:p>
      <w:r>
        <w:t>He took the books, so he did not have the books..</w:t>
      </w:r>
    </w:p>
    <w:p>
      <w:r>
        <w:t>[..]</w:t>
      </w:r>
    </w:p>
    <w:p>
      <w:r>
        <w:t>He passed away</w:t>
      </w:r>
    </w:p>
    <w:p>
      <w:r>
        <w:t>[Saba, do you remember the story when you were in the desert?</w:t>
      </w:r>
    </w:p>
    <w:p>
      <w:r>
        <w:t>You said: “I want to work, I want a livelihood,” do you remember?]</w:t>
      </w:r>
    </w:p>
    <w:p>
      <w:r>
        <w:t>Yes, I, I went there in the desert, there was a large pit, and there was a large snake there {and...} very thick</w:t>
      </w:r>
    </w:p>
    <w:p>
      <w:r>
        <w:t>I said: “Maybe it is a rope?”</w:t>
      </w:r>
    </w:p>
    <w:p>
      <w:r>
        <w:t>No, ah, a snake th.. b.. big like that?</w:t>
      </w:r>
    </w:p>
    <w:p>
      <w:r>
        <w:t>[Yes, yes]</w:t>
      </w:r>
    </w:p>
    <w:p>
      <w:r>
        <w:t>{..}, I {..}, I {…} went down {la'ayah} into the pit, and there was a snake, there was a snake</w:t>
      </w:r>
    </w:p>
    <w:p>
      <w:r>
        <w:t>Blessed is Hashem, I {..} got out and was saved, and.. shoyn, and I went away from there, {..}</w:t>
      </w:r>
    </w:p>
    <w:p>
      <w:r>
        <w:t>And as for the snake, I do not know, but I think, {..}, one that thick needs to eat</w:t>
      </w:r>
    </w:p>
    <w:p>
      <w:r>
        <w:t>He too, {he d.., he d.., he} he passed away, {….}, th.. like the snake</w:t>
      </w:r>
    </w:p>
    <w:p>
      <w:r>
        <w:t>Th.. Avraham Luria’s wife, she begged him:</w:t>
      </w:r>
    </w:p>
    <w:p>
      <w:r>
        <w:t>“Oy, Avraham, as Yisroel Ber tells you, {do}, do”</w:t>
      </w:r>
    </w:p>
    <w:p>
      <w:r>
        <w:t>He said to her:</w:t>
      </w:r>
    </w:p>
    <w:p>
      <w:r>
        <w:t>“I will do, I will study {in it, in it}, the three books these every day”</w:t>
      </w:r>
    </w:p>
    <w:p>
      <w:r>
        <w:t>He, and he was healthy, h.. healthy, became healthy</w:t>
      </w:r>
    </w:p>
    <w:p>
      <w:r>
        <w:t>Afterward his brother, Mordechai Luria, came and saw the three Breslov books {...} in the bookcase</w:t>
      </w:r>
    </w:p>
    <w:p>
      <w:r>
        <w:t>Then he took it, and he {..}.. passed away</w:t>
      </w:r>
    </w:p>
    <w:p>
      <w:r>
        <w:t>{…}</w:t>
      </w:r>
    </w:p>
    <w:p>
      <w:r>
        <w:t>He passed away, and his brother, Mordechai Luria, wept over this all his days, "What did I do?”</w:t>
      </w:r>
    </w:p>
    <w:p>
      <w:r>
        <w:t>[Look there whether Saba is coming, go into the room, look whether Saba is coming</w:t>
      </w:r>
    </w:p>
    <w:p>
      <w:r>
        <w:t>Look whether Saba is coming there, you recognize the car, right?]</w:t>
      </w:r>
    </w:p>
    <w:p>
      <w:r>
        <w:t>I went to him</w:t>
      </w:r>
    </w:p>
    <w:p>
      <w:r>
        <w:t>[Yes]</w:t>
      </w:r>
    </w:p>
    <w:p>
      <w:r>
        <w:t>And I wanted to do h.. him a kindness so that he would live</w:t>
      </w:r>
    </w:p>
    <w:p>
      <w:r>
        <w:t>[Yes]</w:t>
      </w:r>
    </w:p>
    <w:p>
      <w:r>
        <w:t>{And she} received the three books from me, and studied every day in the three books these, and he said to me:</w:t>
      </w:r>
    </w:p>
    <w:p>
      <w:r>
        <w:t>“I study i.. the three books, I study every day”</w:t>
      </w:r>
    </w:p>
    <w:p>
      <w:r>
        <w:t>And he was becoming healthy, and suddenly his brother, Mordechai, came..</w:t>
      </w:r>
    </w:p>
    <w:p>
      <w:r>
        <w:t>[Mordechai]</w:t>
      </w:r>
    </w:p>
    <w:p>
      <w:r>
        <w:t>Luria, and saw the three books of Breslov</w:t>
      </w:r>
    </w:p>
    <w:p>
      <w:r>
        <w:t>“What? Became Breslov? I will show him, I will take the books”</w:t>
      </w:r>
    </w:p>
    <w:p>
      <w:r>
        <w:t>He took the books, and he passed away</w:t>
      </w:r>
    </w:p>
    <w:p>
      <w:r>
        <w:t>[Father, father]</w:t>
      </w:r>
    </w:p>
    <w:p>
      <w:r>
        <w:t>He did not have the books to study</w:t>
      </w:r>
    </w:p>
    <w:p>
      <w:r>
        <w:t>[He became completely healthy]</w:t>
      </w:r>
    </w:p>
    <w:p>
      <w:r>
        <w:t>Huh? {He then, ah, then, ah..}</w:t>
      </w:r>
    </w:p>
    <w:p>
      <w:r>
        <w:t>[What is this?]</w:t>
      </w:r>
    </w:p>
    <w:p>
      <w:r>
        <w:t>He passed away</w:t>
      </w:r>
    </w:p>
    <w:p>
      <w:r>
        <w:t>[But, but {..} he studied the books, and he became healthy?]</w:t>
      </w:r>
    </w:p>
    <w:p>
      <w:r>
        <w:t>{Oy}, yes</w:t>
      </w:r>
    </w:p>
    <w:p>
      <w:r>
        <w:t>[Yes]</w:t>
      </w:r>
    </w:p>
    <w:p>
      <w:r>
        <w:t>He had the books, and would study.. in them</w:t>
      </w:r>
    </w:p>
    <w:p>
      <w:r>
        <w:t>He was {..} he became healthy, he was {..} a scholar</w:t>
      </w:r>
    </w:p>
    <w:p>
      <w:r>
        <w:t>[What dangers]</w:t>
      </w:r>
    </w:p>
    <w:p>
      <w:r>
        <w:t>A great scholar, and he very much loved to study Rabbainu’s books</w:t>
      </w:r>
    </w:p>
    <w:p>
      <w:r>
        <w:t>And he saw that this, that this is a great remedy, and that is how it was, he became healthy</w:t>
      </w:r>
    </w:p>
    <w:p>
      <w:r>
        <w:t>And his wife was so happy, and blessed is Hashem, she has such a gift, that her husband is alive, {..}</w:t>
      </w:r>
    </w:p>
    <w:p>
      <w:r>
        <w:t>[Aharon..]</w:t>
      </w:r>
    </w:p>
    <w:p>
      <w:r>
        <w:t>Came, came his brother, Mordechai Luria, and saw the three books, and said:</w:t>
      </w:r>
    </w:p>
    <w:p>
      <w:r>
        <w:t>“What? What? He became Breslov? I will show him”</w:t>
      </w:r>
    </w:p>
    <w:p>
      <w:r>
        <w:t>He took the three books and went</w:t>
      </w:r>
    </w:p>
    <w:p>
      <w:r>
        <w:t>And he, {and.. and he} went with the three books, and Avraham, ah, passed away</w:t>
      </w:r>
    </w:p>
    <w:p>
      <w:r>
        <w:t>One day {fell, he did not have, he did not have, ah, to study} the books, and he passed away</w:t>
      </w:r>
    </w:p>
    <w:p>
      <w:r>
        <w:t>[There was one Luria who said, said to you: “I am jealous of you,” who was it?]</w:t>
      </w:r>
    </w:p>
    <w:p>
      <w:r>
        <w:t>{It was} Aharon, Aharon Luria</w:t>
      </w:r>
    </w:p>
    <w:p>
      <w:r>
        <w:t>[Aharon Luria said: “I am jealous of you, that you are Breslov..”]</w:t>
      </w:r>
    </w:p>
    <w:p>
      <w:r>
        <w:t>Yes</w:t>
      </w:r>
    </w:p>
    <w:p>
      <w:r>
        <w:t>[“I am jealous of you”]</w:t>
      </w:r>
    </w:p>
    <w:p>
      <w:r>
        <w:t>“I want to be like Yisroel Ber,” {...}</w:t>
      </w:r>
    </w:p>
    <w:p>
      <w:r>
        <w:t>Then {..} I said to him: “{..} You cannot be like me, {nu} what? Will you be Breslov?”</w:t>
      </w:r>
    </w:p>
    <w:p>
      <w:r>
        <w:t>[So he took “Likutey Moharan,” no? He took “Likutey Moharan”?]</w:t>
      </w:r>
    </w:p>
    <w:p>
      <w:r>
        <w:t>He {studied} three books, which I brought him as a gift</w:t>
      </w:r>
    </w:p>
    <w:p>
      <w:r>
        <w:t>{And he studied them every……}…</w:t>
      </w:r>
    </w:p>
    <w:p>
      <w:r>
        <w:t>...[…]...</w:t>
      </w:r>
    </w:p>
    <w:p>
      <w:r>
        <w:t>...[...French….]</w:t>
      </w:r>
    </w:p>
    <w:p>
      <w:r>
        <w:t>{He did not have those three} books to study in</w:t>
      </w:r>
    </w:p>
    <w:p>
      <w:r>
        <w:t>[………..]</w:t>
      </w:r>
    </w:p>
    <w:p>
      <w:r>
        <w:t>[{Said, that everyone} in Israel, only good]</w:t>
      </w:r>
    </w:p>
    <w:p>
      <w:r>
        <w:t>[….]</w:t>
      </w:r>
    </w:p>
    <w:p>
      <w:r>
        <w:t>I said to him: “What is this? What? Why did you do this?”</w:t>
      </w:r>
    </w:p>
    <w:p>
      <w:r>
        <w:t>He said to me: “I did not want to, he took the books, what, what? I did not have the books,” {..} [……..]</w:t>
      </w:r>
    </w:p>
    <w:p>
      <w:r>
        <w:t>I am not exaggerating and not.., so {..} as I tell it, that is how it was</w:t>
      </w:r>
    </w:p>
    <w:p>
      <w:r>
        <w:t>I went to him with a good gift, so that he would be healthy</w:t>
      </w:r>
    </w:p>
    <w:p>
      <w:r>
        <w:t>{Suddenly} his brother came and saw that the books {that he had}</w:t>
      </w:r>
    </w:p>
    <w:p>
      <w:r>
        <w:t>{He said:\"What is he?} Is he crazy? Did he become Breslov? I will show him"</w:t>
      </w:r>
    </w:p>
    <w:p>
      <w:r>
        <w:t>Then he took and went, and went with those three books, and he had a heart attack, and he died [There was one heart patient who was.. a Slonim Chassid]</w:t>
      </w:r>
    </w:p>
    <w:p>
      <w:r>
        <w:t>[Yes]</w:t>
      </w:r>
    </w:p>
    <w:p>
      <w:r>
        <w:t>[And he took three books from him, “Likutay Tefilos”..]</w:t>
      </w:r>
    </w:p>
    <w:p>
      <w:r>
        <w:t>{...}</w:t>
      </w:r>
    </w:p>
    <w:p>
      <w:r>
        <w:t>[….And.. and he was a Slonim Chassid, they called him Mo.., Mordechai Luria</w:t>
      </w:r>
    </w:p>
    <w:p>
      <w:r>
        <w:t>And the second was Avr.., Avraham Luria, so he was.., he was a heart patient</w:t>
      </w:r>
    </w:p>
    <w:p>
      <w:r>
        <w:t>So his brother, he was jealous.., jealous of his brother, why he occupied himself with Breslov books]</w:t>
      </w:r>
    </w:p>
    <w:p>
      <w:r>
        <w:t>He took all three books and went away</w:t>
      </w:r>
    </w:p>
    <w:p>
      <w:r>
        <w:t>[Took {the three books} and went away, and after he took them from him then he.., he had a heart attack, but before he, he.., when he had the books he was.., immediately he became completely healthy] I came, I said to him: "Avraham? What is this with you?"</w:t>
      </w:r>
    </w:p>
    <w:p>
      <w:r>
        <w:t>He: "All right, what can I do? He took them and went away..”</w:t>
      </w:r>
    </w:p>
    <w:p>
      <w:r>
        <w:t>[Was a heart patient..]</w:t>
      </w:r>
    </w:p>
    <w:p>
      <w:r>
        <w:t>"I did not have the books"</w:t>
      </w:r>
    </w:p>
    <w:p>
      <w:r>
        <w:t>[..Completely ill, until he became completely healthy…………]</w:t>
      </w:r>
    </w:p>
    <w:p>
      <w:r>
        <w:t>[….]</w:t>
      </w:r>
    </w:p>
    <w:p>
      <w:r>
        <w:t>[His brother.…]</w:t>
      </w:r>
    </w:p>
    <w:p>
      <w:r>
        <w:t>[…….]</w:t>
      </w:r>
    </w:p>
    <w:p>
      <w:r>
        <w:t>[Huh?]</w:t>
      </w:r>
    </w:p>
    <w:p>
      <w:r>
        <w:t>[……….]</w:t>
      </w:r>
    </w:p>
    <w:p>
      <w:r>
        <w:t>{...}</w:t>
      </w:r>
    </w:p>
    <w:p>
      <w:r>
        <w:t>[……….]</w:t>
      </w:r>
    </w:p>
    <w:p>
      <w:r>
        <w:t>He was a scholar, a great scholar, and he studied the books, every day {..}studied them</w:t>
      </w:r>
    </w:p>
    <w:p>
      <w:r>
        <w:t>[..You changed completely..]</w:t>
      </w:r>
    </w:p>
    <w:p>
      <w:r>
        <w:t>And he became healthy, and there was joy in his home</w:t>
      </w:r>
    </w:p>
    <w:p>
      <w:r>
        <w:t>He and his wife, their joy and he {was...}, and became healthy</w:t>
      </w:r>
    </w:p>
    <w:p>
      <w:r>
        <w:t>His brother Mordechai came to visit him, and saw the three books in the cabinet</w:t>
      </w:r>
    </w:p>
    <w:p>
      <w:r>
        <w:t>"Breslov?..”</w:t>
      </w:r>
    </w:p>
    <w:p>
      <w:r>
        <w:t>[Yes]</w:t>
      </w:r>
    </w:p>
    <w:p>
      <w:r>
        <w:t>"What is this? Became Breslov?.."</w:t>
      </w:r>
    </w:p>
    <w:p>
      <w:r>
        <w:t>[Yes]</w:t>
      </w:r>
    </w:p>
    <w:p>
      <w:r>
        <w:t>"I will show him"</w:t>
      </w:r>
    </w:p>
    <w:p>
      <w:r>
        <w:t>So he took the books and went away</w:t>
      </w:r>
    </w:p>
    <w:p>
      <w:r>
        <w:t>And he passed away {..} at home, had a heart attack, and he passed away</w:t>
      </w:r>
    </w:p>
    <w:p>
      <w:r>
        <w:t>[…..…]</w:t>
      </w:r>
    </w:p>
    <w:p>
      <w:r>
        <w:t>[……..]</w:t>
      </w:r>
    </w:p>
    <w:p>
      <w:r>
        <w:t>The whole family and all th.., {…} all the great ones know about it</w:t>
      </w:r>
    </w:p>
    <w:p>
      <w:r>
        <w:t>They know about it, that he {...} and he himself admits</w:t>
      </w:r>
    </w:p>
    <w:p>
      <w:r>
        <w:t>"I went.. I received.. I took the books, {..}</w:t>
      </w:r>
    </w:p>
    <w:p>
      <w:r>
        <w:t>And because of this he died</w:t>
      </w:r>
    </w:p>
    <w:p>
      <w:r>
        <w:t>[………]</w:t>
      </w:r>
    </w:p>
    <w:p>
      <w:r>
        <w:t>[Yes, clear……..]...</w:t>
      </w:r>
    </w:p>
    <w:p>
      <w:r>
        <w:t>...They all knew, that he killed him, {oy}</w:t>
      </w:r>
    </w:p>
    <w:p>
      <w:r>
        <w:t>He told them, he killed me, and he found the books {and…}</w:t>
      </w:r>
    </w:p>
    <w:p>
      <w:r>
        <w:t>{And went here}, he gave them here and went</w:t>
      </w:r>
    </w:p>
    <w:p>
      <w:r>
        <w:t>[………………..]</w:t>
      </w:r>
    </w:p>
    <w:p>
      <w:r>
        <w:t>[……..………...]…</w:t>
      </w:r>
    </w:p>
    <w:p>
      <w:r>
        <w:t>...[You understood]…</w:t>
      </w:r>
    </w:p>
    <w:p>
      <w:r>
        <w:t>...[..That you gave me to deposit, shall I leave it with Shimon?]</w:t>
      </w:r>
    </w:p>
    <w:p>
      <w:r>
        <w:t>His brother, Mordechai Luria, came and saw three books on the table, {three}, three Breslov books</w:t>
      </w:r>
    </w:p>
    <w:p>
      <w:r>
        <w:t>{"What is this? What? What?"}</w:t>
      </w:r>
    </w:p>
    <w:p>
      <w:r>
        <w:t>Ah, he knew, that I was treating him, th.. so he said:</w:t>
      </w:r>
    </w:p>
    <w:p>
      <w:r>
        <w:t>"What? Did he become crazy? He, he studies Breslov books? I will show him"</w:t>
      </w:r>
    </w:p>
    <w:p>
      <w:r>
        <w:t>So he took {and took and went, and.. went away}</w:t>
      </w:r>
    </w:p>
    <w:p>
      <w:r>
        <w:t>And he passed away</w:t>
      </w:r>
    </w:p>
    <w:p>
      <w:r>
        <w:t>[What is he?]</w:t>
      </w:r>
    </w:p>
    <w:p>
      <w:r>
        <w:t>Nebach (poor woman) the woman, his wife, nebach, he killed his brother</w:t>
      </w:r>
    </w:p>
    <w:p>
      <w:r>
        <w:t>Who is this?</w:t>
      </w:r>
    </w:p>
    <w:p>
      <w:r>
        <w:t>"I will show him, what? Became crazy? He, he, he became Breslov? I will show him"</w:t>
      </w:r>
    </w:p>
    <w:p>
      <w:r>
        <w:t>Nu,nu</w:t>
      </w:r>
    </w:p>
    <w:p>
      <w:r>
        <w:t>[……..]</w:t>
      </w:r>
    </w:p>
    <w:p>
      <w:r>
        <w:t>{...}</w:t>
      </w:r>
    </w:p>
    <w:p>
      <w:r>
        <w:t>I said to Mordechai Luria:</w:t>
      </w:r>
    </w:p>
    <w:p>
      <w:r>
        <w:t>"Give me the books, give me the books, you killed your brother, give me {the three} books" No, no {..}, did not give me the books</w:t>
      </w:r>
    </w:p>
    <w:p>
      <w:r>
        <w:t>He, he {…}, he was already afraid</w:t>
      </w:r>
    </w:p>
    <w:p>
      <w:r>
        <w:t>Nu, th.. th..</w:t>
      </w:r>
    </w:p>
    <w:p>
      <w:r>
        <w:t>[To lie down?]</w:t>
      </w:r>
    </w:p>
    <w:p>
      <w:r>
        <w:t>On the bed, the legs, th.. yes, ho, ho…</w:t>
      </w:r>
    </w:p>
    <w:p>
      <w:r>
        <w:t>...Did Leizer go? Where will Leizer sleep?…</w:t>
      </w:r>
    </w:p>
    <w:p>
      <w:r>
        <w:t>...[…]...</w:t>
      </w:r>
    </w:p>
    <w:p>
      <w:r>
        <w:t>This, this is the story {..} known in Teveria, yes</w:t>
      </w:r>
    </w:p>
    <w:p>
      <w:r>
        <w:t>That he, his brother, Mordechai Luria, killed Avraham Luria, his brother</w:t>
      </w:r>
    </w:p>
    <w:p>
      <w:r>
        <w:t>He took the books from him</w:t>
      </w:r>
    </w:p>
    <w:p>
      <w:r>
        <w:t>[…………….]</w:t>
      </w:r>
    </w:p>
    <w:p>
      <w:r>
        <w:t>[…………….]…</w:t>
      </w:r>
    </w:p>
    <w:p>
      <w:r>
        <w:t>...Kiddush, and.. to eat something</w:t>
      </w:r>
    </w:p>
    <w:p>
      <w:r>
        <w:t>[But it is not Shabbos yet]</w:t>
      </w:r>
    </w:p>
    <w:p>
      <w:r>
        <w:t>Huh?</w:t>
      </w:r>
    </w:p>
    <w:p>
      <w:r>
        <w:t>[Still, it is not Shabbos yet, the time of Shabbos has not yet arrived, it is not Shabbos yet]</w:t>
      </w:r>
    </w:p>
    <w:p>
      <w:r>
        <w:t>Now it is not Shabbos</w:t>
      </w:r>
    </w:p>
    <w:p>
      <w:r>
        <w:t>[Not yet, not yet]</w:t>
      </w:r>
    </w:p>
    <w:p>
      <w:r>
        <w:t>Huh?</w:t>
      </w:r>
    </w:p>
    <w:p>
      <w:r>
        <w:t>[Not yet]</w:t>
      </w:r>
    </w:p>
    <w:p>
      <w:r>
        <w:t>Now st.., still Shabbos</w:t>
      </w:r>
    </w:p>
    <w:p>
      <w:r>
        <w:t>[Not yet]</w:t>
      </w:r>
    </w:p>
    <w:p>
      <w:r>
        <w:t>Huh?</w:t>
      </w:r>
    </w:p>
    <w:p>
      <w:r>
        <w:t>[Not yet, st.., what do you want to eat? Rebbe Yisroel]</w:t>
      </w:r>
    </w:p>
    <w:p>
      <w:r>
        <w:t>I want to eat</w:t>
      </w:r>
    </w:p>
    <w:p>
      <w:r>
        <w:t>[What do you want to eat?]</w:t>
      </w:r>
    </w:p>
    <w:p>
      <w:r>
        <w:t>I do not know</w:t>
      </w:r>
    </w:p>
    <w:p>
      <w:r>
        <w:t>[..There is everything, everything is ready, al.. things..]…</w:t>
      </w:r>
    </w:p>
    <w:p>
      <w:r>
        <w:t>...I said to him: "It is impossible for you, ah.. ah.. you will not study Breslov books"</w:t>
      </w:r>
    </w:p>
    <w:p>
      <w:r>
        <w:t>He said: "I will study, yes, only so that I {will see}, only so that I will live"</w:t>
      </w:r>
    </w:p>
    <w:p>
      <w:r>
        <w:t>[……..]</w:t>
      </w:r>
    </w:p>
    <w:p>
      <w:r>
        <w:t>[……..]</w:t>
      </w:r>
    </w:p>
    <w:p>
      <w:r>
        <w:t>Aharon Luria, his wife begged him:</w:t>
      </w:r>
    </w:p>
    <w:p>
      <w:r>
        <w:t>"Do as Rebbe Yisroel Ber tells you, not to be an opponent"</w:t>
      </w:r>
    </w:p>
    <w:p>
      <w:r>
        <w:t>He said:</w:t>
      </w:r>
    </w:p>
    <w:p>
      <w:r>
        <w:t>"Yes, yes, yes, yes"</w:t>
      </w:r>
    </w:p>
    <w:p>
      <w:r>
        <w:t>{{He, and he, ….}}, he passed away</w:t>
      </w:r>
    </w:p>
    <w:p>
      <w:r>
        <w:t>{..}, he was {..}, in his heart he had opposition, and could not overcome it, so he passed away</w:t>
      </w:r>
    </w:p>
    <w:p>
      <w:r>
        <w:t>{..} Aharon Luria, the brother of Avraham Luria</w:t>
      </w:r>
    </w:p>
    <w:p>
      <w:r>
        <w:t>[The one who passed away?]</w:t>
      </w:r>
    </w:p>
    <w:p>
      <w:r>
        <w:t>Yes</w:t>
      </w:r>
    </w:p>
    <w:p>
      <w:r>
        <w:t>He took, {..} Mordechai Luria came to visit him, and saw three Breslov books, and said:</w:t>
      </w:r>
    </w:p>
    <w:p>
      <w:r>
        <w:t>"What? Did he become crazy? Did he become Breslov? I will show him"</w:t>
      </w:r>
    </w:p>
    <w:p>
      <w:r>
        <w:t>He took and went, he took three.., the three books and went, {..}</w:t>
      </w:r>
    </w:p>
    <w:p>
      <w:r>
        <w:t>Nu, what can be done?</w:t>
      </w:r>
    </w:p>
    <w:p>
      <w:r>
        <w:t>[I want a blessing from the Rav, that the Rav should bless me]</w:t>
      </w:r>
    </w:p>
    <w:p>
      <w:r>
        <w:t>And for several years I said to him: "Give me th.., give me the three books"</w:t>
      </w:r>
    </w:p>
    <w:p>
      <w:r>
        <w:t>And he did not want to, and did not give them to me</w:t>
      </w:r>
    </w:p>
    <w:p>
      <w:r>
        <w:t>[……..…..]</w:t>
      </w:r>
    </w:p>
    <w:p>
      <w:r>
        <w:t>[…….…...]</w:t>
      </w:r>
    </w:p>
    <w:p>
      <w:r>
        <w:t>Oy vey, {..} cover me, {please}, cover me</w:t>
      </w:r>
    </w:p>
    <w:p>
      <w:r>
        <w:t>[..With a sheet, to cover with a sheet?]</w:t>
      </w:r>
    </w:p>
    <w:p>
      <w:r>
        <w:t>Yes, yes, ho</w:t>
      </w:r>
    </w:p>
    <w:p>
      <w:r>
        <w:t>[Rebbe Yisroel, there are two young men here, two young men, they do not kno.., did not know you</w:t>
      </w:r>
    </w:p>
    <w:p>
      <w:r>
        <w:t>Only today, the first time that they came to you, two young men, Hassan..]</w:t>
      </w:r>
    </w:p>
    <w:p>
      <w:r>
        <w:t>They, did they hear the story?</w:t>
      </w:r>
    </w:p>
    <w:p>
      <w:r>
        <w:t>[This story, the first time that they heard it]</w:t>
      </w:r>
    </w:p>
    <w:p>
      <w:r>
        <w:t>Ah, ah</w:t>
      </w:r>
    </w:p>
    <w:p>
      <w:r>
        <w:t>[They do not know anything about Breslov]</w:t>
      </w:r>
    </w:p>
    <w:p>
      <w:r>
        <w:t>"He became crazy, he studies Breslov books? I will show him"</w:t>
      </w:r>
    </w:p>
    <w:p>
      <w:r>
        <w:t>[Will it be possible to bless them, will it be possible to bless the young men?]</w:t>
      </w:r>
    </w:p>
    <w:p>
      <w:r>
        <w:t>Hashem should bless them, that.. that they should merit to draw close to the holy Rabbainu</w:t>
      </w:r>
    </w:p>
    <w:p>
      <w:r>
        <w:t>[Amen]</w:t>
      </w:r>
    </w:p>
    <w:p>
      <w:r>
        <w:t>Speedily</w:t>
      </w:r>
    </w:p>
    <w:p>
      <w:r>
        <w:t>[Who should merit?]</w:t>
      </w:r>
    </w:p>
    <w:p>
      <w:r>
        <w:t>[That they should merit to draw close to the holy Rabbainu]</w:t>
      </w:r>
    </w:p>
    <w:p>
      <w:r>
        <w:t>[Tell him that..]</w:t>
      </w:r>
    </w:p>
    <w:p>
      <w:r>
        <w:t>[Huh?]</w:t>
      </w:r>
    </w:p>
    <w:p>
      <w:r>
        <w:t>[For a match, for a match M.., Mordechai, my brother..]</w:t>
      </w:r>
    </w:p>
    <w:p>
      <w:r>
        <w:t>[..Mordechai son of?]</w:t>
      </w:r>
    </w:p>
    <w:p>
      <w:r>
        <w:t>[Son of Elisheva]</w:t>
      </w:r>
    </w:p>
    <w:p>
      <w:r>
        <w:t>[Son of?]</w:t>
      </w:r>
    </w:p>
    <w:p>
      <w:r>
        <w:t>[Elisheva]</w:t>
      </w:r>
    </w:p>
    <w:p>
      <w:r>
        <w:t>[Elisheva]</w:t>
      </w:r>
    </w:p>
    <w:p>
      <w:r>
        <w:t>Ah</w:t>
      </w:r>
    </w:p>
    <w:p>
      <w:r>
        <w:t>[Y.. young men always need a blessing for a match, that they should merit to get married]</w:t>
      </w:r>
    </w:p>
    <w:p>
      <w:r>
        <w:t>Th.. Hashem, blessed is He, should have mercy on them, and give them a ma.. a good match</w:t>
      </w:r>
    </w:p>
    <w:p>
      <w:r>
        <w:t>[..Br.., his brother's name is, Mordechai son of Elisheva, Mordechai]</w:t>
      </w:r>
    </w:p>
    <w:p>
      <w:r>
        <w:t>Mordechai Elisheva</w:t>
      </w:r>
    </w:p>
    <w:p>
      <w:r>
        <w:t>[Son, son of Elish.., Mordechai son of Elisheva]</w:t>
      </w:r>
    </w:p>
    <w:p>
      <w:r>
        <w:t>{..} Mordechai</w:t>
      </w:r>
    </w:p>
    <w:p>
      <w:r>
        <w:t>[Mordechai son of Elisheva]</w:t>
      </w:r>
    </w:p>
    <w:p>
      <w:r>
        <w:t>Son of Elisheva</w:t>
      </w:r>
    </w:p>
    <w:p>
      <w:r>
        <w:t>[He needs a match, he needs t.. to get married]</w:t>
      </w:r>
    </w:p>
    <w:p>
      <w:r>
        <w:t>Yes</w:t>
      </w:r>
    </w:p>
    <w:p>
      <w:r>
        <w:t>[And..]</w:t>
      </w:r>
    </w:p>
    <w:p>
      <w:r>
        <w:t>{Nu}</w:t>
      </w:r>
    </w:p>
    <w:p>
      <w:r>
        <w:t>[And Hassan son of Elisheva]</w:t>
      </w:r>
    </w:p>
    <w:p>
      <w:r>
        <w:t>[Yaakov]</w:t>
      </w:r>
    </w:p>
    <w:p>
      <w:r>
        <w:t>Huh?</w:t>
      </w:r>
    </w:p>
    <w:p>
      <w:r>
        <w:t>[Also Yaakov]</w:t>
      </w:r>
    </w:p>
    <w:p>
      <w:r>
        <w:t>[H.., Hassan]</w:t>
      </w:r>
    </w:p>
    <w:p>
      <w:r>
        <w:t>[Yaakov]</w:t>
      </w:r>
    </w:p>
    <w:p>
      <w:r>
        <w:t>[Yaakov Hassan, or…? And Ya.., Mordechai bo Elisheva, and Yaakov son of Elisheva]</w:t>
      </w:r>
    </w:p>
    <w:p>
      <w:r>
        <w:t>Yaakov {..}, shoyn..</w:t>
      </w:r>
    </w:p>
    <w:p>
      <w:r>
        <w:t>[Chaya Idit]</w:t>
      </w:r>
    </w:p>
    <w:p>
      <w:r>
        <w:t>Shoyn</w:t>
      </w:r>
    </w:p>
    <w:p>
      <w:r>
        <w:t>[….]</w:t>
      </w:r>
    </w:p>
    <w:p>
      <w:r>
        <w:t>Oy</w:t>
      </w:r>
    </w:p>
    <w:p>
      <w:r>
        <w:t>[And.. there is more..]</w:t>
      </w:r>
    </w:p>
    <w:p>
      <w:r>
        <w:t>Shoyn, shoyn, shoyn.. {..}</w:t>
      </w:r>
    </w:p>
    <w:p>
      <w:r>
        <w:t>I need to eat</w:t>
      </w:r>
    </w:p>
    <w:p>
      <w:r>
        <w:t>[………..]</w:t>
      </w:r>
    </w:p>
    <w:p>
      <w:r>
        <w:t>[………..]</w:t>
      </w:r>
    </w:p>
    <w:p>
      <w:r>
        <w:t>[All right, the money that you gave me to deposit..]…</w:t>
      </w:r>
    </w:p>
    <w:p>
      <w:r>
        <w:t>...And that is how it was, he studied these three books each and every day</w:t>
      </w:r>
    </w:p>
    <w:p>
      <w:r>
        <w:t>His brother, Mordechai Luria, came and saw "Ho, what is this? He, he studies Breslov books?</w:t>
      </w:r>
    </w:p>
    <w:p>
      <w:r>
        <w:t>He has three books from Breslov, what is this? Did he become crazy?"</w:t>
      </w:r>
    </w:p>
    <w:p>
      <w:r>
        <w:t>He said: "Ah.. I will show him"</w:t>
      </w:r>
    </w:p>
    <w:p>
      <w:r>
        <w:t>Then he took the three books and he {..}, he went, and he {did not} suffer a heart attack, and passed away</w:t>
      </w:r>
    </w:p>
    <w:p>
      <w:r>
        <w:t>[Which books {did he have}?]</w:t>
      </w:r>
    </w:p>
    <w:p>
      <w:r>
        <w:t>Huh? Luria..</w:t>
      </w:r>
    </w:p>
    <w:p>
      <w:r>
        <w:t>[Which books?]</w:t>
      </w:r>
    </w:p>
    <w:p>
      <w:r>
        <w:t>Luria, Luria</w:t>
      </w:r>
    </w:p>
    <w:p>
      <w:r>
        <w:t>[No, which books?]</w:t>
      </w:r>
    </w:p>
    <w:p>
      <w:r>
        <w:t>Huh?</w:t>
      </w:r>
    </w:p>
    <w:p>
      <w:r>
        <w:t>[Which books?]</w:t>
      </w:r>
    </w:p>
    <w:p>
      <w:r>
        <w:t>Which books?</w:t>
      </w:r>
    </w:p>
    <w:p>
      <w:r>
        <w:t>[Yes]</w:t>
      </w:r>
    </w:p>
    <w:p>
      <w:r>
        <w:t>“Alim LiTrufa”</w:t>
      </w:r>
    </w:p>
    <w:p>
      <w:r>
        <w:t>[Yes]</w:t>
      </w:r>
    </w:p>
    <w:p>
      <w:r>
        <w:t>And..{..} and.. another, and “Likutey Moharan”</w:t>
      </w:r>
    </w:p>
    <w:p>
      <w:r>
        <w:t>[Yes]</w:t>
      </w:r>
    </w:p>
    <w:p>
      <w:r>
        <w:t>And.. and.. and.. “Likutay Halachos,” {three} books</w:t>
      </w:r>
    </w:p>
    <w:p>
      <w:r>
        <w:t>And I gave them to him, and he studied them every single day, he was a great scholar, he had a {g.., good} brain</w:t>
      </w:r>
    </w:p>
    <w:p>
      <w:r>
        <w:t>He had a great brain, and he studied the three books every day, and he found {{...}} vitality every single day</w:t>
      </w:r>
    </w:p>
    <w:p>
      <w:r>
        <w:t>{{Then he said.., he felt that I am he}} receiving a remedy</w:t>
      </w:r>
    </w:p>
    <w:p>
      <w:r>
        <w:t>And that is how it was, and he had a remedy, and he was healthy</w:t>
      </w:r>
    </w:p>
    <w:p>
      <w:r>
        <w:t>And his brother, Mordechai Luria, came to him, and he {...} saw the three books from Breslov, ah..</w:t>
      </w:r>
    </w:p>
    <w:p>
      <w:r>
        <w:t>And he knew that I was treating him, so {he}, he became crazy, he studies Breslov books</w:t>
      </w:r>
    </w:p>
    <w:p>
      <w:r>
        <w:t>And he took them, all three books {and t.., and where} he went, and he {...} passed away that same day, he passed away</w:t>
      </w:r>
    </w:p>
    <w:p>
      <w:r>
        <w:t>So he did not have the books to study from, he passed away</w:t>
      </w:r>
    </w:p>
    <w:p>
      <w:r>
        <w:t>[Who passed away?]</w:t>
      </w:r>
    </w:p>
    <w:p>
      <w:r>
        <w:t>[………]</w:t>
      </w:r>
    </w:p>
    <w:p>
      <w:r>
        <w:t>(Saba coughs)...</w:t>
      </w:r>
    </w:p>
    <w:p>
      <w:r>
        <w:t>...Give me something to eat, I need to eat</w:t>
      </w:r>
    </w:p>
    <w:p>
      <w:r>
        <w:t>[They want to study with me … “Likutay Halachos”]</w:t>
      </w:r>
    </w:p>
    <w:p>
      <w:r>
        <w:t>[Huh?]</w:t>
      </w:r>
    </w:p>
    <w:p>
      <w:r>
        <w:t>[…...]</w:t>
      </w:r>
    </w:p>
    <w:p>
      <w:r>
        <w:t>Leizer is not here?</w:t>
      </w:r>
    </w:p>
    <w:p>
      <w:r>
        <w:t>[I do not know, they went, no, no, no]</w:t>
      </w:r>
    </w:p>
    <w:p>
      <w:r>
        <w:t>Huh?</w:t>
      </w:r>
    </w:p>
    <w:p>
      <w:r>
        <w:t>[No, no]</w:t>
      </w:r>
    </w:p>
    <w:p>
      <w:r>
        <w:t>{39:00}</w:t>
      </w:r>
    </w:p>
    <w:p>
      <w:r>
        <w:t>Ah</w:t>
      </w:r>
    </w:p>
    <w:p>
      <w:r>
        <w:t>[To study more “Likutay Halachos” with me]</w:t>
      </w:r>
    </w:p>
    <w:p>
      <w:r>
        <w:t>[…….]...</w:t>
      </w:r>
    </w:p>
    <w:p>
      <w:r>
        <w:t>...{Yes}, and he told me, that it is a remedy, that it revives him</w:t>
      </w:r>
    </w:p>
    <w:p>
      <w:r>
        <w:t>{After this} his brother came, said to him:</w:t>
      </w:r>
    </w:p>
    <w:p>
      <w:r>
        <w:t>“He became crazy, he studies Breslov books? I will show him”</w:t>
      </w:r>
    </w:p>
    <w:p>
      <w:r>
        <w:t>Then he took the books, and went away, and he had a heart attack {…} and passed away…</w:t>
      </w:r>
    </w:p>
    <w:p>
      <w:r>
        <w:t>...{He.. ah}, studied {this} a lot, {..}, he studied the books</w:t>
      </w:r>
    </w:p>
    <w:p>
      <w:r>
        <w:t>Every day, three books—he studied them, and he was becoming healthy, completely healthy</w:t>
      </w:r>
    </w:p>
    <w:p>
      <w:r>
        <w:t>And he took for himself, and he passed away {..} immediately</w:t>
      </w:r>
    </w:p>
    <w:p>
      <w:r>
        <w:t>“I will show him,” and took them and went, {..} and he passed away, {...}</w:t>
      </w:r>
    </w:p>
    <w:p>
      <w:r>
        <w:t>[….]</w:t>
      </w:r>
    </w:p>
    <w:p>
      <w:r>
        <w:t>Ah..</w:t>
      </w:r>
    </w:p>
    <w:p>
      <w:r>
        <w:t>[………..]</w:t>
      </w:r>
    </w:p>
    <w:p>
      <w:r>
        <w:t>[…….….]…</w:t>
      </w:r>
    </w:p>
    <w:p>
      <w:r>
        <w:t>...He was an opponent of Breslov</w:t>
      </w:r>
    </w:p>
    <w:p>
      <w:r>
        <w:t>{...}…</w:t>
      </w:r>
    </w:p>
    <w:p>
      <w:r>
        <w:br w:type="page"/>
      </w:r>
    </w:p>
    <w:p>
      <w:pPr>
        <w:pStyle w:val="Heading1"/>
      </w:pPr>
      <w:r>
        <w:t>Tape 79</w:t>
      </w:r>
    </w:p>
    <w:p>
      <w:pPr>
        <w:pStyle w:val="Heading2"/>
      </w:pPr>
      <w:r>
        <w:t>Side A (Aleph)</w:t>
      </w:r>
    </w:p>
    <w:p>
      <w:r>
        <w:t>...{..} Go to Uman, that is all</w:t>
      </w:r>
    </w:p>
    <w:p>
      <w:r>
        <w:t>[But I do not want to leave the Land of Israel..]...</w:t>
      </w:r>
    </w:p>
    <w:p>
      <w:r>
        <w:t>...All the blessings and all the salvations</w:t>
      </w:r>
    </w:p>
    <w:p>
      <w:r>
        <w:t>[Rebbe Yisroel]…</w:t>
      </w:r>
    </w:p>
    <w:p>
      <w:r>
        <w:t>...{..}</w:t>
      </w:r>
    </w:p>
    <w:p>
      <w:r>
        <w:t>[Yes]</w:t>
      </w:r>
    </w:p>
    <w:p>
      <w:r>
        <w:t>Why?</w:t>
      </w:r>
    </w:p>
    <w:p>
      <w:r>
        <w:t>[Like that]</w:t>
      </w:r>
    </w:p>
    <w:p>
      <w:r>
        <w:t>[Like that]</w:t>
      </w:r>
    </w:p>
    <w:p>
      <w:r>
        <w:t>[Is it permitted to leave the Land of Israel?]</w:t>
      </w:r>
    </w:p>
    <w:p>
      <w:r>
        <w:t>[She is asking, if it is.., if it is permitted to leave the Land of Israel?]</w:t>
      </w:r>
    </w:p>
    <w:p>
      <w:r>
        <w:t>No, not even for one moment</w:t>
      </w:r>
    </w:p>
    <w:p>
      <w:r>
        <w:t>[No, not to leave even for one moment]</w:t>
      </w:r>
    </w:p>
    <w:p>
      <w:r>
        <w:t>Every moment it is a mitzvah</w:t>
      </w:r>
    </w:p>
    <w:p>
      <w:r>
        <w:t>[So in the Land of Israel, so th..]</w:t>
      </w:r>
    </w:p>
    <w:p>
      <w:r>
        <w:t>Every moment that one sits in the Land of Israel is a mitzvah, every moment</w:t>
      </w:r>
    </w:p>
    <w:p>
      <w:r>
        <w:t>[….So let him bless..]…</w:t>
      </w:r>
    </w:p>
    <w:p>
      <w:r>
        <w:t>...{.. everything}, all the salvations</w:t>
      </w:r>
    </w:p>
    <w:p>
      <w:r>
        <w:t>[So in Uman there are all the salvations, there is everything, all the salvations are in Uman]</w:t>
      </w:r>
    </w:p>
    <w:p>
      <w:r>
        <w:t>[...….]</w:t>
      </w:r>
    </w:p>
    <w:p>
      <w:r>
        <w:t>[…]</w:t>
      </w:r>
    </w:p>
    <w:p>
      <w:r>
        <w:t>Uman is the entirety of th.., all the blessings and all the salvations</w:t>
      </w:r>
    </w:p>
    <w:p>
      <w:r>
        <w:t>[…]</w:t>
      </w:r>
    </w:p>
    <w:p>
      <w:r>
        <w:t>[…]…</w:t>
      </w:r>
    </w:p>
    <w:p>
      <w:r>
        <w:t>...[The friends sing:</w:t>
      </w:r>
    </w:p>
    <w:p>
      <w:r>
        <w:t>“Na Nach Nachma Nachman MeUman..”]</w:t>
      </w:r>
    </w:p>
    <w:p>
      <w:r>
        <w:t>Uman</w:t>
      </w:r>
    </w:p>
    <w:p>
      <w:r>
        <w:t>[The friends continue singing:</w:t>
      </w:r>
    </w:p>
    <w:p>
      <w:r>
        <w:t>“Na Nach Nachma Nachman MeUman..”</w:t>
      </w:r>
    </w:p>
    <w:p>
      <w:r>
        <w:t>(Saba is heard)]</w:t>
      </w:r>
    </w:p>
    <w:p>
      <w:r>
        <w:t>{…} The holy Rabbainu said to all the Zionists:</w:t>
      </w:r>
    </w:p>
    <w:p>
      <w:r>
        <w:t>{..} “I do not need you, sit at home, I have a minyan {without you\without all of you}, {..}</w:t>
      </w:r>
    </w:p>
    <w:p>
      <w:r>
        <w:t>[…..]</w:t>
      </w:r>
    </w:p>
    <w:p>
      <w:r>
        <w:t>[…..]</w:t>
      </w:r>
    </w:p>
    <w:p>
      <w:r>
        <w:t>Sit at home, I do not need you, you need me, I do not need you</w:t>
      </w:r>
    </w:p>
    <w:p>
      <w:r>
        <w:t>What {will be}? There is, there is a prime minister, and there is a {...} president, and everyone {will come..}</w:t>
      </w:r>
    </w:p>
    <w:p>
      <w:r>
        <w:t>I do not need you, go, go, go, go, go</w:t>
      </w:r>
    </w:p>
    <w:p>
      <w:r>
        <w:t>Do not come to me, I do not need you, go, go, go, go, go</w:t>
      </w:r>
    </w:p>
    <w:p>
      <w:r>
        <w:t>I do not need you, go, go, go and go</w:t>
      </w:r>
    </w:p>
    <w:p>
      <w:r>
        <w:t>Do I need you? I do not need you”</w:t>
      </w:r>
    </w:p>
    <w:p>
      <w:r>
        <w:t>[The friends continue singing:</w:t>
      </w:r>
    </w:p>
    <w:p>
      <w:r>
        <w:t>“Na Nach Nachma Nachman MeUman..”</w:t>
      </w:r>
    </w:p>
    <w:p>
      <w:r>
        <w:t>(Saba is heard)]</w:t>
      </w:r>
    </w:p>
    <w:p>
      <w:r>
        <w:t>He will say to everyone, to all {{...}}, to the prime minister, to the president:</w:t>
      </w:r>
    </w:p>
    <w:p>
      <w:r>
        <w:t>“I do not need you, go, go, go, go</w:t>
      </w:r>
    </w:p>
    <w:p>
      <w:r>
        <w:t>Sit i.. at home, I do not need you”</w:t>
      </w:r>
    </w:p>
    <w:p>
      <w:r>
        <w:t>[……..]</w:t>
      </w:r>
    </w:p>
    <w:p>
      <w:r>
        <w:t>[.…….]</w:t>
      </w:r>
    </w:p>
    <w:p>
      <w:r>
        <w:t>He will say to the president and to the prime minister and to all the ministers:</w:t>
      </w:r>
    </w:p>
    <w:p>
      <w:r>
        <w:t>“I do not need you, go away from here, why did you come? I do not need you, go, go and go”</w:t>
      </w:r>
    </w:p>
    <w:p>
      <w:r>
        <w:t>[The friends continue singing:</w:t>
      </w:r>
    </w:p>
    <w:p>
      <w:r>
        <w:t>“Na Nach Nachma Nachman MeUman..”</w:t>
      </w:r>
    </w:p>
    <w:p>
      <w:r>
        <w:t>(Saba is heard)]</w:t>
      </w:r>
    </w:p>
    <w:p>
      <w:r>
        <w:t>He will say {…} to all the ministers and to the entire government:</w:t>
      </w:r>
    </w:p>
    <w:p>
      <w:r>
        <w:t>“Go, go, go, I do not need you, go, all of you go</w:t>
      </w:r>
    </w:p>
    <w:p>
      <w:r>
        <w:t>Why did you come to me? I do not need you, you need me, I do not need you</w:t>
      </w:r>
    </w:p>
    <w:p>
      <w:r>
        <w:t>Go, go, go, go away from him”</w:t>
      </w:r>
    </w:p>
    <w:p>
      <w:r>
        <w:t>[………]</w:t>
      </w:r>
    </w:p>
    <w:p>
      <w:r>
        <w:t>He will say to the president and to the entire government, to all the ministers, to the entire government, he will say to them:</w:t>
      </w:r>
    </w:p>
    <w:p>
      <w:r>
        <w:t>“Go, go, go, I do not need you, why did you come?</w:t>
      </w:r>
    </w:p>
    <w:p>
      <w:r>
        <w:t>I do not need you, you need me, I do not need you</w:t>
      </w:r>
    </w:p>
    <w:p>
      <w:r>
        <w:t>Go, go, go, go away from me”</w:t>
      </w:r>
    </w:p>
    <w:p>
      <w:r>
        <w:t>He will drive them out of his house, he will drive them out, he will tell them to go</w:t>
      </w:r>
    </w:p>
    <w:p>
      <w:r>
        <w:t>“Go, go, go, go”</w:t>
      </w:r>
    </w:p>
    <w:p>
      <w:r>
        <w:t>[……………]</w:t>
      </w:r>
    </w:p>
    <w:p>
      <w:r>
        <w:t>[……….…..]…</w:t>
      </w:r>
    </w:p>
    <w:p>
      <w:r>
        <w:t>...“Go, go, go, go”</w:t>
      </w:r>
    </w:p>
    <w:p>
      <w:r>
        <w:t>[….]</w:t>
      </w:r>
    </w:p>
    <w:p>
      <w:r>
        <w:t>[.…]</w:t>
      </w:r>
    </w:p>
    <w:p>
      <w:r>
        <w:t>{..}</w:t>
      </w:r>
    </w:p>
    <w:p>
      <w:r>
        <w:t>[……..]</w:t>
      </w:r>
    </w:p>
    <w:p>
      <w:r>
        <w:t>[…]…</w:t>
      </w:r>
    </w:p>
    <w:p>
      <w:r>
        <w:t>...[The friends sing:</w:t>
      </w:r>
    </w:p>
    <w:p>
      <w:r>
        <w:t>“Na Nach Nachma Nachman MeUman..”</w:t>
      </w:r>
    </w:p>
    <w:p>
      <w:r>
        <w:t>(Saba is heard)]</w:t>
      </w:r>
    </w:p>
    <w:p>
      <w:r>
        <w:t>The holy Rabbainu will say t.. to Weizmann and to the prime minister:</w:t>
      </w:r>
    </w:p>
    <w:p>
      <w:r>
        <w:t>“Go, I do not need you, go, go, go away from here, {..}</w:t>
      </w:r>
    </w:p>
    <w:p>
      <w:r>
        <w:t>I do not need you, you need me</w:t>
      </w:r>
    </w:p>
    <w:p>
      <w:r>
        <w:t>Go, go away from here, I do not need {..} you”</w:t>
      </w:r>
    </w:p>
    <w:p>
      <w:r>
        <w:t>[Saba and the friends continue singing:</w:t>
      </w:r>
    </w:p>
    <w:p>
      <w:r>
        <w:t>“Na Nach Nachma Nachman MeUman..”</w:t>
      </w:r>
    </w:p>
    <w:p>
      <w:r>
        <w:t>(Saba is heard)]</w:t>
      </w:r>
    </w:p>
    <w:p>
      <w:r>
        <w:t>“I do not need you, go, go away from here</w:t>
      </w:r>
    </w:p>
    <w:p>
      <w:r>
        <w:t>Why did you come? I do not need you</w:t>
      </w:r>
    </w:p>
    <w:p>
      <w:r>
        <w:t>Go, go, go, and go”</w:t>
      </w:r>
    </w:p>
    <w:p>
      <w:r>
        <w:t>[The friends continue singing:</w:t>
      </w:r>
    </w:p>
    <w:p>
      <w:r>
        <w:t>"Na Nach Nachma Nachman meUman.."</w:t>
      </w:r>
    </w:p>
    <w:p>
      <w:r>
        <w:t>(Saba is heard)]</w:t>
      </w:r>
    </w:p>
    <w:p>
      <w:r>
        <w:t>"Go, go, and go and go, I do not need you, go, go, go"</w:t>
      </w:r>
    </w:p>
    <w:p>
      <w:r>
        <w:t>[The friends sing:</w:t>
      </w:r>
    </w:p>
    <w:p>
      <w:r>
        <w:t>"Na Nach Nachma Nachman meUman.."</w:t>
      </w:r>
    </w:p>
    <w:p>
      <w:r>
        <w:t>(Saba is heard)]</w:t>
      </w:r>
    </w:p>
    <w:p>
      <w:r>
        <w:t>"All of you go, go and go</w:t>
      </w:r>
    </w:p>
    <w:p>
      <w:r>
        <w:t>I do not need you, go"…</w:t>
      </w:r>
    </w:p>
    <w:p>
      <w:r>
        <w:t>...[The friends chant a melody</w:t>
      </w:r>
    </w:p>
    <w:p>
      <w:r>
        <w:t>Afterwards one of the friends sings:</w:t>
      </w:r>
    </w:p>
    <w:p>
      <w:r>
        <w:t>"In You our fathers trusted, they trusted in You and You delivered them</w:t>
      </w:r>
    </w:p>
    <w:p>
      <w:r>
        <w:t>To You they cried out and were rescued, in You they trusted and were not ashamed.."</w:t>
      </w:r>
    </w:p>
    <w:p>
      <w:r>
        <w:t>(Saba is heard)]</w:t>
      </w:r>
    </w:p>
    <w:p>
      <w:r>
        <w:t>[Rebbe Yisroel, this is David]</w:t>
      </w:r>
    </w:p>
    <w:p>
      <w:r>
        <w:t>David?</w:t>
      </w:r>
    </w:p>
    <w:p>
      <w:r>
        <w:t>[Yes]</w:t>
      </w:r>
    </w:p>
    <w:p>
      <w:r>
        <w:t>Nu</w:t>
      </w:r>
    </w:p>
    <w:p>
      <w:r>
        <w:t>[I am going to buy things for Shabbos]</w:t>
      </w:r>
    </w:p>
    <w:p>
      <w:r>
        <w:t>But when will you dance?</w:t>
      </w:r>
    </w:p>
    <w:p>
      <w:r>
        <w:t>[What?]</w:t>
      </w:r>
    </w:p>
    <w:p>
      <w:r>
        <w:t>[When will you dance?]</w:t>
      </w:r>
    </w:p>
    <w:p>
      <w:r>
        <w:t>When will you dance?</w:t>
      </w:r>
    </w:p>
    <w:p>
      <w:r>
        <w:t>[..On Rosh Hashanah, with God's help]</w:t>
      </w:r>
    </w:p>
    <w:p>
      <w:r>
        <w:t>{..}</w:t>
      </w:r>
    </w:p>
    <w:p>
      <w:r>
        <w:t>[Good]</w:t>
      </w:r>
    </w:p>
    <w:p>
      <w:r>
        <w:t>Good</w:t>
      </w:r>
    </w:p>
    <w:p>
      <w:r>
        <w:t>[Good, I am going, Rebbe Yisroel]</w:t>
      </w:r>
    </w:p>
    <w:p>
      <w:r>
        <w:t>Do, do you have money?</w:t>
      </w:r>
    </w:p>
    <w:p>
      <w:r>
        <w:t>[Yes]</w:t>
      </w:r>
    </w:p>
    <w:p>
      <w:r>
        <w:t>Good, go {..} in peace</w:t>
      </w:r>
    </w:p>
    <w:p>
      <w:r>
        <w:t>[Thank you]</w:t>
      </w:r>
    </w:p>
    <w:p>
      <w:r>
        <w:t>[The friend continues singing:</w:t>
      </w:r>
    </w:p>
    <w:p>
      <w:r>
        <w:t>"In You our fathers trusted, they trusted in You and You delivered them</w:t>
      </w:r>
    </w:p>
    <w:p>
      <w:r>
        <w:t>To You they cried out and were rescued, in You they trusted and were not ashamed.."</w:t>
      </w:r>
    </w:p>
    <w:p>
      <w:r>
        <w:t>(Saba is heard)]</w:t>
      </w:r>
    </w:p>
    <w:p>
      <w:r>
        <w:t>[…………………………]</w:t>
      </w:r>
    </w:p>
    <w:p>
      <w:r>
        <w:t>[………………….……..]…</w:t>
      </w:r>
    </w:p>
    <w:p>
      <w:r>
        <w:t>...[..Are we going for you? Are we going to the Kosel for you?]</w:t>
      </w:r>
    </w:p>
    <w:p>
      <w:r>
        <w:t>Yes, yes</w:t>
      </w:r>
    </w:p>
    <w:p>
      <w:r>
        <w:t>[Good]</w:t>
      </w:r>
    </w:p>
    <w:p>
      <w:r>
        <w:t>Thank you very much</w:t>
      </w:r>
    </w:p>
    <w:p>
      <w:r>
        <w:t>[Gladly]…</w:t>
      </w:r>
    </w:p>
    <w:p>
      <w:r>
        <w:t>..."I do not, do not need you, go away from here"</w:t>
      </w:r>
    </w:p>
    <w:p>
      <w:r>
        <w:t>He will say to {President} Weizman and to the entire government:</w:t>
      </w:r>
    </w:p>
    <w:p>
      <w:r>
        <w:t>"Go away from here, I do not need you"...</w:t>
      </w:r>
    </w:p>
    <w:p>
      <w:r>
        <w:t>...{..} to President Weizman: "I did not send for you, why did {I come}? Go away from here</w:t>
      </w:r>
    </w:p>
    <w:p>
      <w:r>
        <w:t>Th.. I am th.. th.. the Rebbe, {{. .}} "Na Nach Nachma Nachman meUman"</w:t>
      </w:r>
    </w:p>
    <w:p>
      <w:r>
        <w:t>I am the Rebbe of Israel, but not of gentiles</w:t>
      </w:r>
    </w:p>
    <w:p>
      <w:r>
        <w:t>And you do not keep the Torah, you are not, not, {{….}}, not among my people, go away from here</w:t>
      </w:r>
    </w:p>
    <w:p>
      <w:r>
        <w:t>Go, go t.., all of you</w:t>
      </w:r>
    </w:p>
    <w:p>
      <w:r>
        <w:t>I and Re.., and Rebbe Nassan suffice, suffice for me</w:t>
      </w:r>
    </w:p>
    <w:p>
      <w:r>
        <w:t>If there is another, another one who keeps the Torah, he is among my people, {{if..}}</w:t>
      </w:r>
    </w:p>
    <w:p>
      <w:r>
        <w:t>And if not? {{...}} I and Rebbe Nassan suffice, {…}</w:t>
      </w:r>
    </w:p>
    <w:p>
      <w:r>
        <w:t>That is it, all of Israel"</w:t>
      </w:r>
    </w:p>
    <w:p>
      <w:r>
        <w:t>{..}, he will ask them:</w:t>
      </w:r>
    </w:p>
    <w:p>
      <w:r>
        <w:t>"Who sent for you? Did I send {..} for you to come? I do not need you, go away from here</w:t>
      </w:r>
    </w:p>
    <w:p>
      <w:r>
        <w:t>{It is enough for me}, {..} I and Rebbe Nassan {..}, we are all of Israel, we are the Torah and all of Israel</w:t>
      </w:r>
    </w:p>
    <w:p>
      <w:r>
        <w:t>Is there anyone else? Good, if not? Go, go, go, go away from here, {..}</w:t>
      </w:r>
    </w:p>
    <w:p>
      <w:r>
        <w:t>I do not need you, you need me, I do not need you, go, and go away from here</w:t>
      </w:r>
    </w:p>
    <w:p>
      <w:r>
        <w:t>{..} Yerushalayim is mine</w:t>
      </w:r>
    </w:p>
    <w:p>
      <w:r>
        <w:t>The Beis HaMikdash is mine</w:t>
      </w:r>
    </w:p>
    <w:p>
      <w:r>
        <w:t>The Torah-observant Jews are mine</w:t>
      </w:r>
    </w:p>
    <w:p>
      <w:r>
        <w:t>And whoever does not keep the Torah, let him go away from here, go, go, go, go"</w:t>
      </w:r>
    </w:p>
    <w:p>
      <w:r>
        <w:t>He will say to Weizman:</w:t>
      </w:r>
    </w:p>
    <w:p>
      <w:r>
        <w:t>"Go away from here, {yes}, who {sent you}, who needs you? I do not need you</w:t>
      </w:r>
    </w:p>
    <w:p>
      <w:r>
        <w:t>{. .}, go, go, go"</w:t>
      </w:r>
    </w:p>
    <w:p>
      <w:r>
        <w:t>No, {he will not …}, he will speak with him, he will have {{….}} one man, who will relay everything, {..} he will not speak with him</w:t>
      </w:r>
    </w:p>
    <w:p>
      <w:r>
        <w:t>{…….}</w:t>
      </w:r>
    </w:p>
    <w:p>
      <w:r>
        <w:t>{..} Mashiach, {…}</w:t>
      </w:r>
    </w:p>
    <w:p>
      <w:r>
        <w:t>"I do not need you, I am enough for myself, I and Rebbe Nassan suffice</w:t>
      </w:r>
    </w:p>
    <w:p>
      <w:r>
        <w:t>We are all.. all of Israel and all {the…} and the Torah</w:t>
      </w:r>
    </w:p>
    <w:p>
      <w:r>
        <w:t>You are nothing, all of you, go away from here"</w:t>
      </w:r>
    </w:p>
    <w:p>
      <w:r>
        <w:t>Ahh</w:t>
      </w:r>
    </w:p>
    <w:p>
      <w:r>
        <w:t>{..}…</w:t>
      </w:r>
    </w:p>
    <w:p>
      <w:r>
        <w:t>...{..}</w:t>
      </w:r>
    </w:p>
    <w:p>
      <w:r>
        <w:t>He will laugh at them, {…}, at all of them:</w:t>
      </w:r>
    </w:p>
    <w:p>
      <w:r>
        <w:t>"You are Weizman? What did you come for? Go away from here</w:t>
      </w:r>
    </w:p>
    <w:p>
      <w:r>
        <w:t>I do not need you, you need me"...</w:t>
      </w:r>
    </w:p>
    <w:p>
      <w:r>
        <w:t>...{Ah.. ah.. ah, he, he..}</w:t>
      </w:r>
    </w:p>
    <w:p>
      <w:r>
        <w:t>"Weizman? Go away from here, what is this? What for? I do not need you, go"</w:t>
      </w:r>
    </w:p>
    <w:p>
      <w:r>
        <w:t>Ah..</w:t>
      </w:r>
    </w:p>
    <w:p>
      <w:r>
        <w:t>I, I..</w:t>
      </w:r>
    </w:p>
    <w:p>
      <w:r>
        <w:t>[...]</w:t>
      </w:r>
    </w:p>
    <w:p>
      <w:r>
        <w:t>Want ritual handwashing and.. and to drink…</w:t>
      </w:r>
    </w:p>
    <w:p>
      <w:r>
        <w:t>...{….} nusach, ah, Sefard</w:t>
      </w:r>
    </w:p>
    <w:p>
      <w:r>
        <w:t>[………]…</w:t>
      </w:r>
    </w:p>
    <w:p>
      <w:r>
        <w:t>...They prayed nusach Sefard</w:t>
      </w:r>
    </w:p>
    <w:p>
      <w:r>
        <w:t>[What?]</w:t>
      </w:r>
    </w:p>
    <w:p>
      <w:r>
        <w:t>[Rabbainu's people]</w:t>
      </w:r>
    </w:p>
    <w:p>
      <w:r>
        <w:t>[What did you say?]</w:t>
      </w:r>
    </w:p>
    <w:p>
      <w:r>
        <w:t>Ah?</w:t>
      </w:r>
    </w:p>
    <w:p>
      <w:r>
        <w:t>[What? What did you say?]</w:t>
      </w:r>
    </w:p>
    <w:p>
      <w:r>
        <w:t>The holy Baal Shem</w:t>
      </w:r>
    </w:p>
    <w:p>
      <w:r>
        <w:t>[..]</w:t>
      </w:r>
    </w:p>
    <w:p>
      <w:r>
        <w:t>And.. and holy Rabbainu, {{…}} Rabbainu's grandson, he, they prayed nusach Sefard</w:t>
      </w:r>
    </w:p>
    <w:p>
      <w:r>
        <w:t>[…….]</w:t>
      </w:r>
    </w:p>
    <w:p>
      <w:r>
        <w:t>[Enough]…</w:t>
      </w:r>
    </w:p>
    <w:p>
      <w:r>
        <w:t>...[….]</w:t>
      </w:r>
    </w:p>
    <w:p>
      <w:r>
        <w:t>[They say..]</w:t>
      </w:r>
    </w:p>
    <w:p>
      <w:r>
        <w:t>We did not know what it is, {the world ...}</w:t>
      </w:r>
    </w:p>
    <w:p>
      <w:r>
        <w:t>[And they also say i..]</w:t>
      </w:r>
    </w:p>
    <w:p>
      <w:r>
        <w:t>[….]</w:t>
      </w:r>
    </w:p>
    <w:p>
      <w:r>
        <w:t>[Ah..]</w:t>
      </w:r>
    </w:p>
    <w:p>
      <w:r>
        <w:t>[That since the Petek, there are no mishaps]</w:t>
      </w:r>
    </w:p>
    <w:p>
      <w:r>
        <w:t>[Ah]</w:t>
      </w:r>
    </w:p>
    <w:p>
      <w:r>
        <w:t>[….]</w:t>
      </w:r>
    </w:p>
    <w:p>
      <w:r>
        <w:t>[Since there is the Petek, i.. i.. in the army there are no..]</w:t>
      </w:r>
    </w:p>
    <w:p>
      <w:r>
        <w:t>[Mishaps]</w:t>
      </w:r>
    </w:p>
    <w:p>
      <w:r>
        <w:t>[There are no mishaps, there are no mishaps, there are no problems, there are no security problems, yes</w:t>
      </w:r>
    </w:p>
    <w:p>
      <w:r>
        <w:t>They say, since they have a Petek, there are no, no, no problems in the IDF]</w:t>
      </w:r>
    </w:p>
    <w:p>
      <w:r>
        <w:t>..There are none?</w:t>
      </w:r>
    </w:p>
    <w:p>
      <w:r>
        <w:t>[There are no problems, it is good for them, they want many Peteks]</w:t>
      </w:r>
    </w:p>
    <w:p>
      <w:r>
        <w:t>[………]</w:t>
      </w:r>
    </w:p>
    <w:p>
      <w:r>
        <w:t>[He also said, there is.., he lives in the settlement, in Tekoa, and there too many are searching after "Na Nach" as well]</w:t>
      </w:r>
    </w:p>
    <w:p>
      <w:r>
        <w:t>[Children, children]</w:t>
      </w:r>
    </w:p>
    <w:p>
      <w:r>
        <w:t>[…….]</w:t>
      </w:r>
    </w:p>
    <w:p>
      <w:r>
        <w:t>[..…..]</w:t>
      </w:r>
    </w:p>
    <w:p>
      <w:r>
        <w:t>{..}…</w:t>
      </w:r>
    </w:p>
    <w:p>
      <w:r>
        <w:t>...{..} [Yes]</w:t>
      </w:r>
    </w:p>
    <w:p>
      <w:r>
        <w:t>Yes?</w:t>
      </w:r>
    </w:p>
    <w:p>
      <w:r>
        <w:t>[And he requests..]</w:t>
      </w:r>
    </w:p>
    <w:p>
      <w:r>
        <w:t>{…}</w:t>
      </w:r>
    </w:p>
    <w:p>
      <w:r>
        <w:t>[And he requests whether it is possible to put it at six meters]</w:t>
      </w:r>
    </w:p>
    <w:p>
      <w:r>
        <w:t>Ah?</w:t>
      </w:r>
    </w:p>
    <w:p>
      <w:r>
        <w:t>[He requests of you, Saba, whether it is possible to put th.. si..] Maybe..</w:t>
      </w:r>
    </w:p>
    <w:p>
      <w:r>
        <w:t>[Th.. the signs]</w:t>
      </w:r>
    </w:p>
    <w:p>
      <w:r>
        <w:t>They need to receive permission from the police, no?</w:t>
      </w:r>
    </w:p>
    <w:p>
      <w:r>
        <w:t>[He..]</w:t>
      </w:r>
    </w:p>
    <w:p>
      <w:r>
        <w:t>[There is permission]</w:t>
      </w:r>
    </w:p>
    <w:p>
      <w:r>
        <w:t>[He, he, he works there]</w:t>
      </w:r>
    </w:p>
    <w:p>
      <w:r>
        <w:t>{..}</w:t>
      </w:r>
    </w:p>
    <w:p>
      <w:r>
        <w:t>[He works there]</w:t>
      </w:r>
    </w:p>
    <w:p>
      <w:r>
        <w:t>Good, good, {...}</w:t>
      </w:r>
    </w:p>
    <w:p>
      <w:r>
        <w:t>If only.. this is the Redemption, that Rabbainu be known {...} in the world…</w:t>
      </w:r>
    </w:p>
    <w:p>
      <w:r>
        <w:t>...{….\….}</w:t>
      </w:r>
    </w:p>
    <w:p>
      <w:r>
        <w:t>[Where?]</w:t>
      </w:r>
    </w:p>
    <w:p>
      <w:r>
        <w:t>Not only at the Kosel, the whole street</w:t>
      </w:r>
    </w:p>
    <w:p>
      <w:r>
        <w:t>Oy</w:t>
      </w:r>
    </w:p>
    <w:p>
      <w:r>
        <w:t>[Good morning, Rebbe Yisroel.. Meir son of Chaya]…</w:t>
      </w:r>
    </w:p>
    <w:p>
      <w:r>
        <w:t>...{…}…</w:t>
      </w:r>
    </w:p>
    <w:p>
      <w:pPr>
        <w:pStyle w:val="Heading2"/>
      </w:pPr>
      <w:r>
        <w:t>Side B (Bais)</w:t>
      </w:r>
    </w:p>
    <w:p>
      <w:r>
        <w:t>...He brought his family from Russia, President Shazar</w:t>
      </w:r>
    </w:p>
    <w:p>
      <w:r>
        <w:t>I was his only friend, he said like this:</w:t>
      </w:r>
    </w:p>
    <w:p>
      <w:r>
        <w:t>"I have, Ben-Gurion is my friend, {{}} and.. and also, also, ah..</w:t>
      </w:r>
    </w:p>
    <w:p>
      <w:r>
        <w:t>{…}, ah, my friend is from the Foreign Ministry," what? What, what was his name?</w:t>
      </w:r>
    </w:p>
    <w:p>
      <w:r>
        <w:t>Ah.. {..}..</w:t>
      </w:r>
    </w:p>
    <w:p>
      <w:r>
        <w:t>Moshe Sharett, ah, Sharett, {…} he is {a minister}</w:t>
      </w:r>
    </w:p>
    <w:p>
      <w:r>
        <w:t>{..} he, Sharett, {…} asked t.. President Shazar: "Who is this?"</w:t>
      </w:r>
    </w:p>
    <w:p>
      <w:r>
        <w:t>He {..}.. he said: "This is my good friend {..}, the only one"</w:t>
      </w:r>
    </w:p>
    <w:p>
      <w:r>
        <w:t>He gave a name to the book "Avi HaNachal," yes</w:t>
      </w:r>
    </w:p>
    <w:p>
      <w:r>
        <w:t>Avi {…} is the letters Yisroel Ber Odesser</w:t>
      </w:r>
    </w:p>
    <w:p>
      <w:r>
        <w:t>{Therefore\and the name} of the book is "Avi HaNachal"</w:t>
      </w:r>
    </w:p>
    <w:p>
      <w:r>
        <w:t>Do you have the book "Avi HaNachal"?</w:t>
      </w:r>
    </w:p>
    <w:p>
      <w:r>
        <w:t>If you do not have it, speak with President Weizman, perhaps he..</w:t>
      </w:r>
    </w:p>
    <w:p>
      <w:r>
        <w:t>[Yes]</w:t>
      </w:r>
    </w:p>
    <w:p>
      <w:r>
        <w:t>He will be able, able, ah.. {….} to obtain the book "Avi HaNachal"</w:t>
      </w:r>
    </w:p>
    <w:p>
      <w:r>
        <w:t>Ah.. ah, ah, ah.. ah.. ah..</w:t>
      </w:r>
    </w:p>
    <w:p>
      <w:r>
        <w:t>Where is my friend, ah.. ah.. ah, Shazar</w:t>
      </w:r>
    </w:p>
    <w:p>
      <w:r>
        <w:t>[..]</w:t>
      </w:r>
    </w:p>
    <w:p>
      <w:r>
        <w:t>Shazar, what Shazar? That is Shneur Zalman, {..}, Shneur Zalman, {..}..</w:t>
      </w:r>
    </w:p>
    <w:p>
      <w:r>
        <w:t>Shneur Zal.., Shazar, Shneur Zalman, ah.. {..}</w:t>
      </w:r>
    </w:p>
    <w:p>
      <w:r>
        <w:t>Rubashov, Shneur Zalman Rubashov</w:t>
      </w:r>
    </w:p>
    <w:p>
      <w:r>
        <w:t>Ahh.. ah..</w:t>
      </w:r>
    </w:p>
    <w:p>
      <w:r>
        <w:t>Shazar and Sharett, and the president {ho, ho, ho.. ho, ho, ho}</w:t>
      </w:r>
    </w:p>
    <w:p>
      <w:r>
        <w:t>{..}</w:t>
      </w:r>
    </w:p>
    <w:p>
      <w:r>
        <w:t>Ah, Shazar, President Shazar, he was, we were very good friends, very, {..}</w:t>
      </w:r>
    </w:p>
    <w:p>
      <w:r>
        <w:t>Th.. {. .} ah.. make an effort to obtain the book "Avi HaNachal," {..}</w:t>
      </w:r>
    </w:p>
    <w:p>
      <w:r>
        <w:t>{{Then you will be a ch.. ch..}}, then you will be a Breslover chasid</w:t>
      </w:r>
    </w:p>
    <w:p>
      <w:r>
        <w:t>Everyone said:</w:t>
      </w:r>
    </w:p>
    <w:p>
      <w:r>
        <w:t>[..]</w:t>
      </w:r>
    </w:p>
    <w:p>
      <w:r>
        <w:t>That President Shazar is a Breslover chasid, he has a friend, Yisroel Ber Odesser, ahh...</w:t>
      </w:r>
    </w:p>
    <w:p>
      <w:r>
        <w:t>...And Moshe Sharett…</w:t>
      </w:r>
    </w:p>
    <w:p>
      <w:r>
        <w:t>..."Yisroel Ber Odesser, and he is the only man who comes to my home as to his own home" without any invitation…</w:t>
      </w:r>
    </w:p>
    <w:p>
      <w:r>
        <w:t>...A good friend, President {Shazar}…</w:t>
      </w:r>
    </w:p>
    <w:p>
      <w:r>
        <w:t>...{…} the book "Avi HaNachal"</w:t>
      </w:r>
    </w:p>
    <w:p>
      <w:r>
        <w:t>And you will see, and you should have the book, {with} letters that I wrote {..} to President Shazar...</w:t>
      </w:r>
    </w:p>
    <w:p>
      <w:r>
        <w:t>...I danced in the hotel, ah.. in the hotel, ah.. ah.. ah..</w:t>
      </w:r>
    </w:p>
    <w:p>
      <w:r>
        <w:t>Ah, of, ah.. the Germans, in the hotel of {…. in Teveria}, {… yes} I danced on Purim with President Shazar…</w:t>
      </w:r>
    </w:p>
    <w:p>
      <w:r>
        <w:t>...{...}</w:t>
      </w:r>
    </w:p>
    <w:p>
      <w:r>
        <w:t>[Saba, but Rabbainu said: "It is a great mitzvah to always be happy"]</w:t>
      </w:r>
    </w:p>
    <w:p>
      <w:r>
        <w:t>Yes</w:t>
      </w:r>
    </w:p>
    <w:p>
      <w:r>
        <w:t>[Even on Tisha B'Av?]</w:t>
      </w:r>
    </w:p>
    <w:p>
      <w:r>
        <w:t>{..}</w:t>
      </w:r>
    </w:p>
    <w:p>
      <w:r>
        <w:t>[Even on Tisha B'Av, is it "a great mitzvah to be happy"?]</w:t>
      </w:r>
    </w:p>
    <w:p>
      <w:r>
        <w:t>{Ah, ah}.. 'always,' that is also on Tisha B'Av</w:t>
      </w:r>
    </w:p>
    <w:p>
      <w:r>
        <w:t>It will be joyful, {{..}} and when the true redemption comes, oh, there will be great happiness throughout the world, {..}</w:t>
      </w:r>
    </w:p>
    <w:p>
      <w:r>
        <w:t>Only the non-Jews will not know what it is, {is made\what} is happiness?…</w:t>
      </w:r>
    </w:p>
    <w:p>
      <w:r>
        <w:t>...Rebbe Yisroel, ah, Rebbe Yisroel, ah..</w:t>
      </w:r>
    </w:p>
    <w:p>
      <w:r>
        <w:t>[Kardonner]</w:t>
      </w:r>
    </w:p>
    <w:p>
      <w:r>
        <w:t>Kardo nner, {ho, ho..} yes…</w:t>
      </w:r>
    </w:p>
    <w:p>
      <w:r>
        <w:t>...[Saba sings:</w:t>
      </w:r>
    </w:p>
    <w:p>
      <w:r>
        <w:t>"Na Naḥ Naḥma Naḥman MeUman"]…</w:t>
      </w:r>
    </w:p>
    <w:p>
      <w:r>
        <w:t>...Feet on the bed…</w:t>
      </w:r>
    </w:p>
    <w:p>
      <w:r>
        <w:t>...Hashem is great, He can do it even with surgery and with medicines</w:t>
      </w:r>
    </w:p>
    <w:p>
      <w:r>
        <w:t>[What did he say?]</w:t>
      </w:r>
    </w:p>
    <w:p>
      <w:r>
        <w:t>[He thinks..]</w:t>
      </w:r>
    </w:p>
    <w:p>
      <w:r>
        <w:t>Hashem is great..</w:t>
      </w:r>
    </w:p>
    <w:p>
      <w:r>
        <w:t>[..Without surgeries]</w:t>
      </w:r>
    </w:p>
    <w:p>
      <w:r>
        <w:t>And He can bring about a cure without surgery and without medicines...</w:t>
      </w:r>
    </w:p>
    <w:p>
      <w:r>
        <w:t>...And the light of the redemption, which will be soon, speedily</w:t>
      </w:r>
    </w:p>
    <w:p>
      <w:r>
        <w:t>[Amen]</w:t>
      </w:r>
    </w:p>
    <w:p>
      <w:r>
        <w:t>{. .}…</w:t>
      </w:r>
    </w:p>
    <w:p>
      <w:r>
        <w:t>...You live in..</w:t>
      </w:r>
    </w:p>
    <w:p>
      <w:r>
        <w:t>[Beitar]</w:t>
      </w:r>
    </w:p>
    <w:p>
      <w:r>
        <w:t>Beitar</w:t>
      </w:r>
    </w:p>
    <w:p>
      <w:r>
        <w:t>[Yes]</w:t>
      </w:r>
    </w:p>
    <w:p>
      <w:r>
        <w:t>Do you have a large apartment?</w:t>
      </w:r>
    </w:p>
    <w:p>
      <w:r>
        <w:t>[Yes]</w:t>
      </w:r>
    </w:p>
    <w:p>
      <w:r>
        <w:t>Perhaps you have one for me</w:t>
      </w:r>
    </w:p>
    <w:p>
      <w:r>
        <w:t>[Yes]</w:t>
      </w:r>
    </w:p>
    <w:p>
      <w:r>
        <w:t>. Which room?</w:t>
      </w:r>
    </w:p>
    <w:p>
      <w:r>
        <w:t>[Yes]</w:t>
      </w:r>
    </w:p>
    <w:p>
      <w:r>
        <w:t>Do you have sons..?</w:t>
      </w:r>
    </w:p>
    <w:p>
      <w:r>
        <w:t>[Yes]</w:t>
      </w:r>
    </w:p>
    <w:p>
      <w:r>
        <w:t>Baruch Hashem</w:t>
      </w:r>
    </w:p>
    <w:p>
      <w:r>
        <w:t>[Sons and daughters]</w:t>
      </w:r>
    </w:p>
    <w:p>
      <w:r>
        <w:t>Ah?</w:t>
      </w:r>
    </w:p>
    <w:p>
      <w:r>
        <w:t>[Two sons and one daughter]</w:t>
      </w:r>
    </w:p>
    <w:p>
      <w:r>
        <w:t>One son?</w:t>
      </w:r>
    </w:p>
    <w:p>
      <w:r>
        <w:t>[Two sons and one daughter]</w:t>
      </w:r>
    </w:p>
    <w:p>
      <w:r>
        <w:t>[Two sons and one daughter]</w:t>
      </w:r>
    </w:p>
    <w:p>
      <w:r>
        <w:t>Ah?</w:t>
      </w:r>
    </w:p>
    <w:p>
      <w:r>
        <w:t>[He has two sons and one daughter]</w:t>
      </w:r>
    </w:p>
    <w:p>
      <w:r>
        <w:t>Two sons {..} and one daughter</w:t>
      </w:r>
    </w:p>
    <w:p>
      <w:r>
        <w:t>"May Hashem give them long life and good years, and may they serve Hashem in truth"</w:t>
      </w:r>
    </w:p>
    <w:p>
      <w:r>
        <w:t>[Amen]</w:t>
      </w:r>
    </w:p>
    <w:p>
      <w:r>
        <w:t>Because that is the main thing</w:t>
      </w:r>
    </w:p>
    <w:p>
      <w:r>
        <w:t>{..}, we see that Jews can come to Eretz Yisroel</w:t>
      </w:r>
    </w:p>
    <w:p>
      <w:r>
        <w:t>There had never been such a thing, the English did not, did not, did not, did not, did not allow people to come to Eretz Yisroel, the French did not allow it, the whole world was {..} against Jews, they did not allow {..} entry into Eretz Yisroel, and today, Baruch Hashem, we have a state, and {..} anyone who wants can come</w:t>
      </w:r>
    </w:p>
    <w:p>
      <w:r>
        <w:t>{..}...</w:t>
      </w:r>
    </w:p>
    <w:p>
      <w:r>
        <w:t>...{..} there will be the complete redemption</w:t>
      </w:r>
    </w:p>
    <w:p>
      <w:r>
        <w:t>[Amen]</w:t>
      </w:r>
    </w:p>
    <w:p>
      <w:r>
        <w:t>{{What is not seen, and.. do not, do not kno.., do not kn.., know}} what it is</w:t>
      </w:r>
    </w:p>
    <w:p>
      <w:r>
        <w:t>There will be a new world…</w:t>
      </w:r>
    </w:p>
    <w:p>
      <w:r>
        <w:t>...Every Jew, whoever wants, can come</w:t>
      </w:r>
    </w:p>
    <w:p>
      <w:r>
        <w:t>{...Redemption, a great redemption………..}...</w:t>
      </w:r>
    </w:p>
    <w:p>
      <w:r>
        <w:t>...[….]</w:t>
      </w:r>
    </w:p>
    <w:p>
      <w:r>
        <w:t>[When can you come? When?]</w:t>
      </w:r>
    </w:p>
    <w:p>
      <w:r>
        <w:t>I, I am a guest, I pray to Hashem Yisbarach th.. {that He.., will pass} me, that He will bring me to a good place [good]</w:t>
      </w:r>
    </w:p>
    <w:p>
      <w:r>
        <w:t>What is your name?</w:t>
      </w:r>
    </w:p>
    <w:p>
      <w:r>
        <w:t>[Daniel]</w:t>
      </w:r>
    </w:p>
    <w:p>
      <w:r>
        <w:t>Daniel</w:t>
      </w:r>
    </w:p>
    <w:p>
      <w:r>
        <w:t>[Daniel]</w:t>
      </w:r>
    </w:p>
    <w:p>
      <w:r>
        <w:t>Good</w:t>
      </w:r>
    </w:p>
    <w:p>
      <w:r>
        <w:t>Have you lived in Eretz Yisroel for two weeks?</w:t>
      </w:r>
    </w:p>
    <w:p>
      <w:r>
        <w:t>[Yes]</w:t>
      </w:r>
    </w:p>
    <w:p>
      <w:r>
        <w:t>[Two weeks is..]</w:t>
      </w:r>
    </w:p>
    <w:p>
      <w:r>
        <w:t>[No, ah…]</w:t>
      </w:r>
    </w:p>
    <w:p>
      <w:r>
        <w:t>[….]</w:t>
      </w:r>
    </w:p>
    <w:p>
      <w:r>
        <w:t>[No, two years]</w:t>
      </w:r>
    </w:p>
    <w:p>
      <w:r>
        <w:t>{…}</w:t>
      </w:r>
    </w:p>
    <w:p>
      <w:r>
        <w:t>[...]</w:t>
      </w:r>
    </w:p>
    <w:p>
      <w:r>
        <w:t>The non-Jews do not understand this</w:t>
      </w:r>
    </w:p>
    <w:p>
      <w:r>
        <w:t>[No]</w:t>
      </w:r>
    </w:p>
    <w:p>
      <w:r>
        <w:t>What is this? There were great troubles, there were miracles</w:t>
      </w:r>
    </w:p>
    <w:p>
      <w:r>
        <w:t>{They} came to Eretz Yisroel, and they were not allowed in, so they stole, to Eretz Yisroel {people ascend} by stealth</w:t>
      </w:r>
    </w:p>
    <w:p>
      <w:r>
        <w:t>{..}…</w:t>
      </w:r>
    </w:p>
    <w:p>
      <w:r>
        <w:t>...This is the main part of the redemption, this is our home, Eretz Yisroel is a place of the Holy of Holies, and the non-Jews will go away from here…</w:t>
      </w:r>
    </w:p>
    <w:p>
      <w:r>
        <w:t>...{..}...</w:t>
      </w:r>
    </w:p>
    <w:p>
      <w:r>
        <w:t>...I want to come to you, {…}, what is the place like?</w:t>
      </w:r>
    </w:p>
    <w:p>
      <w:r>
        <w:t>[In Beitar]</w:t>
      </w:r>
    </w:p>
    <w:p>
      <w:r>
        <w:t>Beitar?</w:t>
      </w:r>
    </w:p>
    <w:p>
      <w:r>
        <w:t>[Yes]</w:t>
      </w:r>
    </w:p>
    <w:p>
      <w:r>
        <w:t>Ah, which floor?</w:t>
      </w:r>
    </w:p>
    <w:p>
      <w:r>
        <w:t>[One floor up]</w:t>
      </w:r>
    </w:p>
    <w:p>
      <w:r>
        <w:t>Yes?</w:t>
      </w:r>
    </w:p>
    <w:p>
      <w:r>
        <w:t>[Yes]</w:t>
      </w:r>
    </w:p>
    <w:p>
      <w:r>
        <w:t>Upstairs, is there {. .} an elevator?</w:t>
      </w:r>
    </w:p>
    <w:p>
      <w:r>
        <w:t>[There is no elevator]</w:t>
      </w:r>
    </w:p>
    <w:p>
      <w:r>
        <w:t>No?</w:t>
      </w:r>
    </w:p>
    <w:p>
      <w:r>
        <w:t>[No]</w:t>
      </w:r>
    </w:p>
    <w:p>
      <w:r>
        <w:t>Rather?</w:t>
      </w:r>
    </w:p>
    <w:p>
      <w:r>
        <w:t>[Stairs, there are stairs]</w:t>
      </w:r>
    </w:p>
    <w:p>
      <w:r>
        <w:t>{There are..}</w:t>
      </w:r>
    </w:p>
    <w:p>
      <w:r>
        <w:t>[There are stairs]</w:t>
      </w:r>
    </w:p>
    <w:p>
      <w:r>
        <w:t>Stairs</w:t>
      </w:r>
    </w:p>
    <w:p>
      <w:r>
        <w:t>[Yes]</w:t>
      </w:r>
    </w:p>
    <w:p>
      <w:r>
        <w:t>Ah</w:t>
      </w:r>
    </w:p>
    <w:p>
      <w:r>
        <w:t>[But it is not, it is not.. it is only one floor]</w:t>
      </w:r>
    </w:p>
    <w:p>
      <w:r>
        <w:t>Yes?</w:t>
      </w:r>
    </w:p>
    <w:p>
      <w:r>
        <w:t>[Yes]</w:t>
      </w:r>
    </w:p>
    <w:p>
      <w:r>
        <w:t>Good, good, good</w:t>
      </w:r>
    </w:p>
    <w:p>
      <w:r>
        <w:t>I will come to you, {with the help of Hashem Yisbarach}</w:t>
      </w:r>
    </w:p>
    <w:p>
      <w:r>
        <w:t>[Welcome]</w:t>
      </w:r>
    </w:p>
    <w:p>
      <w:r>
        <w:t>[Welcome]</w:t>
      </w:r>
    </w:p>
    <w:p>
      <w:r>
        <w:t>You need to come t.. see me</w:t>
      </w:r>
    </w:p>
    <w:p>
      <w:r>
        <w:t>[Yes]</w:t>
      </w:r>
    </w:p>
    <w:p>
      <w:r>
        <w:t>And t.. {..} perhaps {…} we will go together, {there is}, do you have a car?</w:t>
      </w:r>
    </w:p>
    <w:p>
      <w:r>
        <w:t>[I do not have one]</w:t>
      </w:r>
    </w:p>
    <w:p>
      <w:r>
        <w:t>I have a car, I have, I can travel all day and all night, {..}…</w:t>
      </w:r>
    </w:p>
    <w:p>
      <w:r>
        <w:t>...{I} have a car</w:t>
      </w:r>
    </w:p>
    <w:p>
      <w:r>
        <w:t>[Yes]</w:t>
      </w:r>
    </w:p>
    <w:p>
      <w:r>
        <w:t>{…} Are you a driver? No?</w:t>
      </w:r>
    </w:p>
    <w:p>
      <w:r>
        <w:t>[Yes, I am a driver]</w:t>
      </w:r>
    </w:p>
    <w:p>
      <w:r>
        <w:t>Do you {. .} know how to drive?</w:t>
      </w:r>
    </w:p>
    <w:p>
      <w:r>
        <w:t>[Yes, yes]</w:t>
      </w:r>
    </w:p>
    <w:p>
      <w:r>
        <w:t>Good, I have a car, and you {..} know how to drive, yes, I have a good match…</w:t>
      </w:r>
    </w:p>
    <w:p>
      <w:r>
        <w:t>...{…} One floor? Ah?</w:t>
      </w:r>
    </w:p>
    <w:p>
      <w:r>
        <w:t>[Yes]</w:t>
      </w:r>
    </w:p>
    <w:p>
      <w:r>
        <w:t>{..}…</w:t>
      </w:r>
    </w:p>
    <w:p>
      <w:r>
        <w:t>...Far from Yerushalayim?</w:t>
      </w:r>
    </w:p>
    <w:p>
      <w:r>
        <w:t>[It is not far]</w:t>
      </w:r>
    </w:p>
    <w:p>
      <w:r>
        <w:t>No</w:t>
      </w:r>
    </w:p>
    <w:p>
      <w:r>
        <w:t>[No, no]</w:t>
      </w:r>
    </w:p>
    <w:p>
      <w:r>
        <w:t>Good…</w:t>
      </w:r>
    </w:p>
    <w:p>
      <w:r>
        <w:t>[Yes][yes]...{..} Come {..} see me</w:t>
      </w:r>
    </w:p>
    <w:p>
      <w:r>
        <w:t>[Yes]</w:t>
      </w:r>
    </w:p>
    <w:p>
      <w:r>
        <w:t>[Yes]</w:t>
      </w:r>
    </w:p>
    <w:p>
      <w:r>
        <w:t>Through this, I have a car</w:t>
      </w:r>
    </w:p>
    <w:p>
      <w:r>
        <w:t>[..]</w:t>
      </w:r>
    </w:p>
    <w:p>
      <w:r>
        <w:t>And you {..}..</w:t>
      </w:r>
    </w:p>
    <w:p>
      <w:r>
        <w:t>[A driver]</w:t>
      </w:r>
    </w:p>
    <w:p>
      <w:r>
        <w:t>A driver, so this can {..} go every day…</w:t>
      </w:r>
    </w:p>
    <w:p>
      <w:r>
        <w:t>...{..} An old man, {… yes}, and Baruch Hashem</w:t>
      </w:r>
    </w:p>
    <w:p>
      <w:r>
        <w:t>Apparently {…} Rabbainu HaKadosh, Rebbe Nachman, he, he, he sees {..} that I, ah..</w:t>
      </w:r>
    </w:p>
    <w:p>
      <w:r>
        <w:t>{..th..apparently} need to be here {...Rabbainu}</w:t>
      </w:r>
    </w:p>
    <w:p>
      <w:r>
        <w:t>{Until th..}, until the coming of Mashiach, {..}</w:t>
      </w:r>
    </w:p>
    <w:p>
      <w:r>
        <w:t>Like this, I had a note, {...} in these words:</w:t>
      </w:r>
    </w:p>
    <w:p>
      <w:r>
        <w:t>"About you I said, and about you I said, ah.. {m.. my}.. my fire will burn until the coming of Mashiach"</w:t>
      </w:r>
    </w:p>
    <w:p>
      <w:r>
        <w:t>{{{. .}}}, well, we will see</w:t>
      </w:r>
    </w:p>
    <w:p>
      <w:r>
        <w:t>{I wa.. was born in Eretz Yisroel}, in Eretz Yisroel, in Teveria, a hundred years ago and more…</w:t>
      </w:r>
    </w:p>
    <w:p>
      <w:r>
        <w:t>...The father, the mother?</w:t>
      </w:r>
    </w:p>
    <w:p>
      <w:r>
        <w:t>[Yes]</w:t>
      </w:r>
    </w:p>
    <w:p>
      <w:r>
        <w:t>{Baruch Hashem}, Baruch Hashem</w:t>
      </w:r>
    </w:p>
    <w:p>
      <w:r>
        <w:t>[Baruch Hashem]</w:t>
      </w:r>
    </w:p>
    <w:p>
      <w:r>
        <w:t>It will be good…</w:t>
      </w:r>
    </w:p>
    <w:p>
      <w:r>
        <w:t>...Daniel?</w:t>
      </w:r>
    </w:p>
    <w:p>
      <w:r>
        <w:t>[Daniel]</w:t>
      </w:r>
    </w:p>
    <w:p>
      <w:r>
        <w:t>Which country? From which country?</w:t>
      </w:r>
    </w:p>
    <w:p>
      <w:r>
        <w:t>[Switzerland]</w:t>
      </w:r>
    </w:p>
    <w:p>
      <w:r>
        <w:t>Switzerland? Oh, {..}</w:t>
      </w:r>
    </w:p>
    <w:p>
      <w:r>
        <w:t>It is {a city}, it is a country of banks</w:t>
      </w:r>
    </w:p>
    <w:p>
      <w:r>
        <w:t>[Correct]</w:t>
      </w:r>
    </w:p>
    <w:p>
      <w:r>
        <w:t>{..}…</w:t>
      </w:r>
    </w:p>
    <w:p>
      <w:r>
        <w:t>...We will travelnow</w:t>
      </w:r>
    </w:p>
    <w:p>
      <w:r>
        <w:t>[Yes?]</w:t>
      </w:r>
    </w:p>
    <w:p>
      <w:r>
        <w:t>Yes</w:t>
      </w:r>
    </w:p>
    <w:p>
      <w:r>
        <w:t>[Yes]</w:t>
      </w:r>
    </w:p>
    <w:p>
      <w:r>
        <w:t>{. .} Good, we will travel now</w:t>
      </w:r>
    </w:p>
    <w:p>
      <w:r>
        <w:t>[We will travel now?]</w:t>
      </w:r>
    </w:p>
    <w:p>
      <w:r>
        <w:t>Ah</w:t>
      </w:r>
    </w:p>
    <w:p>
      <w:r>
        <w:t>[Yes?]</w:t>
      </w:r>
    </w:p>
    <w:p>
      <w:r>
        <w:t>Yes</w:t>
      </w:r>
    </w:p>
    <w:p>
      <w:r>
        <w:t>[Yes, good]…</w:t>
      </w:r>
    </w:p>
    <w:p>
      <w:r>
        <w:t>...{There are, ah}, things, and clothes and..</w:t>
      </w:r>
    </w:p>
    <w:p>
      <w:r>
        <w:t>[Yes]</w:t>
      </w:r>
    </w:p>
    <w:p>
      <w:r>
        <w:t>I will go with him, perhaps we will see in Beitar, {...}</w:t>
      </w:r>
    </w:p>
    <w:p>
      <w:r>
        <w:t>W.. we will go from Beitar to Yerushalayim, from Yerushalayim to Beitar</w:t>
      </w:r>
    </w:p>
    <w:p>
      <w:r>
        <w:t>Well, I want to travel now</w:t>
      </w:r>
    </w:p>
    <w:p>
      <w:r>
        <w:t>[Now?]</w:t>
      </w:r>
    </w:p>
    <w:p>
      <w:r>
        <w:t>Yes</w:t>
      </w:r>
    </w:p>
    <w:p>
      <w:r>
        <w:t>[Good]</w:t>
      </w:r>
    </w:p>
    <w:p>
      <w:r>
        <w:t>Good, good</w:t>
      </w:r>
    </w:p>
    <w:p>
      <w:r>
        <w:t>[As you want, Rebbe Yisroel]</w:t>
      </w:r>
    </w:p>
    <w:p>
      <w:r>
        <w:t>{……...Who knows?}</w:t>
      </w:r>
    </w:p>
    <w:p>
      <w:r>
        <w:t>[Yes]</w:t>
      </w:r>
    </w:p>
    <w:p>
      <w:r>
        <w:t>{..} Give him, give him my belongings, and I will travel with my car</w:t>
      </w:r>
    </w:p>
    <w:p>
      <w:r>
        <w:t>[Good]</w:t>
      </w:r>
    </w:p>
    <w:p>
      <w:r>
        <w:t>He is a driver, he.. {..}</w:t>
      </w:r>
    </w:p>
    <w:p>
      <w:r>
        <w:t>[Good, good, all right]</w:t>
      </w:r>
    </w:p>
    <w:p>
      <w:r>
        <w:t>I have a car, but I have a new car</w:t>
      </w:r>
    </w:p>
    <w:p>
      <w:r>
        <w:t>[Yes]</w:t>
      </w:r>
    </w:p>
    <w:p>
      <w:r>
        <w:t>[….]</w:t>
      </w:r>
    </w:p>
    <w:p>
      <w:r>
        <w:t>{..}…</w:t>
      </w:r>
    </w:p>
    <w:p>
      <w:r>
        <w:t>...I need, ah, a cart, {{and..a cart}} of the stomach, {ah, well} well, go with him and give it to him on the car, and we will go</w:t>
      </w:r>
    </w:p>
    <w:p>
      <w:r>
        <w:t>[Good]</w:t>
      </w:r>
    </w:p>
    <w:p>
      <w:r>
        <w:t>{But} perhaps you will go too?</w:t>
      </w:r>
    </w:p>
    <w:p>
      <w:r>
        <w:t>[Yes, if you want, as you want, Rebbe Yisroel]</w:t>
      </w:r>
    </w:p>
    <w:p>
      <w:r>
        <w:t>We will go together</w:t>
      </w:r>
    </w:p>
    <w:p>
      <w:r>
        <w:t>[As you want]</w:t>
      </w:r>
    </w:p>
    <w:p>
      <w:r>
        <w:t>Yo..</w:t>
      </w:r>
    </w:p>
    <w:p>
      <w:r>
        <w:t>Well, w.. we will go together</w:t>
      </w:r>
    </w:p>
    <w:p>
      <w:r>
        <w:t>[Good]…</w:t>
      </w:r>
    </w:p>
    <w:p>
      <w:r>
        <w:t>...{Good}...</w:t>
      </w:r>
    </w:p>
    <w:p>
      <w:r>
        <w:t>…[…What did he say?]</w:t>
      </w:r>
    </w:p>
    <w:p>
      <w:r>
        <w:t>[He said, he says, I brought old age into the house.. now there are only children and children]</w:t>
      </w:r>
    </w:p>
    <w:p>
      <w:r>
        <w:t>[What? What did he say?]</w:t>
      </w:r>
    </w:p>
    <w:p>
      <w:r>
        <w:t>[He said: “I brought old age ... into the house]</w:t>
      </w:r>
    </w:p>
    <w:p>
      <w:r>
        <w:t>[Who is the old man?]</w:t>
      </w:r>
    </w:p>
    <w:p>
      <w:r>
        <w:t>[I do not know, this year there is no center……..]</w:t>
      </w:r>
    </w:p>
    <w:p>
      <w:r>
        <w:t>[Mother th.., my mother..]…</w:t>
      </w:r>
    </w:p>
    <w:p>
      <w:r>
        <w:t>...[In Switzerland now, but in two months she needs to come to Eretz Yisroel, to live in Eretz Yisroel]</w:t>
      </w:r>
    </w:p>
    <w:p>
      <w:r>
        <w:t>Who?</w:t>
      </w:r>
    </w:p>
    <w:p>
      <w:r>
        <w:t>[My mother, she needs to make aliyah to Eretz Yisroel]</w:t>
      </w:r>
    </w:p>
    <w:p>
      <w:r>
        <w:t>May it be that she returns i.. safely, joyfully</w:t>
      </w:r>
    </w:p>
    <w:p>
      <w:r>
        <w:t>[Amen]</w:t>
      </w:r>
    </w:p>
    <w:p>
      <w:r>
        <w:t>. And i.. and with good settlement</w:t>
      </w:r>
    </w:p>
    <w:p>
      <w:r>
        <w:t>[Amen]</w:t>
      </w:r>
    </w:p>
    <w:p>
      <w:r>
        <w:t>[This is the first time that he gives such preference..]</w:t>
      </w:r>
    </w:p>
    <w:p>
      <w:r>
        <w:t>Yes</w:t>
      </w:r>
    </w:p>
    <w:p>
      <w:r>
        <w:t>[Amen]</w:t>
      </w:r>
    </w:p>
    <w:p>
      <w:r>
        <w:t>And she will receive much nachas</w:t>
      </w:r>
    </w:p>
    <w:p>
      <w:r>
        <w:t>[Amen]</w:t>
      </w:r>
    </w:p>
    <w:p>
      <w:r>
        <w:t>From the grandchildren</w:t>
      </w:r>
    </w:p>
    <w:p>
      <w:r>
        <w:t>[Amen]</w:t>
      </w:r>
    </w:p>
    <w:p>
      <w:r>
        <w:t>[Yes]</w:t>
      </w:r>
    </w:p>
    <w:p>
      <w:r>
        <w:t>[…...May she have children and grandchildren]</w:t>
      </w:r>
    </w:p>
    <w:p>
      <w:r>
        <w:t>[………]</w:t>
      </w:r>
    </w:p>
    <w:p>
      <w:r>
        <w:t>[………]</w:t>
      </w:r>
    </w:p>
    <w:p>
      <w:r>
        <w:t>[I do not know, what did he say?]</w:t>
      </w:r>
    </w:p>
    <w:p>
      <w:r>
        <w:t>I brought from your house, uh, a gift</w:t>
      </w:r>
    </w:p>
    <w:p>
      <w:r>
        <w:t>[Yes?]</w:t>
      </w:r>
    </w:p>
    <w:p>
      <w:r>
        <w:t>Old.., old age</w:t>
      </w:r>
    </w:p>
    <w:p>
      <w:r>
        <w:t>[Old age]</w:t>
      </w:r>
    </w:p>
    <w:p>
      <w:r>
        <w:t>Not less than a hundred</w:t>
      </w:r>
    </w:p>
    <w:p>
      <w:r>
        <w:t>[What did he say?..]</w:t>
      </w:r>
    </w:p>
    <w:p>
      <w:r>
        <w:t>[……]</w:t>
      </w:r>
    </w:p>
    <w:p>
      <w:r>
        <w:t>[What?]</w:t>
      </w:r>
    </w:p>
    <w:p>
      <w:r>
        <w:t>[……..]</w:t>
      </w:r>
    </w:p>
    <w:p>
      <w:r>
        <w:t>[He wants a gift, old age]</w:t>
      </w:r>
    </w:p>
    <w:p>
      <w:r>
        <w:t>[Ahh..]</w:t>
      </w:r>
    </w:p>
    <w:p>
      <w:r>
        <w:t>[“Not less than a hundred," he said]</w:t>
      </w:r>
    </w:p>
    <w:p>
      <w:r>
        <w:t>[Ai.. ai.. ai..]</w:t>
      </w:r>
    </w:p>
    <w:p>
      <w:r>
        <w:t>[Amen]</w:t>
      </w:r>
    </w:p>
    <w:p>
      <w:r>
        <w:t>[Ai.. ai..]</w:t>
      </w:r>
    </w:p>
    <w:p>
      <w:r>
        <w:t>[He blesses you with long lives….. his speech is "doubled"]</w:t>
      </w:r>
    </w:p>
    <w:p>
      <w:r>
        <w:t>[That is many things, one needs to understand it]</w:t>
      </w:r>
    </w:p>
    <w:p>
      <w:r>
        <w:t>[……..]</w:t>
      </w:r>
    </w:p>
    <w:p>
      <w:r>
        <w:t>(Saba laughs)</w:t>
      </w:r>
    </w:p>
    <w:p>
      <w:r>
        <w:t>[.…]</w:t>
      </w:r>
    </w:p>
    <w:p>
      <w:r>
        <w:t>(Saba laughs) [Yes, certainly] [My mother..]…</w:t>
      </w:r>
    </w:p>
    <w:p>
      <w:r>
        <w:t>...{In Israel there is everything}, everything</w:t>
      </w:r>
    </w:p>
    <w:p>
      <w:r>
        <w:t>There is money and there is honor, and there is {light\Torah}, there is every, every good thing…</w:t>
      </w:r>
    </w:p>
    <w:p>
      <w:r>
        <w:t>[He said, in Israel there is everything, everything, there is money, there is Torah, there is, there is..]</w:t>
      </w:r>
    </w:p>
    <w:p>
      <w:r>
        <w:t>[When is she coming?]</w:t>
      </w:r>
    </w:p>
    <w:p>
      <w:r>
        <w:t>[There are, there are matches]</w:t>
      </w:r>
    </w:p>
    <w:p>
      <w:r>
        <w:t>[Ah, yes, then that is good]...</w:t>
      </w:r>
    </w:p>
    <w:p>
      <w:r>
        <w:t>...{And} all the children</w:t>
      </w:r>
    </w:p>
    <w:p>
      <w:r>
        <w:t>[Amen, amen]…</w:t>
      </w:r>
    </w:p>
    <w:p>
      <w:r>
        <w:t>...[What?]</w:t>
      </w:r>
    </w:p>
    <w:p>
      <w:r>
        <w:t>[Do you live here?]</w:t>
      </w:r>
    </w:p>
    <w:p>
      <w:r>
        <w:t>Daniel?</w:t>
      </w:r>
    </w:p>
    <w:p>
      <w:r>
        <w:t>[Yes, I live here]</w:t>
      </w:r>
    </w:p>
    <w:p>
      <w:r>
        <w:t>Do you live here?</w:t>
      </w:r>
    </w:p>
    <w:p>
      <w:r>
        <w:t>[Yes]</w:t>
      </w:r>
    </w:p>
    <w:p>
      <w:r>
        <w:t>Then Daniel will have good neighbors</w:t>
      </w:r>
    </w:p>
    <w:p>
      <w:r>
        <w:t>[Yes?]</w:t>
      </w:r>
    </w:p>
    <w:p>
      <w:r>
        <w:t>{..}</w:t>
      </w:r>
    </w:p>
    <w:p>
      <w:r>
        <w:t>[You will have.., you will have good neighbors]</w:t>
      </w:r>
    </w:p>
    <w:p>
      <w:r>
        <w:t>[……..]</w:t>
      </w:r>
    </w:p>
    <w:p>
      <w:r>
        <w:t>[……..]</w:t>
      </w:r>
    </w:p>
    <w:p>
      <w:r>
        <w:t>Bring me b</w:t>
      </w:r>
    </w:p>
    <w:p>
      <w:r>
        <w:t>)Every time</w:t>
      </w:r>
    </w:p>
    <w:p>
      <w:r>
        <w:t>[Yes, yes]</w:t>
      </w:r>
    </w:p>
    <w:p>
      <w:r>
        <w:t>Uh.. soup, tomato soup</w:t>
      </w:r>
    </w:p>
    <w:p>
      <w:r>
        <w:t>[What did he say?]</w:t>
      </w:r>
    </w:p>
    <w:p>
      <w:r>
        <w:t>[Soup, “bring me soup"]</w:t>
      </w:r>
    </w:p>
    <w:p>
      <w:r>
        <w:t>[The soup that I said]</w:t>
      </w:r>
    </w:p>
    <w:p>
      <w:r>
        <w:t>(Saba laughs)</w:t>
      </w:r>
    </w:p>
    <w:p>
      <w:r>
        <w:t>[……]…</w:t>
      </w:r>
    </w:p>
    <w:p>
      <w:r>
        <w:t>...One needs to put on the tefillin</w:t>
      </w:r>
    </w:p>
    <w:p>
      <w:r>
        <w:t>[Yes]</w:t>
      </w:r>
    </w:p>
    <w:p>
      <w:r>
        <w:t>Today I did not put on tefillin</w:t>
      </w:r>
    </w:p>
    <w:p>
      <w:r>
        <w:t>[Good]</w:t>
      </w:r>
    </w:p>
    <w:p>
      <w:r>
        <w:t>Only prayer</w:t>
      </w:r>
    </w:p>
    <w:p>
      <w:r>
        <w:t>[Good]</w:t>
      </w:r>
    </w:p>
    <w:p>
      <w:r>
        <w:t>Uh, but {...}.., I need..</w:t>
      </w:r>
    </w:p>
    <w:p>
      <w:r>
        <w:t>[…..]</w:t>
      </w:r>
    </w:p>
    <w:p>
      <w:r>
        <w:t>[…..]</w:t>
      </w:r>
    </w:p>
    <w:p>
      <w:r>
        <w:t>Uh..</w:t>
      </w:r>
    </w:p>
    <w:p>
      <w:r>
        <w:t>[It is already midday]</w:t>
      </w:r>
    </w:p>
    <w:p>
      <w:r>
        <w:t>To pray</w:t>
      </w:r>
    </w:p>
    <w:p>
      <w:r>
        <w:t>[Rebbe Yisroel, after, after midday]</w:t>
      </w:r>
    </w:p>
    <w:p>
      <w:r>
        <w:t>Huh?</w:t>
      </w:r>
    </w:p>
    <w:p>
      <w:r>
        <w:t>[After midday]</w:t>
      </w:r>
    </w:p>
    <w:p>
      <w:r>
        <w:t>Yes, good</w:t>
      </w:r>
    </w:p>
    <w:p>
      <w:r>
        <w:t>[Not yet]</w:t>
      </w:r>
    </w:p>
    <w:p>
      <w:r>
        <w:t>Good, good</w:t>
      </w:r>
    </w:p>
    <w:p>
      <w:r>
        <w:t>What time is it?</w:t>
      </w:r>
    </w:p>
    <w:p>
      <w:r>
        <w:t>[Another hour]</w:t>
      </w:r>
    </w:p>
    <w:p>
      <w:r>
        <w:t>[Ah, what time is it?]</w:t>
      </w:r>
    </w:p>
    <w:p>
      <w:r>
        <w:t>[Ah, twelve, twelve now]</w:t>
      </w:r>
    </w:p>
    <w:p>
      <w:r>
        <w:t>Huh? Twelve?</w:t>
      </w:r>
    </w:p>
    <w:p>
      <w:r>
        <w:t>[Twelve]</w:t>
      </w:r>
    </w:p>
    <w:p>
      <w:r>
        <w:t>Not yet..</w:t>
      </w:r>
    </w:p>
    <w:p>
      <w:r>
        <w:t>[Not yet]</w:t>
      </w:r>
    </w:p>
    <w:p>
      <w:r>
        <w:t>Not yet, not yet Mincha, twelve-thirty is the time for Mincha</w:t>
      </w:r>
    </w:p>
    <w:p>
      <w:r>
        <w:t>[Yes, yes]</w:t>
      </w:r>
    </w:p>
    <w:p>
      <w:r>
        <w:t>[It will be good to gather for Mincha..]…</w:t>
      </w:r>
    </w:p>
    <w:p>
      <w:r>
        <w:t>...[Is there Kabbalah?]…</w:t>
      </w:r>
    </w:p>
    <w:p>
      <w:r>
        <w:t>...{….}</w:t>
      </w:r>
    </w:p>
    <w:p>
      <w:r>
        <w:t>[Ah]...</w:t>
      </w:r>
    </w:p>
    <w:p>
      <w:r>
        <w:t>...What is written in the Torah</w:t>
      </w:r>
    </w:p>
    <w:p>
      <w:r>
        <w:t>[Yes]</w:t>
      </w:r>
    </w:p>
    <w:p>
      <w:r>
        <w:t>And they served the Torah</w:t>
      </w:r>
    </w:p>
    <w:p>
      <w:r>
        <w:t>[Yes]…</w:t>
      </w:r>
    </w:p>
    <w:p>
      <w:r>
        <w:t>...{Of all}</w:t>
      </w:r>
    </w:p>
    <w:p>
      <w:r>
        <w:t>[All, all the Galilee]</w:t>
      </w:r>
    </w:p>
    <w:p>
      <w:r>
        <w:t>All the Jews</w:t>
      </w:r>
    </w:p>
    <w:p>
      <w:r>
        <w:t>[All the Jews]</w:t>
      </w:r>
    </w:p>
    <w:p>
      <w:r>
        <w:t>[Did you bring him close to Breslov?]</w:t>
      </w:r>
    </w:p>
    <w:p>
      <w:r>
        <w:t>Ai, oy vey, oy, I have no strength to speak, what do you want from me?</w:t>
      </w:r>
    </w:p>
    <w:p>
      <w:r>
        <w:t>[Yes, yes]</w:t>
      </w:r>
    </w:p>
    <w:p>
      <w:r>
        <w:t>Oy, ah…</w:t>
      </w:r>
    </w:p>
    <w:p>
      <w:r>
        <w:t>...(..)...</w:t>
      </w:r>
    </w:p>
    <w:p>
      <w:r>
        <w:t>...To always be joyful</w:t>
      </w:r>
    </w:p>
    <w:p>
      <w:r>
        <w:t>[Even on Tisha B'Av?]</w:t>
      </w:r>
    </w:p>
    <w:p>
      <w:r>
        <w:t>Yes</w:t>
      </w:r>
    </w:p>
    <w:p>
      <w:r>
        <w:t>[Yes]</w:t>
      </w:r>
    </w:p>
    <w:p>
      <w:r>
        <w:t>{Fortunate are we} that we have such a Rebbe</w:t>
      </w:r>
    </w:p>
    <w:p>
      <w:r>
        <w:t>[Who is the Rebbe? Who is the Rebbe?]</w:t>
      </w:r>
    </w:p>
    <w:p>
      <w:r>
        <w:t>All the great doctors will remain without a livelihood</w:t>
      </w:r>
    </w:p>
    <w:p>
      <w:r>
        <w:t>[Why?]</w:t>
      </w:r>
    </w:p>
    <w:p>
      <w:r>
        <w:t>They w.., will be healed</w:t>
      </w:r>
    </w:p>
    <w:p>
      <w:r>
        <w:t>[How?]</w:t>
      </w:r>
    </w:p>
    <w:p>
      <w:r>
        <w:t>The "beggar" {{…}} will heal all the illnesses</w:t>
      </w:r>
    </w:p>
    <w:p>
      <w:r>
        <w:t>[Which "beggar"?]</w:t>
      </w:r>
    </w:p>
    <w:p>
      <w:r>
        <w:t>Huh?</w:t>
      </w:r>
    </w:p>
    <w:p>
      <w:r>
        <w:t>[Which "beggar"?]</w:t>
      </w:r>
    </w:p>
    <w:p>
      <w:r>
        <w:t>Our holy Rabbainu, he is all the "beggars", {..}</w:t>
      </w:r>
    </w:p>
    <w:p>
      <w:r>
        <w:t>[He is the totality of all the "beggars", yes?]</w:t>
      </w:r>
    </w:p>
    <w:p>
      <w:r>
        <w:t>{..}</w:t>
      </w:r>
    </w:p>
    <w:p>
      <w:r>
        <w:t>[He is the embodiment of all the "beggars"?]…</w:t>
      </w:r>
    </w:p>
    <w:p>
      <w:r>
        <w:t>...[Yes]</w:t>
      </w:r>
    </w:p>
    <w:p>
      <w:r>
        <w:t>Nu, I want to sleep, {…}...</w:t>
      </w:r>
    </w:p>
    <w:p>
      <w:r>
        <w:t>...I had small children, and I had nothing to give them bread, nor to pay rent.., tuition</w:t>
      </w:r>
    </w:p>
    <w:p>
      <w:r>
        <w:t>{..} Every month Rabbi Moshe Blum sent the children home to me</w:t>
      </w:r>
    </w:p>
    <w:p>
      <w:r>
        <w:t>{Why I} did not pay tuition</w:t>
      </w:r>
    </w:p>
    <w:p>
      <w:r>
        <w:t>Nu.. "This is Breslov”</w:t>
      </w:r>
    </w:p>
    <w:p>
      <w:r>
        <w:t>Rabbi Moshe, he sat {…} on the Vaad HaKlali, and he was {….\and was}..</w:t>
      </w:r>
    </w:p>
    <w:p>
      <w:r>
        <w:t>A big name, that he is God-fearing {..} and he.. {{…..}}</w:t>
      </w:r>
    </w:p>
    <w:p>
      <w:r>
        <w:t>{Yes}, and I did not have bread to buy for the children</w:t>
      </w:r>
    </w:p>
    <w:p>
      <w:r>
        <w:t>I came to "Shaarei Chesed", and I told someone that this was my situation</w:t>
      </w:r>
    </w:p>
    <w:p>
      <w:r>
        <w:t>[He {..} gives me nothing, sometimes he gave me some, some gift that they give to..</w:t>
      </w:r>
    </w:p>
    <w:p>
      <w:r>
        <w:t>{……………...}</w:t>
      </w:r>
    </w:p>
    <w:p>
      <w:r>
        <w:t>{Then} (like this) {..} I {..} had to suffer this, and it was for a great good</w:t>
      </w:r>
    </w:p>
    <w:p>
      <w:r>
        <w:t>I feel this good now, yes</w:t>
      </w:r>
    </w:p>
    <w:p>
      <w:r>
        <w:t>But friends, true friends—not this way, not this way should they act</w:t>
      </w:r>
    </w:p>
    <w:p>
      <w:r>
        <w:t>They need {for them} to give.. a lot of money, so that he will have bread for the children {to buy}</w:t>
      </w:r>
    </w:p>
    <w:p>
      <w:r>
        <w:t>Nu, I, God forbid, am not speaking, and not.. but I know, I know in my heart, yes</w:t>
      </w:r>
    </w:p>
    <w:p>
      <w:r>
        <w:t>And there is also, there was one who had a big name that he is Breslov, and he, {and he will contribute}, yes</w:t>
      </w:r>
    </w:p>
    <w:p>
      <w:r>
        <w:t>I told him that I have no means to buy bread {{….}}</w:t>
      </w:r>
    </w:p>
    <w:p>
      <w:r>
        <w:t>Ai, ai, ai.. ai, ah, I {did not} have to suffer this</w:t>
      </w:r>
    </w:p>
    <w:p>
      <w:r>
        <w:t>It was for me as atonement for sin, and to.. {...} and to acquire good things, yes</w:t>
      </w:r>
    </w:p>
    <w:p>
      <w:r>
        <w:t>{..} Blessed is God, I am alive, through great miracles I am alive</w:t>
      </w:r>
    </w:p>
    <w:p>
      <w:r>
        <w:t>I had friends, friends, friends, ah, to.. yo, dear friends</w:t>
      </w:r>
    </w:p>
    <w:p>
      <w:r>
        <w:t>Ah, ah..</w:t>
      </w:r>
    </w:p>
    <w:p>
      <w:r>
        <w:t>Not a day and not a week and not a month, I sat without a livelihood, and Rabbi Frank treated me like a gentile</w:t>
      </w:r>
    </w:p>
    <w:p>
      <w:r>
        <w:t>Gentiles receive {{. .}} some assistance, {like this}, me too</w:t>
      </w:r>
    </w:p>
    <w:p>
      <w:r>
        <w:t>He did not give me; for Pesach he gave me half a lira—it was also beyond all his ability</w:t>
      </w:r>
    </w:p>
    <w:p>
      <w:r>
        <w:t>Oy, oy, oy, oy, {for them}, yes, {…}</w:t>
      </w:r>
    </w:p>
    <w:p>
      <w:r>
        <w:t>{Ah, I do not, I have no.., any} complaints against anyone</w:t>
      </w:r>
    </w:p>
    <w:p>
      <w:r>
        <w:t>Only I {did not} have to suffer this</w:t>
      </w:r>
    </w:p>
    <w:p>
      <w:r>
        <w:t>Ah…</w:t>
      </w:r>
    </w:p>
    <w:p>
      <w:r>
        <w:t>...I endured Pesach Frank here in Yerushalayim</w:t>
      </w:r>
    </w:p>
    <w:p>
      <w:r>
        <w:t>He was the chief of the rabbis, and all the money of Yerushalayim was with him in his pocket</w:t>
      </w:r>
    </w:p>
    <w:p>
      <w:r>
        <w:t>And he did not give me, as to a gentile, he never gave me any coin, {..} any coin, any "mil" to help; {I} had all the {looks\hou.., houses} of Yerushalayim, {..} that Yisroel Ber did not have</w:t>
      </w:r>
    </w:p>
    <w:p>
      <w:r>
        <w:t>{Of ….}</w:t>
      </w:r>
    </w:p>
    <w:p>
      <w:r>
        <w:t>{..} He, he also suffered; every time died, died by him {..} children, yes</w:t>
      </w:r>
    </w:p>
    <w:p>
      <w:r>
        <w:t>But there is no sense</w:t>
      </w:r>
    </w:p>
    <w:p>
      <w:r>
        <w:t>{..} Sense, pride {and..}wisdom, {..}</w:t>
      </w:r>
    </w:p>
    <w:p>
      <w:r>
        <w:t>How to be famous as Breslov…</w:t>
      </w:r>
    </w:p>
    <w:p>
      <w:r>
        <w:t>...{…} I am alive</w:t>
      </w:r>
    </w:p>
    <w:p>
      <w:r>
        <w:t>Ah…</w:t>
      </w:r>
    </w:p>
    <w:p>
      <w:r>
        <w:t>...(..)...</w:t>
      </w:r>
    </w:p>
    <w:p>
      <w:r>
        <w:t>...{…} To print</w:t>
      </w:r>
    </w:p>
    <w:p>
      <w:r>
        <w:t>[Yes]</w:t>
      </w:r>
    </w:p>
    <w:p>
      <w:r>
        <w:t>I said in block letters, and that is what he did</w:t>
      </w:r>
    </w:p>
    <w:p>
      <w:r>
        <w:t>[That is what he did? At first he would print each time only a booklet, booklets</w:t>
      </w:r>
    </w:p>
    <w:p>
      <w:r>
        <w:t>He would make "source references"]</w:t>
      </w:r>
    </w:p>
    <w:p>
      <w:r>
        <w:t>{..}…</w:t>
      </w:r>
    </w:p>
    <w:p>
      <w:r>
        <w:t>...[Today everyone has "Likutei Halachos"; there is no longer a need to search]</w:t>
      </w:r>
    </w:p>
    <w:p>
      <w:r>
        <w:t>{.…}…</w:t>
      </w:r>
    </w:p>
    <w:p>
      <w:r>
        <w:t>...[..To pass away on Rebbe Nassan's yahrzeit]</w:t>
      </w:r>
    </w:p>
    <w:p>
      <w:r>
        <w:t>Huh?</w:t>
      </w:r>
    </w:p>
    <w:p>
      <w:r>
        <w:t>[My grandfather passed away on Rebbe Nassan's yahrzeit]</w:t>
      </w:r>
    </w:p>
    <w:p>
      <w:r>
        <w:t>{What is he}</w:t>
      </w:r>
    </w:p>
    <w:p>
      <w:r>
        <w:t>[Rabbi Moshe Rosenthal, Rabbi Moshe Rosenthal]</w:t>
      </w:r>
    </w:p>
    <w:p>
      <w:r>
        <w:t>Yes</w:t>
      </w:r>
    </w:p>
    <w:p>
      <w:r>
        <w:t>[He passed away on Rebbe Nassan's yahrzeit]</w:t>
      </w:r>
    </w:p>
    <w:p>
      <w:r>
        <w:t>Huh?</w:t>
      </w:r>
    </w:p>
    <w:p>
      <w:r>
        <w:t>[Perhaps in that merit?]</w:t>
      </w:r>
    </w:p>
    <w:p>
      <w:r>
        <w:t>He passed away on the tenth</w:t>
      </w:r>
    </w:p>
    <w:p>
      <w:r>
        <w:t>[Rabbi Moshe Rosenthal]</w:t>
      </w:r>
    </w:p>
    <w:p>
      <w:r>
        <w:t>{Passed away}, passed away on the Tenth of Teves?</w:t>
      </w:r>
    </w:p>
    <w:p>
      <w:r>
        <w:t>[The Tenth of Teves, yes, he also built the synagogue]</w:t>
      </w:r>
    </w:p>
    <w:p>
      <w:r>
        <w:t>Ah..</w:t>
      </w:r>
    </w:p>
    <w:p>
      <w:r>
        <w:t>[He built the synagogue]</w:t>
      </w:r>
    </w:p>
    <w:p>
      <w:r>
        <w:t>{...}</w:t>
      </w:r>
    </w:p>
    <w:p>
      <w:r>
        <w:t>[In "Shaarei Chesed"]</w:t>
      </w:r>
    </w:p>
    <w:p>
      <w:r>
        <w:t>Yes?</w:t>
      </w:r>
    </w:p>
    <w:p>
      <w:r>
        <w:t>[Yes]</w:t>
      </w:r>
    </w:p>
    <w:p>
      <w:r>
        <w:t>He built it?</w:t>
      </w:r>
    </w:p>
    <w:p>
      <w:r>
        <w:t>[Yes, he worked toward it, he made a promise to three people, the one who donated the place</w:t>
      </w:r>
    </w:p>
    <w:p>
      <w:r>
        <w:t>The one wh.., the one who built, and all.. and three people who did not have children</w:t>
      </w:r>
    </w:p>
    <w:p>
      <w:r>
        <w:t>And they worked for the synagogue; the following year a son was born to them</w:t>
      </w:r>
    </w:p>
    <w:p>
      <w:r>
        <w:t>And the one who gave the place..]</w:t>
      </w:r>
    </w:p>
    <w:p>
      <w:r>
        <w:t>Ah..</w:t>
      </w:r>
    </w:p>
    <w:p>
      <w:r>
        <w:t>[Then he became very wealthy]</w:t>
      </w:r>
    </w:p>
    <w:p>
      <w:r>
        <w:t>Who?</w:t>
      </w:r>
    </w:p>
    <w:p>
      <w:r>
        <w:t>[The one who donated the plot]</w:t>
      </w:r>
    </w:p>
    <w:p>
      <w:r>
        <w:t>Huh?</w:t>
      </w:r>
    </w:p>
    <w:p>
      <w:r>
        <w:t>[The one who donated the plot, the one who donated the plot]</w:t>
      </w:r>
    </w:p>
    <w:p>
      <w:r>
        <w:t>Nu</w:t>
      </w:r>
    </w:p>
    <w:p>
      <w:r>
        <w:t>[Then he.. my grandfather promised him that he would not, he would not lose</w:t>
      </w:r>
    </w:p>
    <w:p>
      <w:r>
        <w:t>Rabbi Moshe Rosenthal promised that he would lose nothing, and he became very wealthy]…</w:t>
      </w:r>
    </w:p>
    <w:p>
      <w:r>
        <w:t>...{..} I remember {…} that he still had not {..}, had not come close</w:t>
      </w:r>
    </w:p>
    <w:p>
      <w:r>
        <w:t>He came close {through\only to} Shmuel Shapira</w:t>
      </w:r>
    </w:p>
    <w:p>
      <w:r>
        <w:t>[He came close to Rabbi Shmuel Shapira?]</w:t>
      </w:r>
    </w:p>
    <w:p>
      <w:r>
        <w:t>Yes</w:t>
      </w:r>
    </w:p>
    <w:p>
      <w:r>
        <w:t>[Who? The dayan Rabbi Avraham David? Avraham David?]</w:t>
      </w:r>
    </w:p>
    <w:p>
      <w:r>
        <w:t>No, Avraham David was an opponent</w:t>
      </w:r>
    </w:p>
    <w:p>
      <w:r>
        <w:t>[An opponent?]</w:t>
      </w:r>
    </w:p>
    <w:p>
      <w:r>
        <w:t>Of Breslov</w:t>
      </w:r>
    </w:p>
    <w:p>
      <w:r>
        <w:t>[Who did not become close to Breslov?]…</w:t>
      </w:r>
    </w:p>
    <w:p>
      <w:r>
        <w:t>...{..} I have no strength to speak…</w:t>
      </w:r>
    </w:p>
    <w:p>
      <w:r>
        <w:t>...{…} some {..} war between Israel and.. the Arabs, no?</w:t>
      </w:r>
    </w:p>
    <w:p>
      <w:r>
        <w:t>[Ah..]</w:t>
      </w:r>
    </w:p>
    <w:p>
      <w:r>
        <w:t>Did you hear?</w:t>
      </w:r>
    </w:p>
    <w:p>
      <w:r>
        <w:t>[Yes, I heard something]</w:t>
      </w:r>
    </w:p>
    <w:p>
      <w:r>
        <w:t>Eh?</w:t>
      </w:r>
    </w:p>
    <w:p>
      <w:r>
        <w:t>[…..afterward there will be a great war..]…</w:t>
      </w:r>
    </w:p>
    <w:p>
      <w:r>
        <w:t>…[These la.., these latter words were gathered on Monday, 10 Av 5754</w:t>
      </w:r>
    </w:p>
    <w:p>
      <w:r>
        <w:t>At Daniel {….}, Beitar]…</w:t>
      </w:r>
    </w:p>
    <w:p>
      <w:r>
        <w:t>...{..} that he should not study</w:t>
      </w:r>
    </w:p>
    <w:p>
      <w:r>
        <w:t>[Excuse me?]</w:t>
      </w:r>
    </w:p>
    <w:p>
      <w:r>
        <w:t>{….}</w:t>
      </w:r>
    </w:p>
    <w:p>
      <w:r>
        <w:t>[Eh?]</w:t>
      </w:r>
    </w:p>
    <w:p>
      <w:r>
        <w:t>Ewes will enter the house, and eat everything they need to eat, and they will have nothing to eat, and so it was</w:t>
      </w:r>
    </w:p>
    <w:p>
      <w:r>
        <w:t>[Who?]</w:t>
      </w:r>
    </w:p>
    <w:p>
      <w:r>
        <w:t>{Ewes entered} the house, and ate everything...</w:t>
      </w:r>
    </w:p>
    <w:p>
      <w:r>
        <w:t>...{..} the scholars {..} told him not to study this "Shulchan Aruch," and he studied</w:t>
      </w:r>
    </w:p>
    <w:p>
      <w:r>
        <w:t>Then he gave him a curse:</w:t>
      </w:r>
    </w:p>
    <w:p>
      <w:r>
        <w:t>"Ewes will enter the house, and eat everything, what they need to eat, they will eat, and they will have nothing to eat" and so it was, ewes entered {the house}, and ate everything, and they had nothing to eat</w:t>
      </w:r>
    </w:p>
    <w:p>
      <w:r>
        <w:t>{Ah, ah, ah}..</w:t>
      </w:r>
    </w:p>
    <w:p>
      <w:r>
        <w:t>Ah, wh.. where were there ewes from? {…}</w:t>
      </w:r>
    </w:p>
    <w:p>
      <w:r>
        <w:t>{..}</w:t>
      </w:r>
    </w:p>
    <w:p>
      <w:r>
        <w:t>"Eh? You study this ‘Shulchan Aruch’? Ewes will enter your house</w:t>
      </w:r>
    </w:p>
    <w:p>
      <w:r>
        <w:t>And eat everything you need to eat, they will eat everything, and you will have nothing to eat"</w:t>
      </w:r>
    </w:p>
    <w:p>
      <w:r>
        <w:t>And so it was, ewes entered, and ate everything</w:t>
      </w:r>
    </w:p>
    <w:p>
      <w:r>
        <w:t>[..another one]</w:t>
      </w:r>
    </w:p>
    <w:p>
      <w:r>
        <w:t>[Another one, there is a trash can here]</w:t>
      </w:r>
    </w:p>
    <w:p>
      <w:r>
        <w:t>[Put everything in the trash can]</w:t>
      </w:r>
    </w:p>
    <w:p>
      <w:r>
        <w:t>Ah..</w:t>
      </w:r>
    </w:p>
    <w:p>
      <w:r>
        <w:t>[….there is a trash can here]</w:t>
      </w:r>
    </w:p>
    <w:p>
      <w:r>
        <w:t>[Where?]</w:t>
      </w:r>
    </w:p>
    <w:p>
      <w:r>
        <w:t>[……….]</w:t>
      </w:r>
    </w:p>
    <w:p>
      <w:r>
        <w:t>[We are doing for……...]</w:t>
      </w:r>
    </w:p>
    <w:p>
      <w:r>
        <w:t>Ah.. "Ah, yes? You study this ‘Shulchan Aruch’?</w:t>
      </w:r>
    </w:p>
    <w:p>
      <w:r>
        <w:t>[..I have no strength to do it again..]</w:t>
      </w:r>
    </w:p>
    <w:p>
      <w:r>
        <w:t>Ewes will enter your house, and eat everything you need to eat, they will eat everything</w:t>
      </w:r>
    </w:p>
    <w:p>
      <w:r>
        <w:t>And you will have nothing to eat"</w:t>
      </w:r>
    </w:p>
    <w:p>
      <w:r>
        <w:t>And so it was, {he}, he gave them a curse, that ewes would come and eat everything, {..}</w:t>
      </w:r>
    </w:p>
    <w:p>
      <w:r>
        <w:t>[Rebbe Yisroel, who, who gave the curse?]</w:t>
      </w:r>
    </w:p>
    <w:p>
      <w:r>
        <w:t>Eh?</w:t>
      </w:r>
    </w:p>
    <w:p>
      <w:r>
        <w:t>[Who gave the curse? Who gave the cur.., this curse? To whom?]</w:t>
      </w:r>
    </w:p>
    <w:p>
      <w:r>
        <w:t>The curse?</w:t>
      </w:r>
    </w:p>
    <w:p>
      <w:r>
        <w:t>[Who gave it?]</w:t>
      </w:r>
    </w:p>
    <w:p>
      <w:r>
        <w:t>{..}, I do not know, one needs to look in the "Shulchan Aruch"</w:t>
      </w:r>
    </w:p>
    <w:p>
      <w:r>
        <w:t>[Ah]</w:t>
      </w:r>
    </w:p>
    <w:p>
      <w:r>
        <w:t>The story</w:t>
      </w:r>
    </w:p>
    <w:p>
      <w:r>
        <w:t>[Where?]</w:t>
      </w:r>
    </w:p>
    <w:p>
      <w:r>
        <w:t>{..} one of the scholars, ah.. {..} they told him:</w:t>
      </w:r>
    </w:p>
    <w:p>
      <w:r>
        <w:t>That he should not study this "Shulchan Aruch," yes</w:t>
      </w:r>
    </w:p>
    <w:p>
      <w:r>
        <w:t>[Which "Shulchan Aruch"?]</w:t>
      </w:r>
    </w:p>
    <w:p>
      <w:r>
        <w:t>{…} I did not see, only what I am telling, {..} then, ah..</w:t>
      </w:r>
    </w:p>
    <w:p>
      <w:r>
        <w:t>{He}, he, he did indeed {..} study, ewes came and entered {into the house}</w:t>
      </w:r>
    </w:p>
    <w:p>
      <w:r>
        <w:t>And ate; everything they needed to eat, they ate, and they had nothing to eat</w:t>
      </w:r>
    </w:p>
    <w:p>
      <w:r>
        <w:t>{This is} a curse</w:t>
      </w:r>
    </w:p>
    <w:p>
      <w:r>
        <w:t>Ah, he studies this "Shulchan Aruch"?</w:t>
      </w:r>
    </w:p>
    <w:p>
      <w:r>
        <w:t>{{….}} he gave him a curse:</w:t>
      </w:r>
    </w:p>
    <w:p>
      <w:r>
        <w:t>"Ewes will enter the house, and eat everything you need to eat, and you will have nothing to eat"</w:t>
      </w:r>
    </w:p>
    <w:p>
      <w:r>
        <w:t>[….…]</w:t>
      </w:r>
    </w:p>
    <w:p>
      <w:r>
        <w:t>[Is that what you want?]</w:t>
      </w:r>
    </w:p>
    <w:p>
      <w:r>
        <w:t>{….}</w:t>
      </w:r>
    </w:p>
    <w:p>
      <w:r>
        <w:t>[Which, which scholars were these?]</w:t>
      </w:r>
    </w:p>
    <w:p>
      <w:r>
        <w:t>{Ah, they…..} they told them: This "Shulchan Aruch" is not to be studied</w:t>
      </w:r>
    </w:p>
    <w:p>
      <w:r>
        <w:t>And he did not listen, he studied, then he gave him a curse:</w:t>
      </w:r>
    </w:p>
    <w:p>
      <w:r>
        <w:t>"Ewes will come and enter the house, and eat everything you need to eat, and you will have nothing to eat" and so it was…</w:t>
      </w:r>
    </w:p>
    <w:p>
      <w:r>
        <w:br w:type="page"/>
      </w:r>
    </w:p>
    <w:p>
      <w:pPr>
        <w:pStyle w:val="Heading1"/>
      </w:pPr>
      <w:r>
        <w:t>Tape 80</w:t>
      </w:r>
    </w:p>
    <w:p>
      <w:pPr>
        <w:pStyle w:val="Heading2"/>
      </w:pPr>
      <w:r>
        <w:t>Side A (Aleph)</w:t>
      </w:r>
    </w:p>
    <w:p>
      <w:r>
        <w:t>...{…}</w:t>
      </w:r>
    </w:p>
    <w:p>
      <w:r>
        <w:t>“{.. you study}</w:t>
      </w:r>
    </w:p>
    <w:p>
      <w:r>
        <w:t>I say, that "ewes will come and enter your house, and eat everything, and you will have nothing to eat"</w:t>
      </w:r>
    </w:p>
    <w:p>
      <w:r>
        <w:t>And so it was, ewes entered, and ate everything, yes, they had nothing to eat</w:t>
      </w:r>
    </w:p>
    <w:p>
      <w:r>
        <w:t>[……..]</w:t>
      </w:r>
    </w:p>
    <w:p>
      <w:r>
        <w:t>[……..]...</w:t>
      </w:r>
    </w:p>
    <w:p>
      <w:r>
        <w:t>...[Who gave a curse? Rebbe Yisroel]</w:t>
      </w:r>
    </w:p>
    <w:p>
      <w:r>
        <w:t>[……]</w:t>
      </w:r>
    </w:p>
    <w:p>
      <w:r>
        <w:t>[……]</w:t>
      </w:r>
    </w:p>
    <w:p>
      <w:r>
        <w:t>[Who, who gave a curse? Rebbe Yisroel]</w:t>
      </w:r>
    </w:p>
    <w:p>
      <w:r>
        <w:t>What?</w:t>
      </w:r>
    </w:p>
    <w:p>
      <w:r>
        <w:t>{..} gave them a curse</w:t>
      </w:r>
    </w:p>
    <w:p>
      <w:r>
        <w:t>They studied in.. in the "Shulchan Aruch," that he {…} told him, that he should not {be} study there</w:t>
      </w:r>
    </w:p>
    <w:p>
      <w:r>
        <w:t>And he studied, then {..} he gave him a curse:</w:t>
      </w:r>
    </w:p>
    <w:p>
      <w:r>
        <w:t>"That ewes would come into the house, and eat everything, everything you need to eat, and you will have nothing to eat"</w:t>
      </w:r>
    </w:p>
    <w:p>
      <w:r>
        <w:t>{. .}</w:t>
      </w:r>
    </w:p>
    <w:p>
      <w:r>
        <w:t>[…...]</w:t>
      </w:r>
    </w:p>
    <w:p>
      <w:r>
        <w:t>And so it was, ewes came, and will eat everything</w:t>
      </w:r>
    </w:p>
    <w:p>
      <w:r>
        <w:t>[………..…]</w:t>
      </w:r>
    </w:p>
    <w:p>
      <w:r>
        <w:t>[………..…]</w:t>
      </w:r>
    </w:p>
    <w:p>
      <w:r>
        <w:t>[Rebbe Yisroel]</w:t>
      </w:r>
    </w:p>
    <w:p>
      <w:r>
        <w:t>[……..]</w:t>
      </w:r>
    </w:p>
    <w:p>
      <w:r>
        <w:t>[……..]</w:t>
      </w:r>
    </w:p>
    <w:p>
      <w:r>
        <w:t>The.. the ewes, the ewes were hungry</w:t>
      </w:r>
    </w:p>
    <w:p>
      <w:r>
        <w:t>[…..]</w:t>
      </w:r>
    </w:p>
    <w:p>
      <w:r>
        <w:t>And ate everything, everything that he needed to eat, they ate everything</w:t>
      </w:r>
    </w:p>
    <w:p>
      <w:r>
        <w:t>[…...……]</w:t>
      </w:r>
    </w:p>
    <w:p>
      <w:r>
        <w:t>[…….…..]</w:t>
      </w:r>
    </w:p>
    <w:p>
      <w:r>
        <w:t>He gave him a curse:</w:t>
      </w:r>
    </w:p>
    <w:p>
      <w:r>
        <w:t>"Ewes will come inside your house, and eat everything, everything you need to eat</w:t>
      </w:r>
    </w:p>
    <w:p>
      <w:r>
        <w:t>And you will have nothing to eat"</w:t>
      </w:r>
    </w:p>
    <w:p>
      <w:r>
        <w:t>[…….]</w:t>
      </w:r>
    </w:p>
    <w:p>
      <w:r>
        <w:t>[…….]</w:t>
      </w:r>
    </w:p>
    <w:p>
      <w:r>
        <w:t>And ewes came, and ate everything, everything that.. that they had to eat, {{}}</w:t>
      </w:r>
    </w:p>
    <w:p>
      <w:r>
        <w:t>At.. at.. at night they had nothing to eat</w:t>
      </w:r>
    </w:p>
    <w:p>
      <w:r>
        <w:t>He gave him a curse, yes</w:t>
      </w:r>
    </w:p>
    <w:p>
      <w:r>
        <w:t>"Ewes will come, and eat everything, and everything you need to eat, and you will have nothing to eat"</w:t>
      </w:r>
    </w:p>
    <w:p>
      <w:r>
        <w:t>[…..]</w:t>
      </w:r>
    </w:p>
    <w:p>
      <w:r>
        <w:t>Yes, and ewes came, and ate everything, they had nothing to eat</w:t>
      </w:r>
    </w:p>
    <w:p>
      <w:r>
        <w:t>It is on.. on the first page, yes, {{it is not hard to find …. it}}, {{..}}</w:t>
      </w:r>
    </w:p>
    <w:p>
      <w:r>
        <w:t>[On the page.., first page, first page..]</w:t>
      </w:r>
    </w:p>
    <w:p>
      <w:r>
        <w:t>{..}</w:t>
      </w:r>
    </w:p>
    <w:p>
      <w:r>
        <w:t>[From which book?]</w:t>
      </w:r>
    </w:p>
    <w:p>
      <w:r>
        <w:t>He told him: that he should not, that he should not study {in this "Shulchan Aruch"}, in this book he should not study</w:t>
      </w:r>
    </w:p>
    <w:p>
      <w:r>
        <w:t>And he studied, then, then he gave him a curse:</w:t>
      </w:r>
    </w:p>
    <w:p>
      <w:r>
        <w:t>"Ewes will come, and eat everything you need to eat, and you will have nothing to eat"</w:t>
      </w:r>
    </w:p>
    <w:p>
      <w:r>
        <w:t>[….….]</w:t>
      </w:r>
    </w:p>
    <w:p>
      <w:r>
        <w:t>[…]</w:t>
      </w:r>
    </w:p>
    <w:p>
      <w:r>
        <w:t>“{..} What is this? You study {in this "Shulchan Aruch"}? I tell you:</w:t>
      </w:r>
    </w:p>
    <w:p>
      <w:r>
        <w:t>"Th..ewes will come and eat everything, everything you need to eat, you will have nothing to eat"</w:t>
      </w:r>
    </w:p>
    <w:p>
      <w:r>
        <w:t>{..}</w:t>
      </w:r>
    </w:p>
    <w:p>
      <w:r>
        <w:t>On the first page, see {{this}} story</w:t>
      </w:r>
    </w:p>
    <w:p>
      <w:r>
        <w:t>{…}, where did the ewes come from? I do not know, I do not know where they came from</w:t>
      </w:r>
    </w:p>
    <w:p>
      <w:r>
        <w:t>[Rebbe Yisroel]</w:t>
      </w:r>
    </w:p>
    <w:p>
      <w:r>
        <w:t>Ah, ah, "Yes? You studied in this "Shulchan Aruch"?</w:t>
      </w:r>
    </w:p>
    <w:p>
      <w:r>
        <w:t>{..} Ewes will come to your house, and eat {…} everything</w:t>
      </w:r>
    </w:p>
    <w:p>
      <w:r>
        <w:t>Everything you need to eat, you will have nothing to eat"</w:t>
      </w:r>
    </w:p>
    <w:p>
      <w:r>
        <w:t>Then ewes came, and ate everything, they had nothing to eat</w:t>
      </w:r>
    </w:p>
    <w:p>
      <w:r>
        <w:t>The curse was fulfilled</w:t>
      </w:r>
    </w:p>
    <w:p>
      <w:r>
        <w:t>He said it..</w:t>
      </w:r>
    </w:p>
    <w:p>
      <w:r>
        <w:t>.."That ewes would enter, and eat everything"</w:t>
      </w:r>
    </w:p>
    <w:p>
      <w:r>
        <w:t>Ewes entered, and ate everything, they had nothing to eat</w:t>
      </w:r>
    </w:p>
    <w:p>
      <w:r>
        <w:t>[Rebbe Yisroel]</w:t>
      </w:r>
    </w:p>
    <w:p>
      <w:r>
        <w:t>Eh?</w:t>
      </w:r>
    </w:p>
    <w:p>
      <w:r>
        <w:t>[In which book is it written?]</w:t>
      </w:r>
    </w:p>
    <w:p>
      <w:r>
        <w:t>Ah</w:t>
      </w:r>
    </w:p>
    <w:p>
      <w:r>
        <w:t>[On the page..]</w:t>
      </w:r>
    </w:p>
    <w:p>
      <w:r>
        <w:t>In the "Shulchan Aruch," on the first page</w:t>
      </w:r>
    </w:p>
    <w:p>
      <w:r>
        <w:t>[..]</w:t>
      </w:r>
    </w:p>
    <w:p>
      <w:r>
        <w:t>Ah, he {brings ...} f.. f.. from great ones {..} several stories</w:t>
      </w:r>
    </w:p>
    <w:p>
      <w:r>
        <w:t>A scholar told him {{….}} ah..: "That he should not study in this book"</w:t>
      </w:r>
    </w:p>
    <w:p>
      <w:r>
        <w:t>And he did not listen to him, and he studied, then he {said\gave} him a curse:</w:t>
      </w:r>
    </w:p>
    <w:p>
      <w:r>
        <w:t>"That {ewes} would come, and eat everything, everything you need to eat, and you will have nothing to eat"</w:t>
      </w:r>
    </w:p>
    <w:p>
      <w:r>
        <w:t>And ewes will come, and ate everything, and they had nothing to eat</w:t>
      </w:r>
    </w:p>
    <w:p>
      <w:r>
        <w:t>He gave him a curse:</w:t>
      </w:r>
    </w:p>
    <w:p>
      <w:r>
        <w:t>"That ewes would come, and eat everything, and he would have nothing to eat"</w:t>
      </w:r>
    </w:p>
    <w:p>
      <w:r>
        <w:t>[Rebbe Yisroel, who, who gave the curse?]</w:t>
      </w:r>
    </w:p>
    <w:p>
      <w:r>
        <w:t>Eh?</w:t>
      </w:r>
    </w:p>
    <w:p>
      <w:r>
        <w:t>[Who gave..?]</w:t>
      </w:r>
    </w:p>
    <w:p>
      <w:r>
        <w:t>One of the scholars gave him the curse:</w:t>
      </w:r>
    </w:p>
    <w:p>
      <w:r>
        <w:t>"I told you not to study in this book, and you studied</w:t>
      </w:r>
    </w:p>
    <w:p>
      <w:r>
        <w:t>Ewes will come to your house, and eat everything you need to eat</w:t>
      </w:r>
    </w:p>
    <w:p>
      <w:r>
        <w:t>{And.. and.. and..} and they will eat everything, and you will have nothing to eat"</w:t>
      </w:r>
    </w:p>
    <w:p>
      <w:r>
        <w:t>On the first page</w:t>
      </w:r>
    </w:p>
    <w:p>
      <w:r>
        <w:t>[On the first page of the "Shulchan Aruch"?]</w:t>
      </w:r>
    </w:p>
    <w:p>
      <w:r>
        <w:t>No {….}…</w:t>
      </w:r>
    </w:p>
    <w:p>
      <w:r>
        <w:t>...I told this story, I laughed very much</w:t>
      </w:r>
    </w:p>
    <w:p>
      <w:r>
        <w:t>But no, and I did not see who {...} gave {this} curse</w:t>
      </w:r>
    </w:p>
    <w:p>
      <w:r>
        <w:t>[...]</w:t>
      </w:r>
    </w:p>
    <w:p>
      <w:r>
        <w:t>"Ahh.. you studied in this book? Nu, nu, nu, nu</w:t>
      </w:r>
    </w:p>
    <w:p>
      <w:r>
        <w:t>Ewes will come, and eat everything, and you will not {have, have} what, what to eat"</w:t>
      </w:r>
    </w:p>
    <w:p>
      <w:r>
        <w:t>{...}</w:t>
      </w:r>
    </w:p>
    <w:p>
      <w:r>
        <w:t>[And.. Rebbe Yisroel, Rebbe Yisroel, Rebbe Yisroel, Rebbe Yisroel..]</w:t>
      </w:r>
    </w:p>
    <w:p>
      <w:r>
        <w:t>Ah, I have no strength</w:t>
      </w:r>
    </w:p>
    <w:p>
      <w:r>
        <w:t>[….]</w:t>
      </w:r>
    </w:p>
    <w:p>
      <w:r>
        <w:t>I have no strength to speak</w:t>
      </w:r>
    </w:p>
    <w:p>
      <w:r>
        <w:t>{..}</w:t>
      </w:r>
    </w:p>
    <w:p>
      <w:r>
        <w:t>{..}, did you not hear news? {..} This is beautiful news</w:t>
      </w:r>
    </w:p>
    <w:p>
      <w:r>
        <w:t>The ewes ate everything, and he had nothing to eat</w:t>
      </w:r>
    </w:p>
    <w:p>
      <w:r>
        <w:t>[Rebbe Yisroel, to whom did they give the curse? To..]</w:t>
      </w:r>
    </w:p>
    <w:p>
      <w:r>
        <w:t>{..}</w:t>
      </w:r>
    </w:p>
    <w:p>
      <w:r>
        <w:t>[To whom? To whom?]</w:t>
      </w:r>
    </w:p>
    <w:p>
      <w:r>
        <w:t>In the "Shulchan Aruch," on the first page</w:t>
      </w:r>
    </w:p>
    <w:p>
      <w:r>
        <w:t>[Which "Shulchan.."?]</w:t>
      </w:r>
    </w:p>
    <w:p>
      <w:r>
        <w:t>I wanted to see {nu, what, who, what, what?}</w:t>
      </w:r>
    </w:p>
    <w:p>
      <w:r>
        <w:t>{…} And I could not, {….}, because {I became filled with laughter ….}</w:t>
      </w:r>
    </w:p>
    <w:p>
      <w:r>
        <w:t>{..} The ewes entered the house, and ate everything</w:t>
      </w:r>
    </w:p>
    <w:p>
      <w:r>
        <w:t>[Rebbe Yisroel..]</w:t>
      </w:r>
    </w:p>
    <w:p>
      <w:r>
        <w:t>{..}</w:t>
      </w:r>
    </w:p>
    <w:p>
      <w:r>
        <w:t>[Which, which "Shulchan Aruch"?]</w:t>
      </w:r>
    </w:p>
    <w:p>
      <w:r>
        <w:t>{Ah}, I did not see who</w:t>
      </w:r>
    </w:p>
    <w:p>
      <w:r>
        <w:t>[Which "Shulchan Aruch"?]</w:t>
      </w:r>
    </w:p>
    <w:p>
      <w:r>
        <w:t>{..} But I saw only the story, that he, the scholar, told him:</w:t>
      </w:r>
    </w:p>
    <w:p>
      <w:r>
        <w:t>"I told you not to study {….} in this book</w:t>
      </w:r>
    </w:p>
    <w:p>
      <w:r>
        <w:t>Then {..} ewes will come to your house, and eat everything, and you will have nothing to eat at night", {..}</w:t>
      </w:r>
    </w:p>
    <w:p>
      <w:r>
        <w:t>This is a curse, {..}</w:t>
      </w:r>
    </w:p>
    <w:p>
      <w:r>
        <w:t>{Ah...}</w:t>
      </w:r>
    </w:p>
    <w:p>
      <w:r>
        <w:t>[Rebbe Yisroel, wh.. why specifically ewes?]</w:t>
      </w:r>
    </w:p>
    <w:p>
      <w:r>
        <w:t>I did not see who {came\what}, only the story {seems} to me very</w:t>
      </w:r>
    </w:p>
    <w:p>
      <w:r>
        <w:t>That he cursed him:</w:t>
      </w:r>
    </w:p>
    <w:p>
      <w:r>
        <w:t>"That ewes would enter the house, and eat everything, and they would have nothing to eat {.…} what to eat</w:t>
      </w:r>
    </w:p>
    <w:p>
      <w:r>
        <w:t>And I {….}, I will show you</w:t>
      </w:r>
    </w:p>
    <w:p>
      <w:r>
        <w:t>[……]</w:t>
      </w:r>
    </w:p>
    <w:p>
      <w:r>
        <w:t>[……]</w:t>
      </w:r>
    </w:p>
    <w:p>
      <w:r>
        <w:t>{..}…</w:t>
      </w:r>
    </w:p>
    <w:p>
      <w:r>
        <w:t>...I saw the ewes that entered the house.. and ate everything, {..} and they had nothing to eat, {..}</w:t>
      </w:r>
    </w:p>
    <w:p>
      <w:r>
        <w:t>On the first page</w:t>
      </w:r>
    </w:p>
    <w:p>
      <w:r>
        <w:t>[On the first page?]</w:t>
      </w:r>
    </w:p>
    <w:p>
      <w:r>
        <w:t>Of the book</w:t>
      </w:r>
    </w:p>
    <w:p>
      <w:r>
        <w:t>[O.., of which book?]</w:t>
      </w:r>
    </w:p>
    <w:p>
      <w:r>
        <w:t>{{….}}, this is {..} the story, that someone cursed {the..} him</w:t>
      </w:r>
    </w:p>
    <w:p>
      <w:r>
        <w:t>He told him not to study in this book, and he studied in it, {….} ahh... told him:</w:t>
      </w:r>
    </w:p>
    <w:p>
      <w:r>
        <w:t>"Ewes will come.. and eat everything, and you will have nothing to eat"</w:t>
      </w:r>
    </w:p>
    <w:p>
      <w:r>
        <w:t>{…}</w:t>
      </w:r>
    </w:p>
    <w:p>
      <w:r>
        <w:t>[…..]</w:t>
      </w:r>
    </w:p>
    <w:p>
      <w:r>
        <w:t>{Said}, I saw the ewes that entered the house, {..}</w:t>
      </w:r>
    </w:p>
    <w:p>
      <w:r>
        <w:t>[…]</w:t>
      </w:r>
    </w:p>
    <w:p>
      <w:r>
        <w:t>Ah..</w:t>
      </w:r>
    </w:p>
    <w:p>
      <w:r>
        <w:t>The ewes were hungry, they needed to eat, and they found good foods</w:t>
      </w:r>
    </w:p>
    <w:p>
      <w:r>
        <w:t>[They found good foods]</w:t>
      </w:r>
    </w:p>
    <w:p>
      <w:r>
        <w:t>[….]</w:t>
      </w:r>
    </w:p>
    <w:p>
      <w:r>
        <w:t>[….]</w:t>
      </w:r>
    </w:p>
    <w:p>
      <w:r>
        <w:t>And nothing {remained}, he had nothing to eat</w:t>
      </w:r>
    </w:p>
    <w:p>
      <w:r>
        <w:t>{..} This is the scholar, he did not listen to him, he studied, then he told him:</w:t>
      </w:r>
    </w:p>
    <w:p>
      <w:r>
        <w:t>"Ahh.. {..} ewes will come to your house, and eat everything, and you will have nothing to eat"</w:t>
      </w:r>
    </w:p>
    <w:p>
      <w:r>
        <w:t>{..}</w:t>
      </w:r>
    </w:p>
    <w:p>
      <w:r>
        <w:t>[…]…</w:t>
      </w:r>
    </w:p>
    <w:p>
      <w:r>
        <w:t>...[]</w:t>
      </w:r>
    </w:p>
    <w:p>
      <w:r>
        <w:t>And the curse was fulfilled</w:t>
      </w:r>
    </w:p>
    <w:p>
      <w:r>
        <w:t>Ewes came, and ate everything, and he had nothing to eat, {..}</w:t>
      </w:r>
    </w:p>
    <w:p>
      <w:r>
        <w:t>{..} I told him, {it was ...} as it was</w:t>
      </w:r>
    </w:p>
    <w:p>
      <w:r>
        <w:t>Ewes came, and ate everything, and he had nothing to eat</w:t>
      </w:r>
    </w:p>
    <w:p>
      <w:r>
        <w:t>{Nu..}</w:t>
      </w:r>
    </w:p>
    <w:p>
      <w:r>
        <w:t>The.. the.. the legs on the bed</w:t>
      </w:r>
    </w:p>
    <w:p>
      <w:r>
        <w:t>[……..]</w:t>
      </w:r>
    </w:p>
    <w:p>
      <w:r>
        <w:t>[……..]…</w:t>
      </w:r>
    </w:p>
    <w:p>
      <w:r>
        <w:t>...{Cover me}</w:t>
      </w:r>
    </w:p>
    <w:p>
      <w:r>
        <w:t>[…]</w:t>
      </w:r>
    </w:p>
    <w:p>
      <w:r>
        <w:t>[…]</w:t>
      </w:r>
    </w:p>
    <w:p>
      <w:r>
        <w:t>Where are the ewes? They {..} ate and went away</w:t>
      </w:r>
    </w:p>
    <w:p>
      <w:r>
        <w:t>[…….]</w:t>
      </w:r>
    </w:p>
    <w:p>
      <w:r>
        <w:t>[…….]</w:t>
      </w:r>
    </w:p>
    <w:p>
      <w:r>
        <w:t>And {he\they} had nothing to eat, {….} the ewes ate everything</w:t>
      </w:r>
    </w:p>
    <w:p>
      <w:r>
        <w:t>{..}…</w:t>
      </w:r>
    </w:p>
    <w:p>
      <w:r>
        <w:t>...{..}...</w:t>
      </w:r>
    </w:p>
    <w:p>
      <w:r>
        <w:t>...{…}, he gave him a curse, {...}</w:t>
      </w:r>
    </w:p>
    <w:p>
      <w:r>
        <w:t>"Ewes will come, and eat everything, and you will have nothing to eat"</w:t>
      </w:r>
    </w:p>
    <w:p>
      <w:r>
        <w:t>{..}…</w:t>
      </w:r>
    </w:p>
    <w:p>
      <w:r>
        <w:t>...Oy, ah, ah, {no, no…}, I want the.. the legs on the bed</w:t>
      </w:r>
    </w:p>
    <w:p>
      <w:r>
        <w:t>Ah, ah, {… shoyn}</w:t>
      </w:r>
    </w:p>
    <w:p>
      <w:r>
        <w:t>{{…… Enough, enough}}…</w:t>
      </w:r>
    </w:p>
    <w:p>
      <w:r>
        <w:t>...{…..}</w:t>
      </w:r>
    </w:p>
    <w:p>
      <w:r>
        <w:t>{And he had nothing to eat}</w:t>
      </w:r>
    </w:p>
    <w:p>
      <w:r>
        <w:t>Nu, nu</w:t>
      </w:r>
    </w:p>
    <w:p>
      <w:r>
        <w:t>{..}…</w:t>
      </w:r>
    </w:p>
    <w:p>
      <w:r>
        <w:t>...A large {book}, "Shulchan Aruch" {..} like a large {Gemara, ….}, {there is a blessing in this}, yes, then {I said\I loved} this is a large book, {then this is very good}, there are good things in it, but {..} I saw, that someone told him not to study in this book and he studied, then he gave him a curse</w:t>
      </w:r>
    </w:p>
    <w:p>
      <w:r>
        <w:t>"That ewes would come inside the house, and eat everything, and you will have nothing to eat"</w:t>
      </w:r>
    </w:p>
    <w:p>
      <w:r>
        <w:t>{{All the sages}}…</w:t>
      </w:r>
    </w:p>
    <w:p>
      <w:r>
        <w:t>...{..}</w:t>
      </w:r>
    </w:p>
    <w:p>
      <w:r>
        <w:t>The ewes entered the house, and ate everything, and no, and they had nothing to eat…</w:t>
      </w:r>
    </w:p>
    <w:p>
      <w:r>
        <w:t>...{Ah}</w:t>
      </w:r>
    </w:p>
    <w:p>
      <w:r>
        <w:t>[Rebbe Yisroel.. you want the {teeth}]</w:t>
      </w:r>
    </w:p>
    <w:p>
      <w:r>
        <w:t>{..}…</w:t>
      </w:r>
    </w:p>
    <w:p>
      <w:r>
        <w:t>...{..}...</w:t>
      </w:r>
    </w:p>
    <w:p>
      <w:r>
        <w:t>...The ewes, I do not know where they {saw\grazed}? Where did they go?</w:t>
      </w:r>
    </w:p>
    <w:p>
      <w:r>
        <w:t>{..} They ate everything, nothing remained, they had nothing to eat…</w:t>
      </w:r>
    </w:p>
    <w:p>
      <w:r>
        <w:t>...I saw the ewes, how they entered the house {..}, yes</w:t>
      </w:r>
    </w:p>
    <w:p>
      <w:r>
        <w:t>And.. and they found good foods, and ate {..}</w:t>
      </w:r>
    </w:p>
    <w:p>
      <w:r>
        <w:t>And {he\they} had nothing to eat…</w:t>
      </w:r>
    </w:p>
    <w:p>
      <w:r>
        <w:t>...{..} What will come of this?</w:t>
      </w:r>
    </w:p>
    <w:p>
      <w:r>
        <w:t>[…….]</w:t>
      </w:r>
    </w:p>
    <w:p>
      <w:r>
        <w:t>{Shoyn}</w:t>
      </w:r>
    </w:p>
    <w:p>
      <w:r>
        <w:t>{Here is more….}…</w:t>
      </w:r>
    </w:p>
    <w:p>
      <w:r>
        <w:t>...[….]</w:t>
      </w:r>
    </w:p>
    <w:p>
      <w:r>
        <w:t>[…….]</w:t>
      </w:r>
    </w:p>
    <w:p>
      <w:r>
        <w:t>Is that it?</w:t>
      </w:r>
    </w:p>
    <w:p>
      <w:r>
        <w:t>[………………]</w:t>
      </w:r>
    </w:p>
    <w:p>
      <w:r>
        <w:t>[……………...]</w:t>
      </w:r>
    </w:p>
    <w:p>
      <w:r>
        <w:t>{What is this?} I said not to study in this "Shulchan Aruch," in this book</w:t>
      </w:r>
    </w:p>
    <w:p>
      <w:r>
        <w:t>[….]</w:t>
      </w:r>
    </w:p>
    <w:p>
      <w:r>
        <w:t>{Yes}</w:t>
      </w:r>
    </w:p>
    <w:p>
      <w:r>
        <w:t>"Then ewes will come into your house, and eat everything, and no, no, there will not be {for them\for you} anything to eat" {more than this is not important}…</w:t>
      </w:r>
    </w:p>
    <w:p>
      <w:r>
        <w:t>[...…]</w:t>
      </w:r>
    </w:p>
    <w:p>
      <w:r>
        <w:t>...Ah, ah, the legs are here?</w:t>
      </w:r>
    </w:p>
    <w:p>
      <w:r>
        <w:t>[On the bed, the legs on the bed? Yes?] Yes, {..}…</w:t>
      </w:r>
    </w:p>
    <w:p>
      <w:r>
        <w:t>...{..}</w:t>
      </w:r>
    </w:p>
    <w:p>
      <w:r>
        <w:t>[Like this?]</w:t>
      </w:r>
    </w:p>
    <w:p>
      <w:r>
        <w:t>{..}</w:t>
      </w:r>
    </w:p>
    <w:p>
      <w:r>
        <w:t>[One leg here]</w:t>
      </w:r>
    </w:p>
    <w:p>
      <w:r>
        <w:t>[Here?]</w:t>
      </w:r>
    </w:p>
    <w:p>
      <w:r>
        <w:t>[….]</w:t>
      </w:r>
    </w:p>
    <w:p>
      <w:r>
        <w:t>Oy</w:t>
      </w:r>
    </w:p>
    <w:p>
      <w:r>
        <w:t>[…..]</w:t>
      </w:r>
    </w:p>
    <w:p>
      <w:r>
        <w:t>{…..Like this...}</w:t>
      </w:r>
    </w:p>
    <w:p>
      <w:r>
        <w:t>{..}]…</w:t>
      </w:r>
    </w:p>
    <w:p>
      <w:pPr>
        <w:pStyle w:val="Heading2"/>
      </w:pPr>
      <w:r>
        <w:t>Side B (Bais)</w:t>
      </w:r>
    </w:p>
    <w:p>
      <w:r>
        <w:t>…[...who is called Rabbi Shimon..]</w:t>
      </w:r>
    </w:p>
    <w:p>
      <w:r>
        <w:t>[Yes, I understood]</w:t>
      </w:r>
    </w:p>
    <w:p>
      <w:r>
        <w:t>[He developed the..]</w:t>
      </w:r>
    </w:p>
    <w:p>
      <w:r>
        <w:t>[I understood you..]</w:t>
      </w:r>
    </w:p>
    <w:p>
      <w:r>
        <w:t>[And he.. yes]</w:t>
      </w:r>
    </w:p>
    <w:p>
      <w:r>
        <w:t>[Yes, he collected a lot of money there, he came with money…</w:t>
      </w:r>
    </w:p>
    <w:p>
      <w:r>
        <w:t>Want a little more to drink? Abba, a little more?]</w:t>
      </w:r>
    </w:p>
    <w:p>
      <w:r>
        <w:t>[Finish your miracle of drinking, because..]</w:t>
      </w:r>
    </w:p>
    <w:p>
      <w:r>
        <w:t>[Yes, because..]</w:t>
      </w:r>
    </w:p>
    <w:p>
      <w:r>
        <w:t>[Abba is already saying that he wants to travel]</w:t>
      </w:r>
    </w:p>
    <w:p>
      <w:r>
        <w:t>[…..]</w:t>
      </w:r>
    </w:p>
    <w:p>
      <w:r>
        <w:t>Take, I cannot</w:t>
      </w:r>
    </w:p>
    <w:p>
      <w:r>
        <w:t>[Good]</w:t>
      </w:r>
    </w:p>
    <w:p>
      <w:r>
        <w:t>[Good, all right]</w:t>
      </w:r>
    </w:p>
    <w:p>
      <w:r>
        <w:t>[All right, all right]</w:t>
      </w:r>
    </w:p>
    <w:p>
      <w:r>
        <w:t>[It is possible to add a little hot water if you want]</w:t>
      </w:r>
    </w:p>
    <w:p>
      <w:r>
        <w:t>I cannot</w:t>
      </w:r>
    </w:p>
    <w:p>
      <w:r>
        <w:t>[No, no, he cannot]</w:t>
      </w:r>
    </w:p>
    <w:p>
      <w:r>
        <w:t>Cannot do anything</w:t>
      </w:r>
    </w:p>
    <w:p>
      <w:r>
        <w:t>[All right, all right]</w:t>
      </w:r>
    </w:p>
    <w:p>
      <w:r>
        <w:t>[{Look} Shimon…………</w:t>
      </w:r>
    </w:p>
    <w:p>
      <w:r>
        <w:t>When I traveled, then I felt that they were traveling by way of Ayalon..]</w:t>
      </w:r>
    </w:p>
    <w:p>
      <w:r>
        <w:t>The world..</w:t>
      </w:r>
    </w:p>
    <w:p>
      <w:r>
        <w:t>[And afterward, ah..]</w:t>
      </w:r>
    </w:p>
    <w:p>
      <w:r>
        <w:t>They laughed at me, and now I laugh at the whole world</w:t>
      </w:r>
    </w:p>
    <w:p>
      <w:r>
        <w:t>[Ah, ah, look what it is possible to d.., ah, what you can do is travel by way of Geha Road when you leave, you.., as far as Kfar HaYarok, you turn left onto Geha Road toward Yerushalayim {now}, after the Safari, before the bridge..]</w:t>
      </w:r>
    </w:p>
    <w:p>
      <w:r>
        <w:t>[They know..]</w:t>
      </w:r>
    </w:p>
    <w:p>
      <w:r>
        <w:t>[………]</w:t>
      </w:r>
    </w:p>
    <w:p>
      <w:r>
        <w:t>[But here]</w:t>
      </w:r>
    </w:p>
    <w:p>
      <w:r>
        <w:t>[I will tell him]</w:t>
      </w:r>
    </w:p>
    <w:p>
      <w:r>
        <w:t>[No, I will tell you, he also does not know, what is happening is..]</w:t>
      </w:r>
    </w:p>
    <w:p>
      <w:r>
        <w:t>[Then I will say..]</w:t>
      </w:r>
    </w:p>
    <w:p>
      <w:r>
        <w:t>[He drove..]</w:t>
      </w:r>
    </w:p>
    <w:p>
      <w:r>
        <w:t>[You by way of..]</w:t>
      </w:r>
    </w:p>
    <w:p>
      <w:r>
        <w:t>[In France, no, the previous time we came by way of there..]</w:t>
      </w:r>
    </w:p>
    <w:p>
      <w:r>
        <w:t>[By way of Ayalon?]</w:t>
      </w:r>
    </w:p>
    <w:p>
      <w:r>
        <w:t>[But I want.., we did not come by way of ah.. Bnei Brak, we entered]</w:t>
      </w:r>
    </w:p>
    <w:p>
      <w:r>
        <w:t>[Ah, why to Bnei Brak?]</w:t>
      </w:r>
    </w:p>
    <w:p>
      <w:r>
        <w:t>[Like this…. she directed…]</w:t>
      </w:r>
    </w:p>
    <w:p>
      <w:r>
        <w:t>[No, no, no]</w:t>
      </w:r>
    </w:p>
    <w:p>
      <w:r>
        <w:t>[Us, and afterward she told us, left, right and right, and we were already in.. in..]</w:t>
      </w:r>
    </w:p>
    <w:p>
      <w:r>
        <w:t>[All right, I will explain to him..]</w:t>
      </w:r>
    </w:p>
    <w:p>
      <w:r>
        <w:t>[Yes]</w:t>
      </w:r>
    </w:p>
    <w:p>
      <w:r>
        <w:t>[Exactly.. how to travel]</w:t>
      </w:r>
    </w:p>
    <w:p>
      <w:r>
        <w:t>[Yes, but it went smoothly for us]</w:t>
      </w:r>
    </w:p>
    <w:p>
      <w:r>
        <w:t>[Yes]</w:t>
      </w:r>
    </w:p>
    <w:p>
      <w:r>
        <w:t>[We got onto the Ayalon]</w:t>
      </w:r>
    </w:p>
    <w:p>
      <w:r>
        <w:t>[On Ayalon?]</w:t>
      </w:r>
    </w:p>
    <w:p>
      <w:r>
        <w:t>[And at the fourth we immediately entered the street of, ah, Ramat Hasharon, and after..]</w:t>
      </w:r>
    </w:p>
    <w:p>
      <w:r>
        <w:t>[Yes?]</w:t>
      </w:r>
    </w:p>
    <w:p>
      <w:r>
        <w:t>[Two kilometers, we were on the street, that is, on the street that leads to you]</w:t>
      </w:r>
    </w:p>
    <w:p>
      <w:r>
        <w:t>[Yes?]</w:t>
      </w:r>
    </w:p>
    <w:p>
      <w:r>
        <w:t>[It isn't far, it was…..]</w:t>
      </w:r>
    </w:p>
    <w:p>
      <w:r>
        <w:t>[You arrived all right?]</w:t>
      </w:r>
    </w:p>
    <w:p>
      <w:r>
        <w:t>[Straight, straight, without any problem]</w:t>
      </w:r>
    </w:p>
    <w:p>
      <w:r>
        <w:t>[Without any problems, wonderful]</w:t>
      </w:r>
    </w:p>
    <w:p>
      <w:r>
        <w:t>[The signage is also excellent]</w:t>
      </w:r>
    </w:p>
    <w:p>
      <w:r>
        <w:t>[Yes]</w:t>
      </w:r>
    </w:p>
    <w:p>
      <w:r>
        <w:t>[The signage….]</w:t>
      </w:r>
    </w:p>
    <w:p>
      <w:r>
        <w:t>[The signage is good, yes, yes]</w:t>
      </w:r>
    </w:p>
    <w:p>
      <w:r>
        <w:t>[Nu, Abba, a blessing for Yitzchak Isaac Shlomo son of Esther Mindel]</w:t>
      </w:r>
    </w:p>
    <w:p>
      <w:r>
        <w:t>Isaac Shlomo..</w:t>
      </w:r>
    </w:p>
    <w:p>
      <w:r>
        <w:t>[Son of Esther Mindel]</w:t>
      </w:r>
    </w:p>
    <w:p>
      <w:r>
        <w:t>Son of..</w:t>
      </w:r>
    </w:p>
    <w:p>
      <w:r>
        <w:t>[Esther Mindel]</w:t>
      </w:r>
    </w:p>
    <w:p>
      <w:r>
        <w:t>Esther Mindel, and son of Yisroel Ber</w:t>
      </w:r>
    </w:p>
    <w:p>
      <w:r>
        <w:t>[Yo, right]</w:t>
      </w:r>
    </w:p>
    <w:p>
      <w:r>
        <w:t>Yisroel Ber Odesser</w:t>
      </w:r>
    </w:p>
    <w:p>
      <w:r>
        <w:t>[Nu, yo]</w:t>
      </w:r>
    </w:p>
    <w:p>
      <w:r>
        <w:t>[Right]</w:t>
      </w:r>
    </w:p>
    <w:p>
      <w:r>
        <w:t>[Nu, wish him a recovery]</w:t>
      </w:r>
    </w:p>
    <w:p>
      <w:r>
        <w:t>The President's friend</w:t>
      </w:r>
    </w:p>
    <w:p>
      <w:r>
        <w:t>[You are the President's friend, right]</w:t>
      </w:r>
    </w:p>
    <w:p>
      <w:r>
        <w:t>The friend..</w:t>
      </w:r>
    </w:p>
    <w:p>
      <w:r>
        <w:t>[…]</w:t>
      </w:r>
    </w:p>
    <w:p>
      <w:r>
        <w:t>The greatest..</w:t>
      </w:r>
    </w:p>
    <w:p>
      <w:r>
        <w:t>[Yes]</w:t>
      </w:r>
    </w:p>
    <w:p>
      <w:r>
        <w:t>Of President Shazar</w:t>
      </w:r>
    </w:p>
    <w:p>
      <w:r>
        <w:t>[The secretary still telephones at his place]</w:t>
      </w:r>
    </w:p>
    <w:p>
      <w:r>
        <w:t>[What?]</w:t>
      </w:r>
    </w:p>
    <w:p>
      <w:r>
        <w:t>[She sends her son]</w:t>
      </w:r>
    </w:p>
    <w:p>
      <w:r>
        <w:t>[What are you saying?]</w:t>
      </w:r>
    </w:p>
    <w:p>
      <w:r>
        <w:t>[Yes, she is in contact with us…]</w:t>
      </w:r>
    </w:p>
    <w:p>
      <w:r>
        <w:t>[………]</w:t>
      </w:r>
    </w:p>
    <w:p>
      <w:r>
        <w:t>[….…..]</w:t>
      </w:r>
    </w:p>
    <w:p>
      <w:r>
        <w:t>[So..]</w:t>
      </w:r>
    </w:p>
    <w:p>
      <w:r>
        <w:t>{….}</w:t>
      </w:r>
    </w:p>
    <w:p>
      <w:r>
        <w:t>[Give him a blessing, Abba, Abba]</w:t>
      </w:r>
    </w:p>
    <w:p>
      <w:r>
        <w:t>He..</w:t>
      </w:r>
    </w:p>
    <w:p>
      <w:r>
        <w:t>[Abba]</w:t>
      </w:r>
    </w:p>
    <w:p>
      <w:r>
        <w:t>Said on the radio that anyone who {wh… he} touches me, my honor, immediately {..} imprisonment</w:t>
      </w:r>
    </w:p>
    <w:p>
      <w:r>
        <w:t>Without any trial</w:t>
      </w:r>
    </w:p>
    <w:p>
      <w:r>
        <w:t>[The picture is so beautiful, that is at Chava's, right?]</w:t>
      </w:r>
    </w:p>
    <w:p>
      <w:r>
        <w:t>[Yes, yes, at Chava's…]</w:t>
      </w:r>
    </w:p>
    <w:p>
      <w:r>
        <w:t>[…….]</w:t>
      </w:r>
    </w:p>
    <w:p>
      <w:r>
        <w:t>[…….]</w:t>
      </w:r>
    </w:p>
    <w:p>
      <w:r>
        <w:t>[Yes..]</w:t>
      </w:r>
    </w:p>
    <w:p>
      <w:r>
        <w:t>[That is from the bris of, ah..]</w:t>
      </w:r>
    </w:p>
    <w:p>
      <w:r>
        <w:t>[Of Rivkaleh..]</w:t>
      </w:r>
    </w:p>
    <w:p>
      <w:r>
        <w:t>[Yes, Rivka, yes]</w:t>
      </w:r>
    </w:p>
    <w:p>
      <w:r>
        <w:t>[Abba, then give a blessing to your son, Isaac Shlomo son of Esther Mindel]</w:t>
      </w:r>
    </w:p>
    <w:p>
      <w:r>
        <w:t>Isaac Shlomo son of..</w:t>
      </w:r>
    </w:p>
    <w:p>
      <w:r>
        <w:t>[Esther]</w:t>
      </w:r>
    </w:p>
    <w:p>
      <w:r>
        <w:t>Esther Mindel..</w:t>
      </w:r>
    </w:p>
    <w:p>
      <w:r>
        <w:t>[Son of]</w:t>
      </w:r>
    </w:p>
    <w:p>
      <w:r>
        <w:t>Yisroel Ber Odesser</w:t>
      </w:r>
    </w:p>
    <w:p>
      <w:r>
        <w:t>[Yo, that he should have..]</w:t>
      </w:r>
    </w:p>
    <w:p>
      <w:r>
        <w:t>{..}</w:t>
      </w:r>
    </w:p>
    <w:p>
      <w:r>
        <w:t>[A complete recovery]</w:t>
      </w:r>
    </w:p>
    <w:p>
      <w:r>
        <w:t>Hashem should quickly grant him a complete recovery from Heaven, and without doctors and without surgery</w:t>
      </w:r>
    </w:p>
    <w:p>
      <w:r>
        <w:t>[Amen]</w:t>
      </w:r>
    </w:p>
    <w:p>
      <w:r>
        <w:t>[Amen, amen]</w:t>
      </w:r>
    </w:p>
    <w:p>
      <w:r>
        <w:t>[..You see, he knows.., {we are practicing..}]</w:t>
      </w:r>
    </w:p>
    <w:p>
      <w:r>
        <w:t>[Yes, yes]</w:t>
      </w:r>
    </w:p>
    <w:p>
      <w:r>
        <w:t>[Every day, when I arrive, every.., as soon as I sit down, he immediately …..]</w:t>
      </w:r>
    </w:p>
    <w:p>
      <w:r>
        <w:t>[Yes]</w:t>
      </w:r>
    </w:p>
    <w:p>
      <w:r>
        <w:t>[In my house…… it is you and Shmuel]</w:t>
      </w:r>
    </w:p>
    <w:p>
      <w:r>
        <w:t>[Now he is at my place..]</w:t>
      </w:r>
    </w:p>
    <w:p>
      <w:r>
        <w:t>[Yes..]</w:t>
      </w:r>
    </w:p>
    <w:p>
      <w:r>
        <w:t>[When]</w:t>
      </w:r>
    </w:p>
    <w:p>
      <w:r>
        <w:t>[No, no…..]</w:t>
      </w:r>
    </w:p>
    <w:p>
      <w:r>
        <w:t>[Then it was..]</w:t>
      </w:r>
    </w:p>
    <w:p>
      <w:r>
        <w:t>[..]</w:t>
      </w:r>
    </w:p>
    <w:p>
      <w:r>
        <w:t>[Something unusual]</w:t>
      </w:r>
    </w:p>
    <w:p>
      <w:r>
        <w:t>[Yes, we told him]</w:t>
      </w:r>
    </w:p>
    <w:p>
      <w:r>
        <w:t>[You told, yes, it was something, the way I lay here..]</w:t>
      </w:r>
    </w:p>
    <w:p>
      <w:r>
        <w:t>[Yes..]</w:t>
      </w:r>
    </w:p>
    <w:p>
      <w:r>
        <w:t>[Helpless, I actually thought this was it, I..]</w:t>
      </w:r>
    </w:p>
    <w:p>
      <w:r>
        <w:t>[Yes]</w:t>
      </w:r>
    </w:p>
    <w:p>
      <w:r>
        <w:t>[Was finished, and at three at night I woke up..]</w:t>
      </w:r>
    </w:p>
    <w:p>
      <w:r>
        <w:t>[A new person]</w:t>
      </w:r>
    </w:p>
    <w:p>
      <w:r>
        <w:t>[New]</w:t>
      </w:r>
    </w:p>
    <w:p>
      <w:r>
        <w:t>[Hashem will help]</w:t>
      </w:r>
    </w:p>
    <w:p>
      <w:r>
        <w:t>[Something..]</w:t>
      </w:r>
    </w:p>
    <w:p>
      <w:r>
        <w:t>[It is written, Abba, it is written "Hashem's salvation is like the blink of an eye"]</w:t>
      </w:r>
    </w:p>
    <w:p>
      <w:r>
        <w:t>Do you know who I am? Rabbainu Hakadosh said {{. .}} to his people:</w:t>
      </w:r>
    </w:p>
    <w:p>
      <w:r>
        <w:t>"Do you know who I am? I am "Na Na-ch Na-chma.."</w:t>
      </w:r>
    </w:p>
    <w:p>
      <w:r>
        <w:t>[MayUman]</w:t>
      </w:r>
    </w:p>
    <w:p>
      <w:r>
        <w:t>"Na-chman MayUman", I am the Rebbe of all Israel"</w:t>
      </w:r>
    </w:p>
    <w:p>
      <w:r>
        <w:t>[He did not let them finish praying, this time we came, he wanted immediately, right?</w:t>
      </w:r>
    </w:p>
    <w:p>
      <w:r>
        <w:t>"Immediately" he said to them]</w:t>
      </w:r>
    </w:p>
    <w:p>
      <w:r>
        <w:t>[He was strict with us that we..]</w:t>
      </w:r>
    </w:p>
    <w:p>
      <w:r>
        <w:t>[Come, come, I will give you something to drink..]</w:t>
      </w:r>
    </w:p>
    <w:p>
      <w:r>
        <w:t>[...]</w:t>
      </w:r>
    </w:p>
    <w:p>
      <w:r>
        <w:t>[Come, Abba will sit here, let him sit here a little</w:t>
      </w:r>
    </w:p>
    <w:p>
      <w:r>
        <w:t>You'll.., you hear him all day, come]</w:t>
      </w:r>
    </w:p>
    <w:p>
      <w:r>
        <w:t>[……….]</w:t>
      </w:r>
    </w:p>
    <w:p>
      <w:r>
        <w:t>[….…...]</w:t>
      </w:r>
    </w:p>
    <w:p>
      <w:r>
        <w:t>Where is Moshe?</w:t>
      </w:r>
    </w:p>
    <w:p>
      <w:r>
        <w:t>[..He asked..]</w:t>
      </w:r>
    </w:p>
    <w:p>
      <w:r>
        <w:t>Moshe, Moshe? He isn't here?</w:t>
      </w:r>
    </w:p>
    <w:p>
      <w:r>
        <w:t>[Moisheleh, no, he isn't here, he is at work now]</w:t>
      </w:r>
    </w:p>
    <w:p>
      <w:r>
        <w:t>Eh?</w:t>
      </w:r>
    </w:p>
    <w:p>
      <w:r>
        <w:t>[He is at work]</w:t>
      </w:r>
    </w:p>
    <w:p>
      <w:r>
        <w:t>Work..</w:t>
      </w:r>
    </w:p>
    <w:p>
      <w:r>
        <w:t>[I will bring you..]</w:t>
      </w:r>
    </w:p>
    <w:p>
      <w:r>
        <w:t>What does he do?</w:t>
      </w:r>
    </w:p>
    <w:p>
      <w:r>
        <w:t>[He works in a pastry shop, a pastry shop, with cakes]</w:t>
      </w:r>
    </w:p>
    <w:p>
      <w:r>
        <w:t>Yes?</w:t>
      </w:r>
    </w:p>
    <w:p>
      <w:r>
        <w:t>[Yes]</w:t>
      </w:r>
    </w:p>
    <w:p>
      <w:r>
        <w:t>A pastry shop?</w:t>
      </w:r>
    </w:p>
    <w:p>
      <w:r>
        <w:t>[Yes]</w:t>
      </w:r>
    </w:p>
    <w:p>
      <w:r>
        <w:t>That is a bakery</w:t>
      </w:r>
    </w:p>
    <w:p>
      <w:r>
        <w:t>[Right, right, yes, he manages the cash register, it belongs to partners</w:t>
      </w:r>
    </w:p>
    <w:p>
      <w:r>
        <w:t>So they do not trust one another so much, and Moshe apparently..]</w:t>
      </w:r>
    </w:p>
    <w:p>
      <w:r>
        <w:t>Yes</w:t>
      </w:r>
    </w:p>
    <w:p>
      <w:r>
        <w:t>[They trust, he is their trusted one]</w:t>
      </w:r>
    </w:p>
    <w:p>
      <w:r>
        <w:t>Yes?</w:t>
      </w:r>
    </w:p>
    <w:p>
      <w:r>
        <w:t>[Yes, yes..]</w:t>
      </w:r>
    </w:p>
    <w:p>
      <w:r>
        <w:t>And Effi?</w:t>
      </w:r>
    </w:p>
    <w:p>
      <w:r>
        <w:t>[Effi, ah.. he is an architect, he builds houses, builds houses, designs houses</w:t>
      </w:r>
    </w:p>
    <w:p>
      <w:r>
        <w:t>{..}</w:t>
      </w:r>
    </w:p>
    <w:p>
      <w:r>
        <w:t>[Designs]</w:t>
      </w:r>
    </w:p>
    <w:p>
      <w:r>
        <w:t>Yes?</w:t>
      </w:r>
    </w:p>
    <w:p>
      <w:r>
        <w:t>[Yes, certainly..]</w:t>
      </w:r>
    </w:p>
    <w:p>
      <w:r>
        <w:t>Yes?</w:t>
      </w:r>
    </w:p>
    <w:p>
      <w:r>
        <w:t>[He is an architect, ah.. a serious one]</w:t>
      </w:r>
    </w:p>
    <w:p>
      <w:r>
        <w:t>He will design things for me</w:t>
      </w:r>
    </w:p>
    <w:p>
      <w:r>
        <w:t>[For you, why not, what a question]</w:t>
      </w:r>
    </w:p>
    <w:p>
      <w:r>
        <w:t>Tell him</w:t>
      </w:r>
    </w:p>
    <w:p>
      <w:r>
        <w:t>[Both he and Shira, his wife is also an architect..</w:t>
      </w:r>
    </w:p>
    <w:p>
      <w:r>
        <w:t>He makes very, very, very beautiful things, things, he has an excellent name, yes, and Shlomit..</w:t>
      </w:r>
    </w:p>
    <w:p>
      <w:r>
        <w:t>He ha..</w:t>
      </w:r>
    </w:p>
    <w:p>
      <w:r>
        <w:t>[Shlomit is on the moshav]</w:t>
      </w:r>
    </w:p>
    <w:p>
      <w:r>
        <w:t>He has, {..} how many sons does he have?</w:t>
      </w:r>
    </w:p>
    <w:p>
      <w:r>
        <w:t>[Ah, who? Moishik? He has one son..]</w:t>
      </w:r>
    </w:p>
    <w:p>
      <w:r>
        <w:t>{..} Moshe?</w:t>
      </w:r>
    </w:p>
    <w:p>
      <w:r>
        <w:t>[One son]</w:t>
      </w:r>
    </w:p>
    <w:p>
      <w:r>
        <w:t>{...}</w:t>
      </w:r>
    </w:p>
    <w:p>
      <w:r>
        <w:t>[I have one grandson]</w:t>
      </w:r>
    </w:p>
    <w:p>
      <w:r>
        <w:t>{Son} one?</w:t>
      </w:r>
    </w:p>
    <w:p>
      <w:r>
        <w:t>[One son and two daughters]</w:t>
      </w:r>
    </w:p>
    <w:p>
      <w:r>
        <w:t>Ah, two daughters</w:t>
      </w:r>
    </w:p>
    <w:p>
      <w:r>
        <w:t>[Two daughters, Effi has two daughters]</w:t>
      </w:r>
    </w:p>
    <w:p>
      <w:r>
        <w:t>Effi, two daughters</w:t>
      </w:r>
    </w:p>
    <w:p>
      <w:r>
        <w:t>[Daughters, and Shlomit one daughter]</w:t>
      </w:r>
    </w:p>
    <w:p>
      <w:r>
        <w:t>Shlomit..</w:t>
      </w:r>
    </w:p>
    <w:p>
      <w:r>
        <w:t>[Shlomit]</w:t>
      </w:r>
    </w:p>
    <w:p>
      <w:r>
        <w:t>Daugh..</w:t>
      </w:r>
    </w:p>
    <w:p>
      <w:r>
        <w:t>[She has one daughter]</w:t>
      </w:r>
    </w:p>
    <w:p>
      <w:r>
        <w:t>One daughter, that is everything</w:t>
      </w:r>
    </w:p>
    <w:p>
      <w:r>
        <w:t>[Yes, she is in the army now, yes</w:t>
      </w:r>
    </w:p>
    <w:p>
      <w:r>
        <w:t>And he remembers the names of each one..]</w:t>
      </w:r>
    </w:p>
    <w:p>
      <w:r>
        <w:t>{..}</w:t>
      </w:r>
    </w:p>
    <w:p>
      <w:r>
        <w:t>[Yes]</w:t>
      </w:r>
    </w:p>
    <w:p>
      <w:r>
        <w:t>[Well, maybe they have ch.. very nice children, I have grandchildren who resemble the Odesser family]</w:t>
      </w:r>
    </w:p>
    <w:p>
      <w:r>
        <w:t>{..}</w:t>
      </w:r>
    </w:p>
    <w:p>
      <w:r>
        <w:t>[Yes, very serious, very upright, very sincere, without earrings, without.. yes</w:t>
      </w:r>
    </w:p>
    <w:p>
      <w:r>
        <w:t>Dovid Chaim, he…….]</w:t>
      </w:r>
    </w:p>
    <w:p>
      <w:r>
        <w:t>[Saba sings:</w:t>
      </w:r>
    </w:p>
    <w:p>
      <w:r>
        <w:t>"Na Na-ch Na-chma Na-chman MayUman.."]</w:t>
      </w:r>
    </w:p>
    <w:p>
      <w:r>
        <w:t>Rabbainu Hakadosh said to his people:</w:t>
      </w:r>
    </w:p>
    <w:p>
      <w:r>
        <w:t>"Do you know who I am? No, no..</w:t>
      </w:r>
    </w:p>
    <w:p>
      <w:r>
        <w:t>I am "Na Na-ch Na-chma Na-chman..”</w:t>
      </w:r>
    </w:p>
    <w:p>
      <w:r>
        <w:t>[MayUman]</w:t>
      </w:r>
    </w:p>
    <w:p>
      <w:r>
        <w:t>MayUman", I am {yo} the Rebbe of all.. {to make known\Jewish} the Jews"</w:t>
      </w:r>
    </w:p>
    <w:p>
      <w:r>
        <w:t>[Yes]</w:t>
      </w:r>
    </w:p>
    <w:p>
      <w:r>
        <w:t>Did you hear the news today? No?</w:t>
      </w:r>
    </w:p>
    <w:p>
      <w:r>
        <w:t>[Ah, no, no, my head wasn't in it..]</w:t>
      </w:r>
    </w:p>
    <w:p>
      <w:r>
        <w:t>Eh?</w:t>
      </w:r>
    </w:p>
    <w:p>
      <w:r>
        <w:t>[I also did not feel well]</w:t>
      </w:r>
    </w:p>
    <w:p>
      <w:r>
        <w:t>{You understood me}</w:t>
      </w:r>
    </w:p>
    <w:p>
      <w:r>
        <w:t>[I didn't hear, I didn't see.. I lay down, I sat a little, that is all]</w:t>
      </w:r>
    </w:p>
    <w:p>
      <w:r>
        <w:t>But we hear that they receive at every time, every time blows, great blows</w:t>
      </w:r>
    </w:p>
    <w:p>
      <w:r>
        <w:t>[They are talking, now they are talking]</w:t>
      </w:r>
    </w:p>
    <w:p>
      <w:r>
        <w:t>All the gentiles, the Americans and the English and all the gentiles receive great blows</w:t>
      </w:r>
    </w:p>
    <w:p>
      <w:r>
        <w:t>[Now they say that there will be peace, they are praying for peace, will there be peace or will there not be peace?]</w:t>
      </w:r>
    </w:p>
    <w:p>
      <w:r>
        <w:t>Ah.. Mashiach will come, he..</w:t>
      </w:r>
    </w:p>
    <w:p>
      <w:r>
        <w:t>[Ah, then there will be peace]</w:t>
      </w:r>
    </w:p>
    <w:p>
      <w:r>
        <w:t>{There will be pe..} already peace</w:t>
      </w:r>
    </w:p>
    <w:p>
      <w:r>
        <w:t>[Peace will come when Mashiach comes]</w:t>
      </w:r>
    </w:p>
    <w:p>
      <w:r>
        <w:t>And Rabbainu Hakadosh said to me: "About you I said..", in the letter</w:t>
      </w:r>
    </w:p>
    <w:p>
      <w:r>
        <w:t>[Yes, in the letter]</w:t>
      </w:r>
    </w:p>
    <w:p>
      <w:r>
        <w:t>{{..}}, "And about you I said, my.. my fire will burn until the coming of Mashiach"</w:t>
      </w:r>
    </w:p>
    <w:p>
      <w:r>
        <w:t>[Mashiach]</w:t>
      </w:r>
    </w:p>
    <w:p>
      <w:r>
        <w:t>So I need to be {..} until the end, ah, Mashiach will come, {{and he will ta.., receive}} the letter, {..} [Yes]</w:t>
      </w:r>
    </w:p>
    <w:p>
      <w:r>
        <w:t>What is this utterance of his, of Rabbainu</w:t>
      </w:r>
    </w:p>
    <w:p>
      <w:r>
        <w:t>[Yes]</w:t>
      </w:r>
    </w:p>
    <w:p>
      <w:r>
        <w:t>Every utterance of.., that he left us from his books</w:t>
      </w:r>
    </w:p>
    <w:p>
      <w:r>
        <w:t>He said that every word is the whole Torah and all the tzaddikim and all Israel</w:t>
      </w:r>
    </w:p>
    <w:p>
      <w:r>
        <w:t>[..]</w:t>
      </w:r>
    </w:p>
    <w:p>
      <w:r>
        <w:t>In one word, that is how he, he..</w:t>
      </w:r>
    </w:p>
    <w:p>
      <w:r>
        <w:t>[Yes]</w:t>
      </w:r>
    </w:p>
    <w:p>
      <w:r>
        <w:t>Can {{to.. to me.. to you}} encompass the whole Torah</w:t>
      </w:r>
    </w:p>
    <w:p>
      <w:r>
        <w:t>[Tzipora, can you bring him a chair, maybe..]</w:t>
      </w:r>
    </w:p>
    <w:p>
      <w:r>
        <w:t>The whole Torah</w:t>
      </w:r>
    </w:p>
    <w:p>
      <w:r>
        <w:t>[Put.., put one here for him, Tzipora]</w:t>
      </w:r>
    </w:p>
    <w:p>
      <w:r>
        <w:t>[Come …. sit here, you have a chair here]</w:t>
      </w:r>
    </w:p>
    <w:p>
      <w:r>
        <w:t>[No, he has a chair there, pull down the pants]</w:t>
      </w:r>
    </w:p>
    <w:p>
      <w:r>
        <w:t>[Yes]</w:t>
      </w:r>
    </w:p>
    <w:p>
      <w:r>
        <w:t>[Pull this down over the.. yes, yes]</w:t>
      </w:r>
    </w:p>
    <w:p>
      <w:r>
        <w:t>Every utterance of his is our entire life and our healing..</w:t>
      </w:r>
    </w:p>
    <w:p>
      <w:r>
        <w:t>[So come..]</w:t>
      </w:r>
    </w:p>
    <w:p>
      <w:r>
        <w:t>And our salvations</w:t>
      </w:r>
    </w:p>
    <w:p>
      <w:r>
        <w:t>[Sit here]</w:t>
      </w:r>
    </w:p>
    <w:p>
      <w:r>
        <w:t>Every utterance of his, which he left..</w:t>
      </w:r>
    </w:p>
    <w:p>
      <w:r>
        <w:t>[..]</w:t>
      </w:r>
    </w:p>
    <w:p>
      <w:r>
        <w:t>For us, that is what he said, and that is what we see..</w:t>
      </w:r>
    </w:p>
    <w:p>
      <w:r>
        <w:t>[You still have not tasted anything..]</w:t>
      </w:r>
    </w:p>
    <w:p>
      <w:r>
        <w:t>Th..</w:t>
      </w:r>
    </w:p>
    <w:p>
      <w:r>
        <w:t>[You are a "tzipalon”, come]</w:t>
      </w:r>
    </w:p>
    <w:p>
      <w:r>
        <w:t>(Saba laughs)</w:t>
      </w:r>
    </w:p>
    <w:p>
      <w:r>
        <w:t>[Come, come..]</w:t>
      </w:r>
    </w:p>
    <w:p>
      <w:r>
        <w:t>[Let him learn, ah, Tzipora]</w:t>
      </w:r>
    </w:p>
    <w:p>
      <w:r>
        <w:t>[…]</w:t>
      </w:r>
    </w:p>
    <w:p>
      <w:r>
        <w:t>[…...This is all right]</w:t>
      </w:r>
    </w:p>
    <w:p>
      <w:r>
        <w:t>[No, no need, no need]</w:t>
      </w:r>
    </w:p>
    <w:p>
      <w:r>
        <w:t>[All right, take it, yes, you.. you don't want? You would sit like this there, you would eat a little more]..</w:t>
      </w:r>
    </w:p>
    <w:p>
      <w:r>
        <w:t>{{M..}}</w:t>
      </w:r>
    </w:p>
    <w:p>
      <w:r>
        <w:t>[Ah, give me the.. Father's thing…..]</w:t>
      </w:r>
    </w:p>
    <w:p>
      <w:r>
        <w:t>Nu, I, I can't..</w:t>
      </w:r>
    </w:p>
    <w:p>
      <w:r>
        <w:t>[….Yes, it is better that….]</w:t>
      </w:r>
    </w:p>
    <w:p>
      <w:r>
        <w:t>[He can't say anything]</w:t>
      </w:r>
    </w:p>
    <w:p>
      <w:r>
        <w:t>[Then leave…….]</w:t>
      </w:r>
    </w:p>
    <w:p>
      <w:r>
        <w:t>[….]</w:t>
      </w:r>
    </w:p>
    <w:p>
      <w:r>
        <w:t>[Now I will also give Daniel]</w:t>
      </w:r>
    </w:p>
    <w:p>
      <w:r>
        <w:t>[Yes, give him some more...]</w:t>
      </w:r>
    </w:p>
    <w:p>
      <w:r>
        <w:t>[Nu..]</w:t>
      </w:r>
    </w:p>
    <w:p>
      <w:r>
        <w:t>{..}</w:t>
      </w:r>
    </w:p>
    <w:p>
      <w:r>
        <w:t>[Here, you see Yitzchak, you wanted so much "Quickly, quickly”]</w:t>
      </w:r>
    </w:p>
    <w:p>
      <w:r>
        <w:t>What?</w:t>
      </w:r>
    </w:p>
    <w:p>
      <w:r>
        <w:t>[In the morning you wanted to go quickly to Yitzchak]</w:t>
      </w:r>
    </w:p>
    <w:p>
      <w:r>
        <w:t>Nu..</w:t>
      </w:r>
    </w:p>
    <w:p>
      <w:r>
        <w:t>[The telephone..]</w:t>
      </w:r>
    </w:p>
    <w:p>
      <w:r>
        <w:t>{Do you…} feel better?</w:t>
      </w:r>
    </w:p>
    <w:p>
      <w:r>
        <w:t>[Yes, yes, yes, yes, yes, I feel better, I already feel better]</w:t>
      </w:r>
    </w:p>
    <w:p>
      <w:r>
        <w:t>{..} Yes</w:t>
      </w:r>
    </w:p>
    <w:p>
      <w:r>
        <w:t>[Yes, yes]</w:t>
      </w:r>
    </w:p>
    <w:p>
      <w:r>
        <w:t>"Na NaCh", then everything is good</w:t>
      </w:r>
    </w:p>
    <w:p>
      <w:r>
        <w:t>[Yes]</w:t>
      </w:r>
    </w:p>
    <w:p>
      <w:r>
        <w:t>Only "Na NaCh NaChMa NaChMaN MeUman"</w:t>
      </w:r>
    </w:p>
    <w:p>
      <w:r>
        <w:t>That's all, the whole Torah and all of Israel and all.. everything</w:t>
      </w:r>
    </w:p>
    <w:p>
      <w:r>
        <w:t>All the healings and all the salvations, everything in one utterance</w:t>
      </w:r>
    </w:p>
    <w:p>
      <w:r>
        <w:t>[I was with him, a lot, a lot, a lot, together, as a religious child..]</w:t>
      </w:r>
    </w:p>
    <w:p>
      <w:r>
        <w:t>{Nu..}</w:t>
      </w:r>
    </w:p>
    <w:p>
      <w:r>
        <w:t>[{Striving toward action}]</w:t>
      </w:r>
    </w:p>
    <w:p>
      <w:r>
        <w:t>Lie down a little, rest a little</w:t>
      </w:r>
    </w:p>
    <w:p>
      <w:r>
        <w:t>[All right, it is all right, Father, I feel that I can, that I, before I couldn't.., it was truly hard for me to sit</w:t>
      </w:r>
    </w:p>
    <w:p>
      <w:r>
        <w:t>and it was hard for me to lie down, now I feel..]</w:t>
      </w:r>
    </w:p>
    <w:p>
      <w:r>
        <w:t>[Would he take you? Would he take you?]</w:t>
      </w:r>
    </w:p>
    <w:p>
      <w:r>
        <w:t>[Yes, I don't.., I came to him, I.., ….]</w:t>
      </w:r>
    </w:p>
    <w:p>
      <w:r>
        <w:t>[Ah]</w:t>
      </w:r>
    </w:p>
    <w:p>
      <w:r>
        <w:t>[Ah, every Rosh Hashanah he said to Yerushalayim and to..]</w:t>
      </w:r>
    </w:p>
    <w:p>
      <w:r>
        <w:t>[Ah, you would travel with him to Yerushalayim..]</w:t>
      </w:r>
    </w:p>
    <w:p>
      <w:r>
        <w:t>[And to Meron every time, and to]</w:t>
      </w:r>
    </w:p>
    <w:p>
      <w:r>
        <w:t>It is a universal melody..</w:t>
      </w:r>
    </w:p>
    <w:p>
      <w:r>
        <w:t>[..I very much wanted to travel with him]</w:t>
      </w:r>
    </w:p>
    <w:p>
      <w:r>
        <w:t>A universal melody</w:t>
      </w:r>
    </w:p>
    <w:p>
      <w:r>
        <w:t>[A universal melody]</w:t>
      </w:r>
    </w:p>
    <w:p>
      <w:r>
        <w:t>"N.. Na NaCh NaChMa NaChMaN MeUman"</w:t>
      </w:r>
    </w:p>
    <w:p>
      <w:r>
        <w:t>[..]</w:t>
      </w:r>
    </w:p>
    <w:p>
      <w:r>
        <w:t>This is "It is a great mitzvah to always be happy"</w:t>
      </w:r>
    </w:p>
    <w:p>
      <w:r>
        <w:t>So the whole world sings it, the whole world, even gentiles sing it</w:t>
      </w:r>
    </w:p>
    <w:p>
      <w:r>
        <w:t>[…..]</w:t>
      </w:r>
    </w:p>
    <w:p>
      <w:r>
        <w:t>It revives and renews and rectifies all of Israel</w:t>
      </w:r>
    </w:p>
    <w:p>
      <w:r>
        <w:t>{…}, when Mashiach comes, there will be a new world, not the world of now, {there will be} a new world [Drink, it is getting cold]</w:t>
      </w:r>
    </w:p>
    <w:p>
      <w:r>
        <w:t>Maybe you should rest a little?</w:t>
      </w:r>
    </w:p>
    <w:p>
      <w:r>
        <w:t>[No, no, it is all right, Father, I am all right, if you troubled yourself to come to me and blessed me</w:t>
      </w:r>
    </w:p>
    <w:p>
      <w:r>
        <w:t>and I feel better, how wonderful, all right, all right]</w:t>
      </w:r>
    </w:p>
    <w:p>
      <w:r>
        <w:t>[How I also traveled to you]</w:t>
      </w:r>
    </w:p>
    <w:p>
      <w:r>
        <w:t>[What.. make to drink..]</w:t>
      </w:r>
    </w:p>
    <w:p>
      <w:r>
        <w:t>What there is now..</w:t>
      </w:r>
    </w:p>
    <w:p>
      <w:r>
        <w:t>[Shimon, drink]</w:t>
      </w:r>
    </w:p>
    <w:p>
      <w:r>
        <w:t>in the world, and what has been revealed now, they did not..</w:t>
      </w:r>
    </w:p>
    <w:p>
      <w:r>
        <w:t>[…]</w:t>
      </w:r>
    </w:p>
    <w:p>
      <w:r>
        <w:t>know and they know nothing, all the scholars and all the great ones know nothing, even {…}</w:t>
      </w:r>
    </w:p>
    <w:p>
      <w:r>
        <w:t>One utterance of Rabbainu, it is the collectivity of the entire Torah and all of Israel and all the healings and all the salvations, {..this} is not {}, not I, what am I? Rabbainu Hakadosh said so</w:t>
      </w:r>
    </w:p>
    <w:p>
      <w:r>
        <w:t>{Yes}, and if he said it, yes, {{. .}} the halakha is according to him</w:t>
      </w:r>
    </w:p>
    <w:p>
      <w:r>
        <w:t>In the Gemara there is "The halakha is according to Rav Nachman, and the halakha is according to Rav Nachman, and the halakha is according to Rav Nachman.." So says the Gemara, "And the halakha is according to Nachmani," he comforts us from our deeds {…} he is {Nachman\merciful}, he will comfort all of Israel, {and will be exalted} and will rectify all of Israel [..the song, oy, oy, oy voy..]</w:t>
      </w:r>
    </w:p>
    <w:p>
      <w:r>
        <w:t>[Which one?]</w:t>
      </w:r>
    </w:p>
    <w:p>
      <w:r>
        <w:t>[Oy, oy voy, oy, oy voy, how does it go? What are the words of it?]</w:t>
      </w:r>
    </w:p>
    <w:p>
      <w:r>
        <w:t>[Oy, oy, ah, ha, ah..]…</w:t>
      </w:r>
    </w:p>
    <w:p>
      <w:r>
        <w:t>...[Oy, oy..]</w:t>
      </w:r>
    </w:p>
    <w:p>
      <w:r>
        <w:t>[The Shabbos one, "Atik Yomin", "Atik Yomin"] Nu..</w:t>
      </w:r>
    </w:p>
    <w:p>
      <w:r>
        <w:t>[Sing for us..]</w:t>
      </w:r>
    </w:p>
    <w:p>
      <w:r>
        <w:t>[Zemiros]</w:t>
      </w:r>
    </w:p>
    <w:p>
      <w:r>
        <w:t>["Atik Yomin"]</w:t>
      </w:r>
    </w:p>
    <w:p>
      <w:r>
        <w:t>(Saba laughs)</w:t>
      </w:r>
    </w:p>
    <w:p>
      <w:r>
        <w:t>[Nu, Shabbos zemiros, did you drink?.. Nu, do you remember?]</w:t>
      </w:r>
    </w:p>
    <w:p>
      <w:r>
        <w:t>[Do you remember or not?..]</w:t>
      </w:r>
    </w:p>
    <w:p>
      <w:r>
        <w:t>{..}</w:t>
      </w:r>
    </w:p>
    <w:p>
      <w:r>
        <w:t>[Should we remind you?]</w:t>
      </w:r>
    </w:p>
    <w:p>
      <w:r>
        <w:t>[Yo]</w:t>
      </w:r>
    </w:p>
    <w:p>
      <w:r>
        <w:t>{..}</w:t>
      </w:r>
    </w:p>
    <w:p>
      <w:r>
        <w:t>[You remember, sing, sing]</w:t>
      </w:r>
    </w:p>
    <w:p>
      <w:r>
        <w:t>{.….}</w:t>
      </w:r>
    </w:p>
    <w:p>
      <w:r>
        <w:t>[….]</w:t>
      </w:r>
    </w:p>
    <w:p>
      <w:r>
        <w:t>{Comforts} and comforts and rectifies all of Israel</w:t>
      </w:r>
    </w:p>
    <w:p>
      <w:r>
        <w:t>[Yes, ……]</w:t>
      </w:r>
    </w:p>
    <w:p>
      <w:r>
        <w:t>[...]</w:t>
      </w:r>
    </w:p>
    <w:p>
      <w:r>
        <w:t>That is what he said</w:t>
      </w:r>
    </w:p>
    <w:p>
      <w:r>
        <w:t>[Yes, Father, Yitzchak wants you to sing zemi..]</w:t>
      </w:r>
    </w:p>
    <w:p>
      <w:r>
        <w:t>What?</w:t>
      </w:r>
    </w:p>
    <w:p>
      <w:r>
        <w:t>[He wants you to sing, sing zemiros, "Atik Yomin", sing zemi.., sing..]</w:t>
      </w:r>
    </w:p>
    <w:p>
      <w:r>
        <w:t>["Atik Yomin", nu]</w:t>
      </w:r>
    </w:p>
    <w:p>
      <w:r>
        <w:t>Nu</w:t>
      </w:r>
    </w:p>
    <w:p>
      <w:r>
        <w:t>[On Shabbos night we would sing]</w:t>
      </w:r>
    </w:p>
    <w:p>
      <w:r>
        <w:t>[Zemiros]</w:t>
      </w:r>
    </w:p>
    <w:p>
      <w:r>
        <w:t>[Zemiros]</w:t>
      </w:r>
    </w:p>
    <w:p>
      <w:r>
        <w:t>[Shabbos zemiros]</w:t>
      </w:r>
    </w:p>
    <w:p>
      <w:r>
        <w:t>{What\nu}</w:t>
      </w:r>
    </w:p>
    <w:p>
      <w:r>
        <w:t>[Shabbos zemiros]</w:t>
      </w:r>
    </w:p>
    <w:p>
      <w:r>
        <w:t>Zemiros..</w:t>
      </w:r>
    </w:p>
    <w:p>
      <w:r>
        <w:t>[Zemiros, to sing zemiros on Shabbos]</w:t>
      </w:r>
    </w:p>
    <w:p>
      <w:r>
        <w:t>Nu</w:t>
      </w:r>
    </w:p>
    <w:p>
      <w:r>
        <w:t>[Do you remember the song? "Atik Yomin"]</w:t>
      </w:r>
    </w:p>
    <w:p>
      <w:r>
        <w:t>"Atik Yomin"</w:t>
      </w:r>
    </w:p>
    <w:p>
      <w:r>
        <w:t>[Yo, nu, sing, sing]</w:t>
      </w:r>
    </w:p>
    <w:p>
      <w:r>
        <w:t>[Saba and his children sing:</w:t>
      </w:r>
    </w:p>
    <w:p>
      <w:r>
        <w:t>"Atik Yomin………</w:t>
      </w:r>
    </w:p>
    <w:p>
      <w:r>
        <w:t>Ra'ava dilei degalei lei levatala lechol kelipin (His will, which He revealed, to annul all the husks)</w:t>
      </w:r>
    </w:p>
    <w:p>
      <w:r>
        <w:t>Yeshavei lon benukvehon veyitameru bego kefin (He will put them in their crevices and they will be hidden inside rocks)</w:t>
      </w:r>
    </w:p>
    <w:p>
      <w:r>
        <w:t>Arei hashta beminchata becheduta deZe'ir Anpin..” (For now, at the time of Mincha, in the joy of Ze'ir Anpin)]</w:t>
      </w:r>
    </w:p>
    <w:p>
      <w:r>
        <w:t>[Right, in Ze'ir Anpin.. Ay.. those were the days]</w:t>
      </w:r>
    </w:p>
    <w:p>
      <w:r>
        <w:t>[That is Yitzchak singing, he very much likes to sing it</w:t>
      </w:r>
    </w:p>
    <w:p>
      <w:r>
        <w:t>You see that he remembered, he remembers it, he remembers the words by heart</w:t>
      </w:r>
    </w:p>
    <w:p>
      <w:r>
        <w:t>You know that once he sat..]</w:t>
      </w:r>
    </w:p>
    <w:p>
      <w:r>
        <w:t>{Come to me}</w:t>
      </w:r>
    </w:p>
    <w:p>
      <w:r>
        <w:t>[...and I felt…..]</w:t>
      </w:r>
    </w:p>
    <w:p>
      <w:r>
        <w:t>There are three meals, {come …} Friday night {...}</w:t>
      </w:r>
    </w:p>
    <w:p>
      <w:r>
        <w:t>[Then you will sing zemiros?]</w:t>
      </w:r>
    </w:p>
    <w:p>
      <w:r>
        <w:t>Yes</w:t>
      </w:r>
    </w:p>
    <w:p>
      <w:r>
        <w:t>[Ho..]</w:t>
      </w:r>
    </w:p>
    <w:p>
      <w:r>
        <w:t>[Ho]</w:t>
      </w:r>
    </w:p>
    <w:p>
      <w:r>
        <w:t>[Now..]</w:t>
      </w:r>
    </w:p>
    <w:p>
      <w:r>
        <w:t>[Ho….. yes]</w:t>
      </w:r>
    </w:p>
    <w:p>
      <w:r>
        <w:t>And we will sing: "Na NaCh NaChMa NaChMaN MeUman"</w:t>
      </w:r>
    </w:p>
    <w:p>
      <w:r>
        <w:t>[….…]</w:t>
      </w:r>
    </w:p>
    <w:p>
      <w:r>
        <w:t>[…….]</w:t>
      </w:r>
    </w:p>
    <w:p>
      <w:r>
        <w:t>[Father, do you remember? "Asader L'Seudasa"]</w:t>
      </w:r>
    </w:p>
    <w:p>
      <w:r>
        <w:t>{..}</w:t>
      </w:r>
    </w:p>
    <w:p>
      <w:r>
        <w:t>["Asader L'Seudasa"]</w:t>
      </w:r>
    </w:p>
    <w:p>
      <w:r>
        <w:t>{Asader..}</w:t>
      </w:r>
    </w:p>
    <w:p>
      <w:r>
        <w:t>[Ah]</w:t>
      </w:r>
    </w:p>
    <w:p>
      <w:r>
        <w:t>[Nu..]</w:t>
      </w:r>
    </w:p>
    <w:p>
      <w:r>
        <w:t>[Saba sings the song:</w:t>
      </w:r>
    </w:p>
    <w:p>
      <w:r>
        <w:t>"I shall arrange the meal on Shabbos morning.."and now invite to it the Holy Ancient One..”]</w:t>
      </w:r>
    </w:p>
    <w:p>
      <w:r>
        <w:t>[Ay, I loved… Be well..</w:t>
      </w:r>
    </w:p>
    <w:p>
      <w:r>
        <w:t>We would sing it together, we would sit, nine children with Mother, with Father, and everyone had already..]</w:t>
      </w:r>
    </w:p>
    <w:p>
      <w:r>
        <w:t>[What joy there was]</w:t>
      </w:r>
    </w:p>
    <w:p>
      <w:r>
        <w:t>[..already finished, finished eating, finished bentching, that was it, they had already gone to sleep, and we were still..]</w:t>
      </w:r>
    </w:p>
    <w:p>
      <w:r>
        <w:t>[Singing..]</w:t>
      </w:r>
    </w:p>
    <w:p>
      <w:r>
        <w:t>[We had not yet begun to eat]</w:t>
      </w:r>
    </w:p>
    <w:p>
      <w:r>
        <w:t>[And dancing]</w:t>
      </w:r>
    </w:p>
    <w:p>
      <w:r>
        <w:t>[Singing... the zemiros]</w:t>
      </w:r>
    </w:p>
    <w:p>
      <w:r>
        <w:t>[We had not yet begun to eat..]</w:t>
      </w:r>
    </w:p>
    <w:p>
      <w:r>
        <w:t>[Besides the fact that he came last from the synagogue]</w:t>
      </w:r>
    </w:p>
    <w:p>
      <w:r>
        <w:t>[..Shalom Aleichem]</w:t>
      </w:r>
    </w:p>
    <w:p>
      <w:r>
        <w:t>[To see whether there wasn't anyone..]</w:t>
      </w:r>
    </w:p>
    <w:p>
      <w:r>
        <w:t>[Eishes Chayil]</w:t>
      </w:r>
    </w:p>
    <w:p>
      <w:r>
        <w:t>[in the synagogue, none remained, who had nowhere to go]</w:t>
      </w:r>
    </w:p>
    <w:p>
      <w:r>
        <w:t>[It took so….. much time]</w:t>
      </w:r>
    </w:p>
    <w:p>
      <w:r>
        <w:t>[Most often he would come with a guest, always..]</w:t>
      </w:r>
    </w:p>
    <w:p>
      <w:r>
        <w:t>[How long?]</w:t>
      </w:r>
    </w:p>
    <w:p>
      <w:r>
        <w:t>[..many times]</w:t>
      </w:r>
    </w:p>
    <w:p>
      <w:r>
        <w:t>[I am telling you, here he is recounting it, everyone ate, drank, and went to sleep, and we were still singing</w:t>
      </w:r>
    </w:p>
    <w:p>
      <w:r>
        <w:t>still before eating]</w:t>
      </w:r>
    </w:p>
    <w:p>
      <w:r>
        <w:t>[We had not yet begun to eat]</w:t>
      </w:r>
    </w:p>
    <w:p>
      <w:r>
        <w:t>[We had not yet begun to eat, here, this is testimony]</w:t>
      </w:r>
    </w:p>
    <w:p>
      <w:r>
        <w:t>I do not have even one {..} {white} hair, they are all black</w:t>
      </w:r>
    </w:p>
    <w:p>
      <w:r>
        <w:t>[Yes]</w:t>
      </w:r>
    </w:p>
    <w:p>
      <w:r>
        <w:t>What can be done?</w:t>
      </w:r>
    </w:p>
    <w:p>
      <w:r>
        <w:t>[……]</w:t>
      </w:r>
    </w:p>
    <w:p>
      <w:r>
        <w:t>[……]</w:t>
      </w:r>
    </w:p>
    <w:p>
      <w:r>
        <w:t>[He said, Father, last Shabbos..]</w:t>
      </w:r>
    </w:p>
    <w:p>
      <w:r>
        <w:t>[It is a wonder that he..]</w:t>
      </w:r>
    </w:p>
    <w:p>
      <w:r>
        <w:t>[That he feels himself, like this, with simplicity, he does not.., he did not understand at all</w:t>
      </w:r>
    </w:p>
    <w:p>
      <w:r>
        <w:t>He is entirely black,….. as though born anew]</w:t>
      </w:r>
    </w:p>
    <w:p>
      <w:r>
        <w:t>They are all black</w:t>
      </w:r>
    </w:p>
    <w:p>
      <w:r>
        <w:t>[That is what he said, he says that..the feeling needs to be..]</w:t>
      </w:r>
    </w:p>
    <w:p>
      <w:r>
        <w:t>Not one is white</w:t>
      </w:r>
    </w:p>
    <w:p>
      <w:r>
        <w:t>[What did he say?]</w:t>
      </w:r>
    </w:p>
    <w:p>
      <w:r>
        <w:t>[He said that..]</w:t>
      </w:r>
    </w:p>
    <w:p>
      <w:r>
        <w:t>{Yes}</w:t>
      </w:r>
    </w:p>
    <w:p>
      <w:r>
        <w:t>[Last week he said to me, so I wrote that.. a person needs to feel himself, not an old man]</w:t>
      </w:r>
    </w:p>
    <w:p>
      <w:r>
        <w:t>[One must not]</w:t>
      </w:r>
    </w:p>
    <w:p>
      <w:r>
        <w:t>[Yes]</w:t>
      </w:r>
    </w:p>
    <w:p>
      <w:r>
        <w:t>[Yes, it is forbidden to be old]</w:t>
      </w:r>
    </w:p>
    <w:p>
      <w:r>
        <w:t>[He says, as though he does not.., he has no white hairs, and as though he is not an old man</w:t>
      </w:r>
    </w:p>
    <w:p>
      <w:r>
        <w:t>And this with voice, with happiness, and he will hope to Hashem, he remains young…………….</w:t>
      </w:r>
    </w:p>
    <w:p>
      <w:r>
        <w:t>I asked for a blessing for him, so he explained it to me this way:</w:t>
      </w:r>
    </w:p>
    <w:p>
      <w:r>
        <w:t>"One needs to be happy all the time"……………]</w:t>
      </w:r>
    </w:p>
    <w:p>
      <w:r>
        <w:t>[What is that?]</w:t>
      </w:r>
    </w:p>
    <w:p>
      <w:r>
        <w:t>[The secretary ….. the telephone, right, because I picked it up..]</w:t>
      </w:r>
    </w:p>
    <w:p>
      <w:r>
        <w:t>{….}</w:t>
      </w:r>
    </w:p>
    <w:p>
      <w:r>
        <w:t>[I heard the secretary speaking..]</w:t>
      </w:r>
    </w:p>
    <w:p>
      <w:r>
        <w:t>{And more..}</w:t>
      </w:r>
    </w:p>
    <w:p>
      <w:r>
        <w:t>[Ah.. I, I soon..]</w:t>
      </w:r>
    </w:p>
    <w:p>
      <w:r>
        <w:t>You need to sing "Na Na-ch"</w:t>
      </w:r>
    </w:p>
    <w:p>
      <w:r>
        <w:t>[…….]</w:t>
      </w:r>
    </w:p>
    <w:p>
      <w:r>
        <w:t>[…….]</w:t>
      </w:r>
    </w:p>
    <w:p>
      <w:r>
        <w:t>[…….]</w:t>
      </w:r>
    </w:p>
    <w:p>
      <w:r>
        <w:t>{…...}</w:t>
      </w:r>
    </w:p>
    <w:p>
      <w:r>
        <w:t>[Do you know how to get out of here? Will you know how to get out?]</w:t>
      </w:r>
    </w:p>
    <w:p>
      <w:r>
        <w:t>{I will ask her}</w:t>
      </w:r>
    </w:p>
    <w:p>
      <w:r>
        <w:t>[What for]</w:t>
      </w:r>
    </w:p>
    <w:p>
      <w:r>
        <w:t>{To whom..}</w:t>
      </w:r>
    </w:p>
    <w:p>
      <w:r>
        <w:t>[No, will you know how to travel?]</w:t>
      </w:r>
    </w:p>
    <w:p>
      <w:r>
        <w:t>{……}</w:t>
      </w:r>
    </w:p>
    <w:p>
      <w:r>
        <w:t>[Tzipora also knows]</w:t>
      </w:r>
    </w:p>
    <w:p>
      <w:r>
        <w:t>{The melody}</w:t>
      </w:r>
    </w:p>
    <w:p>
      <w:r>
        <w:t>[She knows a way, good, good]</w:t>
      </w:r>
    </w:p>
    <w:p>
      <w:r>
        <w:t>[Then it is all right, wonderful]</w:t>
      </w:r>
    </w:p>
    <w:p>
      <w:r>
        <w:t>[….]</w:t>
      </w:r>
    </w:p>
    <w:p>
      <w:r>
        <w:t>{The melody and..}</w:t>
      </w:r>
    </w:p>
    <w:p>
      <w:r>
        <w:t>[He says there is a more, ah.. short way]</w:t>
      </w:r>
    </w:p>
    <w:p>
      <w:r>
        <w:t>[No]</w:t>
      </w:r>
    </w:p>
    <w:p>
      <w:r>
        <w:t>[No, no]</w:t>
      </w:r>
    </w:p>
    <w:p>
      <w:r>
        <w:t>[It is all right, either from here, or from here..]</w:t>
      </w:r>
    </w:p>
    <w:p>
      <w:r>
        <w:t>[….]</w:t>
      </w:r>
    </w:p>
    <w:p>
      <w:r>
        <w:t>[Or from Ayalon, at Ayalon you turn right]</w:t>
      </w:r>
    </w:p>
    <w:p>
      <w:r>
        <w:t>[Right]</w:t>
      </w:r>
    </w:p>
    <w:p>
      <w:r>
        <w:t>[And Geha Road, you turn left]</w:t>
      </w:r>
    </w:p>
    <w:p>
      <w:r>
        <w:t>[Right]</w:t>
      </w:r>
    </w:p>
    <w:p>
      <w:r>
        <w:t>[.…..……………] […...……………][..……………]... [...……..………][.…..……………] […...……………][..……………]... [...……..………][However you want to travel, whichever route you want.. yes]</w:t>
      </w:r>
    </w:p>
    <w:p>
      <w:r>
        <w:t>[.…..……………] […...……………]</w:t>
      </w:r>
    </w:p>
    <w:p>
      <w:r>
        <w:t>[..……………]... [...……..………]</w:t>
      </w:r>
    </w:p>
    <w:p>
      <w:r>
        <w:t>[.…..……………] […...……………]</w:t>
      </w:r>
    </w:p>
    <w:p>
      <w:r>
        <w:t>[..……………]... [...……..………]</w:t>
      </w:r>
    </w:p>
    <w:p>
      <w:r>
        <w:t>[Ah.. Abba]</w:t>
      </w:r>
    </w:p>
    <w:p>
      <w:r>
        <w:t>Nu</w:t>
      </w:r>
    </w:p>
    <w:p>
      <w:r>
        <w:t>[Nu, you.., shall we go?] We will go, I need {..} to lie down [All right, then let us take you] {and to sleep}</w:t>
      </w:r>
    </w:p>
    <w:p>
      <w:r>
        <w:t>[Yes]</w:t>
      </w:r>
    </w:p>
    <w:p>
      <w:r>
        <w:t>{And to eat}</w:t>
      </w:r>
    </w:p>
    <w:p>
      <w:r>
        <w:t>[Right]</w:t>
      </w:r>
    </w:p>
    <w:p>
      <w:r>
        <w:t>[There is food]</w:t>
      </w:r>
    </w:p>
    <w:p>
      <w:r>
        <w:t>{….It will be this}</w:t>
      </w:r>
    </w:p>
    <w:p>
      <w:r>
        <w:t>[There is, there is]</w:t>
      </w:r>
    </w:p>
    <w:p>
      <w:r>
        <w:t>I also need to eat</w:t>
      </w:r>
    </w:p>
    <w:p>
      <w:r>
        <w:t>[There is, there is]</w:t>
      </w:r>
    </w:p>
    <w:p>
      <w:r>
        <w:t>[Yes, do you want to eat? I have food for you]</w:t>
      </w:r>
    </w:p>
    <w:p>
      <w:r>
        <w:t>There is something to eat, what, what, what is there?</w:t>
      </w:r>
    </w:p>
    <w:p>
      <w:r>
        <w:t>[I brought you soup..]</w:t>
      </w:r>
    </w:p>
    <w:p>
      <w:r>
        <w:t>{..}</w:t>
      </w:r>
    </w:p>
    <w:p>
      <w:r>
        <w:t>[And chicken]</w:t>
      </w:r>
    </w:p>
    <w:p>
      <w:r>
        <w:t>{Liver}, no?</w:t>
      </w:r>
    </w:p>
    <w:p>
      <w:r>
        <w:t>[But chicken, chicken]</w:t>
      </w:r>
    </w:p>
    <w:p>
      <w:r>
        <w:t>{Liver}?</w:t>
      </w:r>
    </w:p>
    <w:p>
      <w:r>
        <w:t>[Abba, I brought you a drumstick that you like]</w:t>
      </w:r>
    </w:p>
    <w:p>
      <w:r>
        <w:t>What?</w:t>
      </w:r>
    </w:p>
    <w:p>
      <w:r>
        <w:t>[I brought you a drumstick and soup]</w:t>
      </w:r>
    </w:p>
    <w:p>
      <w:r>
        <w:t>{…}, strawberry?</w:t>
      </w:r>
    </w:p>
    <w:p>
      <w:r>
        <w:t>[A drumstick, chicken, chicken]</w:t>
      </w:r>
    </w:p>
    <w:p>
      <w:r>
        <w:t>[Chicken]</w:t>
      </w:r>
    </w:p>
    <w:p>
      <w:r>
        <w:t>Chicken?</w:t>
      </w:r>
    </w:p>
    <w:p>
      <w:r>
        <w:t>[Soup, yo]</w:t>
      </w:r>
    </w:p>
    <w:p>
      <w:r>
        <w:t>{Afterward yes…}</w:t>
      </w:r>
    </w:p>
    <w:p>
      <w:r>
        <w:t>[Good, afterward, he does not want now]</w:t>
      </w:r>
    </w:p>
    <w:p>
      <w:r>
        <w:t>[..Tzipora, there is ah, … there is grilled chicken..]</w:t>
      </w:r>
    </w:p>
    <w:p>
      <w:r>
        <w:t>Give me, give me..</w:t>
      </w:r>
    </w:p>
    <w:p>
      <w:r>
        <w:t>[He will not eat.. he will not, but he..]</w:t>
      </w:r>
    </w:p>
    <w:p>
      <w:r>
        <w:t>A piece..</w:t>
      </w:r>
    </w:p>
    <w:p>
      <w:r>
        <w:t>[….He does not swallow it..]</w:t>
      </w:r>
    </w:p>
    <w:p>
      <w:r>
        <w:t>[Ah..]</w:t>
      </w:r>
    </w:p>
    <w:p>
      <w:r>
        <w:t>A small piece</w:t>
      </w:r>
    </w:p>
    <w:p>
      <w:r>
        <w:t>[I understood]</w:t>
      </w:r>
    </w:p>
    <w:p>
      <w:r>
        <w:t>[A small piece of chicken?]</w:t>
      </w:r>
    </w:p>
    <w:p>
      <w:r>
        <w:t>Chicken</w:t>
      </w:r>
    </w:p>
    <w:p>
      <w:r>
        <w:t>[Yes]</w:t>
      </w:r>
    </w:p>
    <w:p>
      <w:r>
        <w:t>[Ah.. Tzipora, we will go into the living room, then he will be able to sit and eat</w:t>
      </w:r>
    </w:p>
    <w:p>
      <w:r>
        <w:t>He will not be able to eat here, we will take him to the living room.. all right]</w:t>
      </w:r>
    </w:p>
    <w:p>
      <w:r>
        <w:t>[Good, we will take him…..]</w:t>
      </w:r>
    </w:p>
    <w:p>
      <w:r>
        <w:t>[I will take him to..]…</w:t>
      </w:r>
    </w:p>
    <w:p>
      <w:r>
        <w:t>...Nu, let us go, let us go…</w:t>
      </w:r>
    </w:p>
    <w:p>
      <w:r>
        <w:t>...[…. Yes, yes, Abba, come, you also want to eat]</w:t>
      </w:r>
    </w:p>
    <w:p>
      <w:r>
        <w:t>{..} Also to eat</w:t>
      </w:r>
    </w:p>
    <w:p>
      <w:r>
        <w:t>[It is impossible to do everything at once]</w:t>
      </w:r>
    </w:p>
    <w:p>
      <w:r>
        <w:t>That is the main thing</w:t>
      </w:r>
    </w:p>
    <w:p>
      <w:r>
        <w:t>[Yes, yes, Tzipora is bringing, Tzipora is bringing for you]</w:t>
      </w:r>
    </w:p>
    <w:p>
      <w:r>
        <w:t>Nu, shall we go? Who is this?</w:t>
      </w:r>
    </w:p>
    <w:p>
      <w:r>
        <w:t>[This is Daniel]</w:t>
      </w:r>
    </w:p>
    <w:p>
      <w:r>
        <w:t>Daniel?</w:t>
      </w:r>
    </w:p>
    <w:p>
      <w:r>
        <w:t>[Yes]</w:t>
      </w:r>
    </w:p>
    <w:p>
      <w:r>
        <w:t>[These are drawings by my children]</w:t>
      </w:r>
    </w:p>
    <w:p>
      <w:r>
        <w:t>I am his guest, I am his guest</w:t>
      </w:r>
    </w:p>
    <w:p>
      <w:r>
        <w:t>[Yes]</w:t>
      </w:r>
    </w:p>
    <w:p>
      <w:r>
        <w:t>[It does not pass]</w:t>
      </w:r>
    </w:p>
    <w:p>
      <w:r>
        <w:t>[In a little while..]</w:t>
      </w:r>
    </w:p>
    <w:p>
      <w:r>
        <w:t>He, he has a large building, he can…</w:t>
      </w:r>
    </w:p>
    <w:p>
      <w:r>
        <w:br w:type="page"/>
      </w:r>
    </w:p>
    <w:p>
      <w:pPr>
        <w:pStyle w:val="Heading1"/>
      </w:pPr>
      <w:r>
        <w:t>Tape 81</w:t>
      </w:r>
    </w:p>
    <w:p>
      <w:pPr>
        <w:pStyle w:val="Heading2"/>
      </w:pPr>
      <w:r>
        <w:t>Side A (Aleph)</w:t>
      </w:r>
    </w:p>
    <w:p>
      <w:r>
        <w:t>..."What is this? Breslov? Ho, ho.."</w:t>
      </w:r>
    </w:p>
    <w:p>
      <w:r>
        <w:t>[All right..]</w:t>
      </w:r>
    </w:p>
    <w:p>
      <w:r>
        <w:t>My father was blind in both his eyes, he cried before me:</w:t>
      </w:r>
    </w:p>
    <w:p>
      <w:r>
        <w:t>"Have mercy on me and have mercy on yourself, do not be Breslov, who will take you? Who will speak with you? Who?"</w:t>
      </w:r>
    </w:p>
    <w:p>
      <w:r>
        <w:t>[Right, and you gave your life, gave your life]</w:t>
      </w:r>
    </w:p>
    <w:p>
      <w:r>
        <w:t>{..}</w:t>
      </w:r>
    </w:p>
    <w:p>
      <w:r>
        <w:t>[Because of this you merited, Rebbe Yisroel, because of this you merited, because of this you merited</w:t>
      </w:r>
    </w:p>
    <w:p>
      <w:r>
        <w:t>Yalla, shalom aleichem, Rebbe Yisroel, I am hurrying to Ra'anana</w:t>
      </w:r>
    </w:p>
    <w:p>
      <w:r>
        <w:t>And forgive me that I did not bring charity, so there is a next time, so forgive me, forgive me, truly forgive me]</w:t>
      </w:r>
    </w:p>
    <w:p>
      <w:r>
        <w:t>{..}</w:t>
      </w:r>
    </w:p>
    <w:p>
      <w:r>
        <w:t>[It is all right, Rebbe Yisroel, it is all right]</w:t>
      </w:r>
    </w:p>
    <w:p>
      <w:r>
        <w:t>Yo, yo</w:t>
      </w:r>
    </w:p>
    <w:p>
      <w:r>
        <w:t>[Forgive me..]...</w:t>
      </w:r>
    </w:p>
    <w:p>
      <w:r>
        <w:t>...{..to you?}</w:t>
      </w:r>
    </w:p>
    <w:p>
      <w:r>
        <w:t>[Yes, all right]…</w:t>
      </w:r>
    </w:p>
    <w:p>
      <w:r>
        <w:t>...["Likutey Tefillos," yes]</w:t>
      </w:r>
    </w:p>
    <w:p>
      <w:r>
        <w:t>Every utterance of Rabbainu Hakadosh</w:t>
      </w:r>
    </w:p>
    <w:p>
      <w:r>
        <w:t>[I feel, I feel]</w:t>
      </w:r>
    </w:p>
    <w:p>
      <w:r>
        <w:t>Is the vitality of the whole world, of all Israel</w:t>
      </w:r>
    </w:p>
    <w:p>
      <w:r>
        <w:t>[Yes]</w:t>
      </w:r>
    </w:p>
    <w:p>
      <w:r>
        <w:t>Forever and for all eternity</w:t>
      </w:r>
    </w:p>
    <w:p>
      <w:r>
        <w:t>[……]</w:t>
      </w:r>
    </w:p>
    <w:p>
      <w:r>
        <w:t>[What will I do?]</w:t>
      </w:r>
    </w:p>
    <w:p>
      <w:r>
        <w:t>[………]</w:t>
      </w:r>
    </w:p>
    <w:p>
      <w:r>
        <w:t>[What did I have, I said, that is how it is written]</w:t>
      </w:r>
    </w:p>
    <w:p>
      <w:r>
        <w:t>[What? What?]</w:t>
      </w:r>
    </w:p>
    <w:p>
      <w:r>
        <w:t>[What did I have to say, I said..]</w:t>
      </w:r>
    </w:p>
    <w:p>
      <w:r>
        <w:t>[……]</w:t>
      </w:r>
    </w:p>
    <w:p>
      <w:r>
        <w:t>[The main thing is him, I am nothing, I can be the dust of his feet, yalla, shalom] (Saba laughs)</w:t>
      </w:r>
    </w:p>
    <w:p>
      <w:r>
        <w:t>[Rebbe Yisroel, there are people here who want to see you, to receive a blessing..]</w:t>
      </w:r>
    </w:p>
    <w:p>
      <w:r>
        <w:t>[Yes, yes, to speak with him]</w:t>
      </w:r>
    </w:p>
    <w:p>
      <w:r>
        <w:t>[They want to speak with you, two people] Ah.. ah..</w:t>
      </w:r>
    </w:p>
    <w:p>
      <w:r>
        <w:t>[Where are you from?]</w:t>
      </w:r>
    </w:p>
    <w:p>
      <w:r>
        <w:t>[From Ramat Hasharon]</w:t>
      </w:r>
    </w:p>
    <w:p>
      <w:r>
        <w:t>[From Ramat Hasharon]</w:t>
      </w:r>
    </w:p>
    <w:p>
      <w:r>
        <w:t>I have no strength, I have no words, I have no..</w:t>
      </w:r>
    </w:p>
    <w:p>
      <w:r>
        <w:t>[……]</w:t>
      </w:r>
    </w:p>
    <w:p>
      <w:r>
        <w:t>[Just a second, to say hello to him]</w:t>
      </w:r>
    </w:p>
    <w:p>
      <w:r>
        <w:t>That I am sitting here is also a miracle, a miracle from Heaven</w:t>
      </w:r>
    </w:p>
    <w:p>
      <w:r>
        <w:t>[……..]</w:t>
      </w:r>
    </w:p>
    <w:p>
      <w:r>
        <w:t>[….….]</w:t>
      </w:r>
    </w:p>
    <w:p>
      <w:r>
        <w:t>Ah.. ah.. ah.. ah..</w:t>
      </w:r>
    </w:p>
    <w:p>
      <w:r>
        <w:t>[That the rabbi should pray for us for a proper match]</w:t>
      </w:r>
    </w:p>
    <w:p>
      <w:r>
        <w:t>"That all the judgments and harsh severities should be sweetened, from upon..</w:t>
      </w:r>
    </w:p>
    <w:p>
      <w:r>
        <w:t>[Dovid son of Sarah]</w:t>
      </w:r>
    </w:p>
    <w:p>
      <w:r>
        <w:t>{..}…</w:t>
      </w:r>
    </w:p>
    <w:p>
      <w:r>
        <w:t>...{..}</w:t>
      </w:r>
    </w:p>
    <w:p>
      <w:r>
        <w:t>[…]…</w:t>
      </w:r>
    </w:p>
    <w:p>
      <w:r>
        <w:t>...{….}</w:t>
      </w:r>
    </w:p>
    <w:p>
      <w:r>
        <w:t>[………..]</w:t>
      </w:r>
    </w:p>
    <w:p>
      <w:r>
        <w:t>{……..}</w:t>
      </w:r>
    </w:p>
    <w:p>
      <w:r>
        <w:t>[….] Ah..</w:t>
      </w:r>
    </w:p>
    <w:p>
      <w:r>
        <w:t>...[Yes, they have, I think they have, but ah..]</w:t>
      </w:r>
    </w:p>
    <w:p>
      <w:r>
        <w:t>{…}</w:t>
      </w:r>
    </w:p>
    <w:p>
      <w:r>
        <w:t>[They want to shame us]</w:t>
      </w:r>
    </w:p>
    <w:p>
      <w:r>
        <w:t>{What?}</w:t>
      </w:r>
    </w:p>
    <w:p>
      <w:r>
        <w:t>[They wa..]...</w:t>
      </w:r>
    </w:p>
    <w:p>
      <w:r>
        <w:t>...[The friends sing:</w:t>
      </w:r>
    </w:p>
    <w:p>
      <w:r>
        <w:t>"And purify our hearts to serve You in truth.."]</w:t>
      </w:r>
    </w:p>
    <w:p>
      <w:r>
        <w:t>[If you put, if you paid attention, we opened the book..] - (Someone expounds in the background)</w:t>
      </w:r>
    </w:p>
    <w:p>
      <w:r>
        <w:t>Where do you live?</w:t>
      </w:r>
    </w:p>
    <w:p>
      <w:r>
        <w:t>[I, in Be'er Sheva]</w:t>
      </w:r>
    </w:p>
    <w:p>
      <w:r>
        <w:t>[When we opened Rabbainu's book of prayers, we arrived exactly at the prayer that is, exactly..]</w:t>
      </w:r>
    </w:p>
    <w:p>
      <w:r>
        <w:t>[He studies at Ponevezh]</w:t>
      </w:r>
    </w:p>
    <w:p>
      <w:r>
        <w:t>{…..}</w:t>
      </w:r>
    </w:p>
    <w:p>
      <w:r>
        <w:t>[Exactly about the..]</w:t>
      </w:r>
    </w:p>
    <w:p>
      <w:r>
        <w:t>[He studies at Ponevezh]</w:t>
      </w:r>
    </w:p>
    <w:p>
      <w:r>
        <w:t>[About this time and about the essence]</w:t>
      </w:r>
    </w:p>
    <w:p>
      <w:r>
        <w:t>Ponevezh?</w:t>
      </w:r>
    </w:p>
    <w:p>
      <w:r>
        <w:t>[About the.., the everyday, therefore ….. every person, if he merits to reach a certain place, or..] [A blessing for a match]</w:t>
      </w:r>
    </w:p>
    <w:p>
      <w:r>
        <w:t>[To a certain Jew]</w:t>
      </w:r>
    </w:p>
    <w:p>
      <w:r>
        <w:t>[A match]</w:t>
      </w:r>
    </w:p>
    <w:p>
      <w:r>
        <w:t>[It is presumably that the Holy One, blessed be He, wants..]</w:t>
      </w:r>
    </w:p>
    <w:p>
      <w:r>
        <w:t>{The Holy One, blessed be He, wants him to be what?}</w:t>
      </w:r>
    </w:p>
    <w:p>
      <w:r>
        <w:t>[If the rabbi farg..]</w:t>
      </w:r>
    </w:p>
    <w:p>
      <w:r>
        <w:t>{……. and a match ……}</w:t>
      </w:r>
    </w:p>
    <w:p>
      <w:r>
        <w:t>[[Amen]]</w:t>
      </w:r>
    </w:p>
    <w:p>
      <w:r>
        <w:t>[..Not by the power of the desire that took effect, but from..]</w:t>
      </w:r>
    </w:p>
    <w:p>
      <w:r>
        <w:t>And great sons, great, Torah greats</w:t>
      </w:r>
    </w:p>
    <w:p>
      <w:r>
        <w:t>[[Amen]]</w:t>
      </w:r>
    </w:p>
    <w:p>
      <w:r>
        <w:t>{…}</w:t>
      </w:r>
    </w:p>
    <w:p>
      <w:r>
        <w:t>[Saba, that we should merit always to be happy]</w:t>
      </w:r>
    </w:p>
    <w:p>
      <w:r>
        <w:t>Eh?</w:t>
      </w:r>
    </w:p>
    <w:p>
      <w:r>
        <w:t>[That we should merit always to be only happy]</w:t>
      </w:r>
    </w:p>
    <w:p>
      <w:r>
        <w:t>That we should merit always to be..</w:t>
      </w:r>
    </w:p>
    <w:p>
      <w:r>
        <w:t>[Always, that we should merit always to be joyful]</w:t>
      </w:r>
    </w:p>
    <w:p>
      <w:r>
        <w:t>Ho, amen</w:t>
      </w:r>
    </w:p>
    <w:p>
      <w:r>
        <w:t>[Amen, only with joy]</w:t>
      </w:r>
    </w:p>
    <w:p>
      <w:r>
        <w:t>[………]</w:t>
      </w:r>
    </w:p>
    <w:p>
      <w:r>
        <w:t>{…….}</w:t>
      </w:r>
    </w:p>
    <w:p>
      <w:r>
        <w:t>[Boaz]</w:t>
      </w:r>
    </w:p>
    <w:p>
      <w:r>
        <w:t>Boaz</w:t>
      </w:r>
    </w:p>
    <w:p>
      <w:r>
        <w:t>[….Saba will see …..]</w:t>
      </w:r>
    </w:p>
    <w:p>
      <w:r>
        <w:t>{…..}</w:t>
      </w:r>
    </w:p>
    <w:p>
      <w:r>
        <w:t>[…….]</w:t>
      </w:r>
    </w:p>
    <w:p>
      <w:r>
        <w:t>[Ah, perhaps, so that it will be a little understandable to you, excuse me]</w:t>
      </w:r>
    </w:p>
    <w:p>
      <w:r>
        <w:t>[Already since Shabbos..]</w:t>
      </w:r>
    </w:p>
    <w:p>
      <w:r>
        <w:t>"You are children to Hashem your God"</w:t>
      </w:r>
    </w:p>
    <w:p>
      <w:r>
        <w:t>[Yes]</w:t>
      </w:r>
    </w:p>
    <w:p>
      <w:r>
        <w:t>[Only to life, only to life, when one comes to the tzaddikim..]</w:t>
      </w:r>
    </w:p>
    <w:p>
      <w:r>
        <w:t>{….} And all of us need Rabbainu Hakadosh</w:t>
      </w:r>
    </w:p>
    <w:p>
      <w:r>
        <w:t>[In any case..]</w:t>
      </w:r>
    </w:p>
    <w:p>
      <w:r>
        <w:t>All the scholars and all the geniuses and all the great ones, they all need Rabbainu Hakadosh</w:t>
      </w:r>
    </w:p>
    <w:p>
      <w:r>
        <w:t>[…]</w:t>
      </w:r>
    </w:p>
    <w:p>
      <w:r>
        <w:t>{He, he is above everyone}, that they should understand what he brings.., revealed to.. us</w:t>
      </w:r>
    </w:p>
    <w:p>
      <w:r>
        <w:t>[Right]</w:t>
      </w:r>
    </w:p>
    <w:p>
      <w:r>
        <w:t>What he does with us</w:t>
      </w:r>
    </w:p>
    <w:p>
      <w:r>
        <w:t>[Right]</w:t>
      </w:r>
    </w:p>
    <w:p>
      <w:r>
        <w:t>[In practice..]</w:t>
      </w:r>
    </w:p>
    <w:p>
      <w:r>
        <w:t>He gives over his soul for us and on our behalf</w:t>
      </w:r>
    </w:p>
    <w:p>
      <w:r>
        <w:t>[To save our souls]</w:t>
      </w:r>
    </w:p>
    <w:p>
      <w:r>
        <w:t>He.., what?, such a thing has never yet been in the world</w:t>
      </w:r>
    </w:p>
    <w:p>
      <w:r>
        <w:t>Such a holy tzaddik {. .}, who gives his entire life, his entire..</w:t>
      </w:r>
    </w:p>
    <w:p>
      <w:r>
        <w:t>[For us]</w:t>
      </w:r>
    </w:p>
    <w:p>
      <w:r>
        <w:t>Everything to Hashem, blessed be He</w:t>
      </w:r>
    </w:p>
    <w:p>
      <w:r>
        <w:t>[Brings our hearts close to Hashem, blessed be He]</w:t>
      </w:r>
    </w:p>
    <w:p>
      <w:r>
        <w:t>[All right, peace to you, all the best, be healthy, blessing and success and good tidings, salvations and consolations]</w:t>
      </w:r>
    </w:p>
    <w:p>
      <w:r>
        <w:t>{Ah..}</w:t>
      </w:r>
    </w:p>
    <w:p>
      <w:r>
        <w:t>[….. or what?]</w:t>
      </w:r>
    </w:p>
    <w:p>
      <w:r>
        <w:t>[….]</w:t>
      </w:r>
    </w:p>
    <w:p>
      <w:r>
        <w:t>[Eh?]</w:t>
      </w:r>
    </w:p>
    <w:p>
      <w:r>
        <w:t>Who, who invited me for Shabbos? Who? {..} There is someone who asked</w:t>
      </w:r>
    </w:p>
    <w:p>
      <w:r>
        <w:t>[Yes, yes]</w:t>
      </w:r>
    </w:p>
    <w:p>
      <w:r>
        <w:t>And invited me..</w:t>
      </w:r>
    </w:p>
    <w:p>
      <w:r>
        <w:t>[Yes, yes]</w:t>
      </w:r>
    </w:p>
    <w:p>
      <w:r>
        <w:t>For Shabbos</w:t>
      </w:r>
    </w:p>
    <w:p>
      <w:r>
        <w:t>[Yes]</w:t>
      </w:r>
    </w:p>
    <w:p>
      <w:r>
        <w:t>Who is it?</w:t>
      </w:r>
    </w:p>
    <w:p>
      <w:r>
        <w:t>[Here he is, here]</w:t>
      </w:r>
    </w:p>
    <w:p>
      <w:r>
        <w:t>[Here I am]</w:t>
      </w:r>
    </w:p>
    <w:p>
      <w:r>
        <w:t>[Oh]</w:t>
      </w:r>
    </w:p>
    <w:p>
      <w:r>
        <w:t>[Here]</w:t>
      </w:r>
    </w:p>
    <w:p>
      <w:r>
        <w:t>[Oh, here, Shabbos has arrived, praised be His Name forever]</w:t>
      </w:r>
    </w:p>
    <w:p>
      <w:r>
        <w:t>[Slowly, slowly, everything arrives in its proper time and at its appointed time]</w:t>
      </w:r>
    </w:p>
    <w:p>
      <w:r>
        <w:t>[Everything is fr.. from Hashem, blessed be He]</w:t>
      </w:r>
    </w:p>
    <w:p>
      <w:r>
        <w:t>Where does he live?</w:t>
      </w:r>
    </w:p>
    <w:p>
      <w:r>
        <w:t>[Ramat Gan]</w:t>
      </w:r>
    </w:p>
    <w:p>
      <w:r>
        <w:t>[I live in Ramat Gan, your honor]</w:t>
      </w:r>
    </w:p>
    <w:p>
      <w:r>
        <w:t>Ramat Gan</w:t>
      </w:r>
    </w:p>
    <w:p>
      <w:r>
        <w:t>[Yes, Saba, will you come to us?]</w:t>
      </w:r>
    </w:p>
    <w:p>
      <w:r>
        <w:t>Do you have a room for me?</w:t>
      </w:r>
    </w:p>
    <w:p>
      <w:r>
        <w:t>[A special room, special]</w:t>
      </w:r>
    </w:p>
    <w:p>
      <w:r>
        <w:t>[There is a room, there is]</w:t>
      </w:r>
    </w:p>
    <w:p>
      <w:r>
        <w:t>[There is a room]</w:t>
      </w:r>
    </w:p>
    <w:p>
      <w:r>
        <w:t>Yes</w:t>
      </w:r>
    </w:p>
    <w:p>
      <w:r>
        <w:t>[Here, he knows the house; every Sunday he comes to us for a lesson]</w:t>
      </w:r>
    </w:p>
    <w:p>
      <w:r>
        <w:t>[Saba, i..]</w:t>
      </w:r>
    </w:p>
    <w:p>
      <w:r>
        <w:t>[You will also come to us..]</w:t>
      </w:r>
    </w:p>
    <w:p>
      <w:r>
        <w:t>[Wait, wait, I will tell him]</w:t>
      </w:r>
    </w:p>
    <w:p>
      <w:r>
        <w:t>[With Hashem's help, we will serve him together]</w:t>
      </w:r>
    </w:p>
    <w:p>
      <w:r>
        <w:t>[Saba, in his house, there is.. there is every Sunday a lesson in Rabbainu's book "Likutei Moharan"] Yes?</w:t>
      </w:r>
    </w:p>
    <w:p>
      <w:r>
        <w:t>[Yes, I come]</w:t>
      </w:r>
    </w:p>
    <w:p>
      <w:r>
        <w:t>[Yes, yes]</w:t>
      </w:r>
    </w:p>
    <w:p>
      <w:r>
        <w:t>Oh..</w:t>
      </w:r>
    </w:p>
    <w:p>
      <w:r>
        <w:t>[He has a great merit, great]</w:t>
      </w:r>
    </w:p>
    <w:p>
      <w:r>
        <w:t>Yes</w:t>
      </w:r>
    </w:p>
    <w:p>
      <w:r>
        <w:t>[How great?]</w:t>
      </w:r>
    </w:p>
    <w:p>
      <w:r>
        <w:t>In this merit we have life</w:t>
      </w:r>
    </w:p>
    <w:p>
      <w:r>
        <w:t>[Right]</w:t>
      </w:r>
    </w:p>
    <w:p>
      <w:r>
        <w:t>And we have Torah</w:t>
      </w:r>
    </w:p>
    <w:p>
      <w:r>
        <w:t>[Right]</w:t>
      </w:r>
    </w:p>
    <w:p>
      <w:r>
        <w:t>And we have Hashem, blessed be He {...}</w:t>
      </w:r>
    </w:p>
    <w:p>
      <w:r>
        <w:t>[Right]</w:t>
      </w:r>
    </w:p>
    <w:p>
      <w:r>
        <w:t>This is the honor of Hashem, blessed be He, what? Such a thing has never yet been, and it is completely new</w:t>
      </w:r>
    </w:p>
    <w:p>
      <w:r>
        <w:t>[Nu, for us]</w:t>
      </w:r>
    </w:p>
    <w:p>
      <w:r>
        <w:t>For us</w:t>
      </w:r>
    </w:p>
    <w:p>
      <w:r>
        <w:t>[Saba, if Saba comes for Shabbos, on Motzaei Shabbos there is a lesson in the house]</w:t>
      </w:r>
    </w:p>
    <w:p>
      <w:r>
        <w:t>Yes..</w:t>
      </w:r>
    </w:p>
    <w:p>
      <w:r>
        <w:t>[In "Likutei Moharan"]</w:t>
      </w:r>
    </w:p>
    <w:p>
      <w:r>
        <w:t>Good, blessed is Hashem</w:t>
      </w:r>
    </w:p>
    <w:p>
      <w:r>
        <w:t>[Saba, do you remember Yaakov Holzberg?]</w:t>
      </w:r>
    </w:p>
    <w:p>
      <w:r>
        <w:t>{..}</w:t>
      </w:r>
    </w:p>
    <w:p>
      <w:r>
        <w:t>[Yaakov, Saba, do you remember?]</w:t>
      </w:r>
    </w:p>
    <w:p>
      <w:r>
        <w:t>[Holzberg also comes to us]</w:t>
      </w:r>
    </w:p>
    <w:p>
      <w:r>
        <w:t>[Yaakov Holzberg, he also comes to the lesson]</w:t>
      </w:r>
    </w:p>
    <w:p>
      <w:r>
        <w:t>Yes?</w:t>
      </w:r>
    </w:p>
    <w:p>
      <w:r>
        <w:t>[Yes]</w:t>
      </w:r>
    </w:p>
    <w:p>
      <w:r>
        <w:t>Good</w:t>
      </w:r>
    </w:p>
    <w:p>
      <w:r>
        <w:t>[If only]</w:t>
      </w:r>
    </w:p>
    <w:p>
      <w:r>
        <w:t>[Every Motzaei Shabbos]</w:t>
      </w:r>
    </w:p>
    <w:p>
      <w:r>
        <w:t>[That he should give us the car]</w:t>
      </w:r>
    </w:p>
    <w:p>
      <w:r>
        <w:t>Yes?</w:t>
      </w:r>
    </w:p>
    <w:p>
      <w:r>
        <w:t>[Yes]</w:t>
      </w:r>
    </w:p>
    <w:p>
      <w:r>
        <w:t>Blessed is Hashem</w:t>
      </w:r>
    </w:p>
    <w:p>
      <w:r>
        <w:t>[So Saba is coming for Shabbos]</w:t>
      </w:r>
    </w:p>
    <w:p>
      <w:r>
        <w:t>When I merit to hear this, just to hear this</w:t>
      </w:r>
    </w:p>
    <w:p>
      <w:r>
        <w:t>[Good things]</w:t>
      </w:r>
    </w:p>
    <w:p>
      <w:r>
        <w:t>What is this? This is the redemption and this is all our vitality and all the salvations</w:t>
      </w:r>
    </w:p>
    <w:p>
      <w:r>
        <w:t>[Right, that in this merit we will receive our righteous Moshiach]</w:t>
      </w:r>
    </w:p>
    <w:p>
      <w:r>
        <w:t>[[[Amen]]]</w:t>
      </w:r>
    </w:p>
    <w:p>
      <w:r>
        <w:t>[All right]</w:t>
      </w:r>
    </w:p>
    <w:p>
      <w:r>
        <w:t>[So Saba is coming to us for Shabbos?]</w:t>
      </w:r>
    </w:p>
    <w:p>
      <w:r>
        <w:t>Eh?</w:t>
      </w:r>
    </w:p>
    <w:p>
      <w:r>
        <w:t>[Saba is coming to us for Shabbos?]</w:t>
      </w:r>
    </w:p>
    <w:p>
      <w:r>
        <w:t>{….}, I need..</w:t>
      </w:r>
    </w:p>
    <w:p>
      <w:r>
        <w:t>[An address]</w:t>
      </w:r>
    </w:p>
    <w:p>
      <w:r>
        <w:t>[An address]</w:t>
      </w:r>
    </w:p>
    <w:p>
      <w:r>
        <w:t>[A place]</w:t>
      </w:r>
    </w:p>
    <w:p>
      <w:r>
        <w:t>What.. what.. to receive it, to receive me</w:t>
      </w:r>
    </w:p>
    <w:p>
      <w:r>
        <w:t>[Yes]</w:t>
      </w:r>
    </w:p>
    <w:p>
      <w:r>
        <w:t>I cannot walk</w:t>
      </w:r>
    </w:p>
    <w:p>
      <w:r>
        <w:t>[Yes]</w:t>
      </w:r>
    </w:p>
    <w:p>
      <w:r>
        <w:t>I cannot, fr.. from here to here, even one step I cannot</w:t>
      </w:r>
    </w:p>
    <w:p>
      <w:r>
        <w:t>[We will help Saba, with everything that is needed]</w:t>
      </w:r>
    </w:p>
    <w:p>
      <w:r>
        <w:t>If you want me to.., to invite me for Shabbos</w:t>
      </w:r>
    </w:p>
    <w:p>
      <w:r>
        <w:t>[Yes]</w:t>
      </w:r>
    </w:p>
    <w:p>
      <w:r>
        <w:t>They need to come and receive me</w:t>
      </w:r>
    </w:p>
    <w:p>
      <w:r>
        <w:t>[All right, yes, yes]</w:t>
      </w:r>
    </w:p>
    <w:p>
      <w:r>
        <w:t>And we will go</w:t>
      </w:r>
    </w:p>
    <w:p>
      <w:r>
        <w:t>[Yes, yes.. Uri..]</w:t>
      </w:r>
    </w:p>
    <w:p>
      <w:r>
        <w:t>[He needs diapers, how is that..?]</w:t>
      </w:r>
    </w:p>
    <w:p>
      <w:r>
        <w:t>[….]...</w:t>
      </w:r>
    </w:p>
    <w:p>
      <w:r>
        <w:t>[Yes]</w:t>
      </w:r>
    </w:p>
    <w:p>
      <w:r>
        <w:t>Ah, someone gave me a new car as a gift</w:t>
      </w:r>
    </w:p>
    <w:p>
      <w:r>
        <w:t>[Yes, the yellow one]</w:t>
      </w:r>
    </w:p>
    <w:p>
      <w:r>
        <w:t>[So wait, ah, who, who will drive him?]</w:t>
      </w:r>
    </w:p>
    <w:p>
      <w:r>
        <w:t>[Give him ….]</w:t>
      </w:r>
    </w:p>
    <w:p>
      <w:r>
        <w:t>I can.. ah.. ah..</w:t>
      </w:r>
    </w:p>
    <w:p>
      <w:r>
        <w:t>[… can give me an instruction…]</w:t>
      </w:r>
    </w:p>
    <w:p>
      <w:r>
        <w:t>[He does not want]</w:t>
      </w:r>
    </w:p>
    <w:p>
      <w:r>
        <w:t>[No, this is not going to be, ah..]</w:t>
      </w:r>
    </w:p>
    <w:p>
      <w:r>
        <w:t>It is my car</w:t>
      </w:r>
    </w:p>
    <w:p>
      <w:r>
        <w:t>[{Attached to him?}]</w:t>
      </w:r>
    </w:p>
    <w:p>
      <w:r>
        <w:t>[…..]</w:t>
      </w:r>
    </w:p>
    <w:p>
      <w:r>
        <w:t>It is my car and my fuel, so I will go {to their place}</w:t>
      </w:r>
    </w:p>
    <w:p>
      <w:r>
        <w:t>But I cannot, cannot move from here to here</w:t>
      </w:r>
    </w:p>
    <w:p>
      <w:r>
        <w:t>[Ask him when he wants]</w:t>
      </w:r>
    </w:p>
    <w:p>
      <w:r>
        <w:t>[When do you want? Do you want this Shabbos?]</w:t>
      </w:r>
    </w:p>
    <w:p>
      <w:r>
        <w:t>{..}</w:t>
      </w:r>
    </w:p>
    <w:p>
      <w:r>
        <w:t>[The coming one?]</w:t>
      </w:r>
    </w:p>
    <w:p>
      <w:r>
        <w:t>Shab.., eh?</w:t>
      </w:r>
    </w:p>
    <w:p>
      <w:r>
        <w:t>[Shabbos..?]</w:t>
      </w:r>
    </w:p>
    <w:p>
      <w:r>
        <w:t>Whenever you want</w:t>
      </w:r>
    </w:p>
    <w:p>
      <w:r>
        <w:t>[So now we want]</w:t>
      </w:r>
    </w:p>
    <w:p>
      <w:r>
        <w:t>Whenever you want, I do not know anything</w:t>
      </w:r>
    </w:p>
    <w:p>
      <w:r>
        <w:t>If, if, if you come to receive me, I will go</w:t>
      </w:r>
    </w:p>
    <w:p>
      <w:r>
        <w:t>[Yes]</w:t>
      </w:r>
    </w:p>
    <w:p>
      <w:r>
        <w:t>{We ...}</w:t>
      </w:r>
    </w:p>
    <w:p>
      <w:r>
        <w:t>[Will we take Saba now, today?]</w:t>
      </w:r>
    </w:p>
    <w:p>
      <w:r>
        <w:t>To merit, to hear "Likutei Moharan," what it is—what a salvation it is, what a healing and what a..</w:t>
      </w:r>
    </w:p>
    <w:p>
      <w:r>
        <w:t>It is all our rectification and our Yiddishkeit; it is everything, it is all fear of Heaven and faith and repentance</w:t>
      </w:r>
    </w:p>
    <w:p>
      <w:r>
        <w:t>And everything {that we merit} is for the good in each and every utterance</w:t>
      </w:r>
    </w:p>
    <w:p>
      <w:r>
        <w:t>[So Saba is coming to us now?]</w:t>
      </w:r>
    </w:p>
    <w:p>
      <w:r>
        <w:t>Such a thing has never yet been in the world; now it has been revealed to us, {..} ah..</w:t>
      </w:r>
    </w:p>
    <w:p>
      <w:r>
        <w:t>[He is speaking about the redemption]</w:t>
      </w:r>
    </w:p>
    <w:p>
      <w:r>
        <w:t>A wonder, such an awesome wonder, that it is all our vitality and our salvation, {…}</w:t>
      </w:r>
    </w:p>
    <w:p>
      <w:r>
        <w:t>[Everything…..]</w:t>
      </w:r>
    </w:p>
    <w:p>
      <w:r>
        <w:t>Everything, everything, everything that is needed, everything {…}…</w:t>
      </w:r>
    </w:p>
    <w:p>
      <w:r>
        <w:t>[..everything is ready]</w:t>
      </w:r>
    </w:p>
    <w:p>
      <w:r>
        <w:t>[Do you want to travel? I will stay; shall I bring him?]</w:t>
      </w:r>
    </w:p>
    <w:p>
      <w:r>
        <w:t>[….…]</w:t>
      </w:r>
    </w:p>
    <w:p>
      <w:r>
        <w:t>[…….]</w:t>
      </w:r>
    </w:p>
    <w:p>
      <w:r>
        <w:t>[Yes, what is this ……..]</w:t>
      </w:r>
    </w:p>
    <w:p>
      <w:r>
        <w:t>[….…]…</w:t>
      </w:r>
    </w:p>
    <w:p>
      <w:r>
        <w:t>...[……]…</w:t>
      </w:r>
    </w:p>
    <w:p>
      <w:r>
        <w:t>...I have a car</w:t>
      </w:r>
    </w:p>
    <w:p>
      <w:r>
        <w:t>[Oh, blessed is Hashem, so here, so he understands us well]</w:t>
      </w:r>
    </w:p>
    <w:p>
      <w:r>
        <w:t>[What did you think?]</w:t>
      </w:r>
    </w:p>
    <w:p>
      <w:r>
        <w:t>A car, a new car, a new car</w:t>
      </w:r>
    </w:p>
    <w:p>
      <w:r>
        <w:t>[A new car]</w:t>
      </w:r>
    </w:p>
    <w:p>
      <w:r>
        <w:t>Whenever you want, I am ready..</w:t>
      </w:r>
    </w:p>
    <w:p>
      <w:r>
        <w:t>[Oh]</w:t>
      </w:r>
    </w:p>
    <w:p>
      <w:r>
        <w:t>{...}, to come</w:t>
      </w:r>
    </w:p>
    <w:p>
      <w:r>
        <w:t>[All right, so who, who drives to Yerushalayim?]…</w:t>
      </w:r>
    </w:p>
    <w:p>
      <w:r>
        <w:t>…{to prepare everything}, and..</w:t>
      </w:r>
    </w:p>
    <w:p>
      <w:r>
        <w:t>[We are traveling]</w:t>
      </w:r>
    </w:p>
    <w:p>
      <w:r>
        <w:t>And we will travel</w:t>
      </w:r>
    </w:p>
    <w:p>
      <w:r>
        <w:t>[…….]</w:t>
      </w:r>
    </w:p>
    <w:p>
      <w:r>
        <w:t>[Does he have a license?]</w:t>
      </w:r>
    </w:p>
    <w:p>
      <w:r>
        <w:t>Even..</w:t>
      </w:r>
    </w:p>
    <w:p>
      <w:r>
        <w:t>[A license?]</w:t>
      </w:r>
    </w:p>
    <w:p>
      <w:r>
        <w:t>[A license]</w:t>
      </w:r>
    </w:p>
    <w:p>
      <w:r>
        <w:t>[He has one, what is the problem?]</w:t>
      </w:r>
    </w:p>
    <w:p>
      <w:r>
        <w:t>[Who?]</w:t>
      </w:r>
    </w:p>
    <w:p>
      <w:r>
        <w:t>[…]</w:t>
      </w:r>
    </w:p>
    <w:p>
      <w:r>
        <w:t>[So, home]</w:t>
      </w:r>
    </w:p>
    <w:p>
      <w:r>
        <w:t>[What, I will not take Saba's?]</w:t>
      </w:r>
    </w:p>
    <w:p>
      <w:r>
        <w:t>[Yes, what …….]</w:t>
      </w:r>
    </w:p>
    <w:p>
      <w:r>
        <w:t>[What is the problem? What, what..?]</w:t>
      </w:r>
    </w:p>
    <w:p>
      <w:r>
        <w:t>[All right]</w:t>
      </w:r>
    </w:p>
    <w:p>
      <w:r>
        <w:t>[What, I cannot drive? My brother, whoever has a license dr.. dr.. drives the car, what is the problem?]</w:t>
      </w:r>
    </w:p>
    <w:p>
      <w:r>
        <w:t>A driver, one needs to know</w:t>
      </w:r>
    </w:p>
    <w:p>
      <w:r>
        <w:t>[We are not going touring with it..]</w:t>
      </w:r>
    </w:p>
    <w:p>
      <w:r>
        <w:t>A driver</w:t>
      </w:r>
    </w:p>
    <w:p>
      <w:r>
        <w:t>[They take him where he needs to go]</w:t>
      </w:r>
    </w:p>
    <w:p>
      <w:r>
        <w:t>That it should be..</w:t>
      </w:r>
    </w:p>
    <w:p>
      <w:r>
        <w:t>[Tell him that you are involved]</w:t>
      </w:r>
    </w:p>
    <w:p>
      <w:r>
        <w:t>That he should take us</w:t>
      </w:r>
    </w:p>
    <w:p>
      <w:r>
        <w:t>[How?]</w:t>
      </w:r>
    </w:p>
    <w:p>
      <w:r>
        <w:t>[Tell him that you are..]</w:t>
      </w:r>
    </w:p>
    <w:p>
      <w:r>
        <w:t>A driver</w:t>
      </w:r>
    </w:p>
    <w:p>
      <w:r>
        <w:t>[I am a driver, I am a driver]</w:t>
      </w:r>
    </w:p>
    <w:p>
      <w:r>
        <w:t>But there is a new car</w:t>
      </w:r>
    </w:p>
    <w:p>
      <w:r>
        <w:t>[Yes]</w:t>
      </w:r>
    </w:p>
    <w:p>
      <w:r>
        <w:t>[All right]</w:t>
      </w:r>
    </w:p>
    <w:p>
      <w:r>
        <w:t>[Tell him, he fell asleep, tell him]</w:t>
      </w:r>
    </w:p>
    <w:p>
      <w:r>
        <w:t>[Nu, what..]</w:t>
      </w:r>
    </w:p>
    <w:p>
      <w:r>
        <w:t>[Saba, but who will drive? Who will drive the car?]</w:t>
      </w:r>
    </w:p>
    <w:p>
      <w:r>
        <w:t>Eh?</w:t>
      </w:r>
    </w:p>
    <w:p>
      <w:r>
        <w:t>[Who will drive the car]</w:t>
      </w:r>
    </w:p>
    <w:p>
      <w:r>
        <w:t>[Tell him that you drive slowly, perhaps….]</w:t>
      </w:r>
    </w:p>
    <w:p>
      <w:r>
        <w:t>I do not know</w:t>
      </w:r>
    </w:p>
    <w:p>
      <w:r>
        <w:t>[Ah, ah]</w:t>
      </w:r>
    </w:p>
    <w:p>
      <w:r>
        <w:t>I do not know</w:t>
      </w:r>
    </w:p>
    <w:p>
      <w:r>
        <w:t>[Tell him that there is..]</w:t>
      </w:r>
    </w:p>
    <w:p>
      <w:r>
        <w:t>[Wait, but drivers take him to Yerushalayim..]</w:t>
      </w:r>
    </w:p>
    <w:p>
      <w:r>
        <w:t>I, I had {someone else}</w:t>
      </w:r>
    </w:p>
    <w:p>
      <w:r>
        <w:t>[You are traveling to Yerushalayim, today..]</w:t>
      </w:r>
    </w:p>
    <w:p>
      <w:r>
        <w:t>[Ah, you will take him]</w:t>
      </w:r>
    </w:p>
    <w:p>
      <w:r>
        <w:t>That I have..</w:t>
      </w:r>
    </w:p>
    <w:p>
      <w:r>
        <w:t>[H.. here, here is Menachem]</w:t>
      </w:r>
    </w:p>
    <w:p>
      <w:r>
        <w:t>[Yes]</w:t>
      </w:r>
    </w:p>
    <w:p>
      <w:r>
        <w:t>[..to Yerushalayim, and from Yerushalayim to Ramat Gan, that is all]</w:t>
      </w:r>
    </w:p>
    <w:p>
      <w:r>
        <w:t>[Yes, yes]</w:t>
      </w:r>
    </w:p>
    <w:p>
      <w:r>
        <w:t>I have a car, I have a car</w:t>
      </w:r>
    </w:p>
    <w:p>
      <w:r>
        <w:t>[No, Saba, I am asking, who will drive?]</w:t>
      </w:r>
    </w:p>
    <w:p>
      <w:r>
        <w:t>Whenever you want</w:t>
      </w:r>
    </w:p>
    <w:p>
      <w:r>
        <w:t>[Here is the driver, here is the driver……..]</w:t>
      </w:r>
    </w:p>
    <w:p>
      <w:r>
        <w:t>I am ready to come</w:t>
      </w:r>
    </w:p>
    <w:p>
      <w:r>
        <w:t>[Here, oh]</w:t>
      </w:r>
    </w:p>
    <w:p>
      <w:r>
        <w:t>[No, Saba, I asked who will drive?]</w:t>
      </w:r>
    </w:p>
    <w:p>
      <w:r>
        <w:t>[Menachem..]</w:t>
      </w:r>
    </w:p>
    <w:p>
      <w:r>
        <w:t>[Who will drive, who will travel, who will drive the car?]</w:t>
      </w:r>
    </w:p>
    <w:p>
      <w:r>
        <w:t>I know.., do not know</w:t>
      </w:r>
    </w:p>
    <w:p>
      <w:r>
        <w:t>[Menachem?]</w:t>
      </w:r>
    </w:p>
    <w:p>
      <w:r>
        <w:t>Ah, eh? Menachem w..</w:t>
      </w:r>
    </w:p>
    <w:p>
      <w:r>
        <w:t>[Oh, Menachem, here, oh, Menachem has arrived]</w:t>
      </w:r>
    </w:p>
    <w:p>
      <w:r>
        <w:t>Good, yes</w:t>
      </w:r>
    </w:p>
    <w:p>
      <w:r>
        <w:t>[Menachem..]</w:t>
      </w:r>
    </w:p>
    <w:p>
      <w:r>
        <w:t>Menachem knows</w:t>
      </w:r>
    </w:p>
    <w:p>
      <w:r>
        <w:t>[I arrived now, good morning, I am Menachem]</w:t>
      </w:r>
    </w:p>
    <w:p>
      <w:r>
        <w:t>You will come take them whenever they want</w:t>
      </w:r>
    </w:p>
    <w:p>
      <w:r>
        <w:t>[Yes]</w:t>
      </w:r>
    </w:p>
    <w:p>
      <w:r>
        <w:t>The car, his car, {…} it is new</w:t>
      </w:r>
    </w:p>
    <w:p>
      <w:r>
        <w:t>[What a "Shabbos" awaits us]</w:t>
      </w:r>
    </w:p>
    <w:p>
      <w:r>
        <w:t>He..</w:t>
      </w:r>
    </w:p>
    <w:p>
      <w:r>
        <w:t>[[…...……]]</w:t>
      </w:r>
    </w:p>
    <w:p>
      <w:r>
        <w:t>He is the driver</w:t>
      </w:r>
    </w:p>
    <w:p>
      <w:r>
        <w:t>[Oy, what a "Shabbos"]</w:t>
      </w:r>
    </w:p>
    <w:p>
      <w:r>
        <w:t>[This one, a big gun, this one]</w:t>
      </w:r>
    </w:p>
    <w:p>
      <w:r>
        <w:t>[What? He.. he did not feel well? In Uman he did not feel well, right?</w:t>
      </w:r>
    </w:p>
    <w:p>
      <w:r>
        <w:t>In Uman he did not feel so well, right?]</w:t>
      </w:r>
    </w:p>
    <w:p>
      <w:r>
        <w:t>[Do you know the "Saba"?]</w:t>
      </w:r>
    </w:p>
    <w:p>
      <w:r>
        <w:t>[I do not know]</w:t>
      </w:r>
    </w:p>
    <w:p>
      <w:r>
        <w:t>[No, meaning this, in Uman..]</w:t>
      </w:r>
    </w:p>
    <w:p>
      <w:r>
        <w:t>[Apparently, apparently]</w:t>
      </w:r>
    </w:p>
    <w:p>
      <w:r>
        <w:t>[Saba is coming to them for Shabbos]</w:t>
      </w:r>
    </w:p>
    <w:p>
      <w:r>
        <w:t>[Eh?]...</w:t>
      </w:r>
    </w:p>
    <w:p>
      <w:r>
        <w:t>{…}...</w:t>
      </w:r>
    </w:p>
    <w:p>
      <w:r>
        <w:t>[..…]</w:t>
      </w:r>
    </w:p>
    <w:p>
      <w:r>
        <w:t>And I am ready {..} to travel wherever you want</w:t>
      </w:r>
    </w:p>
    <w:p>
      <w:r>
        <w:t>I have, I have nothing, but the holy Rabbainu illuminates for each person what he needs</w:t>
      </w:r>
    </w:p>
    <w:p>
      <w:r>
        <w:t>All the rectifications and all the salvations and all the deliverances, the holy Rabbainu</w:t>
      </w:r>
    </w:p>
    <w:p>
      <w:r>
        <w:t>[…...]</w:t>
      </w:r>
    </w:p>
    <w:p>
      <w:r>
        <w:t>He..</w:t>
      </w:r>
    </w:p>
    <w:p>
      <w:r>
        <w:t>[Say shalom to him]</w:t>
      </w:r>
    </w:p>
    <w:p>
      <w:r>
        <w:t>Conquered the whole world</w:t>
      </w:r>
    </w:p>
    <w:p>
      <w:r>
        <w:t>[Gadi]</w:t>
      </w:r>
    </w:p>
    <w:p>
      <w:r>
        <w:t>[All the best]</w:t>
      </w:r>
    </w:p>
    <w:p>
      <w:r>
        <w:t>And he..</w:t>
      </w:r>
    </w:p>
    <w:p>
      <w:r>
        <w:t>[Gut Shabbos, all the best]</w:t>
      </w:r>
    </w:p>
    <w:p>
      <w:r>
        <w:t>[Is Saba coming?]</w:t>
      </w:r>
    </w:p>
    <w:p>
      <w:r>
        <w:t>[Eh?]</w:t>
      </w:r>
    </w:p>
    <w:p>
      <w:r>
        <w:t>[Coming]</w:t>
      </w:r>
    </w:p>
    <w:p>
      <w:r>
        <w:t>[…]</w:t>
      </w:r>
    </w:p>
    <w:p>
      <w:r>
        <w:t>And he learns with you and with him and with, and with..</w:t>
      </w:r>
    </w:p>
    <w:p>
      <w:r>
        <w:t>[All of us]</w:t>
      </w:r>
    </w:p>
    <w:p>
      <w:r>
        <w:t>Each one, he teaches him through his Torah, to each one what he needs</w:t>
      </w:r>
    </w:p>
    <w:p>
      <w:r>
        <w:t>[What he needs]</w:t>
      </w:r>
    </w:p>
    <w:p>
      <w:r>
        <w:t>Yes</w:t>
      </w:r>
    </w:p>
    <w:p>
      <w:r>
        <w:t>[What he needs]</w:t>
      </w:r>
    </w:p>
    <w:p>
      <w:r>
        <w:t>Yes, all the deliverances</w:t>
      </w:r>
    </w:p>
    <w:p>
      <w:r>
        <w:t>[Each one receives according to what he needs]</w:t>
      </w:r>
    </w:p>
    <w:p>
      <w:r>
        <w:t>Yes, in every utterance..</w:t>
      </w:r>
    </w:p>
    <w:p>
      <w:r>
        <w:t>[In every..]</w:t>
      </w:r>
    </w:p>
    <w:p>
      <w:r>
        <w:t>Of his</w:t>
      </w:r>
    </w:p>
    <w:p>
      <w:r>
        <w:t>[[[Every utterance]]]</w:t>
      </w:r>
    </w:p>
    <w:p>
      <w:r>
        <w:t>This is such a new thing, which has not yet been in the world, such a wonder</w:t>
      </w:r>
    </w:p>
    <w:p>
      <w:r>
        <w:t>That he can {..} help us</w:t>
      </w:r>
    </w:p>
    <w:p>
      <w:r>
        <w:t>[...]</w:t>
      </w:r>
    </w:p>
    <w:p>
      <w:r>
        <w:t>And he sacrifices his life for us, he {gives, gives} to Hashem Yisborach</w:t>
      </w:r>
    </w:p>
    <w:p>
      <w:r>
        <w:t>Take the sons and take the.., everything, only let me merit to speak some utterance from Rabbainu</w:t>
      </w:r>
    </w:p>
    <w:p>
      <w:r>
        <w:t>This is our salvation</w:t>
      </w:r>
    </w:p>
    <w:p>
      <w:r>
        <w:t>The nations will fall, will fall completely</w:t>
      </w:r>
    </w:p>
    <w:p>
      <w:r>
        <w:t>[With Hashem's help]</w:t>
      </w:r>
    </w:p>
    <w:p>
      <w:r>
        <w:t>Yes</w:t>
      </w:r>
    </w:p>
    <w:p>
      <w:r>
        <w:t>Only {...} we need {..} to make an effort and yearn for every utterance of, of Rabbainu, because every utterance is all our vitality</w:t>
      </w:r>
    </w:p>
    <w:p>
      <w:r>
        <w:t>[For us]</w:t>
      </w:r>
    </w:p>
    <w:p>
      <w:r>
        <w:t>And all our salvation and all our Yiddishkeit, ours and that of all Yisroel</w:t>
      </w:r>
    </w:p>
    <w:p>
      <w:r>
        <w:t>[Everyone, everyone]</w:t>
      </w:r>
    </w:p>
    <w:p>
      <w:r>
        <w:t>[[Amen]]</w:t>
      </w:r>
    </w:p>
    <w:p>
      <w:r>
        <w:t>[All the best, Gut Shabbos]</w:t>
      </w:r>
    </w:p>
    <w:p>
      <w:r>
        <w:t>Gut Shabbos</w:t>
      </w:r>
    </w:p>
    <w:p>
      <w:r>
        <w:t>Fine, whenever you want, you have a car, a car with a driver</w:t>
      </w:r>
    </w:p>
    <w:p>
      <w:r>
        <w:t>{..} Where is Menachem?</w:t>
      </w:r>
    </w:p>
    <w:p>
      <w:r>
        <w:t>[Here, here is Menachem]</w:t>
      </w:r>
    </w:p>
    <w:p>
      <w:r>
        <w:t>[Menachem is here]</w:t>
      </w:r>
    </w:p>
    <w:p>
      <w:r>
        <w:t>Menachem?</w:t>
      </w:r>
    </w:p>
    <w:p>
      <w:r>
        <w:t>[I am here]</w:t>
      </w:r>
    </w:p>
    <w:p>
      <w:r>
        <w:t>[There is a car with a driver]</w:t>
      </w:r>
    </w:p>
    <w:p>
      <w:r>
        <w:t>[I am here]</w:t>
      </w:r>
    </w:p>
    <w:p>
      <w:r>
        <w:t>Th..</w:t>
      </w:r>
    </w:p>
    <w:p>
      <w:r>
        <w:t>[I am here]</w:t>
      </w:r>
    </w:p>
    <w:p>
      <w:r>
        <w:t>The car is yours and you are yours</w:t>
      </w:r>
    </w:p>
    <w:p>
      <w:r>
        <w:t>[What is mine?]</w:t>
      </w:r>
    </w:p>
    <w:p>
      <w:r>
        <w:t>[[The car is yours and you are yours]]</w:t>
      </w:r>
    </w:p>
    <w:p>
      <w:r>
        <w:t>[Saba, Gut Shabbos]</w:t>
      </w:r>
    </w:p>
    <w:p>
      <w:r>
        <w:t>Gut Shabbos</w:t>
      </w:r>
    </w:p>
    <w:p>
      <w:r>
        <w:t>[May we merit true joy]</w:t>
      </w:r>
    </w:p>
    <w:p>
      <w:r>
        <w:t>Amen</w:t>
      </w:r>
    </w:p>
    <w:p>
      <w:r>
        <w:t>[And understanding in Rabbainu's Torah]</w:t>
      </w:r>
    </w:p>
    <w:p>
      <w:r>
        <w:t>The holy Rabbainu is a "son of joy"</w:t>
      </w:r>
    </w:p>
    <w:p>
      <w:r>
        <w:t>[A son of joy, yo]</w:t>
      </w:r>
    </w:p>
    <w:p>
      <w:r>
        <w:t>Rav Shlomo Veksler, he was fr.. from Germany</w:t>
      </w:r>
    </w:p>
    <w:p>
      <w:r>
        <w:t>[Yes]</w:t>
      </w:r>
    </w:p>
    <w:p>
      <w:r>
        <w:t>His father was a rav in Germany</w:t>
      </w:r>
    </w:p>
    <w:p>
      <w:r>
        <w:t>[In Germany]</w:t>
      </w:r>
    </w:p>
    <w:p>
      <w:r>
        <w:t>He was great in Torah and a holy man</w:t>
      </w:r>
    </w:p>
    <w:p>
      <w:r>
        <w:t>[..]</w:t>
      </w:r>
    </w:p>
    <w:p>
      <w:r>
        <w:t>Not like the rabbis of today</w:t>
      </w:r>
    </w:p>
    <w:p>
      <w:r>
        <w:t>[Yes]</w:t>
      </w:r>
    </w:p>
    <w:p>
      <w:r>
        <w:t>[The Bilu'im, Bilu'im]</w:t>
      </w:r>
    </w:p>
    <w:p>
      <w:r>
        <w:t>He walked {..} in the marketplace and saw "Likutei Eitzos" in the shops; he went in</w:t>
      </w:r>
    </w:p>
    <w:p>
      <w:r>
        <w:t>"Oh..”, he saw Rabbainu's "Likutei Eitzos"</w:t>
      </w:r>
    </w:p>
    <w:p>
      <w:r>
        <w:t>[..]</w:t>
      </w:r>
    </w:p>
    <w:p>
      <w:r>
        <w:t>He saw it and said: "The redemption is that all Yisroel will come to Eretz Yisroel" so he came home..</w:t>
      </w:r>
    </w:p>
    <w:p>
      <w:r>
        <w:t>[Avraham, quiet, Avraham]</w:t>
      </w:r>
    </w:p>
    <w:p>
      <w:r>
        <w:t>And said to his father:</w:t>
      </w:r>
    </w:p>
    <w:p>
      <w:r>
        <w:t>"Father, I want to travel to Eretz Yisroel"</w:t>
      </w:r>
    </w:p>
    <w:p>
      <w:r>
        <w:t>"Good.."</w:t>
      </w:r>
    </w:p>
    <w:p>
      <w:r>
        <w:t>[He asked him, where to]</w:t>
      </w:r>
    </w:p>
    <w:p>
      <w:r>
        <w:t>"You want to travel to Eretz Yisroel, take money and go"</w:t>
      </w:r>
    </w:p>
    <w:p>
      <w:r>
        <w:t>[And go, yes]</w:t>
      </w:r>
    </w:p>
    <w:p>
      <w:r>
        <w:t>He came to Eretz Yisroel, and there was a holy gaon here</w:t>
      </w:r>
    </w:p>
    <w:p>
      <w:r>
        <w:t>[Famous]</w:t>
      </w:r>
    </w:p>
    <w:p>
      <w:r>
        <w:t>{..}, he took him as a son-in-law, he was a man, a man..</w:t>
      </w:r>
    </w:p>
    <w:p>
      <w:r>
        <w:t>[Distinguished]</w:t>
      </w:r>
    </w:p>
    <w:p>
      <w:r>
        <w:t>{Rav Shlomo}, Rav Shlomo was {..} a holy man</w:t>
      </w:r>
    </w:p>
    <w:p>
      <w:r>
        <w:t>[Rav Shlomo of Zvhil?]</w:t>
      </w:r>
    </w:p>
    <w:p>
      <w:r>
        <w:t>Rav Shlomo Veksler</w:t>
      </w:r>
    </w:p>
    <w:p>
      <w:r>
        <w:t>[Ah, Veksler]</w:t>
      </w:r>
    </w:p>
    <w:p>
      <w:r>
        <w:t>From Germany</w:t>
      </w:r>
    </w:p>
    <w:p>
      <w:r>
        <w:t>[Yes]</w:t>
      </w:r>
    </w:p>
    <w:p>
      <w:r>
        <w:t>[[………]]</w:t>
      </w:r>
    </w:p>
    <w:p>
      <w:r>
        <w:t>He drew his family {..} in Germany close, and also other people</w:t>
      </w:r>
    </w:p>
    <w:p>
      <w:r>
        <w:t>[To Rabbainu]</w:t>
      </w:r>
    </w:p>
    <w:p>
      <w:r>
        <w:t>{..} To Rabbainu, certainly to Rabbainu</w:t>
      </w:r>
    </w:p>
    <w:p>
      <w:r>
        <w:t>[With Hashem's help..]</w:t>
      </w:r>
    </w:p>
    <w:p>
      <w:r>
        <w:t>He came..</w:t>
      </w:r>
    </w:p>
    <w:p>
      <w:r>
        <w:t>[Saba]</w:t>
      </w:r>
    </w:p>
    <w:p>
      <w:r>
        <w:t>Home, he, he showed his father:</w:t>
      </w:r>
    </w:p>
    <w:p>
      <w:r>
        <w:t>"That every one of Yisroel has to live in Eretz Yisroel"</w:t>
      </w:r>
    </w:p>
    <w:p>
      <w:r>
        <w:t>[Yisroel, a portion]</w:t>
      </w:r>
    </w:p>
    <w:p>
      <w:r>
        <w:t>"I want Eretz Yisroel"</w:t>
      </w:r>
    </w:p>
    <w:p>
      <w:r>
        <w:t>[Yes]</w:t>
      </w:r>
    </w:p>
    <w:p>
      <w:r>
        <w:t>"You want Eretz Yisroel?..”</w:t>
      </w:r>
    </w:p>
    <w:p>
      <w:r>
        <w:t>[Take money]</w:t>
      </w:r>
    </w:p>
    <w:p>
      <w:r>
        <w:t>{…}, "Go and travel"</w:t>
      </w:r>
    </w:p>
    <w:p>
      <w:r>
        <w:t>["On the path a person wants to go, they lead him"</w:t>
      </w:r>
    </w:p>
    <w:p>
      <w:r>
        <w:t>Saba, "On the path a person wants to go, they lead him"]</w:t>
      </w:r>
    </w:p>
    <w:p>
      <w:r>
        <w:t>{…}</w:t>
      </w:r>
    </w:p>
    <w:p>
      <w:r>
        <w:t>[He merited]</w:t>
      </w:r>
    </w:p>
    <w:p>
      <w:r>
        <w:t>[If there is a problem..]</w:t>
      </w:r>
    </w:p>
    <w:p>
      <w:r>
        <w:t>{….}</w:t>
      </w:r>
    </w:p>
    <w:p>
      <w:r>
        <w:t>[…..]</w:t>
      </w:r>
    </w:p>
    <w:p>
      <w:r>
        <w:t>{….}</w:t>
      </w:r>
    </w:p>
    <w:p>
      <w:r>
        <w:t>[There will be someone at home]</w:t>
      </w:r>
    </w:p>
    <w:p>
      <w:r>
        <w:t>He was great in Torah, and I am a completely simple man, and he loved me and learned with me and spoke with me</w:t>
      </w:r>
    </w:p>
    <w:p>
      <w:r>
        <w:t>He gave his entire soul for me</w:t>
      </w:r>
    </w:p>
    <w:p>
      <w:r>
        <w:t>[The merit of Rabbainu]</w:t>
      </w:r>
    </w:p>
    <w:p>
      <w:r>
        <w:t>To draw me close to Rabbainu</w:t>
      </w:r>
    </w:p>
    <w:p>
      <w:r>
        <w:t>[……..…..]</w:t>
      </w:r>
    </w:p>
    <w:p>
      <w:r>
        <w:t>[………….]</w:t>
      </w:r>
    </w:p>
    <w:p>
      <w:r>
        <w:t>Eh..</w:t>
      </w:r>
    </w:p>
    <w:p>
      <w:r>
        <w:t>[……]</w:t>
      </w:r>
    </w:p>
    <w:p>
      <w:r>
        <w:t>[……]</w:t>
      </w:r>
    </w:p>
    <w:p>
      <w:r>
        <w:t>He had no livelihood</w:t>
      </w:r>
    </w:p>
    <w:p>
      <w:r>
        <w:t>[Motzaei Shabbos we..]</w:t>
      </w:r>
    </w:p>
    <w:p>
      <w:r>
        <w:t>[He did not have]</w:t>
      </w:r>
    </w:p>
    <w:p>
      <w:r>
        <w:t>[He came..]</w:t>
      </w:r>
    </w:p>
    <w:p>
      <w:r>
        <w:t>{…}</w:t>
      </w:r>
    </w:p>
    <w:p>
      <w:r>
        <w:t>[To Melaveh Malkah..]</w:t>
      </w:r>
    </w:p>
    <w:p>
      <w:r>
        <w:t>{But…..} the family sent him, but it was not all the time</w:t>
      </w:r>
    </w:p>
    <w:p>
      <w:r>
        <w:t>[It was not enough]</w:t>
      </w:r>
    </w:p>
    <w:p>
      <w:r>
        <w:t>{..} Yes</w:t>
      </w:r>
    </w:p>
    <w:p>
      <w:r>
        <w:t>[Shimon will be able to come with him..]</w:t>
      </w:r>
    </w:p>
    <w:p>
      <w:r>
        <w:t>[….]</w:t>
      </w:r>
    </w:p>
    <w:p>
      <w:r>
        <w:t>[….]</w:t>
      </w:r>
    </w:p>
    <w:p>
      <w:r>
        <w:t>I and.. I came..</w:t>
      </w:r>
    </w:p>
    <w:p>
      <w:r>
        <w:t>[A vacant room, two beds..]</w:t>
      </w:r>
    </w:p>
    <w:p>
      <w:r>
        <w:t>And he..</w:t>
      </w:r>
    </w:p>
    <w:p>
      <w:r>
        <w:t>[Can sleep..]</w:t>
      </w:r>
    </w:p>
    <w:p>
      <w:r>
        <w:t>Gave me..</w:t>
      </w:r>
    </w:p>
    <w:p>
      <w:r>
        <w:t>[Everything is all right]</w:t>
      </w:r>
    </w:p>
    <w:p>
      <w:r>
        <w:t>The entire house</w:t>
      </w:r>
    </w:p>
    <w:p>
      <w:r>
        <w:t>[Pshh..]</w:t>
      </w:r>
    </w:p>
    <w:p>
      <w:r>
        <w:t>Everything there is in the house, {…}, fruit and.. {and like this} soup, and..</w:t>
      </w:r>
    </w:p>
    <w:p>
      <w:r>
        <w:t>[… to say shalom to him, and that he should come to us]</w:t>
      </w:r>
    </w:p>
    <w:p>
      <w:r>
        <w:t>And we learned together and danced together, and we were in joy {…….}</w:t>
      </w:r>
    </w:p>
    <w:p>
      <w:r>
        <w:t>[…….]</w:t>
      </w:r>
    </w:p>
    <w:p>
      <w:r>
        <w:t>[What did he say?]</w:t>
      </w:r>
    </w:p>
    <w:p>
      <w:r>
        <w:t>[That they were in very elevated joy]</w:t>
      </w:r>
    </w:p>
    <w:p>
      <w:r>
        <w:t>[In Yerushalayim? Saba]</w:t>
      </w:r>
    </w:p>
    <w:p>
      <w:r>
        <w:t>In Yerushalayim</w:t>
      </w:r>
    </w:p>
    <w:p>
      <w:r>
        <w:t>[In Yerushalayim or in Teveria?]</w:t>
      </w:r>
    </w:p>
    <w:p>
      <w:r>
        <w:t>I came from Teveria to Yerushalayim</w:t>
      </w:r>
    </w:p>
    <w:p>
      <w:r>
        <w:t>[Ah, to Yerushalayim]</w:t>
      </w:r>
    </w:p>
    <w:p>
      <w:r>
        <w:t>And I was a guest of Rebbe Shlomo Veksler</w:t>
      </w:r>
    </w:p>
    <w:p>
      <w:r>
        <w:t>[Ah]</w:t>
      </w:r>
    </w:p>
    <w:p>
      <w:r>
        <w:t>His joy, his dancing</w:t>
      </w:r>
    </w:p>
    <w:p>
      <w:r>
        <w:t>[…]</w:t>
      </w:r>
    </w:p>
    <w:p>
      <w:r>
        <w:t>[..I will stop in Yerushalayim..]</w:t>
      </w:r>
    </w:p>
    <w:p>
      <w:r>
        <w:t>{..} He felt {..} that the holy Rabbainu is present in Eretz Yisroel</w:t>
      </w:r>
    </w:p>
    <w:p>
      <w:r>
        <w:t>[In Eretz Yisroel]</w:t>
      </w:r>
    </w:p>
    <w:p>
      <w:r>
        <w:t>It is a salvation, a redemption for every {..}, for every one of Yisroel just as he is</w:t>
      </w:r>
    </w:p>
    <w:p>
      <w:r>
        <w:t>[Just as he is]</w:t>
      </w:r>
    </w:p>
    <w:p>
      <w:r>
        <w:t>{Yes}</w:t>
      </w:r>
    </w:p>
    <w:p>
      <w:r>
        <w:t>[In whatever state he is]</w:t>
      </w:r>
    </w:p>
    <w:p>
      <w:r>
        <w:t>He opens, he gives him a new heart, he gives him new feet, everything new</w:t>
      </w:r>
    </w:p>
    <w:p>
      <w:r>
        <w:t>[…….]</w:t>
      </w:r>
    </w:p>
    <w:p>
      <w:r>
        <w:t>[…….]</w:t>
      </w:r>
    </w:p>
    <w:p>
      <w:r>
        <w:t>Ee..</w:t>
      </w:r>
    </w:p>
    <w:p>
      <w:r>
        <w:t>The "Likutei Tefillos," it is fitting that we occupy ourselves with this a great deal</w:t>
      </w:r>
    </w:p>
    <w:p>
      <w:r>
        <w:t>[..]</w:t>
      </w:r>
    </w:p>
    <w:p>
      <w:r>
        <w:t>And we merit all.. such lights that have not, have not yet been revealed in the world</w:t>
      </w:r>
    </w:p>
    <w:p>
      <w:r>
        <w:t>[Good, come, gentlemen]</w:t>
      </w:r>
    </w:p>
    <w:p>
      <w:r>
        <w:t>[So all the best, Saba, Gut Shabbos]</w:t>
      </w:r>
    </w:p>
    <w:p>
      <w:r>
        <w:t>All the best, whenever {th..}you want</w:t>
      </w:r>
    </w:p>
    <w:p>
      <w:r>
        <w:t>[Yes]</w:t>
      </w:r>
    </w:p>
    <w:p>
      <w:r>
        <w:t>There is a car</w:t>
      </w:r>
    </w:p>
    <w:p>
      <w:r>
        <w:t>[It is possible to come]</w:t>
      </w:r>
    </w:p>
    <w:p>
      <w:r>
        <w:t>And I will travel</w:t>
      </w:r>
    </w:p>
    <w:p>
      <w:r>
        <w:t>[Good, we are going, no time to waste, we will only say goodbye to Saba]</w:t>
      </w:r>
    </w:p>
    <w:p>
      <w:r>
        <w:t>[….]</w:t>
      </w:r>
    </w:p>
    <w:p>
      <w:r>
        <w:t>Who is this?</w:t>
      </w:r>
    </w:p>
    <w:p>
      <w:r>
        <w:t>[Moshe, Moshe]</w:t>
      </w:r>
    </w:p>
    <w:p>
      <w:r>
        <w:t>Eh?</w:t>
      </w:r>
    </w:p>
    <w:p>
      <w:r>
        <w:t>[Moshe]</w:t>
      </w:r>
    </w:p>
    <w:p>
      <w:r>
        <w:t>[Moshe]</w:t>
      </w:r>
    </w:p>
    <w:p>
      <w:r>
        <w:t>Who is this?</w:t>
      </w:r>
    </w:p>
    <w:p>
      <w:r>
        <w:t>[Moshe, Moshe]</w:t>
      </w:r>
    </w:p>
    <w:p>
      <w:r>
        <w:t>Eh?</w:t>
      </w:r>
    </w:p>
    <w:p>
      <w:r>
        <w:t>[Moshe]</w:t>
      </w:r>
    </w:p>
    <w:p>
      <w:r>
        <w:t>[Moshe, the man of God]</w:t>
      </w:r>
    </w:p>
    <w:p>
      <w:r>
        <w:t>What?</w:t>
      </w:r>
    </w:p>
    <w:p>
      <w:r>
        <w:t>[Moishele, Moishele, Moishele]</w:t>
      </w:r>
    </w:p>
    <w:p>
      <w:r>
        <w:t>[Moshe]</w:t>
      </w:r>
    </w:p>
    <w:p>
      <w:r>
        <w:t>Moishele? {So what}</w:t>
      </w:r>
    </w:p>
    <w:p>
      <w:r>
        <w:t>[Moishele]</w:t>
      </w:r>
    </w:p>
    <w:p>
      <w:r>
        <w:t>[The honored Rav Moishele]</w:t>
      </w:r>
    </w:p>
    <w:p>
      <w:r>
        <w:t>{..}</w:t>
      </w:r>
    </w:p>
    <w:p>
      <w:r>
        <w:t>[This is Rav Moshe]</w:t>
      </w:r>
    </w:p>
    <w:p>
      <w:r>
        <w:t>Eh?</w:t>
      </w:r>
    </w:p>
    <w:p>
      <w:r>
        <w:t>[Moshe Ben Dor from Moshav Bareket]</w:t>
      </w:r>
    </w:p>
    <w:p>
      <w:r>
        <w:t>[From Moshav Bareket, Moshav Bareket]</w:t>
      </w:r>
    </w:p>
    <w:p>
      <w:r>
        <w:t>What are you eating?</w:t>
      </w:r>
    </w:p>
    <w:p>
      <w:r>
        <w:t>[From Moshav Bareket, moshav, moshav, from Moshav Bareket, Moshe, Moshe]</w:t>
      </w:r>
    </w:p>
    <w:p>
      <w:r>
        <w:t>Moshe</w:t>
      </w:r>
    </w:p>
    <w:p>
      <w:r>
        <w:t>[Moishele, Moishele, Moishele, Moishele]</w:t>
      </w:r>
    </w:p>
    <w:p>
      <w:r>
        <w:t>[Good]</w:t>
      </w:r>
    </w:p>
    <w:p>
      <w:r>
        <w:t>Does he know about Rabbainu?</w:t>
      </w:r>
    </w:p>
    <w:p>
      <w:r>
        <w:t>[He knows, what..]</w:t>
      </w:r>
    </w:p>
    <w:p>
      <w:r>
        <w:t>He thinks that he is Rabbainu {…}</w:t>
      </w:r>
    </w:p>
    <w:p>
      <w:r>
        <w:t>[We learn, we learn..]</w:t>
      </w:r>
    </w:p>
    <w:p>
      <w:r>
        <w:t>With "Likutei Tefillos"</w:t>
      </w:r>
    </w:p>
    <w:p>
      <w:r>
        <w:t>[Ah.. the "Likutei Tefillos"]</w:t>
      </w:r>
    </w:p>
    <w:p>
      <w:r>
        <w:t>[Goodbye, all the best, shalom]</w:t>
      </w:r>
    </w:p>
    <w:p>
      <w:r>
        <w:t>[Rav, we will see you for Shabbos]</w:t>
      </w:r>
    </w:p>
    <w:p>
      <w:r>
        <w:t>Ah, enough, I am not a rav..</w:t>
      </w:r>
    </w:p>
    <w:p>
      <w:r>
        <w:t>[Here]</w:t>
      </w:r>
    </w:p>
    <w:p>
      <w:r>
        <w:t>Th..</w:t>
      </w:r>
    </w:p>
    <w:p>
      <w:r>
        <w:t>[Dear Saba, you are coming to me for Shabbos]</w:t>
      </w:r>
    </w:p>
    <w:p>
      <w:r>
        <w:t>I {..}, I am ready</w:t>
      </w:r>
    </w:p>
    <w:p>
      <w:r>
        <w:t>[Ready]</w:t>
      </w:r>
    </w:p>
    <w:p>
      <w:r>
        <w:t>I have a car..</w:t>
      </w:r>
    </w:p>
    <w:p>
      <w:r>
        <w:t>[Here, there is a car, there is..]</w:t>
      </w:r>
    </w:p>
    <w:p>
      <w:r>
        <w:t>And I have a driver, and I also have a driver</w:t>
      </w:r>
    </w:p>
    <w:p>
      <w:r>
        <w:t>[Who is the driver?]</w:t>
      </w:r>
    </w:p>
    <w:p>
      <w:r>
        <w:t>Menachem, Menachem</w:t>
      </w:r>
    </w:p>
    <w:p>
      <w:r>
        <w:t>[Menachem]</w:t>
      </w:r>
    </w:p>
    <w:p>
      <w:r>
        <w:t>[Good, so after the dental treatment, you are coming..]</w:t>
      </w:r>
    </w:p>
    <w:p>
      <w:r>
        <w:t>The car is his and he is its driver</w:t>
      </w:r>
    </w:p>
    <w:p>
      <w:r>
        <w:t>[All right, I gave him an address; after dental treatment in Yerushalayim, you are coming to us, Ramat Gan, for Shabbos] Whenever you want</w:t>
      </w:r>
    </w:p>
    <w:p>
      <w:r>
        <w:t>[All the best, give us a blessing, gib mir a brocha]</w:t>
      </w:r>
    </w:p>
    <w:p>
      <w:r>
        <w:t>. Master of the Universe, may we merit {..} to see the light..</w:t>
      </w:r>
    </w:p>
    <w:p>
      <w:r>
        <w:t>[Amen]</w:t>
      </w:r>
    </w:p>
    <w:p>
      <w:r>
        <w:t>Of Rabbainu..</w:t>
      </w:r>
    </w:p>
    <w:p>
      <w:r>
        <w:t>[Amen]</w:t>
      </w:r>
    </w:p>
    <w:p>
      <w:r>
        <w:t>Which is the light of the entire Torah</w:t>
      </w:r>
    </w:p>
    <w:p>
      <w:r>
        <w:t>Of all the repentance</w:t>
      </w:r>
    </w:p>
    <w:p>
      <w:r>
        <w:t>{..} Of every one of Yisroel</w:t>
      </w:r>
    </w:p>
    <w:p>
      <w:r>
        <w:t>Of the entire redemption, of every one of Yisroel</w:t>
      </w:r>
    </w:p>
    <w:p>
      <w:r>
        <w:t>And he gives him..</w:t>
      </w:r>
    </w:p>
    <w:p>
      <w:r>
        <w:t>The holy Rabbainu has mercy on him and gives him rectifications and repentance, to every one of Yisroel, just as he is</w:t>
      </w:r>
    </w:p>
    <w:p>
      <w:r>
        <w:t>[Amen]</w:t>
      </w:r>
    </w:p>
    <w:p>
      <w:r>
        <w:t>[So all the best, we will see you for Shabbos, all the best, shalom]</w:t>
      </w:r>
    </w:p>
    <w:p>
      <w:r>
        <w:t>Shalom, you have a car and a driver</w:t>
      </w:r>
    </w:p>
    <w:p>
      <w:r>
        <w:t>[So you will be with us, with Hashem's help..]</w:t>
      </w:r>
    </w:p>
    <w:p>
      <w:r>
        <w:t>[It depends on him]</w:t>
      </w:r>
    </w:p>
    <w:p>
      <w:r>
        <w:t>[It depends on him]</w:t>
      </w:r>
    </w:p>
    <w:p>
      <w:r>
        <w:t>[Did you see? Enough people here heard..]</w:t>
      </w:r>
    </w:p>
    <w:p>
      <w:r>
        <w:t>[But no, do not stop praying until he reaches the house]</w:t>
      </w:r>
    </w:p>
    <w:p>
      <w:r>
        <w:t>["Na Na ch"]</w:t>
      </w:r>
    </w:p>
    <w:p>
      <w:r>
        <w:t>[We are praying now, it is a great merit]</w:t>
      </w:r>
    </w:p>
    <w:p>
      <w:r>
        <w:t>[….. all the time, but for this..]</w:t>
      </w:r>
    </w:p>
    <w:p>
      <w:r>
        <w:t>[With Hashem's help]</w:t>
      </w:r>
    </w:p>
    <w:p>
      <w:r>
        <w:t>[Until he arrives, it is not..]</w:t>
      </w:r>
    </w:p>
    <w:p>
      <w:r>
        <w:t>[All the best, goodbye]</w:t>
      </w:r>
    </w:p>
    <w:p>
      <w:r>
        <w:t>Amen</w:t>
      </w:r>
    </w:p>
    <w:p>
      <w:r>
        <w:t>[Shabbat shalom]</w:t>
      </w:r>
    </w:p>
    <w:p>
      <w:r>
        <w:t>[Shabbat shalom]</w:t>
      </w:r>
    </w:p>
    <w:p>
      <w:r>
        <w:t>[A good month]</w:t>
      </w:r>
    </w:p>
    <w:p>
      <w:r>
        <w:t>Shabbat shalom, Shabbat shalom…</w:t>
      </w:r>
    </w:p>
    <w:p>
      <w:r>
        <w:t>…[…...]</w:t>
      </w:r>
    </w:p>
    <w:p>
      <w:r>
        <w:t>[Saba and the friends sing the melody of: "In you, Rabbainu, we will rejoice.."]</w:t>
      </w:r>
    </w:p>
    <w:p>
      <w:r>
        <w:t>All Yisroel will come here!</w:t>
      </w:r>
    </w:p>
    <w:p>
      <w:r>
        <w:t>[Saba and the friends continue singing the melody of: "In you, Rabbainu, we will rejoice.."]</w:t>
      </w:r>
    </w:p>
    <w:p>
      <w:r>
        <w:t>[..You understand]</w:t>
      </w:r>
    </w:p>
    <w:p>
      <w:r>
        <w:t>[The black one?]</w:t>
      </w:r>
    </w:p>
    <w:p>
      <w:r>
        <w:t>[No, th..]</w:t>
      </w:r>
    </w:p>
    <w:p>
      <w:r>
        <w:t>[The black one]</w:t>
      </w:r>
    </w:p>
    <w:p>
      <w:r>
        <w:t>[That it should be …..]</w:t>
      </w:r>
    </w:p>
    <w:p>
      <w:r>
        <w:t>[In the end ….]</w:t>
      </w:r>
    </w:p>
    <w:p>
      <w:r>
        <w:t>[Where is it?, fr.. until..]...</w:t>
      </w:r>
    </w:p>
    <w:p>
      <w:r>
        <w:t>…Ah.. ah.. ah.. ah..</w:t>
      </w:r>
    </w:p>
    <w:p>
      <w:r>
        <w:t>[…….]</w:t>
      </w:r>
    </w:p>
    <w:p>
      <w:r>
        <w:t>[Saba and the friends shout: Ah.. ah.. ah.. ah..]</w:t>
      </w:r>
    </w:p>
    <w:p>
      <w:r>
        <w:t>[…..….]</w:t>
      </w:r>
    </w:p>
    <w:p>
      <w:r>
        <w:t>[……...]</w:t>
      </w:r>
    </w:p>
    <w:p>
      <w:r>
        <w:t>"It is a great mitzvah to always be joyful"</w:t>
      </w:r>
    </w:p>
    <w:p>
      <w:r>
        <w:t>Nu, let us see, who does not want a mitzvah?</w:t>
      </w:r>
    </w:p>
    <w:p>
      <w:r>
        <w:t>[……..]</w:t>
      </w:r>
    </w:p>
    <w:p>
      <w:r>
        <w:t>[……..]</w:t>
      </w:r>
    </w:p>
    <w:p>
      <w:r>
        <w:t>"It is a great mitzvah.. to always be joyful"</w:t>
      </w:r>
    </w:p>
    <w:p>
      <w:r>
        <w:t>Nu.. we have the mitzvah here, and here, and here</w:t>
      </w:r>
    </w:p>
    <w:p>
      <w:r>
        <w:t>"It is a great mitzvah to always be joyful"</w:t>
      </w:r>
    </w:p>
    <w:p>
      <w:r>
        <w:t>"It is a great mitzvah to always be joyful"</w:t>
      </w:r>
    </w:p>
    <w:p>
      <w:r>
        <w:t>[….…]</w:t>
      </w:r>
    </w:p>
    <w:p>
      <w:r>
        <w:t>{..}</w:t>
      </w:r>
    </w:p>
    <w:p>
      <w:r>
        <w:t>[…]</w:t>
      </w:r>
    </w:p>
    <w:p>
      <w:r>
        <w:t>He is the only one who said it, he said:</w:t>
      </w:r>
    </w:p>
    <w:p>
      <w:r>
        <w:t>"It is a great mitzvah to always be joyful"</w:t>
      </w:r>
    </w:p>
    <w:p>
      <w:r>
        <w:t>Nu, who does not want a great mitzvah?</w:t>
      </w:r>
    </w:p>
    <w:p>
      <w:r>
        <w:t>[……]</w:t>
      </w:r>
    </w:p>
    <w:p>
      <w:r>
        <w:t>[…]...</w:t>
      </w:r>
    </w:p>
    <w:p>
      <w:r>
        <w:t>...Speaking with Hashem, blessed be He, Rebbe Yisroel</w:t>
      </w:r>
    </w:p>
    <w:p>
      <w:r>
        <w:t>Always, he would speak to Him just as we speak, sit and speak</w:t>
      </w:r>
    </w:p>
    <w:p>
      <w:r>
        <w:t>Thus he would sit with Rabbainu and immediately tell him, {that he should give} him advice what, what to do, and.. {..}</w:t>
      </w:r>
    </w:p>
    <w:p>
      <w:r>
        <w:t>And the holy Rabbainu illuminated for him; in every utterance he illuminated for him every place where he needed {..} help</w:t>
      </w:r>
    </w:p>
    <w:p>
      <w:r>
        <w:t>And he became new</w:t>
      </w:r>
    </w:p>
    <w:p>
      <w:r>
        <w:t>A completely wicked man who had been immersed in {..} all the lusts, and became such a tzaddik and became {..} such a holy man—one does not see the like, yes</w:t>
      </w:r>
    </w:p>
    <w:p>
      <w:r>
        <w:t>I saw, I am not telling {{..}} a lie or exaggerations</w:t>
      </w:r>
    </w:p>
    <w:p>
      <w:r>
        <w:t>I saw how Rebbe Yisroel spoke with Hashem, blessed be He, with {..} hot tears like fire</w:t>
      </w:r>
    </w:p>
    <w:p>
      <w:r>
        <w:t>And the whole room, the whole place was holy</w:t>
      </w:r>
    </w:p>
    <w:p>
      <w:r>
        <w:t>{…} And he was {..}, the whole room was, {..} from his tears, it was {..} all..</w:t>
      </w:r>
    </w:p>
    <w:p>
      <w:r>
        <w:t>[..]</w:t>
      </w:r>
    </w:p>
    <w:p>
      <w:r>
        <w:t>Ah.. {..} what?</w:t>
      </w:r>
    </w:p>
    <w:p>
      <w:r>
        <w:t>[Wet]</w:t>
      </w:r>
    </w:p>
    <w:p>
      <w:r>
        <w:t>Eh?</w:t>
      </w:r>
    </w:p>
    <w:p>
      <w:r>
        <w:t>[Wet]</w:t>
      </w:r>
    </w:p>
    <w:p>
      <w:r>
        <w:t>Wet, wet, yes, yes</w:t>
      </w:r>
    </w:p>
    <w:p>
      <w:r>
        <w:t>Everything was wet from his tears, {..} the ground and everything, yes</w:t>
      </w:r>
    </w:p>
    <w:p>
      <w:r>
        <w:t>He would speak with Hashem, blessed be He, with such tears; it is miracles that he remained alive</w:t>
      </w:r>
    </w:p>
    <w:p>
      <w:r>
        <w:t>One does not see the like in the entire world; the entire world does not, does not know {{. .}}</w:t>
      </w:r>
    </w:p>
    <w:p>
      <w:r>
        <w:t>That they need to speak with Hashem, blessed be He, {..}</w:t>
      </w:r>
    </w:p>
    <w:p>
      <w:r>
        <w:t>I saw, I saw such truth, such self-sacrifice</w:t>
      </w:r>
    </w:p>
    <w:p>
      <w:r>
        <w:t>But this is received only from Rabbainu</w:t>
      </w:r>
    </w:p>
    <w:p>
      <w:r>
        <w:t>To speak with Hashem, blessed be He? Only when one knows Rabbainu</w:t>
      </w:r>
    </w:p>
    <w:p>
      <w:r>
        <w:t>And there is the "Likutei Tefillos," {..the "Likutei Tefillos"} is entirely speaking with Hashem, blessed be He</w:t>
      </w:r>
    </w:p>
    <w:p>
      <w:r>
        <w:t>Every {...}, every Jew should speak with Hashem, blessed be He</w:t>
      </w:r>
    </w:p>
    <w:p>
      <w:r>
        <w:t>He did not have a piece of bread to eat, and he was joyful</w:t>
      </w:r>
    </w:p>
    <w:p>
      <w:r>
        <w:t>"It is a great mitzvah to always be joyful," {..}</w:t>
      </w:r>
    </w:p>
    <w:p>
      <w:r>
        <w:t>I saw with my own eyes, and what, what I saw is nothing, not even like a drop from the sea</w:t>
      </w:r>
    </w:p>
    <w:p>
      <w:r>
        <w:t>He, he made everyone very joyful</w:t>
      </w:r>
    </w:p>
    <w:p>
      <w:r>
        <w:t>He transformed th.., the whole world</w:t>
      </w:r>
    </w:p>
    <w:p>
      <w:r>
        <w:t>[Saba is laughing]</w:t>
      </w:r>
    </w:p>
    <w:p>
      <w:r>
        <w:t>Nu..</w:t>
      </w:r>
    </w:p>
    <w:p>
      <w:r>
        <w:t>The whole world, all the scholars, all the geonim do not know that they need to speak with Hashem, blessed be He</w:t>
      </w:r>
    </w:p>
    <w:p>
      <w:r>
        <w:t>Only the holy Rabbainu {revealed this}</w:t>
      </w:r>
    </w:p>
    <w:p>
      <w:r>
        <w:t>{They said}: "If I speak with Hashem, blessed be He, will I be a scholar?"</w:t>
      </w:r>
    </w:p>
    <w:p>
      <w:r>
        <w:t>So he did not want to; he wanted to be a scholar famous in the world, honor and money</w:t>
      </w:r>
    </w:p>
    <w:p>
      <w:r>
        <w:t>[………...]...</w:t>
      </w:r>
    </w:p>
    <w:p>
      <w:r>
        <w:t>...His name was Mordechai, Mordechai, and he had a daughter {..} younger, and her name was Esther</w:t>
      </w:r>
    </w:p>
    <w:p>
      <w:r>
        <w:t>Esther and Mordechai {…} he had in his house</w:t>
      </w:r>
    </w:p>
    <w:p>
      <w:r>
        <w:t>Holy angels</w:t>
      </w:r>
    </w:p>
    <w:p>
      <w:r>
        <w:t>I did not see the like, such modesty, such truth, that they were bound to Hashem, blessed be He</w:t>
      </w:r>
    </w:p>
    <w:p>
      <w:r>
        <w:t>A child {..}, a little girl</w:t>
      </w:r>
    </w:p>
    <w:p>
      <w:r>
        <w:t>He had.. four daughters and an only son, an only son, he is Mordechai, and he had a daughter, Esther</w:t>
      </w:r>
    </w:p>
    <w:p>
      <w:r>
        <w:t>And they all passed away, died, yes, and suffered; they did not have {something}, they did not have anything to eat, {...}</w:t>
      </w:r>
    </w:p>
    <w:p>
      <w:r>
        <w:t>And he and.. and the children were joyful and danced.. that there is Rabbainu in the world</w:t>
      </w:r>
    </w:p>
    <w:p>
      <w:r>
        <w:t>Nu.. "Birkat Hamazon"</w:t>
      </w:r>
    </w:p>
    <w:p>
      <w:r>
        <w:t>[What did he say?]</w:t>
      </w:r>
    </w:p>
    <w:p>
      <w:r>
        <w:t>[.….]</w:t>
      </w:r>
    </w:p>
    <w:p>
      <w:r>
        <w:t>No, no, no, I cannot, {..} I am weak, I cannot, I have no voice, I have no</w:t>
      </w:r>
    </w:p>
    <w:p>
      <w:r>
        <w:t>[…. Say..]</w:t>
      </w:r>
    </w:p>
    <w:p>
      <w:r>
        <w:t>[Mayim acharonim]</w:t>
      </w:r>
    </w:p>
    <w:p>
      <w:r>
        <w:t>Whoev.. whoever wants</w:t>
      </w:r>
    </w:p>
    <w:p>
      <w:r>
        <w:t>[Mayim acharonim]</w:t>
      </w:r>
    </w:p>
    <w:p>
      <w:r>
        <w:t>You want to bentch</w:t>
      </w:r>
    </w:p>
    <w:p>
      <w:r>
        <w:t>[...]</w:t>
      </w:r>
    </w:p>
    <w:p>
      <w:r>
        <w:t>[Rebbe Yisroel, there is no zimun, there is no zimun]</w:t>
      </w:r>
    </w:p>
    <w:p>
      <w:r>
        <w:t>[……]</w:t>
      </w:r>
    </w:p>
    <w:p>
      <w:r>
        <w:t>[…...]...</w:t>
      </w:r>
    </w:p>
    <w:p>
      <w:r>
        <w:t>...{}...</w:t>
      </w:r>
    </w:p>
    <w:p>
      <w:r>
        <w:t>...Moshiach will come and rectify the whole world, rectify us and the whole world</w:t>
      </w:r>
    </w:p>
    <w:p>
      <w:r>
        <w:t>[In the merit of the "Likutei Tefillos"?]</w:t>
      </w:r>
    </w:p>
    <w:p>
      <w:r>
        <w:t>Yes, he {..} renews, he renews us, he rectifies us</w:t>
      </w:r>
    </w:p>
    <w:p>
      <w:r>
        <w:t>He draws us close to the Torah {and to Hashem, Hashem}, blessed be He, in truth, {..}</w:t>
      </w:r>
    </w:p>
    <w:p>
      <w:r>
        <w:t>{Who}, such a thing has never yet been heard in the world, a wonder, such a wonder</w:t>
      </w:r>
    </w:p>
    <w:p>
      <w:r>
        <w:t>The whole world {..} are not, ah.. ah.. {..}..</w:t>
      </w:r>
    </w:p>
    <w:p>
      <w:r>
        <w:t>They think, one who speaks with Hashem, blessed be He, he is {...} "an am haaretz”</w:t>
      </w:r>
    </w:p>
    <w:p>
      <w:r>
        <w:t>He does not know how to learn, he knows only how to speak with Hashem, blessed be He</w:t>
      </w:r>
    </w:p>
    <w:p>
      <w:r>
        <w:t>[I cannot learn if I do not read "Likutei Tefillos"]</w:t>
      </w:r>
    </w:p>
    <w:p>
      <w:r>
        <w:t>Oy vey, one needs to renew oneself every day and say many prayers; then we will be men of Hashem</w:t>
      </w:r>
    </w:p>
    <w:p>
      <w:r>
        <w:t>Oy, what is this…</w:t>
      </w:r>
    </w:p>
    <w:p>
      <w:r>
        <w:t>...What is this, the faith that the holy Rabbainu reveals in the world</w:t>
      </w:r>
    </w:p>
    <w:p>
      <w:r>
        <w:t>Such fear of Heaven, such truth, such self-sacrifice</w:t>
      </w:r>
    </w:p>
    <w:p>
      <w:r>
        <w:t>One does not see and does not know at all {{….}} of the light and the good that we have</w:t>
      </w:r>
    </w:p>
    <w:p>
      <w:r>
        <w:t>[…..…]</w:t>
      </w:r>
    </w:p>
    <w:p>
      <w:r>
        <w:t>[..…...]</w:t>
      </w:r>
    </w:p>
    <w:p>
      <w:r>
        <w:t>What is this?...</w:t>
      </w:r>
    </w:p>
    <w:p>
      <w:r>
        <w:t>...Not for nothing were our people, Rabbainu's people, people of {faith}, holy people</w:t>
      </w:r>
    </w:p>
    <w:p>
      <w:r>
        <w:t>Not for nothing</w:t>
      </w:r>
    </w:p>
    <w:p>
      <w:r>
        <w:t>He gives, he gave us at every moment a new heart</w:t>
      </w:r>
    </w:p>
    <w:p>
      <w:r>
        <w:t>And utterances {such h}.., holy and new, {and repentance\and a form} new, {not to fear} one does not see the like in the entire world</w:t>
      </w:r>
    </w:p>
    <w:p>
      <w:r>
        <w:t>{..} The whole world knows only how to learn, to be a scholar and famous in the world, yes</w:t>
      </w:r>
    </w:p>
    <w:p>
      <w:r>
        <w:t>But to speak with Hashem, blessed be He? “{What will be?}”</w:t>
      </w:r>
    </w:p>
    <w:p>
      <w:r>
        <w:t>The holy Rabbainu spoke, he instituted for us to speak every day for an hour</w:t>
      </w:r>
    </w:p>
    <w:p>
      <w:r>
        <w:t>No, no less than an hour with Hashem, blessed be He</w:t>
      </w:r>
    </w:p>
    <w:p>
      <w:r>
        <w:t>Nu, nu, does such a thing already exist in the world?</w:t>
      </w:r>
    </w:p>
    <w:p>
      <w:r>
        <w:t>Such holiness, such truth one does not see, one does not see</w:t>
      </w:r>
    </w:p>
    <w:p>
      <w:r>
        <w:t>Only the holy Rabbainu, he {..} rectifies you and me and the entire world</w:t>
      </w:r>
    </w:p>
    <w:p>
      <w:r>
        <w:t>He gives us, ah, 'a heart of flesh'</w:t>
      </w:r>
    </w:p>
    <w:p>
      <w:r>
        <w:t>He gives us a new heart, every day a new heart</w:t>
      </w:r>
    </w:p>
    <w:p>
      <w:r>
        <w:t>[…..….]</w:t>
      </w:r>
    </w:p>
    <w:p>
      <w:r>
        <w:t>[……...]</w:t>
      </w:r>
    </w:p>
    <w:p>
      <w:r>
        <w:t>[Saba and the friends sing:</w:t>
      </w:r>
    </w:p>
    <w:p>
      <w:r>
        <w:t>“In you, Rabbainu, we will rejoice, in you, Rabbainu, we will be glad, in you, Rabbainu, we will rejoice and be glad in you.."</w:t>
      </w:r>
    </w:p>
    <w:p>
      <w:r>
        <w:t>"Na Na ch Na Cham Na chman of Uman.."]…</w:t>
      </w:r>
    </w:p>
    <w:p>
      <w:pPr>
        <w:pStyle w:val="Heading2"/>
      </w:pPr>
      <w:r>
        <w:t>Side B (Bais)</w:t>
      </w:r>
    </w:p>
    <w:p>
      <w:r>
        <w:t>...[..Shavuos?]</w:t>
      </w:r>
    </w:p>
    <w:p>
      <w:r>
        <w:t>Huh?</w:t>
      </w:r>
    </w:p>
    <w:p>
      <w:r>
        <w:t>[Of Shavuos?]</w:t>
      </w:r>
    </w:p>
    <w:p>
      <w:r>
        <w:t>[….]</w:t>
      </w:r>
    </w:p>
    <w:p>
      <w:r>
        <w:t>[Of Purim?..]</w:t>
      </w:r>
    </w:p>
    <w:p>
      <w:r>
        <w:t>[Saba and the friends sing the melody of: "You revealed Yourself.."]</w:t>
      </w:r>
    </w:p>
    <w:p>
      <w:r>
        <w:t>[He says that this is the melody of Shavuos]</w:t>
      </w:r>
    </w:p>
    <w:p>
      <w:r>
        <w:t>[Saba, Saba, this is the melody of Shavuos]</w:t>
      </w:r>
    </w:p>
    <w:p>
      <w:r>
        <w:t>Huh?</w:t>
      </w:r>
    </w:p>
    <w:p>
      <w:r>
        <w:t>[This is the melody of Shavuos]</w:t>
      </w:r>
    </w:p>
    <w:p>
      <w:r>
        <w:t>Huh? This is of Rosh Hashanah {..} as well</w:t>
      </w:r>
    </w:p>
    <w:p>
      <w:r>
        <w:t>[Yes?]</w:t>
      </w:r>
    </w:p>
    <w:p>
      <w:r>
        <w:t>[Saba sings:</w:t>
      </w:r>
    </w:p>
    <w:p>
      <w:r>
        <w:t>"You revealed Yourself in the cloud of Your glory to Your holy people.."</w:t>
      </w:r>
    </w:p>
    <w:p>
      <w:r>
        <w:t>And then the friends join in]</w:t>
      </w:r>
    </w:p>
    <w:p>
      <w:r>
        <w:t>[…...…]</w:t>
      </w:r>
    </w:p>
    <w:p>
      <w:r>
        <w:t>[………]…</w:t>
      </w:r>
    </w:p>
    <w:p>
      <w:r>
        <w:t>...[Afterward they sing:</w:t>
      </w:r>
    </w:p>
    <w:p>
      <w:r>
        <w:t>"Na Nach Nachma Nachman MeUman.." to the melody of "You revealed Yourself"]…</w:t>
      </w:r>
    </w:p>
    <w:p>
      <w:r>
        <w:t>...[They sing the melody: “You revealed Yourself"]</w:t>
      </w:r>
    </w:p>
    <w:p>
      <w:r>
        <w:t>[……….]</w:t>
      </w:r>
    </w:p>
    <w:p>
      <w:r>
        <w:t>[….…...]</w:t>
      </w:r>
    </w:p>
    <w:p>
      <w:r>
        <w:t>{..}</w:t>
      </w:r>
    </w:p>
    <w:p>
      <w:r>
        <w:t>[…….]</w:t>
      </w:r>
    </w:p>
    <w:p>
      <w:r>
        <w:t>[Afterward they sing:</w:t>
      </w:r>
    </w:p>
    <w:p>
      <w:r>
        <w:t>"In You our fathers trusted, in You they trusted and You delivered them, to You they cried out and escaped, in You they trusted and were not ashamed.."] Afterward they sing:</w:t>
      </w:r>
    </w:p>
    <w:p>
      <w:r>
        <w:t>"Mighty in kingship, chosen according to halachah..</w:t>
      </w:r>
    </w:p>
    <w:p>
      <w:r>
        <w:t>Yours and Yours, Yours for Yours, Yours, even Yours, Yours, Hashem, is the kingdom</w:t>
      </w:r>
    </w:p>
    <w:p>
      <w:r>
        <w:t>For it is not befitting, for it is not becoming.."]</w:t>
      </w:r>
    </w:p>
    <w:p>
      <w:r>
        <w:t>[Saba]</w:t>
      </w:r>
    </w:p>
    <w:p>
      <w:r>
        <w:t>Huh?</w:t>
      </w:r>
    </w:p>
    <w:p>
      <w:r>
        <w:t>[Saba, this is Menachem]</w:t>
      </w:r>
    </w:p>
    <w:p>
      <w:r>
        <w:t>Huh?</w:t>
      </w:r>
    </w:p>
    <w:p>
      <w:r>
        <w:t>[At the bris milah, there is, there is an "Elijah’s chair" here …..]</w:t>
      </w:r>
    </w:p>
    <w:p>
      <w:r>
        <w:t>{Nu}</w:t>
      </w:r>
    </w:p>
    <w:p>
      <w:r>
        <w:t>[……….Should we return it?]</w:t>
      </w:r>
    </w:p>
    <w:p>
      <w:r>
        <w:t>Huh?</w:t>
      </w:r>
    </w:p>
    <w:p>
      <w:r>
        <w:t>[We took …. an “Elijah’s chair" from.. from…..]</w:t>
      </w:r>
    </w:p>
    <w:p>
      <w:r>
        <w:t>Ah..</w:t>
      </w:r>
    </w:p>
    <w:p>
      <w:r>
        <w:t>[……]</w:t>
      </w:r>
    </w:p>
    <w:p>
      <w:r>
        <w:t>{……}</w:t>
      </w:r>
    </w:p>
    <w:p>
      <w:r>
        <w:t>[Yes, but it is very large]</w:t>
      </w:r>
    </w:p>
    <w:p>
      <w:r>
        <w:t>{..}</w:t>
      </w:r>
    </w:p>
    <w:p>
      <w:r>
        <w:t>[We need to return it with the car…..]</w:t>
      </w:r>
    </w:p>
    <w:p>
      <w:r>
        <w:t>{…..the car}</w:t>
      </w:r>
    </w:p>
    <w:p>
      <w:r>
        <w:t>[All right, good…….]</w:t>
      </w:r>
    </w:p>
    <w:p>
      <w:r>
        <w:t>{…}...</w:t>
      </w:r>
    </w:p>
    <w:p>
      <w:r>
        <w:t>[Saba and the friends sing:</w:t>
      </w:r>
    </w:p>
    <w:p>
      <w:r>
        <w:t>"For Hashem has comforted Zion, He has comforted all her ruins, and He has made her wilderness like Eden and her wasteland like the garden of Hashem; joy and gladness will be found in her, thanksgiving and the sound of song.."]…</w:t>
      </w:r>
    </w:p>
    <w:p>
      <w:r>
        <w:t>...{esrog}, do you remember?</w:t>
      </w:r>
    </w:p>
    <w:p>
      <w:r>
        <w:t>[Yes, now I remember]</w:t>
      </w:r>
    </w:p>
    <w:p>
      <w:r>
        <w:t>In "Sefer HaMiddos"</w:t>
      </w:r>
    </w:p>
    <w:p>
      <w:r>
        <w:t>[In "HaMiddos"]</w:t>
      </w:r>
    </w:p>
    <w:p>
      <w:r>
        <w:t>"One who looks {{...}} at an esrog—it is a remedy for the eyes"…</w:t>
      </w:r>
    </w:p>
    <w:p>
      <w:r>
        <w:t>...(Saba recites "Tefillas HaDerech..")</w:t>
      </w:r>
    </w:p>
    <w:p>
      <w:r>
        <w:t>[[[Amen]]]…</w:t>
      </w:r>
    </w:p>
    <w:p>
      <w:r>
        <w:t>...[(Traveling), a cassette of Yisroel Dagan is heard in the background</w:t>
      </w:r>
    </w:p>
    <w:p>
      <w:r>
        <w:t>and Saba and the friends shout: Ah.. Ah.. Ah.. Ah..]…</w:t>
      </w:r>
    </w:p>
    <w:p>
      <w:r>
        <w:t>...[(Traveling), a cassette of Yisroel Dagan is heard in the background</w:t>
      </w:r>
    </w:p>
    <w:p>
      <w:r>
        <w:t>and Saba and the friends shout: Ah.. Ah.. Ah.. Ah..</w:t>
      </w:r>
    </w:p>
    <w:p>
      <w:r>
        <w:t>Saba and the friends sing:</w:t>
      </w:r>
    </w:p>
    <w:p>
      <w:r>
        <w:t>"Na Nach Nachma Nachman MeUman.."]…</w:t>
      </w:r>
    </w:p>
    <w:p>
      <w:r>
        <w:t>...[(Traveling), a cassette of Yisroel Dagan is heard in the background:</w:t>
      </w:r>
    </w:p>
    <w:p>
      <w:r>
        <w:t>“For there is a tzaddik who is the beauty..” (Saba is heard)]…</w:t>
      </w:r>
    </w:p>
    <w:p>
      <w:r>
        <w:t>...[Saba and the friends sing:</w:t>
      </w:r>
    </w:p>
    <w:p>
      <w:r>
        <w:t>"Na Nach Nachma Nachman MeUman.."]…</w:t>
      </w:r>
    </w:p>
    <w:p>
      <w:r>
        <w:t>...[Saba and the friends sing:</w:t>
      </w:r>
    </w:p>
    <w:p>
      <w:r>
        <w:t>"Na Nach Nachma Nachman MeUman.."]…</w:t>
      </w:r>
    </w:p>
    <w:p>
      <w:r>
        <w:t>...(A melody in the background)…</w:t>
      </w:r>
    </w:p>
    <w:p>
      <w:r>
        <w:t>…[Saba and the friends sing:</w:t>
      </w:r>
    </w:p>
    <w:p>
      <w:r>
        <w:t>]]"Na Nach Nachma Nachman MeUman.."]…</w:t>
      </w:r>
    </w:p>
    <w:p>
      <w:r>
        <w:t>]</w:t>
      </w:r>
    </w:p>
    <w:p>
      <w:r>
        <w:t>]</w:t>
      </w:r>
    </w:p>
    <w:p>
      <w:r>
        <w:t>[</w:t>
      </w:r>
    </w:p>
    <w:p>
      <w:r>
        <w:t>…[..……]...</w:t>
      </w:r>
    </w:p>
    <w:p>
      <w:r>
        <w:t>[…]...</w:t>
      </w:r>
    </w:p>
    <w:p>
      <w:r>
        <w:t>[The month of Kislev, Sunday]</w:t>
      </w:r>
    </w:p>
    <w:p>
      <w:r>
        <w:t>[Rosh Chodesh Kislev..]…</w:t>
      </w:r>
    </w:p>
    <w:p>
      <w:r>
        <w:t>...{…} Tomorrow is Rosh Chodesh?</w:t>
      </w:r>
    </w:p>
    <w:p>
      <w:r>
        <w:t>[No, Saturday night..]</w:t>
      </w:r>
    </w:p>
    <w:p>
      <w:r>
        <w:t>Huh? {...}</w:t>
      </w:r>
    </w:p>
    <w:p>
      <w:r>
        <w:t>[Saturday night]</w:t>
      </w:r>
    </w:p>
    <w:p>
      <w:r>
        <w:t>[Saturday night, Sunday, and the coming Monday]</w:t>
      </w:r>
    </w:p>
    <w:p>
      <w:r>
        <w:t>Ah</w:t>
      </w:r>
    </w:p>
    <w:p>
      <w:r>
        <w:t>[Rosh Chodesh Kislev, Kislev]</w:t>
      </w:r>
    </w:p>
    <w:p>
      <w:r>
        <w:t>{...}…</w:t>
      </w:r>
    </w:p>
    <w:p>
      <w:r>
        <w:t>...{….}</w:t>
      </w:r>
    </w:p>
    <w:p>
      <w:r>
        <w:t>[Shalom, Saba, Saba, this is Gadi, I’m going.., I’m going home]</w:t>
      </w:r>
    </w:p>
    <w:p>
      <w:r>
        <w:t>Yes, yes, yes</w:t>
      </w:r>
    </w:p>
    <w:p>
      <w:r>
        <w:t>[Goodbye, Saba]</w:t>
      </w:r>
    </w:p>
    <w:p>
      <w:r>
        <w:t>[…...]</w:t>
      </w:r>
    </w:p>
    <w:p>
      <w:r>
        <w:t>Yes, yes, yes</w:t>
      </w:r>
    </w:p>
    <w:p>
      <w:r>
        <w:t>[Pray for me for complete repentance]</w:t>
      </w:r>
    </w:p>
    <w:p>
      <w:r>
        <w:t>{…. If only, if only we will merit}</w:t>
      </w:r>
    </w:p>
    <w:p>
      <w:r>
        <w:t>{But} we need, we need to yearn very much, and to pray a great deal to Hashem Yisborach that we will merit complete repentance</w:t>
      </w:r>
    </w:p>
    <w:p>
      <w:r>
        <w:t>[[[Amen]]]</w:t>
      </w:r>
    </w:p>
    <w:p>
      <w:r>
        <w:t>[Goodbye, Saba]</w:t>
      </w:r>
    </w:p>
    <w:p>
      <w:r>
        <w:t>{..}</w:t>
      </w:r>
    </w:p>
    <w:p>
      <w:r>
        <w:t>[Goodbye, "Gadi-san"]</w:t>
      </w:r>
    </w:p>
    <w:p>
      <w:r>
        <w:t>{….}</w:t>
      </w:r>
    </w:p>
    <w:p>
      <w:r>
        <w:t>[….]…</w:t>
      </w:r>
    </w:p>
    <w:p>
      <w:r>
        <w:t>…["Na Nach Nachma Nachman MeUman"</w:t>
      </w:r>
    </w:p>
    <w:p>
      <w:r>
        <w:t>And with this I shall reveal to you a secret, and it is full and heaped from line to line: Peh Tzadi Peh Tzadi Yud Heh; and through strength in service you will understand it, and the sign: the seventeenth of Tammuz, they will say that you are not fasting..</w:t>
      </w:r>
    </w:p>
    <w:p>
      <w:r>
        <w:t>How are you? Saba]</w:t>
      </w:r>
    </w:p>
    <w:p>
      <w:r>
        <w:t>{..}</w:t>
      </w:r>
    </w:p>
    <w:p>
      <w:r>
        <w:t>[How do you feel? Saba]</w:t>
      </w:r>
    </w:p>
    <w:p>
      <w:r>
        <w:t>{….}</w:t>
      </w:r>
    </w:p>
    <w:p>
      <w:r>
        <w:t>[Here is Nachman, Nachman, Nachman, Saba, ..my son Nachman, Saba]</w:t>
      </w:r>
    </w:p>
    <w:p>
      <w:r>
        <w:t>Huh?</w:t>
      </w:r>
    </w:p>
    <w:p>
      <w:r>
        <w:t>[Nachman]</w:t>
      </w:r>
    </w:p>
    <w:p>
      <w:r>
        <w:t>{…}</w:t>
      </w:r>
    </w:p>
    <w:p>
      <w:r>
        <w:t>[Say "Na Nach"]</w:t>
      </w:r>
    </w:p>
    <w:p>
      <w:r>
        <w:t>["Na Nach"]</w:t>
      </w:r>
    </w:p>
    <w:p>
      <w:r>
        <w:t>[Na.. say to him, "Na Nach", nu]</w:t>
      </w:r>
    </w:p>
    <w:p>
      <w:r>
        <w:t>{Is this your child?}</w:t>
      </w:r>
    </w:p>
    <w:p>
      <w:r>
        <w:t>[Nachman, Nachman]</w:t>
      </w:r>
    </w:p>
    <w:p>
      <w:r>
        <w:t>["..Nachman MeUman"]</w:t>
      </w:r>
    </w:p>
    <w:p>
      <w:r>
        <w:t>Yours?</w:t>
      </w:r>
    </w:p>
    <w:p>
      <w:r>
        <w:t>[Yes, yes, my son, yes]</w:t>
      </w:r>
    </w:p>
    <w:p>
      <w:r>
        <w:t>["Na Nach Nachma Nachman MeUman"]</w:t>
      </w:r>
    </w:p>
    <w:p>
      <w:r>
        <w:t>[Sing to him, "Na Nach.."]</w:t>
      </w:r>
    </w:p>
    <w:p>
      <w:r>
        <w:t>["Na.. Nachman MeUman"]</w:t>
      </w:r>
    </w:p>
    <w:p>
      <w:r>
        <w:t>[Yes]</w:t>
      </w:r>
    </w:p>
    <w:p>
      <w:r>
        <w:t>[Tell him that you brought a fish]</w:t>
      </w:r>
    </w:p>
    <w:p>
      <w:r>
        <w:t>[I’ll tell him right away, yes..]</w:t>
      </w:r>
    </w:p>
    <w:p>
      <w:r>
        <w:t>[…..]</w:t>
      </w:r>
    </w:p>
    <w:p>
      <w:r>
        <w:t>[There is here.….]</w:t>
      </w:r>
    </w:p>
    <w:p>
      <w:r>
        <w:t>[….…….]</w:t>
      </w:r>
    </w:p>
    <w:p>
      <w:r>
        <w:t>[………..]</w:t>
      </w:r>
    </w:p>
    <w:p>
      <w:r>
        <w:t>[There is, you have a fish here, a fish…. what is it called? A fish, ah……]</w:t>
      </w:r>
    </w:p>
    <w:p>
      <w:r>
        <w:t>[Notre Dame]</w:t>
      </w:r>
    </w:p>
    <w:p>
      <w:r>
        <w:t>[A fish, a fish, Lotterdam, Lotterdam]</w:t>
      </w:r>
    </w:p>
    <w:p>
      <w:r>
        <w:t>[Notre Dame]</w:t>
      </w:r>
    </w:p>
    <w:p>
      <w:r>
        <w:t>[Notre Dame..]...</w:t>
      </w:r>
    </w:p>
    <w:p>
      <w:r>
        <w:t>...{….}</w:t>
      </w:r>
    </w:p>
    <w:p>
      <w:r>
        <w:t>[Yes, so that you will have it for Shabbos, so that you will have..]</w:t>
      </w:r>
    </w:p>
    <w:p>
      <w:r>
        <w:t>Yes, yes {..}</w:t>
      </w:r>
    </w:p>
    <w:p>
      <w:r>
        <w:t>[There is here, it is one large piece and three pieces..]…</w:t>
      </w:r>
    </w:p>
    <w:p>
      <w:r>
        <w:t>...[……..]</w:t>
      </w:r>
    </w:p>
    <w:p>
      <w:r>
        <w:t>(Saba laughs)</w:t>
      </w:r>
    </w:p>
    <w:p>
      <w:r>
        <w:t>{Yes}</w:t>
      </w:r>
    </w:p>
    <w:p>
      <w:r>
        <w:t>[I had wondrous miracles at home..]</w:t>
      </w:r>
    </w:p>
    <w:p>
      <w:r>
        <w:t>Yes?</w:t>
      </w:r>
    </w:p>
    <w:p>
      <w:r>
        <w:t>[In the hospital]</w:t>
      </w:r>
    </w:p>
    <w:p>
      <w:r>
        <w:t>Yes?</w:t>
      </w:r>
    </w:p>
    <w:p>
      <w:r>
        <w:t>[There was great honor for Rabbainu]</w:t>
      </w:r>
    </w:p>
    <w:p>
      <w:r>
        <w:t>Yes?</w:t>
      </w:r>
    </w:p>
    <w:p>
      <w:r>
        <w:t>[Yes, everyone was amazed by Rabbainu]</w:t>
      </w:r>
    </w:p>
    <w:p>
      <w:r>
        <w:t>Yes?</w:t>
      </w:r>
    </w:p>
    <w:p>
      <w:r>
        <w:t>[What miracles there are, yes]</w:t>
      </w:r>
    </w:p>
    <w:p>
      <w:r>
        <w:t>Yes?</w:t>
      </w:r>
    </w:p>
    <w:p>
      <w:r>
        <w:t>[Yes, it.. was, was, the entire "Hadassah" hospital on wheels]</w:t>
      </w:r>
    </w:p>
    <w:p>
      <w:r>
        <w:t>Yes</w:t>
      </w:r>
    </w:p>
    <w:p>
      <w:r>
        <w:t>[They know that Rabbainu exists in the world]</w:t>
      </w:r>
    </w:p>
    <w:p>
      <w:r>
        <w:t>Yes</w:t>
      </w:r>
    </w:p>
    <w:p>
      <w:r>
        <w:t>[..There is one madman who reveals that Rabbainu exists in the world, this is Rabbainu, he repairs us, Rabbainu is miracles and wonders, how I am alive, and how I got through all this safely</w:t>
      </w:r>
    </w:p>
    <w:p>
      <w:r>
        <w:t>It was something very difficult, I felt weak, and..]</w:t>
      </w:r>
    </w:p>
    <w:p>
      <w:r>
        <w:t>Where do you live?</w:t>
      </w:r>
    </w:p>
    <w:p>
      <w:r>
        <w:t>[I live in Bnei Brak]</w:t>
      </w:r>
    </w:p>
    <w:p>
      <w:r>
        <w:t>Bnei Brak</w:t>
      </w:r>
    </w:p>
    <w:p>
      <w:r>
        <w:t>[I did.., do you remember that I had the operation at "Hadassah", I had it three weeks ago</w:t>
      </w:r>
    </w:p>
    <w:p>
      <w:r>
        <w:t>Three weeks ago I had an operation]</w:t>
      </w:r>
    </w:p>
    <w:p>
      <w:r>
        <w:t>Oy, oy, oy, oy, oy, oy, oy</w:t>
      </w:r>
    </w:p>
    <w:p>
      <w:r>
        <w:t>[A {hernia} operation, three weeks ago]</w:t>
      </w:r>
    </w:p>
    <w:p>
      <w:r>
        <w:t>Oy, oy, {..} Baruch Hashem</w:t>
      </w:r>
    </w:p>
    <w:p>
      <w:r>
        <w:t>[Baruch Hashem, it succeeded, and Baruch Hashem, I am alive, Baruch Hashem</w:t>
      </w:r>
    </w:p>
    <w:p>
      <w:r>
        <w:t>Everything is in the merit of Rabbainu, "Na Nach Nachma Nachman MeUman"]</w:t>
      </w:r>
    </w:p>
    <w:p>
      <w:r>
        <w:t>[……...…]</w:t>
      </w:r>
    </w:p>
    <w:p>
      <w:r>
        <w:t>[……]</w:t>
      </w:r>
    </w:p>
    <w:p>
      <w:r>
        <w:t>[Saba, I had a great miracle, I asked the doctor whether he agreed, the doctor who operated on me</w:t>
      </w:r>
    </w:p>
    <w:p>
      <w:r>
        <w:t>I asked him whether he agreed that I {..} I would wear this during the operation</w:t>
      </w:r>
    </w:p>
    <w:p>
      <w:r>
        <w:t>I asked the professor whether he agreed that I would wear this, the amulet, during the operation] Yes?</w:t>
      </w:r>
    </w:p>
    <w:p>
      <w:r>
        <w:t>[He agreed]</w:t>
      </w:r>
    </w:p>
    <w:p>
      <w:r>
        <w:t>Nu</w:t>
      </w:r>
    </w:p>
    <w:p>
      <w:r>
        <w:t>[He agreed that I would wear this during the operation, and also the note under my head</w:t>
      </w:r>
    </w:p>
    <w:p>
      <w:r>
        <w:t>He agreed, and Baruch Hashem I had a mirac..]</w:t>
      </w:r>
    </w:p>
    <w:p>
      <w:r>
        <w:t>Did he see the note?</w:t>
      </w:r>
    </w:p>
    <w:p>
      <w:r>
        <w:t>[Yes, he was very impressed by it, he..]</w:t>
      </w:r>
    </w:p>
    <w:p>
      <w:r>
        <w:t>Yes?</w:t>
      </w:r>
    </w:p>
    <w:p>
      <w:r>
        <w:t>[Yes, he told me that he agreed that during the operation I would wear the amulet on me, he saw that I..] (Saba laughs)</w:t>
      </w:r>
    </w:p>
    <w:p>
      <w:r>
        <w:t>[He told me, he told me, that I should wear it on me until a hundred and twenty, he does not care, he did not.., no, it did not, did not bother him, he performed an operation on me, and Baruch Hashem.., and it succeeded, Baruch Hashem there was general anesthesia, it was general anesthesia, it was general anesthesia, the whole body..]…</w:t>
      </w:r>
    </w:p>
    <w:p>
      <w:r>
        <w:t>...[The tenth trial of the "Binding of Isaac," is to draw close to me, no? That is what Rabbainu said, no?] Yes</w:t>
      </w:r>
    </w:p>
    <w:p>
      <w:r>
        <w:t>[The.. tenth trial]</w:t>
      </w:r>
    </w:p>
    <w:p>
      <w:r>
        <w:t>I am the tenth trial</w:t>
      </w:r>
    </w:p>
    <w:p>
      <w:r>
        <w:t>[Yes]</w:t>
      </w:r>
    </w:p>
    <w:p>
      <w:r>
        <w:t>The trial of the binding</w:t>
      </w:r>
    </w:p>
    <w:p>
      <w:r>
        <w:t>[Of the binding]</w:t>
      </w:r>
    </w:p>
    <w:p>
      <w:r>
        <w:t>{Yes}</w:t>
      </w:r>
    </w:p>
    <w:p>
      <w:r>
        <w:t>[…...]</w:t>
      </w:r>
    </w:p>
    <w:p>
      <w:r>
        <w:t>[.…..]…</w:t>
      </w:r>
    </w:p>
    <w:p>
      <w:r>
        <w:t>...[….]</w:t>
      </w:r>
    </w:p>
    <w:p>
      <w:r>
        <w:t>[…….]</w:t>
      </w:r>
    </w:p>
    <w:p>
      <w:r>
        <w:t>How much? How much?</w:t>
      </w:r>
    </w:p>
    <w:p>
      <w:r>
        <w:t>[No, a little]</w:t>
      </w:r>
    </w:p>
    <w:p>
      <w:r>
        <w:t>A small piece</w:t>
      </w:r>
    </w:p>
    <w:p>
      <w:r>
        <w:t>[All right, you have, you have..]</w:t>
      </w:r>
    </w:p>
    <w:p>
      <w:r>
        <w:t>{….to cut everything}</w:t>
      </w:r>
    </w:p>
    <w:p>
      <w:r>
        <w:t>[It is a shame to cut everything..]</w:t>
      </w:r>
    </w:p>
    <w:p>
      <w:r>
        <w:t>{No}</w:t>
      </w:r>
    </w:p>
    <w:p>
      <w:r>
        <w:t>[It spoils, it spoils..]</w:t>
      </w:r>
    </w:p>
    <w:p>
      <w:r>
        <w:t>I don't want, I don't want anything</w:t>
      </w:r>
    </w:p>
    <w:p>
      <w:r>
        <w:t>[A little, it's a little]</w:t>
      </w:r>
    </w:p>
    <w:p>
      <w:r>
        <w:t>I don't want</w:t>
      </w:r>
    </w:p>
    <w:p>
      <w:r>
        <w:t>[No, it ruins everything, look………………………….</w:t>
      </w:r>
    </w:p>
    <w:p>
      <w:r>
        <w:t>It preserves its quality]</w:t>
      </w:r>
    </w:p>
    <w:p>
      <w:r>
        <w:t>[…….]</w:t>
      </w:r>
    </w:p>
    <w:p>
      <w:r>
        <w:t>[Put some for him on a small plate……………….…..]</w:t>
      </w:r>
    </w:p>
    <w:p>
      <w:r>
        <w:t>[………………...]</w:t>
      </w:r>
    </w:p>
    <w:p>
      <w:r>
        <w:t>Shoin, shoin</w:t>
      </w:r>
    </w:p>
    <w:p>
      <w:r>
        <w:t>Buy more fish, eh, lakerda</w:t>
      </w:r>
    </w:p>
    <w:p>
      <w:r>
        <w:t>[Yes?]</w:t>
      </w:r>
    </w:p>
    <w:p>
      <w:r>
        <w:t>It's very good..</w:t>
      </w:r>
    </w:p>
    <w:p>
      <w:r>
        <w:t>[Yes]</w:t>
      </w:r>
    </w:p>
    <w:p>
      <w:r>
        <w:t>And it's healthy</w:t>
      </w:r>
    </w:p>
    <w:p>
      <w:r>
        <w:t>[Healthy, yes?]</w:t>
      </w:r>
    </w:p>
    <w:p>
      <w:r>
        <w:t>Yes</w:t>
      </w:r>
    </w:p>
    <w:p>
      <w:r>
        <w:t>[It's h.., it's healthy..]</w:t>
      </w:r>
    </w:p>
    <w:p>
      <w:r>
        <w:t>Lakerda, lakerda</w:t>
      </w:r>
    </w:p>
    <w:p>
      <w:r>
        <w:t>[Is it healthy to eat this? Yes?]</w:t>
      </w:r>
    </w:p>
    <w:p>
      <w:r>
        <w:t>Eh?</w:t>
      </w:r>
    </w:p>
    <w:p>
      <w:r>
        <w:t>[Is it also healthy for me?]</w:t>
      </w:r>
    </w:p>
    <w:p>
      <w:r>
        <w:t>Yes, yes</w:t>
      </w:r>
    </w:p>
    <w:p>
      <w:r>
        <w:t>[It's healthy, yes.. And you should be healthy.… Hashem will give you much health and..]</w:t>
      </w:r>
    </w:p>
    <w:p>
      <w:r>
        <w:t>Amen</w:t>
      </w:r>
    </w:p>
    <w:p>
      <w:r>
        <w:t>[And you'll be able to reach until…… slowly, slowly, slowly, slowly</w:t>
      </w:r>
    </w:p>
    <w:p>
      <w:r>
        <w:t>Saba, how are you, Saba.. Amram Horowitz told me, he was in Uman]</w:t>
      </w:r>
    </w:p>
    <w:p>
      <w:r>
        <w:t>Amram</w:t>
      </w:r>
    </w:p>
    <w:p>
      <w:r>
        <w:t>[Yes, he was in Uman, and he related that the gentile woman closed the door, she didn't let them enter and th..]…</w:t>
      </w:r>
    </w:p>
    <w:p>
      <w:r>
        <w:t>...{….}</w:t>
      </w:r>
    </w:p>
    <w:p>
      <w:r>
        <w:t>[A drop {peanut, peanut}, pardon me]</w:t>
      </w:r>
    </w:p>
    <w:p>
      <w:r>
        <w:t>Shoin, shoin, shoin, shoin</w:t>
      </w:r>
    </w:p>
    <w:p>
      <w:r>
        <w:t>[A drop, oh, oh, oh, eh, it's good..]</w:t>
      </w:r>
    </w:p>
    <w:p>
      <w:r>
        <w:t>[……….]</w:t>
      </w:r>
    </w:p>
    <w:p>
      <w:r>
        <w:t>[Who?]</w:t>
      </w:r>
    </w:p>
    <w:p>
      <w:r>
        <w:t>[………..]</w:t>
      </w:r>
    </w:p>
    <w:p>
      <w:r>
        <w:t>[………..]</w:t>
      </w:r>
    </w:p>
    <w:p>
      <w:r>
        <w:t>Give it to them, give it to them</w:t>
      </w:r>
    </w:p>
    <w:p>
      <w:r>
        <w:t>[Give it to them, what will you drink? Saba,..]</w:t>
      </w:r>
    </w:p>
    <w:p>
      <w:r>
        <w:t>[…]</w:t>
      </w:r>
    </w:p>
    <w:p>
      <w:r>
        <w:t>[A cup of milk with honey?]</w:t>
      </w:r>
    </w:p>
    <w:p>
      <w:r>
        <w:t>Eh?</w:t>
      </w:r>
    </w:p>
    <w:p>
      <w:r>
        <w:t>[Milk with honey?]</w:t>
      </w:r>
    </w:p>
    <w:p>
      <w:r>
        <w:t>[…...]…</w:t>
      </w:r>
    </w:p>
    <w:p>
      <w:r>
        <w:t>...{Fortunate are we that we merited this}, that he has now been revealed; in this darkness such a light has been revealed that there never was {such a one}, and the world did not know [……..]</w:t>
      </w:r>
    </w:p>
    <w:p>
      <w:r>
        <w:t>[….….]</w:t>
      </w:r>
    </w:p>
    <w:p>
      <w:r>
        <w:t>Eh..</w:t>
      </w:r>
    </w:p>
    <w:p>
      <w:r>
        <w:t>[..Wait, wait, wait a second, excuse me..]</w:t>
      </w:r>
    </w:p>
    <w:p>
      <w:r>
        <w:t>[………...]</w:t>
      </w:r>
    </w:p>
    <w:p>
      <w:r>
        <w:t>[Saba..]</w:t>
      </w:r>
    </w:p>
    <w:p>
      <w:r>
        <w:t>[….]</w:t>
      </w:r>
    </w:p>
    <w:p>
      <w:r>
        <w:t>Yo</w:t>
      </w:r>
    </w:p>
    <w:p>
      <w:r>
        <w:t>[Wait, wait…..]</w:t>
      </w:r>
    </w:p>
    <w:p>
      <w:r>
        <w:t>[…….]</w:t>
      </w:r>
    </w:p>
    <w:p>
      <w:r>
        <w:t>Eh?</w:t>
      </w:r>
    </w:p>
    <w:p>
      <w:r>
        <w:t>[Wait, wait]</w:t>
      </w:r>
    </w:p>
    <w:p>
      <w:r>
        <w:t>[Saba]</w:t>
      </w:r>
    </w:p>
    <w:p>
      <w:r>
        <w:t>[…...]</w:t>
      </w:r>
    </w:p>
    <w:p>
      <w:r>
        <w:t>Nu</w:t>
      </w:r>
    </w:p>
    <w:p>
      <w:r>
        <w:t>[There is another soldier of Rabbainu]</w:t>
      </w:r>
    </w:p>
    <w:p>
      <w:r>
        <w:t>Eh?</w:t>
      </w:r>
    </w:p>
    <w:p>
      <w:r>
        <w:t>[A new soldier]</w:t>
      </w:r>
    </w:p>
    <w:p>
      <w:r>
        <w:t>Yes</w:t>
      </w:r>
    </w:p>
    <w:p>
      <w:r>
        <w:t>[There is another new soldier]</w:t>
      </w:r>
    </w:p>
    <w:p>
      <w:r>
        <w:t>[Of Rabbainu]</w:t>
      </w:r>
    </w:p>
    <w:p>
      <w:r>
        <w:t>Yes</w:t>
      </w:r>
    </w:p>
    <w:p>
      <w:r>
        <w:t>[His name is, Yossi]</w:t>
      </w:r>
    </w:p>
    <w:p>
      <w:r>
        <w:t>[Yossi….]</w:t>
      </w:r>
    </w:p>
    <w:p>
      <w:r>
        <w:t>[Yossi]</w:t>
      </w:r>
    </w:p>
    <w:p>
      <w:r>
        <w:t>[Ben Yaffa]</w:t>
      </w:r>
    </w:p>
    <w:p>
      <w:r>
        <w:t>Yosef</w:t>
      </w:r>
    </w:p>
    <w:p>
      <w:r>
        <w:t>[Ben Yaffa]</w:t>
      </w:r>
    </w:p>
    <w:p>
      <w:r>
        <w:t>Ben Yaffa</w:t>
      </w:r>
    </w:p>
    <w:p>
      <w:r>
        <w:t>[Yes]</w:t>
      </w:r>
    </w:p>
    <w:p>
      <w:r>
        <w:t>Who is this?</w:t>
      </w:r>
    </w:p>
    <w:p>
      <w:r>
        <w:t>[Here]</w:t>
      </w:r>
    </w:p>
    <w:p>
      <w:r>
        <w:t>[Here he is, here]</w:t>
      </w:r>
    </w:p>
    <w:p>
      <w:r>
        <w:t>[He's here, he's here, he's here]</w:t>
      </w:r>
    </w:p>
    <w:p>
      <w:r>
        <w:t>[Come…...]</w:t>
      </w:r>
    </w:p>
    <w:p>
      <w:r>
        <w:t>Yosef ben..</w:t>
      </w:r>
    </w:p>
    <w:p>
      <w:r>
        <w:t>[[Yaffa]]</w:t>
      </w:r>
    </w:p>
    <w:p>
      <w:r>
        <w:t>Yaffa</w:t>
      </w:r>
    </w:p>
    <w:p>
      <w:r>
        <w:t>[Yes..]</w:t>
      </w:r>
    </w:p>
    <w:p>
      <w:r>
        <w:t>Hashem, blessed be He, will have mercy, that we should merit..</w:t>
      </w:r>
    </w:p>
    <w:p>
      <w:r>
        <w:t>[He is blessing you]</w:t>
      </w:r>
    </w:p>
    <w:p>
      <w:r>
        <w:t>We and all Israel, to draw close..</w:t>
      </w:r>
    </w:p>
    <w:p>
      <w:r>
        <w:t>[..My father, my father..]</w:t>
      </w:r>
    </w:p>
    <w:p>
      <w:r>
        <w:t>To Rabbainu..</w:t>
      </w:r>
    </w:p>
    <w:p>
      <w:r>
        <w:t>[For my father….]</w:t>
      </w:r>
    </w:p>
    <w:p>
      <w:r>
        <w:t>That he be revealed speedily</w:t>
      </w:r>
    </w:p>
    <w:p>
      <w:r>
        <w:t>[[[Amen]]]</w:t>
      </w:r>
    </w:p>
    <w:p>
      <w:r>
        <w:t>.</w:t>
      </w:r>
    </w:p>
    <w:p>
      <w:r>
        <w:t>[Kalimo ben Yosef]</w:t>
      </w:r>
    </w:p>
    <w:p>
      <w:r>
        <w:t>{..} And we should merit redemption</w:t>
      </w:r>
    </w:p>
    <w:p>
      <w:r>
        <w:t>[[[Amen]]]</w:t>
      </w:r>
    </w:p>
    <w:p>
      <w:r>
        <w:t>[K.., and.. and Kalimo ben Yosef]</w:t>
      </w:r>
    </w:p>
    <w:p>
      <w:r>
        <w:t>Eh?</w:t>
      </w:r>
    </w:p>
    <w:p>
      <w:r>
        <w:t>[Kalimo ben Yosef]</w:t>
      </w:r>
    </w:p>
    <w:p>
      <w:r>
        <w:t>{….} ben Yosef</w:t>
      </w:r>
    </w:p>
    <w:p>
      <w:r>
        <w:t>[Kalimo, Kalimo]</w:t>
      </w:r>
    </w:p>
    <w:p>
      <w:r>
        <w:t>How?</w:t>
      </w:r>
    </w:p>
    <w:p>
      <w:r>
        <w:t>[Kalimo]</w:t>
      </w:r>
    </w:p>
    <w:p>
      <w:r>
        <w:t>Kalimo?</w:t>
      </w:r>
    </w:p>
    <w:p>
      <w:r>
        <w:t>[K.. yes]</w:t>
      </w:r>
    </w:p>
    <w:p>
      <w:r>
        <w:t>[Ben Yosef]</w:t>
      </w:r>
    </w:p>
    <w:p>
      <w:r>
        <w:t>[Ben Yosef]</w:t>
      </w:r>
    </w:p>
    <w:p>
      <w:r>
        <w:t>Ben Yosef</w:t>
      </w:r>
    </w:p>
    <w:p>
      <w:r>
        <w:t>[All the salvations]</w:t>
      </w:r>
    </w:p>
    <w:p>
      <w:r>
        <w:t>For all {…..} and all the salvations</w:t>
      </w:r>
    </w:p>
    <w:p>
      <w:r>
        <w:t>[Amen]</w:t>
      </w:r>
    </w:p>
    <w:p>
      <w:r>
        <w:t>That he draw close to Rabbainu, amen, may it be His will</w:t>
      </w:r>
    </w:p>
    <w:p>
      <w:r>
        <w:t>[Amen]</w:t>
      </w:r>
    </w:p>
    <w:p>
      <w:r>
        <w:t>[Saba, he gave charity, charity]</w:t>
      </w:r>
    </w:p>
    <w:p>
      <w:r>
        <w:t>Ah, good</w:t>
      </w:r>
    </w:p>
    <w:p>
      <w:r>
        <w:t>[Saba, bless him for success and all the salvations]</w:t>
      </w:r>
    </w:p>
    <w:p>
      <w:r>
        <w:t>Hashem, blessed be He, should bless him, and he should succeed in all {the work of his hands}</w:t>
      </w:r>
    </w:p>
    <w:p>
      <w:r>
        <w:t>[Amen]</w:t>
      </w:r>
    </w:p>
    <w:p>
      <w:r>
        <w:t>[Yochai ben Miriam, livelihood]</w:t>
      </w:r>
    </w:p>
    <w:p>
      <w:r>
        <w:t>[…. ben..]</w:t>
      </w:r>
    </w:p>
    <w:p>
      <w:r>
        <w:t>[Yochai ben Miriam for livelihood]</w:t>
      </w:r>
    </w:p>
    <w:p>
      <w:r>
        <w:t>What is this?</w:t>
      </w:r>
    </w:p>
    <w:p>
      <w:r>
        <w:t>[Ten shekels]</w:t>
      </w:r>
    </w:p>
    <w:p>
      <w:r>
        <w:t>Ah</w:t>
      </w:r>
    </w:p>
    <w:p>
      <w:r>
        <w:t>[Yochai..]</w:t>
      </w:r>
    </w:p>
    <w:p>
      <w:r>
        <w:t>[Ben Miriam]</w:t>
      </w:r>
    </w:p>
    <w:p>
      <w:r>
        <w:t>[For livelihood]</w:t>
      </w:r>
    </w:p>
    <w:p>
      <w:r>
        <w:t>[Ah, yes, Saba, and also Yochai ben Miriam]</w:t>
      </w:r>
    </w:p>
    <w:p>
      <w:r>
        <w:t>Yochai ben Miriam</w:t>
      </w:r>
    </w:p>
    <w:p>
      <w:r>
        <w:t>[Yes]</w:t>
      </w:r>
    </w:p>
    <w:p>
      <w:r>
        <w:t>[A blessing for livelihood]</w:t>
      </w:r>
    </w:p>
    <w:p>
      <w:r>
        <w:t>Hashem, blessed be He, {…} sh..</w:t>
      </w:r>
    </w:p>
    <w:p>
      <w:r>
        <w:t>[Livelihood]</w:t>
      </w:r>
    </w:p>
    <w:p>
      <w:r>
        <w:t>Should help, that he merit all the salvations</w:t>
      </w:r>
    </w:p>
    <w:p>
      <w:r>
        <w:t>[Amen]</w:t>
      </w:r>
    </w:p>
    <w:p>
      <w:r>
        <w:t>[For livelihood, Saba, livelihood]</w:t>
      </w:r>
    </w:p>
    <w:p>
      <w:r>
        <w:t>And a good livelihood</w:t>
      </w:r>
    </w:p>
    <w:p>
      <w:r>
        <w:t>[[Amen]] And all good</w:t>
      </w:r>
    </w:p>
    <w:p>
      <w:r>
        <w:t>[[Amen]]</w:t>
      </w:r>
    </w:p>
    <w:p>
      <w:r>
        <w:t>[Saba, also Gad, Gad ben Rina]</w:t>
      </w:r>
    </w:p>
    <w:p>
      <w:r>
        <w:t>Gad ben Rina, Hashem, blessed be He, should have mercy on him, and help him with all the salvations he needs [Amen]</w:t>
      </w:r>
    </w:p>
    <w:p>
      <w:r>
        <w:t>Speedily</w:t>
      </w:r>
    </w:p>
    <w:p>
      <w:r>
        <w:t>[Amen, amen]</w:t>
      </w:r>
    </w:p>
    <w:p>
      <w:r>
        <w:t>[Amen]</w:t>
      </w:r>
    </w:p>
    <w:p>
      <w:r>
        <w:t>[Saba, all the salvations are Rabbainu]</w:t>
      </w:r>
    </w:p>
    <w:p>
      <w:r>
        <w:t>Certainly, this, this is the main thing, th.. the main vitality of all Israel</w:t>
      </w:r>
    </w:p>
    <w:p>
      <w:r>
        <w:t>[Yes]</w:t>
      </w:r>
    </w:p>
    <w:p>
      <w:r>
        <w:t>And Eretz Yisroel and the Holy Temple, they all draw sustenance from him</w:t>
      </w:r>
    </w:p>
    <w:p>
      <w:r>
        <w:t>[Yes]</w:t>
      </w:r>
    </w:p>
    <w:p>
      <w:r>
        <w:t>Yes</w:t>
      </w:r>
    </w:p>
    <w:p>
      <w:r>
        <w:t>Oy, oy, oy, oy..</w:t>
      </w:r>
    </w:p>
    <w:p>
      <w:r>
        <w:t>[Saba, now we're making signs of "Na Nach"]</w:t>
      </w:r>
    </w:p>
    <w:p>
      <w:r>
        <w:t>Eh?</w:t>
      </w:r>
    </w:p>
    <w:p>
      <w:r>
        <w:t>[Now we're making signs of, of "Na Nach Nachma Nachman MeUman"]</w:t>
      </w:r>
    </w:p>
    <w:p>
      <w:r>
        <w:t>Where are you going?</w:t>
      </w:r>
    </w:p>
    <w:p>
      <w:r>
        <w:t>[No, we're making signs, signs]</w:t>
      </w:r>
    </w:p>
    <w:p>
      <w:r>
        <w:t>Ah, signs</w:t>
      </w:r>
    </w:p>
    <w:p>
      <w:r>
        <w:t>[Of "Na Nach Nachma Nachman MeUman"]</w:t>
      </w:r>
    </w:p>
    <w:p>
      <w:r>
        <w:t>Yes, this, this, this is he, eh.. Uri, Uri, Uri, {..}</w:t>
      </w:r>
    </w:p>
    <w:p>
      <w:r>
        <w:t>[Yes, yes, yes, also we ourselves..]</w:t>
      </w:r>
    </w:p>
    <w:p>
      <w:r>
        <w:t>Is he here?</w:t>
      </w:r>
    </w:p>
    <w:p>
      <w:r>
        <w:t>[No, he's not here, he's not here]</w:t>
      </w:r>
    </w:p>
    <w:p>
      <w:r>
        <w:t>He, he is the owner of the..</w:t>
      </w:r>
    </w:p>
    <w:p>
      <w:r>
        <w:t>[Signs]</w:t>
      </w:r>
    </w:p>
    <w:p>
      <w:r>
        <w:t>The signs, {yes}, yes</w:t>
      </w:r>
    </w:p>
    <w:p>
      <w:r>
        <w:t>[Yes, he, he also told us to make many signs]</w:t>
      </w:r>
    </w:p>
    <w:p>
      <w:r>
        <w:t>Eh?</w:t>
      </w:r>
    </w:p>
    <w:p>
      <w:r>
        <w:t>[He told us to make many signs]</w:t>
      </w:r>
    </w:p>
    <w:p>
      <w:r>
        <w:t>Ah, yes, yes, yes, yes</w:t>
      </w:r>
    </w:p>
    <w:p>
      <w:r>
        <w:t>[Rosh HaAyin, return in repentance]</w:t>
      </w:r>
    </w:p>
    <w:p>
      <w:r>
        <w:t>[When is he coming to Rosh HaAyin…..]</w:t>
      </w:r>
    </w:p>
    <w:p>
      <w:r>
        <w:t>[Wh?] Eh..</w:t>
      </w:r>
    </w:p>
    <w:p>
      <w:r>
        <w:t>[Ask him when he is coming to Rosh HaAyin? Ask him]</w:t>
      </w:r>
    </w:p>
    <w:p>
      <w:r>
        <w:t>[Saba]</w:t>
      </w:r>
    </w:p>
    <w:p>
      <w:r>
        <w:t>Yo</w:t>
      </w:r>
    </w:p>
    <w:p>
      <w:r>
        <w:t>[Michael, he..]</w:t>
      </w:r>
    </w:p>
    <w:p>
      <w:r>
        <w:t>Mi.. Michael</w:t>
      </w:r>
    </w:p>
    <w:p>
      <w:r>
        <w:t>[Yes, yes, he, he wants you to come to Rosh HaAyin]</w:t>
      </w:r>
    </w:p>
    <w:p>
      <w:r>
        <w:t>Who is Michael?</w:t>
      </w:r>
    </w:p>
    <w:p>
      <w:r>
        <w:t>[Nu, come, come here]</w:t>
      </w:r>
    </w:p>
    <w:p>
      <w:r>
        <w:t>[When will you come to Rosh HaAyin?]</w:t>
      </w:r>
    </w:p>
    <w:p>
      <w:r>
        <w:t>Eh?</w:t>
      </w:r>
    </w:p>
    <w:p>
      <w:r>
        <w:t>[When will you come to Rosh HaAyin]</w:t>
      </w:r>
    </w:p>
    <w:p>
      <w:r>
        <w:t>Ah, who is this?</w:t>
      </w:r>
    </w:p>
    <w:p>
      <w:r>
        <w:t>[[Michael]]</w:t>
      </w:r>
    </w:p>
    <w:p>
      <w:r>
        <w:t>[Michael]</w:t>
      </w:r>
    </w:p>
    <w:p>
      <w:r>
        <w:t>[...]</w:t>
      </w:r>
    </w:p>
    <w:p>
      <w:r>
        <w:t>Michael? Where does he live?</w:t>
      </w:r>
    </w:p>
    <w:p>
      <w:r>
        <w:t>[In Rosh HaAyin]</w:t>
      </w:r>
    </w:p>
    <w:p>
      <w:r>
        <w:t>In Rosh HaAyin?</w:t>
      </w:r>
    </w:p>
    <w:p>
      <w:r>
        <w:t>[Yes]</w:t>
      </w:r>
    </w:p>
    <w:p>
      <w:r>
        <w:t>Nu, Hashem, blessed be He, should help that we merit, that we merit together to engage in the words of Rabbainu, for he gives life, he redeems and gives life to all Israel</w:t>
      </w:r>
    </w:p>
    <w:p>
      <w:r>
        <w:t>[[Amen]]</w:t>
      </w:r>
    </w:p>
    <w:p>
      <w:r>
        <w:t>Every one of Israel</w:t>
      </w:r>
    </w:p>
    <w:p>
      <w:r>
        <w:t>[[Amen]]</w:t>
      </w:r>
    </w:p>
    <w:p>
      <w:r>
        <w:t>As he is, as we are</w:t>
      </w:r>
    </w:p>
    <w:p>
      <w:r>
        <w:t>[……..]</w:t>
      </w:r>
    </w:p>
    <w:p>
      <w:r>
        <w:t>[…]</w:t>
      </w:r>
    </w:p>
    <w:p>
      <w:r>
        <w:t>Eh, eh..</w:t>
      </w:r>
    </w:p>
    <w:p>
      <w:r>
        <w:t>[….….]</w:t>
      </w:r>
    </w:p>
    <w:p>
      <w:r>
        <w:t>[……..]</w:t>
      </w:r>
    </w:p>
    <w:p>
      <w:r>
        <w:t>[Saba, also, eh.. Rabbainu is beginning to become known now]</w:t>
      </w:r>
    </w:p>
    <w:p>
      <w:r>
        <w:t>Eh?</w:t>
      </w:r>
    </w:p>
    <w:p>
      <w:r>
        <w:t>[Rabbainu is becoming known every day]</w:t>
      </w:r>
    </w:p>
    <w:p>
      <w:r>
        <w:t>Rabbainu</w:t>
      </w:r>
    </w:p>
    <w:p>
      <w:r>
        <w:t>[Is becoming known in the world]</w:t>
      </w:r>
    </w:p>
    <w:p>
      <w:r>
        <w:t>Becoming known, yes</w:t>
      </w:r>
    </w:p>
    <w:p>
      <w:r>
        <w:t>[Yes, yes]</w:t>
      </w:r>
    </w:p>
    <w:p>
      <w:r>
        <w:t>{Fortunate are we that this is coming}, they don't know at all what this is</w:t>
      </w:r>
    </w:p>
    <w:p>
      <w:r>
        <w:t>[Yes, yes]</w:t>
      </w:r>
    </w:p>
    <w:p>
      <w:r>
        <w:t>This is above the Torah, above everything, for he can help us</w:t>
      </w:r>
    </w:p>
    <w:p>
      <w:r>
        <w:t>{{. . .}} To complete repentance in truth</w:t>
      </w:r>
    </w:p>
    <w:p>
      <w:r>
        <w:t>[Yes]</w:t>
      </w:r>
    </w:p>
    <w:p>
      <w:r>
        <w:t>Yes</w:t>
      </w:r>
    </w:p>
    <w:p>
      <w:r>
        <w:t>There has never yet been such a light in the world, new, {light\it is} entirely new</w:t>
      </w:r>
    </w:p>
    <w:p>
      <w:r>
        <w:t>So says.., says Rabbainu</w:t>
      </w:r>
    </w:p>
    <w:p>
      <w:r>
        <w:t>[Yes, yes]</w:t>
      </w:r>
    </w:p>
    <w:p>
      <w:r>
        <w:t>[…...]</w:t>
      </w:r>
    </w:p>
    <w:p>
      <w:r>
        <w:t>Eh..</w:t>
      </w:r>
    </w:p>
    <w:p>
      <w:r>
        <w:t>[…...]</w:t>
      </w:r>
    </w:p>
    <w:p>
      <w:r>
        <w:t>Oy, oy..</w:t>
      </w:r>
    </w:p>
    <w:p>
      <w:r>
        <w:t>[……]</w:t>
      </w:r>
    </w:p>
    <w:p>
      <w:r>
        <w:t>[…...]</w:t>
      </w:r>
    </w:p>
    <w:p>
      <w:r>
        <w:t>Eh, eh..</w:t>
      </w:r>
    </w:p>
    <w:p>
      <w:r>
        <w:t>[……]</w:t>
      </w:r>
    </w:p>
    <w:p>
      <w:r>
        <w:t>Oy</w:t>
      </w:r>
    </w:p>
    <w:p>
      <w:r>
        <w:t>[…...]</w:t>
      </w:r>
    </w:p>
    <w:p>
      <w:r>
        <w:t>[Saba, to sit?]</w:t>
      </w:r>
    </w:p>
    <w:p>
      <w:r>
        <w:t>Eh?</w:t>
      </w:r>
    </w:p>
    <w:p>
      <w:r>
        <w:t>[To sit?]</w:t>
      </w:r>
    </w:p>
    <w:p>
      <w:r>
        <w:t>To get up</w:t>
      </w:r>
    </w:p>
    <w:p>
      <w:r>
        <w:t>Eh, eh.. no, no, to sit</w:t>
      </w:r>
    </w:p>
    <w:p>
      <w:r>
        <w:t>[…….…..]</w:t>
      </w:r>
    </w:p>
    <w:p>
      <w:r>
        <w:t>[…….…..]</w:t>
      </w:r>
    </w:p>
    <w:p>
      <w:r>
        <w:t>Eh.. eh</w:t>
      </w:r>
    </w:p>
    <w:p>
      <w:r>
        <w:t>{…} I want to rest {..}..</w:t>
      </w:r>
    </w:p>
    <w:p>
      <w:r>
        <w:t>[Perfectly all right]</w:t>
      </w:r>
    </w:p>
    <w:p>
      <w:r>
        <w:t>[………]</w:t>
      </w:r>
    </w:p>
    <w:p>
      <w:r>
        <w:t>[Be healthy, Saba]…</w:t>
      </w:r>
    </w:p>
    <w:p>
      <w:r>
        <w:t>…{….To Hebron, from Meron to Hebron..}</w:t>
      </w:r>
    </w:p>
    <w:p>
      <w:r>
        <w:t>[………]</w:t>
      </w:r>
    </w:p>
    <w:p>
      <w:r>
        <w:t>[……...]</w:t>
      </w:r>
    </w:p>
    <w:p>
      <w:r>
        <w:t>My letters</w:t>
      </w:r>
    </w:p>
    <w:p>
      <w:r>
        <w:t>[Yes]</w:t>
      </w:r>
    </w:p>
    <w:p>
      <w:r>
        <w:t>He immediately {only} when he received, {..} when he received a letter</w:t>
      </w:r>
    </w:p>
    <w:p>
      <w:r>
        <w:t>He went immediately to Ben-Zvi, to the previous president, {he said} to Ben-Zvi:</w:t>
      </w:r>
    </w:p>
    <w:p>
      <w:r>
        <w:t>"See what a {miracle} this is"</w:t>
      </w:r>
    </w:p>
    <w:p>
      <w:r>
        <w:t>[……]</w:t>
      </w:r>
    </w:p>
    <w:p>
      <w:r>
        <w:t>[………..]</w:t>
      </w:r>
    </w:p>
    <w:p>
      <w:r>
        <w:t>Eh..</w:t>
      </w:r>
    </w:p>
    <w:p>
      <w:r>
        <w:t>[…….….]</w:t>
      </w:r>
    </w:p>
    <w:p>
      <w:r>
        <w:t>[..……...]</w:t>
      </w:r>
    </w:p>
    <w:p>
      <w:r>
        <w:t>Who is this?…</w:t>
      </w:r>
    </w:p>
    <w:p>
      <w:r>
        <w:t>...{..}...</w:t>
      </w:r>
    </w:p>
    <w:p>
      <w:r>
        <w:t>...Do you know how old I am?</w:t>
      </w:r>
    </w:p>
    <w:p>
      <w:r>
        <w:t>[Yes, until a hundred and twenty]</w:t>
      </w:r>
    </w:p>
    <w:p>
      <w:r>
        <w:t>How many?</w:t>
      </w:r>
    </w:p>
    <w:p>
      <w:r>
        <w:t>[Until a hundred and twenty]</w:t>
      </w:r>
    </w:p>
    <w:p>
      <w:r>
        <w:t>[…..]</w:t>
      </w:r>
    </w:p>
    <w:p>
      <w:r>
        <w:t>[How old?]</w:t>
      </w:r>
    </w:p>
    <w:p>
      <w:r>
        <w:t>{…..As much as possible}</w:t>
      </w:r>
    </w:p>
    <w:p>
      <w:r>
        <w:t>[How many..]</w:t>
      </w:r>
    </w:p>
    <w:p>
      <w:r>
        <w:t>Every night {they say} to me, this night, the last night</w:t>
      </w:r>
    </w:p>
    <w:p>
      <w:r>
        <w:t>[No, what are you talking about, what are you talking about, no..]</w:t>
      </w:r>
    </w:p>
    <w:p>
      <w:r>
        <w:t>Hashem, blessed be He, {gives me..}</w:t>
      </w:r>
    </w:p>
    <w:p>
      <w:r>
        <w:t>[More years, more years]</w:t>
      </w:r>
    </w:p>
    <w:p>
      <w:r>
        <w:t>[Saba, Saba, Rebbe Nachman, Rebbe Nachman said to you, I w.., said to the Holy One, blessed be He: "This Jew, I need him for many more years," he said to the Holy One, blessed be He, so the Holy One, blessed be He, said to him: "If you need him for much more time.."] {Take, take}</w:t>
      </w:r>
    </w:p>
    <w:p>
      <w:r>
        <w:t>["Take him back, take him back"</w:t>
      </w:r>
    </w:p>
    <w:p>
      <w:r>
        <w:t>He needs you for many more years, what? That's what he said to the Holy One, blessed be He]</w:t>
      </w:r>
    </w:p>
    <w:p>
      <w:r>
        <w:t>(Saba laughs)</w:t>
      </w:r>
    </w:p>
    <w:p>
      <w:r>
        <w:t>[……….]</w:t>
      </w:r>
    </w:p>
    <w:p>
      <w:r>
        <w:t>[…….…]</w:t>
      </w:r>
    </w:p>
    <w:p>
      <w:r>
        <w:t>{I}, I do not need to live</w:t>
      </w:r>
    </w:p>
    <w:p>
      <w:r>
        <w:t>[No, what {all of a sudden}, Hashem will give you much strength]</w:t>
      </w:r>
    </w:p>
    <w:p>
      <w:r>
        <w:t>{Yes}</w:t>
      </w:r>
    </w:p>
    <w:p>
      <w:r>
        <w:t>[From Above, from Above]</w:t>
      </w:r>
    </w:p>
    <w:p>
      <w:r>
        <w:t>Hashem, blessed be He, renews, renews {him}, they give me a new soul, a new heart</w:t>
      </w:r>
    </w:p>
    <w:p>
      <w:r>
        <w:t>[Ah..]</w:t>
      </w:r>
    </w:p>
    <w:p>
      <w:r>
        <w:t>I remember when I was a child, I remember everything</w:t>
      </w:r>
    </w:p>
    <w:p>
      <w:r>
        <w:t>[Remember everything..]</w:t>
      </w:r>
    </w:p>
    <w:p>
      <w:r>
        <w:t>I was born {} into a poor home</w:t>
      </w:r>
    </w:p>
    <w:p>
      <w:r>
        <w:t>[Ah, ah..]</w:t>
      </w:r>
    </w:p>
    <w:p>
      <w:r>
        <w:t>They had nothing to eat</w:t>
      </w:r>
    </w:p>
    <w:p>
      <w:r>
        <w:t>[Ay]</w:t>
      </w:r>
    </w:p>
    <w:p>
      <w:r>
        <w:t>Not on festivals and not on Shabbos</w:t>
      </w:r>
    </w:p>
    <w:p>
      <w:r>
        <w:t>[Oy]</w:t>
      </w:r>
    </w:p>
    <w:p>
      <w:r>
        <w:t>{Then one wants bread}</w:t>
      </w:r>
    </w:p>
    <w:p>
      <w:r>
        <w:t>[Nu, and they were happy..]</w:t>
      </w:r>
    </w:p>
    <w:p>
      <w:r>
        <w:t>[…….,]</w:t>
      </w:r>
    </w:p>
    <w:p>
      <w:r>
        <w:t>[….….]</w:t>
      </w:r>
    </w:p>
    <w:p>
      <w:r>
        <w:t>In any case, do you have a place for me to sleep?</w:t>
      </w:r>
    </w:p>
    <w:p>
      <w:r>
        <w:t>[Yes, certainly]</w:t>
      </w:r>
    </w:p>
    <w:p>
      <w:r>
        <w:t>[Ah.. ah.. ah.. ah..]</w:t>
      </w:r>
    </w:p>
    <w:p>
      <w:r>
        <w:t>Ah.. ah.. ah.. ah..</w:t>
      </w:r>
    </w:p>
    <w:p>
      <w:r>
        <w:t>[Ah.. ah.. "Na Nach Nachma Nachman.."]</w:t>
      </w:r>
    </w:p>
    <w:p>
      <w:r>
        <w:t>They {bought} for Shabbos, I remember {what there was}, I was a child, we did not have..</w:t>
      </w:r>
    </w:p>
    <w:p>
      <w:r>
        <w:t>[..]</w:t>
      </w:r>
    </w:p>
    <w:p>
      <w:r>
        <w:t>Meat..</w:t>
      </w:r>
    </w:p>
    <w:p>
      <w:r>
        <w:t>[There was none..]</w:t>
      </w:r>
    </w:p>
    <w:p>
      <w:r>
        <w:t>Shabbos without meat</w:t>
      </w:r>
    </w:p>
    <w:p>
      <w:r>
        <w:t>[..]</w:t>
      </w:r>
    </w:p>
    <w:p>
      <w:r>
        <w:t>{Only}, ah, there were these fish.., cheap {…. ….}, {they} were very cheap</w:t>
      </w:r>
    </w:p>
    <w:p>
      <w:r>
        <w:t>[Ah, ah..]</w:t>
      </w:r>
    </w:p>
    <w:p>
      <w:r>
        <w:t>{These} fish, those we ate, and our mother, she knew how {..} to cook</w:t>
      </w:r>
    </w:p>
    <w:p>
      <w:r>
        <w:t>[Yes]</w:t>
      </w:r>
    </w:p>
    <w:p>
      <w:r>
        <w:t>{..} her dishes were better {th.. th.. th.. th..} than even every kind of meat</w:t>
      </w:r>
    </w:p>
    <w:p>
      <w:r>
        <w:t>[Ah..]</w:t>
      </w:r>
    </w:p>
    <w:p>
      <w:r>
        <w:t>{Yes}</w:t>
      </w:r>
    </w:p>
    <w:p>
      <w:r>
        <w:t>And there was joy in the home</w:t>
      </w:r>
    </w:p>
    <w:p>
      <w:r>
        <w:t>[Oh]</w:t>
      </w:r>
    </w:p>
    <w:p>
      <w:r>
        <w:t>Yes</w:t>
      </w:r>
    </w:p>
    <w:p>
      <w:r>
        <w:t>[Very good]</w:t>
      </w:r>
    </w:p>
    <w:p>
      <w:r>
        <w:t>My {baba} became {..} blind</w:t>
      </w:r>
    </w:p>
    <w:p>
      <w:r>
        <w:t>[Ah]</w:t>
      </w:r>
    </w:p>
    <w:p>
      <w:r>
        <w:t>At forty years, when he was forty years old, {…}</w:t>
      </w:r>
    </w:p>
    <w:p>
      <w:r>
        <w:t>[Leave, leave them a telephone number there]</w:t>
      </w:r>
    </w:p>
    <w:p>
      <w:r>
        <w:t>And when I became, I drew close to Rabbainu Rebbe Nachman, Father said to me:</w:t>
      </w:r>
    </w:p>
    <w:p>
      <w:r>
        <w:t>"Have mercy on me and on yourself, do not be Breslover</w:t>
      </w:r>
    </w:p>
    <w:p>
      <w:r>
        <w:t>Ah, who will take you as a bridegroom? Who, who {…} will speak with you?”</w:t>
      </w:r>
    </w:p>
    <w:p>
      <w:r>
        <w:t>{Only this I am laughing}</w:t>
      </w:r>
    </w:p>
    <w:p>
      <w:r>
        <w:t>I said:</w:t>
      </w:r>
    </w:p>
    <w:p>
      <w:r>
        <w:t>"Father, I will do everything, {…}.."…</w:t>
      </w:r>
    </w:p>
    <w:p>
      <w:r>
        <w:br w:type="page"/>
      </w:r>
    </w:p>
    <w:p>
      <w:pPr>
        <w:pStyle w:val="Heading1"/>
      </w:pPr>
      <w:r>
        <w:t>Tape 82</w:t>
      </w:r>
    </w:p>
    <w:p>
      <w:pPr>
        <w:pStyle w:val="Heading2"/>
      </w:pPr>
      <w:r>
        <w:t>Side A (Aleph)</w:t>
      </w:r>
    </w:p>
    <w:p>
      <w:r>
        <w:t>...[The friends sing:</w:t>
      </w:r>
    </w:p>
    <w:p>
      <w:r>
        <w:t>"A living and enduring seed, that will not cease and that will not desist from the words of the Torah.."</w:t>
      </w:r>
    </w:p>
    <w:p>
      <w:r>
        <w:t>Afterward they sing:</w:t>
      </w:r>
    </w:p>
    <w:p>
      <w:r>
        <w:t>"Behold, I send you Elijah the prophet, before the coming of the great and awesome day of Hashem, and he shall turn the heart of fathers to children, and the heart of children to their fathers.."</w:t>
      </w:r>
    </w:p>
    <w:p>
      <w:r>
        <w:t>Afterward they sing:</w:t>
      </w:r>
    </w:p>
    <w:p>
      <w:r>
        <w:t>"Bar Yochai, you were anointed—fortunate are you—with oil of joy above your companions..</w:t>
      </w:r>
    </w:p>
    <w:p>
      <w:r>
        <w:t>Bar Yochai, with the holy anointing oil you were anointed from the holy measure</w:t>
      </w:r>
    </w:p>
    <w:p>
      <w:r>
        <w:t>You bore the diadem, the crown of holiness, bound upon your head, your glory</w:t>
      </w:r>
    </w:p>
    <w:p>
      <w:r>
        <w:t>Bar Yochai, a good dwelling you inhabited, the day you fled, the day on which you escaped</w:t>
      </w:r>
    </w:p>
    <w:p>
      <w:r>
        <w:t>In a cave of rock where you stood, there you acquired your splendor and your glory</w:t>
      </w:r>
    </w:p>
    <w:p>
      <w:r>
        <w:t>Bar Yochai, acacia trees standing, the teachings of Hashem they study</w:t>
      </w:r>
    </w:p>
    <w:p>
      <w:r>
        <w:t>Wondrous light, the kindled light, they burn; behold, they are the ones who shall instruct you, your teachers</w:t>
      </w:r>
    </w:p>
    <w:p>
      <w:r>
        <w:t>Bar Yochai, and to the apple orchard you ascended, to gather remedies in it</w:t>
      </w:r>
    </w:p>
    <w:p>
      <w:r>
        <w:t>The secret of Torah, like blossoms and flowers; ‘Let us make man’ was said for your sake</w:t>
      </w:r>
    </w:p>
    <w:p>
      <w:r>
        <w:t>Bar Yochai, you were girded with might, and in the war of religion, a fire to the gate</w:t>
      </w:r>
    </w:p>
    <w:p>
      <w:r>
        <w:t>And you drew a sword from its sheath, you unsheathed it against your foes</w:t>
      </w:r>
    </w:p>
    <w:p>
      <w:r>
        <w:t>Bar Yochai, to the place of marble stones you arrived, before a lion, a mighty lion</w:t>
      </w:r>
    </w:p>
    <w:p>
      <w:r>
        <w:t>Also the crowning capital upon Ayish…”]</w:t>
      </w:r>
    </w:p>
    <w:p>
      <w:r>
        <w:t>[……]</w:t>
      </w:r>
    </w:p>
    <w:p>
      <w:r>
        <w:t>[……]</w:t>
      </w:r>
    </w:p>
    <w:p>
      <w:r>
        <w:t>[Baruch……...][……………………..][……………………..][Afterward they sing:"Na Nach Nachma Nachman MeUman.."][…….][To make known..][……...….][……...….][Afterward they sing:"To make known, to make known, to make known, to make knownthat all who hope in You will not be ashamed and will not be humiliated forever, all who take refuge in You.."][………..][…….….][Baruch……...][……………………..][……………………..][Afterward they sing:"Na Nach Nachma Nachman MeUman.."][…….][To make known..][……...….][……...….][Afterward they sing:"To make known, to make known, to make known, to make knownthat all who hope in You will not be ashamed and will not be humiliated forever, all who take refuge in You.."][………..][…….….][Welcome]</w:t>
      </w:r>
    </w:p>
    <w:p>
      <w:r>
        <w:t>[Baruch……...]</w:t>
      </w:r>
    </w:p>
    <w:p>
      <w:r>
        <w:t>[……………………..]</w:t>
      </w:r>
    </w:p>
    <w:p>
      <w:r>
        <w:t>[……………………..]</w:t>
      </w:r>
    </w:p>
    <w:p>
      <w:r>
        <w:t>[Afterward they sing:</w:t>
      </w:r>
    </w:p>
    <w:p>
      <w:r>
        <w:t>"Na Nach Nachma Nachman MeUman.."]</w:t>
      </w:r>
    </w:p>
    <w:p>
      <w:r>
        <w:t>[…….]</w:t>
      </w:r>
    </w:p>
    <w:p>
      <w:r>
        <w:t>[To make known..]</w:t>
      </w:r>
    </w:p>
    <w:p>
      <w:r>
        <w:t>[……...….]</w:t>
      </w:r>
    </w:p>
    <w:p>
      <w:r>
        <w:t>[……...….]</w:t>
      </w:r>
    </w:p>
    <w:p>
      <w:r>
        <w:t>[Afterward they sing:</w:t>
      </w:r>
    </w:p>
    <w:p>
      <w:r>
        <w:t>"To make known, to make known, to make known, to make known</w:t>
      </w:r>
    </w:p>
    <w:p>
      <w:r>
        <w:t>That all who hope in You will not be ashamed and will not be humiliated forever, all who take refuge in You.."]</w:t>
      </w:r>
    </w:p>
    <w:p>
      <w:r>
        <w:t>[………..]</w:t>
      </w:r>
    </w:p>
    <w:p>
      <w:r>
        <w:t>[…….….]</w:t>
      </w:r>
    </w:p>
    <w:p>
      <w:r>
        <w:t>[Baruch……...]</w:t>
      </w:r>
    </w:p>
    <w:p>
      <w:r>
        <w:t>[……………………..]</w:t>
      </w:r>
    </w:p>
    <w:p>
      <w:r>
        <w:t>[……………………..]</w:t>
      </w:r>
    </w:p>
    <w:p>
      <w:r>
        <w:t>[Afterward they sing:</w:t>
      </w:r>
    </w:p>
    <w:p>
      <w:r>
        <w:t>"Na Nach Nachma Nachman MeUman.."]</w:t>
      </w:r>
    </w:p>
    <w:p>
      <w:r>
        <w:t>[…….]</w:t>
      </w:r>
    </w:p>
    <w:p>
      <w:r>
        <w:t>[To make known..]</w:t>
      </w:r>
    </w:p>
    <w:p>
      <w:r>
        <w:t>[……...….]</w:t>
      </w:r>
    </w:p>
    <w:p>
      <w:r>
        <w:t>[……...….]</w:t>
      </w:r>
    </w:p>
    <w:p>
      <w:r>
        <w:t>[Afterward they sing:</w:t>
      </w:r>
    </w:p>
    <w:p>
      <w:r>
        <w:t>"To make known, to make known, to make known, to make known</w:t>
      </w:r>
    </w:p>
    <w:p>
      <w:r>
        <w:t>That all who hope in You will not be ashamed and will not be humiliated forever, all who take refuge in You.."]</w:t>
      </w:r>
    </w:p>
    <w:p>
      <w:r>
        <w:t>[………..]</w:t>
      </w:r>
    </w:p>
    <w:p>
      <w:r>
        <w:t>[…….….]</w:t>
      </w:r>
    </w:p>
    <w:p>
      <w:r>
        <w:t>{Who is the mohel?}</w:t>
      </w:r>
    </w:p>
    <w:p>
      <w:r>
        <w:t>[The mohel.. ah, Rabbi Frank] Ah?</w:t>
      </w:r>
    </w:p>
    <w:p>
      <w:r>
        <w:t>[Rabbi Frank]</w:t>
      </w:r>
    </w:p>
    <w:p>
      <w:r>
        <w:t>Ah</w:t>
      </w:r>
    </w:p>
    <w:p>
      <w:r>
        <w:t>[….]</w:t>
      </w:r>
    </w:p>
    <w:p>
      <w:r>
        <w:t>[..Yerushalayim]</w:t>
      </w:r>
    </w:p>
    <w:p>
      <w:r>
        <w:t>[Saba, sit here, all right? Sit here]</w:t>
      </w:r>
    </w:p>
    <w:p>
      <w:r>
        <w:t>[..lift..]</w:t>
      </w:r>
    </w:p>
    <w:p>
      <w:r>
        <w:t>[Lift him]</w:t>
      </w:r>
    </w:p>
    <w:p>
      <w:r>
        <w:t>[……………………..……..]</w:t>
      </w:r>
    </w:p>
    <w:p>
      <w:r>
        <w:t>[…………………...…..…..]</w:t>
      </w:r>
    </w:p>
    <w:p>
      <w:r>
        <w:t>[Welcome, angel of the covenant, {our teacher}; fortunate is he whom You choose and bring near, that he may dwell in Your courts]</w:t>
      </w:r>
    </w:p>
    <w:p>
      <w:r>
        <w:t>[Amen]</w:t>
      </w:r>
    </w:p>
    <w:p>
      <w:r>
        <w:t>[We shall be sated with the goodness of Your House, the holiness of Your Sanctuary; give him to Father]</w:t>
      </w:r>
    </w:p>
    <w:p>
      <w:r>
        <w:t>[…..]</w:t>
      </w:r>
    </w:p>
    <w:p>
      <w:r>
        <w:t>[If I forget you, Yerushalayim, let my right hand forget]</w:t>
      </w:r>
    </w:p>
    <w:p>
      <w:r>
        <w:t>[If I forget you, Y..]</w:t>
      </w:r>
    </w:p>
    <w:p>
      <w:r>
        <w:t>[Behold, I bind myself ………………….. to Rabbainu Nachman son of Feiga, the "Na Nach..]</w:t>
      </w:r>
    </w:p>
    <w:p>
      <w:r>
        <w:t>[..Nachma Nachman MeUman", "Na Nach Nachma Nachman MeUman"]</w:t>
      </w:r>
    </w:p>
    <w:p>
      <w:r>
        <w:t>{Yes}</w:t>
      </w:r>
    </w:p>
    <w:p>
      <w:r>
        <w:t>[If I forget you, Yerushalayim, let my right hand forget; let my tongue cleave to my palate if I do not remember you</w:t>
      </w:r>
    </w:p>
    <w:p>
      <w:r>
        <w:t>If I do not elevate Yerushalayim above the head of my joy]</w:t>
      </w:r>
    </w:p>
    <w:p>
      <w:r>
        <w:t>[Hear..]</w:t>
      </w:r>
    </w:p>
    <w:p>
      <w:r>
        <w:t>[Hear O Israel, Hashem is our God, Hashem is One]</w:t>
      </w:r>
    </w:p>
    <w:p>
      <w:r>
        <w:t>[[[[Hear O Israel, Hashem is our God, Hashem is One]]]]</w:t>
      </w:r>
    </w:p>
    <w:p>
      <w:r>
        <w:t>[Hashem is King, Hashem was King, Hashem will reign forever and ever]</w:t>
      </w:r>
    </w:p>
    <w:p>
      <w:r>
        <w:t>[[[[[Hashem is King, Hashem was King, Hashem will reign forever and ever]]]]</w:t>
      </w:r>
    </w:p>
    <w:p>
      <w:r>
        <w:t>[Hashem is King, Hashem was King, Hashem will reign forever and ever]</w:t>
      </w:r>
    </w:p>
    <w:p>
      <w:r>
        <w:t>[[[[[Hashem is King, Hashem was King, Hashem will reign forever and ever]]]]</w:t>
      </w:r>
    </w:p>
    <w:p>
      <w:r>
        <w:t>[Please, Hashem, save now]</w:t>
      </w:r>
    </w:p>
    <w:p>
      <w:r>
        <w:t>[[[[Please, Hashem, save now]]]]</w:t>
      </w:r>
    </w:p>
    <w:p>
      <w:r>
        <w:t>[Please, Hashem, save now]</w:t>
      </w:r>
    </w:p>
    <w:p>
      <w:r>
        <w:t>[[[[Please, Hashem, save now]]]]</w:t>
      </w:r>
    </w:p>
    <w:p>
      <w:r>
        <w:t>[Please, Hashem, grant success now]</w:t>
      </w:r>
    </w:p>
    <w:p>
      <w:r>
        <w:t>[[[[Please, Hashem, grant success now]]]]</w:t>
      </w:r>
    </w:p>
    <w:p>
      <w:r>
        <w:t>[Please, Hashem, grant success now]</w:t>
      </w:r>
    </w:p>
    <w:p>
      <w:r>
        <w:t>[[[[Please, Hashem, grant success now]]]]</w:t>
      </w:r>
    </w:p>
    <w:p>
      <w:r>
        <w:t>[Fortunate, fortunate..]</w:t>
      </w:r>
    </w:p>
    <w:p>
      <w:r>
        <w:t>[Fortunate is the one You choose]</w:t>
      </w:r>
    </w:p>
    <w:p>
      <w:r>
        <w:t>[Fortunate..]</w:t>
      </w:r>
    </w:p>
    <w:p>
      <w:r>
        <w:t>[Fortunate is the one You choose]</w:t>
      </w:r>
    </w:p>
    <w:p>
      <w:r>
        <w:t>[It is written, after me, fortunate]</w:t>
      </w:r>
    </w:p>
    <w:p>
      <w:r>
        <w:t>[Ah..]</w:t>
      </w:r>
    </w:p>
    <w:p>
      <w:r>
        <w:t>[……..]</w:t>
      </w:r>
    </w:p>
    <w:p>
      <w:r>
        <w:t>[Fortu.., fortunate is the one You choose]</w:t>
      </w:r>
    </w:p>
    <w:p>
      <w:r>
        <w:t>[And draw near]</w:t>
      </w:r>
    </w:p>
    <w:p>
      <w:r>
        <w:t>[And draw near, he w.., will dwell….]</w:t>
      </w:r>
    </w:p>
    <w:p>
      <w:r>
        <w:t>[Your courtyards]</w:t>
      </w:r>
    </w:p>
    <w:p>
      <w:r>
        <w:t>[Your courtyards]</w:t>
      </w:r>
    </w:p>
    <w:p>
      <w:r>
        <w:t>[We will be sated]</w:t>
      </w:r>
    </w:p>
    <w:p>
      <w:r>
        <w:t>[We will be sated]</w:t>
      </w:r>
    </w:p>
    <w:p>
      <w:r>
        <w:t>[With the goodness]</w:t>
      </w:r>
    </w:p>
    <w:p>
      <w:r>
        <w:t>[With the goodness]</w:t>
      </w:r>
    </w:p>
    <w:p>
      <w:r>
        <w:t>[Of Your house]</w:t>
      </w:r>
    </w:p>
    <w:p>
      <w:r>
        <w:t>[Of Your house, the holiness of Your Sanctuary]</w:t>
      </w:r>
    </w:p>
    <w:p>
      <w:r>
        <w:t>[I am hereby ready and prepared..]</w:t>
      </w:r>
    </w:p>
    <w:p>
      <w:r>
        <w:t>[I am hereby ready and prepared to fulfill the positive commandment]</w:t>
      </w:r>
    </w:p>
    <w:p>
      <w:r>
        <w:t>[That He commanded us]</w:t>
      </w:r>
    </w:p>
    <w:p>
      <w:r>
        <w:t>[That the blessed Creator commanded us, to circumcise the.., my son</w:t>
      </w:r>
    </w:p>
    <w:p>
      <w:r>
        <w:t>For the sake of the unification of the Holy One, blessed is He, and His Shechinah, through that hidden and concealed One, in the name of all Yisroel] [……………….]</w:t>
      </w:r>
    </w:p>
    <w:p>
      <w:r>
        <w:t>[……………….]</w:t>
      </w:r>
    </w:p>
    <w:p>
      <w:r>
        <w:t>[Put down the child, say "This is the chair"]</w:t>
      </w:r>
    </w:p>
    <w:p>
      <w:r>
        <w:t>[[This is the chair.. of Eliyahu the prophet, remembered for good, the angel of the covenant, who shall be revealed speedily in our days]] [[[[[Amen]]]]</w:t>
      </w:r>
    </w:p>
    <w:p>
      <w:r>
        <w:t>[This is the chair of Eliyahu the prophet, the angel of the covenant, who shall be revealed speedily in our days]</w:t>
      </w:r>
    </w:p>
    <w:p>
      <w:r>
        <w:t>[[[[Amen]]]]</w:t>
      </w:r>
    </w:p>
    <w:p>
      <w:r>
        <w:t>[This is the chair of Eliyahu the prophet, remembered for good, the angel of the covenant, who shall be revealed speedily in our days] [[[[Amen]]]]</w:t>
      </w:r>
    </w:p>
    <w:p>
      <w:r>
        <w:t>[For Your salvation I have hoped, Hashem; I have hoped for Your salvation, Hashem, and I have performed Your commandments</w:t>
      </w:r>
    </w:p>
    <w:p>
      <w:r>
        <w:t>Eliyahu, angel of the covenant, behold, send before you; stand at my right and support me. I have hoped for Your salvation, Hashem; I rejoice over Your word like one who finds abundant spoil. There is abundant peace for those who love Your Torah, and there is no stumbling block for them. Fortunate is the one You choose and draw near, who will dwell in Your courtyards; we will be sated with the goodness of Your house, the holiness of Your Sanctuary]</w:t>
      </w:r>
    </w:p>
    <w:p>
      <w:r>
        <w:t>[This is the chair]</w:t>
      </w:r>
    </w:p>
    <w:p>
      <w:r>
        <w:t>[..……………][..……………][…...the father of the child, give him to the father] [the father of the child……….][what][…...he will hand him to you][ah..][……...][………][he will give him to me][..……………][..……………][…...the father of the child, give him to the father] [the father of the child……….][what][…...he will hand him to you][ah..][……...][………][he will give him to me][this is the chair, honor…..]</w:t>
      </w:r>
    </w:p>
    <w:p>
      <w:r>
        <w:t>[..……………]</w:t>
      </w:r>
    </w:p>
    <w:p>
      <w:r>
        <w:t>[..……………]</w:t>
      </w:r>
    </w:p>
    <w:p>
      <w:r>
        <w:t>[…...the father of the child, give him to the father] [the father of the child……….]</w:t>
      </w:r>
    </w:p>
    <w:p>
      <w:r>
        <w:t>[what]</w:t>
      </w:r>
    </w:p>
    <w:p>
      <w:r>
        <w:t>[…...he will hand him to you]</w:t>
      </w:r>
    </w:p>
    <w:p>
      <w:r>
        <w:t>[ah..]</w:t>
      </w:r>
    </w:p>
    <w:p>
      <w:r>
        <w:t>[……...]</w:t>
      </w:r>
    </w:p>
    <w:p>
      <w:r>
        <w:t>[………]</w:t>
      </w:r>
    </w:p>
    <w:p>
      <w:r>
        <w:t>[he will give him to me]</w:t>
      </w:r>
    </w:p>
    <w:p>
      <w:r>
        <w:t>[..……………]</w:t>
      </w:r>
    </w:p>
    <w:p>
      <w:r>
        <w:t>[..……………]</w:t>
      </w:r>
    </w:p>
    <w:p>
      <w:r>
        <w:t>[…...the father of the child, give him to the father] [the father of the child……….]</w:t>
      </w:r>
    </w:p>
    <w:p>
      <w:r>
        <w:t>[what]</w:t>
      </w:r>
    </w:p>
    <w:p>
      <w:r>
        <w:t>[…...he will hand him to you]</w:t>
      </w:r>
    </w:p>
    <w:p>
      <w:r>
        <w:t>[ah..]</w:t>
      </w:r>
    </w:p>
    <w:p>
      <w:r>
        <w:t>[……...]</w:t>
      </w:r>
    </w:p>
    <w:p>
      <w:r>
        <w:t>[………]</w:t>
      </w:r>
    </w:p>
    <w:p>
      <w:r>
        <w:t>[he will give him to me]</w:t>
      </w:r>
    </w:p>
    <w:p>
      <w:r>
        <w:t>[enough, yes]</w:t>
      </w:r>
    </w:p>
    <w:p>
      <w:r>
        <w:t>oy</w:t>
      </w:r>
    </w:p>
    <w:p>
      <w:r>
        <w:t>[he will give him to you.. give him to you, and you will give him to….]</w:t>
      </w:r>
    </w:p>
    <w:p>
      <w:r>
        <w:t>[...]</w:t>
      </w:r>
    </w:p>
    <w:p>
      <w:r>
        <w:t>[….take the child with the head..]</w:t>
      </w:r>
    </w:p>
    <w:p>
      <w:r>
        <w:t>[bring the chair, good, good like that]</w:t>
      </w:r>
    </w:p>
    <w:p>
      <w:r>
        <w:t>[………..]</w:t>
      </w:r>
    </w:p>
    <w:p>
      <w:r>
        <w:t>{…} by means of</w:t>
      </w:r>
    </w:p>
    <w:p>
      <w:r>
        <w:t>[put down…]</w:t>
      </w:r>
    </w:p>
    <w:p>
      <w:r>
        <w:t>{the chair by means of}</w:t>
      </w:r>
    </w:p>
    <w:p>
      <w:r>
        <w:t>[yes, yes, yes]</w:t>
      </w:r>
    </w:p>
    <w:p>
      <w:r>
        <w:t>ho</w:t>
      </w:r>
    </w:p>
    <w:p>
      <w:r>
        <w:t>[someone to support him from below perhaps, by the Saba]</w:t>
      </w:r>
    </w:p>
    <w:p>
      <w:r>
        <w:t>[all right, all right..]</w:t>
      </w:r>
    </w:p>
    <w:p>
      <w:r>
        <w:t>[…………………..]</w:t>
      </w:r>
    </w:p>
    <w:p>
      <w:r>
        <w:t>[…………………..]</w:t>
      </w:r>
    </w:p>
    <w:p>
      <w:r>
        <w:t>[..an agent]</w:t>
      </w:r>
    </w:p>
    <w:p>
      <w:r>
        <w:t>[an agent]</w:t>
      </w:r>
    </w:p>
    <w:p>
      <w:r>
        <w:t>[to circumcise]</w:t>
      </w:r>
    </w:p>
    <w:p>
      <w:r>
        <w:t>[to circumcise]</w:t>
      </w:r>
    </w:p>
    <w:p>
      <w:r>
        <w:t>[my son]</w:t>
      </w:r>
    </w:p>
    <w:p>
      <w:r>
        <w:t>[………………]</w:t>
      </w:r>
    </w:p>
    <w:p>
      <w:r>
        <w:t>[……….……..]</w:t>
      </w:r>
    </w:p>
    <w:p>
      <w:r>
        <w:t>[And Hashem spoke to Moshe, saying:</w:t>
      </w:r>
    </w:p>
    <w:p>
      <w:r>
        <w:t>Pinchas son of Elazar son of Aharon the Kohen turned My wrath away from the Children of Israel</w:t>
      </w:r>
    </w:p>
    <w:p>
      <w:r>
        <w:t>when he zealously avenged My vengeance among them, and I did not consume the Children of Israel in My vengeance</w:t>
      </w:r>
    </w:p>
    <w:p>
      <w:r>
        <w:t>therefore say: Behold, I give him My covenant of peace..</w:t>
      </w:r>
    </w:p>
    <w:p>
      <w:r>
        <w:t>The Holy One, blessed is He, said to Avraham Avinu: Walk before Me and be whole</w:t>
      </w:r>
    </w:p>
    <w:p>
      <w:r>
        <w:t>I am ready and prepared to fulfill the commandment to circumcise, which the Creator, blessed be His name, commanded us, as is written in the Torah:</w:t>
      </w:r>
    </w:p>
    <w:p>
      <w:r>
        <w:t>And on the eighth day, the flesh of his foreskin shall be circumcised</w:t>
      </w:r>
    </w:p>
    <w:p>
      <w:r>
        <w:t>in attachment to all the true tzaddikim in our generation</w:t>
      </w:r>
    </w:p>
    <w:p>
      <w:r>
        <w:t>and to all the tzaddikim, dwellers in the dust, holy ones who are in the earth……]</w:t>
      </w:r>
    </w:p>
    <w:p>
      <w:r>
        <w:t>[………….]</w:t>
      </w:r>
    </w:p>
    <w:p>
      <w:r>
        <w:t>[………….]</w:t>
      </w:r>
    </w:p>
    <w:p>
      <w:r>
        <w:t>{15:29}</w:t>
      </w:r>
    </w:p>
    <w:p>
      <w:r>
        <w:t>[…….….…]</w:t>
      </w:r>
    </w:p>
    <w:p>
      <w:r>
        <w:t>[………]</w:t>
      </w:r>
    </w:p>
    <w:p>
      <w:r>
        <w:t>[at the cutting, Eliyahu the Prophet comes]..</w:t>
      </w:r>
    </w:p>
    <w:p>
      <w:r>
        <w:t>[Blessed, holy, blessed is He, are You, Hashem our God, King of the world</w:t>
      </w:r>
    </w:p>
    <w:p>
      <w:r>
        <w:t>Who sanctified us with His commandments and commanded us concerning circumcision]</w:t>
      </w:r>
    </w:p>
    <w:p>
      <w:r>
        <w:t>[[[[Amen]]]]</w:t>
      </w:r>
    </w:p>
    <w:p>
      <w:r>
        <w:t>[Blessed are You.. nu, blessed..]</w:t>
      </w:r>
    </w:p>
    <w:p>
      <w:r>
        <w:t>[Blessed are You, Hashem our God, King of the world</w:t>
      </w:r>
    </w:p>
    <w:p>
      <w:r>
        <w:t>Who sanctified us with His commandments and commanded us to bring him into the covenant of Avraham Avinu]</w:t>
      </w:r>
    </w:p>
    <w:p>
      <w:r>
        <w:t>[[[[Amen]]]</w:t>
      </w:r>
    </w:p>
    <w:p>
      <w:r>
        <w:t>[Blessed are You, Hashem our God, King of the world..]</w:t>
      </w:r>
    </w:p>
    <w:p>
      <w:r>
        <w:t>[Who has kept us alive]</w:t>
      </w:r>
    </w:p>
    <w:p>
      <w:r>
        <w:t>[Who has kept us alive, sustained us, and brought us to this time]</w:t>
      </w:r>
    </w:p>
    <w:p>
      <w:r>
        <w:t>[[[[Amen]]]]</w:t>
      </w:r>
    </w:p>
    <w:p>
      <w:r>
        <w:t>[[[[Just as he entered the covenant, so may he enter Torah, the wedding canopy, and good deeds]]]]</w:t>
      </w:r>
    </w:p>
    <w:p>
      <w:r>
        <w:t>[the Thirteen Attributes.. the Thirteen Attributes]</w:t>
      </w:r>
    </w:p>
    <w:p>
      <w:r>
        <w:t>[[[[Hashem, Hashem, God, compassionate and gracious, slow to anger, and abundant in kindness and truth</w:t>
      </w:r>
    </w:p>
    <w:p>
      <w:r>
        <w:t>preserving kindness for thousands, forgiving iniquity, transgression, and sin, and cleansing</w:t>
      </w:r>
    </w:p>
    <w:p>
      <w:r>
        <w:t>Hashem, Hashem, God, compassionate and gracious, slow to anger, and abundant in kindness and truth</w:t>
      </w:r>
    </w:p>
    <w:p>
      <w:r>
        <w:t>preserving kindness for thousands, forgiving iniquity, transgression, and sin, and cleansing</w:t>
      </w:r>
    </w:p>
    <w:p>
      <w:r>
        <w:t>Hashem, Hashem, God, compassionate and gracious, slow to anger, and abundant in kindness and truth</w:t>
      </w:r>
    </w:p>
    <w:p>
      <w:r>
        <w:t>preserving kindness for thousands, forgiving iniquity, transgression, and sin, and cleansing]]]]</w:t>
      </w:r>
    </w:p>
    <w:p>
      <w:r>
        <w:t>[.……]</w:t>
      </w:r>
    </w:p>
    <w:p>
      <w:r>
        <w:t>[….…]</w:t>
      </w:r>
    </w:p>
    <w:p>
      <w:r>
        <w:t>[Saba, the sandak, recites blessings]</w:t>
      </w:r>
    </w:p>
    <w:p>
      <w:r>
        <w:t>[…………………………………………]</w:t>
      </w:r>
    </w:p>
    <w:p>
      <w:r>
        <w:t>{………………………………………..}</w:t>
      </w:r>
    </w:p>
    <w:p>
      <w:r>
        <w:t>[thank you very much, Rebbe Yisroel….]</w:t>
      </w:r>
    </w:p>
    <w:p>
      <w:r>
        <w:t>[thank you very much]</w:t>
      </w:r>
    </w:p>
    <w:p>
      <w:r>
        <w:t>[begin, blessed..]</w:t>
      </w:r>
    </w:p>
    <w:p>
      <w:r>
        <w:t>[Blessed are You, Hashem our God, King of the world, Creator of the fruit of the vine]</w:t>
      </w:r>
    </w:p>
    <w:p>
      <w:r>
        <w:t>[[[[Amen]]]]</w:t>
      </w:r>
    </w:p>
    <w:p>
      <w:r>
        <w:t>[Blessed are You, Hashem..]</w:t>
      </w:r>
    </w:p>
    <w:p>
      <w:r>
        <w:t>[Blessed is He and blessed is His name]</w:t>
      </w:r>
    </w:p>
    <w:p>
      <w:r>
        <w:t>[our God, King of the world, Who sanctified the beloved one..]</w:t>
      </w:r>
    </w:p>
    <w:p>
      <w:r>
        <w:t>[sanctified, sanctified]</w:t>
      </w:r>
    </w:p>
    <w:p>
      <w:r>
        <w:t>[from the womb.., sanctified]</w:t>
      </w:r>
    </w:p>
    <w:p>
      <w:r>
        <w:t>[[the beloved one from the womb]]</w:t>
      </w:r>
    </w:p>
    <w:p>
      <w:r>
        <w:t>[the beloved one from the womb, and placed a statute in his flesh]</w:t>
      </w:r>
    </w:p>
    <w:p>
      <w:r>
        <w:t>[..]</w:t>
      </w:r>
    </w:p>
    <w:p>
      <w:r>
        <w:t>[and sealed his descendants with the sign of the holy covenant; therefore, as a reward for this, living God, our Portion, our Rock]</w:t>
      </w:r>
    </w:p>
    <w:p>
      <w:r>
        <w:t>[Command]</w:t>
      </w:r>
    </w:p>
    <w:p>
      <w:r>
        <w:t>[Command that the beloved of our flesh be saved from destruction, for the sake of His covenant which He placed in our flesh; blessed are You, Hashem..]</w:t>
      </w:r>
    </w:p>
    <w:p>
      <w:r>
        <w:t>[[[Blessed is He and blessed is His name]]]</w:t>
      </w:r>
    </w:p>
    <w:p>
      <w:r>
        <w:t>[Who establishes the covenant]</w:t>
      </w:r>
    </w:p>
    <w:p>
      <w:r>
        <w:t>[[[[Amen]]]]</w:t>
      </w:r>
    </w:p>
    <w:p>
      <w:r>
        <w:t>[Hashem arranged everything]</w:t>
      </w:r>
    </w:p>
    <w:p>
      <w:r>
        <w:t>[……]</w:t>
      </w:r>
    </w:p>
    <w:p>
      <w:r>
        <w:t>[……]</w:t>
      </w:r>
    </w:p>
    <w:p>
      <w:r>
        <w:t>[Our God and God of our fathers, preserve this child for his father and his mother, and his name shall be called in Israel..]</w:t>
      </w:r>
    </w:p>
    <w:p>
      <w:r>
        <w:t>[N.., Naftali]</w:t>
      </w:r>
    </w:p>
    <w:p>
      <w:r>
        <w:t>[Naftali]</w:t>
      </w:r>
    </w:p>
    <w:p>
      <w:r>
        <w:t>[Naftali son of..]</w:t>
      </w:r>
    </w:p>
    <w:p>
      <w:r>
        <w:t>[son of]</w:t>
      </w:r>
    </w:p>
    <w:p>
      <w:r>
        <w:t>[Naftali son of..]</w:t>
      </w:r>
    </w:p>
    <w:p>
      <w:r>
        <w:t>[Sara Nechama]</w:t>
      </w:r>
    </w:p>
    <w:p>
      <w:r>
        <w:t>[……….]</w:t>
      </w:r>
    </w:p>
    <w:p>
      <w:r>
        <w:t>[Naftali son of Yaakov]</w:t>
      </w:r>
    </w:p>
    <w:p>
      <w:r>
        <w:t>[are you a Levi?]</w:t>
      </w:r>
    </w:p>
    <w:p>
      <w:r>
        <w:t>[yes]</w:t>
      </w:r>
    </w:p>
    <w:p>
      <w:r>
        <w:t>[son of Yaakov HaLevi]</w:t>
      </w:r>
    </w:p>
    <w:p>
      <w:r>
        <w:t>[[son of Yaakov HaLevi]]</w:t>
      </w:r>
    </w:p>
    <w:p>
      <w:r>
        <w:t>[[Naftali son of Yaakov HaLevi]]</w:t>
      </w:r>
    </w:p>
    <w:p>
      <w:r>
        <w:t>[say it aloud]</w:t>
      </w:r>
    </w:p>
    <w:p>
      <w:r>
        <w:t>[Naftali.. son of Yaakov HaLevi]]</w:t>
      </w:r>
    </w:p>
    <w:p>
      <w:r>
        <w:t>[May the father rejoice in the issue of his loins, and his mother exult in the fruit of her womb]</w:t>
      </w:r>
    </w:p>
    <w:p>
      <w:r>
        <w:t>[as is written]</w:t>
      </w:r>
    </w:p>
    <w:p>
      <w:r>
        <w:t>[as is written: May your father and your mother rejoice, and may she who bore you exult; and it is said:]</w:t>
      </w:r>
    </w:p>
    <w:p>
      <w:r>
        <w:t>[And I passed by you]</w:t>
      </w:r>
    </w:p>
    <w:p>
      <w:r>
        <w:t>[And I passed by you and saw you weltering in your blood..]</w:t>
      </w:r>
    </w:p>
    <w:p>
      <w:r>
        <w:t>[[[[And I said to you: In your blood, live; and I said to you: In your blood, live..]]]]</w:t>
      </w:r>
    </w:p>
    <w:p>
      <w:r>
        <w:t>[And I said to you: In your blood, live; and it is said:</w:t>
      </w:r>
    </w:p>
    <w:p>
      <w:r>
        <w:t>He remembers His covenant forever, the word He commanded for a thousand generations, which He made with Avraham, and His oath to Yitzchak; and He established it for Yaakov as a statute, for Israel as an everlasting covenant; and it is said..</w:t>
      </w:r>
    </w:p>
    <w:p>
      <w:r>
        <w:t>[and it is said..]</w:t>
      </w:r>
    </w:p>
    <w:p>
      <w:r>
        <w:t>[And Avraham circumcised Yitzchak his son when he was eight days old, as God commanded him]</w:t>
      </w:r>
    </w:p>
    <w:p>
      <w:r>
        <w:t>[[[[Give thanks to Hashem, for He is good, for His kindness is forever</w:t>
      </w:r>
    </w:p>
    <w:p>
      <w:r>
        <w:t>Give thanks to Hashem, for He is good, for His kindness is forever]]]]</w:t>
      </w:r>
    </w:p>
    <w:p>
      <w:r>
        <w:t>[this little one will become great; just as he entered the covenant, the covenant, so..]</w:t>
      </w:r>
    </w:p>
    <w:p>
      <w:r>
        <w:t>[yes]</w:t>
      </w:r>
    </w:p>
    <w:p>
      <w:r>
        <w:t>[may he enter Torah, the wedding canopy, and good deeds]</w:t>
      </w:r>
    </w:p>
    <w:p>
      <w:r>
        <w:t>[[[[Amen]]]]</w:t>
      </w:r>
    </w:p>
    <w:p>
      <w:r>
        <w:t>[May He Who blessed our fathers Avraham, Yitzchak, and Yaakov, Moshe, Aharon, Yosef, and David</w:t>
      </w:r>
    </w:p>
    <w:p>
      <w:r>
        <w:t>bless and heal this tender, circumcised child..]</w:t>
      </w:r>
    </w:p>
    <w:p>
      <w:r>
        <w:t>[Naftali son of Yaakov HaLevi]</w:t>
      </w:r>
    </w:p>
    <w:p>
      <w:r>
        <w:t>[Naftali son of Yaakov HaLevi, because you entered the covenant and everyone is praying for you</w:t>
      </w:r>
    </w:p>
    <w:p>
      <w:r>
        <w:t>and as a reward for this, the Holy One, blessed is He, will send you {speedily} healing from Heaven</w:t>
      </w:r>
    </w:p>
    <w:p>
      <w:r>
        <w:t>healing of the soul and healing of the body in all your 248 limbs..]</w:t>
      </w:r>
    </w:p>
    <w:p>
      <w:r>
        <w:t>{…}</w:t>
      </w:r>
    </w:p>
    <w:p>
      <w:r>
        <w:t>[and your 365 sinews, among all the ill of Israel, {and there will be joy……….}]</w:t>
      </w:r>
    </w:p>
    <w:p>
      <w:r>
        <w:t>[Amen]</w:t>
      </w:r>
    </w:p>
    <w:p>
      <w:r>
        <w:t>[and may your father and mother merit to raise you to Torah, the wedding canopy, and good deeds, and let us say Amen]</w:t>
      </w:r>
    </w:p>
    <w:p>
      <w:r>
        <w:t>[[[[Amen]]]]</w:t>
      </w:r>
    </w:p>
    <w:p>
      <w:r>
        <w:t>[May He Who blessed our fathers Avraham, Yitzchak, and Yaakov, Moshe, Aharon, Yosef, and David</w:t>
      </w:r>
    </w:p>
    <w:p>
      <w:r>
        <w:t>………. and bless his mother, the woman who gave birth]</w:t>
      </w:r>
    </w:p>
    <w:p>
      <w:r>
        <w:t>[Tova Nechama]</w:t>
      </w:r>
    </w:p>
    <w:p>
      <w:r>
        <w:t>[….]</w:t>
      </w:r>
    </w:p>
    <w:p>
      <w:r>
        <w:t>[Tova Nechama]</w:t>
      </w:r>
    </w:p>
    <w:p>
      <w:r>
        <w:t>[daughter of Rachel]</w:t>
      </w:r>
    </w:p>
    <w:p>
      <w:r>
        <w:t>[….]</w:t>
      </w:r>
    </w:p>
    <w:p>
      <w:r>
        <w:t>[daughter of Rachel………….from Heaven, healing of the soul and healing of the body…….</w:t>
      </w:r>
    </w:p>
    <w:p>
      <w:r>
        <w:t>………..and let us say Amen]</w:t>
      </w:r>
    </w:p>
    <w:p>
      <w:r>
        <w:t>[[[[Amen]]]]</w:t>
      </w:r>
    </w:p>
    <w:p>
      <w:r>
        <w:t>[It is our duty to praise..]</w:t>
      </w:r>
    </w:p>
    <w:p>
      <w:r>
        <w:t>[the congregation says: "It is our duty to praise"]</w:t>
      </w:r>
    </w:p>
    <w:p>
      <w:r>
        <w:t>[………………….]</w:t>
      </w:r>
    </w:p>
    <w:p>
      <w:r>
        <w:t>["Kaddish"]</w:t>
      </w:r>
    </w:p>
    <w:p>
      <w:r>
        <w:t>[the friends sing:</w:t>
      </w:r>
    </w:p>
    <w:p>
      <w:r>
        <w:t>"His Torah is a shield for us; it illuminates our eyes</w:t>
      </w:r>
    </w:p>
    <w:p>
      <w:r>
        <w:t>may our master Bar Yochai advocate goodness on our behalf.."</w:t>
      </w:r>
    </w:p>
    <w:p>
      <w:r>
        <w:t>Afterward they sing:</w:t>
      </w:r>
    </w:p>
    <w:p>
      <w:r>
        <w:t>"Behold, I am sending you Eliyahu the Prophet, before the coming of the great and awesome day of Hashem</w:t>
      </w:r>
    </w:p>
    <w:p>
      <w:r>
        <w:t>and he shall turn the heart of fathers to children, and the heart of children to their fathers.."</w:t>
      </w:r>
    </w:p>
    <w:p>
      <w:r>
        <w:t>Afterward they sing:</w:t>
      </w:r>
    </w:p>
    <w:p>
      <w:r>
        <w:t>"Na Na Nach Nachma Nachman MeUman.."</w:t>
      </w:r>
    </w:p>
    <w:p>
      <w:r>
        <w:t>Afterward they sing:</w:t>
      </w:r>
    </w:p>
    <w:p>
      <w:r>
        <w:t>"Living and enduring offspring, who will not cease and who will not desist from the words of the Torah.."]</w:t>
      </w:r>
    </w:p>
    <w:p>
      <w:r>
        <w:t>[………………………..]</w:t>
      </w:r>
    </w:p>
    <w:p>
      <w:r>
        <w:t>[………………………..]…</w:t>
      </w:r>
    </w:p>
    <w:p>
      <w:pPr>
        <w:pStyle w:val="Heading2"/>
      </w:pPr>
      <w:r>
        <w:t>Side B (Bais)</w:t>
      </w:r>
    </w:p>
    <w:p>
      <w:r>
        <w:t>…[……….]</w:t>
      </w:r>
    </w:p>
    <w:p>
      <w:r>
        <w:t>{…}</w:t>
      </w:r>
    </w:p>
    <w:p>
      <w:r>
        <w:t>[…..]</w:t>
      </w:r>
    </w:p>
    <w:p>
      <w:r>
        <w:t>{….}</w:t>
      </w:r>
    </w:p>
    <w:p>
      <w:r>
        <w:t>[………………….]</w:t>
      </w:r>
    </w:p>
    <w:p>
      <w:r>
        <w:t>[………..………..]</w:t>
      </w:r>
    </w:p>
    <w:p>
      <w:r>
        <w:t>[Rebbe Yisroel, is it possible to make a pidyon for a complete recovery for Aaron son of Miriam]</w:t>
      </w:r>
    </w:p>
    <w:p>
      <w:r>
        <w:t>Aaron son of Miriam, a complete recovery speedily</w:t>
      </w:r>
    </w:p>
    <w:p>
      <w:r>
        <w:t>[Is it possible to make a pidyon?]</w:t>
      </w:r>
    </w:p>
    <w:p>
      <w:r>
        <w:t>May it be Your will, Hashem our God.. that all the judgments and all the harsh severities be sweetened from upon</w:t>
      </w:r>
    </w:p>
    <w:p>
      <w:r>
        <w:t>[Aaron son of Miriam]</w:t>
      </w:r>
    </w:p>
    <w:p>
      <w:r>
        <w:t>Aaron son of Miriam..</w:t>
      </w:r>
    </w:p>
    <w:p>
      <w:r>
        <w:t>[…..]</w:t>
      </w:r>
    </w:p>
    <w:p>
      <w:r>
        <w:t>Ah..</w:t>
      </w:r>
    </w:p>
    <w:p>
      <w:r>
        <w:t>[And from all the people of Yisroel]</w:t>
      </w:r>
    </w:p>
    <w:p>
      <w:r>
        <w:t>And from all the people of Yisroel, and..</w:t>
      </w:r>
    </w:p>
    <w:p>
      <w:r>
        <w:t>[Through the Supernal Wonder]</w:t>
      </w:r>
    </w:p>
    <w:p>
      <w:r>
        <w:t>Through the Supernal Wonder, which is great kindnesses and complete and simple mercies</w:t>
      </w:r>
    </w:p>
    <w:p>
      <w:r>
        <w:t>in which there is no admixture of judgment whatsoever, amen</w:t>
      </w:r>
    </w:p>
    <w:p>
      <w:r>
        <w:t>[Amen]</w:t>
      </w:r>
    </w:p>
    <w:p>
      <w:r>
        <w:t>[……...…..]</w:t>
      </w:r>
    </w:p>
    <w:p>
      <w:r>
        <w:t>[…………..]</w:t>
      </w:r>
    </w:p>
    <w:p>
      <w:r>
        <w:t>[A pidyon for an easy birth, Rebbe Yisroel]</w:t>
      </w:r>
    </w:p>
    <w:p>
      <w:r>
        <w:t>Eh?</w:t>
      </w:r>
    </w:p>
    <w:p>
      <w:r>
        <w:t>[And a pidyon for an easy birth, for a woman]</w:t>
      </w:r>
    </w:p>
    <w:p>
      <w:r>
        <w:t>Ah, Hashem will help in the merit of the charity, {..}..</w:t>
      </w:r>
    </w:p>
    <w:p>
      <w:r>
        <w:t>[Is it possible to make a pidyon? Rebbe Yisroel]</w:t>
      </w:r>
    </w:p>
    <w:p>
      <w:r>
        <w:t>Eh?</w:t>
      </w:r>
    </w:p>
    <w:p>
      <w:r>
        <w:t>[Is it possible to make a pidyon?]</w:t>
      </w:r>
    </w:p>
    <w:p>
      <w:r>
        <w:t>{……}</w:t>
      </w:r>
    </w:p>
    <w:p>
      <w:r>
        <w:t>Through the Supernal Wonder, which is great kindnesses and {complete and simple mercies}</w:t>
      </w:r>
    </w:p>
    <w:p>
      <w:r>
        <w:t>in which there is no admixture of judgment whatsoever, amen</w:t>
      </w:r>
    </w:p>
    <w:p>
      <w:r>
        <w:t>[Her name is, Chana daughter of Nicole, her name, Chana daughter of Nicole]</w:t>
      </w:r>
    </w:p>
    <w:p>
      <w:r>
        <w:t>The name..</w:t>
      </w:r>
    </w:p>
    <w:p>
      <w:r>
        <w:t>[Of the woman who needs to give birth]</w:t>
      </w:r>
    </w:p>
    <w:p>
      <w:r>
        <w:t>Of the woman</w:t>
      </w:r>
    </w:p>
    <w:p>
      <w:r>
        <w:t>[Chana daughter of Nicole]</w:t>
      </w:r>
    </w:p>
    <w:p>
      <w:r>
        <w:t>Chana..</w:t>
      </w:r>
    </w:p>
    <w:p>
      <w:r>
        <w:t>[Daughter of, daughter of, N..]</w:t>
      </w:r>
    </w:p>
    <w:p>
      <w:r>
        <w:t>Daughter of..</w:t>
      </w:r>
    </w:p>
    <w:p>
      <w:r>
        <w:t>[Nicole]</w:t>
      </w:r>
    </w:p>
    <w:p>
      <w:r>
        <w:t>Nicole, {…}</w:t>
      </w:r>
    </w:p>
    <w:p>
      <w:r>
        <w:t>[He wants a pidyon, Rebbe Yisroel, a pidyon..</w:t>
      </w:r>
    </w:p>
    <w:p>
      <w:r>
        <w:t>[They go out together]</w:t>
      </w:r>
    </w:p>
    <w:p>
      <w:r>
        <w:t>[Put the children..]</w:t>
      </w:r>
    </w:p>
    <w:p>
      <w:r>
        <w:t>[Come, come, come, come, ….. general….]</w:t>
      </w:r>
    </w:p>
    <w:p>
      <w:r>
        <w:t>[Do it for everyone and that's it, together, together, the pidyon for everyone]</w:t>
      </w:r>
    </w:p>
    <w:p>
      <w:r>
        <w:t>[A pidyon together]</w:t>
      </w:r>
    </w:p>
    <w:p>
      <w:r>
        <w:t>[You aren't pressing?]</w:t>
      </w:r>
    </w:p>
    <w:p>
      <w:r>
        <w:t>[Do for me..]</w:t>
      </w:r>
    </w:p>
    <w:p>
      <w:r>
        <w:t>[……]</w:t>
      </w:r>
    </w:p>
    <w:p>
      <w:r>
        <w:t>{..}, ay, Master of the World, {…..}</w:t>
      </w:r>
    </w:p>
    <w:p>
      <w:r>
        <w:t>That all the judgments and the harsh severities be sweetened from upon..</w:t>
      </w:r>
    </w:p>
    <w:p>
      <w:r>
        <w:t>[Shimon son of Avraham]</w:t>
      </w:r>
    </w:p>
    <w:p>
      <w:r>
        <w:t>Shimon son of Avraham</w:t>
      </w:r>
    </w:p>
    <w:p>
      <w:r>
        <w:t>[Avraham son of Nona]</w:t>
      </w:r>
    </w:p>
    <w:p>
      <w:r>
        <w:t>Avraham son of Anina</w:t>
      </w:r>
    </w:p>
    <w:p>
      <w:r>
        <w:t>[No, Nona]</w:t>
      </w:r>
    </w:p>
    <w:p>
      <w:r>
        <w:t>[Son of Nona]</w:t>
      </w:r>
    </w:p>
    <w:p>
      <w:r>
        <w:t>[Son of Nona, Nona]</w:t>
      </w:r>
    </w:p>
    <w:p>
      <w:r>
        <w:t>Son of Nina</w:t>
      </w:r>
    </w:p>
    <w:p>
      <w:r>
        <w:t>[Nu.., Nona]</w:t>
      </w:r>
    </w:p>
    <w:p>
      <w:r>
        <w:t>Lola</w:t>
      </w:r>
    </w:p>
    <w:p>
      <w:r>
        <w:t>[Nona, Nona]</w:t>
      </w:r>
    </w:p>
    <w:p>
      <w:r>
        <w:t>[No-na]</w:t>
      </w:r>
    </w:p>
    <w:p>
      <w:r>
        <w:t>Ah, {….}</w:t>
      </w:r>
    </w:p>
    <w:p>
      <w:r>
        <w:t>[Nu, nu]</w:t>
      </w:r>
    </w:p>
    <w:p>
      <w:r>
        <w:t>[Nu, No-na, son of Nona]</w:t>
      </w:r>
    </w:p>
    <w:p>
      <w:r>
        <w:t>Son of Geula</w:t>
      </w:r>
    </w:p>
    <w:p>
      <w:r>
        <w:t>[With an ‘n’]</w:t>
      </w:r>
    </w:p>
    <w:p>
      <w:r>
        <w:t>[Nona]</w:t>
      </w:r>
    </w:p>
    <w:p>
      <w:r>
        <w:t>[It's all right, this.. the Merciful One understands]</w:t>
      </w:r>
    </w:p>
    <w:p>
      <w:r>
        <w:t>[Nona, with an ‘n’, with an ‘n’..]</w:t>
      </w:r>
    </w:p>
    <w:p>
      <w:r>
        <w:t>[It's all right...]</w:t>
      </w:r>
    </w:p>
    <w:p>
      <w:r>
        <w:t>[Daniel Elazar son of Yael]</w:t>
      </w:r>
    </w:p>
    <w:p>
      <w:r>
        <w:t>{….}</w:t>
      </w:r>
    </w:p>
    <w:p>
      <w:r>
        <w:t>[Daniel Elazar son of Yael, Daniel..]</w:t>
      </w:r>
    </w:p>
    <w:p>
      <w:r>
        <w:t>Daniel Eliezer..</w:t>
      </w:r>
    </w:p>
    <w:p>
      <w:r>
        <w:t>[Son of Yael]</w:t>
      </w:r>
    </w:p>
    <w:p>
      <w:r>
        <w:t>Ah, son of..</w:t>
      </w:r>
    </w:p>
    <w:p>
      <w:r>
        <w:t>[Yael]</w:t>
      </w:r>
    </w:p>
    <w:p>
      <w:r>
        <w:t>{Yael, ah, Yaish}</w:t>
      </w:r>
    </w:p>
    <w:p>
      <w:r>
        <w:t>[Yael]</w:t>
      </w:r>
    </w:p>
    <w:p>
      <w:r>
        <w:t>[Yael]</w:t>
      </w:r>
    </w:p>
    <w:p>
      <w:r>
        <w:t>[Yael]</w:t>
      </w:r>
    </w:p>
    <w:p>
      <w:r>
        <w:t>{Will increase}</w:t>
      </w:r>
    </w:p>
    <w:p>
      <w:r>
        <w:t>[And all the people of Yisroel]</w:t>
      </w:r>
    </w:p>
    <w:p>
      <w:r>
        <w:t>And all the people of Yisroel, through the Supernal Wonder, which is complete and simple kindnesses in which there is no admixture of judgment whatsoever, amen</w:t>
      </w:r>
    </w:p>
    <w:p>
      <w:r>
        <w:t>[Amen]</w:t>
      </w:r>
    </w:p>
    <w:p>
      <w:r>
        <w:t>[Is it possible to make a pidyon? Rebbe Yisroel, is it possible to make a pidyon?] May it be Your will {……..} that all the judgments be sweetened.. from upon..</w:t>
      </w:r>
    </w:p>
    <w:p>
      <w:r>
        <w:t>[Y.. Yitzchak son of Najma] Ah, Yitzchak son of Najma [Ayala daughter of Chana] {Ayala daughter of} Chana [Yisroel Nachman son of Ayala] Nachman son of</w:t>
      </w:r>
    </w:p>
    <w:p>
      <w:r>
        <w:t>[Yisroel, Yisroel Nachman] Yisroel Nachman</w:t>
      </w:r>
    </w:p>
    <w:p>
      <w:r>
        <w:t>[Son of Ayala]</w:t>
      </w:r>
    </w:p>
    <w:p>
      <w:r>
        <w:t>Son of Ayala</w:t>
      </w:r>
    </w:p>
    <w:p>
      <w:r>
        <w:t>[And all the people of Yisroel]</w:t>
      </w:r>
    </w:p>
    <w:p>
      <w:r>
        <w:t>And all the people of Yisroel, through the Supernal Wonder, which is kindnesses {………} in which there is no admixture of judgment whatsoever, amen</w:t>
      </w:r>
    </w:p>
    <w:p>
      <w:r>
        <w:t>[Amen]</w:t>
      </w:r>
    </w:p>
    <w:p>
      <w:r>
        <w:t>[………]</w:t>
      </w:r>
    </w:p>
    <w:p>
      <w:r>
        <w:t>[Rebbe Yisroel, ah, can you make a pidyon?]</w:t>
      </w:r>
    </w:p>
    <w:p>
      <w:r>
        <w:t>[……...] Ah..</w:t>
      </w:r>
    </w:p>
    <w:p>
      <w:r>
        <w:t>[……..]</w:t>
      </w:r>
    </w:p>
    <w:p>
      <w:r>
        <w:t>How much is it?</w:t>
      </w:r>
    </w:p>
    <w:p>
      <w:r>
        <w:t>[Fifty shekels..]</w:t>
      </w:r>
    </w:p>
    <w:p>
      <w:r>
        <w:t>[…………]</w:t>
      </w:r>
    </w:p>
    <w:p>
      <w:r>
        <w:t>[…………]</w:t>
      </w:r>
    </w:p>
    <w:p>
      <w:r>
        <w:t>[Can you make a pidyon? Can you make a pidyon for fifty shekels?] May it be Your will, Hashem {……….}</w:t>
      </w:r>
    </w:p>
    <w:p>
      <w:r>
        <w:t>That all the judgments and the harsh severities be sweetened from upon..</w:t>
      </w:r>
    </w:p>
    <w:p>
      <w:r>
        <w:t>[Ah, Tzvi] Tzvi</w:t>
      </w:r>
    </w:p>
    <w:p>
      <w:r>
        <w:t>[Yosef Chai] Yosef Chai</w:t>
      </w:r>
    </w:p>
    <w:p>
      <w:r>
        <w:t>[Son of Aziza Louisa] Son of.., son of</w:t>
      </w:r>
    </w:p>
    <w:p>
      <w:r>
        <w:t>[Aziza] Aliza</w:t>
      </w:r>
    </w:p>
    <w:p>
      <w:r>
        <w:t>[Louisa]</w:t>
      </w:r>
    </w:p>
    <w:p>
      <w:r>
        <w:t>Ah</w:t>
      </w:r>
    </w:p>
    <w:p>
      <w:r>
        <w:t>[Aziza Louisa] Louisa</w:t>
      </w:r>
    </w:p>
    <w:p>
      <w:r>
        <w:t>[Louisa]</w:t>
      </w:r>
    </w:p>
    <w:p>
      <w:r>
        <w:t>Through the Supernal Wonder..</w:t>
      </w:r>
    </w:p>
    <w:p>
      <w:r>
        <w:t>[And.. and.. and.. and Tz.., and Tz.., Tzipora daughter of Avigail]</w:t>
      </w:r>
    </w:p>
    <w:p>
      <w:r>
        <w:t>Tzipora daughter of Avigail</w:t>
      </w:r>
    </w:p>
    <w:p>
      <w:r>
        <w:t>[And Nachman]</w:t>
      </w:r>
    </w:p>
    <w:p>
      <w:r>
        <w:t>Nachman</w:t>
      </w:r>
    </w:p>
    <w:p>
      <w:r>
        <w:t>[Son of Tzipora]</w:t>
      </w:r>
    </w:p>
    <w:p>
      <w:r>
        <w:t>Son of Tzipora</w:t>
      </w:r>
    </w:p>
    <w:p>
      <w:r>
        <w:t>[Through the Supernal Wonder..]</w:t>
      </w:r>
    </w:p>
    <w:p>
      <w:r>
        <w:t>Through the Supernal Wonder, which is {kindnesses …...…} no admixture of judgment whatsoever, amen</w:t>
      </w:r>
    </w:p>
    <w:p>
      <w:r>
        <w:t>[[Amen]]</w:t>
      </w:r>
    </w:p>
    <w:p>
      <w:r>
        <w:t>[Saba, is it possible to make a pidyon? Is it possible to make a pidyon?]</w:t>
      </w:r>
    </w:p>
    <w:p>
      <w:r>
        <w:t>[……….]</w:t>
      </w:r>
    </w:p>
    <w:p>
      <w:r>
        <w:t>[……]</w:t>
      </w:r>
    </w:p>
    <w:p>
      <w:r>
        <w:t>May it be Your will, Hashem {…..} that all the judgments and the harsh severities be sweetened from upon</w:t>
      </w:r>
    </w:p>
    <w:p>
      <w:r>
        <w:t>[David son of Elie.., son of Aliza]</w:t>
      </w:r>
    </w:p>
    <w:p>
      <w:r>
        <w:t>[David son of Aliza]</w:t>
      </w:r>
    </w:p>
    <w:p>
      <w:r>
        <w:t>David son of Aliza</w:t>
      </w:r>
    </w:p>
    <w:p>
      <w:r>
        <w:t>[Esther daughter of..]</w:t>
      </w:r>
    </w:p>
    <w:p>
      <w:r>
        <w:t>Esther..</w:t>
      </w:r>
    </w:p>
    <w:p>
      <w:r>
        <w:t>[Daughter of Luna, Esther daughter of..]</w:t>
      </w:r>
    </w:p>
    <w:p>
      <w:r>
        <w:t>Esther daughter of Luna</w:t>
      </w:r>
    </w:p>
    <w:p>
      <w:r>
        <w:t>[..and don't disturb me……]</w:t>
      </w:r>
    </w:p>
    <w:p>
      <w:r>
        <w:t>[..son of David]</w:t>
      </w:r>
    </w:p>
    <w:p>
      <w:r>
        <w:t>Nachman son of..</w:t>
      </w:r>
    </w:p>
    <w:p>
      <w:r>
        <w:t>[And still comes to make a pidyon by Saba]</w:t>
      </w:r>
    </w:p>
    <w:p>
      <w:r>
        <w:t>Son of David</w:t>
      </w:r>
    </w:p>
    <w:p>
      <w:r>
        <w:t>[Son of Esther, son of Esther]</w:t>
      </w:r>
    </w:p>
    <w:p>
      <w:r>
        <w:t>Son of..</w:t>
      </w:r>
    </w:p>
    <w:p>
      <w:r>
        <w:t>[Son of Esther]</w:t>
      </w:r>
    </w:p>
    <w:p>
      <w:r>
        <w:t>Esther</w:t>
      </w:r>
    </w:p>
    <w:p>
      <w:r>
        <w:t>[Ho, ah]</w:t>
      </w:r>
    </w:p>
    <w:p>
      <w:r>
        <w:t>Through the Supernal Wonder, which is kindnesses {………} in which there is no admixture of judgment whatsoever, amen</w:t>
      </w:r>
    </w:p>
    <w:p>
      <w:r>
        <w:t>[Amen]</w:t>
      </w:r>
    </w:p>
    <w:p>
      <w:r>
        <w:t>{Take}</w:t>
      </w:r>
    </w:p>
    <w:p>
      <w:r>
        <w:t>[May it be Your will..]</w:t>
      </w:r>
    </w:p>
    <w:p>
      <w:r>
        <w:t>May it be Your will, Hashem, my God and God of my fathers, that all the judgments and the harsh severities be sweetened from upon..</w:t>
      </w:r>
    </w:p>
    <w:p>
      <w:r>
        <w:t>[Uri son of Shoshana]</w:t>
      </w:r>
    </w:p>
    <w:p>
      <w:r>
        <w:t>Eh?</w:t>
      </w:r>
    </w:p>
    <w:p>
      <w:r>
        <w:t>[Uri son of Shoshana]</w:t>
      </w:r>
    </w:p>
    <w:p>
      <w:r>
        <w:t>Uri son of Shoshana</w:t>
      </w:r>
    </w:p>
    <w:p>
      <w:r>
        <w:t>[The whole family]</w:t>
      </w:r>
    </w:p>
    <w:p>
      <w:r>
        <w:t>The whole family</w:t>
      </w:r>
    </w:p>
    <w:p>
      <w:r>
        <w:t>[All the friends]</w:t>
      </w:r>
    </w:p>
    <w:p>
      <w:r>
        <w:t>All the friends</w:t>
      </w:r>
    </w:p>
    <w:p>
      <w:r>
        <w:t>[And all Yisroel]</w:t>
      </w:r>
    </w:p>
    <w:p>
      <w:r>
        <w:t>And all Yisroel, through the Supernal Wonder, which is great kindnesses and complete and simple mercies</w:t>
      </w:r>
    </w:p>
    <w:p>
      <w:r>
        <w:t>in which there is no admixture of judgment whatsoever, amen</w:t>
      </w:r>
    </w:p>
    <w:p>
      <w:r>
        <w:t>[[Amen]]</w:t>
      </w:r>
    </w:p>
    <w:p>
      <w:r>
        <w:t>[..…………]</w:t>
      </w:r>
    </w:p>
    <w:p>
      <w:r>
        <w:t>[...……..…]</w:t>
      </w:r>
    </w:p>
    <w:p>
      <w:r>
        <w:t>[Rebbe Yisroel, there are, there are fish, there are fish and.. and a roll]</w:t>
      </w:r>
    </w:p>
    <w:p>
      <w:r>
        <w:t>[Do you.., do you want or not?]</w:t>
      </w:r>
    </w:p>
    <w:p>
      <w:r>
        <w:t>[..washing the hands]</w:t>
      </w:r>
    </w:p>
    <w:p>
      <w:r>
        <w:t>[…….]</w:t>
      </w:r>
    </w:p>
    <w:p>
      <w:r>
        <w:t>Ah, oh</w:t>
      </w:r>
    </w:p>
    <w:p>
      <w:r>
        <w:t>[……...]</w:t>
      </w:r>
    </w:p>
    <w:p>
      <w:r>
        <w:t>Ah, what, what?</w:t>
      </w:r>
    </w:p>
    <w:p>
      <w:r>
        <w:t>[Do you want to return to bed? Rebbe Yisroel]</w:t>
      </w:r>
    </w:p>
    <w:p>
      <w:r>
        <w:t>Ah, yes</w:t>
      </w:r>
    </w:p>
    <w:p>
      <w:r>
        <w:t>[Good]</w:t>
      </w:r>
    </w:p>
    <w:p>
      <w:r>
        <w:t>Ah…</w:t>
      </w:r>
    </w:p>
    <w:p>
      <w:r>
        <w:t>...[Ten to ten]</w:t>
      </w:r>
    </w:p>
    <w:p>
      <w:r>
        <w:t>[Ask if the ride will return at ten]</w:t>
      </w:r>
    </w:p>
    <w:p>
      <w:r>
        <w:t>[Ask him]</w:t>
      </w:r>
    </w:p>
    <w:p>
      <w:r>
        <w:t>[Ten, ah..]…</w:t>
      </w:r>
    </w:p>
    <w:p>
      <w:r>
        <w:t>...{Oy vey}</w:t>
      </w:r>
    </w:p>
    <w:p>
      <w:r>
        <w:t>[Rebbe Yisroel, do you want to travel to…..?]</w:t>
      </w:r>
    </w:p>
    <w:p>
      <w:r>
        <w:t>[………]</w:t>
      </w:r>
    </w:p>
    <w:p>
      <w:r>
        <w:t>[..…….]</w:t>
      </w:r>
    </w:p>
    <w:p>
      <w:r>
        <w:t>{……} Who sanctified us with His commandments and commanded us..</w:t>
      </w:r>
    </w:p>
    <w:p>
      <w:r>
        <w:t>[……]</w:t>
      </w:r>
    </w:p>
    <w:p>
      <w:r>
        <w:t>Concerning washing the hands</w:t>
      </w:r>
    </w:p>
    <w:p>
      <w:r>
        <w:t>[[Amen]]</w:t>
      </w:r>
    </w:p>
    <w:p>
      <w:r>
        <w:t>[…..]</w:t>
      </w:r>
    </w:p>
    <w:p>
      <w:r>
        <w:t>{Oh, oy..}</w:t>
      </w:r>
    </w:p>
    <w:p>
      <w:r>
        <w:t>[………..]</w:t>
      </w:r>
    </w:p>
    <w:p>
      <w:r>
        <w:t>[………..]</w:t>
      </w:r>
    </w:p>
    <w:p>
      <w:r>
        <w:t>Blessed are You {….}.. our God, King of the world, Who brings forth bread from the earth</w:t>
      </w:r>
    </w:p>
    <w:p>
      <w:r>
        <w:t>[[Amen]]</w:t>
      </w:r>
    </w:p>
    <w:p>
      <w:r>
        <w:t>[This is fish]</w:t>
      </w:r>
    </w:p>
    <w:p>
      <w:r>
        <w:t>[…….]</w:t>
      </w:r>
    </w:p>
    <w:p>
      <w:r>
        <w:t>[…….]…</w:t>
      </w:r>
    </w:p>
    <w:p>
      <w:r>
        <w:t>…[Yes]</w:t>
      </w:r>
    </w:p>
    <w:p>
      <w:r>
        <w:t>{…}</w:t>
      </w:r>
    </w:p>
    <w:p>
      <w:r>
        <w:t>[Yes]</w:t>
      </w:r>
    </w:p>
    <w:p>
      <w:r>
        <w:t>Mazel tov</w:t>
      </w:r>
    </w:p>
    <w:p>
      <w:r>
        <w:t>[Thank you very much]</w:t>
      </w:r>
    </w:p>
    <w:p>
      <w:r>
        <w:t>Mazel tov</w:t>
      </w:r>
    </w:p>
    <w:p>
      <w:r>
        <w:t>[Thank you very much]</w:t>
      </w:r>
    </w:p>
    <w:p>
      <w:r>
        <w:t>{Good tidings}</w:t>
      </w:r>
    </w:p>
    <w:p>
      <w:r>
        <w:t>[Amen]</w:t>
      </w:r>
    </w:p>
    <w:p>
      <w:r>
        <w:t>[Thank you very much]</w:t>
      </w:r>
    </w:p>
    <w:p>
      <w:r>
        <w:t>{Raise him to Torah and…….}</w:t>
      </w:r>
    </w:p>
    <w:p>
      <w:r>
        <w:t>[Amen, amen, amen]</w:t>
      </w:r>
    </w:p>
    <w:p>
      <w:r>
        <w:t>[…….]</w:t>
      </w:r>
    </w:p>
    <w:p>
      <w:r>
        <w:t>[His name is Naftali]</w:t>
      </w:r>
    </w:p>
    <w:p>
      <w:r>
        <w:t>{Ah}</w:t>
      </w:r>
    </w:p>
    <w:p>
      <w:r>
        <w:t>[His name is Naftali]</w:t>
      </w:r>
    </w:p>
    <w:p>
      <w:r>
        <w:t>Yes, {…}</w:t>
      </w:r>
    </w:p>
    <w:p>
      <w:r>
        <w:t>[……]</w:t>
      </w:r>
    </w:p>
    <w:p>
      <w:r>
        <w:t>[No, what are you talking about..]</w:t>
      </w:r>
    </w:p>
    <w:p>
      <w:r>
        <w:t>[………]</w:t>
      </w:r>
    </w:p>
    <w:p>
      <w:r>
        <w:t>[……...]</w:t>
      </w:r>
    </w:p>
    <w:p>
      <w:r>
        <w:t>[Do you want to drink?]</w:t>
      </w:r>
    </w:p>
    <w:p>
      <w:r>
        <w:t>[Yes]</w:t>
      </w:r>
    </w:p>
    <w:p>
      <w:r>
        <w:t>[Na Na Nach Nachma Nachman..]…</w:t>
      </w:r>
    </w:p>
    <w:p>
      <w:r>
        <w:t>...{Yitzchak} is he here? Yitzchak Najma</w:t>
      </w:r>
    </w:p>
    <w:p>
      <w:r>
        <w:t>[Yes]</w:t>
      </w:r>
    </w:p>
    <w:p>
      <w:r>
        <w:t>[….]</w:t>
      </w:r>
    </w:p>
    <w:p>
      <w:r>
        <w:t>[He is here]</w:t>
      </w:r>
    </w:p>
    <w:p>
      <w:r>
        <w:t>Eh?</w:t>
      </w:r>
    </w:p>
    <w:p>
      <w:r>
        <w:t>[He is here, yes, he is here, yes]</w:t>
      </w:r>
    </w:p>
    <w:p>
      <w:r>
        <w:t>Yitzchak?</w:t>
      </w:r>
    </w:p>
    <w:p>
      <w:r>
        <w:t>[Yes]</w:t>
      </w:r>
    </w:p>
    <w:p>
      <w:r>
        <w:t>Yitzchak</w:t>
      </w:r>
    </w:p>
    <w:p>
      <w:r>
        <w:t>[Son of Najma]</w:t>
      </w:r>
    </w:p>
    <w:p>
      <w:r>
        <w:t>Son of Najma, Hashem will help, {{….}} that we should all merit complete repentance [[Amen]]…</w:t>
      </w:r>
    </w:p>
    <w:p>
      <w:r>
        <w:t>...[Do you want chicken?]</w:t>
      </w:r>
    </w:p>
    <w:p>
      <w:r>
        <w:t>Chicken?</w:t>
      </w:r>
    </w:p>
    <w:p>
      <w:r>
        <w:t>[Yes]</w:t>
      </w:r>
    </w:p>
    <w:p>
      <w:r>
        <w:t>Yes</w:t>
      </w:r>
    </w:p>
    <w:p>
      <w:r>
        <w:t>[…...]</w:t>
      </w:r>
    </w:p>
    <w:p>
      <w:r>
        <w:t>[……]</w:t>
      </w:r>
    </w:p>
    <w:p>
      <w:r>
        <w:t>{This is with honey}</w:t>
      </w:r>
    </w:p>
    <w:p>
      <w:r>
        <w:t>[Yes..]…</w:t>
      </w:r>
    </w:p>
    <w:p>
      <w:r>
        <w:t>...{...chicken}</w:t>
      </w:r>
    </w:p>
    <w:p>
      <w:r>
        <w:t>[Chicken and potatoes]</w:t>
      </w:r>
    </w:p>
    <w:p>
      <w:r>
        <w:t>{Here, only………}…</w:t>
      </w:r>
    </w:p>
    <w:p>
      <w:r>
        <w:t>...{..}…</w:t>
      </w:r>
    </w:p>
    <w:p>
      <w:r>
        <w:t>...{… to buy} the apartment in Tzfas [Yes, Saba]</w:t>
      </w:r>
    </w:p>
    <w:p>
      <w:r>
        <w:t>{..}…</w:t>
      </w:r>
    </w:p>
    <w:p>
      <w:r>
        <w:t>...Did you see the apartment?</w:t>
      </w:r>
    </w:p>
    <w:p>
      <w:r>
        <w:t>[I saw an apartment, four rooms]…</w:t>
      </w:r>
    </w:p>
    <w:p>
      <w:r>
        <w:t>...This</w:t>
      </w:r>
    </w:p>
    <w:p>
      <w:r>
        <w:t>[This is fifty]</w:t>
      </w:r>
    </w:p>
    <w:p>
      <w:r>
        <w:t>Fifty shekels?</w:t>
      </w:r>
    </w:p>
    <w:p>
      <w:r>
        <w:t>[Yes]</w:t>
      </w:r>
    </w:p>
    <w:p>
      <w:r>
        <w:t>And this?</w:t>
      </w:r>
    </w:p>
    <w:p>
      <w:r>
        <w:t>[Another fifty, and this is twenty]</w:t>
      </w:r>
    </w:p>
    <w:p>
      <w:r>
        <w:t>This is {another}, another fifty</w:t>
      </w:r>
    </w:p>
    <w:p>
      <w:r>
        <w:t>[Yes]</w:t>
      </w:r>
    </w:p>
    <w:p>
      <w:r>
        <w:t>And this is twenty</w:t>
      </w:r>
    </w:p>
    <w:p>
      <w:r>
        <w:t>[Twenty, yes]</w:t>
      </w:r>
    </w:p>
    <w:p>
      <w:r>
        <w:t>So together? {..}</w:t>
      </w:r>
    </w:p>
    <w:p>
      <w:r>
        <w:t>[One hundred forty-six shekels, and one hundred francs]</w:t>
      </w:r>
    </w:p>
    <w:p>
      <w:r>
        <w:t>Is that all?</w:t>
      </w:r>
    </w:p>
    <w:p>
      <w:r>
        <w:t>[Yes]</w:t>
      </w:r>
    </w:p>
    <w:p>
      <w:r>
        <w:t>Ah, there is no more here?</w:t>
      </w:r>
    </w:p>
    <w:p>
      <w:r>
        <w:t>[Uh..]</w:t>
      </w:r>
    </w:p>
    <w:p>
      <w:r>
        <w:t>[Here, there is a little here]</w:t>
      </w:r>
    </w:p>
    <w:p>
      <w:r>
        <w:t>[There is..]</w:t>
      </w:r>
    </w:p>
    <w:p>
      <w:r>
        <w:t>[...You will wait for me...]</w:t>
      </w:r>
    </w:p>
    <w:p>
      <w:r>
        <w:t>{Here}</w:t>
      </w:r>
    </w:p>
    <w:p>
      <w:r>
        <w:t>[This is the two hundred shek.., two hundred dollars of Pinchas, and also the.. also what Yehuda Levi gave, the francs]…</w:t>
      </w:r>
    </w:p>
    <w:p>
      <w:r>
        <w:t>...Sunday, day, ah, Monday, he will return to me</w:t>
      </w:r>
    </w:p>
    <w:p>
      <w:r>
        <w:t>[Uri..]…</w:t>
      </w:r>
    </w:p>
    <w:p>
      <w:r>
        <w:t>...Do you know Uri?</w:t>
      </w:r>
    </w:p>
    <w:p>
      <w:r>
        <w:t>[Yes]</w:t>
      </w:r>
    </w:p>
    <w:p>
      <w:r>
        <w:t>Then give it to him</w:t>
      </w:r>
    </w:p>
    <w:p>
      <w:r>
        <w:t>[I will give it to him, and he will return it to you on Sunday]</w:t>
      </w:r>
    </w:p>
    <w:p>
      <w:r>
        <w:t>Huh?</w:t>
      </w:r>
    </w:p>
    <w:p>
      <w:r>
        <w:t>[On Sunday he will bring it back to you, all right? Uri, Uri</w:t>
      </w:r>
    </w:p>
    <w:p>
      <w:r>
        <w:t>On Sunday Uri will bring the money back to you]…</w:t>
      </w:r>
    </w:p>
    <w:p>
      <w:r>
        <w:t>...Who is this?</w:t>
      </w:r>
    </w:p>
    <w:p>
      <w:r>
        <w:t>[This is Uri, Uri, Uri]</w:t>
      </w:r>
    </w:p>
    <w:p>
      <w:r>
        <w:t>Uri</w:t>
      </w:r>
    </w:p>
    <w:p>
      <w:r>
        <w:t>[Yes]…</w:t>
      </w:r>
    </w:p>
    <w:p>
      <w:r>
        <w:t>...{..return to me} all the money…</w:t>
      </w:r>
    </w:p>
    <w:p>
      <w:r>
        <w:t>...Eretz Yisroel is the Holy of Holies</w:t>
      </w:r>
    </w:p>
    <w:p>
      <w:r>
        <w:t>We {….} Eretz Yisroel, {…}</w:t>
      </w:r>
    </w:p>
    <w:p>
      <w:r>
        <w:t>Our holy Rabbainu says "that all Yisroel need to live in Eretz Yisroel"…</w:t>
      </w:r>
    </w:p>
    <w:p>
      <w:r>
        <w:t>...{...} to Hashem Yisborach, that you should merit to finish quickly and come to Eretz Yisroel {quickly}</w:t>
      </w:r>
    </w:p>
    <w:p>
      <w:r>
        <w:t>[Amen]</w:t>
      </w:r>
    </w:p>
    <w:p>
      <w:r>
        <w:t>It is a shame about every moment…</w:t>
      </w:r>
    </w:p>
    <w:p>
      <w:r>
        <w:t>...that one does not, does not merit to be in Eretz Yisroel, it is a great loss</w:t>
      </w:r>
    </w:p>
    <w:p>
      <w:r>
        <w:t>That he should do everything to return quickly and to Eretz Yisroel</w:t>
      </w:r>
    </w:p>
    <w:p>
      <w:r>
        <w:t>He has a wife here…</w:t>
      </w:r>
    </w:p>
    <w:p>
      <w:r>
        <w:t>...{…} everything, to return quickly, because every breath is a great loss</w:t>
      </w:r>
    </w:p>
    <w:p>
      <w:r>
        <w:t>Oy, oy vey, oy vey…</w:t>
      </w:r>
    </w:p>
    <w:p>
      <w:r>
        <w:t>...{..}, Eretz Yisroel, {…}</w:t>
      </w:r>
    </w:p>
    <w:p>
      <w:r>
        <w:t>This is not, this, these are signs of {.…} the redemption, that Hashem Yisborach gives us, that the whole world, {..}..</w:t>
      </w:r>
    </w:p>
    <w:p>
      <w:r>
        <w:t>We merited to come, {{…}} to conquer Eretz Yisroel, and every Jew who wants {..} can come here, {can come} this, there is nothing to say, there is, there is no, it is impossible to estimate the greatness of the virtue of Eretz Yisroel, what this is—we know nothing</w:t>
      </w:r>
    </w:p>
    <w:p>
      <w:r>
        <w:t>He should pray and do everything so that he returns quickly</w:t>
      </w:r>
    </w:p>
    <w:p>
      <w:r>
        <w:t>[Amen]</w:t>
      </w:r>
    </w:p>
    <w:p>
      <w:r>
        <w:t>Ah…</w:t>
      </w:r>
    </w:p>
    <w:p>
      <w:r>
        <w:t>...How great is the loss of every, in every moment that one does not merit to be {{. .}}, to be in Eretz Yisroel…</w:t>
      </w:r>
    </w:p>
    <w:p>
      <w:r>
        <w:t>...{..} Eretz Yisroel, to live in Eretz Yisroel</w:t>
      </w:r>
    </w:p>
    <w:p>
      <w:r>
        <w:t>Every moment that.., there is, there is no estimating, there is no estimating one who merits {to come..}, to be in Eretz Yisroel</w:t>
      </w:r>
    </w:p>
    <w:p>
      <w:r>
        <w:t>Every single breath, {..}…</w:t>
      </w:r>
    </w:p>
    <w:p>
      <w:r>
        <w:t>...and that an awakening should be made, that we merited {to come} to Eretz Yisroel, {..}</w:t>
      </w:r>
    </w:p>
    <w:p>
      <w:r>
        <w:t>There is no estimating the greatness of the kindness and mercy; this is the light of Moshiach, Eretz Yisroel</w:t>
      </w:r>
    </w:p>
    <w:p>
      <w:r>
        <w:t>Boruch Hashem that he merits to.. {...} buy, ah, an apartment in Eretz Yisroel</w:t>
      </w:r>
    </w:p>
    <w:p>
      <w:r>
        <w:t>Hashem Yisborach should grant him success and help him, and that he should return {..} quickly to Eretz Yisroel</w:t>
      </w:r>
    </w:p>
    <w:p>
      <w:r>
        <w:t>It is a shame about every moment, about every single breath, {..}…</w:t>
      </w:r>
    </w:p>
    <w:p>
      <w:r>
        <w:t>...This is all our vitality…</w:t>
      </w:r>
    </w:p>
    <w:p>
      <w:r>
        <w:t>...We need to honor and safeguard..</w:t>
      </w:r>
    </w:p>
    <w:p>
      <w:r>
        <w:t>[All the..]</w:t>
      </w:r>
    </w:p>
    <w:p>
      <w:r>
        <w:t>Our clothes, yes, this is not..</w:t>
      </w:r>
    </w:p>
    <w:p>
      <w:r>
        <w:t>[...]</w:t>
      </w:r>
    </w:p>
    <w:p>
      <w:r>
        <w:t>It is an important thing</w:t>
      </w:r>
    </w:p>
    <w:p>
      <w:r>
        <w:t>[Yes, right, yes, ah.. right, right..</w:t>
      </w:r>
    </w:p>
    <w:p>
      <w:r>
        <w:t>I will do.., I learned something new, learni..]…</w:t>
      </w:r>
    </w:p>
    <w:p>
      <w:r>
        <w:t>...{all the vitality that..}.. today, this is {..} your vitality</w:t>
      </w:r>
    </w:p>
    <w:p>
      <w:r>
        <w:t>[Yes, yes, I know, I should not have..]…</w:t>
      </w:r>
    </w:p>
    <w:p>
      <w:r>
        <w:t>...{…}…</w:t>
      </w:r>
    </w:p>
    <w:p>
      <w:r>
        <w:t>...{…}</w:t>
      </w:r>
    </w:p>
    <w:p>
      <w:r>
        <w:t>[…..]...</w:t>
      </w:r>
    </w:p>
    <w:p>
      <w:r>
        <w:t>...{…} Rabbainu</w:t>
      </w:r>
    </w:p>
    <w:p>
      <w:r>
        <w:t>[Rabbainu, yes]</w:t>
      </w:r>
    </w:p>
    <w:p>
      <w:r>
        <w:t>{..}</w:t>
      </w:r>
    </w:p>
    <w:p>
      <w:r>
        <w:t>[{the Ari} Rebbe Nachman]</w:t>
      </w:r>
    </w:p>
    <w:p>
      <w:r>
        <w:t>{the holy Ari}</w:t>
      </w:r>
    </w:p>
    <w:p>
      <w:r>
        <w:t>[I chose Rabbainu a long time ago]</w:t>
      </w:r>
    </w:p>
    <w:p>
      <w:r>
        <w:t>{Only, only..} he, he, he is all the..</w:t>
      </w:r>
    </w:p>
    <w:p>
      <w:r>
        <w:t>[renews us]</w:t>
      </w:r>
    </w:p>
    <w:p>
      <w:r>
        <w:t>All the Torah and all the tzaddikim</w:t>
      </w:r>
    </w:p>
    <w:p>
      <w:r>
        <w:t>[I know, it is the root..]</w:t>
      </w:r>
    </w:p>
    <w:p>
      <w:r>
        <w:t>{..}</w:t>
      </w:r>
    </w:p>
    <w:p>
      <w:r>
        <w:t>[The root of everything, the root of everything, you taught me, Rebbe Yisroel, you taught me]</w:t>
      </w:r>
    </w:p>
    <w:p>
      <w:r>
        <w:t>{..}</w:t>
      </w:r>
    </w:p>
    <w:p>
      <w:r>
        <w:t>[What you taught me, it, it remains, Rebbe Yisroel, it is not lost]</w:t>
      </w:r>
    </w:p>
    <w:p>
      <w:r>
        <w:t>Yes</w:t>
      </w:r>
    </w:p>
    <w:p>
      <w:r>
        <w:t>[It brings about effects]</w:t>
      </w:r>
    </w:p>
    <w:p>
      <w:r>
        <w:t>{..}</w:t>
      </w:r>
    </w:p>
    <w:p>
      <w:r>
        <w:t>[Among many souls, among many souls]</w:t>
      </w:r>
    </w:p>
    <w:p>
      <w:r>
        <w:t>{But when there is}, and there is, and there is</w:t>
      </w:r>
    </w:p>
    <w:p>
      <w:r>
        <w:t>[Right, right, right]</w:t>
      </w:r>
    </w:p>
    <w:p>
      <w:r>
        <w:t>The..</w:t>
      </w:r>
    </w:p>
    <w:p>
      <w:r>
        <w:t>[To infinity, right]</w:t>
      </w:r>
    </w:p>
    <w:p>
      <w:r>
        <w:t>Such lights</w:t>
      </w:r>
    </w:p>
    <w:p>
      <w:r>
        <w:t>[Yes, truly Gan Eden, I know]</w:t>
      </w:r>
    </w:p>
    <w:p>
      <w:r>
        <w:t>{..}</w:t>
      </w:r>
    </w:p>
    <w:p>
      <w:r>
        <w:t>[One who thinks he is inside, he is outside]</w:t>
      </w:r>
    </w:p>
    <w:p>
      <w:r>
        <w:t>{…..}</w:t>
      </w:r>
    </w:p>
    <w:p>
      <w:r>
        <w:t>[Yes, I know, I once tasted it, Rebbe Yisroel..]…</w:t>
      </w:r>
    </w:p>
    <w:p>
      <w:r>
        <w:t>…[The heart, the heart, right]</w:t>
      </w:r>
    </w:p>
    <w:p>
      <w:r>
        <w:t>He brings down to us, he heals and strengthens {..} and renews, everything</w:t>
      </w:r>
    </w:p>
    <w:p>
      <w:r>
        <w:t>[Everything, right, it is a wonder, it is a wonder, Rebbe Yisroel, it is a wonder, it, it is a wonder, Rabbainu said, it is a wonder] The..</w:t>
      </w:r>
    </w:p>
    <w:p>
      <w:r>
        <w:t>[There has still never been such a wonder in the world; such a Rebbe and such a disciple have never been in the world]</w:t>
      </w:r>
    </w:p>
    <w:p>
      <w:r>
        <w:t>{He began, now}, he now he is the time of the redemption</w:t>
      </w:r>
    </w:p>
    <w:p>
      <w:r>
        <w:t>[……]</w:t>
      </w:r>
    </w:p>
    <w:p>
      <w:r>
        <w:t>I see and feel that this is the time of now..</w:t>
      </w:r>
    </w:p>
    <w:p>
      <w:r>
        <w:t>[This is the time of the redemption]</w:t>
      </w:r>
    </w:p>
    <w:p>
      <w:r>
        <w:t>This is the time..</w:t>
      </w:r>
    </w:p>
    <w:p>
      <w:r>
        <w:t>[the redemption]</w:t>
      </w:r>
    </w:p>
    <w:p>
      <w:r>
        <w:t>the right</w:t>
      </w:r>
    </w:p>
    <w:p>
      <w:r>
        <w:t>[for the redemption]</w:t>
      </w:r>
    </w:p>
    <w:p>
      <w:r>
        <w:t>{..yes}</w:t>
      </w:r>
    </w:p>
    <w:p>
      <w:r>
        <w:t>[Humility descended from Heaven, Rebbe Yisroel, humility descended from Heaven, humility descended among human beings]</w:t>
      </w:r>
    </w:p>
    <w:p>
      <w:r>
        <w:t>He lowers himself to us</w:t>
      </w:r>
    </w:p>
    <w:p>
      <w:r>
        <w:t>[Yes]</w:t>
      </w:r>
    </w:p>
    <w:p>
      <w:r>
        <w:t>From the loftiest heights, he, he teaches us {{..}} and renews us</w:t>
      </w:r>
    </w:p>
    <w:p>
      <w:r>
        <w:t>["It was very hard for me”..]</w:t>
      </w:r>
    </w:p>
    <w:p>
      <w:r>
        <w:t>{..}</w:t>
      </w:r>
    </w:p>
    <w:p>
      <w:r>
        <w:t>['It was very hard for me']</w:t>
      </w:r>
    </w:p>
    <w:p>
      <w:r>
        <w:t>{..}</w:t>
      </w:r>
    </w:p>
    <w:p>
      <w:r>
        <w:t>[Oy, what will we do? Rebbe Yisroel, I.. you know]</w:t>
      </w:r>
    </w:p>
    <w:p>
      <w:r>
        <w:t>{..}..</w:t>
      </w:r>
    </w:p>
    <w:p>
      <w:r>
        <w:t>[It will be good]</w:t>
      </w:r>
    </w:p>
    <w:p>
      <w:r>
        <w:t>{..}</w:t>
      </w:r>
    </w:p>
    <w:p>
      <w:r>
        <w:t>What? I am nothing, but I feel that this is the matter of the resurrection of the dead</w:t>
      </w:r>
    </w:p>
    <w:p>
      <w:r>
        <w:t>[Yes]</w:t>
      </w:r>
    </w:p>
    <w:p>
      <w:r>
        <w:t>{This..} not yet, not yet, not yet</w:t>
      </w:r>
    </w:p>
    <w:p>
      <w:r>
        <w:t>To revive..</w:t>
      </w:r>
    </w:p>
    <w:p>
      <w:r>
        <w:t>[..]</w:t>
      </w:r>
    </w:p>
    <w:p>
      <w:r>
        <w:t>us, so that we should hold firm, to be always close and connected and cleaving to Hashem Yisborach</w:t>
      </w:r>
    </w:p>
    <w:p>
      <w:r>
        <w:t>Sick like {...}..</w:t>
      </w:r>
    </w:p>
    <w:p>
      <w:r>
        <w:t>[Severely sick in their souls, yes, sick, severely sick souls, "for I am lovesick”, yes]</w:t>
      </w:r>
    </w:p>
    <w:p>
      <w:r>
        <w:t>{..}</w:t>
      </w:r>
    </w:p>
    <w:p>
      <w:r>
        <w:t>["I am lovesick”, this is in "Shir HaShirim", severely sick souls]</w:t>
      </w:r>
    </w:p>
    <w:p>
      <w:r>
        <w:t>He is all our vitality and the vitality of all the wor.., all.. {..}</w:t>
      </w:r>
    </w:p>
    <w:p>
      <w:r>
        <w:t>[worlds, all the worlds]</w:t>
      </w:r>
    </w:p>
    <w:p>
      <w:r>
        <w:t>{{….}}</w:t>
      </w:r>
    </w:p>
    <w:p>
      <w:r>
        <w:t>And our main thing is to be connected and cleaving to our holy Rabbainu</w:t>
      </w:r>
    </w:p>
    <w:p>
      <w:r>
        <w:t>{This..}, this is all the Torah and all the wisdom and all..</w:t>
      </w:r>
    </w:p>
    <w:p>
      <w:r>
        <w:t>[Peace be upon him..]</w:t>
      </w:r>
    </w:p>
    <w:p>
      <w:r>
        <w:t>And all..</w:t>
      </w:r>
    </w:p>
    <w:p>
      <w:r>
        <w:t>[Peace be upon him..]</w:t>
      </w:r>
    </w:p>
    <w:p>
      <w:r>
        <w:t>Our vitality</w:t>
      </w:r>
    </w:p>
    <w:p>
      <w:r>
        <w:t>[Peace be upon him, Rebbe Yisroel (Kardonner), peace be upon him, your Rebbe]</w:t>
      </w:r>
    </w:p>
    <w:p>
      <w:r>
        <w:t>{..}</w:t>
      </w:r>
    </w:p>
    <w:p>
      <w:r>
        <w:t>[He merited to nullify himself completely to Rabbainu; it is a wonder, about this one does not speak]</w:t>
      </w:r>
    </w:p>
    <w:p>
      <w:r>
        <w:t>Suddenly he came from Chevron to Teveria, {…} in Teveria</w:t>
      </w:r>
    </w:p>
    <w:p>
      <w:r>
        <w:t>[What happened? "Rebbe Yisroel Ber in Teveria”]</w:t>
      </w:r>
    </w:p>
    <w:p>
      <w:r>
        <w:t>He found Yisroel Ber..</w:t>
      </w:r>
    </w:p>
    <w:p>
      <w:r>
        <w:t>[…]</w:t>
      </w:r>
    </w:p>
    <w:p>
      <w:r>
        <w:t>Odesser in Teveria, and from this there came to be..</w:t>
      </w:r>
    </w:p>
    <w:p>
      <w:r>
        <w:t>[Wonders, wonders, right]</w:t>
      </w:r>
    </w:p>
    <w:p>
      <w:r>
        <w:t>Such wonders, they were.., the falsehood were</w:t>
      </w:r>
    </w:p>
    <w:p>
      <w:r>
        <w:t>[strong, yes, right]</w:t>
      </w:r>
    </w:p>
    <w:p>
      <w:r>
        <w:t>The arrogance up, up to the heavens, but..</w:t>
      </w:r>
    </w:p>
    <w:p>
      <w:r>
        <w:t>[fell..]</w:t>
      </w:r>
    </w:p>
    <w:p>
      <w:r>
        <w:t>{..}</w:t>
      </w:r>
    </w:p>
    <w:p>
      <w:r>
        <w:t>[Right, fortunate are we, fortunate are we, Rebbe Yisroel, fortunate are we, I did not merit]</w:t>
      </w:r>
    </w:p>
    <w:p>
      <w:r>
        <w:t>What, what Father did to me, Father.. {..}</w:t>
      </w:r>
    </w:p>
    <w:p>
      <w:r>
        <w:t>[I told Mother on the way]</w:t>
      </w:r>
    </w:p>
    <w:p>
      <w:r>
        <w:t>And Mother..</w:t>
      </w:r>
    </w:p>
    <w:p>
      <w:r>
        <w:t>[I told Mother on the way how much you suffered in order to draw close to Rabbainu</w:t>
      </w:r>
    </w:p>
    <w:p>
      <w:r>
        <w:t>I told her that then, to be Breslover was hard</w:t>
      </w:r>
    </w:p>
    <w:p>
      <w:r>
        <w:t>It was preferable to be Chabad, it was preferable to be..]</w:t>
      </w:r>
    </w:p>
    <w:p>
      <w:r>
        <w:t>And all the children and everyone, the whole city and all the.. the small children, the grown ones {..}</w:t>
      </w:r>
    </w:p>
    <w:p>
      <w:r>
        <w:t>They pointed with a finger: "This is Breslov"</w:t>
      </w:r>
    </w:p>
    <w:p>
      <w:r>
        <w:t>["He is Breslov", “Breslov”]</w:t>
      </w:r>
    </w:p>
    <w:p>
      <w:r>
        <w:t>And I accepted everything</w:t>
      </w:r>
    </w:p>
    <w:p>
      <w:r>
        <w:t>[Boruch Hashem, fortunate are you, Rebbe Yisroel, fortunate are you]</w:t>
      </w:r>
    </w:p>
    <w:p>
      <w:r>
        <w:t>But now not one of them remains</w:t>
      </w:r>
    </w:p>
    <w:p>
      <w:r>
        <w:t>[Yes, nothing remains..]</w:t>
      </w:r>
    </w:p>
    <w:p>
      <w:r>
        <w:t>"One..</w:t>
      </w:r>
    </w:p>
    <w:p>
      <w:r>
        <w:t>[at all]</w:t>
      </w:r>
    </w:p>
    <w:p>
      <w:r>
        <w:t>of them did not remain"</w:t>
      </w:r>
    </w:p>
    <w:p>
      <w:r>
        <w:t>["Not one of them remained"]</w:t>
      </w:r>
    </w:p>
    <w:p>
      <w:r>
        <w:t>The synagogue, the people, look {at the.. at the.., at the syn..}..,at their synagogue</w:t>
      </w:r>
    </w:p>
    <w:p>
      <w:r>
        <w:t>[Yes, right, "And.. and the earth opened its mouth", "and the earth opened its mouth", what can you do]</w:t>
      </w:r>
    </w:p>
    <w:p>
      <w:r>
        <w:t>{..}</w:t>
      </w:r>
    </w:p>
    <w:p>
      <w:r>
        <w:t>[But Boruch Hashem {..}.., Rabbainu renews us]</w:t>
      </w:r>
    </w:p>
    <w:p>
      <w:r>
        <w:t>{Only I}.. Boruch Hashem, I accepted everything with love, and with joy</w:t>
      </w:r>
    </w:p>
    <w:p>
      <w:r>
        <w:t>{..} and this is all my vitality, they were all falsehood, {...}</w:t>
      </w:r>
    </w:p>
    <w:p>
      <w:r>
        <w:t>[Rebbes]</w:t>
      </w:r>
    </w:p>
    <w:p>
      <w:r>
        <w:t>{…}</w:t>
      </w:r>
    </w:p>
    <w:p>
      <w:r>
        <w:t>["Be strong and courageous", "Be strong and courageous in your service"]</w:t>
      </w:r>
    </w:p>
    <w:p>
      <w:r>
        <w:t>{...}</w:t>
      </w:r>
    </w:p>
    <w:p>
      <w:r>
        <w:t>If you had continued {..} and done what you did {…} and more, and more, and more every day and every week</w:t>
      </w:r>
    </w:p>
    <w:p>
      <w:r>
        <w:t>Ho.. what, nu, but nevertheless</w:t>
      </w:r>
    </w:p>
    <w:p>
      <w:r>
        <w:t>[It is possible]</w:t>
      </w:r>
    </w:p>
    <w:p>
      <w:r>
        <w:t>{…} good {..} a little</w:t>
      </w:r>
    </w:p>
    <w:p>
      <w:r>
        <w:t>[…. It is written “shua,” “shua,” “shua”]</w:t>
      </w:r>
    </w:p>
    <w:p>
      <w:r>
        <w:t>What is “shua”?</w:t>
      </w:r>
    </w:p>
    <w:p>
      <w:r>
        <w:t>[“Kepid shua,” “kepid..” ah.. it is written “like one gleaning like a rooster from..”</w:t>
      </w:r>
    </w:p>
    <w:p>
      <w:r>
        <w:t>Even as much as a hairsbreadth is not lost from before Him, blessed is He..]</w:t>
      </w:r>
    </w:p>
    <w:p>
      <w:r>
        <w:t>{..}</w:t>
      </w:r>
    </w:p>
    <w:p>
      <w:r>
        <w:t>[Even a movement as slight as a hairsbreadth, Rebbe Nassan speaks about this a lot]</w:t>
      </w:r>
    </w:p>
    <w:p>
      <w:r>
        <w:t>To search for some point</w:t>
      </w:r>
    </w:p>
    <w:p>
      <w:r>
        <w:t>[Yes]</w:t>
      </w:r>
    </w:p>
    <w:p>
      <w:r>
        <w:t>{In himself}</w:t>
      </w:r>
    </w:p>
    <w:p>
      <w:r>
        <w:t>[It is not lost, it is not lost]</w:t>
      </w:r>
    </w:p>
    <w:p>
      <w:r>
        <w:t>{..}</w:t>
      </w:r>
    </w:p>
    <w:p>
      <w:r>
        <w:t>[Rebbe Nassan says he runs with it thousands of parsas in the upper worlds]</w:t>
      </w:r>
    </w:p>
    <w:p>
      <w:r>
        <w:t>{..}</w:t>
      </w:r>
    </w:p>
    <w:p>
      <w:r>
        <w:t>[It is written, it is written “Be strong, and He will strengthen your heart, all who hope”</w:t>
      </w:r>
    </w:p>
    <w:p>
      <w:r>
        <w:t>As long as you hope, be strong, and He will strengthen your heart]</w:t>
      </w:r>
    </w:p>
    <w:p>
      <w:r>
        <w:t>You..</w:t>
      </w:r>
    </w:p>
    <w:p>
      <w:r>
        <w:t>[Do hisbodedus]</w:t>
      </w:r>
    </w:p>
    <w:p>
      <w:r>
        <w:t>Do you have a wife?</w:t>
      </w:r>
    </w:p>
    <w:p>
      <w:r>
        <w:t>[Not yet, I did not merit]</w:t>
      </w:r>
    </w:p>
    <w:p>
      <w:r>
        <w:t>Not yet</w:t>
      </w:r>
    </w:p>
    <w:p>
      <w:r>
        <w:t>[No, bless me, Rebbe Yisroel, perhaps I will merit a match]</w:t>
      </w:r>
    </w:p>
    <w:p>
      <w:r>
        <w:t>{..}</w:t>
      </w:r>
    </w:p>
    <w:p>
      <w:r>
        <w:t>[It depends on.. yes]</w:t>
      </w:r>
    </w:p>
    <w:p>
      <w:r>
        <w:t>{..} If you had prayed and strengthened yourself, {..} there would, you would already have had children and grandchildren, yes</w:t>
      </w:r>
    </w:p>
    <w:p>
      <w:r>
        <w:t>{..} And they all would have served Hashem</w:t>
      </w:r>
    </w:p>
    <w:p>
      <w:r>
        <w:t>[Right]</w:t>
      </w:r>
    </w:p>
    <w:p>
      <w:r>
        <w:t>With Torah and mitzvos</w:t>
      </w:r>
    </w:p>
    <w:p>
      <w:r>
        <w:t>[….]</w:t>
      </w:r>
    </w:p>
    <w:p>
      <w:r>
        <w:t>What? Do our Torah and mitzvos exi.. is there, is there anything else in the world?</w:t>
      </w:r>
    </w:p>
    <w:p>
      <w:r>
        <w:t>[There is nothing like Breslov in the world, Rebbe.., outside Breslov there is nothing at all</w:t>
      </w:r>
    </w:p>
    <w:p>
      <w:r>
        <w:t>Outside Breslov there is nothing at all]</w:t>
      </w:r>
    </w:p>
    <w:p>
      <w:r>
        <w:t>{..}</w:t>
      </w:r>
    </w:p>
    <w:p>
      <w:r>
        <w:t>[Only Breslov, only Breslov]</w:t>
      </w:r>
    </w:p>
    <w:p>
      <w:r>
        <w:t>Yes</w:t>
      </w:r>
    </w:p>
    <w:p>
      <w:r>
        <w:t>[Rabbainu’s true people, I mean, the true ones]</w:t>
      </w:r>
    </w:p>
    <w:p>
      <w:r>
        <w:t>What I suffered, everyone laughed at me, {..}, everyone</w:t>
      </w:r>
    </w:p>
    <w:p>
      <w:r>
        <w:t>And I accepted: “Good, good, give more”</w:t>
      </w:r>
    </w:p>
    <w:p>
      <w:r>
        <w:t>{A gift}, such gifts, such gifts, ah</w:t>
      </w:r>
    </w:p>
    <w:p>
      <w:r>
        <w:t>[Rabbainu said: “I brought you a gift from the Land of Yisroel, from the Land of Yisroel..”]</w:t>
      </w:r>
    </w:p>
    <w:p>
      <w:r>
        <w:t>The Land of Yisroel, {..} do we have any conception of what the Land of Yisroel is?</w:t>
      </w:r>
    </w:p>
    <w:p>
      <w:r>
        <w:t>[No]</w:t>
      </w:r>
    </w:p>
    <w:p>
      <w:r>
        <w:t>Rabbainu the holy reveals to us a drop from the sea</w:t>
      </w:r>
    </w:p>
    <w:p>
      <w:r>
        <w:t>[Right]</w:t>
      </w:r>
    </w:p>
    <w:p>
      <w:r>
        <w:t>The Land of Yisroel, Rabbainu the holy says:</w:t>
      </w:r>
    </w:p>
    <w:p>
      <w:r>
        <w:t>{..}, “All Yisroel, every one of Yisroel must come to the Land of Yisroel and live in the Land of Yisroel” livelihood and everything th.. the Land of Yisroel”</w:t>
      </w:r>
    </w:p>
    <w:p>
      <w:r>
        <w:t>[Right, right]</w:t>
      </w:r>
    </w:p>
    <w:p>
      <w:r>
        <w:t>Nu, how? It was in the hands of gentiles, now {. .} in our hands</w:t>
      </w:r>
    </w:p>
    <w:p>
      <w:r>
        <w:t>[“The power of His deeds He declared to His people”]</w:t>
      </w:r>
    </w:p>
    <w:p>
      <w:r>
        <w:t>In our hands, the Land of Yisroel is in our hands, the Holy Temple is in our hands, Yerushalayim is in our hands</w:t>
      </w:r>
    </w:p>
    <w:p>
      <w:r>
        <w:t>[The redemption will come, Rebbe Yisroel, the redemption will come]</w:t>
      </w:r>
    </w:p>
    <w:p>
      <w:r>
        <w:t>{..} Yes, but..</w:t>
      </w:r>
    </w:p>
    <w:p>
      <w:r>
        <w:t>[It must arrive, it must]</w:t>
      </w:r>
    </w:p>
    <w:p>
      <w:r>
        <w:t>But we need</w:t>
      </w:r>
    </w:p>
    <w:p>
      <w:r>
        <w:t>[To prepare the heart, yes, it is not, without preparation it is not]</w:t>
      </w:r>
    </w:p>
    <w:p>
      <w:r>
        <w:t>{...no, it is not}..</w:t>
      </w:r>
    </w:p>
    <w:p>
      <w:r>
        <w:t>[He knows all th.. exactly what to say]</w:t>
      </w:r>
    </w:p>
    <w:p>
      <w:r>
        <w:t>[No, I am saying..]</w:t>
      </w:r>
    </w:p>
    <w:p>
      <w:r>
        <w:t>[………]</w:t>
      </w:r>
    </w:p>
    <w:p>
      <w:r>
        <w:t>[They think this.., in “Keren Rebbe Yisroel,” Rebbe Yisroel hides himself, he is a hidden tzaddik] It is such a light</w:t>
      </w:r>
    </w:p>
    <w:p>
      <w:r>
        <w:t>We have no {{..}} words to feel, to speak, there are no w.., there are no words</w:t>
      </w:r>
    </w:p>
    <w:p>
      <w:r>
        <w:t>[There are no letters with which to constrict it, yes]</w:t>
      </w:r>
    </w:p>
    <w:p>
      <w:r>
        <w:t>It is he..</w:t>
      </w:r>
    </w:p>
    <w:p>
      <w:r>
        <w:t>[Above wisdom, yes..]</w:t>
      </w:r>
    </w:p>
    <w:p>
      <w:r>
        <w:t>{..}</w:t>
      </w:r>
    </w:p>
    <w:p>
      <w:r>
        <w:t>[……..]</w:t>
      </w:r>
    </w:p>
    <w:p>
      <w:r>
        <w:t>[But he is not, he is not hidden enough, today whoever..]</w:t>
      </w:r>
    </w:p>
    <w:p>
      <w:r>
        <w:t>But..</w:t>
      </w:r>
    </w:p>
    <w:p>
      <w:r>
        <w:t>[No, he is hidden, the Arizal, of blessed memory, was..]</w:t>
      </w:r>
    </w:p>
    <w:p>
      <w:r>
        <w:t>But we need to receive, {..}</w:t>
      </w:r>
    </w:p>
    <w:p>
      <w:r>
        <w:t>To live only {...} with the Torah and with faith and truth</w:t>
      </w:r>
    </w:p>
    <w:p>
      <w:r>
        <w:t>[Wholehearted simplicity]</w:t>
      </w:r>
    </w:p>
    <w:p>
      <w:r>
        <w:t>Yes</w:t>
      </w:r>
    </w:p>
    <w:p>
      <w:r>
        <w:t>[…...]</w:t>
      </w:r>
    </w:p>
    <w:p>
      <w:r>
        <w:t>[Humility, yes, humility, it is difficult, it is hard work, Rebbe Yisroel]</w:t>
      </w:r>
    </w:p>
    <w:p>
      <w:r>
        <w:t>Nu, nu</w:t>
      </w:r>
    </w:p>
    <w:p>
      <w:r>
        <w:t>[But this is the essence of life, this is the essence of life, this, there is no other vitality, this is the essence of true life]</w:t>
      </w:r>
    </w:p>
    <w:p>
      <w:r>
        <w:t>[….….]</w:t>
      </w:r>
    </w:p>
    <w:p>
      <w:r>
        <w:t>[……..]</w:t>
      </w:r>
    </w:p>
    <w:p>
      <w:r>
        <w:t>You prayed for me a lot, Rebbe Yisroel, I am reaping the fruits]</w:t>
      </w:r>
    </w:p>
    <w:p>
      <w:r>
        <w:t>{..}</w:t>
      </w:r>
    </w:p>
    <w:p>
      <w:r>
        <w:t>[I am reaping the fruits, fortunate are you, Rebbe Yisroel]</w:t>
      </w:r>
    </w:p>
    <w:p>
      <w:r>
        <w:t>{..}</w:t>
      </w:r>
    </w:p>
    <w:p>
      <w:r>
        <w:t>[I.., you prayed for me a lot, I feel it]</w:t>
      </w:r>
    </w:p>
    <w:p>
      <w:r>
        <w:t>Our matter, but..</w:t>
      </w:r>
    </w:p>
    <w:p>
      <w:r>
        <w:t>[Need to.., yes]</w:t>
      </w:r>
    </w:p>
    <w:p>
      <w:r>
        <w:t>I am very sorry, no...</w:t>
      </w:r>
    </w:p>
    <w:p>
      <w:r>
        <w:br w:type="page"/>
      </w:r>
    </w:p>
    <w:p>
      <w:pPr>
        <w:pStyle w:val="Heading1"/>
      </w:pPr>
      <w:r>
        <w:t>Tape 83</w:t>
      </w:r>
    </w:p>
    <w:p>
      <w:pPr>
        <w:pStyle w:val="Heading2"/>
      </w:pPr>
      <w:r>
        <w:t>Side A (Aleph)</w:t>
      </w:r>
    </w:p>
    <w:p>
      <w:r>
        <w:t>...[Ah, good, good]</w:t>
      </w:r>
    </w:p>
    <w:p>
      <w:r>
        <w:t>How are things a.., a.., by us? {By us} with the explosions?</w:t>
      </w:r>
    </w:p>
    <w:p>
      <w:r>
        <w:t>[Rabbainu is taking care of them]</w:t>
      </w:r>
    </w:p>
    <w:p>
      <w:r>
        <w:t>Ah, yes?</w:t>
      </w:r>
    </w:p>
    <w:p>
      <w:r>
        <w:t>[Yes, certainly]</w:t>
      </w:r>
    </w:p>
    <w:p>
      <w:r>
        <w:t>[Saba, we have a friend in Kfar Saba, he is a bus driver]</w:t>
      </w:r>
    </w:p>
    <w:p>
      <w:r>
        <w:t>{What?}</w:t>
      </w:r>
    </w:p>
    <w:p>
      <w:r>
        <w:t>[He is a driver,he is a bus driver]</w:t>
      </w:r>
    </w:p>
    <w:p>
      <w:r>
        <w:t>Nu, nu</w:t>
      </w:r>
    </w:p>
    <w:p>
      <w:r>
        <w:t>[So every time he takes children, secular people, all kinds of people</w:t>
      </w:r>
    </w:p>
    <w:p>
      <w:r>
        <w:t>And every time he gives them “Na Na Nach”]</w:t>
      </w:r>
    </w:p>
    <w:p>
      <w:r>
        <w:t>{Surpasses everything}</w:t>
      </w:r>
    </w:p>
    <w:p>
      <w:r>
        <w:t>[He sings “Na Na Nach” to them i.. i.., and the children know the song “Na Na Nach,” they sing]</w:t>
      </w:r>
    </w:p>
    <w:p>
      <w:r>
        <w:t>{That is beautiful}</w:t>
      </w:r>
    </w:p>
    <w:p>
      <w:r>
        <w:t>[Th.. th.. the female teachers]</w:t>
      </w:r>
    </w:p>
    <w:p>
      <w:r>
        <w:t>Ah, Gadi, ah, look</w:t>
      </w:r>
    </w:p>
    <w:p>
      <w:r>
        <w:t>[Saba, th.. th.. the teachers, the teachers shout at the children: “Do not sing Na Na Nach” the teachers, the teachers shout at the children, they make a dispute, and the children say: “A.. we will specifically say Na Nach”]</w:t>
      </w:r>
    </w:p>
    <w:p>
      <w:r>
        <w:t>{..}</w:t>
      </w:r>
    </w:p>
    <w:p>
      <w:r>
        <w:t>[They shout and sing “Na Na Nach” on the bus ever.., every time</w:t>
      </w:r>
    </w:p>
    <w:p>
      <w:r>
        <w:t>Saba, I saw it, it is Gan Eden]</w:t>
      </w:r>
    </w:p>
    <w:p>
      <w:r>
        <w:t>{……}</w:t>
      </w:r>
    </w:p>
    <w:p>
      <w:r>
        <w:t>[Now Rabbainu is becoming known in the world]</w:t>
      </w:r>
    </w:p>
    <w:p>
      <w:r>
        <w:t>Yes</w:t>
      </w:r>
    </w:p>
    <w:p>
      <w:r>
        <w:t>[Yes, yes]</w:t>
      </w:r>
    </w:p>
    <w:p>
      <w:r>
        <w:t>[Now they see the truth, they say:</w:t>
      </w:r>
    </w:p>
    <w:p>
      <w:r>
        <w:t>“This is the truth, until now we saw falsehood, now there is truth]</w:t>
      </w:r>
    </w:p>
    <w:p>
      <w:r>
        <w:t>{...}</w:t>
      </w:r>
    </w:p>
    <w:p>
      <w:r>
        <w:t>[Already older people, older people say:</w:t>
      </w:r>
    </w:p>
    <w:p>
      <w:r>
        <w:t>“There is truth, only Rebbe Nachman, only Rebbe Nachman, this is the truth”]</w:t>
      </w:r>
    </w:p>
    <w:p>
      <w:r>
        <w:t>{..}</w:t>
      </w:r>
    </w:p>
    <w:p>
      <w:r>
        <w:t>[Saba]</w:t>
      </w:r>
    </w:p>
    <w:p>
      <w:r>
        <w:t>Ah, ah</w:t>
      </w:r>
    </w:p>
    <w:p>
      <w:r>
        <w:t>[There is a soldier here, a soldier, ..in the army, he, he…….. to the army</w:t>
      </w:r>
    </w:p>
    <w:p>
      <w:r>
        <w:t>There is a soldier here, he……. to the army]</w:t>
      </w:r>
    </w:p>
    <w:p>
      <w:r>
        <w:t>Yes</w:t>
      </w:r>
    </w:p>
    <w:p>
      <w:r>
        <w:t>[Yes, here, here he is..]</w:t>
      </w:r>
    </w:p>
    <w:p>
      <w:r>
        <w:t>[…..]</w:t>
      </w:r>
    </w:p>
    <w:p>
      <w:r>
        <w:t>{This is yours}..</w:t>
      </w:r>
    </w:p>
    <w:p>
      <w:r>
        <w:t>[..]</w:t>
      </w:r>
    </w:p>
    <w:p>
      <w:r>
        <w:t>{In order to fight the enemies……….}</w:t>
      </w:r>
    </w:p>
    <w:p>
      <w:r>
        <w:t>Rabbainu Rebbe Nachman in the world, {there will be a different world}</w:t>
      </w:r>
    </w:p>
    <w:p>
      <w:r>
        <w:t>Then the whole world.., will be a different world, {there will be} a new world {……}</w:t>
      </w:r>
    </w:p>
    <w:p>
      <w:r>
        <w:t>[When, when?]</w:t>
      </w:r>
    </w:p>
    <w:p>
      <w:r>
        <w:t>[………]</w:t>
      </w:r>
    </w:p>
    <w:p>
      <w:r>
        <w:t>[……...]</w:t>
      </w:r>
    </w:p>
    <w:p>
      <w:r>
        <w:t>[Saba, the soldiers, they.., there is, they have trouble, so they say: “Na Na Nach”]</w:t>
      </w:r>
    </w:p>
    <w:p>
      <w:r>
        <w:t>{Yes}</w:t>
      </w:r>
    </w:p>
    <w:p>
      <w:r>
        <w:t>[Yes, yes, yes, they say: "Na Naḥ," and they have miracles, they see miracles] yes</w:t>
      </w:r>
    </w:p>
    <w:p>
      <w:r>
        <w:t>[Suddenly, {"Na Naḥ"}..</w:t>
      </w:r>
    </w:p>
    <w:p>
      <w:r>
        <w:t>They, they, they are now beginning to practice hisbodedus</w:t>
      </w:r>
    </w:p>
    <w:p>
      <w:r>
        <w:t>Beginning, beginning to carry out Rabbainu's advice, beginning to practice hisbodedus even.. secular people, they don't know, not Shabbos, they don't know anything..]</w:t>
      </w:r>
    </w:p>
    <w:p>
      <w:r>
        <w:t>{..}</w:t>
      </w:r>
    </w:p>
    <w:p>
      <w:r>
        <w:t>[They pray, practice hisbodedus]</w:t>
      </w:r>
    </w:p>
    <w:p>
      <w:r>
        <w:t>{…}</w:t>
      </w:r>
    </w:p>
    <w:p>
      <w:r>
        <w:t>[Saba]</w:t>
      </w:r>
    </w:p>
    <w:p>
      <w:r>
        <w:t>{….}</w:t>
      </w:r>
    </w:p>
    <w:p>
      <w:r>
        <w:t>[Hello Saba, I brought you charity, I want to be eligible for a shidduch, Saba]</w:t>
      </w:r>
    </w:p>
    <w:p>
      <w:r>
        <w:t>May Hashem Yisborach give you a good and kosher shidduch</w:t>
      </w:r>
    </w:p>
    <w:p>
      <w:r>
        <w:t>[Amen, and amen]</w:t>
      </w:r>
    </w:p>
    <w:p>
      <w:r>
        <w:t>Speedily</w:t>
      </w:r>
    </w:p>
    <w:p>
      <w:r>
        <w:t>[Yaniv son of Tziona]</w:t>
      </w:r>
    </w:p>
    <w:p>
      <w:r>
        <w:t>Eh?</w:t>
      </w:r>
    </w:p>
    <w:p>
      <w:r>
        <w:t>[Yaniv]</w:t>
      </w:r>
    </w:p>
    <w:p>
      <w:r>
        <w:t>{….}</w:t>
      </w:r>
    </w:p>
    <w:p>
      <w:r>
        <w:t>[Yaniv]</w:t>
      </w:r>
    </w:p>
    <w:p>
      <w:r>
        <w:t>Yaniv</w:t>
      </w:r>
    </w:p>
    <w:p>
      <w:r>
        <w:t>[Son of Tziona]</w:t>
      </w:r>
    </w:p>
    <w:p>
      <w:r>
        <w:t>Son of Tziona</w:t>
      </w:r>
    </w:p>
    <w:p>
      <w:r>
        <w:t>[A suitable shidduch {and thank God}]</w:t>
      </w:r>
    </w:p>
    <w:p>
      <w:r>
        <w:t>And a good shidduch and…</w:t>
      </w:r>
    </w:p>
    <w:p>
      <w:r>
        <w:t>...{And every good thing}</w:t>
      </w:r>
    </w:p>
    <w:p>
      <w:r>
        <w:t>[[Amen]]</w:t>
      </w:r>
    </w:p>
    <w:p>
      <w:r>
        <w:t>["Na Naḥ Naḥma Naḥman MeUman"]</w:t>
      </w:r>
    </w:p>
    <w:p>
      <w:r>
        <w:t>May it be Your will.. that all the judgments and severities be sweetened from over..</w:t>
      </w:r>
    </w:p>
    <w:p>
      <w:r>
        <w:t>[Yaniv]</w:t>
      </w:r>
    </w:p>
    <w:p>
      <w:r>
        <w:t>Yaniv</w:t>
      </w:r>
    </w:p>
    <w:p>
      <w:r>
        <w:t>[Son of Tziona]</w:t>
      </w:r>
    </w:p>
    <w:p>
      <w:r>
        <w:t>Son of Tziona</w:t>
      </w:r>
    </w:p>
    <w:p>
      <w:r>
        <w:t>[And.. and Gad son of Rina]</w:t>
      </w:r>
    </w:p>
    <w:p>
      <w:r>
        <w:t>Eh.. and Gad son of Rina</w:t>
      </w:r>
    </w:p>
    <w:p>
      <w:r>
        <w:t>[And Lior son of……]</w:t>
      </w:r>
    </w:p>
    <w:p>
      <w:r>
        <w:t>Eh?</w:t>
      </w:r>
    </w:p>
    <w:p>
      <w:r>
        <w:t>[Lior, Lior]</w:t>
      </w:r>
    </w:p>
    <w:p>
      <w:r>
        <w:t>Lior</w:t>
      </w:r>
    </w:p>
    <w:p>
      <w:r>
        <w:t>[Son of……]</w:t>
      </w:r>
    </w:p>
    <w:p>
      <w:r>
        <w:t>Son of</w:t>
      </w:r>
    </w:p>
    <w:p>
      <w:r>
        <w:t>[………]</w:t>
      </w:r>
    </w:p>
    <w:p>
      <w:r>
        <w:t>{….}</w:t>
      </w:r>
    </w:p>
    <w:p>
      <w:r>
        <w:t>[And all Israel]</w:t>
      </w:r>
    </w:p>
    <w:p>
      <w:r>
        <w:t>And all Israel, through a supreme wonder which is {………..}</w:t>
      </w:r>
    </w:p>
    <w:p>
      <w:r>
        <w:t>In which there is no admixture of judgment at all, amen</w:t>
      </w:r>
    </w:p>
    <w:p>
      <w:r>
        <w:t>[[Amen]]</w:t>
      </w:r>
    </w:p>
    <w:p>
      <w:r>
        <w:t>[……….]</w:t>
      </w:r>
    </w:p>
    <w:p>
      <w:r>
        <w:t>[……….]</w:t>
      </w:r>
    </w:p>
    <w:p>
      <w:r>
        <w:t>[Saba, people give charity to Rabbainu, people, people, they give charity to Rabbainu]</w:t>
      </w:r>
    </w:p>
    <w:p>
      <w:r>
        <w:t>{…….}</w:t>
      </w:r>
    </w:p>
    <w:p>
      <w:r>
        <w:t>[Take it, Saba]</w:t>
      </w:r>
    </w:p>
    <w:p>
      <w:r>
        <w:t>[Oh, here]</w:t>
      </w:r>
    </w:p>
    <w:p>
      <w:r>
        <w:t>[...]</w:t>
      </w:r>
    </w:p>
    <w:p>
      <w:r>
        <w:t>[All this, all this, Saba, is charity]</w:t>
      </w:r>
    </w:p>
    <w:p>
      <w:r>
        <w:t>All this {became charity}..</w:t>
      </w:r>
    </w:p>
    <w:p>
      <w:r>
        <w:t>Eh..</w:t>
      </w:r>
    </w:p>
    <w:p>
      <w:r>
        <w:t>[……..]</w:t>
      </w:r>
    </w:p>
    <w:p>
      <w:r>
        <w:t>[……..]</w:t>
      </w:r>
    </w:p>
    <w:p>
      <w:r>
        <w:t>{…….}</w:t>
      </w:r>
    </w:p>
    <w:p>
      <w:r>
        <w:t>[Yes]</w:t>
      </w:r>
    </w:p>
    <w:p>
      <w:r>
        <w:t>[……..]</w:t>
      </w:r>
    </w:p>
    <w:p>
      <w:r>
        <w:t>[Saba, there is a lot, a lot of charity]</w:t>
      </w:r>
    </w:p>
    <w:p>
      <w:r>
        <w:t>[A lot of money]</w:t>
      </w:r>
    </w:p>
    <w:p>
      <w:r>
        <w:t>{……}</w:t>
      </w:r>
    </w:p>
    <w:p>
      <w:r>
        <w:t>[Yes, yes]</w:t>
      </w:r>
    </w:p>
    <w:p>
      <w:r>
        <w:t>[………]</w:t>
      </w:r>
    </w:p>
    <w:p>
      <w:r>
        <w:t>[……...]</w:t>
      </w:r>
    </w:p>
    <w:p>
      <w:r>
        <w:t>Oy vey...</w:t>
      </w:r>
    </w:p>
    <w:p>
      <w:r>
        <w:t>(6:13)</w:t>
      </w:r>
    </w:p>
    <w:p>
      <w:r>
        <w:t>...[The whole world knows the song "Na Naḥ," our song, "Na Naḥ"]</w:t>
      </w:r>
    </w:p>
    <w:p>
      <w:r>
        <w:t>{…..}</w:t>
      </w:r>
    </w:p>
    <w:p>
      <w:r>
        <w:t>[……]</w:t>
      </w:r>
    </w:p>
    <w:p>
      <w:r>
        <w:t>[Saba, do you have news to tell us]</w:t>
      </w:r>
    </w:p>
    <w:p>
      <w:r>
        <w:t>{…..}</w:t>
      </w:r>
    </w:p>
    <w:p>
      <w:r>
        <w:t>[Saba?]</w:t>
      </w:r>
    </w:p>
    <w:p>
      <w:r>
        <w:t>What's happening in Chevron?</w:t>
      </w:r>
    </w:p>
    <w:p>
      <w:r>
        <w:t>[Chevron?]</w:t>
      </w:r>
    </w:p>
    <w:p>
      <w:r>
        <w:t>[Kfar Saba, Kfar Saba..]</w:t>
      </w:r>
    </w:p>
    <w:p>
      <w:r>
        <w:t>{Ah, yes}</w:t>
      </w:r>
    </w:p>
    <w:p>
      <w:r>
        <w:t>[Kfar Saba]</w:t>
      </w:r>
    </w:p>
    <w:p>
      <w:r>
        <w:t>{.…} [..…] [..…]</w:t>
      </w:r>
    </w:p>
    <w:p>
      <w:r>
        <w:t>[Saba, I don't know, but one thing I know, that Rabbainu is accomplishing things..</w:t>
      </w:r>
    </w:p>
    <w:p>
      <w:r>
        <w:t>Saba, Rabbainu does not sleep, Rabbainu does not sleep, he is constantly accomplishing things and things</w:t>
      </w:r>
    </w:p>
    <w:p>
      <w:r>
        <w:t>And more baalei teshuvah, and more baalei teshuvah, and more baalei teshuvah]</w:t>
      </w:r>
    </w:p>
    <w:p>
      <w:r>
        <w:t>[{He "Na Naḥ"}]</w:t>
      </w:r>
    </w:p>
    <w:p>
      <w:r>
        <w:t>Yes</w:t>
      </w:r>
    </w:p>
    <w:p>
      <w:r>
        <w:t>[Yes]</w:t>
      </w:r>
    </w:p>
    <w:p>
      <w:r>
        <w:t>{…..}</w:t>
      </w:r>
    </w:p>
    <w:p>
      <w:r>
        <w:t>[Each time the.., we grow old, baalei teshuvah come, make us new</w:t>
      </w:r>
    </w:p>
    <w:p>
      <w:r>
        <w:t>Each time like this, anew]</w:t>
      </w:r>
    </w:p>
    <w:p>
      <w:r>
        <w:t>{….}</w:t>
      </w:r>
    </w:p>
    <w:p>
      <w:r>
        <w:t>[Saba, today's baalei teshuvah have wisdom from Rabbainu, not of this world]</w:t>
      </w:r>
    </w:p>
    <w:p>
      <w:r>
        <w:t>{….}</w:t>
      </w:r>
    </w:p>
    <w:p>
      <w:r>
        <w:t>[Saba, now, the song, the song, “To make known.. to make known", it will accomplish things]</w:t>
      </w:r>
    </w:p>
    <w:p>
      <w:r>
        <w:t>{Ah, yes}</w:t>
      </w:r>
    </w:p>
    <w:p>
      <w:r>
        <w:t>[Yes, yes]</w:t>
      </w:r>
    </w:p>
    <w:p>
      <w:r>
        <w:t>"To make known, to make known, to make known, to make known..”</w:t>
      </w:r>
    </w:p>
    <w:p>
      <w:r>
        <w:t>[Saba and the friends sing:</w:t>
      </w:r>
    </w:p>
    <w:p>
      <w:r>
        <w:t>"To make known.. to make known.. to make known.. to make known..</w:t>
      </w:r>
    </w:p>
    <w:p>
      <w:r>
        <w:t>That all who hope in You will not be ashamed and will not be humiliated, will not be humiliated forever, all who take refuge in You..”</w:t>
      </w:r>
    </w:p>
    <w:p>
      <w:r>
        <w:t>{9:26}, {10:01}]</w:t>
      </w:r>
    </w:p>
    <w:p>
      <w:r>
        <w:t>[Saba, it is a wonder how the children don't ask their parents, they say: "Na Naḥ," all the time]</w:t>
      </w:r>
    </w:p>
    <w:p>
      <w:r>
        <w:t>[{Now, thank God……..}]</w:t>
      </w:r>
    </w:p>
    <w:p>
      <w:r>
        <w:t>{….}</w:t>
      </w:r>
    </w:p>
    <w:p>
      <w:r>
        <w:t>[Eh?]</w:t>
      </w:r>
    </w:p>
    <w:p>
      <w:r>
        <w:t>[The children who live…….]</w:t>
      </w:r>
    </w:p>
    <w:p>
      <w:r>
        <w:t>[Saba, all the.., all the opponents, their children say: "Na Naḥ"]</w:t>
      </w:r>
    </w:p>
    <w:p>
      <w:r>
        <w:t>{…..}</w:t>
      </w:r>
    </w:p>
    <w:p>
      <w:r>
        <w:t>[On the bus, every bus: "There is a tzaddik”]</w:t>
      </w:r>
    </w:p>
    <w:p>
      <w:r>
        <w:t>[…..]</w:t>
      </w:r>
    </w:p>
    <w:p>
      <w:r>
        <w:t>[Saba, they shout, and they constantly shout: "Na Naḥ Naḥma Naḥman MeUman"..]</w:t>
      </w:r>
    </w:p>
    <w:p>
      <w:r>
        <w:t>[And I did nothing, everyone on the ride is shouting….. everyone:</w:t>
      </w:r>
    </w:p>
    <w:p>
      <w:r>
        <w:t>“Because there is a tzaddik.. …… who is the beauty..”]</w:t>
      </w:r>
    </w:p>
    <w:p>
      <w:r>
        <w:t>[Saba]</w:t>
      </w:r>
    </w:p>
    <w:p>
      <w:r>
        <w:t>[And the splendor]</w:t>
      </w:r>
    </w:p>
    <w:p>
      <w:r>
        <w:t>[Can you bless me?]</w:t>
      </w:r>
    </w:p>
    <w:p>
      <w:r>
        <w:t>Eh?</w:t>
      </w:r>
    </w:p>
    <w:p>
      <w:r>
        <w:t>[Can you bless me?]</w:t>
      </w:r>
    </w:p>
    <w:p>
      <w:r>
        <w:t>[Of all..]</w:t>
      </w:r>
    </w:p>
    <w:p>
      <w:r>
        <w:t>May Hashem bless you with all the blessings and all the salvations {that are needed….}</w:t>
      </w:r>
    </w:p>
    <w:p>
      <w:r>
        <w:t>[[[Amen]]]</w:t>
      </w:r>
    </w:p>
    <w:p>
      <w:r>
        <w:t>[……..about the entire Torah]</w:t>
      </w:r>
    </w:p>
    <w:p>
      <w:r>
        <w:t>{…….}</w:t>
      </w:r>
    </w:p>
    <w:p>
      <w:r>
        <w:t>[First for a shidduch, for a good shidduch]</w:t>
      </w:r>
    </w:p>
    <w:p>
      <w:r>
        <w:t>A good shidduch, {that is the main thing}</w:t>
      </w:r>
    </w:p>
    <w:p>
      <w:r>
        <w:t>[…….]</w:t>
      </w:r>
    </w:p>
    <w:p>
      <w:r>
        <w:t>[…….]</w:t>
      </w:r>
    </w:p>
    <w:p>
      <w:r>
        <w:t>["Na Naḥ Naḥma.." Saba, there is trust in Hashem, there is national security, Saba]</w:t>
      </w:r>
    </w:p>
    <w:p>
      <w:r>
        <w:t>{What}</w:t>
      </w:r>
    </w:p>
    <w:p>
      <w:r>
        <w:t>[Saba, there is National Insurance, thank God]</w:t>
      </w:r>
    </w:p>
    <w:p>
      <w:r>
        <w:t>{…..}</w:t>
      </w:r>
    </w:p>
    <w:p>
      <w:r>
        <w:t>[National Insurance, {it is possible to do…}]</w:t>
      </w:r>
    </w:p>
    <w:p>
      <w:r>
        <w:t>{..}</w:t>
      </w:r>
    </w:p>
    <w:p>
      <w:r>
        <w:t>[Saba and the friends sing:</w:t>
      </w:r>
    </w:p>
    <w:p>
      <w:r>
        <w:t>"In You they trusted, our fathers trusted, in You they trusted and You delivered them, in You they trusted and were not ashamed..”</w:t>
      </w:r>
    </w:p>
    <w:p>
      <w:r>
        <w:t>{13:08}]</w:t>
      </w:r>
    </w:p>
    <w:p>
      <w:r>
        <w:t>[…..…..]</w:t>
      </w:r>
    </w:p>
    <w:p>
      <w:r>
        <w:t>[……….]</w:t>
      </w:r>
    </w:p>
    <w:p>
      <w:r>
        <w:t>[Saba, I just saw..]</w:t>
      </w:r>
    </w:p>
    <w:p>
      <w:r>
        <w:t>{Yes}</w:t>
      </w:r>
    </w:p>
    <w:p>
      <w:r>
        <w:t>[There are f.. followers of Rabbainu, great followers, awesome followers]</w:t>
      </w:r>
    </w:p>
    <w:p>
      <w:r>
        <w:t>Yes</w:t>
      </w:r>
    </w:p>
    <w:p>
      <w:r>
        <w:t>[Yes, "without any admixture of judgment at all"]</w:t>
      </w:r>
    </w:p>
    <w:p>
      <w:r>
        <w:t>{..}</w:t>
      </w:r>
    </w:p>
    <w:p>
      <w:r>
        <w:t>[There are no.., {any} judgments, only kindnesses..</w:t>
      </w:r>
    </w:p>
    <w:p>
      <w:r>
        <w:t>This is what I saw, that Rabbainu only purifies, purifies, only purifies, only purifies]</w:t>
      </w:r>
    </w:p>
    <w:p>
      <w:r>
        <w:t>{….}</w:t>
      </w:r>
    </w:p>
    <w:p>
      <w:r>
        <w:t>[Even if one falls, he says: {“Get up, get up"}</w:t>
      </w:r>
    </w:p>
    <w:p>
      <w:r>
        <w:t>Anew, anew.. every time, anew, anew, anew..</w:t>
      </w:r>
    </w:p>
    <w:p>
      <w:r>
        <w:t>Rabbainu, Saba, renews every day, new]</w:t>
      </w:r>
    </w:p>
    <w:p>
      <w:r>
        <w:t>["New, novel, and renewed"]</w:t>
      </w:r>
    </w:p>
    <w:p>
      <w:r>
        <w:t>[Saba, I saw the "Likutay Moharan," the "Likutay Eitzos," what advice there is there</w:t>
      </w:r>
    </w:p>
    <w:p>
      <w:r>
        <w:t>There is advice there.., wonderful advice</w:t>
      </w:r>
    </w:p>
    <w:p>
      <w:r>
        <w:t>Saba, every utterance, every utterance is..]</w:t>
      </w:r>
    </w:p>
    <w:p>
      <w:r>
        <w:t>[Kabbalah]</w:t>
      </w:r>
    </w:p>
    <w:p>
      <w:r>
        <w:t>[It revives..]</w:t>
      </w:r>
    </w:p>
    <w:p>
      <w:r>
        <w:t>[New]</w:t>
      </w:r>
    </w:p>
    <w:p>
      <w:r>
        <w:t>[Revives, he only revives]</w:t>
      </w:r>
    </w:p>
    <w:p>
      <w:r>
        <w:t>{Revives}</w:t>
      </w:r>
    </w:p>
    <w:p>
      <w:r>
        <w:t>[I saw, Saba, it is remedies, if one pays attention to.. {the words} of Rabbainu truly</w:t>
      </w:r>
    </w:p>
    <w:p>
      <w:r>
        <w:t>It is remedies, remedies, there is no such thing in the world]</w:t>
      </w:r>
    </w:p>
    <w:p>
      <w:r>
        <w:t>[There is no doubt..]</w:t>
      </w:r>
    </w:p>
    <w:p>
      <w:r>
        <w:t>(14:42)</w:t>
      </w:r>
    </w:p>
    <w:p>
      <w:r>
        <w:t>[……..]</w:t>
      </w:r>
    </w:p>
    <w:p>
      <w:r>
        <w:t>[Saba]</w:t>
      </w:r>
    </w:p>
    <w:p>
      <w:r>
        <w:t>Eh?</w:t>
      </w:r>
    </w:p>
    <w:p>
      <w:r>
        <w:t>[Saba, we are going to pray Mincha, Mincha]</w:t>
      </w:r>
    </w:p>
    <w:p>
      <w:r>
        <w:t>Mincha</w:t>
      </w:r>
    </w:p>
    <w:p>
      <w:r>
        <w:t>[Yes]</w:t>
      </w:r>
    </w:p>
    <w:p>
      <w:r>
        <w:t>What time is it?</w:t>
      </w:r>
    </w:p>
    <w:p>
      <w:r>
        <w:t>[A quarter past four]</w:t>
      </w:r>
    </w:p>
    <w:p>
      <w:r>
        <w:t>Eh?</w:t>
      </w:r>
    </w:p>
    <w:p>
      <w:r>
        <w:t>[F.., four.., a quarter past four]</w:t>
      </w:r>
    </w:p>
    <w:p>
      <w:r>
        <w:t>Oh, good</w:t>
      </w:r>
    </w:p>
    <w:p>
      <w:r>
        <w:t>[We will go to R.., to R.., to Rashbi]</w:t>
      </w:r>
    </w:p>
    <w:p>
      <w:r>
        <w:t>{{. .}}, good..</w:t>
      </w:r>
    </w:p>
    <w:p>
      <w:r>
        <w:t>I have no strength..</w:t>
      </w:r>
    </w:p>
    <w:p>
      <w:r>
        <w:t>[……….]</w:t>
      </w:r>
    </w:p>
    <w:p>
      <w:r>
        <w:t>[…….…]</w:t>
      </w:r>
    </w:p>
    <w:p>
      <w:r>
        <w:t>[Saba, Rabbainu said that.., this is what I read, that one must make a verbal confession before a Torah scholar</w:t>
      </w:r>
    </w:p>
    <w:p>
      <w:r>
        <w:t>Can one make a verbal confession before Rebbe Shimon? Saba]</w:t>
      </w:r>
    </w:p>
    <w:p>
      <w:r>
        <w:t>Yes..</w:t>
      </w:r>
    </w:p>
    <w:p>
      <w:r>
        <w:t>{{Here too}}</w:t>
      </w:r>
    </w:p>
    <w:p>
      <w:r>
        <w:t>[Saba, maybe we will travel to Uman on Chanukah]</w:t>
      </w:r>
    </w:p>
    <w:p>
      <w:r>
        <w:t>Yes?</w:t>
      </w:r>
    </w:p>
    <w:p>
      <w:r>
        <w:t>[Yes, yes.. Saba p.., pray for us that we merit to travel to Uman on Chanukah</w:t>
      </w:r>
    </w:p>
    <w:p>
      <w:r>
        <w:t>We want to be with Rabbainu on Chanukah too]..</w:t>
      </w:r>
    </w:p>
    <w:p>
      <w:r>
        <w:t>{{Maybe he is here}}</w:t>
      </w:r>
    </w:p>
    <w:p>
      <w:r>
        <w:t>[Saba, goodbye, Saba]</w:t>
      </w:r>
    </w:p>
    <w:p>
      <w:r>
        <w:t>Goodbye</w:t>
      </w:r>
    </w:p>
    <w:p>
      <w:r>
        <w:t>[Be healthy]</w:t>
      </w:r>
    </w:p>
    <w:p>
      <w:r>
        <w:t>Amen</w:t>
      </w:r>
    </w:p>
    <w:p>
      <w:r>
        <w:t>[“Be strong and courageous in your service"]</w:t>
      </w:r>
    </w:p>
    <w:p>
      <w:r>
        <w:t>And you too</w:t>
      </w:r>
    </w:p>
    <w:p>
      <w:r>
        <w:t>[Amen, amen]</w:t>
      </w:r>
    </w:p>
    <w:p>
      <w:r>
        <w:t>{Yes}</w:t>
      </w:r>
    </w:p>
    <w:p>
      <w:r>
        <w:t>["Na Naḥ Naḥma Naḥman MeUman"..</w:t>
      </w:r>
    </w:p>
    <w:p>
      <w:r>
        <w:t>Saba, “My fire,” "My fire..”</w:t>
      </w:r>
    </w:p>
    <w:p>
      <w:r>
        <w:t>"My fire will burn until Moshiach comes".. "And about you I said"]</w:t>
      </w:r>
    </w:p>
    <w:p>
      <w:r>
        <w:t>[“My precious disciple"]</w:t>
      </w:r>
    </w:p>
    <w:p>
      <w:r>
        <w:t>[……]</w:t>
      </w:r>
    </w:p>
    <w:p>
      <w:r>
        <w:t>[Saba, that is enough, “And about you I said"]</w:t>
      </w:r>
    </w:p>
    <w:p>
      <w:r>
        <w:t>[…..]</w:t>
      </w:r>
    </w:p>
    <w:p>
      <w:r>
        <w:t>[…..]</w:t>
      </w:r>
    </w:p>
    <w:p>
      <w:r>
        <w:t>[Goodbye, Saba]</w:t>
      </w:r>
    </w:p>
    <w:p>
      <w:r>
        <w:t>[Saba, all the best]</w:t>
      </w:r>
    </w:p>
    <w:p>
      <w:r>
        <w:t>{Thank God}</w:t>
      </w:r>
    </w:p>
    <w:p>
      <w:r>
        <w:t>[Goodbye]</w:t>
      </w:r>
    </w:p>
    <w:p>
      <w:r>
        <w:t>{...}</w:t>
      </w:r>
    </w:p>
    <w:p>
      <w:r>
        <w:t>[..]</w:t>
      </w:r>
    </w:p>
    <w:p>
      <w:r>
        <w:t>{..} upon us and upon all Israel</w:t>
      </w:r>
    </w:p>
    <w:p>
      <w:r>
        <w:t>[[[Amen]]]</w:t>
      </w:r>
    </w:p>
    <w:p>
      <w:r>
        <w:t>[In the merit of "Na Naḥ.. Naḥman MeUman"]</w:t>
      </w:r>
    </w:p>
    <w:p>
      <w:r>
        <w:t>[Hello, Saba, how are you feeling?]</w:t>
      </w:r>
    </w:p>
    <w:p>
      <w:r>
        <w:t>{May Hashem give strength..}</w:t>
      </w:r>
    </w:p>
    <w:p>
      <w:r>
        <w:t>[….]</w:t>
      </w:r>
    </w:p>
    <w:p>
      <w:r>
        <w:t>Are the Arabs quiet?</w:t>
      </w:r>
    </w:p>
    <w:p>
      <w:r>
        <w:t>[Eh.. yes, I think so, I don't, I didn't hear that there is eh..]..</w:t>
      </w:r>
    </w:p>
    <w:p>
      <w:r>
        <w:t>And..</w:t>
      </w:r>
    </w:p>
    <w:p>
      <w:r>
        <w:t>[Also in.., in Yerushalayim th.., there is a new president]</w:t>
      </w:r>
    </w:p>
    <w:p>
      <w:r>
        <w:t>Yes?</w:t>
      </w:r>
    </w:p>
    <w:p>
      <w:r>
        <w:t>[Yes, and he does not want to return the territories to the Arabs.. he is new]</w:t>
      </w:r>
    </w:p>
    <w:p>
      <w:r>
        <w:t>Yes?</w:t>
      </w:r>
    </w:p>
    <w:p>
      <w:r>
        <w:t>[Yes, he, he..]</w:t>
      </w:r>
    </w:p>
    <w:p>
      <w:r>
        <w:t>Who is new?</w:t>
      </w:r>
    </w:p>
    <w:p>
      <w:r>
        <w:t>[Eh, {Olmo}]</w:t>
      </w:r>
    </w:p>
    <w:p>
      <w:r>
        <w:t>Eh</w:t>
      </w:r>
    </w:p>
    <w:p>
      <w:r>
        <w:t>[Olmo, they call him {Olmo}]</w:t>
      </w:r>
    </w:p>
    <w:p>
      <w:r>
        <w:t>{Olmo}</w:t>
      </w:r>
    </w:p>
    <w:p>
      <w:r>
        <w:t>[{Olmo}]</w:t>
      </w:r>
    </w:p>
    <w:p>
      <w:r>
        <w:t>[He, he is the official over Yerushalayim, the commander over Yerushalayim]</w:t>
      </w:r>
    </w:p>
    <w:p>
      <w:r>
        <w:t>[The mayor..]</w:t>
      </w:r>
    </w:p>
    <w:p>
      <w:r>
        <w:t>[The mayor, the mayor of Yerushalayim]</w:t>
      </w:r>
    </w:p>
    <w:p>
      <w:r>
        <w:t>Yes?</w:t>
      </w:r>
    </w:p>
    <w:p>
      <w:r>
        <w:t>[Yes, and he also loves the religious]</w:t>
      </w:r>
    </w:p>
    <w:p>
      <w:r>
        <w:t>{..}</w:t>
      </w:r>
    </w:p>
    <w:p>
      <w:r>
        <w:t>[Yes]</w:t>
      </w:r>
    </w:p>
    <w:p>
      <w:r>
        <w:t>{..}..</w:t>
      </w:r>
    </w:p>
    <w:p>
      <w:r>
        <w:t>So, eh.. Weizman is already n.., is not {president\religious}?</w:t>
      </w:r>
    </w:p>
    <w:p>
      <w:r>
        <w:t>[No, I made a mistake, W.. Weizman is the president, but the.. there is a new mayor of Yerushalayim] Eh, eh</w:t>
      </w:r>
    </w:p>
    <w:p>
      <w:r>
        <w:t>[…….…]</w:t>
      </w:r>
    </w:p>
    <w:p>
      <w:r>
        <w:t>[……….]</w:t>
      </w:r>
    </w:p>
    <w:p>
      <w:r>
        <w:t>[Saba, can I make a pidyon?]</w:t>
      </w:r>
    </w:p>
    <w:p>
      <w:r>
        <w:t>Tomorrow</w:t>
      </w:r>
    </w:p>
    <w:p>
      <w:r>
        <w:t>[Tomorrow]</w:t>
      </w:r>
    </w:p>
    <w:p>
      <w:r>
        <w:t>[Saba, can you bless us that we will have children]</w:t>
      </w:r>
    </w:p>
    <w:p>
      <w:r>
        <w:t>{…} May Hashem bless you and give you many good children</w:t>
      </w:r>
    </w:p>
    <w:p>
      <w:r>
        <w:t>[Amen, a.. and the main thing is that we merit complete teshuvah and to draw close to Rabbainu</w:t>
      </w:r>
    </w:p>
    <w:p>
      <w:r>
        <w:t>To truly make complete teshuvah, can you bless us?] May Hashem, blessed is He, bless you with all the salvations and all the {blessings}</w:t>
      </w:r>
    </w:p>
    <w:p>
      <w:r>
        <w:t>[Amen]</w:t>
      </w:r>
    </w:p>
    <w:p>
      <w:r>
        <w:t>{..} Oy vey.. oy eh, eh…</w:t>
      </w:r>
    </w:p>
    <w:p>
      <w:r>
        <w:t>...[………]</w:t>
      </w:r>
    </w:p>
    <w:p>
      <w:r>
        <w:t>[…..]</w:t>
      </w:r>
    </w:p>
    <w:p>
      <w:r>
        <w:t>Eh.. buy yourselves food</w:t>
      </w:r>
    </w:p>
    <w:p>
      <w:r>
        <w:t>[All right, Saba]</w:t>
      </w:r>
    </w:p>
    <w:p>
      <w:r>
        <w:t>Eh, twenty</w:t>
      </w:r>
    </w:p>
    <w:p>
      <w:r>
        <w:t>[Twenty shekels, yes]</w:t>
      </w:r>
    </w:p>
    <w:p>
      <w:r>
        <w:t>[Thank you very much, Saba]</w:t>
      </w:r>
    </w:p>
    <w:p>
      <w:r>
        <w:t>[Thank you very, very much, Saba]</w:t>
      </w:r>
    </w:p>
    <w:p>
      <w:r>
        <w:t>{….}</w:t>
      </w:r>
    </w:p>
    <w:p>
      <w:r>
        <w:t>[…..]</w:t>
      </w:r>
    </w:p>
    <w:p>
      <w:r>
        <w:t>[Saba.. the secular people, they hear the "Likutay Halachos"</w:t>
      </w:r>
    </w:p>
    <w:p>
      <w:r>
        <w:t>They say: "This is such wisdom as never existed"]</w:t>
      </w:r>
    </w:p>
    <w:p>
      <w:r>
        <w:t>Yes</w:t>
      </w:r>
    </w:p>
    <w:p>
      <w:r>
        <w:t>[Yes..</w:t>
      </w:r>
    </w:p>
    <w:p>
      <w:r>
        <w:t>They, they, they, they do not want to hear religion, but "Likutay Halachos," yes, that they do</w:t>
      </w:r>
    </w:p>
    <w:p>
      <w:r>
        <w:t>Only Rabbainu, Rebbe Nassan, they love Rebbe Nassan, and Rabbainu, even the gentiles, only Rabbainu]</w:t>
      </w:r>
    </w:p>
    <w:p>
      <w:r>
        <w:t>Yes</w:t>
      </w:r>
    </w:p>
    <w:p>
      <w:r>
        <w:t>[Yes]</w:t>
      </w:r>
    </w:p>
    <w:p>
      <w:r>
        <w:t>Gentiles</w:t>
      </w:r>
    </w:p>
    <w:p>
      <w:r>
        <w:t>[Yes, yes, Saba..</w:t>
      </w:r>
    </w:p>
    <w:p>
      <w:r>
        <w:t>The gentiles, the gentiles in America, they told us that the gentiles said:</w:t>
      </w:r>
    </w:p>
    <w:p>
      <w:r>
        <w:t>"Only, only Rebbe Nachman," the Blacks, the Blacks..</w:t>
      </w:r>
    </w:p>
    <w:p>
      <w:r>
        <w:t>Saba, Rabbainu rectifies even.., even the gentiles]</w:t>
      </w:r>
    </w:p>
    <w:p>
      <w:r>
        <w:t>Yes..</w:t>
      </w:r>
    </w:p>
    <w:p>
      <w:r>
        <w:t>{Sit}</w:t>
      </w:r>
    </w:p>
    <w:p>
      <w:r>
        <w:t>[Saba, the gentiles are now getting blows]</w:t>
      </w:r>
    </w:p>
    <w:p>
      <w:r>
        <w:t>Yes</w:t>
      </w:r>
    </w:p>
    <w:p>
      <w:r>
        <w:t>[Yes, all the gentiles]</w:t>
      </w:r>
    </w:p>
    <w:p>
      <w:r>
        <w:t>Yes</w:t>
      </w:r>
    </w:p>
    <w:p>
      <w:r>
        <w:t>[Yes, yes]</w:t>
      </w:r>
    </w:p>
    <w:p>
      <w:r>
        <w:t>[………..]</w:t>
      </w:r>
    </w:p>
    <w:p>
      <w:r>
        <w:t>[…..……]</w:t>
      </w:r>
    </w:p>
    <w:p>
      <w:r>
        <w:t>[Saba and the friends sing:</w:t>
      </w:r>
    </w:p>
    <w:p>
      <w:r>
        <w:t>"To make known.. to make known.. to make known.. to make known..”</w:t>
      </w:r>
    </w:p>
    <w:p>
      <w:r>
        <w:t>[Even to the gentiles, even to the gentiles it is possible to make known..</w:t>
      </w:r>
    </w:p>
    <w:p>
      <w:r>
        <w:t>That there is a Petek..</w:t>
      </w:r>
    </w:p>
    <w:p>
      <w:r>
        <w:t>Saba, there was one Jew whom they put on trial, he did.., did some tr.., some</w:t>
      </w:r>
    </w:p>
    <w:p>
      <w:r>
        <w:t>Some.., he trans.., he broke the law, they put him on some trial</w:t>
      </w:r>
    </w:p>
    <w:p>
      <w:r>
        <w:t>So he said: "Na Naḥ," and he got out of the trial, he said..]</w:t>
      </w:r>
    </w:p>
    <w:p>
      <w:r>
        <w:t>"Na Naḥ.."</w:t>
      </w:r>
    </w:p>
    <w:p>
      <w:r>
        <w:t>[Yes, and he got out, and he got out of the trial]</w:t>
      </w:r>
    </w:p>
    <w:p>
      <w:r>
        <w:t>Yes</w:t>
      </w:r>
    </w:p>
    <w:p>
      <w:r>
        <w:t>[Yes, yes..</w:t>
      </w:r>
    </w:p>
    <w:p>
      <w:r>
        <w:t>It is a wonder, they said, the trial that they did not hold for him, it is a wonder, a wonder..</w:t>
      </w:r>
    </w:p>
    <w:p>
      <w:r>
        <w:t>Saba, now you see miracles i.. Rabbainu is now opening the eyes, there are..]</w:t>
      </w:r>
    </w:p>
    <w:p>
      <w:r>
        <w:t>Yes</w:t>
      </w:r>
    </w:p>
    <w:p>
      <w:r>
        <w:t>[Now there are many miracles, now]</w:t>
      </w:r>
    </w:p>
    <w:p>
      <w:r>
        <w:t>Yes</w:t>
      </w:r>
    </w:p>
    <w:p>
      <w:r>
        <w:t>[Every secular Jew who sees a miracle returns in teshuvah..]</w:t>
      </w:r>
    </w:p>
    <w:p>
      <w:r>
        <w:t>[…...]</w:t>
      </w:r>
    </w:p>
    <w:p>
      <w:r>
        <w:t>Eh, eh, g.., eh, give me a vessel in th..</w:t>
      </w:r>
    </w:p>
    <w:p>
      <w:r>
        <w:t>[Eh]</w:t>
      </w:r>
    </w:p>
    <w:p>
      <w:r>
        <w:t>{…..}...</w:t>
      </w:r>
    </w:p>
    <w:p>
      <w:r>
        <w:t>...[…..It is possible to speak with Hashem, Hashem hears, th.., there is Rabbainu, there is "Na Naḥ"</w:t>
      </w:r>
    </w:p>
    <w:p>
      <w:r>
        <w:t>Saba, they know nothing, but they know of Rabbainu]</w:t>
      </w:r>
    </w:p>
    <w:p>
      <w:r>
        <w:t>Yes</w:t>
      </w:r>
    </w:p>
    <w:p>
      <w:r>
        <w:t>[Yes, they know only Rabbainu..</w:t>
      </w:r>
    </w:p>
    <w:p>
      <w:r>
        <w:t>They do not know, not halachos, not anything, but Rabbainu, that they.. that draws them close, only Rabbainu</w:t>
      </w:r>
    </w:p>
    <w:p>
      <w:r>
        <w:t>Rabbainu knows how to descend to each and every Jew]</w:t>
      </w:r>
    </w:p>
    <w:p>
      <w:r>
        <w:t>[………]</w:t>
      </w:r>
    </w:p>
    <w:p>
      <w:r>
        <w:t>[……...]</w:t>
      </w:r>
    </w:p>
    <w:p>
      <w:r>
        <w:t>[Saba, in eve.., every place they accept th.., the "Na Naḥ," every place]</w:t>
      </w:r>
    </w:p>
    <w:p>
      <w:r>
        <w:t>Yes</w:t>
      </w:r>
    </w:p>
    <w:p>
      <w:r>
        <w:t>[Every place]</w:t>
      </w:r>
    </w:p>
    <w:p>
      <w:r>
        <w:t>[…..]</w:t>
      </w:r>
    </w:p>
    <w:p>
      <w:r>
        <w:t>[If, if, if.., if there are opponents, then th.., their children take the "Na Naḥ"</w:t>
      </w:r>
    </w:p>
    <w:p>
      <w:r>
        <w:t>Their children take the "Na Naḥ"..</w:t>
      </w:r>
    </w:p>
    <w:p>
      <w:r>
        <w:t>Their parents tell them: "Do not say Na Naḥ"</w:t>
      </w:r>
    </w:p>
    <w:p>
      <w:r>
        <w:t>So they say: "We will specifically say it"]..</w:t>
      </w:r>
    </w:p>
    <w:p>
      <w:r>
        <w:t>Eh</w:t>
      </w:r>
    </w:p>
    <w:p>
      <w:r>
        <w:t>[They said: "We.., we do not ask them, only Na Naḥ"</w:t>
      </w:r>
    </w:p>
    <w:p>
      <w:r>
        <w:t>They want, they want.., they study, so they want "Na Naḥ"</w:t>
      </w:r>
    </w:p>
    <w:p>
      <w:r>
        <w:t>I.. in exams, they want.., they write "Na Naḥ" on the exam</w:t>
      </w:r>
    </w:p>
    <w:p>
      <w:r>
        <w:t>Then the teachers shout: "What is this?”</w:t>
      </w:r>
    </w:p>
    <w:p>
      <w:r>
        <w:t>{..}</w:t>
      </w:r>
    </w:p>
    <w:p>
      <w:r>
        <w:t>[Only "Na Naḥ," that is it</w:t>
      </w:r>
    </w:p>
    <w:p>
      <w:r>
        <w:t>Saba, they, they shout with all their strength, sing "Na Naḥ"</w:t>
      </w:r>
    </w:p>
    <w:p>
      <w:r>
        <w:t>The song.., the, the, the song.., the melody of "Na Naḥ"</w:t>
      </w:r>
    </w:p>
    <w:p>
      <w:r>
        <w:t>They sing it with all their strength</w:t>
      </w:r>
    </w:p>
    <w:p>
      <w:r>
        <w:t>Saba, even children aged three, four, they also sing "Na Naḥ"]</w:t>
      </w:r>
    </w:p>
    <w:p>
      <w:r>
        <w:t>{..}</w:t>
      </w:r>
    </w:p>
    <w:p>
      <w:r>
        <w:t>[It is a wonder, a wonder..</w:t>
      </w:r>
    </w:p>
    <w:p>
      <w:r>
        <w:t>Especially now, eh, we see that the redemption is near, Saba, the redemption is near]</w:t>
      </w:r>
    </w:p>
    <w:p>
      <w:r>
        <w:t>{..}</w:t>
      </w:r>
    </w:p>
    <w:p>
      <w:r>
        <w:t>[Saba, the redemption is now near, one sees it anew every day</w:t>
      </w:r>
    </w:p>
    <w:p>
      <w:r>
        <w:t>Rabbainu is new, it is impossible.., it is impossible to understand it]</w:t>
      </w:r>
    </w:p>
    <w:p>
      <w:r>
        <w:t>[{Wait, wait a moment, what….}]</w:t>
      </w:r>
    </w:p>
    <w:p>
      <w:r>
        <w:t>[{…...How did you not do it, not like you did}]</w:t>
      </w:r>
    </w:p>
    <w:p>
      <w:r>
        <w:t>[{Yes, I only asked}]</w:t>
      </w:r>
    </w:p>
    <w:p>
      <w:r>
        <w:t>["For there is a tzaddik..”]</w:t>
      </w:r>
    </w:p>
    <w:p>
      <w:r>
        <w:t>[Saba, they make amulets, stickers of "Na Naḥ," notes of "Na Naḥ," everyone makes them]</w:t>
      </w:r>
    </w:p>
    <w:p>
      <w:r>
        <w:t>{..}</w:t>
      </w:r>
    </w:p>
    <w:p>
      <w:r>
        <w:t>[Everyone makes them.. it is becoming publicized m.., more, and more, now especially, now they are making signs now</w:t>
      </w:r>
    </w:p>
    <w:p>
      <w:r>
        <w:t>Especially now, signs of, of, of "Na Naḥ"]</w:t>
      </w:r>
    </w:p>
    <w:p>
      <w:r>
        <w:t>Notes</w:t>
      </w:r>
    </w:p>
    <w:p>
      <w:r>
        <w:t>[Signs, signs]</w:t>
      </w:r>
    </w:p>
    <w:p>
      <w:r>
        <w:t>Eh?</w:t>
      </w:r>
    </w:p>
    <w:p>
      <w:r>
        <w:t>[Signs]</w:t>
      </w:r>
    </w:p>
    <w:p>
      <w:r>
        <w:t>Signs</w:t>
      </w:r>
    </w:p>
    <w:p>
      <w:r>
        <w:t>[Yes, and also]..</w:t>
      </w:r>
    </w:p>
    <w:p>
      <w:r>
        <w:t>{...}</w:t>
      </w:r>
    </w:p>
    <w:p>
      <w:r>
        <w:t>[Saba, there are keychains, a keychain of "Na Naḥ"</w:t>
      </w:r>
    </w:p>
    <w:p>
      <w:r>
        <w:t>There are stickers s.., stickers that they stick on ca.., on the cars, of "Na Naḥ"]</w:t>
      </w:r>
    </w:p>
    <w:p>
      <w:r>
        <w:t>{Ah, yes}</w:t>
      </w:r>
    </w:p>
    <w:p>
      <w:r>
        <w:t>[Yes, yes]</w:t>
      </w:r>
    </w:p>
    <w:p>
      <w:r>
        <w:t>[Saba, we have a friend who returned in teshuvah, and he distributes food</w:t>
      </w:r>
    </w:p>
    <w:p>
      <w:r>
        <w:t>And he.., he has, this.., this is his work, to distribute food</w:t>
      </w:r>
    </w:p>
    <w:p>
      <w:r>
        <w:t>So every place where he distributes food, he also gives t.. there "Na Naḥ"]</w:t>
      </w:r>
    </w:p>
    <w:p>
      <w:r>
        <w:t>[……...…]</w:t>
      </w:r>
    </w:p>
    <w:p>
      <w:r>
        <w:t>[……...…]</w:t>
      </w:r>
    </w:p>
    <w:p>
      <w:r>
        <w:t>[Saba, can I.., can I put on your Rabbainu Tam?]</w:t>
      </w:r>
    </w:p>
    <w:p>
      <w:r>
        <w:t>Eh?</w:t>
      </w:r>
    </w:p>
    <w:p>
      <w:r>
        <w:t>[Can I put them on?]</w:t>
      </w:r>
    </w:p>
    <w:p>
      <w:r>
        <w:t>Yes, yes</w:t>
      </w:r>
    </w:p>
    <w:p>
      <w:r>
        <w:t>[………..]</w:t>
      </w:r>
    </w:p>
    <w:p>
      <w:r>
        <w:t>[………..]…</w:t>
      </w:r>
    </w:p>
    <w:p>
      <w:r>
        <w:t>...[Saba and the friends sing:</w:t>
      </w:r>
    </w:p>
    <w:p>
      <w:r>
        <w:t>"Na Naḥ Naḥma Naḥman MeUman.."</w:t>
      </w:r>
    </w:p>
    <w:p>
      <w:r>
        <w:t>{35:11}]</w:t>
      </w:r>
    </w:p>
    <w:p>
      <w:r>
        <w:t>[This is beautiful]</w:t>
      </w:r>
    </w:p>
    <w:p>
      <w:r>
        <w:t>[The friends sing:</w:t>
      </w:r>
    </w:p>
    <w:p>
      <w:r>
        <w:t>"Na Naḥ Naḥma Naḥman MeUman.."</w:t>
      </w:r>
    </w:p>
    <w:p>
      <w:r>
        <w:t>[……………..]</w:t>
      </w:r>
    </w:p>
    <w:p>
      <w:r>
        <w:t>[………….….]</w:t>
      </w:r>
    </w:p>
    <w:p>
      <w:r>
        <w:t>[Saba and the friends sing:</w:t>
      </w:r>
    </w:p>
    <w:p>
      <w:r>
        <w:t>"Na Naḥ Naḥma Naḥman MeUman"]</w:t>
      </w:r>
    </w:p>
    <w:p>
      <w:r>
        <w:t>[……]</w:t>
      </w:r>
    </w:p>
    <w:p>
      <w:r>
        <w:t>[Blessed are You, Hashem our God, King of the world, Who sanctified us with His commandments and commanded us to put on tefillin]</w:t>
      </w:r>
    </w:p>
    <w:p>
      <w:r>
        <w:t>[[Amen]]</w:t>
      </w:r>
    </w:p>
    <w:p>
      <w:r>
        <w:t>[…….]</w:t>
      </w:r>
    </w:p>
    <w:p>
      <w:r>
        <w:t>[…….]</w:t>
      </w:r>
    </w:p>
    <w:p>
      <w:r>
        <w:t>[Saba and the friends sing:</w:t>
      </w:r>
    </w:p>
    <w:p>
      <w:r>
        <w:t>"Na Naḥ Naḥma Naḥman MeUman"</w:t>
      </w:r>
    </w:p>
    <w:p>
      <w:r>
        <w:t>Afterward they chant the melody:</w:t>
      </w:r>
    </w:p>
    <w:p>
      <w:r>
        <w:t>"You revealed Yourself"</w:t>
      </w:r>
    </w:p>
    <w:p>
      <w:r>
        <w:t>Afterward they sing:</w:t>
      </w:r>
    </w:p>
    <w:p>
      <w:r>
        <w:t>"To make known.. to make known.. to make known.. to make known..</w:t>
      </w:r>
    </w:p>
    <w:p>
      <w:r>
        <w:t>[…...Hhhhh..]</w:t>
      </w:r>
    </w:p>
    <w:p>
      <w:r>
        <w:t>[Saba, what is there to make known? Saba, Saba, what is there to make known?]</w:t>
      </w:r>
    </w:p>
    <w:p>
      <w:r>
        <w:t>[The friends sing:</w:t>
      </w:r>
    </w:p>
    <w:p>
      <w:r>
        <w:t>"In You they trusted, our fathers trusted, in You they trusted and You delivered them, in You they trusted and were not ashamed..</w:t>
      </w:r>
    </w:p>
    <w:p>
      <w:r>
        <w:t>To You they cried out and escaped..”</w:t>
      </w:r>
    </w:p>
    <w:p>
      <w:r>
        <w:t>And then they sing:</w:t>
      </w:r>
    </w:p>
    <w:p>
      <w:r>
        <w:t>"The rose of Yaakov rejoiced and was glad when they saw together the royal blue of Mordechai; their salvation was forever, and their hope throughout every generation</w:t>
      </w:r>
    </w:p>
    <w:p>
      <w:r>
        <w:t>To make known.. to make known.. to make known.. to make known..</w:t>
      </w:r>
    </w:p>
    <w:p>
      <w:r>
        <w:t>That all who hope in You..”</w:t>
      </w:r>
    </w:p>
    <w:p>
      <w:r>
        <w:t>[Saba, what is there to make known? Saba..</w:t>
      </w:r>
    </w:p>
    <w:p>
      <w:r>
        <w:t>Saba, on.., one must make known that one must make known</w:t>
      </w:r>
    </w:p>
    <w:p>
      <w:r>
        <w:t>Saba, that there is Rabbainu, one must make known that there is Rabbainu in the world..]</w:t>
      </w:r>
    </w:p>
    <w:p>
      <w:r>
        <w:t>{….}</w:t>
      </w:r>
    </w:p>
    <w:p>
      <w:r>
        <w:t>[There is truth, Saba, there is truth] {..}</w:t>
      </w:r>
    </w:p>
    <w:p>
      <w:r>
        <w:t>[They sing:</w:t>
      </w:r>
    </w:p>
    <w:p>
      <w:r>
        <w:t>"To make known.. to make known.. to make known.. to make known..</w:t>
      </w:r>
    </w:p>
    <w:p>
      <w:r>
        <w:t>That all who hope in You shall not be ashamed and shall not be humiliated, shall not be humiliated forever, all who take refuge in You”</w:t>
      </w:r>
    </w:p>
    <w:p>
      <w:r>
        <w:t>Afterward they they sing:</w:t>
      </w:r>
    </w:p>
    <w:p>
      <w:r>
        <w:t>"Na Naḥ Naḥma Naḥman MeUman.."]</w:t>
      </w:r>
    </w:p>
    <w:p>
      <w:r>
        <w:t>[What do you care if you sing?]</w:t>
      </w:r>
    </w:p>
    <w:p>
      <w:r>
        <w:t>[The friends sing:</w:t>
      </w:r>
    </w:p>
    <w:p>
      <w:r>
        <w:t>"Na Naḥ Naḥma Naḥman MeUman.."]</w:t>
      </w:r>
    </w:p>
    <w:p>
      <w:r>
        <w:t>[Afterward they sing:</w:t>
      </w:r>
    </w:p>
    <w:p>
      <w:r>
        <w:t>Who conducts His world with kindness and His creatures with abundant mercy</w:t>
      </w:r>
    </w:p>
    <w:p>
      <w:r>
        <w:t>Who conducts His world with a song of kindness</w:t>
      </w:r>
    </w:p>
    <w:p>
      <w:r>
        <w:t>“Nַ Nַ ְח Nַ ְחָמ Nַ ְח ָמן of Uman..”]…</w:t>
      </w:r>
    </w:p>
    <w:p>
      <w:pPr>
        <w:pStyle w:val="Heading2"/>
      </w:pPr>
      <w:r>
        <w:t>Side B (Bais)</w:t>
      </w:r>
    </w:p>
    <w:p>
      <w:r>
        <w:t>...[Saba and the friends sing:</w:t>
      </w:r>
    </w:p>
    <w:p>
      <w:r>
        <w:t>“In You, Rabbainu, we will rejoice; in You, Rabbainu, we will be glad..”</w:t>
      </w:r>
    </w:p>
    <w:p>
      <w:r>
        <w:t>Afterward they sing:</w:t>
      </w:r>
    </w:p>
    <w:p>
      <w:r>
        <w:t>“Nַ Nַ ְח Nַ ְחָמ Nַ ְח ָמן of Uman..”</w:t>
      </w:r>
    </w:p>
    <w:p>
      <w:r>
        <w:t>Afterward they sing:</w:t>
      </w:r>
    </w:p>
    <w:p>
      <w:r>
        <w:t>“For there is a tzaddik who is the beauty and the splendor and the grace of the entire world..</w:t>
      </w:r>
    </w:p>
    <w:p>
      <w:r>
        <w:t>“Nַ Nַ ְח Nַ ְחָמ Nַ ְח ָמן of Uman..”</w:t>
      </w:r>
    </w:p>
    <w:p>
      <w:r>
        <w:t>Afterward they sing:</w:t>
      </w:r>
    </w:p>
    <w:p>
      <w:r>
        <w:t>“We will break through the barrier; we will begin already today</w:t>
      </w:r>
    </w:p>
    <w:p>
      <w:r>
        <w:t>Time is very precious; we are walking on a narrow bridge</w:t>
      </w:r>
    </w:p>
    <w:p>
      <w:r>
        <w:t>Our merciful Father sent us long ago</w:t>
      </w:r>
    </w:p>
    <w:p>
      <w:r>
        <w:t>A tzaddik, foundation of the world, {Rabbainu\wonderful}, and hidden from the world</w:t>
      </w:r>
    </w:p>
    <w:p>
      <w:r>
        <w:t>“Nַ Nַ ְח Nַ ְחָמ Nַ ְח ָמן of Uman..”</w:t>
      </w:r>
    </w:p>
    <w:p>
      <w:r>
        <w:t>Afterward they sing:</w:t>
      </w:r>
    </w:p>
    <w:p>
      <w:r>
        <w:t>This song tells of a Jew who has a message for every person</w:t>
      </w:r>
    </w:p>
    <w:p>
      <w:r>
        <w:t>This song tells of a Jew who sings “Nַ Nַ ְח Nַ ְחָמ Nַ ְח ָמן of Uman..” Rabbainu, Rebbe Nachman, sent him to shine upon our souls in distress, and in order to hasten our redemption we will sing “Nַ Nַ ְח Nַ ְחָמ Nַ ְח ָמן of Uman..” Years ago, in a narrow room in Teveria, he was very sad; then he went over to the cabinet, opened a book, and in the book found a note on which was written “Nַ Nַ ְח Nַחְ ָמ Nַ ְח ָמן of Uman..”]</w:t>
      </w:r>
    </w:p>
    <w:p>
      <w:r>
        <w:t>[“Yisrael Ber”]</w:t>
      </w:r>
    </w:p>
    <w:p>
      <w:r>
        <w:t>[Afterward they sing:</w:t>
      </w:r>
    </w:p>
    <w:p>
      <w:r>
        <w:t>“For Hashem has comforted Zion, He has comforted all her ruins.. {5:53} {6:10} and He made her wilderness like Eden and her desert like the garden of Hashem..</w:t>
      </w:r>
    </w:p>
    <w:p>
      <w:r>
        <w:t>Joy and gladness will be found in her, thanksgiving and the sound of song..”</w:t>
      </w:r>
    </w:p>
    <w:p>
      <w:r>
        <w:t>Afterward they sing:</w:t>
      </w:r>
    </w:p>
    <w:p>
      <w:r>
        <w:t>“Rebbe Nachman of Breslov says thus: it is forbidden to despair..</w:t>
      </w:r>
    </w:p>
    <w:p>
      <w:r>
        <w:t>And if a difficult time has arrived, there is only rejoicing..”</w:t>
      </w:r>
    </w:p>
    <w:p>
      <w:r>
        <w:t>Afterward they sing:</w:t>
      </w:r>
    </w:p>
    <w:p>
      <w:r>
        <w:t>“Nַ Nַ ְח Nַ ְחָמ Nַ ְח ָמן of Uman..”]</w:t>
      </w:r>
    </w:p>
    <w:p>
      <w:r>
        <w:t>[..How, how do you say it?]</w:t>
      </w:r>
    </w:p>
    <w:p>
      <w:r>
        <w:t>[[[“Nַ Nַ ְח Nַ ְחָמ Nַחְ ָמן of Uman..”]]]</w:t>
      </w:r>
    </w:p>
    <w:p>
      <w:r>
        <w:t>[Saba and the friends continue singing:</w:t>
      </w:r>
    </w:p>
    <w:p>
      <w:r>
        <w:t>“Nַ Nַ ְח Nַ ְחָמ Nַ ְח ָמן of Uman..”</w:t>
      </w:r>
    </w:p>
    <w:p>
      <w:r>
        <w:t>Afterward they sing:</w:t>
      </w:r>
    </w:p>
    <w:p>
      <w:r>
        <w:t>Oy, oy, until when, Master of the World, will I spend my days in such vanity? Oy, oy, have mercy on me, have mercy on me, have mercy on me and on all Israel. Afterward they sing:</w:t>
      </w:r>
    </w:p>
    <w:p>
      <w:r>
        <w:t>They call him “Nַ Nַ ְח Nַ ְחָמ Nַ ְח ָמן of Uman..” He will repair the world; he is a tzaddik, foundation of the world.. Afterward they chant the melody:</w:t>
      </w:r>
    </w:p>
    <w:p>
      <w:r>
        <w:t>“You were revealed”</w:t>
      </w:r>
    </w:p>
    <w:p>
      <w:r>
        <w:t>Afterward they sing:</w:t>
      </w:r>
    </w:p>
    <w:p>
      <w:r>
        <w:t>“Nַ Nַ ְח Nַ ְחָמ Nַ ְח ָמן of Uman..”</w:t>
      </w:r>
    </w:p>
    <w:p>
      <w:r>
        <w:t>He will repair the world..”]</w:t>
      </w:r>
    </w:p>
    <w:p>
      <w:r>
        <w:t>[…..]</w:t>
      </w:r>
    </w:p>
    <w:p>
      <w:r>
        <w:t>[…..]</w:t>
      </w:r>
    </w:p>
    <w:p>
      <w:r>
        <w:t>[Mighty in kingship, mighty, mighty in kingship..”]</w:t>
      </w:r>
    </w:p>
    <w:p>
      <w:r>
        <w:t>[……………]</w:t>
      </w:r>
    </w:p>
    <w:p>
      <w:r>
        <w:t>[……………]</w:t>
      </w:r>
    </w:p>
    <w:p>
      <w:r>
        <w:t>[...How? How….]</w:t>
      </w:r>
    </w:p>
    <w:p>
      <w:r>
        <w:t>[Yoram ben Anat, Yoram ben Anat]</w:t>
      </w:r>
    </w:p>
    <w:p>
      <w:r>
        <w:t>[Saba, there is a fr.., we have one friend in the army; his name is Yoram ben Anat. He returned in repentance; now he is a sol.., he is also a soldier of Rabbainu]</w:t>
      </w:r>
    </w:p>
    <w:p>
      <w:r>
        <w:t>[….]</w:t>
      </w:r>
    </w:p>
    <w:p>
      <w:r>
        <w:t>[...]</w:t>
      </w:r>
    </w:p>
    <w:p>
      <w:r>
        <w:t>What?</w:t>
      </w:r>
    </w:p>
    <w:p>
      <w:r>
        <w:t>[He is a soldier of Rabbainu; he wants to return in repentance]</w:t>
      </w:r>
    </w:p>
    <w:p>
      <w:r>
        <w:t>[..]</w:t>
      </w:r>
    </w:p>
    <w:p>
      <w:r>
        <w:t>[Bless him, Saba, that he should be strong]</w:t>
      </w:r>
    </w:p>
    <w:p>
      <w:r>
        <w:t>[Yo.., Yoram ben Anat]</w:t>
      </w:r>
    </w:p>
    <w:p>
      <w:r>
        <w:t>[Yo.., Yoram ben Anat]</w:t>
      </w:r>
    </w:p>
    <w:p>
      <w:r>
        <w:t>Yoram ben Anat</w:t>
      </w:r>
    </w:p>
    <w:p>
      <w:r>
        <w:t>[Complete repentance and all the salvations]</w:t>
      </w:r>
    </w:p>
    <w:p>
      <w:r>
        <w:t>{...}</w:t>
      </w:r>
    </w:p>
    <w:p>
      <w:r>
        <w:t>[[Amen and amen]]</w:t>
      </w:r>
    </w:p>
    <w:p>
      <w:r>
        <w:t>[In the merit of “Nַ Nַ ְח Nַ ְחָמ Nַ ְח ָמן of Uman”]</w:t>
      </w:r>
    </w:p>
    <w:p>
      <w:r>
        <w:t>[“Mighty in kingship, mighty, mighty in kingship..”]</w:t>
      </w:r>
    </w:p>
    <w:p>
      <w:r>
        <w:t>[……..]</w:t>
      </w:r>
    </w:p>
    <w:p>
      <w:r>
        <w:t>[……..]</w:t>
      </w:r>
    </w:p>
    <w:p>
      <w:r>
        <w:t>[..I do not know, maybe yes]</w:t>
      </w:r>
    </w:p>
    <w:p>
      <w:r>
        <w:t>{Yes}</w:t>
      </w:r>
    </w:p>
    <w:p>
      <w:r>
        <w:t>[The friends sing:</w:t>
      </w:r>
    </w:p>
    <w:p>
      <w:r>
        <w:t>“..Supports, supports according to halachah, His pure ones will say to Him..]</w:t>
      </w:r>
    </w:p>
    <w:p>
      <w:r>
        <w:t>[“Nַ Nַ ְח Nַ ְח ָמ..”]</w:t>
      </w:r>
    </w:p>
    <w:p>
      <w:r>
        <w:t>[“..Yours and Yours, Yours because Yours, Yours indeed Yours, Yours, Hashem, is the kingship</w:t>
      </w:r>
    </w:p>
    <w:p>
      <w:r>
        <w:t>For it befits Him, for it is proper for Him</w:t>
      </w:r>
    </w:p>
    <w:p>
      <w:r>
        <w:t>Mighty in kingship, chosen according to halachah</w:t>
      </w:r>
    </w:p>
    <w:p>
      <w:r>
        <w:t>His troops will say to Him..]</w:t>
      </w:r>
    </w:p>
    <w:p>
      <w:r>
        <w:t>[What will they say? What will they say?]</w:t>
      </w:r>
    </w:p>
    <w:p>
      <w:r>
        <w:t>[“..Yours and Yours, Yours because Yours, Yours indeed Yours, Yours, Hashem, is the kingship</w:t>
      </w:r>
    </w:p>
    <w:p>
      <w:r>
        <w:t>For it befits Him, for it is proper for Him..”]</w:t>
      </w:r>
    </w:p>
    <w:p>
      <w:r>
        <w:t>[…………]</w:t>
      </w:r>
    </w:p>
    <w:p>
      <w:r>
        <w:t>[…………]</w:t>
      </w:r>
    </w:p>
    <w:p>
      <w:r>
        <w:t>[Afterward they sing:</w:t>
      </w:r>
    </w:p>
    <w:p>
      <w:r>
        <w:t>“Nַ Nַ ְח Nַ ְחָמ Nַ ְח ָמן of Uman,” will repair the entire world</w:t>
      </w:r>
    </w:p>
    <w:p>
      <w:r>
        <w:t>Rabbainu, Rebbe, Rebbe Nachman, “Nַ Nַ ְח Nַ ְחָמ Nַ ְח ָמן of Uman”</w:t>
      </w:r>
    </w:p>
    <w:p>
      <w:r>
        <w:t>Rabbainu, “Nַ Nַחְ Nַ ְחָמ Nַחְ ָמן of Uman”..]</w:t>
      </w:r>
    </w:p>
    <w:p>
      <w:r>
        <w:t>[…………….….]</w:t>
      </w:r>
    </w:p>
    <w:p>
      <w:r>
        <w:t>[……………]</w:t>
      </w:r>
    </w:p>
    <w:p>
      <w:r>
        <w:t>[Saba, do you remember Rav Mottel of Slonim?]</w:t>
      </w:r>
    </w:p>
    <w:p>
      <w:r>
        <w:t>Eh?</w:t>
      </w:r>
    </w:p>
    <w:p>
      <w:r>
        <w:t>[R.. Rav Mottel of Slonim.. Do you remember when you received the note?]</w:t>
      </w:r>
    </w:p>
    <w:p>
      <w:r>
        <w:t>He is already gone</w:t>
      </w:r>
    </w:p>
    <w:p>
      <w:r>
        <w:t>[Yes, yes..]</w:t>
      </w:r>
    </w:p>
    <w:p>
      <w:r>
        <w:t>[He said, he already.., he is already gone]</w:t>
      </w:r>
    </w:p>
    <w:p>
      <w:r>
        <w:t>[…..]</w:t>
      </w:r>
    </w:p>
    <w:p>
      <w:r>
        <w:t>{..}</w:t>
      </w:r>
    </w:p>
    <w:p>
      <w:r>
        <w:t>[…..]</w:t>
      </w:r>
    </w:p>
    <w:p>
      <w:r>
        <w:t>[Saba, you..]</w:t>
      </w:r>
    </w:p>
    <w:p>
      <w:r>
        <w:t>They are all gone</w:t>
      </w:r>
    </w:p>
    <w:p>
      <w:r>
        <w:t>[They are finished]</w:t>
      </w:r>
    </w:p>
    <w:p>
      <w:r>
        <w:t>[All the liars]</w:t>
      </w:r>
    </w:p>
    <w:p>
      <w:r>
        <w:t>All the opponents went {..} to the grave</w:t>
      </w:r>
    </w:p>
    <w:p>
      <w:r>
        <w:t>[And only Yisrael Ber remains]</w:t>
      </w:r>
    </w:p>
    <w:p>
      <w:r>
        <w:t>They have no synagogue, they have nothing</w:t>
      </w:r>
    </w:p>
    <w:p>
      <w:r>
        <w:t>[Yes.. Saba, do you remember wh.. when you received the note, the note</w:t>
      </w:r>
    </w:p>
    <w:p>
      <w:r>
        <w:t>When you received it, then Rav Mottel of Slonim thought you had gone crazy..</w:t>
      </w:r>
    </w:p>
    <w:p>
      <w:r>
        <w:t>After that he, he saw you, he began to laugh, do you remember? Saba</w:t>
      </w:r>
    </w:p>
    <w:p>
      <w:r>
        <w:t>That Rav Mottel of Slonim began to laugh when you showed him the note..</w:t>
      </w:r>
    </w:p>
    <w:p>
      <w:r>
        <w:t>He began to laugh; his sto.., his stomach hurt fr.. from so much laughter, do you remember? Saba]</w:t>
      </w:r>
    </w:p>
    <w:p>
      <w:r>
        <w:t>He was in danger; his whole belly could have come out</w:t>
      </w:r>
    </w:p>
    <w:p>
      <w:r>
        <w:t>[From so much laughter]</w:t>
      </w:r>
    </w:p>
    <w:p>
      <w:r>
        <w:t>[After that he even said: “I cancel the opposition.” Do you remember that? Saba</w:t>
      </w:r>
    </w:p>
    <w:p>
      <w:r>
        <w:t>Saba, the most {strengthening\renewing} story was that of.. of Rav Tzvi]</w:t>
      </w:r>
    </w:p>
    <w:p>
      <w:r>
        <w:t>Ah.. his daughter, Sarah, came</w:t>
      </w:r>
    </w:p>
    <w:p>
      <w:r>
        <w:t>[Yes, Sarah]</w:t>
      </w:r>
    </w:p>
    <w:p>
      <w:r>
        <w:t>[Sarah]</w:t>
      </w:r>
    </w:p>
    <w:p>
      <w:r>
        <w:t>She said to him: “Father, stop, you could die”</w:t>
      </w:r>
    </w:p>
    <w:p>
      <w:r>
        <w:t>Then he, he motioned to her that she should go, {he..}</w:t>
      </w:r>
    </w:p>
    <w:p>
      <w:r>
        <w:t>“If you stand here and speak any more, I could {..} laugh..</w:t>
      </w:r>
    </w:p>
    <w:p>
      <w:r>
        <w:t>[More]</w:t>
      </w:r>
    </w:p>
    <w:p>
      <w:r>
        <w:t>More.. Go, go”</w:t>
      </w:r>
    </w:p>
    <w:p>
      <w:r>
        <w:t>[…….]</w:t>
      </w:r>
    </w:p>
    <w:p>
      <w:r>
        <w:t>[…….]</w:t>
      </w:r>
    </w:p>
    <w:p>
      <w:r>
        <w:t>[Saba, the story that gives the most life, the story of Rav Tzvi Rosenthal, Saba, Rav Tzvi Rosenthal] [{teacher}]</w:t>
      </w:r>
    </w:p>
    <w:p>
      <w:r>
        <w:t>Uh.. uh..</w:t>
      </w:r>
    </w:p>
    <w:p>
      <w:r>
        <w:t>[Do you remember? He wen.., he went to pray on Friday, he did not return]</w:t>
      </w:r>
    </w:p>
    <w:p>
      <w:r>
        <w:t>He went to pray with the tallis and tefillin and did not {..}, and did not return the entire Shabbos</w:t>
      </w:r>
    </w:p>
    <w:p>
      <w:r>
        <w:t>[To this day]</w:t>
      </w:r>
    </w:p>
    <w:p>
      <w:r>
        <w:t>Friday {all..} and Shabbos</w:t>
      </w:r>
    </w:p>
    <w:p>
      <w:r>
        <w:t>[To this day]</w:t>
      </w:r>
    </w:p>
    <w:p>
      <w:r>
        <w:t>He did not return</w:t>
      </w:r>
    </w:p>
    <w:p>
      <w:r>
        <w:t>[To this day, to this day]</w:t>
      </w:r>
    </w:p>
    <w:p>
      <w:r>
        <w:t>He said: "They do not let me be Breslov, I am compelled to go to Yerushalayim.."</w:t>
      </w:r>
    </w:p>
    <w:p>
      <w:r>
        <w:t>[Yes]</w:t>
      </w:r>
    </w:p>
    <w:p>
      <w:r>
        <w:t>"I have no money, {so} I will go on foot"</w:t>
      </w:r>
    </w:p>
    <w:p>
      <w:r>
        <w:t>[Yes, with feet]</w:t>
      </w:r>
    </w:p>
    <w:p>
      <w:r>
        <w:t>[He wants you to be strong]</w:t>
      </w:r>
    </w:p>
    <w:p>
      <w:r>
        <w:t>"I have strong legs"</w:t>
      </w:r>
    </w:p>
    <w:p>
      <w:r>
        <w:t>[Yes]</w:t>
      </w:r>
    </w:p>
    <w:p>
      <w:r>
        <w:t>[………..]</w:t>
      </w:r>
    </w:p>
    <w:p>
      <w:r>
        <w:t>[………..]</w:t>
      </w:r>
    </w:p>
    <w:p>
      <w:r>
        <w:t>[Saba, do you remember, that.. they threw at the house of Rebbe Yisroel (Kardonner), they threw stones:</w:t>
      </w:r>
    </w:p>
    <w:p>
      <w:r>
        <w:t>"Where is Rav Tzvi? Where is Rav Tzvi?", do you remember that? Saba]</w:t>
      </w:r>
    </w:p>
    <w:p>
      <w:r>
        <w:t>Huh?</w:t>
      </w:r>
    </w:p>
    <w:p>
      <w:r>
        <w:t>[That they threw stones, threw stones]</w:t>
      </w:r>
    </w:p>
    <w:p>
      <w:r>
        <w:t>Yes</w:t>
      </w:r>
    </w:p>
    <w:p>
      <w:r>
        <w:t>[At, at the house of Rebbe Yisroel (Kardonner)]</w:t>
      </w:r>
    </w:p>
    <w:p>
      <w:r>
        <w:t>Yes, yes, they broke all his vessels</w:t>
      </w:r>
    </w:p>
    <w:p>
      <w:r>
        <w:t>[On Shabbos, on Shabbos, right? It was on Shabbos, it was on Shabbos.. it was on Shabbos]</w:t>
      </w:r>
    </w:p>
    <w:p>
      <w:r>
        <w:t>{..} Yes</w:t>
      </w:r>
    </w:p>
    <w:p>
      <w:r>
        <w:t>[They went to sleep, and they got up in the morning once again]</w:t>
      </w:r>
    </w:p>
    <w:p>
      <w:r>
        <w:t>[……]</w:t>
      </w:r>
    </w:p>
    <w:p>
      <w:r>
        <w:t>[.."We will beat you… tell the truth…”]</w:t>
      </w:r>
    </w:p>
    <w:p>
      <w:r>
        <w:t>(Saba laughs)</w:t>
      </w:r>
    </w:p>
    <w:p>
      <w:r>
        <w:t>[Saba, do you remember that the gentiles, the Turks took you to the pri.., to the prison?]</w:t>
      </w:r>
    </w:p>
    <w:p>
      <w:r>
        <w:t>The gentiles</w:t>
      </w:r>
    </w:p>
    <w:p>
      <w:r>
        <w:t>[The Turks, the Turks]</w:t>
      </w:r>
    </w:p>
    <w:p>
      <w:r>
        <w:t>The Turks</w:t>
      </w:r>
    </w:p>
    <w:p>
      <w:r>
        <w:t>[Took you to prison, "Where is Rav Tzvi?”]</w:t>
      </w:r>
    </w:p>
    <w:p>
      <w:r>
        <w:t>Yes, the police</w:t>
      </w:r>
    </w:p>
    <w:p>
      <w:r>
        <w:t>[Yes, yes]</w:t>
      </w:r>
    </w:p>
    <w:p>
      <w:r>
        <w:t>"Tell the truth, where is Rav Tzvi?”</w:t>
      </w:r>
    </w:p>
    <w:p>
      <w:r>
        <w:t>["Tell the truth"]</w:t>
      </w:r>
    </w:p>
    <w:p>
      <w:r>
        <w:t>"If not, then we will kill you.."</w:t>
      </w:r>
    </w:p>
    <w:p>
      <w:r>
        <w:t>[Yo]</w:t>
      </w:r>
    </w:p>
    <w:p>
      <w:r>
        <w:t>"{T.. t.. tell} the truth, where is Rav Tzvi?"</w:t>
      </w:r>
    </w:p>
    <w:p>
      <w:r>
        <w:t>[….]</w:t>
      </w:r>
    </w:p>
    <w:p>
      <w:r>
        <w:t>What is this? A person goes to pray and does not return..</w:t>
      </w:r>
    </w:p>
    <w:p>
      <w:r>
        <w:t>[Yes]</w:t>
      </w:r>
    </w:p>
    <w:p>
      <w:r>
        <w:t>The entire Shabbos, this is not, there had not yet been such a thing, only {{..}} in Breslov</w:t>
      </w:r>
    </w:p>
    <w:p>
      <w:r>
        <w:t>[Yes]</w:t>
      </w:r>
    </w:p>
    <w:p>
      <w:r>
        <w:t>["The {fool} Breslovers"]</w:t>
      </w:r>
    </w:p>
    <w:p>
      <w:r>
        <w:t>[Saba]..</w:t>
      </w:r>
    </w:p>
    <w:p>
      <w:r>
        <w:t>It is a wondrous story, how does one go to pray and not return the entire Shabbos?</w:t>
      </w:r>
    </w:p>
    <w:p>
      <w:r>
        <w:t>Such a thing has never been heard of, only in Breslov</w:t>
      </w:r>
    </w:p>
    <w:p>
      <w:r>
        <w:t>[Yes]</w:t>
      </w:r>
    </w:p>
    <w:p>
      <w:r>
        <w:t>This, in Breslov it can be that there will be such a {thing}</w:t>
      </w:r>
    </w:p>
    <w:p>
      <w:r>
        <w:t>[Only in Breslov]</w:t>
      </w:r>
    </w:p>
    <w:p>
      <w:r>
        <w:t>That one goes to pray and will not return</w:t>
      </w:r>
    </w:p>
    <w:p>
      <w:r>
        <w:t>[….like yesterday]</w:t>
      </w:r>
    </w:p>
    <w:p>
      <w:r>
        <w:t>[Yes]..</w:t>
      </w:r>
    </w:p>
    <w:p>
      <w:r>
        <w:t>In the entire world there is no such thing, only in Breslov..</w:t>
      </w:r>
    </w:p>
    <w:p>
      <w:r>
        <w:t>[There is such a thing.. Saba, they said.. they said, that you sent him to Uman]</w:t>
      </w:r>
    </w:p>
    <w:p>
      <w:r>
        <w:t>Yes, we were in danger, ‘spies’</w:t>
      </w:r>
    </w:p>
    <w:p>
      <w:r>
        <w:t>[Yes]</w:t>
      </w:r>
    </w:p>
    <w:p>
      <w:r>
        <w:t>{…} Russia was at war..</w:t>
      </w:r>
    </w:p>
    <w:p>
      <w:r>
        <w:t>[Turks]</w:t>
      </w:r>
    </w:p>
    <w:p>
      <w:r>
        <w:t>{W.. with}.., with the Turks</w:t>
      </w:r>
    </w:p>
    <w:p>
      <w:r>
        <w:t>[Yes]</w:t>
      </w:r>
    </w:p>
    <w:p>
      <w:r>
        <w:t>Nu, and we sent people to Russia, we w.., were..</w:t>
      </w:r>
    </w:p>
    <w:p>
      <w:r>
        <w:t>[Spies]</w:t>
      </w:r>
    </w:p>
    <w:p>
      <w:r>
        <w:t>In danger as spies</w:t>
      </w:r>
    </w:p>
    <w:p>
      <w:r>
        <w:t>[Yes]</w:t>
      </w:r>
    </w:p>
    <w:p>
      <w:r>
        <w:t>It was miracles from Heaven</w:t>
      </w:r>
    </w:p>
    <w:p>
      <w:r>
        <w:t>[Blessed is Hashem..</w:t>
      </w:r>
    </w:p>
    <w:p>
      <w:r>
        <w:t>The mukhtar, the mukhtar]</w:t>
      </w:r>
    </w:p>
    <w:p>
      <w:r>
        <w:t>The mukhtar, the mukhtar, he said to me: "Tell the truth, where is Rav Tzvi?"</w:t>
      </w:r>
    </w:p>
    <w:p>
      <w:r>
        <w:t>Then after several hours the police came and took him to prison, and to this day {he did not return}</w:t>
      </w:r>
    </w:p>
    <w:p>
      <w:r>
        <w:t>{Not} to this day, they do not know where he is</w:t>
      </w:r>
    </w:p>
    <w:p>
      <w:r>
        <w:t>[To this day]</w:t>
      </w:r>
    </w:p>
    <w:p>
      <w:r>
        <w:t>To this day</w:t>
      </w:r>
    </w:p>
    <w:p>
      <w:r>
        <w:t>[Blessed is Hashem]</w:t>
      </w:r>
    </w:p>
    <w:p>
      <w:r>
        <w:t>He left a wife {and son..}.., and sons, and they do not know where he is, they do not know</w:t>
      </w:r>
    </w:p>
    <w:p>
      <w:r>
        <w:t>So they ask at the police: "Where is Rav Tzvi?”</w:t>
      </w:r>
    </w:p>
    <w:p>
      <w:r>
        <w:t>"We do not know, am I the keeper of Tzvi?”..</w:t>
      </w:r>
    </w:p>
    <w:p>
      <w:r>
        <w:t>"I do not know, we do not know"</w:t>
      </w:r>
    </w:p>
    <w:p>
      <w:r>
        <w:t>But they said that this is a thing that is impossible, only in Breslov is there such a thing</w:t>
      </w:r>
    </w:p>
    <w:p>
      <w:r>
        <w:t>That one goes to pray and does not return the entire Shabbos, this, this is only Breslov</w:t>
      </w:r>
    </w:p>
    <w:p>
      <w:r>
        <w:t>[Saba, there are guests here, guests, there are guests here, Saba]</w:t>
      </w:r>
    </w:p>
    <w:p>
      <w:r>
        <w:t>Guests?</w:t>
      </w:r>
    </w:p>
    <w:p>
      <w:r>
        <w:t>[Yes, yes, here]</w:t>
      </w:r>
    </w:p>
    <w:p>
      <w:r>
        <w:t>{….}, tell them the story of Rav Tzvi Rosenthal..</w:t>
      </w:r>
    </w:p>
    <w:p>
      <w:r>
        <w:t>[..]</w:t>
      </w:r>
    </w:p>
    <w:p>
      <w:r>
        <w:t>He went to pray with the tallis and tefillin {and did not ...}, does not return</w:t>
      </w:r>
    </w:p>
    <w:p>
      <w:r>
        <w:t>She, uh.. searched in all the synagogues, he is not there, Shabbos came, he is not there</w:t>
      </w:r>
    </w:p>
    <w:p>
      <w:r>
        <w:t>Then the entire family came to me: "Tell us, where is Rav Tzvi?”</w:t>
      </w:r>
    </w:p>
    <w:p>
      <w:r>
        <w:t>{..} There were those who said: "What, he is already in Uman, they sent him to Uman, {they are in} Breslov"</w:t>
      </w:r>
    </w:p>
    <w:p>
      <w:r>
        <w:t>{...}</w:t>
      </w:r>
    </w:p>
    <w:p>
      <w:r>
        <w:t>This story needs to be {...}, needs to be printed and pasted throughout the city</w:t>
      </w:r>
    </w:p>
    <w:p>
      <w:r>
        <w:t>To make known that there was Rav, Rav, Rav Tzvi Rosenthal..</w:t>
      </w:r>
    </w:p>
    <w:p>
      <w:r>
        <w:t>[Shalom aleichem]</w:t>
      </w:r>
    </w:p>
    <w:p>
      <w:r>
        <w:t>Shalom aleichem</w:t>
      </w:r>
    </w:p>
    <w:p>
      <w:r>
        <w:t>[Nosson Bornstein]</w:t>
      </w:r>
    </w:p>
    <w:p>
      <w:r>
        <w:t>Uh..</w:t>
      </w:r>
    </w:p>
    <w:p>
      <w:r>
        <w:t>[Nosson Bornstein]</w:t>
      </w:r>
    </w:p>
    <w:p>
      <w:r>
        <w:t>Oy vey, what is this with you? I do not, I do not understand this</w:t>
      </w:r>
    </w:p>
    <w:p>
      <w:r>
        <w:t>[Who was Rav Tzvi?]</w:t>
      </w:r>
    </w:p>
    <w:p>
      <w:r>
        <w:t>Huh?</w:t>
      </w:r>
    </w:p>
    <w:p>
      <w:r>
        <w:t>[Rav Tzvi Rosenthal]</w:t>
      </w:r>
    </w:p>
    <w:p>
      <w:r>
        <w:t>Nu</w:t>
      </w:r>
    </w:p>
    <w:p>
      <w:r>
        <w:t>[Was he a relative of Moshe?]</w:t>
      </w:r>
    </w:p>
    <w:p>
      <w:r>
        <w:t>He was an outst.., outstanding student of the "Chofetz Chaim"</w:t>
      </w:r>
    </w:p>
    <w:p>
      <w:r>
        <w:t>He came to Teveria, and I said to him: "Rav Tzvi, there is a book "Likutay Moharan" today</w:t>
      </w:r>
    </w:p>
    <w:p>
      <w:r>
        <w:t>{Th.. h.., n.., no.., do not kn.., you d.., no.., uh}, the entire world does not know what this is" then, uh, he began to study, then he became {Breslov}, a Breslover chassid</w:t>
      </w:r>
    </w:p>
    <w:p>
      <w:r>
        <w:t>"Ahh.. a Breslover chassid?”, {...} the wife and the father-in-law and the family</w:t>
      </w:r>
    </w:p>
    <w:p>
      <w:r>
        <w:t>They were all oppo.., "What is this? Breslov? I want a divorce"..</w:t>
      </w:r>
    </w:p>
    <w:p>
      <w:r>
        <w:t>Fine, he accepted all this {and wen.., h..}, he saw that he was in danger</w:t>
      </w:r>
    </w:p>
    <w:p>
      <w:r>
        <w:t>He sa.., uh, uh, he, he, he took the tallis and tefillin here, and went to pray</w:t>
      </w:r>
    </w:p>
    <w:p>
      <w:r>
        <w:t>After the prayer he, he did not.., uh.. he would come after the prayer to eat and drink, did not come {{. . .}}</w:t>
      </w:r>
    </w:p>
    <w:p>
      <w:r>
        <w:t>Nu, then they came to me, "Where is Rav Tzvi?”</w:t>
      </w:r>
    </w:p>
    <w:p>
      <w:r>
        <w:t>I, uh.. am I going to tell that he went to Yerushalayim?..</w:t>
      </w:r>
    </w:p>
    <w:p>
      <w:r>
        <w:t>In short, the entire city came to say, to tell them, "Where is Rav Tzvi?”</w:t>
      </w:r>
    </w:p>
    <w:p>
      <w:r>
        <w:t>{{…}}, the man goes to pray and does not return Friday, what is this?</w:t>
      </w:r>
    </w:p>
    <w:p>
      <w:r>
        <w:t>This does not exist in the entire world, only in Breslov is there such a thing, one goes to pray and does not return</w:t>
      </w:r>
    </w:p>
    <w:p>
      <w:r>
        <w:t>{This was not}, such a thing was not heard of {{….}}, only in Breslov</w:t>
      </w:r>
    </w:p>
    <w:p>
      <w:r>
        <w:t>[Was he the relative of Moshe Rosenthal from Yerushalayim?]</w:t>
      </w:r>
    </w:p>
    <w:p>
      <w:r>
        <w:t>Huh?</w:t>
      </w:r>
    </w:p>
    <w:p>
      <w:r>
        <w:t>[Was he the relative of Moshe Rosenthal, was he the relative of Moshe Rosenthal from Yerushalayim?]</w:t>
      </w:r>
    </w:p>
    <w:p>
      <w:r>
        <w:t>Re.. re.. ‘relative’?</w:t>
      </w:r>
    </w:p>
    <w:p>
      <w:r>
        <w:t>[No?, Rav Tzvi]</w:t>
      </w:r>
    </w:p>
    <w:p>
      <w:r>
        <w:t>Nu</w:t>
      </w:r>
    </w:p>
    <w:p>
      <w:r>
        <w:t>[Was he a relative of Moshe Rosenthal from Yerushalayim?]</w:t>
      </w:r>
    </w:p>
    <w:p>
      <w:r>
        <w:t>{..} I do not know</w:t>
      </w:r>
    </w:p>
    <w:p>
      <w:r>
        <w:t>[I do not know]</w:t>
      </w:r>
    </w:p>
    <w:p>
      <w:r>
        <w:t>But his name was Rosenthal, Rav Tzvi Rosenthal</w:t>
      </w:r>
    </w:p>
    <w:p>
      <w:r>
        <w:t>"Where is Rav Tzvi?”, {..}</w:t>
      </w:r>
    </w:p>
    <w:p>
      <w:r>
        <w:t>[...]</w:t>
      </w:r>
    </w:p>
    <w:p>
      <w:r>
        <w:t>I said: "I do not know"</w:t>
      </w:r>
    </w:p>
    <w:p>
      <w:r>
        <w:t>[And he remained in Yerushalayim?]</w:t>
      </w:r>
    </w:p>
    <w:p>
      <w:r>
        <w:t>He, they sent to Tzfas to look for him, he is not there, {nu}, "Where is Rav Tzvi?”</w:t>
      </w:r>
    </w:p>
    <w:p>
      <w:r>
        <w:t>[..….]</w:t>
      </w:r>
    </w:p>
    <w:p>
      <w:r>
        <w:t>{..}, there were those who said that they sent him to Russia, to Uman</w:t>
      </w:r>
    </w:p>
    <w:p>
      <w:r>
        <w:t>"He is Breslov, he, {surely} they sent him to Uman"</w:t>
      </w:r>
    </w:p>
    <w:p>
      <w:r>
        <w:t>[Did he return home in the end?]</w:t>
      </w:r>
    </w:p>
    <w:p>
      <w:r>
        <w:t>Huh?</w:t>
      </w:r>
    </w:p>
    <w:p>
      <w:r>
        <w:t>[Did he return home, Rav Tzvi?]</w:t>
      </w:r>
    </w:p>
    <w:p>
      <w:r>
        <w:t>Rav Tzvi, yes</w:t>
      </w:r>
    </w:p>
    <w:p>
      <w:r>
        <w:t>[Yes, did he return home to Teveria?]</w:t>
      </w:r>
    </w:p>
    <w:p>
      <w:r>
        <w:t>Yes</w:t>
      </w:r>
    </w:p>
    <w:p>
      <w:r>
        <w:t>[..]</w:t>
      </w:r>
    </w:p>
    <w:p>
      <w:r>
        <w:t>But he, he, he died, he died</w:t>
      </w:r>
    </w:p>
    <w:p>
      <w:r>
        <w:t>[Where? In Teveria?]</w:t>
      </w:r>
    </w:p>
    <w:p>
      <w:r>
        <w:t>He lived several days and contracted an illness and he died</w:t>
      </w:r>
    </w:p>
    <w:p>
      <w:r>
        <w:t>[……..]</w:t>
      </w:r>
    </w:p>
    <w:p>
      <w:r>
        <w:t>[…..…]</w:t>
      </w:r>
    </w:p>
    <w:p>
      <w:r>
        <w:t>They received a handshake pledge that he would not speak with me, that he would not be Breslov, he gave a handshake pledge</w:t>
      </w:r>
    </w:p>
    <w:p>
      <w:r>
        <w:t>[Pshh..]</w:t>
      </w:r>
    </w:p>
    <w:p>
      <w:r>
        <w:t>And I {..}.., he told me, I said to him: "What did you do? What? Why did you do {such a thing}?"</w:t>
      </w:r>
    </w:p>
    <w:p>
      <w:r>
        <w:t>{..} He said to me: "The oath does not take effect and the vow does not take effect”</w:t>
      </w:r>
    </w:p>
    <w:p>
      <w:r>
        <w:t>He, uh, someone {…} will make a vow not, not {..}.., that he will desecrate Shabbos, the oath does not take effect and the vow does not take effect at all, so he said, because of this, no {...}</w:t>
      </w:r>
    </w:p>
    <w:p>
      <w:r>
        <w:t>{Then, uh}, I had no, {they were all standing over me, uh}, to kill me</w:t>
      </w:r>
    </w:p>
    <w:p>
      <w:r>
        <w:t>So I said, {..} perhaps to Yerushalayim</w:t>
      </w:r>
    </w:p>
    <w:p>
      <w:r>
        <w:t>Nu, {..} they sent to Afula, to Haifa, they found him</w:t>
      </w:r>
    </w:p>
    <w:p>
      <w:r>
        <w:t>{..} They brought him to Teveria</w:t>
      </w:r>
    </w:p>
    <w:p>
      <w:r>
        <w:t>{..}</w:t>
      </w:r>
    </w:p>
    <w:p>
      <w:r>
        <w:t>[………]</w:t>
      </w:r>
    </w:p>
    <w:p>
      <w:r>
        <w:t>[……...]</w:t>
      </w:r>
    </w:p>
    <w:p>
      <w:r>
        <w:t>"Where is Rav Tzvi? {Where}, what is this? He went to pray, did not return, where is he?"</w:t>
      </w:r>
    </w:p>
    <w:p>
      <w:r>
        <w:t>[TzV"I, this is an acronym for "Tzaddik B'emunaso Yichyeh"]</w:t>
      </w:r>
    </w:p>
    <w:p>
      <w:r>
        <w:t>[..…….]</w:t>
      </w:r>
    </w:p>
    <w:p>
      <w:r>
        <w:t>[.…]</w:t>
      </w:r>
    </w:p>
    <w:p>
      <w:r>
        <w:t>[Shalom aleichem, Saba, shalom aleichem]</w:t>
      </w:r>
    </w:p>
    <w:p>
      <w:r>
        <w:t>[…….]</w:t>
      </w:r>
    </w:p>
    <w:p>
      <w:r>
        <w:t>[…]</w:t>
      </w:r>
    </w:p>
    <w:p>
      <w:r>
        <w:t>[Shalom, Rebbe Yisroel]</w:t>
      </w:r>
    </w:p>
    <w:p>
      <w:r>
        <w:t>{..}</w:t>
      </w:r>
    </w:p>
    <w:p>
      <w:r>
        <w:t>[This is Shimon from Mevaseret, how are you?]</w:t>
      </w:r>
    </w:p>
    <w:p>
      <w:r>
        <w:t>[….…]</w:t>
      </w:r>
    </w:p>
    <w:p>
      <w:r>
        <w:t>[…….]...</w:t>
      </w:r>
    </w:p>
    <w:p>
      <w:r>
        <w:t>...[A new person]</w:t>
      </w:r>
    </w:p>
    <w:p>
      <w:r>
        <w:t>From a person, an angel</w:t>
      </w:r>
    </w:p>
    <w:p>
      <w:r>
        <w:t>[From an animal, a person]</w:t>
      </w:r>
    </w:p>
    <w:p>
      <w:r>
        <w:t>[Before a person, befo.., before people, before an angel, yes.. Who merits before a person, before an angel]</w:t>
      </w:r>
    </w:p>
    <w:p>
      <w:r>
        <w:t>{..}, but we, we spoil everything, Hashem Yisborach gives us, and we..</w:t>
      </w:r>
    </w:p>
    <w:p>
      <w:r>
        <w:t>[Throw it away, throw it away, yes, do not want it]</w:t>
      </w:r>
    </w:p>
    <w:p>
      <w:r>
        <w:t>“I have time”</w:t>
      </w:r>
    </w:p>
    <w:p>
      <w:r>
        <w:t>[I have, I have]</w:t>
      </w:r>
    </w:p>
    <w:p>
      <w:r>
        <w:t>“There is time”</w:t>
      </w:r>
    </w:p>
    <w:p>
      <w:r>
        <w:t>[And this world passes, th.. Rebbe Yisroel]</w:t>
      </w:r>
    </w:p>
    <w:p>
      <w:r>
        <w:t>With all the money</w:t>
      </w:r>
    </w:p>
    <w:p>
      <w:r>
        <w:t>[The bundle of money in his hand.. “And behold, a bundle.., a man, the bundle of his money in his hand”]</w:t>
      </w:r>
    </w:p>
    <w:p>
      <w:r>
        <w:t>Ho.. what you earned from the money, {..} from what you gave me, what, what did I do with it</w:t>
      </w:r>
    </w:p>
    <w:p>
      <w:r>
        <w:t>[Ah.. it went to charity, to books]</w:t>
      </w:r>
    </w:p>
    <w:p>
      <w:r>
        <w:t>{..}</w:t>
      </w:r>
    </w:p>
    <w:p>
      <w:r>
        <w:t>[Rebbe Yisroel, you did not take one agora for yourself, Rebbe Yisroel, do not think so]</w:t>
      </w:r>
    </w:p>
    <w:p>
      <w:r>
        <w:t>Huh?</w:t>
      </w:r>
    </w:p>
    <w:p>
      <w:r>
        <w:t>[You did not take one agora for yourself, all the money went to.. to Rabbainu, this..]</w:t>
      </w:r>
    </w:p>
    <w:p>
      <w:r>
        <w:t>Yes</w:t>
      </w:r>
    </w:p>
    <w:p>
      <w:r>
        <w:t>[For Rabbainu, for books, for printing]</w:t>
      </w:r>
    </w:p>
    <w:p>
      <w:r>
        <w:t>But, uh, {one needs}, one does not need {to be sati}.., to be satisfied</w:t>
      </w:r>
    </w:p>
    <w:p>
      <w:r>
        <w:t>[Right, right]</w:t>
      </w:r>
    </w:p>
    <w:p>
      <w:r>
        <w:t>And one needs to go {onward\a lot}, to travel and travel, and travel</w:t>
      </w:r>
    </w:p>
    <w:p>
      <w:r>
        <w:t>Until, until Yerushalayim and the Beis Hamikdash and the Holy of Holies</w:t>
      </w:r>
    </w:p>
    <w:p>
      <w:r>
        <w:t>[Right, with Hashem's help, it will be built]</w:t>
      </w:r>
    </w:p>
    <w:p>
      <w:r>
        <w:t>Oy vey, blessed is Hashem, I, during the ti.. th.. whatever happened, happened</w:t>
      </w:r>
    </w:p>
    <w:p>
      <w:r>
        <w:t>And I had no bread for the children, for me, {..} I also need bread</w:t>
      </w:r>
    </w:p>
    <w:p>
      <w:r>
        <w:t>For me, I did not have for myself or for the children, neither clothing nor bread nor money, {...}..</w:t>
      </w:r>
    </w:p>
    <w:p>
      <w:r>
        <w:t>[You told me, Rebbe Yisroel..]</w:t>
      </w:r>
    </w:p>
    <w:p>
      <w:r>
        <w:t>{. . .}</w:t>
      </w:r>
    </w:p>
    <w:p>
      <w:r>
        <w:t>[That once.., once you were in the time of the Turks, in the time of the Turks, you had, you had..]</w:t>
      </w:r>
    </w:p>
    <w:p>
      <w:r>
        <w:t>{..}</w:t>
      </w:r>
    </w:p>
    <w:p>
      <w:r>
        <w:t>[So what happened?]</w:t>
      </w:r>
    </w:p>
    <w:p>
      <w:r>
        <w:t>Oy</w:t>
      </w:r>
    </w:p>
    <w:p>
      <w:r>
        <w:t>[He told me a story that in the time of the Turks, that.. there fell to him.., he was lost in the forest</w:t>
      </w:r>
    </w:p>
    <w:p>
      <w:r>
        <w:t>He made a vow, and leben fell to him, because it has water in it and it has food in it</w:t>
      </w:r>
    </w:p>
    <w:p>
      <w:r>
        <w:t>If they give water alone, it could h.. harm, uh..]</w:t>
      </w:r>
    </w:p>
    <w:p>
      <w:r>
        <w:t>[…]</w:t>
      </w:r>
    </w:p>
    <w:p>
      <w:r>
        <w:t>[He was weak; if they give food, it also is not absorbed so well; leben has water in it and..]</w:t>
      </w:r>
    </w:p>
    <w:p>
      <w:r>
        <w:t>[…]</w:t>
      </w:r>
    </w:p>
    <w:p>
      <w:r>
        <w:t>Both liquids and, uh.. solid]</w:t>
      </w:r>
    </w:p>
    <w:p>
      <w:r>
        <w:t>[……..]</w:t>
      </w:r>
    </w:p>
    <w:p>
      <w:r>
        <w:t>[]</w:t>
      </w:r>
    </w:p>
    <w:p>
      <w:r>
        <w:t>You came through the windows</w:t>
      </w:r>
    </w:p>
    <w:p>
      <w:r>
        <w:t>[In Ra'anana, in Ra'anana]</w:t>
      </w:r>
    </w:p>
    <w:p>
      <w:r>
        <w:t>{...} to me, and Avrum</w:t>
      </w:r>
    </w:p>
    <w:p>
      <w:r>
        <w:t>[Yes, he said, “No..”]</w:t>
      </w:r>
    </w:p>
    <w:p>
      <w:r>
        <w:t>“No, no, what is this? You are coming to Yisrael Ber? No, I do not want it”</w:t>
      </w:r>
    </w:p>
    <w:p>
      <w:r>
        <w:t>[“I do not agree,” he says to me, what?.. He says to me:</w:t>
      </w:r>
    </w:p>
    <w:p>
      <w:r>
        <w:t>“What, are you old, you are going to an old-age home? Are you old?”]</w:t>
      </w:r>
    </w:p>
    <w:p>
      <w:r>
        <w:t>[Who said that?]</w:t>
      </w:r>
    </w:p>
    <w:p>
      <w:r>
        <w:t>[It was Avraham, Avraham, from the old-age home, Avrum, he says:</w:t>
      </w:r>
    </w:p>
    <w:p>
      <w:r>
        <w:t>“What are you? What do you want here? What are you looking for here?”]</w:t>
      </w:r>
    </w:p>
    <w:p>
      <w:r>
        <w:t>[…..]</w:t>
      </w:r>
    </w:p>
    <w:p>
      <w:r>
        <w:t>[I came to.., no, I will tell you, a few people came to Rebbe Yisroel</w:t>
      </w:r>
    </w:p>
    <w:p>
      <w:r>
        <w:t>Their hearts hurt that this person, honor pursues him]</w:t>
      </w:r>
    </w:p>
    <w:p>
      <w:r>
        <w:t>{Have I finished?}</w:t>
      </w:r>
    </w:p>
    <w:p>
      <w:r>
        <w:t>[Because he flees from honor, for this reason honor pursued him</w:t>
      </w:r>
    </w:p>
    <w:p>
      <w:r>
        <w:t>He does not need the honor of people]</w:t>
      </w:r>
    </w:p>
    <w:p>
      <w:r>
        <w:t>[..]</w:t>
      </w:r>
    </w:p>
    <w:p>
      <w:r>
        <w:t>[He merited the light of Rabbainu within, the fire]</w:t>
      </w:r>
    </w:p>
    <w:p>
      <w:r>
        <w:t>[Yes, yes]</w:t>
      </w:r>
    </w:p>
    <w:p>
      <w:r>
        <w:t>[The fire burns]</w:t>
      </w:r>
    </w:p>
    <w:p>
      <w:r>
        <w:t>[So who told him not to be there?]</w:t>
      </w:r>
    </w:p>
    <w:p>
      <w:r>
        <w:t>[No, they said to me: What do you want by the..?”</w:t>
      </w:r>
    </w:p>
    <w:p>
      <w:r>
        <w:t>I said: “I want this person”</w:t>
      </w:r>
    </w:p>
    <w:p>
      <w:r>
        <w:t>[About Rebbe Yisroel?]</w:t>
      </w:r>
    </w:p>
    <w:p>
      <w:r>
        <w:t>[About Rebbe Yisroel, I say: “Only him, it is only him that I want..”]</w:t>
      </w:r>
    </w:p>
    <w:p>
      <w:r>
        <w:t>Everyone laughed and pointed with a finger:</w:t>
      </w:r>
    </w:p>
    <w:p>
      <w:r>
        <w:t>“Here is Breslov”</w:t>
      </w:r>
    </w:p>
    <w:p>
      <w:r>
        <w:t>[……..]</w:t>
      </w:r>
    </w:p>
    <w:p>
      <w:r>
        <w:t>“What do you care, one Breslover, what is there?”</w:t>
      </w:r>
    </w:p>
    <w:p>
      <w:r>
        <w:t>{…}, he, he can take everyone”</w:t>
      </w:r>
    </w:p>
    <w:p>
      <w:r>
        <w:t>[Right, take everyone out of the mud]</w:t>
      </w:r>
    </w:p>
    <w:p>
      <w:r>
        <w:t>He came, he, he lived in Chevron, he left the wife and the children and he came to Yisrael Ber in Teveria, and in Teveria there was a great commotion: “Yisrael Ber became Breslov”</w:t>
      </w:r>
    </w:p>
    <w:p>
      <w:r>
        <w:t>[Even now, at every hour]</w:t>
      </w:r>
    </w:p>
    <w:p>
      <w:r>
        <w:t>And blessed is Hashem, every time {{..}}, I caught Yaakov Fahima</w:t>
      </w:r>
    </w:p>
    <w:p>
      <w:r>
        <w:t>[Right]</w:t>
      </w:r>
    </w:p>
    <w:p>
      <w:r>
        <w:t>{And mo.. mo..} another some, some.. {...}</w:t>
      </w:r>
    </w:p>
    <w:p>
      <w:r>
        <w:t>[In my repentance, Rebbe Yisroel, you have a share, you have a share in this</w:t>
      </w:r>
    </w:p>
    <w:p>
      <w:r>
        <w:t>Rebbe Yisroel, you have a share in my repentance]</w:t>
      </w:r>
    </w:p>
    <w:p>
      <w:r>
        <w:t>{..}</w:t>
      </w:r>
    </w:p>
    <w:p>
      <w:r>
        <w:t>[My mother..]</w:t>
      </w:r>
    </w:p>
    <w:p>
      <w:r>
        <w:t>Uh, uh..</w:t>
      </w:r>
    </w:p>
    <w:p>
      <w:r>
        <w:t>[Dreamed yesterday, a big person, eight meters, what is a person of eight meters?]</w:t>
      </w:r>
    </w:p>
    <w:p>
      <w:r>
        <w:t>[“The man of the forest”]</w:t>
      </w:r>
    </w:p>
    <w:p>
      <w:r>
        <w:t>[What is it?]</w:t>
      </w:r>
    </w:p>
    <w:p>
      <w:r>
        <w:t>[“From The Lost Princess,” there was a big person]</w:t>
      </w:r>
    </w:p>
    <w:p>
      <w:r>
        <w:t>[There was a person b.., a person … eight meters]</w:t>
      </w:r>
    </w:p>
    <w:p>
      <w:r>
        <w:t>[….]</w:t>
      </w:r>
    </w:p>
    <w:p>
      <w:r>
        <w:t>[My mother dreamed of a big person eight meters tall]</w:t>
      </w:r>
    </w:p>
    <w:p>
      <w:r>
        <w:t>[The giants]</w:t>
      </w:r>
    </w:p>
    <w:p>
      <w:r>
        <w:t>[My mother dreamed of a big person, like this, at eight meters, perhaps it is..]</w:t>
      </w:r>
    </w:p>
    <w:p>
      <w:r>
        <w:t>[….]</w:t>
      </w:r>
    </w:p>
    <w:p>
      <w:r>
        <w:t>[Really?]</w:t>
      </w:r>
    </w:p>
    <w:p>
      <w:r>
        <w:t>“Breslov”</w:t>
      </w:r>
    </w:p>
    <w:p>
      <w:r>
        <w:t>[Yes]</w:t>
      </w:r>
    </w:p>
    <w:p>
      <w:r>
        <w:t>Nu, nu</w:t>
      </w:r>
    </w:p>
    <w:p>
      <w:r>
        <w:t>[All right]</w:t>
      </w:r>
    </w:p>
    <w:p>
      <w:r>
        <w:t>“To Yisrael Ber?”</w:t>
      </w:r>
    </w:p>
    <w:p>
      <w:r>
        <w:t>[All right]</w:t>
      </w:r>
    </w:p>
    <w:p>
      <w:r>
        <w:t>“No, no, I do not want it, what is this? They come through the windows? [“One can enter through the door; what is a door for?”]</w:t>
      </w:r>
    </w:p>
    <w:p>
      <w:r>
        <w:t>[……]</w:t>
      </w:r>
    </w:p>
    <w:p>
      <w:r>
        <w:t>[“Fortunate is he who acts wisely toward the poor”]</w:t>
      </w:r>
    </w:p>
    <w:p>
      <w:r>
        <w:t>[How old are you?]</w:t>
      </w:r>
    </w:p>
    <w:p>
      <w:r>
        <w:t>[I am thirty-six years old, the third of Kislev, I am thirty-six years old]</w:t>
      </w:r>
    </w:p>
    <w:p>
      <w:r>
        <w:t>[On what day?]</w:t>
      </w:r>
    </w:p>
    <w:p>
      <w:r>
        <w:t>[The third of Kislev, when is that? What day does it come out? Wednesday]</w:t>
      </w:r>
    </w:p>
    <w:p>
      <w:r>
        <w:t>[The third of Kislev?]</w:t>
      </w:r>
    </w:p>
    <w:p>
      <w:r>
        <w:t>[Yes, yes]</w:t>
      </w:r>
    </w:p>
    <w:p>
      <w:r>
        <w:t>[Thirty-six?]</w:t>
      </w:r>
    </w:p>
    <w:p>
      <w:r>
        <w:t>[Thirty-six, six years]</w:t>
      </w:r>
    </w:p>
    <w:p>
      <w:r>
        <w:t>Uh..</w:t>
      </w:r>
    </w:p>
    <w:p>
      <w:r>
        <w:t>[“A lamed-vavnik”]</w:t>
      </w:r>
    </w:p>
    <w:p>
      <w:r>
        <w:t>One needs to print the words of Rabbainu, so that it will be full {...}..</w:t>
      </w:r>
    </w:p>
    <w:p>
      <w:r>
        <w:t>[The whole world, yes]</w:t>
      </w:r>
    </w:p>
    <w:p>
      <w:r>
        <w:t>The whole world, all Israel; the gentiles are not in the reckoning, they are not human beings</w:t>
      </w:r>
    </w:p>
    <w:p>
      <w:r>
        <w:t>[Yes, like {}, yes]</w:t>
      </w:r>
    </w:p>
    <w:p>
      <w:r>
        <w:t>There is no reckoning at all with..</w:t>
      </w:r>
    </w:p>
    <w:p>
      <w:r>
        <w:t>[“You are man”]</w:t>
      </w:r>
    </w:p>
    <w:p>
      <w:r>
        <w:t>Is there a reckoning with the.., with a rooster?</w:t>
      </w:r>
    </w:p>
    <w:p>
      <w:r>
        <w:t>[From the market, no, there is none]</w:t>
      </w:r>
    </w:p>
    <w:p>
      <w:r>
        <w:t>{…}</w:t>
      </w:r>
    </w:p>
    <w:p>
      <w:r>
        <w:t>[“Rooster”]</w:t>
      </w:r>
    </w:p>
    <w:p>
      <w:r>
        <w:t>[It is not, it is not important, the face of man, it is not the face of man]</w:t>
      </w:r>
    </w:p>
    <w:p>
      <w:r>
        <w:t>{Nothing, nothing}</w:t>
      </w:r>
    </w:p>
    <w:p>
      <w:r>
        <w:t>[Yes, the face of man, this is the face of man, this is the stature of the Shechinah, yes, fortunate are you, Rebbe Yisroel, fortunate are you]</w:t>
      </w:r>
    </w:p>
    <w:p>
      <w:r>
        <w:t>Blessed is Hashem, the reward comes afterward</w:t>
      </w:r>
    </w:p>
    <w:p>
      <w:r>
        <w:t>[In the future, yes, ‘According to the suffering is the reward’]</w:t>
      </w:r>
    </w:p>
    <w:p>
      <w:r>
        <w:t>Today I, blessed is Hashem, this is all my vitality</w:t>
      </w:r>
    </w:p>
    <w:p>
      <w:r>
        <w:t>[Yes, blessed is Hashem, fortunate are you..</w:t>
      </w:r>
    </w:p>
    <w:p>
      <w:r>
        <w:t>Rebbe Yisroel, shalom aleichem, I am going home]</w:t>
      </w:r>
    </w:p>
    <w:p>
      <w:r>
        <w:t>{..} Good</w:t>
      </w:r>
    </w:p>
    <w:p>
      <w:r>
        <w:t>[You should know that there is someone in Ra'anana, he thinks about you sometimes, all the time]</w:t>
      </w:r>
    </w:p>
    <w:p>
      <w:r>
        <w:t>Ra'anana?</w:t>
      </w:r>
    </w:p>
    <w:p>
      <w:r>
        <w:t>[Yaakov Fahima]</w:t>
      </w:r>
    </w:p>
    <w:p>
      <w:r>
        <w:t>Nu</w:t>
      </w:r>
    </w:p>
    <w:p>
      <w:r>
        <w:t>[He thinks about you]</w:t>
      </w:r>
    </w:p>
    <w:p>
      <w:r>
        <w:t>[Who is Yaakov Fahima?]</w:t>
      </w:r>
    </w:p>
    <w:p>
      <w:r>
        <w:t>[Yaakov Fahima, me, I am Yaakov Fahima]</w:t>
      </w:r>
    </w:p>
    <w:p>
      <w:r>
        <w:t>Nu</w:t>
      </w:r>
    </w:p>
    <w:p>
      <w:r>
        <w:t>[I think about you, from Ra'anana, I think about you, think about you</w:t>
      </w:r>
    </w:p>
    <w:p>
      <w:r>
        <w:t>You have a place in.. Yaakov Fahima]</w:t>
      </w:r>
    </w:p>
    <w:p>
      <w:r>
        <w:t>[Where is your sister, does she live here?]</w:t>
      </w:r>
    </w:p>
    <w:p>
      <w:r>
        <w:t>[She lives here]</w:t>
      </w:r>
    </w:p>
    <w:p>
      <w:r>
        <w:t>[She comes..]</w:t>
      </w:r>
    </w:p>
    <w:p>
      <w:r>
        <w:t>[You know, Rebbe Yisroel, all the words that you spoke with me, it is not lost, it is not lost]</w:t>
      </w:r>
    </w:p>
    <w:p>
      <w:r>
        <w:t>I know</w:t>
      </w:r>
    </w:p>
    <w:p>
      <w:r>
        <w:t>[It remains, it will bring about effects, you..]</w:t>
      </w:r>
    </w:p>
    <w:p>
      <w:r>
        <w:t>{……}</w:t>
      </w:r>
    </w:p>
    <w:p>
      <w:r>
        <w:t>[…..]</w:t>
      </w:r>
    </w:p>
    <w:p>
      <w:r>
        <w:t>[Rabbainu said, Rabbainu said, I did not say anything, Rabbainu said, yalla, shalom aleichem]</w:t>
      </w:r>
    </w:p>
    <w:p>
      <w:r>
        <w:t>[Tell, tell her to bring the baby here]</w:t>
      </w:r>
    </w:p>
    <w:p>
      <w:r>
        <w:t>[All right, that is what he wants, this is the baby's father, he does what he wants with his baby..]</w:t>
      </w:r>
    </w:p>
    <w:p>
      <w:r>
        <w:t>[...]…</w:t>
      </w:r>
    </w:p>
    <w:p>
      <w:r>
        <w:br w:type="page"/>
      </w:r>
    </w:p>
    <w:p>
      <w:pPr>
        <w:pStyle w:val="Heading1"/>
      </w:pPr>
      <w:r>
        <w:t>Tape 84</w:t>
      </w:r>
    </w:p>
    <w:p>
      <w:pPr>
        <w:pStyle w:val="Heading2"/>
      </w:pPr>
      <w:r>
        <w:t>Side A (Aleph)</w:t>
      </w:r>
    </w:p>
    <w:p>
      <w:r>
        <w:t>...and it became, became completely healthy</w:t>
      </w:r>
    </w:p>
    <w:p>
      <w:r>
        <w:t>But {..} this has to be done quickly, that they should begin immediately {{to believe}}, to do for her</w:t>
      </w:r>
    </w:p>
    <w:p>
      <w:r>
        <w:t>. th.. the compresses, and immediately she will recover, yes</w:t>
      </w:r>
    </w:p>
    <w:p>
      <w:r>
        <w:t>I myself had a large burn, and I remembered {. .} I did the procedure</w:t>
      </w:r>
    </w:p>
    <w:p>
      <w:r>
        <w:t>Then {..} I made an extract, and put the whole hand into the extract, and it became healed, and it became healthy, healthy</w:t>
      </w:r>
    </w:p>
    <w:p>
      <w:r>
        <w:t>Because, ah, I {} heard this thing fr.. from my brother Zalman, so no, without doctors</w:t>
      </w:r>
    </w:p>
    <w:p>
      <w:r>
        <w:t>{..} I made an extract, and put the {ha..}.., the hand into the extract</w:t>
      </w:r>
    </w:p>
    <w:p>
      <w:r>
        <w:t>Yes, and it became healed, became healthy</w:t>
      </w:r>
    </w:p>
    <w:p>
      <w:r>
        <w:t>[..]</w:t>
      </w:r>
    </w:p>
    <w:p>
      <w:r>
        <w:t>{..}</w:t>
      </w:r>
    </w:p>
    <w:p>
      <w:r>
        <w:t>A pity, a pity, it was not this, {there was, there was a cure}</w:t>
      </w:r>
    </w:p>
    <w:p>
      <w:r>
        <w:t>{And she} does not need either surgery or anything at all, only extract, she will have a cure immediately</w:t>
      </w:r>
    </w:p>
    <w:p>
      <w:r>
        <w:t>Perhaps I can, perhaps we will travel to “Hadassah,” {...} and I will tell the doctor</w:t>
      </w:r>
    </w:p>
    <w:p>
      <w:r>
        <w:t>[Perhaps tomorrow, because now it is th.., it is night]</w:t>
      </w:r>
    </w:p>
    <w:p>
      <w:r>
        <w:t>Ah?</w:t>
      </w:r>
    </w:p>
    <w:p>
      <w:r>
        <w:t>[Now it is the night, perhaps tomorrow]</w:t>
      </w:r>
    </w:p>
    <w:p>
      <w:r>
        <w:t>Tomorrow</w:t>
      </w:r>
    </w:p>
    <w:p>
      <w:r>
        <w:t>[In the meantime, it is possible to call them]</w:t>
      </w:r>
    </w:p>
    <w:p>
      <w:r>
        <w:t>And if they perform the surgery?</w:t>
      </w:r>
    </w:p>
    <w:p>
      <w:r>
        <w:t>[They, they already.., all right, it is possible to call by telephone]</w:t>
      </w:r>
    </w:p>
    <w:p>
      <w:r>
        <w:t>Ah?</w:t>
      </w:r>
    </w:p>
    <w:p>
      <w:r>
        <w:t>[..It is possible to speak by telephone]</w:t>
      </w:r>
    </w:p>
    <w:p>
      <w:r>
        <w:t>By telephone? Yes</w:t>
      </w:r>
    </w:p>
    <w:p>
      <w:r>
        <w:t>[Yes]</w:t>
      </w:r>
    </w:p>
    <w:p>
      <w:r>
        <w:t>All right</w:t>
      </w:r>
    </w:p>
    <w:p>
      <w:r>
        <w:t>[All right]</w:t>
      </w:r>
    </w:p>
    <w:p>
      <w:r>
        <w:t>In my name</w:t>
      </w:r>
    </w:p>
    <w:p>
      <w:r>
        <w:t>[All right]</w:t>
      </w:r>
    </w:p>
    <w:p>
      <w:r>
        <w:t>I am th.. th.. Tzipporah’s father</w:t>
      </w:r>
    </w:p>
    <w:p>
      <w:r>
        <w:t>[All right]</w:t>
      </w:r>
    </w:p>
    <w:p>
      <w:r>
        <w:t>{..} Everyone {they} knows her, {she} was the deputy of ah.. Sternberg</w:t>
      </w:r>
    </w:p>
    <w:p>
      <w:r>
        <w:t>Th.. th.. th.. Sternberg {was} th.. the director of the surgery department, yes</w:t>
      </w:r>
    </w:p>
    <w:p>
      <w:r>
        <w:t>Sternberg knows Tzipporah, yes</w:t>
      </w:r>
    </w:p>
    <w:p>
      <w:r>
        <w:t>[...]</w:t>
      </w:r>
    </w:p>
    <w:p>
      <w:r>
        <w:t>Perhaps make, make, ah.. {..} a telephone call</w:t>
      </w:r>
    </w:p>
    <w:p>
      <w:r>
        <w:t>[Yes]</w:t>
      </w:r>
    </w:p>
    <w:p>
      <w:r>
        <w:t>To Sternberg, to Sternberg</w:t>
      </w:r>
    </w:p>
    <w:p>
      <w:r>
        <w:t>[Does she work there to this day?]</w:t>
      </w:r>
    </w:p>
    <w:p>
      <w:r>
        <w:t>{Ah}, ah?</w:t>
      </w:r>
    </w:p>
    <w:p>
      <w:r>
        <w:t>[Does Sternberg still work at “Hadassah”? Until, until now is she at “Hadassah”?</w:t>
      </w:r>
    </w:p>
    <w:p>
      <w:r>
        <w:t>Does she work there to this day?]</w:t>
      </w:r>
    </w:p>
    <w:p>
      <w:r>
        <w:t>Who?</w:t>
      </w:r>
    </w:p>
    <w:p>
      <w:r>
        <w:t>[Sternberg]</w:t>
      </w:r>
    </w:p>
    <w:p>
      <w:r>
        <w:t>No, no, today..</w:t>
      </w:r>
    </w:p>
    <w:p>
      <w:r>
        <w:t>[Ah]</w:t>
      </w:r>
    </w:p>
    <w:p>
      <w:r>
        <w:t>She does not</w:t>
      </w:r>
    </w:p>
    <w:p>
      <w:r>
        <w:t>[Ah, ..]</w:t>
      </w:r>
    </w:p>
    <w:p>
      <w:r>
        <w:t>She is already, ah, after, ah..</w:t>
      </w:r>
    </w:p>
    <w:p>
      <w:r>
        <w:t>[Retirement, yes]</w:t>
      </w:r>
    </w:p>
    <w:p>
      <w:r>
        <w:t>Ah.. but {..} everyone knows her, all the doctors..</w:t>
      </w:r>
    </w:p>
    <w:p>
      <w:r>
        <w:t>[..]</w:t>
      </w:r>
    </w:p>
    <w:p>
      <w:r>
        <w:t>And everyone knows Tzipporah, {…}</w:t>
      </w:r>
    </w:p>
    <w:p>
      <w:r>
        <w:t>She will be embarrassed, she will think that I am already old and no longer know anything of what I am talking about, {.., yo} but this, this thing is, it is a cure for a burn immediately, on the spot</w:t>
      </w:r>
    </w:p>
    <w:p>
      <w:r>
        <w:t>It heals, {..}, it completely heals the not-good and the burn, and.. and it becomes</w:t>
      </w:r>
    </w:p>
    <w:p>
      <w:r>
        <w:t>[{..{]….}}</w:t>
      </w:r>
    </w:p>
    <w:p>
      <w:r>
        <w:t>Ah, wonders</w:t>
      </w:r>
    </w:p>
    <w:p>
      <w:r>
        <w:t>[Even though it is a severe burn, even though it is a severe and serious burn]</w:t>
      </w:r>
    </w:p>
    <w:p>
      <w:r>
        <w:t>Yes, it was severe</w:t>
      </w:r>
    </w:p>
    <w:p>
      <w:r>
        <w:t>[..]</w:t>
      </w:r>
    </w:p>
    <w:p>
      <w:r>
        <w:t>{He, he was ...}, the man of.. came</w:t>
      </w:r>
    </w:p>
    <w:p>
      <w:r>
        <w:t>[..]</w:t>
      </w:r>
    </w:p>
    <w:p>
      <w:r>
        <w:t>Doctor David</w:t>
      </w:r>
    </w:p>
    <w:p>
      <w:r>
        <w:t>[Yes, correct]</w:t>
      </w:r>
    </w:p>
    <w:p>
      <w:r>
        <w:t>{…}.. yes</w:t>
      </w:r>
    </w:p>
    <w:p>
      <w:r>
        <w:t>[..]</w:t>
      </w:r>
    </w:p>
    <w:p>
      <w:r>
        <w:t>Doctor David was a great specialist in burns, he was {{. .}} a great doctor, yes</w:t>
      </w:r>
    </w:p>
    <w:p>
      <w:r>
        <w:t>He, he worked at “Hadassah,” Doctor David, he.. yes</w:t>
      </w:r>
    </w:p>
    <w:p>
      <w:r>
        <w:t>And my brother Zalman was his nurse, he told me the story</w:t>
      </w:r>
    </w:p>
    <w:p>
      <w:r>
        <w:t>Nu, they should begin making compresses, {..}, compresses of “Wissotzky” tea</w:t>
      </w:r>
    </w:p>
    <w:p>
      <w:r>
        <w:t>{..} Then {..} immediately she will recover</w:t>
      </w:r>
    </w:p>
    <w:p>
      <w:r>
        <w:t>[Yes.. so we’ll sp.., yes, we’ll speak with them by telephone]</w:t>
      </w:r>
    </w:p>
    <w:p>
      <w:r>
        <w:t>Tell them that I came, I came to Yerushalayim for this</w:t>
      </w:r>
    </w:p>
    <w:p>
      <w:r>
        <w:t>And then {I did not} have, and I was weak, and.. and did not, and did not {..}.., and I did not receive {{….}}, the thing now</w:t>
      </w:r>
    </w:p>
    <w:p>
      <w:r>
        <w:t>[..]</w:t>
      </w:r>
    </w:p>
    <w:p>
      <w:r>
        <w:t>The doctors should know, what do they have to lose? They should make compresses, immediately {…} she will recover</w:t>
      </w:r>
    </w:p>
    <w:p>
      <w:r>
        <w:t>Without any surgery, {..}, without any medicines</w:t>
      </w:r>
    </w:p>
    <w:p>
      <w:r>
        <w:t>{Yo}, they should only make compresses of, of “Wissotzky,” this of {..}, of, ah, “Wissotzky” extract; immediately {{he will see}}</w:t>
      </w:r>
    </w:p>
    <w:p>
      <w:r>
        <w:t>Ah, they will see such wonders..</w:t>
      </w:r>
    </w:p>
    <w:p>
      <w:r>
        <w:t>Nu, ah, for this they need {for this} to speak with {ah}, with, with, with, with some nurse from the hospital and tell her the story in my name, in my name, {{. .}} and I am prepared {..} to come to.., that they should come take me to “Hadassah” and I will tell the story to the doctor</w:t>
      </w:r>
    </w:p>
    <w:p>
      <w:r>
        <w:t>[All right.. we are going to.. to.. call by telephone now]</w:t>
      </w:r>
    </w:p>
    <w:p>
      <w:r>
        <w:t>Yes</w:t>
      </w:r>
    </w:p>
    <w:p>
      <w:r>
        <w:t>[Yes]</w:t>
      </w:r>
    </w:p>
    <w:p>
      <w:r>
        <w:t>Yes, yes</w:t>
      </w:r>
    </w:p>
    <w:p>
      <w:r>
        <w:t>[..]</w:t>
      </w:r>
    </w:p>
    <w:p>
      <w:r>
        <w:t>Go, go to.. {..} telephone some nurse, to tell her the story</w:t>
      </w:r>
    </w:p>
    <w:p>
      <w:r>
        <w:t>That I came {this} two days I came here and.. and.. {and I saw} si.., very weak</w:t>
      </w:r>
    </w:p>
    <w:p>
      <w:r>
        <w:t>{..} But, but now {..} better, and I want to speak with the doctor, ah.. that he should do</w:t>
      </w:r>
    </w:p>
    <w:p>
      <w:r>
        <w:t>He should begin making compresses, then this will immediately be {…}, immediately there will be a {{change}} for the better, for life, yes</w:t>
      </w:r>
    </w:p>
    <w:p>
      <w:r>
        <w:t>I came and risked my life for the patient, in order to tell the doctors</w:t>
      </w:r>
    </w:p>
    <w:p>
      <w:r>
        <w:t>But I {was not} afraid, that the doctor would not, would not want to hear the whole story</w:t>
      </w:r>
    </w:p>
    <w:p>
      <w:r>
        <w:t>But now {...} they want to perform surgery, {{. .}} instead of surgery they should make “Wissotzky” compresses, then she will {...} become healed immediately, yes</w:t>
      </w:r>
    </w:p>
    <w:p>
      <w:r>
        <w:t>I myself had a burn on my hand, {and th..} I had {..} great suffering, great pains</w:t>
      </w:r>
    </w:p>
    <w:p>
      <w:r>
        <w:t>And I forgot my brother’s story, then I remembered and made {..} tea extract, and put my hand into the extract, and immediately it was {here}, as, as though there was not, there was no burn</w:t>
      </w:r>
    </w:p>
    <w:p>
      <w:r>
        <w:t>Ah.. it was { }.. immediately they, they, they do not.., they {{will make ….}} compresses</w:t>
      </w:r>
    </w:p>
    <w:p>
      <w:r>
        <w:t>{Oy.. oy..}…</w:t>
      </w:r>
    </w:p>
    <w:p>
      <w:r>
        <w:t>...to put, to put the place into the extract, then {..} immediately it will be.., she will have no pain</w:t>
      </w:r>
    </w:p>
    <w:p>
      <w:r>
        <w:t>And not and..{….}, and she will recover, yes, she will recover</w:t>
      </w:r>
    </w:p>
    <w:p>
      <w:r>
        <w:t>Go, go speak with th.., with th.., with “Hadassah,” a nurse or someone who will hear the story</w:t>
      </w:r>
    </w:p>
    <w:p>
      <w:r>
        <w:t>And I am prepared to come tell them…</w:t>
      </w:r>
    </w:p>
    <w:p>
      <w:r>
        <w:t>...[…….]</w:t>
      </w:r>
    </w:p>
    <w:p>
      <w:r>
        <w:t>[……….]</w:t>
      </w:r>
    </w:p>
    <w:p>
      <w:r>
        <w:t>{..}...</w:t>
      </w:r>
    </w:p>
    <w:p>
      <w:r>
        <w:t>...I am Tzipporah’s father, I am th.. th.. th..I am th.. th.. {…}</w:t>
      </w:r>
    </w:p>
    <w:p>
      <w:r>
        <w:t>He was th.. the nurse of Doctor David, and I was {..} Zalman’s brother</w:t>
      </w:r>
    </w:p>
    <w:p>
      <w:r>
        <w:t>So I heard the story, {..} yes, and the patient had a cure immediately, on the spot</w:t>
      </w:r>
    </w:p>
    <w:p>
      <w:r>
        <w:t>[..]</w:t>
      </w:r>
    </w:p>
    <w:p>
      <w:r>
        <w:t>It heals and renews the flesh, {..} heals {{…}} and renews</w:t>
      </w:r>
    </w:p>
    <w:p>
      <w:r>
        <w:t>{..} Heals, heals the burn immediately, on the spot…</w:t>
      </w:r>
    </w:p>
    <w:p>
      <w:r>
        <w:t>...They should begin making compresses of, of extract, ah, “Wissotzky”</w:t>
      </w:r>
    </w:p>
    <w:p>
      <w:r>
        <w:t>. {….}, then, ah, {….}, then she {…. to me} ah, and she will be healthy</w:t>
      </w:r>
    </w:p>
    <w:p>
      <w:r>
        <w:t>Without any {at all}, {without} surgery, without any medicine, only this will heal immediately, on the spot</w:t>
      </w:r>
    </w:p>
    <w:p>
      <w:r>
        <w:t>{..} Nu {...}, speak with a nurse, with, ah, someone, ah, at.. at “Hadassah” Hospital</w:t>
      </w:r>
    </w:p>
    <w:p>
      <w:r>
        <w:t>And we will tell them the story, and I am prepared to come and tell them…</w:t>
      </w:r>
    </w:p>
    <w:p>
      <w:r>
        <w:t>...{...} the surgery, they should make her compresses of, of “Wissotzky” extract</w:t>
      </w:r>
    </w:p>
    <w:p>
      <w:r>
        <w:t>[….]…</w:t>
      </w:r>
    </w:p>
    <w:p>
      <w:r>
        <w:t>...I {..} can speak with them, tell them the story, what I heard from my brother Zalman</w:t>
      </w:r>
    </w:p>
    <w:p>
      <w:r>
        <w:t>{..}, and also {…} you sh.., {..} tell them that I am Tzipporah’s father</w:t>
      </w:r>
    </w:p>
    <w:p>
      <w:r>
        <w:t>{{..}} And with me there was an incident, that Zalman told me the story</w:t>
      </w:r>
    </w:p>
    <w:p>
      <w:r>
        <w:t>Th..{..}a patient wh.., Doctor David, the greatest doctor, he {..} said:</w:t>
      </w:r>
    </w:p>
    <w:p>
      <w:r>
        <w:t>“That he cannot live, nothing can be done, he already {..} must die”</w:t>
      </w:r>
    </w:p>
    <w:p>
      <w:r>
        <w:t>{Yo}, ah, {{…}}.., and the doctor came and.., to see, yes</w:t>
      </w:r>
    </w:p>
    <w:p>
      <w:r>
        <w:t>He came {{he}} and saw that the patient, that he was healthy</w:t>
      </w:r>
    </w:p>
    <w:p>
      <w:r>
        <w:t>{{He}} Then he became very alarmed, and asked my brother:</w:t>
      </w:r>
    </w:p>
    <w:p>
      <w:r>
        <w:t>“What? Who, who? Which doctor had come? {Here}? Tell me, who was here? Which doctor?”</w:t>
      </w:r>
    </w:p>
    <w:p>
      <w:r>
        <w:t>{..}, yes</w:t>
      </w:r>
    </w:p>
    <w:p>
      <w:r>
        <w:t>And he told him the story, that extract of “Wissotzky,” of extract {..}, he..</w:t>
      </w:r>
    </w:p>
    <w:p>
      <w:r>
        <w:t>Immediately he became healthy, he became healthy</w:t>
      </w:r>
    </w:p>
    <w:p>
      <w:r>
        <w:t>I am prepared to tell {..} what I heard from my brother Zalman</w:t>
      </w:r>
    </w:p>
    <w:p>
      <w:r>
        <w:t>My brother Zalman was the senior nurse of Doctor David, {.…} and.. and he made compresses, and.. and the doctor came in the morning, {came} to see the patients, he thought that he was already in this.. {….} in the grave {..}, he, he saw that he, the patient, became healthy, {and he said to him}</w:t>
      </w:r>
    </w:p>
    <w:p>
      <w:r>
        <w:t>He asked my brother Zalman: "What did you do? Who? What doctor was here?"</w:t>
      </w:r>
    </w:p>
    <w:p>
      <w:r>
        <w:t>{And he told..}.., and he told him that he did, he, he the doctor, he made the compresses for him</w:t>
      </w:r>
    </w:p>
    <w:p>
      <w:r>
        <w:t>He was already, he was already, he was already beyond hope, {what … .. …}</w:t>
      </w:r>
    </w:p>
    <w:p>
      <w:r>
        <w:t>{Then..}, he made the doctor's compresses for her, and became healthy, yes</w:t>
      </w:r>
    </w:p>
    <w:p>
      <w:r>
        <w:t>I am ready, {I …}.., I am ready {…} to travel to "Hadassah," and to tell them what I heard from my brother Zalman what {…}I am ready to give over to them the.. the.. story</w:t>
      </w:r>
    </w:p>
    <w:p>
      <w:r>
        <w:t>. The story that he became healthy {from this}, after hope was lost</w:t>
      </w:r>
    </w:p>
    <w:p>
      <w:r>
        <w:t>{..} Doctor David, {already} all the doctors know, that he was a {such} doctor</w:t>
      </w:r>
    </w:p>
    <w:p>
      <w:r>
        <w:t>A great doctor, he was an expert on burns, a great expert on burns</w:t>
      </w:r>
    </w:p>
    <w:p>
      <w:r>
        <w:t>So, ah, he, he already, he, ah, said that he, ah, had to die, nothing could be done, and in the morning he came to see the pat.., {ah, came to him: "What, what, and how are things?"}</w:t>
      </w:r>
    </w:p>
    <w:p>
      <w:r>
        <w:t>He thought that he was already in the grave, he came {…}, and.. ah, he saw that the patient was healthy</w:t>
      </w:r>
    </w:p>
    <w:p>
      <w:r>
        <w:t>He said to them: "The.. who? What doctor was here? What did you do? What, what did they do to the.. {patient}?"</w:t>
      </w:r>
    </w:p>
    <w:p>
      <w:r>
        <w:t>Then he told him, that he was the doc.., that he had done {for him}, ah, ah, made the.. the.. {{. .}}</w:t>
      </w:r>
    </w:p>
    <w:p>
      <w:r>
        <w:t>[The compresses]</w:t>
      </w:r>
    </w:p>
    <w:p>
      <w:r>
        <w:t>Compresses, compresses of "Wissotzky," and he became healthy, {..}, yes</w:t>
      </w:r>
    </w:p>
    <w:p>
      <w:r>
        <w:t>[And.. and.. and Zalman himself, where did he know this remedy from?]</w:t>
      </w:r>
    </w:p>
    <w:p>
      <w:r>
        <w:t>Eh?</w:t>
      </w:r>
    </w:p>
    <w:p>
      <w:r>
        <w:t>[Where did he know that this..]</w:t>
      </w:r>
    </w:p>
    <w:p>
      <w:r>
        <w:t>He.. he..</w:t>
      </w:r>
    </w:p>
    <w:p>
      <w:r>
        <w:t>[Is a remedy?]</w:t>
      </w:r>
    </w:p>
    <w:p>
      <w:r>
        <w:t>He..</w:t>
      </w:r>
    </w:p>
    <w:p>
      <w:r>
        <w:t>[Zalman]</w:t>
      </w:r>
    </w:p>
    <w:p>
      <w:r>
        <w:t>He heard it from one doctor</w:t>
      </w:r>
    </w:p>
    <w:p>
      <w:r>
        <w:t>[Ah]</w:t>
      </w:r>
    </w:p>
    <w:p>
      <w:r>
        <w:t>And he did it</w:t>
      </w:r>
    </w:p>
    <w:p>
      <w:r>
        <w:t>[It wasn't.., wasn't it you who said..]</w:t>
      </w:r>
    </w:p>
    <w:p>
      <w:r>
        <w:t>Ah.. ah..</w:t>
      </w:r>
    </w:p>
    <w:p>
      <w:r>
        <w:t>[To Zalman?]</w:t>
      </w:r>
    </w:p>
    <w:p>
      <w:r>
        <w:t>But he, he is already dead, Zalman is already dead</w:t>
      </w:r>
    </w:p>
    <w:p>
      <w:r>
        <w:t>[Yes, and it wasn't you who told Zalman the..?]</w:t>
      </w:r>
    </w:p>
    <w:p>
      <w:r>
        <w:t>I heard it from Zalman</w:t>
      </w:r>
    </w:p>
    <w:p>
      <w:r>
        <w:t>[Ah]</w:t>
      </w:r>
    </w:p>
    <w:p>
      <w:r>
        <w:t>Yes</w:t>
      </w:r>
    </w:p>
    <w:p>
      <w:r>
        <w:t>[Good]</w:t>
      </w:r>
    </w:p>
    <w:p>
      <w:r>
        <w:t>Go {to…} and speak with the doctor, that I am ready {…} to tell them what I heard, the..</w:t>
      </w:r>
    </w:p>
    <w:p>
      <w:r>
        <w:t>The.. story {from Zalman, and fr..} from my brother Zalman</w:t>
      </w:r>
    </w:p>
    <w:p>
      <w:r>
        <w:t>He was the oldest brother, the ol.. older brother of Doctor David, and he made compresses</w:t>
      </w:r>
    </w:p>
    <w:p>
      <w:r>
        <w:t>And Doctor {{. .}} to see, and.. and t.. and thought that he was already dead</w:t>
      </w:r>
    </w:p>
    <w:p>
      <w:r>
        <w:t>{…}, he came, he saw that he was healthy, {and he}, then he asked him:</w:t>
      </w:r>
    </w:p>
    <w:p>
      <w:r>
        <w:t>"What did you do? Who? What doctor was here?"</w:t>
      </w:r>
    </w:p>
    <w:p>
      <w:r>
        <w:t>He told him that he had made compresses, {the story}</w:t>
      </w:r>
    </w:p>
    <w:p>
      <w:r>
        <w:t>. And Doctor David, that he was already {..} unable to live, ah, already b.. beyond hope</w:t>
      </w:r>
    </w:p>
    <w:p>
      <w:r>
        <w:t>So that one did, he heard from a doctor that this is a remedy, so he did, he made a remedy</w:t>
      </w:r>
    </w:p>
    <w:p>
      <w:r>
        <w:t>He made compresses for the patient {from this became this.., what} until morning {and did not come} Doctor David and saw that he was alive, that he was much better</w:t>
      </w:r>
    </w:p>
    <w:p>
      <w:r>
        <w:t>I am ready to travel and tell them the story of my brother, who told me the..</w:t>
      </w:r>
    </w:p>
    <w:p>
      <w:r>
        <w:t>{Who told me the….} this story</w:t>
      </w:r>
    </w:p>
    <w:p>
      <w:r>
        <w:t>{Yes}</w:t>
      </w:r>
    </w:p>
    <w:p>
      <w:r>
        <w:t>Then she.., and she will become healthy immediately, she will become healthy, this.. this heals.. {..} new</w:t>
      </w:r>
    </w:p>
    <w:p>
      <w:r>
        <w:t>Ah, {….}</w:t>
      </w:r>
    </w:p>
    <w:p>
      <w:r>
        <w:t>If they make compresses, then immediately, ah, there will be a {change} for the better, immediately.., immediately there will be the cure</w:t>
      </w:r>
    </w:p>
    <w:p>
      <w:r>
        <w:t>Ah, don't st.., don't stand there, go and speak and tell Mrs. {..}</w:t>
      </w:r>
    </w:p>
    <w:p>
      <w:r>
        <w:t>To.. {someone} from "Hadassah," yes, the story</w:t>
      </w:r>
    </w:p>
    <w:p>
      <w:r>
        <w:t>And I {will be}, ready that they bring.., that they come take me, and I will travel to "Hadassah"</w:t>
      </w:r>
    </w:p>
    <w:p>
      <w:r>
        <w:t>And I will tell them the story…</w:t>
      </w:r>
    </w:p>
    <w:p>
      <w:r>
        <w:t>...{…} to die, yes, I had {pa.. pa.. pains, d.., literally to die}, and it was impossible to bear</w:t>
      </w:r>
    </w:p>
    <w:p>
      <w:r>
        <w:t>So just as.. then im.. immediately {already} I made {the.. the.. the.. the..} compresses</w:t>
      </w:r>
    </w:p>
    <w:p>
      <w:r>
        <w:t>Then immediately there was a change, {yes}, a change for the better, and this {hea.., this healed}</w:t>
      </w:r>
    </w:p>
    <w:p>
      <w:r>
        <w:t>And the doctor came and said: "What, what, what is this? What doctor was here?", {...}</w:t>
      </w:r>
    </w:p>
    <w:p>
      <w:r>
        <w:t>Then my brother Zalman told him:</w:t>
      </w:r>
    </w:p>
    <w:p>
      <w:r>
        <w:t>"I heard that you said that he was beyond hope, what? What do I have to lose?</w:t>
      </w:r>
    </w:p>
    <w:p>
      <w:r>
        <w:t>So I made him, ah, the compresses, and he became healthy"</w:t>
      </w:r>
    </w:p>
    <w:p>
      <w:r>
        <w:t>{..}…</w:t>
      </w:r>
    </w:p>
    <w:p>
      <w:r>
        <w:t>...Fuel, I will pay</w:t>
      </w:r>
    </w:p>
    <w:p>
      <w:r>
        <w:t>[Yes, yes, Rebbe Yisroel, I spoke with Chaim Dinovitz, he</w:t>
      </w:r>
    </w:p>
    <w:p>
      <w:r>
        <w:t>He will speak now with the family of the patient]</w:t>
      </w:r>
    </w:p>
    <w:p>
      <w:r>
        <w:t>Ah, nu</w:t>
      </w:r>
    </w:p>
    <w:p>
      <w:r>
        <w:t>[He, he said that he would speak, but not yet, not yet sp.., not yet..</w:t>
      </w:r>
    </w:p>
    <w:p>
      <w:r>
        <w:t>We have no answer; when there is something new, then he, he will tell us]</w:t>
      </w:r>
    </w:p>
    <w:p>
      <w:r>
        <w:t>They will not, not listen and not..</w:t>
      </w:r>
    </w:p>
    <w:p>
      <w:r>
        <w:t>[No?]</w:t>
      </w:r>
    </w:p>
    <w:p>
      <w:r>
        <w:t>Want to listen</w:t>
      </w:r>
    </w:p>
    <w:p>
      <w:r>
        <w:t>[Then? You..]</w:t>
      </w:r>
    </w:p>
    <w:p>
      <w:r>
        <w:t>But this is a matter of saving a life</w:t>
      </w:r>
    </w:p>
    <w:p>
      <w:r>
        <w:t>[Yes]</w:t>
      </w:r>
    </w:p>
    <w:p>
      <w:r>
        <w:t>I want to travel and tell what happened to me</w:t>
      </w:r>
    </w:p>
    <w:p>
      <w:r>
        <w:t>My brother Zalman had, he had.. {yes}…</w:t>
      </w:r>
    </w:p>
    <w:p>
      <w:r>
        <w:t>...David, he came in the morning to visit the patients, and sees that the patient who had already been beyond hope</w:t>
      </w:r>
    </w:p>
    <w:p>
      <w:r>
        <w:t>Ah, he, he is alive and well and he is better, {and he: "What?”}</w:t>
      </w:r>
    </w:p>
    <w:p>
      <w:r>
        <w:t>Then he was very alarmed, he asked my brother Zalman: "What did you do? What doctor was here?", {{. .}}</w:t>
      </w:r>
    </w:p>
    <w:p>
      <w:r>
        <w:t>Then he told him, {..that he already} the doctor, he, he heard that he was beyond hope</w:t>
      </w:r>
    </w:p>
    <w:p>
      <w:r>
        <w:t>So he made for him, ah.. ah.. {}</w:t>
      </w:r>
    </w:p>
    <w:p>
      <w:r>
        <w:t>He made for him {…}, what? He made for him {. .}..</w:t>
      </w:r>
    </w:p>
    <w:p>
      <w:r>
        <w:t>[Compresses, compresses]</w:t>
      </w:r>
    </w:p>
    <w:p>
      <w:r>
        <w:t>Eh?</w:t>
      </w:r>
    </w:p>
    <w:p>
      <w:r>
        <w:t>[Compresses, compresses from tea]</w:t>
      </w:r>
    </w:p>
    <w:p>
      <w:r>
        <w:t>Ah, yes, {..}</w:t>
      </w:r>
    </w:p>
    <w:p>
      <w:r>
        <w:t>[Tell him..]</w:t>
      </w:r>
    </w:p>
    <w:p>
      <w:r>
        <w:t>Yes, immediately he w.., he will have.. {{…}} a cure</w:t>
      </w:r>
    </w:p>
    <w:p>
      <w:r>
        <w:t>He {..} will not, will not suffer pain, the pains will go slowly, slowly, the pains will go away completely</w:t>
      </w:r>
    </w:p>
    <w:p>
      <w:r>
        <w:t>{When he} does</w:t>
      </w:r>
    </w:p>
    <w:p>
      <w:r>
        <w:t>{Nu}, but I.., I do not {...}, {want} to go</w:t>
      </w:r>
    </w:p>
    <w:p>
      <w:r>
        <w:t>I will give the ca.., my car, only a driver</w:t>
      </w:r>
    </w:p>
    <w:p>
      <w:r>
        <w:t>{{. . .}} There are drivers everywhere, there are drivers, I will pay</w:t>
      </w:r>
    </w:p>
    <w:p>
      <w:r>
        <w:t>[………]</w:t>
      </w:r>
    </w:p>
    <w:p>
      <w:r>
        <w:t>[………]…</w:t>
      </w:r>
    </w:p>
    <w:p>
      <w:r>
        <w:t>...Only a driver, I will pay the driver, we will go to Yerushalayim, ah.. we will go to.. to.. "Hadassah" Hospital in Ein Kerem and I will tell the doctors the story</w:t>
      </w:r>
    </w:p>
    <w:p>
      <w:r>
        <w:t>[The doctors—tell him the doctors are in the middle of surgery]</w:t>
      </w:r>
    </w:p>
    <w:p>
      <w:r>
        <w:t>[Yes, the.. the doctor..]</w:t>
      </w:r>
    </w:p>
    <w:p>
      <w:r>
        <w:t>Eh?</w:t>
      </w:r>
    </w:p>
    <w:p>
      <w:r>
        <w:t>[Now the doctors are in.., they are in the middle of surgery</w:t>
      </w:r>
    </w:p>
    <w:p>
      <w:r>
        <w:t>They need, they need to be now..]</w:t>
      </w:r>
    </w:p>
    <w:p>
      <w:r>
        <w:t>They want to perform surgery?</w:t>
      </w:r>
    </w:p>
    <w:p>
      <w:r>
        <w:t>[They, they already..]</w:t>
      </w:r>
    </w:p>
    <w:p>
      <w:r>
        <w:t>No, they should not perform surgery, if they perform surgery, he will die, do not perform surgery, this will heal immediately</w:t>
      </w:r>
    </w:p>
    <w:p>
      <w:r>
        <w:t>[But they already.., they already told me that he was in the middle of surgery..]...</w:t>
      </w:r>
    </w:p>
    <w:p>
      <w:r>
        <w:t>...If they perform surgery, he.., she will die</w:t>
      </w:r>
    </w:p>
    <w:p>
      <w:r>
        <w:t>{And they can}.. {….} if they do for him, {...} {\f.. full, full\what, what is this? What is this?}</w:t>
      </w:r>
    </w:p>
    <w:p>
      <w:r>
        <w:t>[S.. surgery? Ah, compresses?]</w:t>
      </w:r>
    </w:p>
    <w:p>
      <w:r>
        <w:t>Compresses, yes</w:t>
      </w:r>
    </w:p>
    <w:p>
      <w:r>
        <w:t>[…..]</w:t>
      </w:r>
    </w:p>
    <w:p>
      <w:r>
        <w:t>Then immediately he will become healthy, {..}, the pains will go away {and he will have ….}</w:t>
      </w:r>
    </w:p>
    <w:p>
      <w:r>
        <w:t>[…]</w:t>
      </w:r>
    </w:p>
    <w:p>
      <w:r>
        <w:t>He will live</w:t>
      </w:r>
    </w:p>
    <w:p>
      <w:r>
        <w:t>[….]</w:t>
      </w:r>
    </w:p>
    <w:p>
      <w:r>
        <w:t>I am ready to travel with the car, and with.., ah, I will pay, {I ….}</w:t>
      </w:r>
    </w:p>
    <w:p>
      <w:r>
        <w:t>[….]</w:t>
      </w:r>
    </w:p>
    <w:p>
      <w:r>
        <w:t>I know {{th. .}} the patient immediately {{….}}, will become healthy…</w:t>
      </w:r>
    </w:p>
    <w:p>
      <w:r>
        <w:t>...The.. I {..}, ah</w:t>
      </w:r>
    </w:p>
    <w:p>
      <w:r>
        <w:t>I am ready, I want {…} to travel to "Hadassah" Hospital, and I will tell them about the matter</w:t>
      </w:r>
    </w:p>
    <w:p>
      <w:r>
        <w:t>That happened, everyone knows Doctor David, he was a great expert on burns, {yes}</w:t>
      </w:r>
    </w:p>
    <w:p>
      <w:r>
        <w:t>And he {..} was very alarmed, "What is this?”</w:t>
      </w:r>
    </w:p>
    <w:p>
      <w:r>
        <w:t>He had already been beyond hope, and now he found him, he is alive and happy, and.. and he has no pain</w:t>
      </w:r>
    </w:p>
    <w:p>
      <w:r>
        <w:t>"What is this?” He {to..}.., he asked my.. brother Zalman: "What did you do? What doctor was here?"</w:t>
      </w:r>
    </w:p>
    <w:p>
      <w:r>
        <w:t>{…} He told him the story</w:t>
      </w:r>
    </w:p>
    <w:p>
      <w:r>
        <w:t>{Ah}, a pity, a pity, a pity, {a.. anyway}</w:t>
      </w:r>
    </w:p>
    <w:p>
      <w:r>
        <w:t>{..} They know {{from me}} they know of such a thing</w:t>
      </w:r>
    </w:p>
    <w:p>
      <w:r>
        <w:t>And they do not do it, this is a great crime, this is {mur..,\commits} murder, murder</w:t>
      </w:r>
    </w:p>
    <w:p>
      <w:r>
        <w:t>I am providing the car, I am providing the fuel, I will pay th.. the driver</w:t>
      </w:r>
    </w:p>
    <w:p>
      <w:r>
        <w:t>{..} Only to bring me to “Hadassah” Hospital…</w:t>
      </w:r>
    </w:p>
    <w:p>
      <w:r>
        <w:t>...{...} There are drivers, {….}, there are drivers, only there is no money, {..} drivers {...}..</w:t>
      </w:r>
    </w:p>
    <w:p>
      <w:r>
        <w:t>I have a car, and I am paying for the fuel, and I will pay {…} the driver, everything is on me…</w:t>
      </w:r>
    </w:p>
    <w:p>
      <w:r>
        <w:t>...{...} completely</w:t>
      </w:r>
    </w:p>
    <w:p>
      <w:r>
        <w:t>[And.. tell him..]…</w:t>
      </w:r>
    </w:p>
    <w:p>
      <w:r>
        <w:t>...Even now after surgery, the pains will immediately go away, {and he w..}.., he will become healthy</w:t>
      </w:r>
    </w:p>
    <w:p>
      <w:r>
        <w:t>[…]…</w:t>
      </w:r>
    </w:p>
    <w:p>
      <w:r>
        <w:t>...This will heal {..} and take away all, all the illness, all the.. all the pains, yes</w:t>
      </w:r>
    </w:p>
    <w:p>
      <w:r>
        <w:t>I saw this, with me..</w:t>
      </w:r>
    </w:p>
    <w:p>
      <w:r>
        <w:t>[...]</w:t>
      </w:r>
    </w:p>
    <w:p>
      <w:r>
        <w:t>{{….., ah, ah, .. .}}, I had a burn fr.. and the pains were very terrible..</w:t>
      </w:r>
    </w:p>
    <w:p>
      <w:r>
        <w:t>..{and...} Immediately I put it into the extract, {and th.. and it was}.. I became well</w:t>
      </w:r>
    </w:p>
    <w:p>
      <w:r>
        <w:t>[All right, now..]…</w:t>
      </w:r>
    </w:p>
    <w:p>
      <w:r>
        <w:t>...I will pay him</w:t>
      </w:r>
    </w:p>
    <w:p>
      <w:r>
        <w:t>[...]…</w:t>
      </w:r>
    </w:p>
    <w:p>
      <w:r>
        <w:t>...{..} I will pay {..} for the fuel, everything, {I …} provide the car th.., the car and the fuel and everything</w:t>
      </w:r>
    </w:p>
    <w:p>
      <w:r>
        <w:t>Only that he bring to me, that he bring me {{….}}, {to….} the hospital…</w:t>
      </w:r>
    </w:p>
    <w:p>
      <w:r>
        <w:t>...Surgery, even if they performed surgery, who knows whether they did not make it worse</w:t>
      </w:r>
    </w:p>
    <w:p>
      <w:r>
        <w:t>But {the….}, but {..} first of all, this will {{extinguish}} all the pains, {{.….}} and he will become healthy…</w:t>
      </w:r>
    </w:p>
    <w:p>
      <w:r>
        <w:t>...{Aharon}, bring some, some driver, I will pay him</w:t>
      </w:r>
    </w:p>
    <w:p>
      <w:r>
        <w:t>[…..]…</w:t>
      </w:r>
    </w:p>
    <w:p>
      <w:r>
        <w:t>...{Fuel}, th.. everything is on me</w:t>
      </w:r>
    </w:p>
    <w:p>
      <w:r>
        <w:t>[You said…….]</w:t>
      </w:r>
    </w:p>
    <w:p>
      <w:r>
        <w:t>[……..]…</w:t>
      </w:r>
    </w:p>
    <w:p>
      <w:r>
        <w:t>...I am one hundred and more, {yes, one hundred and three years} [Until.., until fr.., until one hundred and twenty]</w:t>
      </w:r>
    </w:p>
    <w:p>
      <w:r>
        <w:t>[No.., he is passing, what is one hundred and twenty? ….]</w:t>
      </w:r>
    </w:p>
    <w:p>
      <w:r>
        <w:t>[When is this picture from?]</w:t>
      </w:r>
    </w:p>
    <w:p>
      <w:r>
        <w:t>[Dad, this is my wife]</w:t>
      </w:r>
    </w:p>
    <w:p>
      <w:r>
        <w:t>[Aviva]</w:t>
      </w:r>
    </w:p>
    <w:p>
      <w:r>
        <w:t>[Aviva, Aviva]</w:t>
      </w:r>
    </w:p>
    <w:p>
      <w:r>
        <w:t>[Aviva, Aviva]</w:t>
      </w:r>
    </w:p>
    <w:p>
      <w:r>
        <w:t>{…..}</w:t>
      </w:r>
    </w:p>
    <w:p>
      <w:r>
        <w:t>[Aviva]</w:t>
      </w:r>
    </w:p>
    <w:p>
      <w:r>
        <w:t>[……]</w:t>
      </w:r>
    </w:p>
    <w:p>
      <w:r>
        <w:t>[He does not believe]</w:t>
      </w:r>
    </w:p>
    <w:p>
      <w:r>
        <w:t>[He is happy, he does not believe]</w:t>
      </w:r>
    </w:p>
    <w:p>
      <w:r>
        <w:t>[Do you recognize Aviva?]</w:t>
      </w:r>
    </w:p>
    <w:p>
      <w:r>
        <w:t>{…}</w:t>
      </w:r>
    </w:p>
    <w:p>
      <w:r>
        <w:t>[Do you remember?.., do not recognize, what does recognize mean?..]</w:t>
      </w:r>
    </w:p>
    <w:p>
      <w:r>
        <w:t>[Do you remember?]</w:t>
      </w:r>
    </w:p>
    <w:p>
      <w:r>
        <w:t>I was your matchmaker</w:t>
      </w:r>
    </w:p>
    <w:p>
      <w:r>
        <w:t>[The matchmaker]</w:t>
      </w:r>
    </w:p>
    <w:p>
      <w:r>
        <w:t>And I wa.., and I, now I am one hundred and.., o.. one hundred years old and more</w:t>
      </w:r>
    </w:p>
    <w:p>
      <w:r>
        <w:t>[And more?]</w:t>
      </w:r>
    </w:p>
    <w:p>
      <w:r>
        <w:t>[And more]</w:t>
      </w:r>
    </w:p>
    <w:p>
      <w:r>
        <w:t>[Not yet, soon is the birthday..]</w:t>
      </w:r>
    </w:p>
    <w:p>
      <w:r>
        <w:t>More</w:t>
      </w:r>
    </w:p>
    <w:p>
      <w:r>
        <w:t>[His, on Chanukah, on the first candle of Chanukah]</w:t>
      </w:r>
    </w:p>
    <w:p>
      <w:r>
        <w:t>More, three years</w:t>
      </w:r>
    </w:p>
    <w:p>
      <w:r>
        <w:t>[………..]</w:t>
      </w:r>
    </w:p>
    <w:p>
      <w:r>
        <w:t>[Three years more]</w:t>
      </w:r>
    </w:p>
    <w:p>
      <w:r>
        <w:t>[One hundred and three..]</w:t>
      </w:r>
    </w:p>
    <w:p>
      <w:r>
        <w:t>[One hundred and three soon, one hundred and three….]</w:t>
      </w:r>
    </w:p>
    <w:p>
      <w:r>
        <w:t>[……]</w:t>
      </w:r>
    </w:p>
    <w:p>
      <w:r>
        <w:t>. I do not see you</w:t>
      </w:r>
    </w:p>
    <w:p>
      <w:r>
        <w:t>[……….]</w:t>
      </w:r>
    </w:p>
    <w:p>
      <w:r>
        <w:t>{I in a dream i.., in a dream, ……}, I do not see you</w:t>
      </w:r>
    </w:p>
    <w:p>
      <w:r>
        <w:t>[..He sees you in a dream]</w:t>
      </w:r>
    </w:p>
    <w:p>
      <w:r>
        <w:t>[On the ti.., on the ti.. the last time I saw you, that was eight years ago]</w:t>
      </w:r>
    </w:p>
    <w:p>
      <w:r>
        <w:t>[He…..]</w:t>
      </w:r>
    </w:p>
    <w:p>
      <w:r>
        <w:t>[Eight]</w:t>
      </w:r>
    </w:p>
    <w:p>
      <w:r>
        <w:t>{You.., yes?}</w:t>
      </w:r>
    </w:p>
    <w:p>
      <w:r>
        <w:t>[Eight years, yes]</w:t>
      </w:r>
    </w:p>
    <w:p>
      <w:r>
        <w:t>[……..]</w:t>
      </w:r>
    </w:p>
    <w:p>
      <w:r>
        <w:t>[I do not know……]</w:t>
      </w:r>
    </w:p>
    <w:p>
      <w:r>
        <w:t>[Pinchas, is this aimed?]</w:t>
      </w:r>
    </w:p>
    <w:p>
      <w:r>
        <w:t>[I.. I.. missed you, Dad, I missed you]</w:t>
      </w:r>
    </w:p>
    <w:p>
      <w:r>
        <w:t>[……..]</w:t>
      </w:r>
    </w:p>
    <w:p>
      <w:r>
        <w:t>{…} Which yahrtzeit is today?</w:t>
      </w:r>
    </w:p>
    <w:p>
      <w:r>
        <w:t>[It is open, th..]</w:t>
      </w:r>
    </w:p>
    <w:p>
      <w:r>
        <w:t>[No, no, no, I will show you …., just a moment]</w:t>
      </w:r>
    </w:p>
    <w:p>
      <w:r>
        <w:t>[Come, Yitzchak, come with the light]</w:t>
      </w:r>
    </w:p>
    <w:p>
      <w:r>
        <w:t>[Yes, the….. of the light needs the.. only one place]</w:t>
      </w:r>
    </w:p>
    <w:p>
      <w:r>
        <w:t>What year was I born?</w:t>
      </w:r>
    </w:p>
    <w:p>
      <w:r>
        <w:t>[I was born..]</w:t>
      </w:r>
    </w:p>
    <w:p>
      <w:r>
        <w:t>Know?</w:t>
      </w:r>
    </w:p>
    <w:p>
      <w:r>
        <w:t>[Me?]</w:t>
      </w:r>
    </w:p>
    <w:p>
      <w:r>
        <w:t>[Thirty-four]</w:t>
      </w:r>
    </w:p>
    <w:p>
      <w:r>
        <w:t>{….}</w:t>
      </w:r>
    </w:p>
    <w:p>
      <w:r>
        <w:t>[Thirty-four]</w:t>
      </w:r>
    </w:p>
    <w:p>
      <w:r>
        <w:t>[…]</w:t>
      </w:r>
    </w:p>
    <w:p>
      <w:r>
        <w:t>Ah?</w:t>
      </w:r>
    </w:p>
    <w:p>
      <w:r>
        <w:t>[Dad, Dad, when was he born]</w:t>
      </w:r>
    </w:p>
    <w:p>
      <w:r>
        <w:t>[When were you born?]</w:t>
      </w:r>
    </w:p>
    <w:p>
      <w:r>
        <w:t>I</w:t>
      </w:r>
    </w:p>
    <w:p>
      <w:r>
        <w:t>[I will tell you, …….]..</w:t>
      </w:r>
    </w:p>
    <w:p>
      <w:r>
        <w:t>[No, no, from another side]</w:t>
      </w:r>
    </w:p>
    <w:p>
      <w:r>
        <w:t>[That is it, there is no need for the..]</w:t>
      </w:r>
    </w:p>
    <w:p>
      <w:r>
        <w:t>[No, no, no, …. it needs to be raised a little more, I did this …….. but it is supposed]</w:t>
      </w:r>
    </w:p>
    <w:p>
      <w:r>
        <w:t>[Move the…]</w:t>
      </w:r>
    </w:p>
    <w:p>
      <w:r>
        <w:t>[Dad, this is from Yohanna]</w:t>
      </w:r>
    </w:p>
    <w:p>
      <w:r>
        <w:t>[…..]</w:t>
      </w:r>
    </w:p>
    <w:p>
      <w:r>
        <w:t>Ah?</w:t>
      </w:r>
    </w:p>
    <w:p>
      <w:r>
        <w:t>[This is from Yohanna]</w:t>
      </w:r>
    </w:p>
    <w:p>
      <w:r>
        <w:t>[Now, just a second, we will see immediately]</w:t>
      </w:r>
    </w:p>
    <w:p>
      <w:r>
        <w:t>[Move the…]</w:t>
      </w:r>
    </w:p>
    <w:p>
      <w:r>
        <w:t>[………]</w:t>
      </w:r>
    </w:p>
    <w:p>
      <w:r>
        <w:t>From Yohanna</w:t>
      </w:r>
    </w:p>
    <w:p>
      <w:r>
        <w:t>[Here you want to move..]</w:t>
      </w:r>
    </w:p>
    <w:p>
      <w:r>
        <w:t>And where is Miriam?</w:t>
      </w:r>
    </w:p>
    <w:p>
      <w:r>
        <w:t>[Here is Miriam, I am Miriam]</w:t>
      </w:r>
    </w:p>
    <w:p>
      <w:r>
        <w:t>You are Miriam?</w:t>
      </w:r>
    </w:p>
    <w:p>
      <w:r>
        <w:t>[Miriam, yo, Miriam]</w:t>
      </w:r>
    </w:p>
    <w:p>
      <w:r>
        <w:t>[I am Miriam, “Miriam the prophetess,” what is this]</w:t>
      </w:r>
    </w:p>
    <w:p>
      <w:r>
        <w:t>This, this, this, this..</w:t>
      </w:r>
    </w:p>
    <w:p>
      <w:r>
        <w:t>[This is honey]</w:t>
      </w:r>
    </w:p>
    <w:p>
      <w:r>
        <w:t>Honey</w:t>
      </w:r>
    </w:p>
    <w:p>
      <w:r>
        <w:t>[Honey from Yohanna]</w:t>
      </w:r>
    </w:p>
    <w:p>
      <w:r>
        <w:t>Honey of bees</w:t>
      </w:r>
    </w:p>
    <w:p>
      <w:r>
        <w:t>[This]</w:t>
      </w:r>
    </w:p>
    <w:p>
      <w:r>
        <w:t>[Yes]</w:t>
      </w:r>
    </w:p>
    <w:p>
      <w:r>
        <w:t>[This is real honey…]</w:t>
      </w:r>
    </w:p>
    <w:p>
      <w:r>
        <w:t>[Does not work]</w:t>
      </w:r>
    </w:p>
    <w:p>
      <w:r>
        <w:t>[I, I..]</w:t>
      </w:r>
    </w:p>
    <w:p>
      <w:r>
        <w:t>[You are filming………...…]</w:t>
      </w:r>
    </w:p>
    <w:p>
      <w:r>
        <w:t>Ah</w:t>
      </w:r>
    </w:p>
    <w:p>
      <w:r>
        <w:t>[Just, leave it alone..]</w:t>
      </w:r>
    </w:p>
    <w:p>
      <w:r>
        <w:t>[…, it works, now it worked, why not?]</w:t>
      </w:r>
    </w:p>
    <w:p>
      <w:r>
        <w:t>[Yes, yes]</w:t>
      </w:r>
    </w:p>
    <w:p>
      <w:r>
        <w:t>[Right?]</w:t>
      </w:r>
    </w:p>
    <w:p>
      <w:r>
        <w:t>[……. Bring it to me, I will film………]</w:t>
      </w:r>
    </w:p>
    <w:p>
      <w:r>
        <w:t>[Ah, ……]</w:t>
      </w:r>
    </w:p>
    <w:p>
      <w:r>
        <w:t>You {…..}..</w:t>
      </w:r>
    </w:p>
    <w:p>
      <w:r>
        <w:t>[………]</w:t>
      </w:r>
    </w:p>
    <w:p>
      <w:r>
        <w:t>{…..}</w:t>
      </w:r>
    </w:p>
    <w:p>
      <w:r>
        <w:t>[Yo]</w:t>
      </w:r>
    </w:p>
    <w:p>
      <w:r>
        <w:t>[This is Neta, here it is.., this is honey]</w:t>
      </w:r>
    </w:p>
    <w:p>
      <w:r>
        <w:t>[……]</w:t>
      </w:r>
    </w:p>
    <w:p>
      <w:r>
        <w:t>The wife of ah..</w:t>
      </w:r>
    </w:p>
    <w:p>
      <w:r>
        <w:t>[Yes]</w:t>
      </w:r>
    </w:p>
    <w:p>
      <w:r>
        <w:t>[…….]</w:t>
      </w:r>
    </w:p>
    <w:p>
      <w:r>
        <w:t>[I am Uri’s wife, all right]</w:t>
      </w:r>
    </w:p>
    <w:p>
      <w:r>
        <w:t>Yes, the wife of my Rebbe</w:t>
      </w:r>
    </w:p>
    <w:p>
      <w:r>
        <w:t>[..]</w:t>
      </w:r>
    </w:p>
    <w:p>
      <w:r>
        <w:t>[I heard that you went to the Rebbe.. to the Rebbe]</w:t>
      </w:r>
    </w:p>
    <w:p>
      <w:r>
        <w:t>[In Uman, in Uman]</w:t>
      </w:r>
    </w:p>
    <w:p>
      <w:r>
        <w:t>[In Uman, in Uman]</w:t>
      </w:r>
    </w:p>
    <w:p>
      <w:r>
        <w:t>Ah, {..}, Weizman is the Rebbe</w:t>
      </w:r>
    </w:p>
    <w:p>
      <w:r>
        <w:t>[Yes, to Weizman, th.., I heard..]</w:t>
      </w:r>
    </w:p>
    <w:p>
      <w:r>
        <w:t>Were all</w:t>
      </w:r>
    </w:p>
    <w:p>
      <w:r>
        <w:t>[Yes …..]</w:t>
      </w:r>
    </w:p>
    <w:p>
      <w:r>
        <w:t>They invited me</w:t>
      </w:r>
    </w:p>
    <w:p>
      <w:r>
        <w:t>[They invited you?]</w:t>
      </w:r>
    </w:p>
    <w:p>
      <w:r>
        <w:t>I did not go, they invited me, they came every time to her.., to them</w:t>
      </w:r>
    </w:p>
    <w:p>
      <w:r>
        <w:t>[Yes]</w:t>
      </w:r>
    </w:p>
    <w:p>
      <w:r>
        <w:t>I have a permit, without any invitation</w:t>
      </w:r>
    </w:p>
    <w:p>
      <w:r>
        <w:t>[Without any invitation, to go..]</w:t>
      </w:r>
    </w:p>
    <w:p>
      <w:r>
        <w:t>{….}</w:t>
      </w:r>
    </w:p>
    <w:p>
      <w:r>
        <w:t>[To go..]</w:t>
      </w:r>
    </w:p>
    <w:p>
      <w:r>
        <w:t>{Can go at any time}</w:t>
      </w:r>
    </w:p>
    <w:p>
      <w:r>
        <w:t>[Whenever you want]</w:t>
      </w:r>
    </w:p>
    <w:p>
      <w:r>
        <w:t>[..To the president, yes?]</w:t>
      </w:r>
    </w:p>
    <w:p>
      <w:r>
        <w:t>[……..]</w:t>
      </w:r>
    </w:p>
    <w:p>
      <w:r>
        <w:t>[..Yo]</w:t>
      </w:r>
    </w:p>
    <w:p>
      <w:r>
        <w:t>[Here..]</w:t>
      </w:r>
    </w:p>
    <w:p>
      <w:r>
        <w:t>[This is aimed]</w:t>
      </w:r>
    </w:p>
    <w:p>
      <w:r>
        <w:t>[No, no, there everything is aimed]</w:t>
      </w:r>
    </w:p>
    <w:p>
      <w:r>
        <w:t>[Also, also, also the….. is aimed]</w:t>
      </w:r>
    </w:p>
    <w:p>
      <w:r>
        <w:t>{…}, have the elections already taken place?</w:t>
      </w:r>
    </w:p>
    <w:p>
      <w:r>
        <w:t>[Yes, the elections have already taken place]</w:t>
      </w:r>
    </w:p>
    <w:p>
      <w:r>
        <w:t>And how? Ah, who is th.., who is the president?</w:t>
      </w:r>
    </w:p>
    <w:p>
      <w:r>
        <w:t>[The president is Ezer Weizman]</w:t>
      </w:r>
    </w:p>
    <w:p>
      <w:r>
        <w:t>Ah?</w:t>
      </w:r>
    </w:p>
    <w:p>
      <w:r>
        <w:t>[Ezer Weizman]</w:t>
      </w:r>
    </w:p>
    <w:p>
      <w:r>
        <w:t>[Weizman]</w:t>
      </w:r>
    </w:p>
    <w:p>
      <w:r>
        <w:t>[Weizman]</w:t>
      </w:r>
    </w:p>
    <w:p>
      <w:r>
        <w:t>Yes?</w:t>
      </w:r>
    </w:p>
    <w:p>
      <w:r>
        <w:t>[Yes, there was]</w:t>
      </w:r>
    </w:p>
    <w:p>
      <w:r>
        <w:t>[There was, there were elections]</w:t>
      </w:r>
    </w:p>
    <w:p>
      <w:r>
        <w:t>There was..</w:t>
      </w:r>
    </w:p>
    <w:p>
      <w:r>
        <w:t>[He was elected]</w:t>
      </w:r>
    </w:p>
    <w:p>
      <w:r>
        <w:t>{And he} remained</w:t>
      </w:r>
    </w:p>
    <w:p>
      <w:r>
        <w:t>[He was elected, yes]</w:t>
      </w:r>
    </w:p>
    <w:p>
      <w:r>
        <w:t>[In New York also elected, ah.. the mayor in New York will now be, ah..] [A Jew]</w:t>
      </w:r>
    </w:p>
    <w:p>
      <w:r>
        <w:t>[A Jew.., ah, not a Jew]</w:t>
      </w:r>
    </w:p>
    <w:p>
      <w:r>
        <w:t>[Not a Jew]</w:t>
      </w:r>
    </w:p>
    <w:p>
      <w:r>
        <w:t>[Ah, loves Jews]</w:t>
      </w:r>
    </w:p>
    <w:p>
      <w:r>
        <w:t>[Loves Jews, yes, yes]</w:t>
      </w:r>
    </w:p>
    <w:p>
      <w:r>
        <w:t>{Yes}</w:t>
      </w:r>
    </w:p>
    <w:p>
      <w:r>
        <w:t>[Yes.. he is Italian, he, ah.. Giuliani, Giuliani]</w:t>
      </w:r>
    </w:p>
    <w:p>
      <w:r>
        <w:t>[Yes, according to the name..]</w:t>
      </w:r>
    </w:p>
    <w:p>
      <w:r>
        <w:t>[…………]</w:t>
      </w:r>
    </w:p>
    <w:p>
      <w:r>
        <w:t>[…………]</w:t>
      </w:r>
    </w:p>
    <w:p>
      <w:r>
        <w:t>Who is the..?</w:t>
      </w:r>
    </w:p>
    <w:p>
      <w:r>
        <w:t>[Hop, hop..]</w:t>
      </w:r>
    </w:p>
    <w:p>
      <w:r>
        <w:t>[Do you recognize this? Who is this young man?]</w:t>
      </w:r>
    </w:p>
    <w:p>
      <w:r>
        <w:t>Who is this?</w:t>
      </w:r>
    </w:p>
    <w:p>
      <w:r>
        <w:t>[Who is this young man? Who is this?]</w:t>
      </w:r>
    </w:p>
    <w:p>
      <w:r>
        <w:t>Who is this?</w:t>
      </w:r>
    </w:p>
    <w:p>
      <w:r>
        <w:t>[Yes, who is this?]</w:t>
      </w:r>
    </w:p>
    <w:p>
      <w:r>
        <w:t>This..</w:t>
      </w:r>
    </w:p>
    <w:p>
      <w:r>
        <w:t>[….]</w:t>
      </w:r>
    </w:p>
    <w:p>
      <w:r>
        <w:t>Is this Ezer Weizman?..</w:t>
      </w:r>
    </w:p>
    <w:p>
      <w:r>
        <w:t>[He wants a new car, he wants a new car, Dad]</w:t>
      </w:r>
    </w:p>
    <w:p>
      <w:r>
        <w:t>[He wants to buy you a car]</w:t>
      </w:r>
    </w:p>
    <w:p>
      <w:r>
        <w:t>[Give him, give him immediately]</w:t>
      </w:r>
    </w:p>
    <w:p>
      <w:r>
        <w:t>I, I have a permit..</w:t>
      </w:r>
    </w:p>
    <w:p>
      <w:r>
        <w:t>[Nu]</w:t>
      </w:r>
    </w:p>
    <w:p>
      <w:r>
        <w:t>To come at any.., at any time that I want</w:t>
      </w:r>
    </w:p>
    <w:p>
      <w:r>
        <w:t>[To the president, to the president]</w:t>
      </w:r>
    </w:p>
    <w:p>
      <w:r>
        <w:t>{I have}.., I can enter</w:t>
      </w:r>
    </w:p>
    <w:p>
      <w:r>
        <w:t>[Ah, ah, beautiful, beautiful]</w:t>
      </w:r>
    </w:p>
    <w:p>
      <w:r>
        <w:t>No invitation is needed</w:t>
      </w:r>
    </w:p>
    <w:p>
      <w:r>
        <w:t>[No invitation is needed]</w:t>
      </w:r>
    </w:p>
    <w:p>
      <w:r>
        <w:t>[………..]</w:t>
      </w:r>
    </w:p>
    <w:p>
      <w:r>
        <w:t>[………..]</w:t>
      </w:r>
    </w:p>
    <w:p>
      <w:r>
        <w:t>{….} The president, ah.. ah.. what.. the president {my friend}</w:t>
      </w:r>
    </w:p>
    <w:p>
      <w:r>
        <w:t>[Yes]</w:t>
      </w:r>
    </w:p>
    <w:p>
      <w:r>
        <w:t>My friend</w:t>
      </w:r>
    </w:p>
    <w:p>
      <w:r>
        <w:t>[Yes]</w:t>
      </w:r>
    </w:p>
    <w:p>
      <w:r>
        <w:t>Who is this? {….} Ah?</w:t>
      </w:r>
    </w:p>
    <w:p>
      <w:r>
        <w:t>[Weizman]</w:t>
      </w:r>
    </w:p>
    <w:p>
      <w:r>
        <w:t>[But what.., how do you get there? How do you get to Wei..,? To Weizman? How do you get to him?]</w:t>
      </w:r>
    </w:p>
    <w:p>
      <w:r>
        <w:t>{No..}</w:t>
      </w:r>
    </w:p>
    <w:p>
      <w:r>
        <w:t>[How do you get to him?]</w:t>
      </w:r>
    </w:p>
    <w:p>
      <w:r>
        <w:t>The president {of mine}</w:t>
      </w:r>
    </w:p>
    <w:p>
      <w:r>
        <w:t>[Yes]</w:t>
      </w:r>
    </w:p>
    <w:p>
      <w:r>
        <w:t>Ah..</w:t>
      </w:r>
    </w:p>
    <w:p>
      <w:r>
        <w:t>[Yes, how do you know him? How did you become acquainted?]</w:t>
      </w:r>
    </w:p>
    <w:p>
      <w:r>
        <w:t>My president</w:t>
      </w:r>
    </w:p>
    <w:p>
      <w:r>
        <w:t>[Yes]</w:t>
      </w:r>
    </w:p>
    <w:p>
      <w:r>
        <w:t>{…..}, here, which president is he? Which president?</w:t>
      </w:r>
    </w:p>
    <w:p>
      <w:r>
        <w:t>[Ezer Weizman]</w:t>
      </w:r>
    </w:p>
    <w:p>
      <w:r>
        <w:t>[No, you mean Shazar..]</w:t>
      </w:r>
    </w:p>
    <w:p>
      <w:r>
        <w:t>Ah.. ah..</w:t>
      </w:r>
    </w:p>
    <w:p>
      <w:r>
        <w:t>[Shazar]</w:t>
      </w:r>
    </w:p>
    <w:p>
      <w:r>
        <w:t>{.. … Shazar}</w:t>
      </w:r>
    </w:p>
    <w:p>
      <w:r>
        <w:t>[Zalman Shazar]</w:t>
      </w:r>
    </w:p>
    <w:p>
      <w:r>
        <w:t>Shazar, he {brought close}..</w:t>
      </w:r>
    </w:p>
    <w:p>
      <w:r>
        <w:t>[He brought you close..]</w:t>
      </w:r>
    </w:p>
    <w:p>
      <w:r>
        <w:t>{…………..}</w:t>
      </w:r>
    </w:p>
    <w:p>
      <w:r>
        <w:t>He told them that he.., “I have one friend”</w:t>
      </w:r>
    </w:p>
    <w:p>
      <w:r>
        <w:t>[“I have one friend”]</w:t>
      </w:r>
    </w:p>
    <w:p>
      <w:r>
        <w:t>{….}, ah.. ah.. ah.. what is his name?</w:t>
      </w:r>
    </w:p>
    <w:p>
      <w:r>
        <w:t>[Of all the people he has one friend]</w:t>
      </w:r>
    </w:p>
    <w:p>
      <w:r>
        <w:t>Ah, yo, of all the friends he has only one friend</w:t>
      </w:r>
    </w:p>
    <w:p>
      <w:r>
        <w:t>[One, that is you]</w:t>
      </w:r>
    </w:p>
    <w:p>
      <w:r>
        <w:t>{…}, what is my name? Yisroel Ber Odesser, {….}</w:t>
      </w:r>
    </w:p>
    <w:p>
      <w:r>
        <w:t>[……]</w:t>
      </w:r>
    </w:p>
    <w:p>
      <w:r>
        <w:t>[He, he, he introduced he, he, he.., he introduced you to Weizman</w:t>
      </w:r>
    </w:p>
    <w:p>
      <w:r>
        <w:t>He introduced you to Weizman, Zalman Shazar introduced you..]</w:t>
      </w:r>
    </w:p>
    <w:p>
      <w:r>
        <w:t>[…………….]</w:t>
      </w:r>
    </w:p>
    <w:p>
      <w:r>
        <w:t>[…………….]</w:t>
      </w:r>
    </w:p>
    <w:p>
      <w:r>
        <w:t>{Yes, he introduced me to the entire Knesset}</w:t>
      </w:r>
    </w:p>
    <w:p>
      <w:r>
        <w:t>[Yes, yes]</w:t>
      </w:r>
    </w:p>
    <w:p>
      <w:r>
        <w:t>And he.., he is my friend, {….} I am his most ch.., most, most distinguished friend</w:t>
      </w:r>
    </w:p>
    <w:p>
      <w:r>
        <w:t>[His most chosen one]</w:t>
      </w:r>
    </w:p>
    <w:p>
      <w:r>
        <w:t>{Yes}</w:t>
      </w:r>
    </w:p>
    <w:p>
      <w:r>
        <w:t>[Nu, see how happy he is]</w:t>
      </w:r>
    </w:p>
    <w:p>
      <w:r>
        <w:t>[He does not stop laughing]</w:t>
      </w:r>
    </w:p>
    <w:p>
      <w:r>
        <w:t>When people want to come to me, an invitation is needed..</w:t>
      </w:r>
    </w:p>
    <w:p>
      <w:r>
        <w:t>Not every time you want, an invitation is needed</w:t>
      </w:r>
    </w:p>
    <w:p>
      <w:r>
        <w:t>[I have.., I have.., Abba, I have fr.., I have the note from you, I have the note from you</w:t>
      </w:r>
    </w:p>
    <w:p>
      <w:r>
        <w:t>I have the note of “Na Na.. Na ch man from Uman”..]</w:t>
      </w:r>
    </w:p>
    <w:p>
      <w:r>
        <w:t>{...}</w:t>
      </w:r>
    </w:p>
    <w:p>
      <w:r>
        <w:t>[You know th.. th.. note..]</w:t>
      </w:r>
    </w:p>
    <w:p>
      <w:r>
        <w:t>He said to the entire Knesset, he {..} held me li.., like this, he said:</w:t>
      </w:r>
    </w:p>
    <w:p>
      <w:r>
        <w:t>[Amulet, the amulet]</w:t>
      </w:r>
    </w:p>
    <w:p>
      <w:r>
        <w:t>[The amulet, the amulet]</w:t>
      </w:r>
    </w:p>
    <w:p>
      <w:r>
        <w:t>I th..</w:t>
      </w:r>
    </w:p>
    <w:p>
      <w:r>
        <w:t>[I have the amulet..]</w:t>
      </w:r>
    </w:p>
    <w:p>
      <w:r>
        <w:t>He has, ah.. ah.. I have a friend, friends friends, and I am his most distinguished friend..</w:t>
      </w:r>
    </w:p>
    <w:p>
      <w:r>
        <w:t>[..His most chosen one]</w:t>
      </w:r>
    </w:p>
    <w:p>
      <w:r>
        <w:t>Yisroel Ber Odesser</w:t>
      </w:r>
    </w:p>
    <w:p>
      <w:r>
        <w:t>[………………..]</w:t>
      </w:r>
    </w:p>
    <w:p>
      <w:r>
        <w:t>[………………..]</w:t>
      </w:r>
    </w:p>
    <w:p>
      <w:r>
        <w:t>He.., the president’s wife wanted to divorce:</w:t>
      </w:r>
    </w:p>
    <w:p>
      <w:r>
        <w:t>“What sort of friend does he have? What is this? Is this a president?.. I want to divorce, I do not.. {...} the president</w:t>
      </w:r>
    </w:p>
    <w:p>
      <w:r>
        <w:t>[……..…………]</w:t>
      </w:r>
    </w:p>
    <w:p>
      <w:r>
        <w:t>[………………..]</w:t>
      </w:r>
    </w:p>
    <w:p>
      <w:r>
        <w:t>“{My friend}, what sort of friend does he have?”</w:t>
      </w:r>
    </w:p>
    <w:p>
      <w:r>
        <w:t>[What, what? What sort of..?]</w:t>
      </w:r>
    </w:p>
    <w:p>
      <w:r>
        <w:t>[He says th.. the president’s wife wanted to divorce him</w:t>
      </w:r>
    </w:p>
    <w:p>
      <w:r>
        <w:t>She says: “What sort of friend does he have? What is this?”]</w:t>
      </w:r>
    </w:p>
    <w:p>
      <w:r>
        <w:t>[……..]</w:t>
      </w:r>
    </w:p>
    <w:p>
      <w:r>
        <w:t>[Abba, I want to take a picture, all right?]</w:t>
      </w:r>
    </w:p>
    <w:p>
      <w:r>
        <w:t>[Want to photograph you]</w:t>
      </w:r>
    </w:p>
    <w:p>
      <w:r>
        <w:t>[………….]</w:t>
      </w:r>
    </w:p>
    <w:p>
      <w:r>
        <w:t>{……….} Shazar, {…….}</w:t>
      </w:r>
    </w:p>
    <w:p>
      <w:r>
        <w:t>[……………….]</w:t>
      </w:r>
    </w:p>
    <w:p>
      <w:r>
        <w:t>[………..……..]</w:t>
      </w:r>
    </w:p>
    <w:p>
      <w:r>
        <w:t>But his wife wanted to divorce</w:t>
      </w:r>
    </w:p>
    <w:p>
      <w:r>
        <w:t>“What sort of friends does he have? What sort of friend? He has a friend Odesser? I want to divorce”</w:t>
      </w:r>
    </w:p>
    <w:p>
      <w:r>
        <w:t>[…………..]</w:t>
      </w:r>
    </w:p>
    <w:p>
      <w:r>
        <w:t>[…………..]</w:t>
      </w:r>
    </w:p>
    <w:p>
      <w:r>
        <w:t>[Abba, I want to take a picture with you, all right?]</w:t>
      </w:r>
    </w:p>
    <w:p>
      <w:r>
        <w:t>[Here, ….., Abba]</w:t>
      </w:r>
    </w:p>
    <w:p>
      <w:r>
        <w:t>[…….]</w:t>
      </w:r>
    </w:p>
    <w:p>
      <w:r>
        <w:t>[Look at Miriam]</w:t>
      </w:r>
    </w:p>
    <w:p>
      <w:r>
        <w:t>[Look at Miriam]</w:t>
      </w:r>
    </w:p>
    <w:p>
      <w:r>
        <w:t>[We are taking a picture, Abba]</w:t>
      </w:r>
    </w:p>
    <w:p>
      <w:r>
        <w:t>..She wanted to divorce</w:t>
      </w:r>
    </w:p>
    <w:p>
      <w:r>
        <w:t>[Yes]</w:t>
      </w:r>
    </w:p>
    <w:p>
      <w:r>
        <w:t>[……]“Do not be afraid”[………………………….][………………………….][Nu, Pinchas, he arrived, ah…..] [Here, I brought him……….][……]“Do not be afraid”[………………………….][………………………….][Nu, Pinchas, he arrived, ah…..] [Here, I brought him……….]Then he said to her: “I will give you a get whenever you want..”</w:t>
      </w:r>
    </w:p>
    <w:p>
      <w:r>
        <w:t>[……]</w:t>
      </w:r>
    </w:p>
    <w:p>
      <w:r>
        <w:t>“Do not be afraid”</w:t>
      </w:r>
    </w:p>
    <w:p>
      <w:r>
        <w:t>[………………………….]</w:t>
      </w:r>
    </w:p>
    <w:p>
      <w:r>
        <w:t>[………………………….]</w:t>
      </w:r>
    </w:p>
    <w:p>
      <w:r>
        <w:t>[Nu, Pinchas, he arrived, ah…..] [Here, I brought him……….]</w:t>
      </w:r>
    </w:p>
    <w:p>
      <w:r>
        <w:t>[……]</w:t>
      </w:r>
    </w:p>
    <w:p>
      <w:r>
        <w:t>“Do not be afraid”</w:t>
      </w:r>
    </w:p>
    <w:p>
      <w:r>
        <w:t>[………………………….]</w:t>
      </w:r>
    </w:p>
    <w:p>
      <w:r>
        <w:t>[………………………….]</w:t>
      </w:r>
    </w:p>
    <w:p>
      <w:r>
        <w:t>[Nu, Pinchas, he arrived, ah…..] [Here, I brought him……….]</w:t>
      </w:r>
    </w:p>
    <w:p>
      <w:r>
        <w:t>{……….}, an invitation, to come to me</w:t>
      </w:r>
    </w:p>
    <w:p>
      <w:r>
        <w:t>[Yes, yes, but your children are allowed to come without an invitation]</w:t>
      </w:r>
    </w:p>
    <w:p>
      <w:r>
        <w:t>{Cannot arrive}, only an invitation</w:t>
      </w:r>
    </w:p>
    <w:p>
      <w:r>
        <w:t>[……………………………]</w:t>
      </w:r>
    </w:p>
    <w:p>
      <w:r>
        <w:t>[……………………...……]</w:t>
      </w:r>
    </w:p>
    <w:p>
      <w:r>
        <w:t>{…………………………...Pinchas}</w:t>
      </w:r>
    </w:p>
    <w:p>
      <w:r>
        <w:t>[………………….]</w:t>
      </w:r>
    </w:p>
    <w:p>
      <w:r>
        <w:t>[………………….]</w:t>
      </w:r>
    </w:p>
    <w:p>
      <w:r>
        <w:t>{…………………..}</w:t>
      </w:r>
    </w:p>
    <w:p>
      <w:r>
        <w:t>[……………………………………………………………………………..] [……………………………………………………………………………..] {……}</w:t>
      </w:r>
    </w:p>
    <w:p>
      <w:r>
        <w:t>[What?]</w:t>
      </w:r>
    </w:p>
    <w:p>
      <w:r>
        <w:t>{…..} my yahrzeit</w:t>
      </w:r>
    </w:p>
    <w:p>
      <w:r>
        <w:t>[No, first of all, until one hundred and twenty, Abba</w:t>
      </w:r>
    </w:p>
    <w:p>
      <w:r>
        <w:t>He keeps asking about his yahrzeit</w:t>
      </w:r>
    </w:p>
    <w:p>
      <w:r>
        <w:t>Until one hundred and twenty, you once said, one hundred and twenty is soon….</w:t>
      </w:r>
    </w:p>
    <w:p>
      <w:r>
        <w:t>…. You wanted to see the sons…..]</w:t>
      </w:r>
    </w:p>
    <w:p>
      <w:r>
        <w:t>{….. One hundred and twenty also, today I want … one hundred and thirty}</w:t>
      </w:r>
    </w:p>
    <w:p>
      <w:r>
        <w:t>[…]</w:t>
      </w:r>
    </w:p>
    <w:p>
      <w:r>
        <w:t>[One hundred and thirty]</w:t>
      </w:r>
    </w:p>
    <w:p>
      <w:r>
        <w:t>[………………………………….……………]</w:t>
      </w:r>
    </w:p>
    <w:p>
      <w:r>
        <w:t>{………………………………………………}</w:t>
      </w:r>
    </w:p>
    <w:p>
      <w:r>
        <w:t>[…………………………………………..…..]…</w:t>
      </w:r>
    </w:p>
    <w:p>
      <w:pPr>
        <w:pStyle w:val="Heading2"/>
      </w:pPr>
      <w:r>
        <w:t>Side B (Bais)</w:t>
      </w:r>
    </w:p>
    <w:p>
      <w:r>
        <w:t>...[..Ask him, ask him?..]</w:t>
      </w:r>
    </w:p>
    <w:p>
      <w:r>
        <w:t>[……]</w:t>
      </w:r>
    </w:p>
    <w:p>
      <w:r>
        <w:t>He is a great expert, but, ah.. I, ah.. {agreed\remembered..}</w:t>
      </w:r>
    </w:p>
    <w:p>
      <w:r>
        <w:t>[The gap in the mouth…..]</w:t>
      </w:r>
    </w:p>
    <w:p>
      <w:r>
        <w:t>[This is supposed to be something big..]</w:t>
      </w:r>
    </w:p>
    <w:p>
      <w:r>
        <w:t>[Yes, yes, yes, one can see, one can see, one can see]</w:t>
      </w:r>
    </w:p>
    <w:p>
      <w:r>
        <w:t>[…….]</w:t>
      </w:r>
    </w:p>
    <w:p>
      <w:r>
        <w:t>[Why.., this is old, old, tell him the bone.. the bone, ah.. how do you say? The bone, ah..]</w:t>
      </w:r>
    </w:p>
    <w:p>
      <w:r>
        <w:t>[…]</w:t>
      </w:r>
    </w:p>
    <w:p>
      <w:r>
        <w:t>[How do you say, “the bone contracted”? The bone, your bone..]</w:t>
      </w:r>
    </w:p>
    <w:p>
      <w:r>
        <w:t>[…]</w:t>
      </w:r>
    </w:p>
    <w:p>
      <w:r>
        <w:t>[The bones, there are, there are, ah.. contractions, contraction, contraction, Rabbainu.. bring me]</w:t>
      </w:r>
    </w:p>
    <w:p>
      <w:r>
        <w:t>Does he not need light anymore?</w:t>
      </w:r>
    </w:p>
    <w:p>
      <w:r>
        <w:t>[No, no, no]</w:t>
      </w:r>
    </w:p>
    <w:p>
      <w:r>
        <w:t>[No, no..]</w:t>
      </w:r>
    </w:p>
    <w:p>
      <w:r>
        <w:t>[Only ……. only to add, t.., only to add a little material, to add a little</w:t>
      </w:r>
    </w:p>
    <w:p>
      <w:r>
        <w:t>To add, to adds a little material so that it will hold well in the mouth, that is what..]</w:t>
      </w:r>
    </w:p>
    <w:p>
      <w:r>
        <w:t>What, what, what, what.., but..</w:t>
      </w:r>
    </w:p>
    <w:p>
      <w:r>
        <w:t>[{The plate} like this..]</w:t>
      </w:r>
    </w:p>
    <w:p>
      <w:r>
        <w:t>[Yes, exactly, exactly, {not small], …..]</w:t>
      </w:r>
    </w:p>
    <w:p>
      <w:r>
        <w:t>[….]</w:t>
      </w:r>
    </w:p>
    <w:p>
      <w:r>
        <w:t>[I check]</w:t>
      </w:r>
    </w:p>
    <w:p>
      <w:r>
        <w:t>{Good, ….}</w:t>
      </w:r>
    </w:p>
    <w:p>
      <w:r>
        <w:t>[Open wide]</w:t>
      </w:r>
    </w:p>
    <w:p>
      <w:r>
        <w:t>{…..}</w:t>
      </w:r>
    </w:p>
    <w:p>
      <w:r>
        <w:t>[….]</w:t>
      </w:r>
    </w:p>
    <w:p>
      <w:r>
        <w:t>[He has ….. very good ones..]</w:t>
      </w:r>
    </w:p>
    <w:p>
      <w:r>
        <w:t>[Does this really go inside?]</w:t>
      </w:r>
    </w:p>
    <w:p>
      <w:r>
        <w:t>[No, no, it is not inside]</w:t>
      </w:r>
    </w:p>
    <w:p>
      <w:r>
        <w:t>[….]</w:t>
      </w:r>
    </w:p>
    <w:p>
      <w:r>
        <w:t>[……, I will prepare..]</w:t>
      </w:r>
    </w:p>
    <w:p>
      <w:r>
        <w:t>[Well done]</w:t>
      </w:r>
    </w:p>
    <w:p>
      <w:r>
        <w:t>[…..]</w:t>
      </w:r>
    </w:p>
    <w:p>
      <w:r>
        <w:t>[Take]</w:t>
      </w:r>
    </w:p>
    <w:p>
      <w:r>
        <w:t>[…..]</w:t>
      </w:r>
    </w:p>
    <w:p>
      <w:r>
        <w:t>[“Go explain to him”]</w:t>
      </w:r>
    </w:p>
    <w:p>
      <w:r>
        <w:t>[Look, exactly, look, look, …… what is this called? Divine providence</w:t>
      </w:r>
    </w:p>
    <w:p>
      <w:r>
        <w:t>We are missing exactly this, we found it.. what divine providence, divine providence, we are missing..]</w:t>
      </w:r>
    </w:p>
    <w:p>
      <w:r>
        <w:t>[….]</w:t>
      </w:r>
    </w:p>
    <w:p>
      <w:r>
        <w:t>[We are missing exactly… we found..]</w:t>
      </w:r>
    </w:p>
    <w:p>
      <w:r>
        <w:t>[This is exactly what we wanted, ah]</w:t>
      </w:r>
    </w:p>
    <w:p>
      <w:r>
        <w:t>[..We are missing this, private attainment, divine providence]</w:t>
      </w:r>
    </w:p>
    <w:p>
      <w:r>
        <w:t>[{I am finished}]</w:t>
      </w:r>
    </w:p>
    <w:p>
      <w:r>
        <w:t>He said th..]</w:t>
      </w:r>
    </w:p>
    <w:p>
      <w:r>
        <w:t>[This is “madness”]</w:t>
      </w:r>
    </w:p>
    <w:p>
      <w:r>
        <w:t>[He.., they were missing such a thing, in order to do their work..]</w:t>
      </w:r>
    </w:p>
    <w:p>
      <w:r>
        <w:t>[We found the same thing..]</w:t>
      </w:r>
    </w:p>
    <w:p>
      <w:r>
        <w:t>[And they found it right on the table, he said that it is providence]</w:t>
      </w:r>
    </w:p>
    <w:p>
      <w:r>
        <w:t>[Divine providence]</w:t>
      </w:r>
    </w:p>
    <w:p>
      <w:r>
        <w:t>They found</w:t>
      </w:r>
    </w:p>
    <w:p>
      <w:r>
        <w:t>[Yes, Divine providence, Divine providence.. I want now to do for you]</w:t>
      </w:r>
    </w:p>
    <w:p>
      <w:r>
        <w:t>{…. thank God}</w:t>
      </w:r>
    </w:p>
    <w:p>
      <w:r>
        <w:t>[…………]</w:t>
      </w:r>
    </w:p>
    <w:p>
      <w:r>
        <w:t>[…………]</w:t>
      </w:r>
    </w:p>
    <w:p>
      <w:r>
        <w:t>[…….. you only turn it back]</w:t>
      </w:r>
    </w:p>
    <w:p>
      <w:r>
        <w:t>[Exactly]..</w:t>
      </w:r>
    </w:p>
    <w:p>
      <w:r>
        <w:t>[…. he asked him]</w:t>
      </w:r>
    </w:p>
    <w:p>
      <w:r>
        <w:t>[Yes, yes, I, I ….]</w:t>
      </w:r>
    </w:p>
    <w:p>
      <w:r>
        <w:t>[………...……..]</w:t>
      </w:r>
    </w:p>
    <w:p>
      <w:r>
        <w:t>[………….…….]</w:t>
      </w:r>
    </w:p>
    <w:p>
      <w:r>
        <w:t>[..this is a good connection]</w:t>
      </w:r>
    </w:p>
    <w:p>
      <w:r>
        <w:t>[……]</w:t>
      </w:r>
    </w:p>
    <w:p>
      <w:r>
        <w:t>[……………]</w:t>
      </w:r>
    </w:p>
    <w:p>
      <w:r>
        <w:t>[Now what does she do?]</w:t>
      </w:r>
    </w:p>
    <w:p>
      <w:r>
        <w:t>[…….]</w:t>
      </w:r>
    </w:p>
    <w:p>
      <w:r>
        <w:t>[And her husband, what does he do?]</w:t>
      </w:r>
    </w:p>
    <w:p>
      <w:r>
        <w:t>[Her husband is a Torah scholar]</w:t>
      </w:r>
    </w:p>
    <w:p>
      <w:r>
        <w:t>[…]</w:t>
      </w:r>
    </w:p>
    <w:p>
      <w:r>
        <w:t>[A Torah scholar]</w:t>
      </w:r>
    </w:p>
    <w:p>
      <w:r>
        <w:t>[..]</w:t>
      </w:r>
    </w:p>
    <w:p>
      <w:r>
        <w:t>[He makes books…….]</w:t>
      </w:r>
    </w:p>
    <w:p>
      <w:r>
        <w:t>[………………]</w:t>
      </w:r>
    </w:p>
    <w:p>
      <w:r>
        <w:t>[……….……..]</w:t>
      </w:r>
    </w:p>
    <w:p>
      <w:r>
        <w:t>[..I know him, I know him]</w:t>
      </w:r>
    </w:p>
    <w:p>
      <w:r>
        <w:t>[……………….]</w:t>
      </w:r>
    </w:p>
    <w:p>
      <w:r>
        <w:t>[Makor]</w:t>
      </w:r>
    </w:p>
    <w:p>
      <w:r>
        <w:t>[He is from Makor]</w:t>
      </w:r>
    </w:p>
    <w:p>
      <w:r>
        <w:t>[Makor Ha..]</w:t>
      </w:r>
    </w:p>
    <w:p>
      <w:r>
        <w:t>[………….]</w:t>
      </w:r>
    </w:p>
    <w:p>
      <w:r>
        <w:t>[………………..]</w:t>
      </w:r>
    </w:p>
    <w:p>
      <w:r>
        <w:t>[That is true, we dentists do not have much……….]</w:t>
      </w:r>
    </w:p>
    <w:p>
      <w:r>
        <w:t>[This is a continuation of……..]</w:t>
      </w:r>
    </w:p>
    <w:p>
      <w:r>
        <w:t>[……….…………]</w:t>
      </w:r>
    </w:p>
    <w:p>
      <w:r>
        <w:t>[………………….]</w:t>
      </w:r>
    </w:p>
    <w:p>
      <w:r>
        <w:t>[The intensity needs to be increased] [You see..]</w:t>
      </w:r>
    </w:p>
    <w:p>
      <w:r>
        <w:t>[………..……………]</w:t>
      </w:r>
    </w:p>
    <w:p>
      <w:r>
        <w:t>[.…….…...…………]</w:t>
      </w:r>
    </w:p>
    <w:p>
      <w:r>
        <w:t>{Take this, …., give this to Menachem}</w:t>
      </w:r>
    </w:p>
    <w:p>
      <w:r>
        <w:t>[We did not finish doing everything]</w:t>
      </w:r>
    </w:p>
    <w:p>
      <w:r>
        <w:t>[..……..………………] [.………………………]</w:t>
      </w:r>
    </w:p>
    <w:p>
      <w:r>
        <w:t>[You put a little on it for him]</w:t>
      </w:r>
    </w:p>
    <w:p>
      <w:r>
        <w:t>[…………..]</w:t>
      </w:r>
    </w:p>
    <w:p>
      <w:r>
        <w:t>{He fell, he fell}</w:t>
      </w:r>
    </w:p>
    <w:p>
      <w:r>
        <w:t>[……..]</w:t>
      </w:r>
    </w:p>
    <w:p>
      <w:r>
        <w:t>[You can see that it was made by a great man]</w:t>
      </w:r>
    </w:p>
    <w:p>
      <w:r>
        <w:t>[………………………]</w:t>
      </w:r>
    </w:p>
    <w:p>
      <w:r>
        <w:t>[…………….………..] uh</w:t>
      </w:r>
    </w:p>
    <w:p>
      <w:r>
        <w:t>[Do you have gauze and cotton wool? Do you have gauze and cotton wool?]</w:t>
      </w:r>
    </w:p>
    <w:p>
      <w:r>
        <w:t>[……]</w:t>
      </w:r>
    </w:p>
    <w:p>
      <w:r>
        <w:t>[Do you have gauze and cotton wool?]</w:t>
      </w:r>
    </w:p>
    <w:p>
      <w:r>
        <w:t>[There is one near the head]</w:t>
      </w:r>
    </w:p>
    <w:p>
      <w:r>
        <w:t>[…………….]</w:t>
      </w:r>
    </w:p>
    <w:p>
      <w:r>
        <w:t>[Wait, wait, may.., maybe I have some here]</w:t>
      </w:r>
    </w:p>
    <w:p>
      <w:r>
        <w:t>[There is not much left]</w:t>
      </w:r>
    </w:p>
    <w:p>
      <w:r>
        <w:t>[…………….]</w:t>
      </w:r>
    </w:p>
    <w:p>
      <w:r>
        <w:t>[...for the children…….. to receive a blessing.. that he should succeed]</w:t>
      </w:r>
    </w:p>
    <w:p>
      <w:r>
        <w:t>[{He did not hear}…]</w:t>
      </w:r>
    </w:p>
    <w:p>
      <w:r>
        <w:t>[This, we will still need this]</w:t>
      </w:r>
    </w:p>
    <w:p>
      <w:r>
        <w:t>[All right, all right]</w:t>
      </w:r>
    </w:p>
    <w:p>
      <w:r>
        <w:t>Ooh</w:t>
      </w:r>
    </w:p>
    <w:p>
      <w:r>
        <w:t>[{...who is this, Patz?}]</w:t>
      </w:r>
    </w:p>
    <w:p>
      <w:r>
        <w:t>[Oh, for this?]</w:t>
      </w:r>
    </w:p>
    <w:p>
      <w:r>
        <w:t>[..for this?]</w:t>
      </w:r>
    </w:p>
    <w:p>
      <w:r>
        <w:t>[Yes]..</w:t>
      </w:r>
    </w:p>
    <w:p>
      <w:r>
        <w:t>[There is a good dentist in Yerushalayim]</w:t>
      </w:r>
    </w:p>
    <w:p>
      <w:r>
        <w:t>[…..]</w:t>
      </w:r>
    </w:p>
    <w:p>
      <w:r>
        <w:t>[Rebbe Yisroel, someone came to receive a blessing]</w:t>
      </w:r>
    </w:p>
    <w:p>
      <w:r>
        <w:t>Uh..</w:t>
      </w:r>
    </w:p>
    <w:p>
      <w:r>
        <w:t>[….]</w:t>
      </w:r>
    </w:p>
    <w:p>
      <w:r>
        <w:t>May Hashem bless him with all the blessings and all the salvations, speedily</w:t>
      </w:r>
    </w:p>
    <w:p>
      <w:r>
        <w:t>[[Amen]]</w:t>
      </w:r>
    </w:p>
    <w:p>
      <w:r>
        <w:t>[….. for the son]</w:t>
      </w:r>
    </w:p>
    <w:p>
      <w:r>
        <w:t>Whatever he needs, may Hashem Yisborach help him speedily</w:t>
      </w:r>
    </w:p>
    <w:p>
      <w:r>
        <w:t>[Amen]</w:t>
      </w:r>
    </w:p>
    <w:p>
      <w:r>
        <w:t>[……]</w:t>
      </w:r>
    </w:p>
    <w:p>
      <w:r>
        <w:t>And all the salvations</w:t>
      </w:r>
    </w:p>
    <w:p>
      <w:r>
        <w:t>[He is asking for a blessing for the education of the children]</w:t>
      </w:r>
    </w:p>
    <w:p>
      <w:r>
        <w:t>Oh, for..</w:t>
      </w:r>
    </w:p>
    <w:p>
      <w:r>
        <w:t>[The education of the children]</w:t>
      </w:r>
    </w:p>
    <w:p>
      <w:r>
        <w:t>Of the children</w:t>
      </w:r>
    </w:p>
    <w:p>
      <w:r>
        <w:t>May Hashem {…., ….} that you should merit to educate the children in the ways of the Torah and.. and true faith, {….} [………]</w:t>
      </w:r>
    </w:p>
    <w:p>
      <w:r>
        <w:t>[….. that he should be healthy until one hundred and twenty, and may you hear good tidings</w:t>
      </w:r>
    </w:p>
    <w:p>
      <w:r>
        <w:t>Very soon Moshiach will be revealed, and the rabbi will receive him soon]</w:t>
      </w:r>
    </w:p>
    <w:p>
      <w:r>
        <w:t>[With Hashem's help]</w:t>
      </w:r>
    </w:p>
    <w:p>
      <w:r>
        <w:t>[……………….]</w:t>
      </w:r>
    </w:p>
    <w:p>
      <w:r>
        <w:t>[……………….]</w:t>
      </w:r>
    </w:p>
    <w:p>
      <w:r>
        <w:t>Nu, what are they saying? Can it be repaired?</w:t>
      </w:r>
    </w:p>
    <w:p>
      <w:r>
        <w:t>[Yes, they say it can be repaired, he is asking whether it can be repaired]</w:t>
      </w:r>
    </w:p>
    <w:p>
      <w:r>
        <w:t>[Huh?]</w:t>
      </w:r>
    </w:p>
    <w:p>
      <w:r>
        <w:t>[Huh?]</w:t>
      </w:r>
    </w:p>
    <w:p>
      <w:r>
        <w:t>[.….]</w:t>
      </w:r>
    </w:p>
    <w:p>
      <w:r>
        <w:t>[Yes, yes, yes, with Hashem's help]</w:t>
      </w:r>
    </w:p>
    <w:p>
      <w:r>
        <w:t>[Yes, there is no problem]</w:t>
      </w:r>
    </w:p>
    <w:p>
      <w:r>
        <w:t>[……..]</w:t>
      </w:r>
    </w:p>
    <w:p>
      <w:r>
        <w:t>[…..]</w:t>
      </w:r>
    </w:p>
    <w:p>
      <w:r>
        <w:t>[{He does not hear well}]</w:t>
      </w:r>
    </w:p>
    <w:p>
      <w:r>
        <w:t>[……….…….]</w:t>
      </w:r>
    </w:p>
    <w:p>
      <w:r>
        <w:t>[……………..]</w:t>
      </w:r>
    </w:p>
    <w:p>
      <w:r>
        <w:t>{Very good}</w:t>
      </w:r>
    </w:p>
    <w:p>
      <w:r>
        <w:t>[He does not open]..</w:t>
      </w:r>
    </w:p>
    <w:p>
      <w:r>
        <w:t>[He put it in upside down]</w:t>
      </w:r>
    </w:p>
    <w:p>
      <w:r>
        <w:t>[………]</w:t>
      </w:r>
    </w:p>
    <w:p>
      <w:r>
        <w:t>[………]</w:t>
      </w:r>
    </w:p>
    <w:p>
      <w:r>
        <w:t>[This is good]</w:t>
      </w:r>
    </w:p>
    <w:p>
      <w:r>
        <w:t>[…]</w:t>
      </w:r>
    </w:p>
    <w:p>
      <w:r>
        <w:t>[I will make a new one…. there are people who come to do this]</w:t>
      </w:r>
    </w:p>
    <w:p>
      <w:r>
        <w:t>[The mold needs to be made once again, you understand]</w:t>
      </w:r>
    </w:p>
    <w:p>
      <w:r>
        <w:t>[Really..]</w:t>
      </w:r>
    </w:p>
    <w:p>
      <w:r>
        <w:t>[..]</w:t>
      </w:r>
    </w:p>
    <w:p>
      <w:r>
        <w:t>[They are good now, you know why? We put it on the opposite side, you understand? It was delicate]</w:t>
      </w:r>
    </w:p>
    <w:p>
      <w:r>
        <w:t>[…..]</w:t>
      </w:r>
    </w:p>
    <w:p>
      <w:r>
        <w:t>[You understand?]</w:t>
      </w:r>
    </w:p>
    <w:p>
      <w:r>
        <w:t>[They are good]</w:t>
      </w:r>
    </w:p>
    <w:p>
      <w:r>
        <w:t>[It needs to be left to rest for a few minutes]</w:t>
      </w:r>
    </w:p>
    <w:p>
      <w:r>
        <w:t>[I am not suffering at all]</w:t>
      </w:r>
    </w:p>
    <w:p>
      <w:r>
        <w:t>[It was built upside down]</w:t>
      </w:r>
    </w:p>
    <w:p>
      <w:r>
        <w:t>[This interests me…..]</w:t>
      </w:r>
    </w:p>
    <w:p>
      <w:r>
        <w:t>[I did this in France, it is good.. so wait]</w:t>
      </w:r>
    </w:p>
    <w:p>
      <w:r>
        <w:t>[Oh, set it down, we will wet it]</w:t>
      </w:r>
    </w:p>
    <w:p>
      <w:r>
        <w:t>[M..]</w:t>
      </w:r>
    </w:p>
    <w:p>
      <w:r>
        <w:t>[We will clean it and dry it a little with paper………]</w:t>
      </w:r>
    </w:p>
    <w:p>
      <w:r>
        <w:t>[As far as I am concerned, do not rely on this]</w:t>
      </w:r>
    </w:p>
    <w:p>
      <w:r>
        <w:t>[A little]</w:t>
      </w:r>
    </w:p>
    <w:p>
      <w:r>
        <w:t>[I will do something]..</w:t>
      </w:r>
    </w:p>
    <w:p>
      <w:r>
        <w:t>[…]</w:t>
      </w:r>
    </w:p>
    <w:p>
      <w:r>
        <w:t>[It is possible to turn it up…….]</w:t>
      </w:r>
    </w:p>
    <w:p>
      <w:r>
        <w:t>{… finish doing what needs to be done}</w:t>
      </w:r>
    </w:p>
    <w:p>
      <w:r>
        <w:t>[..….………] […...………]</w:t>
      </w:r>
    </w:p>
    <w:p>
      <w:r>
        <w:t>[Look at the product leaflet] [……]</w:t>
      </w:r>
    </w:p>
    <w:p>
      <w:r>
        <w:t>[Do it, do it]</w:t>
      </w:r>
    </w:p>
    <w:p>
      <w:r>
        <w:t>[You are doing it, you are doing it]</w:t>
      </w:r>
    </w:p>
    <w:p>
      <w:r>
        <w:t>[…………..…...…]</w:t>
      </w:r>
    </w:p>
    <w:p>
      <w:r>
        <w:t>[…………….….…]</w:t>
      </w:r>
    </w:p>
    <w:p>
      <w:r>
        <w:t>[When will you make a repair for him] […….]</w:t>
      </w:r>
    </w:p>
    <w:p>
      <w:r>
        <w:t>Buy everything that is needed</w:t>
      </w:r>
    </w:p>
    <w:p>
      <w:r>
        <w:t>[………………….………] […………………….……] [Really, excellent]</w:t>
      </w:r>
    </w:p>
    <w:p>
      <w:r>
        <w:t>{…}</w:t>
      </w:r>
    </w:p>
    <w:p>
      <w:r>
        <w:t>[……]</w:t>
      </w:r>
    </w:p>
    <w:p>
      <w:r>
        <w:t>[This is for measuring]</w:t>
      </w:r>
    </w:p>
    <w:p>
      <w:r>
        <w:t>[……...…………………] [.…..……………………]</w:t>
      </w:r>
    </w:p>
    <w:p>
      <w:r>
        <w:t>[{He is old}]</w:t>
      </w:r>
    </w:p>
    <w:p>
      <w:r>
        <w:t>[……………]</w:t>
      </w:r>
    </w:p>
    <w:p>
      <w:r>
        <w:t>[It is necessary, it is necessary to put two]</w:t>
      </w:r>
    </w:p>
    <w:p>
      <w:r>
        <w:t>[It is necessary to put two……]</w:t>
      </w:r>
    </w:p>
    <w:p>
      <w:r>
        <w:t>[……………………..]</w:t>
      </w:r>
    </w:p>
    <w:p>
      <w:r>
        <w:t>[………….………….]</w:t>
      </w:r>
    </w:p>
    <w:p>
      <w:r>
        <w:t>[No, no, this is really good.…]</w:t>
      </w:r>
    </w:p>
    <w:p>
      <w:r>
        <w:t>[……………………]</w:t>
      </w:r>
    </w:p>
    <w:p>
      <w:r>
        <w:t>[……………….…..]</w:t>
      </w:r>
    </w:p>
    <w:p>
      <w:r>
        <w:t>[Now it is necessary to put, uh..]</w:t>
      </w:r>
    </w:p>
    <w:p>
      <w:r>
        <w:t>[……………...……]</w:t>
      </w:r>
    </w:p>
    <w:p>
      <w:r>
        <w:t>[……………………]</w:t>
      </w:r>
    </w:p>
    <w:p>
      <w:r>
        <w:t>[No, this is not…. take this, take this]</w:t>
      </w:r>
    </w:p>
    <w:p>
      <w:r>
        <w:t>[………..]</w:t>
      </w:r>
    </w:p>
    <w:p>
      <w:r>
        <w:t>[It needs to be filed down inside the mouth]</w:t>
      </w:r>
    </w:p>
    <w:p>
      <w:r>
        <w:t>[…..]</w:t>
      </w:r>
    </w:p>
    <w:p>
      <w:r>
        <w:t>[………………..]</w:t>
      </w:r>
    </w:p>
    <w:p>
      <w:r>
        <w:t>[……….……….]</w:t>
      </w:r>
    </w:p>
    <w:p>
      <w:r>
        <w:t>[Can you not bring me gauze?]</w:t>
      </w:r>
    </w:p>
    <w:p>
      <w:r>
        <w:t>[……]</w:t>
      </w:r>
    </w:p>
    <w:p>
      <w:r>
        <w:t>{…}</w:t>
      </w:r>
    </w:p>
    <w:p>
      <w:r>
        <w:t>[...…..]</w:t>
      </w:r>
    </w:p>
    <w:p>
      <w:r>
        <w:t>[A cloth, a cloth, bring me a cloth]</w:t>
      </w:r>
    </w:p>
    <w:p>
      <w:r>
        <w:t>[A cloth is good]..</w:t>
      </w:r>
    </w:p>
    <w:p>
      <w:r>
        <w:t>[This..]</w:t>
      </w:r>
    </w:p>
    <w:p>
      <w:r>
        <w:t>[Cotton wool]</w:t>
      </w:r>
    </w:p>
    <w:p>
      <w:r>
        <w:t>[Yes]</w:t>
      </w:r>
    </w:p>
    <w:p>
      <w:r>
        <w:t>[Cotton wool…..][……………………….….……] [………………………….…….] [Oh, this, this is an experiment, an experiment] yes, yes, {………...Na Na ch}[Cotton wool…..][……………………….….……] [………………………….…….] [Oh, this, this is an experiment, an experiment] yes, yes, {………...Na Na ch}[We will never understand this]</w:t>
      </w:r>
    </w:p>
    <w:p>
      <w:r>
        <w:t>[Cotton wool…..]</w:t>
      </w:r>
    </w:p>
    <w:p>
      <w:r>
        <w:t>[……………………….….……] [………………………….…….] [Oh, this, this is an experiment, an experiment] yes, yes, {………...Na Na ch}</w:t>
      </w:r>
    </w:p>
    <w:p>
      <w:r>
        <w:t>[Cotton wool…..]</w:t>
      </w:r>
    </w:p>
    <w:p>
      <w:r>
        <w:t>[……………………….….……] [………………………….…….] [Oh, this, this is an experiment, an experiment] yes, yes, {………...Na Na ch}</w:t>
      </w:r>
    </w:p>
    <w:p>
      <w:r>
        <w:t>[I want to.. put.. put this into the mouth, together, top and bottom, together] good</w:t>
      </w:r>
    </w:p>
    <w:p>
      <w:r>
        <w:t>[And check, check..]</w:t>
      </w:r>
    </w:p>
    <w:p>
      <w:r>
        <w:t>{If it is good}</w:t>
      </w:r>
    </w:p>
    <w:p>
      <w:r>
        <w:t>[…………………..]</w:t>
      </w:r>
    </w:p>
    <w:p>
      <w:r>
        <w:t>[……….………….]</w:t>
      </w:r>
    </w:p>
    <w:p>
      <w:r>
        <w:t>[Uh..]</w:t>
      </w:r>
    </w:p>
    <w:p>
      <w:r>
        <w:t>Oh, no, no, no, no, no, no, no, i..it hurts</w:t>
      </w:r>
    </w:p>
    <w:p>
      <w:r>
        <w:t>[…..]</w:t>
      </w:r>
    </w:p>
    <w:p>
      <w:r>
        <w:t>It hurts me</w:t>
      </w:r>
    </w:p>
    <w:p>
      <w:r>
        <w:t>[….]</w:t>
      </w:r>
    </w:p>
    <w:p>
      <w:r>
        <w:t>{Here}</w:t>
      </w:r>
    </w:p>
    <w:p>
      <w:r>
        <w:t>[It needs to be done quickly]</w:t>
      </w:r>
    </w:p>
    <w:p>
      <w:r>
        <w:t>(Saba coughs)</w:t>
      </w:r>
    </w:p>
    <w:p>
      <w:r>
        <w:t>[Huh?]</w:t>
      </w:r>
    </w:p>
    <w:p>
      <w:r>
        <w:t>[You fill it, I am doing the upper one]</w:t>
      </w:r>
    </w:p>
    <w:p>
      <w:r>
        <w:t>[…….]</w:t>
      </w:r>
    </w:p>
    <w:p>
      <w:r>
        <w:t>[Put in {you} you.. can you do them together?, no]</w:t>
      </w:r>
    </w:p>
    <w:p>
      <w:r>
        <w:t>Both together</w:t>
      </w:r>
    </w:p>
    <w:p>
      <w:r>
        <w:t>[Can you? Can you?..]</w:t>
      </w:r>
    </w:p>
    <w:p>
      <w:r>
        <w:t>Like this, like this?</w:t>
      </w:r>
    </w:p>
    <w:p>
      <w:r>
        <w:t>[Can you?]</w:t>
      </w:r>
    </w:p>
    <w:p>
      <w:r>
        <w:t>Like this?</w:t>
      </w:r>
    </w:p>
    <w:p>
      <w:r>
        <w:t>[Yes, can you?]</w:t>
      </w:r>
    </w:p>
    <w:p>
      <w:r>
        <w:t>I a..</w:t>
      </w:r>
    </w:p>
    <w:p>
      <w:r>
        <w:t>[Together]</w:t>
      </w:r>
    </w:p>
    <w:p>
      <w:r>
        <w:t>I will try</w:t>
      </w:r>
    </w:p>
    <w:p>
      <w:r>
        <w:t>[..Good]</w:t>
      </w:r>
    </w:p>
    <w:p>
      <w:r>
        <w:t>[He does not want to]</w:t>
      </w:r>
    </w:p>
    <w:p>
      <w:r>
        <w:t>[You cannot, cannot, perfectly all right]</w:t>
      </w:r>
    </w:p>
    <w:p>
      <w:r>
        <w:t>[…………………...….]</w:t>
      </w:r>
    </w:p>
    <w:p>
      <w:r>
        <w:t>[……………………….]</w:t>
      </w:r>
    </w:p>
    <w:p>
      <w:r>
        <w:t>Did you speak with my daughter Tzipporah?</w:t>
      </w:r>
    </w:p>
    <w:p>
      <w:r>
        <w:t>[Where, where is the..?]</w:t>
      </w:r>
    </w:p>
    <w:p>
      <w:r>
        <w:t>Huh?</w:t>
      </w:r>
    </w:p>
    <w:p>
      <w:r>
        <w:t>[Yes]</w:t>
      </w:r>
    </w:p>
    <w:p>
      <w:r>
        <w:t>Here it is, did you {see her\go to her place}?</w:t>
      </w:r>
    </w:p>
    <w:p>
      <w:r>
        <w:t>[Oh, we reported to Tzipporah]</w:t>
      </w:r>
    </w:p>
    <w:p>
      <w:r>
        <w:t>[..whether you went to her place]</w:t>
      </w:r>
    </w:p>
    <w:p>
      <w:r>
        <w:t>Yes?</w:t>
      </w:r>
    </w:p>
    <w:p>
      <w:r>
        <w:t>[Yes, yes]</w:t>
      </w:r>
    </w:p>
    <w:p>
      <w:r>
        <w:t>[She ga.., she.., she gave me y.. your watch, she, she gave me your watch, she..] uh</w:t>
      </w:r>
    </w:p>
    <w:p>
      <w:r>
        <w:t>[Tzipporah gave me ….]</w:t>
      </w:r>
    </w:p>
    <w:p>
      <w:r>
        <w:t>[{Excellent}]</w:t>
      </w:r>
    </w:p>
    <w:p>
      <w:r>
        <w:t>[We will do it like this]</w:t>
      </w:r>
    </w:p>
    <w:p>
      <w:r>
        <w:t>[It is necessary to put a little more]</w:t>
      </w:r>
    </w:p>
    <w:p>
      <w:r>
        <w:t>[{Put it, put it}]</w:t>
      </w:r>
    </w:p>
    <w:p>
      <w:r>
        <w:t>[…………………………]</w:t>
      </w:r>
    </w:p>
    <w:p>
      <w:r>
        <w:t>[{Maybe he knows the name of………}]</w:t>
      </w:r>
    </w:p>
    <w:p>
      <w:r>
        <w:t>[……]</w:t>
      </w:r>
    </w:p>
    <w:p>
      <w:r>
        <w:t>[Bring, bring your finger]</w:t>
      </w:r>
    </w:p>
    <w:p>
      <w:r>
        <w:t>[………………]</w:t>
      </w:r>
    </w:p>
    <w:p>
      <w:r>
        <w:t>[………………]</w:t>
      </w:r>
    </w:p>
    <w:p>
      <w:r>
        <w:t>[Nu, nu.. now he is putting them……. he will not do us like………</w:t>
      </w:r>
    </w:p>
    <w:p>
      <w:r>
        <w:t>Put more, put more.. another drop]</w:t>
      </w:r>
    </w:p>
    <w:p>
      <w:r>
        <w:t>[………]</w:t>
      </w:r>
    </w:p>
    <w:p>
      <w:r>
        <w:t>[Do not worry, put more]..</w:t>
      </w:r>
    </w:p>
    <w:p>
      <w:r>
        <w:t>[This needs to be thin, huh?.. put this well]</w:t>
      </w:r>
    </w:p>
    <w:p>
      <w:r>
        <w:t>[…………..]</w:t>
      </w:r>
    </w:p>
    <w:p>
      <w:r>
        <w:t>[….……….]</w:t>
      </w:r>
    </w:p>
    <w:p>
      <w:r>
        <w:t>[There is not enough, not enough, not enough]</w:t>
      </w:r>
    </w:p>
    <w:p>
      <w:r>
        <w:t>[There is a little missing]</w:t>
      </w:r>
    </w:p>
    <w:p>
      <w:r>
        <w:t>[The liquid is "escaping"]</w:t>
      </w:r>
    </w:p>
    <w:p>
      <w:r>
        <w:t>[………………]</w:t>
      </w:r>
    </w:p>
    <w:p>
      <w:r>
        <w:t>[………………]</w:t>
      </w:r>
    </w:p>
    <w:p>
      <w:r>
        <w:t>[It is not like this]</w:t>
      </w:r>
    </w:p>
    <w:p>
      <w:r>
        <w:t>[……]..</w:t>
      </w:r>
    </w:p>
    <w:p>
      <w:r>
        <w:t>[Why are you waiting to do the upper one?….]</w:t>
      </w:r>
    </w:p>
    <w:p>
      <w:r>
        <w:t>[Wait, wait a second……]</w:t>
      </w:r>
    </w:p>
    <w:p>
      <w:r>
        <w:t>[..………] [.….…………………] [..……………………]</w:t>
      </w:r>
    </w:p>
    <w:p>
      <w:r>
        <w:t>[..That's it]</w:t>
      </w:r>
    </w:p>
    <w:p>
      <w:r>
        <w:t>Huh?</w:t>
      </w:r>
    </w:p>
    <w:p>
      <w:r>
        <w:t>[Go ahead, fill, fill]</w:t>
      </w:r>
    </w:p>
    <w:p>
      <w:r>
        <w:t>[Wait, I am kneading this for thirty seconds]</w:t>
      </w:r>
    </w:p>
    <w:p>
      <w:r>
        <w:t>[…..]</w:t>
      </w:r>
    </w:p>
    <w:p>
      <w:r>
        <w:t>[Did you put a lot?]</w:t>
      </w:r>
    </w:p>
    <w:p>
      <w:r>
        <w:t>[Yes, I put a lot]</w:t>
      </w:r>
    </w:p>
    <w:p>
      <w:r>
        <w:t>[The gap is big, it is necessary to put a lot]</w:t>
      </w:r>
    </w:p>
    <w:p>
      <w:r>
        <w:t>[There is enough, there is no need to put too much]</w:t>
      </w:r>
    </w:p>
    <w:p>
      <w:r>
        <w:t>[I put four, how much do you want, there is enough]</w:t>
      </w:r>
    </w:p>
    <w:p>
      <w:r>
        <w:t>[Thank God]</w:t>
      </w:r>
    </w:p>
    <w:p>
      <w:r>
        <w:t>[……]</w:t>
      </w:r>
    </w:p>
    <w:p>
      <w:r>
        <w:t>[“If it is not enough”..]</w:t>
      </w:r>
    </w:p>
    <w:p>
      <w:r>
        <w:t>[……]</w:t>
      </w:r>
    </w:p>
    <w:p>
      <w:r>
        <w:t>[Good, so that it will be straight]</w:t>
      </w:r>
    </w:p>
    <w:p>
      <w:r>
        <w:t>[……….]</w:t>
      </w:r>
    </w:p>
    <w:p>
      <w:r>
        <w:t>[It is like the son of ……., do you know the son of …….]</w:t>
      </w:r>
    </w:p>
    <w:p>
      <w:r>
        <w:t>[Huh?]</w:t>
      </w:r>
    </w:p>
    <w:p>
      <w:r>
        <w:t>[…….]</w:t>
      </w:r>
    </w:p>
    <w:p>
      <w:r>
        <w:t>[Bigger.. bigger]</w:t>
      </w:r>
    </w:p>
    <w:p>
      <w:r>
        <w:t>[{Close here}]</w:t>
      </w:r>
    </w:p>
    <w:p>
      <w:r>
        <w:t>[Close, close your mouth, close, close, close, close]</w:t>
      </w:r>
    </w:p>
    <w:p>
      <w:r>
        <w:t>Huh?</w:t>
      </w:r>
    </w:p>
    <w:p>
      <w:r>
        <w:t>[Close, close hard]</w:t>
      </w:r>
    </w:p>
    <w:p>
      <w:r>
        <w:t>[To close]</w:t>
      </w:r>
    </w:p>
    <w:p>
      <w:r>
        <w:t>[To close, to close, close hard]..</w:t>
      </w:r>
    </w:p>
    <w:p>
      <w:r>
        <w:t>[Open, open, this is good, open]</w:t>
      </w:r>
    </w:p>
    <w:p>
      <w:r>
        <w:t>Ahh..</w:t>
      </w:r>
    </w:p>
    <w:p>
      <w:r>
        <w:t>[Close, close hard, .. hard..]</w:t>
      </w:r>
    </w:p>
    <w:p>
      <w:r>
        <w:t>{It is impossible}</w:t>
      </w:r>
    </w:p>
    <w:p>
      <w:r>
        <w:t>[Close, close, close hard]</w:t>
      </w:r>
    </w:p>
    <w:p>
      <w:r>
        <w:t>{…..}</w:t>
      </w:r>
    </w:p>
    <w:p>
      <w:r>
        <w:t>[Adjust this]</w:t>
      </w:r>
    </w:p>
    <w:p>
      <w:r>
        <w:t>[Close hard, close hard]</w:t>
      </w:r>
    </w:p>
    <w:p>
      <w:r>
        <w:t>It is impossible, {what is he saying}..</w:t>
      </w:r>
    </w:p>
    <w:p>
      <w:r>
        <w:t>[Close, close, close]</w:t>
      </w:r>
    </w:p>
    <w:p>
      <w:r>
        <w:t>[It is big]</w:t>
      </w:r>
    </w:p>
    <w:p>
      <w:r>
        <w:t>[Close]</w:t>
      </w:r>
    </w:p>
    <w:p>
      <w:r>
        <w:t>[It is big]</w:t>
      </w:r>
    </w:p>
    <w:p>
      <w:r>
        <w:t>[Close, close, close]</w:t>
      </w:r>
    </w:p>
    <w:p>
      <w:r>
        <w:t>[……]</w:t>
      </w:r>
    </w:p>
    <w:p>
      <w:r>
        <w:t>[Go ahead, close, close hard]</w:t>
      </w:r>
    </w:p>
    <w:p>
      <w:r>
        <w:t>Ahhhhh..</w:t>
      </w:r>
    </w:p>
    <w:p>
      <w:r>
        <w:t>[Close, close, close]</w:t>
      </w:r>
    </w:p>
    <w:p>
      <w:r>
        <w:t>Ahh..</w:t>
      </w:r>
    </w:p>
    <w:p>
      <w:r>
        <w:t>[Close, close, close]</w:t>
      </w:r>
    </w:p>
    <w:p>
      <w:r>
        <w:t>Ahh…. ah..</w:t>
      </w:r>
    </w:p>
    <w:p>
      <w:r>
        <w:t>[Slowly, slowly, slowly, slowly, slowly, slowly, close]</w:t>
      </w:r>
    </w:p>
    <w:p>
      <w:r>
        <w:t>[It is necessary to close]</w:t>
      </w:r>
    </w:p>
    <w:p>
      <w:r>
        <w:t>[ Slowly, slowly, slowly, slowly, slowly, slowly, slowly, slowly, close slowly, slowly, please..]</w:t>
      </w:r>
    </w:p>
    <w:p>
      <w:r>
        <w:t>[It is necessary to close the..]</w:t>
      </w:r>
    </w:p>
    <w:p>
      <w:r>
        <w:t>[Please]</w:t>
      </w:r>
    </w:p>
    <w:p>
      <w:r>
        <w:t>[The teeth]</w:t>
      </w:r>
    </w:p>
    <w:p>
      <w:r>
        <w:t>[Rabbainu, please, slowly, slowly.. yes, yes..]</w:t>
      </w:r>
    </w:p>
    <w:p>
      <w:r>
        <w:t>[…..]</w:t>
      </w:r>
    </w:p>
    <w:p>
      <w:r>
        <w:t>[And open, open, open, open.. open, open, open, open]</w:t>
      </w:r>
    </w:p>
    <w:p>
      <w:r>
        <w:t>Ah</w:t>
      </w:r>
    </w:p>
    <w:p>
      <w:r>
        <w:t>[Open]</w:t>
      </w:r>
    </w:p>
    <w:p>
      <w:r>
        <w:t>[To open, to open, to open]</w:t>
      </w:r>
    </w:p>
    <w:p>
      <w:r>
        <w:t>Huh?</w:t>
      </w:r>
    </w:p>
    <w:p>
      <w:r>
        <w:t>[Open, to open, open]</w:t>
      </w:r>
    </w:p>
    <w:p>
      <w:r>
        <w:t>[He is closing]</w:t>
      </w:r>
    </w:p>
    <w:p>
      <w:r>
        <w:t>[You put too much, huh?]</w:t>
      </w:r>
    </w:p>
    <w:p>
      <w:r>
        <w:t>[Again, again]</w:t>
      </w:r>
    </w:p>
    <w:p>
      <w:r>
        <w:t>[Excellent, the lower one sits well]</w:t>
      </w:r>
    </w:p>
    <w:p>
      <w:r>
        <w:t>[The lower one is good?]</w:t>
      </w:r>
    </w:p>
    <w:p>
      <w:r>
        <w:t>[Yes, very good]</w:t>
      </w:r>
    </w:p>
    <w:p>
      <w:r>
        <w:t>[Wait, now try without this]</w:t>
      </w:r>
    </w:p>
    <w:p>
      <w:r>
        <w:t>[…..]</w:t>
      </w:r>
    </w:p>
    <w:p>
      <w:r>
        <w:t>[Try without this]</w:t>
      </w:r>
    </w:p>
    <w:p>
      <w:r>
        <w:t>[It is necessary to put a really thin coating, you put too much, you see? …….]</w:t>
      </w:r>
    </w:p>
    <w:p>
      <w:r>
        <w:t>[Close hardclose hard, hard]</w:t>
      </w:r>
    </w:p>
    <w:p>
      <w:r>
        <w:t>{..}</w:t>
      </w:r>
    </w:p>
    <w:p>
      <w:r>
        <w:t>[Hard, hard..]</w:t>
      </w:r>
    </w:p>
    <w:p>
      <w:r>
        <w:t>{..}</w:t>
      </w:r>
    </w:p>
    <w:p>
      <w:r>
        <w:t>[Thank God, hard, the most.., as hard as you can]</w:t>
      </w:r>
    </w:p>
    <w:p>
      <w:r>
        <w:t>[…..]</w:t>
      </w:r>
    </w:p>
    <w:p>
      <w:r>
        <w:t>[Thank God, wonderful]</w:t>
      </w:r>
    </w:p>
    <w:p>
      <w:r>
        <w:t>[You see..]</w:t>
      </w:r>
    </w:p>
    <w:p>
      <w:r>
        <w:t>[Very hard]</w:t>
      </w:r>
    </w:p>
    <w:p>
      <w:r>
        <w:t>[You see..]</w:t>
      </w:r>
    </w:p>
    <w:p>
      <w:r>
        <w:t>[Very hard]</w:t>
      </w:r>
    </w:p>
    <w:p>
      <w:r>
        <w:t>[The gap is much smaller, this gap]</w:t>
      </w:r>
    </w:p>
    <w:p>
      <w:r>
        <w:t>[Hard, hard]</w:t>
      </w:r>
    </w:p>
    <w:p>
      <w:r>
        <w:t>[….]</w:t>
      </w:r>
    </w:p>
    <w:p>
      <w:r>
        <w:t>[It is necessary to glue the upper one…]</w:t>
      </w:r>
    </w:p>
    <w:p>
      <w:r>
        <w:t>[Yes..]</w:t>
      </w:r>
    </w:p>
    <w:p>
      <w:r>
        <w:t>[Wonderful]</w:t>
      </w:r>
    </w:p>
    <w:p>
      <w:r>
        <w:t>[…..]</w:t>
      </w:r>
    </w:p>
    <w:p>
      <w:r>
        <w:t>[In my opinion it is necessary to glue it again]</w:t>
      </w:r>
    </w:p>
    <w:p>
      <w:r>
        <w:t>[More?]</w:t>
      </w:r>
    </w:p>
    <w:p>
      <w:r>
        <w:t>[.…]</w:t>
      </w:r>
    </w:p>
    <w:p>
      <w:r>
        <w:t>[Open………</w:t>
      </w:r>
    </w:p>
    <w:p>
      <w:r>
        <w:t>This is very good.. on top.., the lower one is very good]</w:t>
      </w:r>
    </w:p>
    <w:p>
      <w:r>
        <w:t>I prayed..</w:t>
      </w:r>
    </w:p>
    <w:p>
      <w:r>
        <w:t>[Yes]</w:t>
      </w:r>
    </w:p>
    <w:p>
      <w:r>
        <w:t>{I sent} by telephone</w:t>
      </w:r>
    </w:p>
    <w:p>
      <w:r>
        <w:t>[Telephone… telephone]</w:t>
      </w:r>
    </w:p>
    <w:p>
      <w:r>
        <w:t>[It is necessary to glue it back, do you want to do the lower one again..]</w:t>
      </w:r>
    </w:p>
    <w:p>
      <w:r>
        <w:t>[One moment.…]</w:t>
      </w:r>
    </w:p>
    <w:p>
      <w:r>
        <w:t>[It is necessary to do ……….. for the upper one]</w:t>
      </w:r>
    </w:p>
    <w:p>
      <w:r>
        <w:t>[Do you want to do the lower one again?…….]</w:t>
      </w:r>
    </w:p>
    <w:p>
      <w:r>
        <w:t>[….]</w:t>
      </w:r>
    </w:p>
    <w:p>
      <w:r>
        <w:t>[….]</w:t>
      </w:r>
    </w:p>
    <w:p>
      <w:r>
        <w:t>[…..]</w:t>
      </w:r>
    </w:p>
    <w:p>
      <w:r>
        <w:t>[…]</w:t>
      </w:r>
    </w:p>
    <w:p>
      <w:r>
        <w:t>[Open]</w:t>
      </w:r>
    </w:p>
    <w:p>
      <w:r>
        <w:t>Strong and good</w:t>
      </w:r>
    </w:p>
    <w:p>
      <w:r>
        <w:t>[He feels good …..]</w:t>
      </w:r>
    </w:p>
    <w:p>
      <w:r>
        <w:t>[It is strong]</w:t>
      </w:r>
    </w:p>
    <w:p>
      <w:r>
        <w:t>[Yes, he feels much more]</w:t>
      </w:r>
    </w:p>
    <w:p>
      <w:r>
        <w:t>[You understand]</w:t>
      </w:r>
    </w:p>
    <w:p>
      <w:r>
        <w:t>[…...…….]</w:t>
      </w:r>
    </w:p>
    <w:p>
      <w:r>
        <w:t>[…...….]</w:t>
      </w:r>
    </w:p>
    <w:p>
      <w:r>
        <w:t>[You understand, the lower one is excellent …… I will try to see]</w:t>
      </w:r>
    </w:p>
    <w:p>
      <w:r>
        <w:t>[It does not move]</w:t>
      </w:r>
    </w:p>
    <w:p>
      <w:r>
        <w:t>[You see..]</w:t>
      </w:r>
    </w:p>
    <w:p>
      <w:r>
        <w:t>[The lower one is {excellent}..]</w:t>
      </w:r>
    </w:p>
    <w:p>
      <w:r>
        <w:t>[It is this material..]</w:t>
      </w:r>
    </w:p>
    <w:p>
      <w:r>
        <w:t>[The lower one holds]</w:t>
      </w:r>
    </w:p>
    <w:p>
      <w:r>
        <w:t>[It will be forever..]</w:t>
      </w:r>
    </w:p>
    <w:p>
      <w:r>
        <w:t>[The lower one holds well]</w:t>
      </w:r>
    </w:p>
    <w:p>
      <w:r>
        <w:t>It holds, it holds</w:t>
      </w:r>
    </w:p>
    <w:p>
      <w:r>
        <w:t>[After this it needs to be reshaped..]</w:t>
      </w:r>
    </w:p>
    <w:p>
      <w:r>
        <w:t>[The upper one does not]</w:t>
      </w:r>
    </w:p>
    <w:p>
      <w:r>
        <w:t>{…… only the lower one}</w:t>
      </w:r>
    </w:p>
    <w:p>
      <w:r>
        <w:t>[Soft and hard, this way it does not wound..]</w:t>
      </w:r>
    </w:p>
    <w:p>
      <w:r>
        <w:t>[]</w:t>
      </w:r>
    </w:p>
    <w:p>
      <w:r>
        <w:t>[The problem of age……]</w:t>
      </w:r>
    </w:p>
    <w:p>
      <w:r>
        <w:t>[It is good, it is good..]</w:t>
      </w:r>
    </w:p>
    <w:p>
      <w:r>
        <w:t>[You should know, when we have his age, he cannot eat with this, especially people from age eighty..]</w:t>
      </w:r>
    </w:p>
    <w:p>
      <w:r>
        <w:t>[How nice the lower one is]</w:t>
      </w:r>
    </w:p>
    <w:p>
      <w:r>
        <w:t>[I told you, the lower one is excellent……………]</w:t>
      </w:r>
    </w:p>
    <w:p>
      <w:r>
        <w:t>[………………….]</w:t>
      </w:r>
    </w:p>
    <w:p>
      <w:r>
        <w:t>[………………….]</w:t>
      </w:r>
    </w:p>
    <w:p>
      <w:r>
        <w:t>[..But it is excellent, it is material.. it is material that is half.., half hard]</w:t>
      </w:r>
    </w:p>
    <w:p>
      <w:r>
        <w:t>[………………….]</w:t>
      </w:r>
    </w:p>
    <w:p>
      <w:r>
        <w:t>[………….………]</w:t>
      </w:r>
    </w:p>
    <w:p>
      <w:r>
        <w:t>[You saw the lower one, how it succeeded for you {well}]</w:t>
      </w:r>
    </w:p>
    <w:p>
      <w:r>
        <w:t>[………….………]</w:t>
      </w:r>
    </w:p>
    <w:p>
      <w:r>
        <w:t>[………….….…..]</w:t>
      </w:r>
    </w:p>
    <w:p>
      <w:r>
        <w:t>[The teeth need to adjust themselves.. it is necessary..]</w:t>
      </w:r>
    </w:p>
    <w:p>
      <w:r>
        <w:t>[It is very good]</w:t>
      </w:r>
    </w:p>
    <w:p>
      <w:r>
        <w:t>[To do what is necessary, if not..]</w:t>
      </w:r>
    </w:p>
    <w:p>
      <w:r>
        <w:t>[Thank God..]</w:t>
      </w:r>
    </w:p>
    <w:p>
      <w:r>
        <w:t>[Ah]</w:t>
      </w:r>
    </w:p>
    <w:p>
      <w:r>
        <w:t>[..Very good.. thank God]</w:t>
      </w:r>
    </w:p>
    <w:p>
      <w:r>
        <w:t>[What?]</w:t>
      </w:r>
    </w:p>
    <w:p>
      <w:r>
        <w:t>[How is the lower one? Is the lower one good? Lower?]</w:t>
      </w:r>
    </w:p>
    <w:p>
      <w:r>
        <w:t>[It holds well below]</w:t>
      </w:r>
    </w:p>
    <w:p>
      <w:r>
        <w:t>[The lower one is good?]</w:t>
      </w:r>
    </w:p>
    <w:p>
      <w:r>
        <w:t>Yes, yes, yes, yes, yes</w:t>
      </w:r>
    </w:p>
    <w:p>
      <w:r>
        <w:t>[..{He is gluing}..]</w:t>
      </w:r>
    </w:p>
    <w:p>
      <w:r>
        <w:t>Yes</w:t>
      </w:r>
    </w:p>
    <w:p>
      <w:r>
        <w:t>[..Sticky]</w:t>
      </w:r>
    </w:p>
    <w:p>
      <w:r>
        <w:t>[There is no need for this, it is only for..]</w:t>
      </w:r>
    </w:p>
    <w:p>
      <w:r>
        <w:t>[Ah.. it holds, yes? It holds, yes? Thank God]</w:t>
      </w:r>
    </w:p>
    <w:p>
      <w:r>
        <w:t>[..A lot of th..]</w:t>
      </w:r>
    </w:p>
    <w:p>
      <w:r>
        <w:t>[Thank God, it holds, yes?]</w:t>
      </w:r>
    </w:p>
    <w:p>
      <w:r>
        <w:t>{Slowly, slowly}, oh..</w:t>
      </w:r>
    </w:p>
    <w:p>
      <w:r>
        <w:t>[Does it hurt? Does it hurt?]</w:t>
      </w:r>
    </w:p>
    <w:p>
      <w:r>
        <w:t>Ow, ow, ow..</w:t>
      </w:r>
    </w:p>
    <w:p>
      <w:r>
        <w:t>[He is not wounded]</w:t>
      </w:r>
    </w:p>
    <w:p>
      <w:r>
        <w:t>[Ah.. what is here, what is here?]</w:t>
      </w:r>
    </w:p>
    <w:p>
      <w:r>
        <w:t>Hach, hach..</w:t>
      </w:r>
    </w:p>
    <w:p>
      <w:r>
        <w:t>[It is necessary to take a little out]</w:t>
      </w:r>
    </w:p>
    <w:p>
      <w:r>
        <w:t>[{Very good}, as always.. it is necessary to do this quickly, we put a lot of powder]</w:t>
      </w:r>
    </w:p>
    <w:p>
      <w:r>
        <w:t>[Really]</w:t>
      </w:r>
    </w:p>
    <w:p>
      <w:r>
        <w:t>[It is impossible to make one like it]</w:t>
      </w:r>
    </w:p>
    <w:p>
      <w:r>
        <w:t>[Really]</w:t>
      </w:r>
    </w:p>
    <w:p>
      <w:r>
        <w:t>{..}</w:t>
      </w:r>
    </w:p>
    <w:p>
      <w:r>
        <w:t>[We will do it again]</w:t>
      </w:r>
    </w:p>
    <w:p>
      <w:r>
        <w:t>[Yes, take it out in the meantime]</w:t>
      </w:r>
    </w:p>
    <w:p>
      <w:r>
        <w:t>[Here, ah.. we did nothing, take everything out]</w:t>
      </w:r>
    </w:p>
    <w:p>
      <w:r>
        <w:t>[Good]</w:t>
      </w:r>
    </w:p>
    <w:p>
      <w:r>
        <w:t>{..}</w:t>
      </w:r>
    </w:p>
    <w:p>
      <w:r>
        <w:t>[He did not do.., he did not do as he needed to]</w:t>
      </w:r>
    </w:p>
    <w:p>
      <w:r>
        <w:t>[Ah, yes]</w:t>
      </w:r>
    </w:p>
    <w:p>
      <w:r>
        <w:t>[It is necessary to dig, it is necessary to do this precisely]</w:t>
      </w:r>
    </w:p>
    <w:p>
      <w:r>
        <w:t>[I did not understand..]</w:t>
      </w:r>
    </w:p>
    <w:p>
      <w:r>
        <w:t>[His mouth changed, it gained height, his mouth changed]</w:t>
      </w:r>
    </w:p>
    <w:p>
      <w:r>
        <w:t>[…………..…]</w:t>
      </w:r>
    </w:p>
    <w:p>
      <w:r>
        <w:t>[……………..]</w:t>
      </w:r>
    </w:p>
    <w:p>
      <w:r>
        <w:t>[You understood how to do…]</w:t>
      </w:r>
    </w:p>
    <w:p>
      <w:r>
        <w:t>[Yes, as always…………</w:t>
      </w:r>
    </w:p>
    <w:p>
      <w:r>
        <w:t>It is a story, I never believe, so he thinks that this is who?]</w:t>
      </w:r>
    </w:p>
    <w:p>
      <w:r>
        <w:t>[It must]</w:t>
      </w:r>
    </w:p>
    <w:p>
      <w:r>
        <w:t>[No]</w:t>
      </w:r>
    </w:p>
    <w:p>
      <w:r>
        <w:t>[It needs to be thin in order to put it]</w:t>
      </w:r>
    </w:p>
    <w:p>
      <w:r>
        <w:t>[It is impossible]</w:t>
      </w:r>
    </w:p>
    <w:p>
      <w:r>
        <w:t>[Clean this for me inside]</w:t>
      </w:r>
    </w:p>
    <w:p>
      <w:r>
        <w:t>[…]</w:t>
      </w:r>
    </w:p>
    <w:p>
      <w:r>
        <w:t>[Put the fingers, put the fingers]</w:t>
      </w:r>
    </w:p>
    <w:p>
      <w:r>
        <w:t>[…..]</w:t>
      </w:r>
    </w:p>
    <w:p>
      <w:r>
        <w:t>[Put the fingers, put the fingers]</w:t>
      </w:r>
    </w:p>
    <w:p>
      <w:r>
        <w:t>[…. .. …..]..</w:t>
      </w:r>
    </w:p>
    <w:p>
      <w:r>
        <w:t>[I understood, I understood]..</w:t>
      </w:r>
    </w:p>
    <w:p>
      <w:r>
        <w:t>[…]</w:t>
      </w:r>
    </w:p>
    <w:p>
      <w:r>
        <w:t>[Whatever you do.. you will take it out well for me here, here, and here]</w:t>
      </w:r>
    </w:p>
    <w:p>
      <w:r>
        <w:t>[M]</w:t>
      </w:r>
    </w:p>
    <w:p>
      <w:r>
        <w:t>[Here inside..]</w:t>
      </w:r>
    </w:p>
    <w:p>
      <w:r>
        <w:t>[Here inside, in this direction?]</w:t>
      </w:r>
    </w:p>
    <w:p>
      <w:r>
        <w:t>[Yes, this is good, this is flat, you put a “surface” on it for him]</w:t>
      </w:r>
    </w:p>
    <w:p>
      <w:r>
        <w:t>[……..…..]</w:t>
      </w:r>
    </w:p>
    <w:p>
      <w:r>
        <w:t>[……….…]</w:t>
      </w:r>
    </w:p>
    <w:p>
      <w:r>
        <w:t>[It is all right, we understood]</w:t>
      </w:r>
    </w:p>
    <w:p>
      <w:r>
        <w:t>[We will put….. up-to-date]</w:t>
      </w:r>
    </w:p>
    <w:p>
      <w:r>
        <w:t>[What is this, this?]</w:t>
      </w:r>
    </w:p>
    <w:p>
      <w:r>
        <w:t>[Ah..]</w:t>
      </w:r>
    </w:p>
    <w:p>
      <w:r>
        <w:t>[This is from Japan, no?]</w:t>
      </w:r>
    </w:p>
    <w:p>
      <w:r>
        <w:t>[Yes, this is from Japan, it just came out, it comes.., it comes from America and it is made in Japan]</w:t>
      </w:r>
    </w:p>
    <w:p>
      <w:r>
        <w:t>[……..]</w:t>
      </w:r>
    </w:p>
    <w:p>
      <w:r>
        <w:t>[I do not know the product well]</w:t>
      </w:r>
    </w:p>
    <w:p>
      <w:r>
        <w:t>[…]</w:t>
      </w:r>
    </w:p>
    <w:p>
      <w:r>
        <w:t>[It only does this, …………..]</w:t>
      </w:r>
    </w:p>
    <w:p>
      <w:r>
        <w:t>[……………….]</w:t>
      </w:r>
    </w:p>
    <w:p>
      <w:r>
        <w:t>[…………..…..]</w:t>
      </w:r>
    </w:p>
    <w:p>
      <w:r>
        <w:t>[Will it be good if I dip this?]</w:t>
      </w:r>
    </w:p>
    <w:p>
      <w:r>
        <w:t>[No, do not put it, do not put it]</w:t>
      </w:r>
    </w:p>
    <w:p>
      <w:r>
        <w:t>[(All right, all right)]</w:t>
      </w:r>
    </w:p>
    <w:p>
      <w:r>
        <w:t>[……...We do not know, we do not know what needs to be done]</w:t>
      </w:r>
    </w:p>
    <w:p>
      <w:r>
        <w:t>[The dentures are big]</w:t>
      </w:r>
    </w:p>
    <w:p>
      <w:r>
        <w:t>[No, not so much]</w:t>
      </w:r>
    </w:p>
    <w:p>
      <w:r>
        <w:t>[It is not terrible]</w:t>
      </w:r>
    </w:p>
    <w:p>
      <w:r>
        <w:t>[He produces a lot of the {device}]..</w:t>
      </w:r>
    </w:p>
    <w:p>
      <w:r>
        <w:t>[Yes, close the mouth]..</w:t>
      </w:r>
    </w:p>
    <w:p>
      <w:r>
        <w:t>[It is good, the thing, ah]</w:t>
      </w:r>
    </w:p>
    <w:p>
      <w:r>
        <w:t>[Very good]</w:t>
      </w:r>
    </w:p>
    <w:p>
      <w:r>
        <w:t>[It is made of scraps.. ah, ……….., …………]</w:t>
      </w:r>
    </w:p>
    <w:p>
      <w:r>
        <w:t>[In my opinion, it is necessary to do it on this side, no?]</w:t>
      </w:r>
    </w:p>
    <w:p>
      <w:r>
        <w:t>[…..]</w:t>
      </w:r>
    </w:p>
    <w:p>
      <w:r>
        <w:t>[Here, here, on this side]</w:t>
      </w:r>
    </w:p>
    <w:p>
      <w:r>
        <w:t>[……….]</w:t>
      </w:r>
    </w:p>
    <w:p>
      <w:r>
        <w:t>[……….]</w:t>
      </w:r>
    </w:p>
    <w:p>
      <w:r>
        <w:t>[No, now it is much better]</w:t>
      </w:r>
    </w:p>
    <w:p>
      <w:r>
        <w:t>[You see, we repaired the dentures..]</w:t>
      </w:r>
    </w:p>
    <w:p>
      <w:r>
        <w:t>[We repaired the dentures, fitted it]</w:t>
      </w:r>
    </w:p>
    <w:p>
      <w:r>
        <w:t>[………]</w:t>
      </w:r>
    </w:p>
    <w:p>
      <w:r>
        <w:t>[Did you hear a little?]</w:t>
      </w:r>
    </w:p>
    <w:p>
      <w:r>
        <w:t>[………]..</w:t>
      </w:r>
    </w:p>
    <w:p>
      <w:r>
        <w:t>[……..“Excuse me”, it is necessary to do]</w:t>
      </w:r>
    </w:p>
    <w:p>
      <w:r>
        <w:t>[Now seriously, it is necessary to make this thin…]</w:t>
      </w:r>
    </w:p>
    <w:p>
      <w:r>
        <w:t>[I know, it takes hold immediately.. and it dries quickly]</w:t>
      </w:r>
    </w:p>
    <w:p>
      <w:r>
        <w:t>[It needs to take its shape]</w:t>
      </w:r>
    </w:p>
    <w:p>
      <w:r>
        <w:t>[Do you want to drink?]..</w:t>
      </w:r>
    </w:p>
    <w:p>
      <w:r>
        <w:t>[Do you sometimes return to Yerushalayim? Or..]</w:t>
      </w:r>
    </w:p>
    <w:p>
      <w:r>
        <w:t>[Yes]</w:t>
      </w:r>
    </w:p>
    <w:p>
      <w:r>
        <w:t>[……..…..]</w:t>
      </w:r>
    </w:p>
    <w:p>
      <w:r>
        <w:t>[………….]</w:t>
      </w:r>
    </w:p>
    <w:p>
      <w:r>
        <w:t>[Blessed are You, Hashem..]</w:t>
      </w:r>
    </w:p>
    <w:p>
      <w:r>
        <w:t>[This is excellent]</w:t>
      </w:r>
    </w:p>
    <w:p>
      <w:r>
        <w:t>[By Whose word everything came to be]</w:t>
      </w:r>
    </w:p>
    <w:p>
      <w:r>
        <w:t>[…………..]</w:t>
      </w:r>
    </w:p>
    <w:p>
      <w:r>
        <w:t>[…………..]</w:t>
      </w:r>
    </w:p>
    <w:p>
      <w:r>
        <w:t>[Baruch Hashem, this is an example of.., how the..]</w:t>
      </w:r>
    </w:p>
    <w:p>
      <w:r>
        <w:t>[Only the Tunisians do things like these.. there are only the Tunisians]</w:t>
      </w:r>
    </w:p>
    <w:p>
      <w:r>
        <w:t>[What are you doing?]</w:t>
      </w:r>
    </w:p>
    <w:p>
      <w:r>
        <w:t>[………………...……]</w:t>
      </w:r>
    </w:p>
    <w:p>
      <w:r>
        <w:t>[………………..…….]</w:t>
      </w:r>
    </w:p>
    <w:p>
      <w:r>
        <w:t>..[I married someone who was divorced]</w:t>
      </w:r>
    </w:p>
    <w:p>
      <w:r>
        <w:t>[…….]</w:t>
      </w:r>
    </w:p>
    <w:p>
      <w:r>
        <w:t>[I got married not long ago and.. ……..]</w:t>
      </w:r>
    </w:p>
    <w:p>
      <w:r>
        <w:t>[Are there children?]</w:t>
      </w:r>
    </w:p>
    <w:p>
      <w:r>
        <w:t>[I have some from the previous wife]</w:t>
      </w:r>
    </w:p>
    <w:p>
      <w:r>
        <w:t>[Wow…..]</w:t>
      </w:r>
    </w:p>
    <w:p>
      <w:r>
        <w:t>[They came for a few months, and they will return soon, I have three children]</w:t>
      </w:r>
    </w:p>
    <w:p>
      <w:r>
        <w:t>[………]</w:t>
      </w:r>
    </w:p>
    <w:p>
      <w:r>
        <w:t>[… ..…] [……………] [……………]</w:t>
      </w:r>
    </w:p>
    <w:p>
      <w:r>
        <w:t>..[In half..]</w:t>
      </w:r>
    </w:p>
    <w:p>
      <w:r>
        <w:t>[Huh?]</w:t>
      </w:r>
    </w:p>
    <w:p>
      <w:r>
        <w:t>[“In half a word" is a little difficult?]</w:t>
      </w:r>
    </w:p>
    <w:p>
      <w:r>
        <w:t>[Yes.. we put in the dentures]</w:t>
      </w:r>
    </w:p>
    <w:p>
      <w:r>
        <w:t>[This is good, open wide, open, open wide, wide]</w:t>
      </w:r>
    </w:p>
    <w:p>
      <w:r>
        <w:t>[Press, press hard, massage (massage) the cheeks..]</w:t>
      </w:r>
    </w:p>
    <w:p>
      <w:r>
        <w:t>[…..]</w:t>
      </w:r>
    </w:p>
    <w:p>
      <w:r>
        <w:t>[Yes, he is not "happy"]</w:t>
      </w:r>
    </w:p>
    <w:p>
      <w:r>
        <w:t>[No, he is not "happy"]</w:t>
      </w:r>
    </w:p>
    <w:p>
      <w:r>
        <w:t>[..…..]</w:t>
      </w:r>
    </w:p>
    <w:p>
      <w:r>
        <w:t>[…….]</w:t>
      </w:r>
    </w:p>
    <w:p>
      <w:r>
        <w:t>[In the direction of the right {split it}]</w:t>
      </w:r>
    </w:p>
    <w:p>
      <w:r>
        <w:t>[You cannot see anything, you cannot see anything]</w:t>
      </w:r>
    </w:p>
    <w:p>
      <w:r>
        <w:t>[Is it packed well?]</w:t>
      </w:r>
    </w:p>
    <w:p>
      <w:r>
        <w:t>[…..]</w:t>
      </w:r>
    </w:p>
    <w:p>
      <w:r>
        <w:t>{……}</w:t>
      </w:r>
    </w:p>
    <w:p>
      <w:r>
        <w:t>[………] {..………}</w:t>
      </w:r>
    </w:p>
    <w:p>
      <w:r>
        <w:t>[It is necessary to wait just a little longer so that it takes hold]</w:t>
      </w:r>
    </w:p>
    <w:p>
      <w:r>
        <w:t>{Will it hold?}</w:t>
      </w:r>
    </w:p>
    <w:p>
      <w:r>
        <w:t>[There is the middle, which is already not the same thing]</w:t>
      </w:r>
    </w:p>
    <w:p>
      <w:r>
        <w:t>[Do you see?]</w:t>
      </w:r>
    </w:p>
    <w:p>
      <w:r>
        <w:t>{He will put a little more}</w:t>
      </w:r>
    </w:p>
    <w:p>
      <w:r>
        <w:t>[……]</w:t>
      </w:r>
    </w:p>
    <w:p>
      <w:r>
        <w:t>[………]..</w:t>
      </w:r>
    </w:p>
    <w:p>
      <w:r>
        <w:t>[This is good, this is good, this is very good, very good, very……….</w:t>
      </w:r>
    </w:p>
    <w:p>
      <w:r>
        <w:t>You see, it is necessary to do just a little more..</w:t>
      </w:r>
    </w:p>
    <w:p>
      <w:r>
        <w:t>How do you say.., bring me cold water..</w:t>
      </w:r>
    </w:p>
    <w:p>
      <w:r>
        <w:t>You can do another ….. but not a lot]</w:t>
      </w:r>
    </w:p>
    <w:p>
      <w:r>
        <w:t>[………….]</w:t>
      </w:r>
    </w:p>
    <w:p>
      <w:r>
        <w:t>[…….……]</w:t>
      </w:r>
    </w:p>
    <w:p>
      <w:r>
        <w:t>[It does not "blend in"? You told me?]</w:t>
      </w:r>
    </w:p>
    <w:p>
      <w:r>
        <w:t>[It is very thin]</w:t>
      </w:r>
    </w:p>
    <w:p>
      <w:r>
        <w:t>[Bring me the……]</w:t>
      </w:r>
    </w:p>
    <w:p>
      <w:r>
        <w:t>[This is strange]</w:t>
      </w:r>
    </w:p>
    <w:p>
      <w:r>
        <w:t>[Not everything is inside]</w:t>
      </w:r>
    </w:p>
    <w:p>
      <w:r>
        <w:t>[………..]</w:t>
      </w:r>
    </w:p>
    <w:p>
      <w:r>
        <w:t>[…….….]</w:t>
      </w:r>
    </w:p>
    <w:p>
      <w:r>
        <w:t>[Why does it not blend in..]</w:t>
      </w:r>
    </w:p>
    <w:p>
      <w:r>
        <w:t>[This is not normal]</w:t>
      </w:r>
    </w:p>
    <w:p>
      <w:r>
        <w:t>[No]…</w:t>
      </w:r>
    </w:p>
    <w:p>
      <w:r>
        <w:br w:type="page"/>
      </w:r>
    </w:p>
    <w:p>
      <w:pPr>
        <w:pStyle w:val="Heading1"/>
      </w:pPr>
      <w:r>
        <w:t>Tape 85</w:t>
      </w:r>
    </w:p>
    <w:p>
      <w:pPr>
        <w:pStyle w:val="Heading2"/>
      </w:pPr>
      <w:r>
        <w:t>Side A (Aleph)</w:t>
      </w:r>
    </w:p>
    <w:p>
      <w:r>
        <w:t>...and the children of Yitzchak Isaac</w:t>
      </w:r>
    </w:p>
    <w:p>
      <w:r>
        <w:t>[{Yes}]</w:t>
      </w:r>
    </w:p>
    <w:p>
      <w:r>
        <w:t>Nachman? Nassan?</w:t>
      </w:r>
    </w:p>
    <w:p>
      <w:r>
        <w:t>[Ah.. could be, I do not know, I do not know]</w:t>
      </w:r>
    </w:p>
    <w:p>
      <w:r>
        <w:t>{..}</w:t>
      </w:r>
    </w:p>
    <w:p>
      <w:r>
        <w:t>He has a very large beard</w:t>
      </w:r>
    </w:p>
    <w:p>
      <w:r>
        <w:t>[..Yes, yes, a white beard, a white beard]</w:t>
      </w:r>
    </w:p>
    <w:p>
      <w:r>
        <w:t>White</w:t>
      </w:r>
    </w:p>
    <w:p>
      <w:r>
        <w:t>[Yes]</w:t>
      </w:r>
    </w:p>
    <w:p>
      <w:r>
        <w:t>I would not recognize him</w:t>
      </w:r>
    </w:p>
    <w:p>
      <w:r>
        <w:t>[...]</w:t>
      </w:r>
    </w:p>
    <w:p>
      <w:r>
        <w:t>[He remembers you, Saba, he remembers you, he remembers you, Saba]</w:t>
      </w:r>
    </w:p>
    <w:p>
      <w:r>
        <w:t>{{He f..}}.., forgot</w:t>
      </w:r>
    </w:p>
    <w:p>
      <w:r>
        <w:t>[He remembers, remembers you]</w:t>
      </w:r>
    </w:p>
    <w:p>
      <w:r>
        <w:t>He remembers</w:t>
      </w:r>
    </w:p>
    <w:p>
      <w:r>
        <w:t>[Yes, yes]</w:t>
      </w:r>
    </w:p>
    <w:p>
      <w:r>
        <w:t>[…….]</w:t>
      </w:r>
    </w:p>
    <w:p>
      <w:r>
        <w:t>[…...Tell him if it is suitable..]</w:t>
      </w:r>
    </w:p>
    <w:p>
      <w:r>
        <w:t>[Ah]</w:t>
      </w:r>
    </w:p>
    <w:p>
      <w:r>
        <w:t>[…...]</w:t>
      </w:r>
    </w:p>
    <w:p>
      <w:r>
        <w:t>[……]</w:t>
      </w:r>
    </w:p>
    <w:p>
      <w:r>
        <w:t>[…….]</w:t>
      </w:r>
    </w:p>
    <w:p>
      <w:r>
        <w:t>[Saba, he told you.. you asked him</w:t>
      </w:r>
    </w:p>
    <w:p>
      <w:r>
        <w:t>You asked him, that you had not seen him for many years, in Uman, you spo..] {table}</w:t>
      </w:r>
    </w:p>
    <w:p>
      <w:r>
        <w:t>[In Uman, when he was in Uman, Yitzchak Isaac]</w:t>
      </w:r>
    </w:p>
    <w:p>
      <w:r>
        <w:t>He was in Uman?</w:t>
      </w:r>
    </w:p>
    <w:p>
      <w:r>
        <w:t>[Yes, two years ago, he saw you in Uman]</w:t>
      </w:r>
    </w:p>
    <w:p>
      <w:r>
        <w:t>Huh?</w:t>
      </w:r>
    </w:p>
    <w:p>
      <w:r>
        <w:t>[Before.., he saw you in Uman]</w:t>
      </w:r>
    </w:p>
    <w:p>
      <w:r>
        <w:t>[..This year, this year]</w:t>
      </w:r>
    </w:p>
    <w:p>
      <w:r>
        <w:t>[Yes, was it this year?]</w:t>
      </w:r>
    </w:p>
    <w:p>
      <w:r>
        <w:t>[Yes]</w:t>
      </w:r>
    </w:p>
    <w:p>
      <w:r>
        <w:t>[Yes.. last year he saw you in Uman]</w:t>
      </w:r>
    </w:p>
    <w:p>
      <w:r>
        <w:t>{Did he buy} a house in Uman?</w:t>
      </w:r>
    </w:p>
    <w:p>
      <w:r>
        <w:t>[…]</w:t>
      </w:r>
    </w:p>
    <w:p>
      <w:r>
        <w:t>[I did not understand]</w:t>
      </w:r>
    </w:p>
    <w:p>
      <w:r>
        <w:t>[Did he buy a house in Uman?]</w:t>
      </w:r>
    </w:p>
    <w:p>
      <w:r>
        <w:t>[……...He went to him, he came to him, says to him…….]</w:t>
      </w:r>
    </w:p>
    <w:p>
      <w:r>
        <w:t>[……]</w:t>
      </w:r>
    </w:p>
    <w:p>
      <w:r>
        <w:t>[It was three years ago]</w:t>
      </w:r>
    </w:p>
    <w:p>
      <w:r>
        <w:t>[Yes?]</w:t>
      </w:r>
    </w:p>
    <w:p>
      <w:r>
        <w:t>[……..]</w:t>
      </w:r>
    </w:p>
    <w:p>
      <w:r>
        <w:t>[The friends sing: Na Na Nach Nachma Nachman MeUman]</w:t>
      </w:r>
    </w:p>
    <w:p>
      <w:r>
        <w:t>[Saba, an airplane arrived from France, an airplane arrived from France, it brought you a note in French</w:t>
      </w:r>
    </w:p>
    <w:p>
      <w:r>
        <w:t>This brought you an {airplane}]</w:t>
      </w:r>
    </w:p>
    <w:p>
      <w:r>
        <w:t>{….}, we will go to Tzipporah</w:t>
      </w:r>
    </w:p>
    <w:p>
      <w:r>
        <w:t>[Tzipporah]</w:t>
      </w:r>
    </w:p>
    <w:p>
      <w:r>
        <w:t>And we will take {the..}, {..} she has..</w:t>
      </w:r>
    </w:p>
    <w:p>
      <w:r>
        <w:t>[Yes]</w:t>
      </w:r>
    </w:p>
    <w:p>
      <w:r>
        <w:t>She has {..} good things</w:t>
      </w:r>
    </w:p>
    <w:p>
      <w:r>
        <w:t>[Yes, ah]</w:t>
      </w:r>
    </w:p>
    <w:p>
      <w:r>
        <w:t>{...}</w:t>
      </w:r>
    </w:p>
    <w:p>
      <w:r>
        <w:t>We will go to Tzipporah</w:t>
      </w:r>
    </w:p>
    <w:p>
      <w:r>
        <w:t>[….]</w:t>
      </w:r>
    </w:p>
    <w:p>
      <w:r>
        <w:t>[Na Na Nach Nachma Nachm..]</w:t>
      </w:r>
    </w:p>
    <w:p>
      <w:r>
        <w:t>{….} she has there {ah.. treasures}</w:t>
      </w:r>
    </w:p>
    <w:p>
      <w:r>
        <w:t>[..]</w:t>
      </w:r>
    </w:p>
    <w:p>
      <w:r>
        <w:t>{…}</w:t>
      </w:r>
    </w:p>
    <w:p>
      <w:r>
        <w:t>And one note I know by heart:</w:t>
      </w:r>
    </w:p>
    <w:p>
      <w:r>
        <w:t>It was very difficult for me {to descend}…</w:t>
      </w:r>
    </w:p>
    <w:p>
      <w:r>
        <w:t>...{to you} my precious disciple.. {we will go}</w:t>
      </w:r>
    </w:p>
    <w:p>
      <w:r>
        <w:t>[...]</w:t>
      </w:r>
    </w:p>
    <w:p>
      <w:r>
        <w:t>To tell you.. to tell you that I derived great pleasure from your service</w:t>
      </w:r>
    </w:p>
    <w:p>
      <w:r>
        <w:t>And concerning you I said, my fire will burn until Moshiach comes</w:t>
      </w:r>
    </w:p>
    <w:p>
      <w:r>
        <w:t>{..} Be strong and courageous in your service, and the sign..</w:t>
      </w:r>
    </w:p>
    <w:p>
      <w:r>
        <w:t>[..]</w:t>
      </w:r>
    </w:p>
    <w:p>
      <w:r>
        <w:t>On the 17th of Tammuz they will say {{that you are not fasting}}</w:t>
      </w:r>
    </w:p>
    <w:p>
      <w:r>
        <w:t>And with this {{I will reveal\tell}} you a secret full and heaping from line to line {…}..</w:t>
      </w:r>
    </w:p>
    <w:p>
      <w:r>
        <w:t>P'tz'p'tz'i'h'</w:t>
      </w:r>
    </w:p>
    <w:p>
      <w:r>
        <w:t>{…} Do you remember?</w:t>
      </w:r>
    </w:p>
    <w:p>
      <w:r>
        <w:t>[…]</w:t>
      </w:r>
    </w:p>
    <w:p>
      <w:r>
        <w:t>No?</w:t>
      </w:r>
    </w:p>
    <w:p>
      <w:r>
        <w:t>[Yes, yes]</w:t>
      </w:r>
    </w:p>
    <w:p>
      <w:r>
        <w:t>At Tzipporah's there is everything</w:t>
      </w:r>
    </w:p>
    <w:p>
      <w:r>
        <w:t>[…………to you….……...understood]</w:t>
      </w:r>
    </w:p>
    <w:p>
      <w:r>
        <w:t>[…]</w:t>
      </w:r>
    </w:p>
    <w:p>
      <w:r>
        <w:t>[{Did you hear}, without Na Na Nach…….]</w:t>
      </w:r>
    </w:p>
    <w:p>
      <w:r>
        <w:t>[Ah.. instead of Na Na Nach, there is the 17th of Tammuz]</w:t>
      </w:r>
    </w:p>
    <w:p>
      <w:r>
        <w:t>[..With this I will reveal to you a secret……. no, the 17th…..]</w:t>
      </w:r>
    </w:p>
    <w:p>
      <w:r>
        <w:t>[….]</w:t>
      </w:r>
    </w:p>
    <w:p>
      <w:r>
        <w:t>[The sign is the 17th of Tammuz, with this I will reveal to you a secret and it is {full}, understood?</w:t>
      </w:r>
    </w:p>
    <w:p>
      <w:r>
        <w:t>Understood the.. ……..]</w:t>
      </w:r>
    </w:p>
    <w:p>
      <w:r>
        <w:t>[……..full and heaping from line to line……] {...}</w:t>
      </w:r>
    </w:p>
    <w:p>
      <w:r>
        <w:t>[…]</w:t>
      </w:r>
    </w:p>
    <w:p>
      <w:r>
        <w:t>{.… … ..} […]</w:t>
      </w:r>
    </w:p>
    <w:p>
      <w:r>
        <w:t>Ah.. we will make {for her} a hotel in Tzippor's house, {yes}</w:t>
      </w:r>
    </w:p>
    <w:p>
      <w:r>
        <w:t>{..} She has a large apartment, two rooms, we will be able to eat and sleep, {…}..</w:t>
      </w:r>
    </w:p>
    <w:p>
      <w:r>
        <w:t>She will be very happy {with us..}</w:t>
      </w:r>
    </w:p>
    <w:p>
      <w:r>
        <w:t>[And.. and w.., shall we call Yitzchak Isaac? Shall we call Yitzchak Isaac so that he will also come to the h.., to the hotel?</w:t>
      </w:r>
    </w:p>
    <w:p>
      <w:r>
        <w:t>Saba, will Yitzchak Isaac also come to the hotel?]</w:t>
      </w:r>
    </w:p>
    <w:p>
      <w:r>
        <w:t>[..And sleep]</w:t>
      </w:r>
    </w:p>
    <w:p>
      <w:r>
        <w:t>Yes</w:t>
      </w:r>
    </w:p>
    <w:p>
      <w:r>
        <w:t>[Yes]</w:t>
      </w:r>
    </w:p>
    <w:p>
      <w:r>
        <w:t>Yitzchak Isaac..?</w:t>
      </w:r>
    </w:p>
    <w:p>
      <w:r>
        <w:t>[Will come to the hotel]</w:t>
      </w:r>
    </w:p>
    <w:p>
      <w:r>
        <w:t>[….]</w:t>
      </w:r>
    </w:p>
    <w:p>
      <w:r>
        <w:t>[Will he come to Tzipporah?]</w:t>
      </w:r>
    </w:p>
    <w:p>
      <w:r>
        <w:t>[…………………]</w:t>
      </w:r>
    </w:p>
    <w:p>
      <w:r>
        <w:t>[………………...]</w:t>
      </w:r>
    </w:p>
    <w:p>
      <w:r>
        <w:t>Do you have a lot of this?</w:t>
      </w:r>
    </w:p>
    <w:p>
      <w:r>
        <w:t>[What?]</w:t>
      </w:r>
    </w:p>
    <w:p>
      <w:r>
        <w:t>[….]</w:t>
      </w:r>
    </w:p>
    <w:p>
      <w:r>
        <w:t>[In French?]</w:t>
      </w:r>
    </w:p>
    <w:p>
      <w:r>
        <w:t>[...]</w:t>
      </w:r>
    </w:p>
    <w:p>
      <w:r>
        <w:t>Huh?</w:t>
      </w:r>
    </w:p>
    <w:p>
      <w:r>
        <w:t>[From the note?]</w:t>
      </w:r>
    </w:p>
    <w:p>
      <w:r>
        <w:t>[….]</w:t>
      </w:r>
    </w:p>
    <w:p>
      <w:r>
        <w:t>[From the note?]</w:t>
      </w:r>
    </w:p>
    <w:p>
      <w:r>
        <w:t>Do you have a lot?</w:t>
      </w:r>
    </w:p>
    <w:p>
      <w:r>
        <w:t>[I have a lot]</w:t>
      </w:r>
    </w:p>
    <w:p>
      <w:r>
        <w:t>{Yo}</w:t>
      </w:r>
    </w:p>
    <w:p>
      <w:r>
        <w:t>[He brought, he brought, Tzvi Freinti]</w:t>
      </w:r>
    </w:p>
    <w:p>
      <w:r>
        <w:t>[...]</w:t>
      </w:r>
    </w:p>
    <w:p>
      <w:r>
        <w:t>{...}</w:t>
      </w:r>
    </w:p>
    <w:p>
      <w:r>
        <w:t>[He brought from.., he brought from France]</w:t>
      </w:r>
    </w:p>
    <w:p>
      <w:r>
        <w:t>Who is this?</w:t>
      </w:r>
    </w:p>
    <w:p>
      <w:r>
        <w:t>[Ah.. Tzvi Freinti, Tzvi son of Sarah]</w:t>
      </w:r>
    </w:p>
    <w:p>
      <w:r>
        <w:t>Who is this?</w:t>
      </w:r>
    </w:p>
    <w:p>
      <w:r>
        <w:t>[Tzvi son of Sarah]</w:t>
      </w:r>
    </w:p>
    <w:p>
      <w:r>
        <w:t>{…..}</w:t>
      </w:r>
    </w:p>
    <w:p>
      <w:r>
        <w:t>[…..]</w:t>
      </w:r>
    </w:p>
    <w:p>
      <w:r>
        <w:t>Is Yitzchak Isaac here?</w:t>
      </w:r>
    </w:p>
    <w:p>
      <w:r>
        <w:t>[…..]</w:t>
      </w:r>
    </w:p>
    <w:p>
      <w:r>
        <w:t>Who is this?</w:t>
      </w:r>
    </w:p>
    <w:p>
      <w:r>
        <w:t>[……]</w:t>
      </w:r>
    </w:p>
    <w:p>
      <w:r>
        <w:t>[…...]</w:t>
      </w:r>
    </w:p>
    <w:p>
      <w:r>
        <w:t>Who, who are you?</w:t>
      </w:r>
    </w:p>
    <w:p>
      <w:r>
        <w:t>[…]</w:t>
      </w:r>
    </w:p>
    <w:p>
      <w:r>
        <w:t>Who is this?</w:t>
      </w:r>
    </w:p>
    <w:p>
      <w:r>
        <w:t>[…...]</w:t>
      </w:r>
    </w:p>
    <w:p>
      <w:r>
        <w:t>Yitzchak Isaac?</w:t>
      </w:r>
    </w:p>
    <w:p>
      <w:r>
        <w:t>[…..]</w:t>
      </w:r>
    </w:p>
    <w:p>
      <w:r>
        <w:t>With all his money he printed</w:t>
      </w:r>
    </w:p>
    <w:p>
      <w:r>
        <w:t>[…..]</w:t>
      </w:r>
    </w:p>
    <w:p>
      <w:r>
        <w:t>Do you know about this?</w:t>
      </w:r>
    </w:p>
    <w:p>
      <w:r>
        <w:t>[Yes, yes]</w:t>
      </w:r>
    </w:p>
    <w:p>
      <w:r>
        <w:t>[………]</w:t>
      </w:r>
    </w:p>
    <w:p>
      <w:r>
        <w:t>[……]</w:t>
      </w:r>
    </w:p>
    <w:p>
      <w:r>
        <w:t>[Rebbe Yisroel, Rebbe..]</w:t>
      </w:r>
    </w:p>
    <w:p>
      <w:r>
        <w:t>[…..]</w:t>
      </w:r>
    </w:p>
    <w:p>
      <w:r>
        <w:t>[…..]</w:t>
      </w:r>
    </w:p>
    <w:p>
      <w:r>
        <w:t>[Rebbe Yisroel, the..]</w:t>
      </w:r>
    </w:p>
    <w:p>
      <w:r>
        <w:t>{Who is this?}</w:t>
      </w:r>
    </w:p>
    <w:p>
      <w:r>
        <w:t>[This is Aharon, Rebbe Yisroel, Aharon]</w:t>
      </w:r>
    </w:p>
    <w:p>
      <w:r>
        <w:t>Aharon</w:t>
      </w:r>
    </w:p>
    <w:p>
      <w:r>
        <w:t>[Aharon Cohen, Rebbe Yisroel]</w:t>
      </w:r>
    </w:p>
    <w:p>
      <w:r>
        <w:t>Who is this? Who is this?</w:t>
      </w:r>
    </w:p>
    <w:p>
      <w:r>
        <w:t>[Aharon Cohen, Rebbe Yisroel, Aharon, Aharon]</w:t>
      </w:r>
    </w:p>
    <w:p>
      <w:r>
        <w:t>Aharon, {Patz?}</w:t>
      </w:r>
    </w:p>
    <w:p>
      <w:r>
        <w:t>[Cohen]</w:t>
      </w:r>
    </w:p>
    <w:p>
      <w:r>
        <w:t>Is he here?</w:t>
      </w:r>
    </w:p>
    <w:p>
      <w:r>
        <w:t>[N.. n..]</w:t>
      </w:r>
    </w:p>
    <w:p>
      <w:r>
        <w:t>[………]</w:t>
      </w:r>
    </w:p>
    <w:p>
      <w:r>
        <w:t>[………]</w:t>
      </w:r>
    </w:p>
    <w:p>
      <w:r>
        <w:t>[The friends sing the melody of: "Na Nach.."</w:t>
      </w:r>
    </w:p>
    <w:p>
      <w:r>
        <w:t>(Saba rouses the friends)]</w:t>
      </w:r>
    </w:p>
    <w:p>
      <w:r>
        <w:t>We have, the main thing is we have, a car and drivers we have, {and g..} gasoline will a.. also be</w:t>
      </w:r>
    </w:p>
    <w:p>
      <w:r>
        <w:t>[…….…]</w:t>
      </w:r>
    </w:p>
    <w:p>
      <w:r>
        <w:t>[……]</w:t>
      </w:r>
    </w:p>
    <w:p>
      <w:r>
        <w:t>[Rebbe Yisroel]</w:t>
      </w:r>
    </w:p>
    <w:p>
      <w:r>
        <w:t>[……]</w:t>
      </w:r>
    </w:p>
    <w:p>
      <w:r>
        <w:t>[Rebbe Yisroel]</w:t>
      </w:r>
    </w:p>
    <w:p>
      <w:r>
        <w:t>Eh?</w:t>
      </w:r>
    </w:p>
    <w:p>
      <w:r>
        <w:t>[My father has a hotel near Tzipporah]</w:t>
      </w:r>
    </w:p>
    <w:p>
      <w:r>
        <w:t>Eh?</w:t>
      </w:r>
    </w:p>
    <w:p>
      <w:r>
        <w:t>[My father has a hotel near Tzipporah in Beit HaKerem]</w:t>
      </w:r>
    </w:p>
    <w:p>
      <w:r>
        <w:t>[{This is the hotel, look}]</w:t>
      </w:r>
    </w:p>
    <w:p>
      <w:r>
        <w:t>[In Beit HaKerem]</w:t>
      </w:r>
    </w:p>
    <w:p>
      <w:r>
        <w:t>[{Yes}]</w:t>
      </w:r>
    </w:p>
    <w:p>
      <w:r>
        <w:t>[Near.., near.. Tzipporah]</w:t>
      </w:r>
    </w:p>
    <w:p>
      <w:r>
        <w:t>My daughter</w:t>
      </w:r>
    </w:p>
    <w:p>
      <w:r>
        <w:t>[Yes]</w:t>
      </w:r>
    </w:p>
    <w:p>
      <w:r>
        <w:t>Your father?</w:t>
      </w:r>
    </w:p>
    <w:p>
      <w:r>
        <w:t>[Yes]</w:t>
      </w:r>
    </w:p>
    <w:p>
      <w:r>
        <w:t>Nu</w:t>
      </w:r>
    </w:p>
    <w:p>
      <w:r>
        <w:t>[He has a hotel..]</w:t>
      </w:r>
    </w:p>
    <w:p>
      <w:r>
        <w:t>[….]</w:t>
      </w:r>
    </w:p>
    <w:p>
      <w:r>
        <w:t>[Near Tzipporah in Beit HaKerem]</w:t>
      </w:r>
    </w:p>
    <w:p>
      <w:r>
        <w:t>Yes?</w:t>
      </w:r>
    </w:p>
    <w:p>
      <w:r>
        <w:t>[Yes, and with God's help, my fa.. father will come to the Land on Thursday with Mother]</w:t>
      </w:r>
    </w:p>
    <w:p>
      <w:r>
        <w:t>[...]</w:t>
      </w:r>
    </w:p>
    <w:p>
      <w:r>
        <w:t>Nu, we will travel, we have a car and we will travel.., we can travel by day and by night</w:t>
      </w:r>
    </w:p>
    <w:p>
      <w:r>
        <w:t>[….…]</w:t>
      </w:r>
    </w:p>
    <w:p>
      <w:r>
        <w:t>[…….]</w:t>
      </w:r>
    </w:p>
    <w:p>
      <w:r>
        <w:t>{Fortunate are we}, we do not need to walk, {or.. ….}, we have a {..} car</w:t>
      </w:r>
    </w:p>
    <w:p>
      <w:r>
        <w:t>[…….]</w:t>
      </w:r>
    </w:p>
    <w:p>
      <w:r>
        <w:t>[…….]</w:t>
      </w:r>
    </w:p>
    <w:p>
      <w:r>
        <w:t>And drivers we also have, nu, {and gasoline}.., gasoline will also be</w:t>
      </w:r>
    </w:p>
    <w:p>
      <w:r>
        <w:t>[Where to?]</w:t>
      </w:r>
    </w:p>
    <w:p>
      <w:r>
        <w:t>[Where to? Where to? Rebbe Yisroel]</w:t>
      </w:r>
    </w:p>
    <w:p>
      <w:r>
        <w:t>[Where to? Rebbe Yisroel]</w:t>
      </w:r>
    </w:p>
    <w:p>
      <w:r>
        <w:t>[……..……]</w:t>
      </w:r>
    </w:p>
    <w:p>
      <w:r>
        <w:t>[…………..]</w:t>
      </w:r>
    </w:p>
    <w:p>
      <w:r>
        <w:t>Who are you?</w:t>
      </w:r>
    </w:p>
    <w:p>
      <w:r>
        <w:t>[What? I, uh.. Freinty]</w:t>
      </w:r>
    </w:p>
    <w:p>
      <w:r>
        <w:t>Uri?</w:t>
      </w:r>
    </w:p>
    <w:p>
      <w:r>
        <w:t>[Freinty, Freinty]</w:t>
      </w:r>
    </w:p>
    <w:p>
      <w:r>
        <w:t>No?</w:t>
      </w:r>
    </w:p>
    <w:p>
      <w:r>
        <w:t>[Freinty]</w:t>
      </w:r>
    </w:p>
    <w:p>
      <w:r>
        <w:t>Uri?</w:t>
      </w:r>
    </w:p>
    <w:p>
      <w:r>
        <w:t>[Freinty]</w:t>
      </w:r>
    </w:p>
    <w:p>
      <w:r>
        <w:t>[…]</w:t>
      </w:r>
    </w:p>
    <w:p>
      <w:r>
        <w:t>[Tzvi Freinty, Tzvi F..]</w:t>
      </w:r>
    </w:p>
    <w:p>
      <w:r>
        <w:t>Freinty?</w:t>
      </w:r>
    </w:p>
    <w:p>
      <w:r>
        <w:t>[Yes, yes]</w:t>
      </w:r>
    </w:p>
    <w:p>
      <w:r>
        <w:t>{Ho.. ho.. ho.. ho..}..</w:t>
      </w:r>
    </w:p>
    <w:p>
      <w:r>
        <w:t>Why did you come here? {You came to Meron}</w:t>
      </w:r>
    </w:p>
    <w:p>
      <w:r>
        <w:t>[Yes]</w:t>
      </w:r>
    </w:p>
    <w:p>
      <w:r>
        <w:t>Freinty..</w:t>
      </w:r>
    </w:p>
    <w:p>
      <w:r>
        <w:t>[…….]</w:t>
      </w:r>
    </w:p>
    <w:p>
      <w:r>
        <w:t>"Rabbi, Rabbi Freinty"</w:t>
      </w:r>
    </w:p>
    <w:p>
      <w:r>
        <w:t>[………..]</w:t>
      </w:r>
    </w:p>
    <w:p>
      <w:r>
        <w:t>[……]</w:t>
      </w:r>
    </w:p>
    <w:p>
      <w:r>
        <w:t>Do you know me? Do you know me?</w:t>
      </w:r>
    </w:p>
    <w:p>
      <w:r>
        <w:t>[Certainly]</w:t>
      </w:r>
    </w:p>
    <w:p>
      <w:r>
        <w:t>Do you know how old I am?</w:t>
      </w:r>
    </w:p>
    <w:p>
      <w:r>
        <w:t>[Yes, {a hundred}..]</w:t>
      </w:r>
    </w:p>
    <w:p>
      <w:r>
        <w:t>You do not know</w:t>
      </w:r>
    </w:p>
    <w:p>
      <w:r>
        <w:t>[A h..]</w:t>
      </w:r>
    </w:p>
    <w:p>
      <w:r>
        <w:t>[….]</w:t>
      </w:r>
    </w:p>
    <w:p>
      <w:r>
        <w:t>[One hundred and six, one hundred and six, one hundred and six]</w:t>
      </w:r>
    </w:p>
    <w:p>
      <w:r>
        <w:t>One hundred..</w:t>
      </w:r>
    </w:p>
    <w:p>
      <w:r>
        <w:t>[And six]</w:t>
      </w:r>
    </w:p>
    <w:p>
      <w:r>
        <w:t>How much? One hundred years old..</w:t>
      </w:r>
    </w:p>
    <w:p>
      <w:r>
        <w:t>[About one hundred and six]</w:t>
      </w:r>
    </w:p>
    <w:p>
      <w:r>
        <w:t>{Eight}</w:t>
      </w:r>
    </w:p>
    <w:p>
      <w:r>
        <w:t>[One hundred and six]</w:t>
      </w:r>
    </w:p>
    <w:p>
      <w:r>
        <w:t>Eight or nine?</w:t>
      </w:r>
    </w:p>
    <w:p>
      <w:r>
        <w:t>[No, six, one hundred and six]</w:t>
      </w:r>
    </w:p>
    <w:p>
      <w:r>
        <w:t>One hundred and six</w:t>
      </w:r>
    </w:p>
    <w:p>
      <w:r>
        <w:t>[Yes, approximately]</w:t>
      </w:r>
    </w:p>
    <w:p>
      <w:r>
        <w:t>{….}</w:t>
      </w:r>
    </w:p>
    <w:p>
      <w:r>
        <w:t>[Good?]..</w:t>
      </w:r>
    </w:p>
    <w:p>
      <w:r>
        <w:t>Do you need to travel somewhere? I have a car and drivers, and there will also be gasoline, {..}</w:t>
      </w:r>
    </w:p>
    <w:p>
      <w:r>
        <w:t>The car, my car is here</w:t>
      </w:r>
    </w:p>
    <w:p>
      <w:r>
        <w:t>[Yes, I saw]</w:t>
      </w:r>
    </w:p>
    <w:p>
      <w:r>
        <w:t>Thank God, {we have everything\the time to work}</w:t>
      </w:r>
    </w:p>
    <w:p>
      <w:r>
        <w:t>We can take out the table, and.. {and the books}, {…, to write\to lie down}</w:t>
      </w:r>
    </w:p>
    <w:p>
      <w:r>
        <w:t>This is n.., we will put {o..} outside</w:t>
      </w:r>
    </w:p>
    <w:p>
      <w:r>
        <w:t>Eh</w:t>
      </w:r>
    </w:p>
    <w:p>
      <w:r>
        <w:t>[…]</w:t>
      </w:r>
    </w:p>
    <w:p>
      <w:r>
        <w:t>[Saba and the friends sing:</w:t>
      </w:r>
    </w:p>
    <w:p>
      <w:r>
        <w:t>"Na Nach Nachma Nachman MeUman.."]</w:t>
      </w:r>
    </w:p>
    <w:p>
      <w:r>
        <w:t>{..}</w:t>
      </w:r>
    </w:p>
    <w:p>
      <w:r>
        <w:t>[Afterward they sing:</w:t>
      </w:r>
    </w:p>
    <w:p>
      <w:r>
        <w:t>"In You our fathers trusted, in You they trusted and You delivered them, to You they cried and escaped, in You they trusted and were not ashamed.."</w:t>
      </w:r>
    </w:p>
    <w:p>
      <w:r>
        <w:t>"Na Nach Nachma Nachman MeUman.."]</w:t>
      </w:r>
    </w:p>
    <w:p>
      <w:r>
        <w:t>[Saba, u.. where is Yitzchak Isaac? Saba, where is Yitzchak Isaac?]</w:t>
      </w:r>
    </w:p>
    <w:p>
      <w:r>
        <w:t>Yitzchak Isaac {is not here}</w:t>
      </w:r>
    </w:p>
    <w:p>
      <w:r>
        <w:t>[Saba and the friends sing the melody of: "Na Nach.."]</w:t>
      </w:r>
    </w:p>
    <w:p>
      <w:r>
        <w:t>………………..(the recording is not good)………………...</w:t>
      </w:r>
    </w:p>
    <w:p>
      <w:r>
        <w:t>………………..(until – 30:32)………...……………...</w:t>
      </w:r>
    </w:p>
    <w:p>
      <w:r>
        <w:t>[There is talking, and in between Saba and the friends continue to sing: "Na Nach Nachma Nachman MeUman.."]...</w:t>
      </w:r>
    </w:p>
    <w:p>
      <w:r>
        <w:t>...{Uh.. the blowing of the shofar, how is the blowing of the shofar?}, uh..</w:t>
      </w:r>
    </w:p>
    <w:p>
      <w:r>
        <w:t>Ah, Patzpatziah</w:t>
      </w:r>
    </w:p>
    <w:p>
      <w:r>
        <w:t>Patzpatziah is a secret, the secret of the blowing of the {shofar}</w:t>
      </w:r>
    </w:p>
    <w:p>
      <w:r>
        <w:t>It is forbidden to make light of this, {uh..}</w:t>
      </w:r>
    </w:p>
    <w:p>
      <w:r>
        <w:t>{But}, everyone, the whole world is far from this</w:t>
      </w:r>
    </w:p>
    <w:p>
      <w:r>
        <w:t>{What did he announce? To where, and where was he? {{. . .}}</w:t>
      </w:r>
    </w:p>
    <w:p>
      <w:r>
        <w:t>It is forbidden {to make light}.., I myself make light of this, {yes}</w:t>
      </w:r>
    </w:p>
    <w:p>
      <w:r>
        <w:t>{{But from today I need to, he annou.., announces t.. to be careful about this}}</w:t>
      </w:r>
    </w:p>
    <w:p>
      <w:r>
        <w:t>These are very awesome, wondrous things</w:t>
      </w:r>
    </w:p>
    <w:p>
      <w:r>
        <w:t>The world makes light of this, {yes}, and thinks that this, {this is not worth anything}</w:t>
      </w:r>
    </w:p>
    <w:p>
      <w:r>
        <w:t>{They do not know, they do not know}</w:t>
      </w:r>
    </w:p>
    <w:p>
      <w:r>
        <w:t>The t.. time will come.. the time will arrive.. {..}</w:t>
      </w:r>
    </w:p>
    <w:p>
      <w:r>
        <w:t>When everyone will see the truth…</w:t>
      </w:r>
    </w:p>
    <w:p>
      <w:r>
        <w:t>{. . .}... …[..…]</w:t>
      </w:r>
    </w:p>
    <w:p>
      <w:r>
        <w:t>...[The friends play and sing: "Na Nach Nachma Nachman MeUman.."]</w:t>
      </w:r>
    </w:p>
    <w:p>
      <w:r>
        <w:t>{On what day is Rosh Chodesh?}</w:t>
      </w:r>
    </w:p>
    <w:p>
      <w:r>
        <w:t>[Rosh Chodesh is.. on Sunday]</w:t>
      </w:r>
    </w:p>
    <w:p>
      <w:r>
        <w:t>{……. One day?}</w:t>
      </w:r>
    </w:p>
    <w:p>
      <w:r>
        <w:t>[…….]</w:t>
      </w:r>
    </w:p>
    <w:p>
      <w:r>
        <w:t>[In you, Rabbainu, we will rejoice, rejoice..]</w:t>
      </w:r>
    </w:p>
    <w:p>
      <w:r>
        <w:t>[…. Rosh Chodesh is, is Sunday and Monday?]</w:t>
      </w:r>
    </w:p>
    <w:p>
      <w:r>
        <w:t>[And we will be glad..]</w:t>
      </w:r>
    </w:p>
    <w:p>
      <w:r>
        <w:t>[Rosh Chodesh is Sunday and Monday?]</w:t>
      </w:r>
    </w:p>
    <w:p>
      <w:r>
        <w:t>[……..]</w:t>
      </w:r>
    </w:p>
    <w:p>
      <w:r>
        <w:t>[No, two days, Sunday and Monday]</w:t>
      </w:r>
    </w:p>
    <w:p>
      <w:r>
        <w:t>[…..…]</w:t>
      </w:r>
    </w:p>
    <w:p>
      <w:r>
        <w:t>[Rosh Chodesh Elul, Rosh Chodesh Elul]</w:t>
      </w:r>
    </w:p>
    <w:p>
      <w:r>
        <w:t>Eh?</w:t>
      </w:r>
    </w:p>
    <w:p>
      <w:r>
        <w:t>[Rosh Chodesh Elul]</w:t>
      </w:r>
    </w:p>
    <w:p>
      <w:r>
        <w:t>{….}</w:t>
      </w:r>
    </w:p>
    <w:p>
      <w:r>
        <w:t>[And tomorrow is Erev Rosh Chodesh]</w:t>
      </w:r>
    </w:p>
    <w:p>
      <w:r>
        <w:t>And tomorrow..?</w:t>
      </w:r>
    </w:p>
    <w:p>
      <w:r>
        <w:t>[Tomorrow is Yom Kippur Katan, tomorrow is Yom Kippur Katan, Erev Rosh Chodesh, on Thursday]</w:t>
      </w:r>
    </w:p>
    <w:p>
      <w:r>
        <w:t>{….}</w:t>
      </w:r>
    </w:p>
    <w:p>
      <w:r>
        <w:t>[No]</w:t>
      </w:r>
    </w:p>
    <w:p>
      <w:r>
        <w:t>[……………………….………..]</w:t>
      </w:r>
    </w:p>
    <w:p>
      <w:r>
        <w:t>[……………………….………..]...</w:t>
      </w:r>
    </w:p>
    <w:p>
      <w:r>
        <w:t>...(…)…</w:t>
      </w:r>
    </w:p>
    <w:p>
      <w:r>
        <w:t>...[A daughter was born to him]</w:t>
      </w:r>
    </w:p>
    <w:p>
      <w:r>
        <w:t>Ah</w:t>
      </w:r>
    </w:p>
    <w:p>
      <w:r>
        <w:t>[Yes, about half an hour ago]</w:t>
      </w:r>
    </w:p>
    <w:p>
      <w:r>
        <w:t>Eh?</w:t>
      </w:r>
    </w:p>
    <w:p>
      <w:r>
        <w:t>[About half an hour ago]</w:t>
      </w:r>
    </w:p>
    <w:p>
      <w:r>
        <w:t>Ah</w:t>
      </w:r>
    </w:p>
    <w:p>
      <w:r>
        <w:t>[Tzipporah called, and said that a daughter was born]</w:t>
      </w:r>
    </w:p>
    <w:p>
      <w:r>
        <w:t>That was born</w:t>
      </w:r>
    </w:p>
    <w:p>
      <w:r>
        <w:t>[Born to her son, a daughter, she was born to him]</w:t>
      </w:r>
    </w:p>
    <w:p>
      <w:r>
        <w:t>Ah</w:t>
      </w:r>
    </w:p>
    <w:p>
      <w:r>
        <w:t>[To Uri]</w:t>
      </w:r>
    </w:p>
    <w:p>
      <w:r>
        <w:t>To Uri</w:t>
      </w:r>
    </w:p>
    <w:p>
      <w:r>
        <w:t>[Yes]</w:t>
      </w:r>
    </w:p>
    <w:p>
      <w:r>
        <w:t>Thank you very much, thank you very much…</w:t>
      </w:r>
    </w:p>
    <w:p>
      <w:r>
        <w:t>...[{Bless} them, Saba]</w:t>
      </w:r>
    </w:p>
    <w:p>
      <w:r>
        <w:t>Ah, {………..}</w:t>
      </w:r>
    </w:p>
    <w:p>
      <w:r>
        <w:t>May the blessed God p.., {..} prolong their days and their years {...} and much nachas</w:t>
      </w:r>
    </w:p>
    <w:p>
      <w:r>
        <w:t>[Amen]...</w:t>
      </w:r>
    </w:p>
    <w:p>
      <w:r>
        <w:t>...Enters {the heart}, and changes the.., the person completely</w:t>
      </w:r>
    </w:p>
    <w:p>
      <w:r>
        <w:t>{T.. t..} to the blessed God, to the Torah…</w:t>
      </w:r>
    </w:p>
    <w:p>
      <w:r>
        <w:t>...{..} also {…} to restrain oneself and overcome the evil inclination, the desires, yes, certainly…</w:t>
      </w:r>
    </w:p>
    <w:p>
      <w:r>
        <w:t>...[..notes]</w:t>
      </w:r>
    </w:p>
    <w:p>
      <w:r>
        <w:t>What?</w:t>
      </w:r>
    </w:p>
    <w:p>
      <w:r>
        <w:t>[You said at night that you received three notes]</w:t>
      </w:r>
    </w:p>
    <w:p>
      <w:r>
        <w:t>What? I received?</w:t>
      </w:r>
    </w:p>
    <w:p>
      <w:r>
        <w:t>[Th.. three notes, three notes]</w:t>
      </w:r>
    </w:p>
    <w:p>
      <w:r>
        <w:t>Three?</w:t>
      </w:r>
    </w:p>
    <w:p>
      <w:r>
        <w:t>[Notes, a note]</w:t>
      </w:r>
    </w:p>
    <w:p>
      <w:r>
        <w:t>Notes</w:t>
      </w:r>
    </w:p>
    <w:p>
      <w:r>
        <w:t>[{..}, you said that you received th.. three notes, at night]</w:t>
      </w:r>
    </w:p>
    <w:p>
      <w:r>
        <w:t>I do not remember</w:t>
      </w:r>
    </w:p>
    <w:p>
      <w:r>
        <w:t>[And this morning you said that the matter of the notes is not a simple matter]</w:t>
      </w:r>
    </w:p>
    <w:p>
      <w:r>
        <w:t>{..}, no..?</w:t>
      </w:r>
    </w:p>
    <w:p>
      <w:r>
        <w:t>[It is not a simple matter, you said that the matter of the notes..]</w:t>
      </w:r>
    </w:p>
    <w:p>
      <w:r>
        <w:t>{Hoo..}</w:t>
      </w:r>
    </w:p>
    <w:p>
      <w:r>
        <w:t>[It is not..]</w:t>
      </w:r>
    </w:p>
    <w:p>
      <w:r>
        <w:t>{Hoo..}</w:t>
      </w:r>
    </w:p>
    <w:p>
      <w:r>
        <w:t>[It is not a simple matter]</w:t>
      </w:r>
    </w:p>
    <w:p>
      <w:r>
        <w:t>{Hoo, hoo….} Not to make light of it</w:t>
      </w:r>
    </w:p>
    <w:p>
      <w:r>
        <w:t>[Ah, ah, Rebbe Yisroel, what does it mean not to make light of it? What? What?]</w:t>
      </w:r>
    </w:p>
    <w:p>
      <w:r>
        <w:t>I have no strength</w:t>
      </w:r>
    </w:p>
    <w:p>
      <w:r>
        <w:t>[No.. Rebbe Yisroel, we do not..]</w:t>
      </w:r>
    </w:p>
    <w:p>
      <w:r>
        <w:t>To believe..</w:t>
      </w:r>
    </w:p>
    <w:p>
      <w:r>
        <w:t>[We..]</w:t>
      </w:r>
    </w:p>
    <w:p>
      <w:r>
        <w:t>Not to make light of it</w:t>
      </w:r>
    </w:p>
    <w:p>
      <w:r>
        <w:t>[Yes]</w:t>
      </w:r>
    </w:p>
    <w:p>
      <w:r>
        <w:t>To believe</w:t>
      </w:r>
    </w:p>
    <w:p>
      <w:r>
        <w:t>[..We believe, Rebbe Yisroel, we believe]</w:t>
      </w:r>
    </w:p>
    <w:p>
      <w:r>
        <w:t>Schon, schon, {good}…</w:t>
      </w:r>
    </w:p>
    <w:p>
      <w:r>
        <w:t>...{I removed} the notes f.. from my heart and from my mind</w:t>
      </w:r>
    </w:p>
    <w:p>
      <w:r>
        <w:t>{{No…….}}, I did not think about it</w:t>
      </w:r>
    </w:p>
    <w:p>
      <w:r>
        <w:t>It was from the blessed God, from Heaven</w:t>
      </w:r>
    </w:p>
    <w:p>
      <w:r>
        <w:t>[Rebbe Yisroel, the note you received can help the world]</w:t>
      </w:r>
    </w:p>
    <w:p>
      <w:r>
        <w:t>{Ah.. ah..}</w:t>
      </w:r>
    </w:p>
    <w:p>
      <w:r>
        <w:t>[For al.., for all of us, {that is to say} that the note you received is for everyone]</w:t>
      </w:r>
    </w:p>
    <w:p>
      <w:r>
        <w:t>{..}..</w:t>
      </w:r>
    </w:p>
    <w:p>
      <w:r>
        <w:t>[There is..]</w:t>
      </w:r>
    </w:p>
    <w:p>
      <w:r>
        <w:t>{..}..</w:t>
      </w:r>
    </w:p>
    <w:p>
      <w:r>
        <w:t>[It is impossible to speak]</w:t>
      </w:r>
    </w:p>
    <w:p>
      <w:r>
        <w:t>It is impossible to speak, it is impossible for me to speak</w:t>
      </w:r>
    </w:p>
    <w:p>
      <w:r>
        <w:t>[Yes]</w:t>
      </w:r>
    </w:p>
    <w:p>
      <w:r>
        <w:t>One needs to speak a lot, and I cannot</w:t>
      </w:r>
    </w:p>
    <w:p>
      <w:r>
        <w:t>[Yes, yes, yes..</w:t>
      </w:r>
    </w:p>
    <w:p>
      <w:r>
        <w:t>Because for us the note is still something obscure, for us the note is, it is something obscure still</w:t>
      </w:r>
    </w:p>
    <w:p>
      <w:r>
        <w:t>We believe, but we do not understand, what, what.. what..]</w:t>
      </w:r>
    </w:p>
    <w:p>
      <w:r>
        <w:t>Certainly</w:t>
      </w:r>
    </w:p>
    <w:p>
      <w:r>
        <w:t>[It is very obscure for us, perhaps you can explain? In what..?]</w:t>
      </w:r>
    </w:p>
    <w:p>
      <w:r>
        <w:t>Our holy Rabbainu revealed</w:t>
      </w:r>
    </w:p>
    <w:p>
      <w:r>
        <w:t>[Yes]</w:t>
      </w:r>
    </w:p>
    <w:p>
      <w:r>
        <w:t>Who he is, who he is</w:t>
      </w:r>
    </w:p>
    <w:p>
      <w:r>
        <w:t>[Ah, that is it, yes]</w:t>
      </w:r>
    </w:p>
    <w:p>
      <w:r>
        <w:t>{{I..}}, he is "Na Nach Nachma Nachman, Nachman of Uman"</w:t>
      </w:r>
    </w:p>
    <w:p>
      <w:r>
        <w:t>[Yes]</w:t>
      </w:r>
    </w:p>
    <w:p>
      <w:r>
        <w:t>"Nachman of Uman"</w:t>
      </w:r>
    </w:p>
    <w:p>
      <w:r>
        <w:t>[This, this is the main message of the note?]</w:t>
      </w:r>
    </w:p>
    <w:p>
      <w:r>
        <w:t>Ah?</w:t>
      </w:r>
    </w:p>
    <w:p>
      <w:r>
        <w:t>[The main point of the note is that.. it is that Rabbainu revealed that he is "Na Nach Nachma Nachman of Uman"?]</w:t>
      </w:r>
    </w:p>
    <w:p>
      <w:r>
        <w:t>Yes, yes, yes..</w:t>
      </w:r>
    </w:p>
    <w:p>
      <w:r>
        <w:t>[This..]</w:t>
      </w:r>
    </w:p>
    <w:p>
      <w:r>
        <w:t>Yes, yes</w:t>
      </w:r>
    </w:p>
    <w:p>
      <w:r>
        <w:t>[The main point?]</w:t>
      </w:r>
    </w:p>
    <w:p>
      <w:r>
        <w:t>Yes, yes, yes, yes</w:t>
      </w:r>
    </w:p>
    <w:p>
      <w:r>
        <w:t>That he is the Rebbe of all {...}, of all the.., of all {...}, of all Yisroel</w:t>
      </w:r>
    </w:p>
    <w:p>
      <w:r>
        <w:t>He will rectify the whole world, rectify everyone, {..}</w:t>
      </w:r>
    </w:p>
    <w:p>
      <w:r>
        <w:t>But nevertheless, one needs to guard, one needs to guard oneself</w:t>
      </w:r>
    </w:p>
    <w:p>
      <w:r>
        <w:t>Because everything, even, {according to the rectifications}, there are also distinctions, {they are not}, not</w:t>
      </w:r>
    </w:p>
    <w:p>
      <w:r>
        <w:t>The world is not ownerless</w:t>
      </w:r>
    </w:p>
    <w:p>
      <w:r>
        <w:t>[..Certainly..]</w:t>
      </w:r>
    </w:p>
    <w:p>
      <w:r>
        <w:t>To do, God forbid, whatever one wants, and afterward {...} he will want, ah, honor and publicity and.. {}</w:t>
      </w:r>
    </w:p>
    <w:p>
      <w:r>
        <w:t>[Rebbe Yisroel, Rabbainu said earlier that he would rectify the whole world]</w:t>
      </w:r>
    </w:p>
    <w:p>
      <w:r>
        <w:t>Yes</w:t>
      </w:r>
    </w:p>
    <w:p>
      <w:r>
        <w:t>[When he was alive]</w:t>
      </w:r>
    </w:p>
    <w:p>
      <w:r>
        <w:t>Yes, certainly</w:t>
      </w:r>
    </w:p>
    <w:p>
      <w:r>
        <w:t>[But.. yes, but what does he add in the note? What, what, what is the novelty of the note?]</w:t>
      </w:r>
    </w:p>
    <w:p>
      <w:r>
        <w:t>{..}</w:t>
      </w:r>
    </w:p>
    <w:p>
      <w:r>
        <w:t>[In this matter?]</w:t>
      </w:r>
    </w:p>
    <w:p>
      <w:r>
        <w:t>{..}</w:t>
      </w:r>
    </w:p>
    <w:p>
      <w:r>
        <w:t>[No, no, fine, this is not the time, all right]</w:t>
      </w:r>
    </w:p>
    <w:p>
      <w:r>
        <w:t>It is great strengthening for everyone</w:t>
      </w:r>
    </w:p>
    <w:p>
      <w:r>
        <w:t>[For everyone..]</w:t>
      </w:r>
    </w:p>
    <w:p>
      <w:r>
        <w:t>Great strengthening</w:t>
      </w:r>
    </w:p>
    <w:p>
      <w:r>
        <w:t>If such a man merits receiving a note f.. from Rabbainu, this is a wonder that had never been</w:t>
      </w:r>
    </w:p>
    <w:p>
      <w:r>
        <w:t>[Yes]</w:t>
      </w:r>
    </w:p>
    <w:p>
      <w:r>
        <w:t>That still {we have never been}, this is a great and awesome novelty, as Rabbainu said:</w:t>
      </w:r>
    </w:p>
    <w:p>
      <w:r>
        <w:t>"A novelty like me has still never been in the world"</w:t>
      </w:r>
    </w:p>
    <w:p>
      <w:r>
        <w:t>[Rebbe Yisroel, is the note the beginning of the redemption? Is the note the beginning of the redemption?]</w:t>
      </w:r>
    </w:p>
    <w:p>
      <w:r>
        <w:t>Yes</w:t>
      </w:r>
    </w:p>
    <w:p>
      <w:r>
        <w:t>[Rebbe Yisroel, and what is this sign?]</w:t>
      </w:r>
    </w:p>
    <w:p>
      <w:r>
        <w:t>{…}..</w:t>
      </w:r>
    </w:p>
    <w:p>
      <w:r>
        <w:t>It is good tidings {that..} that the time of the redemption is very near, yes</w:t>
      </w:r>
    </w:p>
    <w:p>
      <w:r>
        <w:t>I know the truth, you do not know, but I..</w:t>
      </w:r>
    </w:p>
    <w:p>
      <w:r>
        <w:t>[…]</w:t>
      </w:r>
    </w:p>
    <w:p>
      <w:r>
        <w:t>Know {with truth} that.., {h..}.., God forbid, I am not suspected of.. {{. .}} lying {about this}</w:t>
      </w:r>
    </w:p>
    <w:p>
      <w:r>
        <w:t>What? What will I get from this? What?.. {No}, God forbid {..}</w:t>
      </w:r>
    </w:p>
    <w:p>
      <w:r>
        <w:t>[Yes]</w:t>
      </w:r>
    </w:p>
    <w:p>
      <w:r>
        <w:t>There is nothing to think {about it.., in this}</w:t>
      </w:r>
    </w:p>
    <w:p>
      <w:r>
        <w:t>[Rebbe Yisroel, is it good to read the note, to say the words in the note?]</w:t>
      </w:r>
    </w:p>
    <w:p>
      <w:r>
        <w:t>Ah?</w:t>
      </w:r>
    </w:p>
    <w:p>
      <w:r>
        <w:t>[Is it good for us to read inside the note, to read the words written in the note?</w:t>
      </w:r>
    </w:p>
    <w:p>
      <w:r>
        <w:t>Is it propitious to read inside the note, to say the words..?]</w:t>
      </w:r>
    </w:p>
    <w:p>
      <w:r>
        <w:t>{..}, I have no, I have no strength, I do not hear well..</w:t>
      </w:r>
    </w:p>
    <w:p>
      <w:r>
        <w:t>[I am asking..]</w:t>
      </w:r>
    </w:p>
    <w:p>
      <w:r>
        <w:t>And not, and I do not know</w:t>
      </w:r>
    </w:p>
    <w:p>
      <w:r>
        <w:t>[I am asking whether it is good for us..]</w:t>
      </w:r>
    </w:p>
    <w:p>
      <w:r>
        <w:t>You are asking {this}, but I do not know, {..}</w:t>
      </w:r>
    </w:p>
    <w:p>
      <w:r>
        <w:t>[I am asking whether it is good for us to read the note, to say:</w:t>
      </w:r>
    </w:p>
    <w:p>
      <w:r>
        <w:t>"It was very difficult for me to descend to you, my precious student, to tell you.."]</w:t>
      </w:r>
    </w:p>
    <w:p>
      <w:r>
        <w:t>Yes</w:t>
      </w:r>
    </w:p>
    <w:p>
      <w:r>
        <w:t>["..because I derived great pleasure.."]</w:t>
      </w:r>
    </w:p>
    <w:p>
      <w:r>
        <w:t>Yes</w:t>
      </w:r>
    </w:p>
    <w:p>
      <w:r>
        <w:t>["..from your service.."]</w:t>
      </w:r>
    </w:p>
    <w:p>
      <w:r>
        <w:t>I {f..} found it in the book, {..} and that is all</w:t>
      </w:r>
    </w:p>
    <w:p>
      <w:r>
        <w:t>[Yes]</w:t>
      </w:r>
    </w:p>
    <w:p>
      <w:r>
        <w:t>But I did not make it, nor did anyone</w:t>
      </w:r>
    </w:p>
    <w:p>
      <w:r>
        <w:t>{..}, this, this is truth, just as {the} Torah is truth, and just as Hashem Yisborach is truth, just as the Torah is truth</w:t>
      </w:r>
    </w:p>
    <w:p>
      <w:r>
        <w:t>Truth, only truth, without any falsehood</w:t>
      </w:r>
    </w:p>
    <w:p>
      <w:r>
        <w:t>[Rebbe Yisroel, what I am asking is whether it is good for us to read inside the note, whether it is propitious, whether it helps us?] One needs faith, in truth</w:t>
      </w:r>
    </w:p>
    <w:p>
      <w:r>
        <w:t>[Rebbe Yisroel, what is this sign in the note, "And the sign: on the seventeenth of Tammuz they will say that you are not fasting"?</w:t>
      </w:r>
    </w:p>
    <w:p>
      <w:r>
        <w:t>Why specifically this sign? Is it a good sign?]</w:t>
      </w:r>
    </w:p>
    <w:p>
      <w:r>
        <w:t>"And the sign, and the sign: the seventeenth of Tammuz"</w:t>
      </w:r>
    </w:p>
    <w:p>
      <w:r>
        <w:t>{{Because no}}, no one knew {of this\of me}, it was secret from the whole world, from all the worlds, yes</w:t>
      </w:r>
    </w:p>
    <w:p>
      <w:r>
        <w:t>[Only you knew]</w:t>
      </w:r>
    </w:p>
    <w:p>
      <w:r>
        <w:t>Ah..</w:t>
      </w:r>
    </w:p>
    <w:p>
      <w:r>
        <w:t>[You and Hashem Yisborach]</w:t>
      </w:r>
    </w:p>
    <w:p>
      <w:r>
        <w:t>{{And I . .}} that {{.}} I did not fast</w:t>
      </w:r>
    </w:p>
    <w:p>
      <w:r>
        <w:t>[But besides..]</w:t>
      </w:r>
    </w:p>
    <w:p>
      <w:r>
        <w:t>But no one knows, only I myself</w:t>
      </w:r>
    </w:p>
    <w:p>
      <w:r>
        <w:t>[But th.. this sign has another meaning, this sign, "On the seventeenth of Tammuz they will say that you are not fasting"]</w:t>
      </w:r>
    </w:p>
    <w:p>
      <w:r>
        <w:t>Yes</w:t>
      </w:r>
    </w:p>
    <w:p>
      <w:r>
        <w:t>[It has another meaning besides this]</w:t>
      </w:r>
    </w:p>
    <w:p>
      <w:r>
        <w:t>Yes, yes, {it is a wonder}, and the n.. the entire note is {here}.. a wonder</w:t>
      </w:r>
    </w:p>
    <w:p>
      <w:r>
        <w:t>"My precious student," who {would have} been able to think.. {then} that I am the precious student {of}, of our holy Rabbainu?</w:t>
      </w:r>
    </w:p>
    <w:p>
      <w:r>
        <w:t>{It is th..} wonder, wonder, wonder, wonder, wonder, wonder beyond estimation</w:t>
      </w:r>
    </w:p>
    <w:p>
      <w:r>
        <w:t>[Rebbe Yisroel, but now you understand what is in the note, "My precious student"</w:t>
      </w:r>
    </w:p>
    <w:p>
      <w:r>
        <w:t>You said that now, now you can accept it</w:t>
      </w:r>
    </w:p>
    <w:p>
      <w:r>
        <w:t>At first you did not understand, "My precious student"]</w:t>
      </w:r>
    </w:p>
    <w:p>
      <w:r>
        <w:t>Yes</w:t>
      </w:r>
    </w:p>
    <w:p>
      <w:r>
        <w:t>[What does that have to do with you]</w:t>
      </w:r>
    </w:p>
    <w:p>
      <w:r>
        <w:t>{..}</w:t>
      </w:r>
    </w:p>
    <w:p>
      <w:r>
        <w:t>[But you said..</w:t>
      </w:r>
    </w:p>
    <w:p>
      <w:r>
        <w:t>Uh..</w:t>
      </w:r>
    </w:p>
    <w:p>
      <w:r>
        <w:t>[That now..]</w:t>
      </w:r>
    </w:p>
    <w:p>
      <w:r>
        <w:t>{But} now I grasp {what}, what this is..</w:t>
      </w:r>
    </w:p>
    <w:p>
      <w:r>
        <w:t>[..]</w:t>
      </w:r>
    </w:p>
    <w:p>
      <w:r>
        <w:t>{The meaning..} of this, I grasp and understand the meaning of this</w:t>
      </w:r>
    </w:p>
    <w:p>
      <w:r>
        <w:t>[Yes]</w:t>
      </w:r>
    </w:p>
    <w:p>
      <w:r>
        <w:t>I could not {ah.. I}.. {reason to myself ...} understand {{. . about}} "My precious student"</w:t>
      </w:r>
    </w:p>
    <w:p>
      <w:r>
        <w:t>But I am now very strong in this, {and today already} thank God, this, this is the truth</w:t>
      </w:r>
    </w:p>
    <w:p>
      <w:r>
        <w:t>And thank God, this too is a wonder from our holy Rabbainu, {th..h}.., I too can grasp</w:t>
      </w:r>
    </w:p>
    <w:p>
      <w:r>
        <w:t>{The.. this}, such wondrous words, and such awesome secrets, such lights</w:t>
      </w:r>
    </w:p>
    <w:p>
      <w:r>
        <w:t>{This..} is impossible to understand</w:t>
      </w:r>
    </w:p>
    <w:p>
      <w:r>
        <w:t>[Because you said that now it is..]…</w:t>
      </w:r>
    </w:p>
    <w:p>
      <w:r>
        <w:t>...(..)…</w:t>
      </w:r>
    </w:p>
    <w:p>
      <w:pPr>
        <w:pStyle w:val="Heading2"/>
      </w:pPr>
      <w:r>
        <w:t>Side B (Bais)</w:t>
      </w:r>
    </w:p>
    <w:p>
      <w:r>
        <w:t>...{…}</w:t>
      </w:r>
    </w:p>
    <w:p>
      <w:r>
        <w:t>...[.."You can be happy all your life," they told you in Meah Shearim:</w:t>
      </w:r>
    </w:p>
    <w:p>
      <w:r>
        <w:t>"You are very wealthy, you have an 'English lord,' Yitzchak Isaac"</w:t>
      </w:r>
    </w:p>
    <w:p>
      <w:r>
        <w:t>Do you know Yitzchak Isaac? In Tel Aviv you had someone, Yitzchak Isaac]</w:t>
      </w:r>
    </w:p>
    <w:p>
      <w:r>
        <w:t>Who is speaking?</w:t>
      </w:r>
    </w:p>
    <w:p>
      <w:r>
        <w:t>[…]</w:t>
      </w:r>
    </w:p>
    <w:p>
      <w:r>
        <w:t>{...}</w:t>
      </w:r>
    </w:p>
    <w:p>
      <w:r>
        <w:t>[Who is speaking, who is speaking?]</w:t>
      </w:r>
    </w:p>
    <w:p>
      <w:r>
        <w:t>{..}</w:t>
      </w:r>
    </w:p>
    <w:p>
      <w:r>
        <w:t>[...Shmelaleh]</w:t>
      </w:r>
    </w:p>
    <w:p>
      <w:r>
        <w:t>From Bnei Brak?</w:t>
      </w:r>
    </w:p>
    <w:p>
      <w:r>
        <w:t>[Ah, yes]</w:t>
      </w:r>
    </w:p>
    <w:p>
      <w:r>
        <w:t>{...Ah..}</w:t>
      </w:r>
    </w:p>
    <w:p>
      <w:r>
        <w:t>[…..]</w:t>
      </w:r>
    </w:p>
    <w:p>
      <w:r>
        <w:t>You..</w:t>
      </w:r>
    </w:p>
    <w:p>
      <w:r>
        <w:t>[Yes, from Bnei Brak]</w:t>
      </w:r>
    </w:p>
    <w:p>
      <w:r>
        <w:t>{…..}</w:t>
      </w:r>
    </w:p>
    <w:p>
      <w:r>
        <w:t>[Outsi.., o.., outside the world]</w:t>
      </w:r>
    </w:p>
    <w:p>
      <w:r>
        <w:t>[..]</w:t>
      </w:r>
    </w:p>
    <w:p>
      <w:r>
        <w:t>[Outside the world, I am outside the world, Saba, Bnei Brak is outside the world..]</w:t>
      </w:r>
    </w:p>
    <w:p>
      <w:r>
        <w:t>[….…]</w:t>
      </w:r>
    </w:p>
    <w:p>
      <w:r>
        <w:t>[….…]…</w:t>
      </w:r>
    </w:p>
    <w:p>
      <w:r>
        <w:t>...[..They told you in Meah Shearim, in Meah Shearim they told you:</w:t>
      </w:r>
    </w:p>
    <w:p>
      <w:r>
        <w:t>"You no longer have any worry about livelihood; you brought such a, such a wealthy man close to Breslov</w:t>
      </w:r>
    </w:p>
    <w:p>
      <w:r>
        <w:t>You have money for all the days of your life," do you remember this? In Meah Shearim they told you]</w:t>
      </w:r>
    </w:p>
    <w:p>
      <w:r>
        <w:t>{..}</w:t>
      </w:r>
    </w:p>
    <w:p>
      <w:r>
        <w:t>[Do you remember? Saba, they told you: “You have.., "Rebbe Yisroel Ber has no worries about livelihood anymore"]</w:t>
      </w:r>
    </w:p>
    <w:p>
      <w:r>
        <w:t>Give me more</w:t>
      </w:r>
    </w:p>
    <w:p>
      <w:r>
        <w:t>[More coffee?]</w:t>
      </w:r>
    </w:p>
    <w:p>
      <w:r>
        <w:t>Half a cup</w:t>
      </w:r>
    </w:p>
    <w:p>
      <w:r>
        <w:t>[More coffee]</w:t>
      </w:r>
    </w:p>
    <w:p>
      <w:r>
        <w:t>Half, half a cup</w:t>
      </w:r>
    </w:p>
    <w:p>
      <w:r>
        <w:t>[Coffee]</w:t>
      </w:r>
    </w:p>
    <w:p>
      <w:r>
        <w:t>Oy</w:t>
      </w:r>
    </w:p>
    <w:p>
      <w:r>
        <w:t>[{opens} cola]</w:t>
      </w:r>
    </w:p>
    <w:p>
      <w:r>
        <w:t>[Co.., cola, cola]</w:t>
      </w:r>
    </w:p>
    <w:p>
      <w:r>
        <w:t>[……]</w:t>
      </w:r>
    </w:p>
    <w:p>
      <w:r>
        <w:t>{In a little while we will sing}…</w:t>
      </w:r>
    </w:p>
    <w:p>
      <w:r>
        <w:t>...[….to sing "Na Nach"]</w:t>
      </w:r>
    </w:p>
    <w:p>
      <w:r>
        <w:t>[Saba and the friends sing:</w:t>
      </w:r>
    </w:p>
    <w:p>
      <w:r>
        <w:t>"Na Nach Nachma Nachman of Uman.."]</w:t>
      </w:r>
    </w:p>
    <w:p>
      <w:r>
        <w:t>[Saba, do you remember Yitzchak Isaac from Tel Aviv?]</w:t>
      </w:r>
    </w:p>
    <w:p>
      <w:r>
        <w:t>Yitzchak Isaac</w:t>
      </w:r>
    </w:p>
    <w:p>
      <w:r>
        <w:t>[Yes, he was an 'English lord']</w:t>
      </w:r>
    </w:p>
    <w:p>
      <w:r>
        <w:t>From Allenby</w:t>
      </w:r>
    </w:p>
    <w:p>
      <w:r>
        <w:t>[Yes]</w:t>
      </w:r>
    </w:p>
    <w:p>
      <w:r>
        <w:t>[…]</w:t>
      </w:r>
    </w:p>
    <w:p>
      <w:r>
        <w:t>[From what?]</w:t>
      </w:r>
    </w:p>
    <w:p>
      <w:r>
        <w:t>[Allenby, Allenby]</w:t>
      </w:r>
    </w:p>
    <w:p>
      <w:r>
        <w:t>[Yes?]</w:t>
      </w:r>
    </w:p>
    <w:p>
      <w:r>
        <w:t>[Yes]</w:t>
      </w:r>
    </w:p>
    <w:p>
      <w:r>
        <w:t>{..}</w:t>
      </w:r>
    </w:p>
    <w:p>
      <w:r>
        <w:t>[A great Na Nach..]</w:t>
      </w:r>
    </w:p>
    <w:p>
      <w:r>
        <w:t>{..}</w:t>
      </w:r>
    </w:p>
    <w:p>
      <w:r>
        <w:t>[…..]</w:t>
      </w:r>
    </w:p>
    <w:p>
      <w:r>
        <w:t>[Who was he?]</w:t>
      </w:r>
    </w:p>
    <w:p>
      <w:r>
        <w:t>[He was.., he would walk with the 'English lord']</w:t>
      </w:r>
    </w:p>
    <w:p>
      <w:r>
        <w:t>[…..]</w:t>
      </w:r>
    </w:p>
    <w:p>
      <w:r>
        <w:t>[He was an 'English lord,' he would wal.., he was like.., would walk like.. do you remember? Saba]</w:t>
      </w:r>
    </w:p>
    <w:p>
      <w:r>
        <w:t>[..…...……….…...]</w:t>
      </w:r>
    </w:p>
    <w:p>
      <w:r>
        <w:t>[……………..….…]</w:t>
      </w:r>
    </w:p>
    <w:p>
      <w:r>
        <w:t>[They said.., they said to you in.. in.. in.. in Meah..]</w:t>
      </w:r>
    </w:p>
    <w:p>
      <w:r>
        <w:t>{….} The first time Yitzchak Isaac was in the mikveh, then he was frightened:</w:t>
      </w:r>
    </w:p>
    <w:p>
      <w:r>
        <w:t>“In a mikveh like this I {..}.., I {{.}} cannot enter</w:t>
      </w:r>
    </w:p>
    <w:p>
      <w:r>
        <w:t>Hundreds of people {. .} go in a little water, I cannot immerse in a mikveh like this”, {yes, he..} [……]</w:t>
      </w:r>
    </w:p>
    <w:p>
      <w:r>
        <w:t>[…...]</w:t>
      </w:r>
    </w:p>
    <w:p>
      <w:r>
        <w:t>“A mikveh like this I cannot immerse in”</w:t>
      </w:r>
    </w:p>
    <w:p>
      <w:r>
        <w:t>[……]</w:t>
      </w:r>
    </w:p>
    <w:p>
      <w:r>
        <w:t>[…...]</w:t>
      </w:r>
    </w:p>
    <w:p>
      <w:r>
        <w:t>[Do you understand what he is saying? He says, it is not fitting to enter the mikveh..]</w:t>
      </w:r>
    </w:p>
    <w:p>
      <w:r>
        <w:t>[…]</w:t>
      </w:r>
    </w:p>
    <w:p>
      <w:r>
        <w:t>[Not fitting to enter the mikveh.. like.. a mikveh like this, hundreds of people go..]</w:t>
      </w:r>
    </w:p>
    <w:p>
      <w:r>
        <w:t>{..}…</w:t>
      </w:r>
    </w:p>
    <w:p>
      <w:r>
        <w:t>...{… .. …}</w:t>
      </w:r>
    </w:p>
    <w:p>
      <w:r>
        <w:t>He was a yo.., uh, handsome young man, { he had ...}a thousand dollars..</w:t>
      </w:r>
    </w:p>
    <w:p>
      <w:r>
        <w:t>He gave the {shilum} in order to print Rabbainu’s books, all the.., all the money</w:t>
      </w:r>
    </w:p>
    <w:p>
      <w:r>
        <w:t>He was left empty, without {money}</w:t>
      </w:r>
    </w:p>
    <w:p>
      <w:r>
        <w:t>Afterwards he.. uh, married someone from Tzfas, you do not know him?</w:t>
      </w:r>
    </w:p>
    <w:p>
      <w:r>
        <w:t>[Yes, what?]</w:t>
      </w:r>
    </w:p>
    <w:p>
      <w:r>
        <w:t>You know him</w:t>
      </w:r>
    </w:p>
    <w:p>
      <w:r>
        <w:t>[The son]</w:t>
      </w:r>
    </w:p>
    <w:p>
      <w:r>
        <w:t>{The.., the..}</w:t>
      </w:r>
    </w:p>
    <w:p>
      <w:r>
        <w:t>[His son]</w:t>
      </w:r>
    </w:p>
    <w:p>
      <w:r>
        <w:t>{..}</w:t>
      </w:r>
    </w:p>
    <w:p>
      <w:r>
        <w:t>[The son, the.., what?]</w:t>
      </w:r>
    </w:p>
    <w:p>
      <w:r>
        <w:t>The father-in-law, {father-in-law}</w:t>
      </w:r>
    </w:p>
    <w:p>
      <w:r>
        <w:t>[Yes, he said..]</w:t>
      </w:r>
    </w:p>
    <w:p>
      <w:r>
        <w:t>He could not make a match, he wanted a handsome woman unique in the world</w:t>
      </w:r>
    </w:p>
    <w:p>
      <w:r>
        <w:t>{That she.., uh.. uh..} there is no beauty like this in the world, nu, {….}, he took, {…}..</w:t>
      </w:r>
    </w:p>
    <w:p>
      <w:r>
        <w:t>[……]</w:t>
      </w:r>
    </w:p>
    <w:p>
      <w:r>
        <w:t>[…...]</w:t>
      </w:r>
    </w:p>
    <w:p>
      <w:r>
        <w:t>She already passed away, {…}</w:t>
      </w:r>
    </w:p>
    <w:p>
      <w:r>
        <w:t>She was so ugly, that there is none like it in the world, so he said:</w:t>
      </w:r>
    </w:p>
    <w:p>
      <w:r>
        <w:t>“I need to take this {handsome woman} for myself”</w:t>
      </w:r>
    </w:p>
    <w:p>
      <w:r>
        <w:t>[Did you hear? Did you hear what he said?]</w:t>
      </w:r>
    </w:p>
    <w:p>
      <w:r>
        <w:t>[….]</w:t>
      </w:r>
    </w:p>
    <w:p>
      <w:r>
        <w:t>[She was so ugly, he said: “This handsome woman I will take”]</w:t>
      </w:r>
    </w:p>
    <w:p>
      <w:r>
        <w:t>He has sons from her</w:t>
      </w:r>
    </w:p>
    <w:p>
      <w:r>
        <w:t>[Yes]</w:t>
      </w:r>
    </w:p>
    <w:p>
      <w:r>
        <w:t>[…]</w:t>
      </w:r>
    </w:p>
    <w:p>
      <w:r>
        <w:t>[He gave it to him, to the Evil One.., I will take the best-looking one here..]</w:t>
      </w:r>
    </w:p>
    <w:p>
      <w:r>
        <w:t>{Yes}</w:t>
      </w:r>
    </w:p>
    <w:p>
      <w:r>
        <w:t>[….. that Evil One, I will take the best one</w:t>
      </w:r>
    </w:p>
    <w:p>
      <w:r>
        <w:t>According to {the sam}, I will specifically take the wor.., the ugliest]</w:t>
      </w:r>
    </w:p>
    <w:p>
      <w:r>
        <w:t>[He wanted to take {the} worst one]</w:t>
      </w:r>
    </w:p>
    <w:p>
      <w:r>
        <w:t>[He wanted to take the most beautiful one, the Evil One said like this …..]</w:t>
      </w:r>
    </w:p>
    <w:p>
      <w:r>
        <w:t>[Yes]</w:t>
      </w:r>
    </w:p>
    <w:p>
      <w:r>
        <w:t>[The evil inclination said to him, uh? - “Take the most beautiful one”</w:t>
      </w:r>
    </w:p>
    <w:p>
      <w:r>
        <w:t>So he said, “I, specifically, I will take the worst one, and the most disgusting one..”]</w:t>
      </w:r>
    </w:p>
    <w:p>
      <w:r>
        <w:t>[………]</w:t>
      </w:r>
    </w:p>
    <w:p>
      <w:r>
        <w:t>[……...]</w:t>
      </w:r>
    </w:p>
    <w:p>
      <w:r>
        <w:t>Everything he had, all his money, only for printing, {for} Rabbainu’s books</w:t>
      </w:r>
    </w:p>
    <w:p>
      <w:r>
        <w:t>[...]</w:t>
      </w:r>
    </w:p>
    <w:p>
      <w:r>
        <w:t>Yitzchak Isaac Zilberman</w:t>
      </w:r>
    </w:p>
    <w:p>
      <w:r>
        <w:t>Do you have {..} books from him, that he, that he printed?</w:t>
      </w:r>
    </w:p>
    <w:p>
      <w:r>
        <w:t>[He printed..]</w:t>
      </w:r>
    </w:p>
    <w:p>
      <w:r>
        <w:t>No?</w:t>
      </w:r>
    </w:p>
    <w:p>
      <w:r>
        <w:t>[“Li.. Likutei Tikkunim”, “Likutei Tikkunim”, Likutei Tikkunim]</w:t>
      </w:r>
    </w:p>
    <w:p>
      <w:r>
        <w:t>Oy, oy, {..} beautiful</w:t>
      </w:r>
    </w:p>
    <w:p>
      <w:r>
        <w:t>[Yes, there is also “Torah and Prayers”, I have at home a small “Torahs and Prayers”, “Torahs and Prayers”, “Torahs and Prayers”] “Torahs and Prayers”</w:t>
      </w:r>
    </w:p>
    <w:p>
      <w:r>
        <w:t>[Yes]</w:t>
      </w:r>
    </w:p>
    <w:p>
      <w:r>
        <w:t>You have it?</w:t>
      </w:r>
    </w:p>
    <w:p>
      <w:r>
        <w:t>[I have it, yes]</w:t>
      </w:r>
    </w:p>
    <w:p>
      <w:r>
        <w:t>(Saba laughs)</w:t>
      </w:r>
    </w:p>
    <w:p>
      <w:r>
        <w:t>[Small, small, small Torahs..]</w:t>
      </w:r>
    </w:p>
    <w:p>
      <w:r>
        <w:t>(Saba laughs)</w:t>
      </w:r>
    </w:p>
    <w:p>
      <w:r>
        <w:t>[He gave me, he gave me, Saba, he g.., I was at his place, he gave me one time..]</w:t>
      </w:r>
    </w:p>
    <w:p>
      <w:r>
        <w:t>[..…..]</w:t>
      </w:r>
    </w:p>
    <w:p>
      <w:r>
        <w:t>[…….]</w:t>
      </w:r>
    </w:p>
    <w:p>
      <w:r>
        <w:t>{He was mighty.. mighty like that..}</w:t>
      </w:r>
    </w:p>
    <w:p>
      <w:r>
        <w:t>And he did not want to get married, only to a handsome woman {..} unique in the world, that there is no beauty mo.., more than this</w:t>
      </w:r>
    </w:p>
    <w:p>
      <w:r>
        <w:t>And he took {the}.. such an ugly match that there is none in the world</w:t>
      </w:r>
    </w:p>
    <w:p>
      <w:r>
        <w:t>[..]</w:t>
      </w:r>
    </w:p>
    <w:p>
      <w:r>
        <w:t>She, she already was.., was old, and no one wanted to take her</w:t>
      </w:r>
    </w:p>
    <w:p>
      <w:r>
        <w:t>But Yitzchak Isaac took.., he took her</w:t>
      </w:r>
    </w:p>
    <w:p>
      <w:r>
        <w:t>Do you remember?</w:t>
      </w:r>
    </w:p>
    <w:p>
      <w:r>
        <w:t>[He said: “I will show the Evil One”, “I will show the Evil One”, you told me]</w:t>
      </w:r>
    </w:p>
    <w:p>
      <w:r>
        <w:t>{Oy, oy…}</w:t>
      </w:r>
    </w:p>
    <w:p>
      <w:r>
        <w:t>[…………]</w:t>
      </w:r>
    </w:p>
    <w:p>
      <w:r>
        <w:t>[…………]…</w:t>
      </w:r>
    </w:p>
    <w:p>
      <w:r>
        <w:t>...{... I do not know where he is}, he has sons</w:t>
      </w:r>
    </w:p>
    <w:p>
      <w:r>
        <w:t>[Yes]</w:t>
      </w:r>
    </w:p>
    <w:p>
      <w:r>
        <w:t>They study in.. by uh.. in Bnei Brak, by uh..</w:t>
      </w:r>
    </w:p>
    <w:p>
      <w:r>
        <w:t>[In Yerushalayim]</w:t>
      </w:r>
    </w:p>
    <w:p>
      <w:r>
        <w:t>What is his name?</w:t>
      </w:r>
    </w:p>
    <w:p>
      <w:r>
        <w:t>[In Yerushalayim, uh.. fr.. they are from Yerushalayim, they are in Yerushalayim, Saba]</w:t>
      </w:r>
    </w:p>
    <w:p>
      <w:r>
        <w:t>He is in Yerushalayim?</w:t>
      </w:r>
    </w:p>
    <w:p>
      <w:r>
        <w:t>[Yes]</w:t>
      </w:r>
    </w:p>
    <w:p>
      <w:r>
        <w:t>He lives in Yerushalayim</w:t>
      </w:r>
    </w:p>
    <w:p>
      <w:r>
        <w:t>[Yerushalayim, yes, he saw you in Uman..]</w:t>
      </w:r>
    </w:p>
    <w:p>
      <w:r>
        <w:t>[What is the name?]</w:t>
      </w:r>
    </w:p>
    <w:p>
      <w:r>
        <w:t>[Last year he was by you]</w:t>
      </w:r>
    </w:p>
    <w:p>
      <w:r>
        <w:t>Yes?</w:t>
      </w:r>
    </w:p>
    <w:p>
      <w:r>
        <w:t>[Yes, two years ago.. he was by you in Uman]</w:t>
      </w:r>
    </w:p>
    <w:p>
      <w:r>
        <w:t>[…..]</w:t>
      </w:r>
    </w:p>
    <w:p>
      <w:r>
        <w:t>And his sons?</w:t>
      </w:r>
    </w:p>
    <w:p>
      <w:r>
        <w:t>[Uh.. he came with the.., he came with one son]</w:t>
      </w:r>
    </w:p>
    <w:p>
      <w:r>
        <w:t>[{….}]</w:t>
      </w:r>
    </w:p>
    <w:p>
      <w:r>
        <w:t>Uh?</w:t>
      </w:r>
    </w:p>
    <w:p>
      <w:r>
        <w:t>[He was by you with one son]</w:t>
      </w:r>
    </w:p>
    <w:p>
      <w:r>
        <w:t>{Yes}</w:t>
      </w:r>
    </w:p>
    <w:p>
      <w:r>
        <w:t>[By you, he was in Uman with one son, he was by you with one son in Uman]</w:t>
      </w:r>
    </w:p>
    <w:p>
      <w:r>
        <w:t>He was in Uman?</w:t>
      </w:r>
    </w:p>
    <w:p>
      <w:r>
        <w:t>[Yes]</w:t>
      </w:r>
    </w:p>
    <w:p>
      <w:r>
        <w:t>With the children</w:t>
      </w:r>
    </w:p>
    <w:p>
      <w:r>
        <w:t>[With the son, son, one son]</w:t>
      </w:r>
    </w:p>
    <w:p>
      <w:r>
        <w:t>(Saba laughs)</w:t>
      </w:r>
    </w:p>
    <w:p>
      <w:r>
        <w:t>[He said to all, to all the friends, that he was the first who became close through you</w:t>
      </w:r>
    </w:p>
    <w:p>
      <w:r>
        <w:t>He said to all the friends, he said to all the friends, that he was the first who became close by you</w:t>
      </w:r>
    </w:p>
    <w:p>
      <w:r>
        <w:t>He told them the.. story, how he became close to.. to.. to Rabbainu</w:t>
      </w:r>
    </w:p>
    <w:p>
      <w:r>
        <w:t>Saba, you were in the month of Elul, do you remember? In the month of Elul..]</w:t>
      </w:r>
    </w:p>
    <w:p>
      <w:r>
        <w:t>Uh?</w:t>
      </w:r>
    </w:p>
    <w:p>
      <w:r>
        <w:t>[You were in Meron]</w:t>
      </w:r>
    </w:p>
    <w:p>
      <w:r>
        <w:t>{Nu}</w:t>
      </w:r>
    </w:p>
    <w:p>
      <w:r>
        <w:t>[You were in Meron in the month of Elul, you were in Meron in the month of Elul]</w:t>
      </w:r>
    </w:p>
    <w:p>
      <w:r>
        <w:t>{...}</w:t>
      </w:r>
    </w:p>
    <w:p>
      <w:r>
        <w:t>[And he came to you, he said to you.. {“Do you remember me?”}, do you remember? Saba..</w:t>
      </w:r>
    </w:p>
    <w:p>
      <w:r>
        <w:t>Na Nach Nachma Nachman MeUman]</w:t>
      </w:r>
    </w:p>
    <w:p>
      <w:r>
        <w:t>[……]</w:t>
      </w:r>
    </w:p>
    <w:p>
      <w:r>
        <w:t>[Yes, he said to him………..]</w:t>
      </w:r>
    </w:p>
    <w:p>
      <w:r>
        <w:t>[…in Elul]</w:t>
      </w:r>
    </w:p>
    <w:p>
      <w:r>
        <w:t>[In the month of Elul he came……… after six years he saw him</w:t>
      </w:r>
    </w:p>
    <w:p>
      <w:r>
        <w:t>A year passed, he came with his son]</w:t>
      </w:r>
    </w:p>
    <w:p>
      <w:r>
        <w:t>[……]</w:t>
      </w:r>
    </w:p>
    <w:p>
      <w:r>
        <w:t>[…...]</w:t>
      </w:r>
    </w:p>
    <w:p>
      <w:r>
        <w:t>He was at my place, in my house</w:t>
      </w:r>
    </w:p>
    <w:p>
      <w:r>
        <w:t>[Yes]</w:t>
      </w:r>
    </w:p>
    <w:p>
      <w:r>
        <w:t>And he had neither a wife nor sons, now the wife passed away, and the sons, he has</w:t>
      </w:r>
    </w:p>
    <w:p>
      <w:r>
        <w:t>{..} He has so.., good sons, they study in Bnei Brak by.. what is his name?..</w:t>
      </w:r>
    </w:p>
    <w:p>
      <w:r>
        <w:t>[……]</w:t>
      </w:r>
    </w:p>
    <w:p>
      <w:r>
        <w:t>[…...]</w:t>
      </w:r>
    </w:p>
    <w:p>
      <w:r>
        <w:t>Yes, Rabbi Shimon</w:t>
      </w:r>
    </w:p>
    <w:p>
      <w:r>
        <w:t>[Rabbi Shimon, Shimon Bernstein? Rav Shimon Bernstein?]</w:t>
      </w:r>
    </w:p>
    <w:p>
      <w:r>
        <w:t>{Uh?}</w:t>
      </w:r>
    </w:p>
    <w:p>
      <w:r>
        <w:t>[Rav Shimon Bernstein? Rav Shimon Bernstein, you mean Rav Shimon?]</w:t>
      </w:r>
    </w:p>
    <w:p>
      <w:r>
        <w:t>How many children does {he have ….}, do you know?</w:t>
      </w:r>
    </w:p>
    <w:p>
      <w:r>
        <w:t>[I think there are two, maybe]</w:t>
      </w:r>
    </w:p>
    <w:p>
      <w:r>
        <w:t>{Uh?}</w:t>
      </w:r>
    </w:p>
    <w:p>
      <w:r>
        <w:t>[Two, two maybe, two]</w:t>
      </w:r>
    </w:p>
    <w:p>
      <w:r>
        <w:t>One</w:t>
      </w:r>
    </w:p>
    <w:p>
      <w:r>
        <w:t>[One or two, I do not know]</w:t>
      </w:r>
    </w:p>
    <w:p>
      <w:r>
        <w:t>{..}, three</w:t>
      </w:r>
    </w:p>
    <w:p>
      <w:r>
        <w:t>[Two maybe, two, two, “Na Nach”]</w:t>
      </w:r>
    </w:p>
    <w:p>
      <w:r>
        <w:t>There are two</w:t>
      </w:r>
    </w:p>
    <w:p>
      <w:r>
        <w:t>[Yes.. Saba, uh.., you..]</w:t>
      </w:r>
    </w:p>
    <w:p>
      <w:r>
        <w:t>{..}, they are alive</w:t>
      </w:r>
    </w:p>
    <w:p>
      <w:r>
        <w:t>[Yes, I think]</w:t>
      </w:r>
    </w:p>
    <w:p>
      <w:r>
        <w:t>{The children}</w:t>
      </w:r>
    </w:p>
    <w:p>
      <w:r>
        <w:t>[Yes, Saba, you told, that you saw him in.. he came to you in.. Rosh Cho.., in Elul, in Elul he came to you in Elul in Meron, he asked you: “Do you remember me?”, Saba, do you remember?..</w:t>
      </w:r>
    </w:p>
    <w:p>
      <w:r>
        <w:t>He came to you]</w:t>
      </w:r>
    </w:p>
    <w:p>
      <w:r>
        <w:t>Do you {see him?}</w:t>
      </w:r>
    </w:p>
    <w:p>
      <w:r>
        <w:t>[Uh?]</w:t>
      </w:r>
    </w:p>
    <w:p>
      <w:r>
        <w:t>Do you know his sons?</w:t>
      </w:r>
    </w:p>
    <w:p>
      <w:r>
        <w:t>[...]</w:t>
      </w:r>
    </w:p>
    <w:p>
      <w:r>
        <w:t>Two</w:t>
      </w:r>
    </w:p>
    <w:p>
      <w:r>
        <w:t>[I think he has two children]</w:t>
      </w:r>
    </w:p>
    <w:p>
      <w:r>
        <w:t>They studied by Rabbi Shimon, in Bnei Brak</w:t>
      </w:r>
    </w:p>
    <w:p>
      <w:r>
        <w:t>[In Bnei Brak]</w:t>
      </w:r>
    </w:p>
    <w:p>
      <w:r>
        <w:t>[Who is Rabbi Shimon?]</w:t>
      </w:r>
    </w:p>
    <w:p>
      <w:r>
        <w:t>[Shimon Bernstein, he is no longer alive]</w:t>
      </w:r>
    </w:p>
    <w:p>
      <w:r>
        <w:t>[….]</w:t>
      </w:r>
    </w:p>
    <w:p>
      <w:r>
        <w:t>[He passed away.. he passed away, no longer alive]</w:t>
      </w:r>
    </w:p>
    <w:p>
      <w:r>
        <w:t>[…..]</w:t>
      </w:r>
    </w:p>
    <w:p>
      <w:r>
        <w:t>[Head of a yeshiva, yes…….]</w:t>
      </w:r>
    </w:p>
    <w:p>
      <w:r>
        <w:t>[..]</w:t>
      </w:r>
    </w:p>
    <w:p>
      <w:r>
        <w:t>[No longer alive]</w:t>
      </w:r>
    </w:p>
    <w:p>
      <w:r>
        <w:t>[…..]</w:t>
      </w:r>
    </w:p>
    <w:p>
      <w:r>
        <w:t>[Passed away a year ago]</w:t>
      </w:r>
    </w:p>
    <w:p>
      <w:r>
        <w:t>[…..]</w:t>
      </w:r>
    </w:p>
    <w:p>
      <w:r>
        <w:t>[…..]</w:t>
      </w:r>
    </w:p>
    <w:p>
      <w:r>
        <w:t>He lives in Yerushalayim?</w:t>
      </w:r>
    </w:p>
    <w:p>
      <w:r>
        <w:t>[…]</w:t>
      </w:r>
    </w:p>
    <w:p>
      <w:r>
        <w:t>{..} How do you know?</w:t>
      </w:r>
    </w:p>
    <w:p>
      <w:r>
        <w:t>[I was at his place, he lives in Geulah, he lives in Geulah, in Geulah he lives, Saba]</w:t>
      </w:r>
    </w:p>
    <w:p>
      <w:r>
        <w:t>Uh?</w:t>
      </w:r>
    </w:p>
    <w:p>
      <w:r>
        <w:t>[He lives in Geulah]</w:t>
      </w:r>
    </w:p>
    <w:p>
      <w:r>
        <w:t>He lives in Geulah?</w:t>
      </w:r>
    </w:p>
    <w:p>
      <w:r>
        <w:t>[Yes]</w:t>
      </w:r>
    </w:p>
    <w:p>
      <w:r>
        <w:t>(Saba laughs)</w:t>
      </w:r>
    </w:p>
    <w:p>
      <w:r>
        <w:t>[Saba, you know, he, da.., one day he was by me in Bnei Brak, Yitzchak Isaac</w:t>
      </w:r>
    </w:p>
    <w:p>
      <w:r>
        <w:t>Yitzchak Isaac, Yitzchak Isaac..]</w:t>
      </w:r>
    </w:p>
    <w:p>
      <w:r>
        <w:t>{Also} in “Makor Baruch” he has an apartment</w:t>
      </w:r>
    </w:p>
    <w:p>
      <w:r>
        <w:t>[Yes, yes, in.. in.. in.. in.. in.. in..]</w:t>
      </w:r>
    </w:p>
    <w:p>
      <w:r>
        <w:t>"Mekor Baruch"</w:t>
      </w:r>
    </w:p>
    <w:p>
      <w:r>
        <w:t>[In Yerushalayim]</w:t>
      </w:r>
    </w:p>
    <w:p>
      <w:r>
        <w:t>{He ...}</w:t>
      </w:r>
    </w:p>
    <w:p>
      <w:r>
        <w:t>[In Yerushalayim]</w:t>
      </w:r>
    </w:p>
    <w:p>
      <w:r>
        <w:t>He also lives there today</w:t>
      </w:r>
    </w:p>
    <w:p>
      <w:r>
        <w:t>[He.., no, I don't, don't know, perhaps in Geula, I don't know exactly]</w:t>
      </w:r>
    </w:p>
    <w:p>
      <w:r>
        <w:t>{….}</w:t>
      </w:r>
    </w:p>
    <w:p>
      <w:r>
        <w:t>[Saba, one day he y.., he was in.. in Bnei Brak</w:t>
      </w:r>
    </w:p>
    <w:p>
      <w:r>
        <w:t>He told me that you sent, sent him to Bnei Brak, you sent him to Bnei Brak</w:t>
      </w:r>
    </w:p>
    <w:p>
      <w:r>
        <w:t>Do you hear? Saba, one day he related that you sent him to Bnei Brak]</w:t>
      </w:r>
    </w:p>
    <w:p>
      <w:r>
        <w:t>{Oy}</w:t>
      </w:r>
    </w:p>
    <w:p>
      <w:r>
        <w:t>[And you told him that you have a friend in Bnei Brak, hear? Saba..</w:t>
      </w:r>
    </w:p>
    <w:p>
      <w:r>
        <w:t>Saba sent him to Bnei Brak, he has a friend in Bnei Brak, so he thought surely.… Shimon Bernstein</w:t>
      </w:r>
    </w:p>
    <w:p>
      <w:r>
        <w:t>He came, suddenly he sees {...} a young avreich, he did not understand what was going on ….]</w:t>
      </w:r>
    </w:p>
    <w:p>
      <w:r>
        <w:t>[…..]</w:t>
      </w:r>
    </w:p>
    <w:p>
      <w:r>
        <w:t>{…} He was in Tzfas, {in general, I remember} I told you, th{{}}</w:t>
      </w:r>
    </w:p>
    <w:p>
      <w:r>
        <w:t>[…...]</w:t>
      </w:r>
    </w:p>
    <w:p>
      <w:r>
        <w:t>You went {to.. to.. to the bakery}, no?</w:t>
      </w:r>
    </w:p>
    <w:p>
      <w:r>
        <w:t>[..……… …]</w:t>
      </w:r>
    </w:p>
    <w:p>
      <w:r>
        <w:t>[…………...…]</w:t>
      </w:r>
    </w:p>
    <w:p>
      <w:r>
        <w:t>[The friends chant the melody of: "Na Nach"]…</w:t>
      </w:r>
    </w:p>
    <w:p>
      <w:r>
        <w:t>...[The friends chant the melody of: "Na Nach"]</w:t>
      </w:r>
    </w:p>
    <w:p>
      <w:r>
        <w:t>{…} We'll travel, perhaps we'll travel to Yerushalayim to.. to Yitzchak Isaac?</w:t>
      </w:r>
    </w:p>
    <w:p>
      <w:r>
        <w:t>[……….….]</w:t>
      </w:r>
    </w:p>
    <w:p>
      <w:r>
        <w:t>[……..……]…</w:t>
      </w:r>
    </w:p>
    <w:p>
      <w:r>
        <w:t>...[………..]</w:t>
      </w:r>
    </w:p>
    <w:p>
      <w:r>
        <w:t>[…….…….]</w:t>
      </w:r>
    </w:p>
    <w:p>
      <w:r>
        <w:t>[Saba, you.., you went by bus to Tel Aviv, do you remember?]</w:t>
      </w:r>
    </w:p>
    <w:p>
      <w:r>
        <w:t>[…..]</w:t>
      </w:r>
    </w:p>
    <w:p>
      <w:r>
        <w:t>[You went then to Yitzchak Isaac by bus]</w:t>
      </w:r>
    </w:p>
    <w:p>
      <w:r>
        <w:t>Huh?</w:t>
      </w:r>
    </w:p>
    <w:p>
      <w:r>
        <w:t>[You went to Yitzchak Isaac by bus, do you remember?]</w:t>
      </w:r>
    </w:p>
    <w:p>
      <w:r>
        <w:t>Yitzchak Isaac Silberman</w:t>
      </w:r>
    </w:p>
    <w:p>
      <w:r>
        <w:t>[You went by bus to Tel Aviv, and you did not have money to travel to Tel Aviv, do you remember?]</w:t>
      </w:r>
    </w:p>
    <w:p>
      <w:r>
        <w:t>Yes?</w:t>
      </w:r>
    </w:p>
    <w:p>
      <w:r>
        <w:t>[Yes, you did not have money to travel to Tel Aviv, you..]</w:t>
      </w:r>
    </w:p>
    <w:p>
      <w:r>
        <w:t>{..}</w:t>
      </w:r>
    </w:p>
    <w:p>
      <w:r>
        <w:t>[You, you were embarrassed, you did not want to ask him, do you remember?]</w:t>
      </w:r>
    </w:p>
    <w:p>
      <w:r>
        <w:t>[….]</w:t>
      </w:r>
    </w:p>
    <w:p>
      <w:r>
        <w:t>[He did not want to ask him, so that he would not say that for this he came.. to bring him close</w:t>
      </w:r>
    </w:p>
    <w:p>
      <w:r>
        <w:t>He took three buses to there, three buses he took in order to reach him]</w:t>
      </w:r>
    </w:p>
    <w:p>
      <w:r>
        <w:t>[…….]</w:t>
      </w:r>
    </w:p>
    <w:p>
      <w:r>
        <w:t>[Saba, three..]</w:t>
      </w:r>
    </w:p>
    <w:p>
      <w:r>
        <w:t>{Bus}</w:t>
      </w:r>
    </w:p>
    <w:p>
      <w:r>
        <w:t>[Three buses you took]</w:t>
      </w:r>
    </w:p>
    <w:p>
      <w:r>
        <w:t>Huh?</w:t>
      </w:r>
    </w:p>
    <w:p>
      <w:r>
        <w:t>[Three buses]</w:t>
      </w:r>
    </w:p>
    <w:p>
      <w:r>
        <w:t>Three sons</w:t>
      </w:r>
    </w:p>
    <w:p>
      <w:r>
        <w:t>[Three buses]</w:t>
      </w:r>
    </w:p>
    <w:p>
      <w:r>
        <w:t>Three</w:t>
      </w:r>
    </w:p>
    <w:p>
      <w:r>
        <w:t>[Three buses you took in order to reach Yitzchak Isaac]</w:t>
      </w:r>
    </w:p>
    <w:p>
      <w:r>
        <w:t>{….}, yes?</w:t>
      </w:r>
    </w:p>
    <w:p>
      <w:r>
        <w:t>[Yes, to reach Tel Aviv]</w:t>
      </w:r>
    </w:p>
    <w:p>
      <w:r>
        <w:t>[……..]</w:t>
      </w:r>
    </w:p>
    <w:p>
      <w:r>
        <w:t>[Yes, yes, he took three buses in order to reach..]</w:t>
      </w:r>
    </w:p>
    <w:p>
      <w:r>
        <w:t>Does he live in Yerushalayim?</w:t>
      </w:r>
    </w:p>
    <w:p>
      <w:r>
        <w:t>[Yes, in Yerushalayim]</w:t>
      </w:r>
    </w:p>
    <w:p>
      <w:r>
        <w:t>Perhaps we'll bring him here?</w:t>
      </w:r>
    </w:p>
    <w:p>
      <w:r>
        <w:t>[…]</w:t>
      </w:r>
    </w:p>
    <w:p>
      <w:r>
        <w:t>[…….]</w:t>
      </w:r>
    </w:p>
    <w:p>
      <w:r>
        <w:t>What does he look like? Does he have a beard</w:t>
      </w:r>
    </w:p>
    <w:p>
      <w:r>
        <w:t>[A white beard]</w:t>
      </w:r>
    </w:p>
    <w:p>
      <w:r>
        <w:t>White?</w:t>
      </w:r>
    </w:p>
    <w:p>
      <w:r>
        <w:t>[Yes]</w:t>
      </w:r>
    </w:p>
    <w:p>
      <w:r>
        <w:t>[Saba and the friends chant the melody of "Na Nach.."]</w:t>
      </w:r>
    </w:p>
    <w:p>
      <w:r>
        <w:t>{Our greatness..}, who is this?</w:t>
      </w:r>
    </w:p>
    <w:p>
      <w:r>
        <w:t>[Uri, Uri, Uri, Uri, Uri from Meron, Uri from Meron]</w:t>
      </w:r>
    </w:p>
    <w:p>
      <w:r>
        <w:t>Uri?</w:t>
      </w:r>
    </w:p>
    <w:p>
      <w:r>
        <w:t>[Yes, from Meron]</w:t>
      </w:r>
    </w:p>
    <w:p>
      <w:r>
        <w:t>Uri?</w:t>
      </w:r>
    </w:p>
    <w:p>
      <w:r>
        <w:t>[Yes, from Meron]</w:t>
      </w:r>
    </w:p>
    <w:p>
      <w:r>
        <w:t>From Meron</w:t>
      </w:r>
    </w:p>
    <w:p>
      <w:r>
        <w:t>[Saba, Saba]</w:t>
      </w:r>
    </w:p>
    <w:p>
      <w:r>
        <w:t>Ah, Yaakov Shiloach {a friend}, do you know him?</w:t>
      </w:r>
    </w:p>
    <w:p>
      <w:r>
        <w:t>[Yes, f.. from America]</w:t>
      </w:r>
    </w:p>
    <w:p>
      <w:r>
        <w:t>There are two Yaakovs</w:t>
      </w:r>
    </w:p>
    <w:p>
      <w:r>
        <w:t>[Yes?]</w:t>
      </w:r>
    </w:p>
    <w:p>
      <w:r>
        <w:t>Yaakov Shiloach and another one</w:t>
      </w:r>
    </w:p>
    <w:p>
      <w:r>
        <w:t>[Yaakov Levi]</w:t>
      </w:r>
    </w:p>
    <w:p>
      <w:r>
        <w:t>Yes</w:t>
      </w:r>
    </w:p>
    <w:p>
      <w:r>
        <w:t>[Yaakov Levi]</w:t>
      </w:r>
    </w:p>
    <w:p>
      <w:r>
        <w:t>He became a tzaddik</w:t>
      </w:r>
    </w:p>
    <w:p>
      <w:r>
        <w:t>[Yes]</w:t>
      </w:r>
    </w:p>
    <w:p>
      <w:r>
        <w:t>Yaakov Shiloach and another Yaakov</w:t>
      </w:r>
    </w:p>
    <w:p>
      <w:r>
        <w:t>[Levi]</w:t>
      </w:r>
    </w:p>
    <w:p>
      <w:r>
        <w:t>Do you know his name?</w:t>
      </w:r>
    </w:p>
    <w:p>
      <w:r>
        <w:t>[Yaakov Levi?]</w:t>
      </w:r>
    </w:p>
    <w:p>
      <w:r>
        <w:t>Yaakov</w:t>
      </w:r>
    </w:p>
    <w:p>
      <w:r>
        <w:t>[Saada]</w:t>
      </w:r>
    </w:p>
    <w:p>
      <w:r>
        <w:t>[Saada, Yaakov Saada? There are several Yaakovs, Yaakov Shiloach, and who else?]</w:t>
      </w:r>
    </w:p>
    <w:p>
      <w:r>
        <w:t>Yaakov Shiloach</w:t>
      </w:r>
    </w:p>
    <w:p>
      <w:r>
        <w:t>[Yaakov Saada]</w:t>
      </w:r>
    </w:p>
    <w:p>
      <w:r>
        <w:t>Yaakov</w:t>
      </w:r>
    </w:p>
    <w:p>
      <w:r>
        <w:t>[Saada?]</w:t>
      </w:r>
    </w:p>
    <w:p>
      <w:r>
        <w:t>[From Paris]</w:t>
      </w:r>
    </w:p>
    <w:p>
      <w:r>
        <w:t>[From Paris]</w:t>
      </w:r>
    </w:p>
    <w:p>
      <w:r>
        <w:t>[From Paris? Yaakov from Paris, or Yaakov Levi?]</w:t>
      </w:r>
    </w:p>
    <w:p>
      <w:r>
        <w:t>[…..]</w:t>
      </w:r>
    </w:p>
    <w:p>
      <w:r>
        <w:t>[Barzilai]</w:t>
      </w:r>
    </w:p>
    <w:p>
      <w:r>
        <w:t>[He knows….]</w:t>
      </w:r>
    </w:p>
    <w:p>
      <w:r>
        <w:t>[..Barzilai, say Barzilai, tell him Barzilai]</w:t>
      </w:r>
    </w:p>
    <w:p>
      <w:r>
        <w:t>[Huh?]</w:t>
      </w:r>
    </w:p>
    <w:p>
      <w:r>
        <w:t>[Tell him Barzilai]</w:t>
      </w:r>
    </w:p>
    <w:p>
      <w:r>
        <w:t>[Barzilai]</w:t>
      </w:r>
    </w:p>
    <w:p>
      <w:r>
        <w:t>[Barzilai]</w:t>
      </w:r>
    </w:p>
    <w:p>
      <w:r>
        <w:t>[…..]</w:t>
      </w:r>
    </w:p>
    <w:p>
      <w:r>
        <w:t>[…..]</w:t>
      </w:r>
    </w:p>
    <w:p>
      <w:r>
        <w:t>[He calls everyone Yaakov]</w:t>
      </w:r>
    </w:p>
    <w:p>
      <w:r>
        <w:t>We have a car, we have everything</w:t>
      </w:r>
    </w:p>
    <w:p>
      <w:r>
        <w:t>[She has a car, yes]</w:t>
      </w:r>
    </w:p>
    <w:p>
      <w:r>
        <w:t>{..}, we'll travel to Yerushalayim and look for Yitzchak Isaac</w:t>
      </w:r>
    </w:p>
    <w:p>
      <w:r>
        <w:t>[What? What? We'll travel to..?]</w:t>
      </w:r>
    </w:p>
    <w:p>
      <w:r>
        <w:t>[To Yerushalayim, to look for Yitzchak Isaac]</w:t>
      </w:r>
    </w:p>
    <w:p>
      <w:r>
        <w:t>"Mekor Baruch" or, or in Geula</w:t>
      </w:r>
    </w:p>
    <w:p>
      <w:r>
        <w:t>[And on.. on.. on the way we'll sing "Na Nach”? On the way we'll sing "Na Nach"?]</w:t>
      </w:r>
    </w:p>
    <w:p>
      <w:r>
        <w:t>[Saba and the friends sing: "Na Nach Nachma Nachman MeUman.."]</w:t>
      </w:r>
    </w:p>
    <w:p>
      <w:r>
        <w:t>{Nu}, we have a car..</w:t>
      </w:r>
    </w:p>
    <w:p>
      <w:r>
        <w:t>[Yes]</w:t>
      </w:r>
    </w:p>
    <w:p>
      <w:r>
        <w:t>And drivers</w:t>
      </w:r>
    </w:p>
    <w:p>
      <w:r>
        <w:t>[Yes]</w:t>
      </w:r>
    </w:p>
    <w:p>
      <w:r>
        <w:t>And gasoline {he will have} also</w:t>
      </w:r>
    </w:p>
    <w:p>
      <w:r>
        <w:t>[Yes]</w:t>
      </w:r>
    </w:p>
    <w:p>
      <w:r>
        <w:t>We'll go and tour Tel Aviv, {{. .}} until we find Yaakov.., ah, Yaakov {...}, Yitzchak Isaac in Meron.. his sons are Breslover Chassidim</w:t>
      </w:r>
    </w:p>
    <w:p>
      <w:r>
        <w:t>[They.. study in a yeshiva, I don't know]</w:t>
      </w:r>
    </w:p>
    <w:p>
      <w:r>
        <w:t>Huh?</w:t>
      </w:r>
    </w:p>
    <w:p>
      <w:r>
        <w:t>[They study in a yeshiva, in a yeshiva, I don't know where]</w:t>
      </w:r>
    </w:p>
    <w:p>
      <w:r>
        <w:t>No?</w:t>
      </w:r>
    </w:p>
    <w:p>
      <w:r>
        <w:t>[…]</w:t>
      </w:r>
    </w:p>
    <w:p>
      <w:r>
        <w:t>Huh?</w:t>
      </w:r>
    </w:p>
    <w:p>
      <w:r>
        <w:t>[They study in a yeshiva, in a yeshiva]</w:t>
      </w:r>
    </w:p>
    <w:p>
      <w:r>
        <w:t>They study in a yeshiva</w:t>
      </w:r>
    </w:p>
    <w:p>
      <w:r>
        <w:t>[Yes, I don't know where, don't know… he was with you in Uman, Saba]</w:t>
      </w:r>
    </w:p>
    <w:p>
      <w:r>
        <w:t>Huh?</w:t>
      </w:r>
    </w:p>
    <w:p>
      <w:r>
        <w:t>[Yitzchak Isaac was with you in Uman]</w:t>
      </w:r>
    </w:p>
    <w:p>
      <w:r>
        <w:t>Yes?</w:t>
      </w:r>
    </w:p>
    <w:p>
      <w:r>
        <w:t>[Yes]</w:t>
      </w:r>
    </w:p>
    <w:p>
      <w:r>
        <w:t>With the sons?</w:t>
      </w:r>
    </w:p>
    <w:p>
      <w:r>
        <w:t>[With the s ons.., with the son, one son, I think.. he told you th..</w:t>
      </w:r>
    </w:p>
    <w:p>
      <w:r>
        <w:t>He told all the friends the whole story, how he drew close to.. to Rabbainu]</w:t>
      </w:r>
    </w:p>
    <w:p>
      <w:r>
        <w:t>(Saba laughs)</w:t>
      </w:r>
    </w:p>
    <w:p>
      <w:r>
        <w:t>I had, he had a house in.. in "Zichron Moshe" {…} in Yerushalayim</w:t>
      </w:r>
    </w:p>
    <w:p>
      <w:r>
        <w:t>Afterward in Tel Aviv, {..} Tel Aviv, 5 Nachum Street</w:t>
      </w:r>
    </w:p>
    <w:p>
      <w:r>
        <w:t>[Saba, you went with three buses to reach Yitzchak Isaac</w:t>
      </w:r>
    </w:p>
    <w:p>
      <w:r>
        <w:t>You went with three bu.., in three.., three..]</w:t>
      </w:r>
    </w:p>
    <w:p>
      <w:r>
        <w:t>He will come {…..}</w:t>
      </w:r>
    </w:p>
    <w:p>
      <w:r>
        <w:t>[….]</w:t>
      </w:r>
    </w:p>
    <w:p>
      <w:r>
        <w:t>[Perhaps, yes]</w:t>
      </w:r>
    </w:p>
    <w:p>
      <w:r>
        <w:t>We need to look for him</w:t>
      </w:r>
    </w:p>
    <w:p>
      <w:r>
        <w:t>[To look for him, yes]</w:t>
      </w:r>
    </w:p>
    <w:p>
      <w:r>
        <w:t>And to bring him for Rosh Hashanah..</w:t>
      </w:r>
    </w:p>
    <w:p>
      <w:r>
        <w:t>[Avraham Natan sings: "Na Nach Nachma Nachman MeUman.."]</w:t>
      </w:r>
    </w:p>
    <w:p>
      <w:r>
        <w:t>Ah.. ah.. ah.. ah.. ah.. ah.. ah..</w:t>
      </w:r>
    </w:p>
    <w:p>
      <w:r>
        <w:t>[Oy…]</w:t>
      </w:r>
    </w:p>
    <w:p>
      <w:r>
        <w:t>[Avraham Natan sings: "Na Nach Nachma Nachman MeUman.."]</w:t>
      </w:r>
    </w:p>
    <w:p>
      <w:r>
        <w:t>Like this – {Na….} Nachman MeUman</w:t>
      </w:r>
    </w:p>
    <w:p>
      <w:r>
        <w:t>[Saba, Aharon Luria said to you: "I envy you," Aharon Luria]</w:t>
      </w:r>
    </w:p>
    <w:p>
      <w:r>
        <w:t>Oy</w:t>
      </w:r>
    </w:p>
    <w:p>
      <w:r>
        <w:t>[He told you: "I envy you"]</w:t>
      </w:r>
    </w:p>
    <w:p>
      <w:r>
        <w:t>The best thing, we'll take "Likutei Moharan," and sit {look for} at.. at the door</w:t>
      </w:r>
    </w:p>
    <w:p>
      <w:r>
        <w:t>{..} of the man.., of the.. synagogue, and we'll study "Likutei Halachos"</w:t>
      </w:r>
    </w:p>
    <w:p>
      <w:r>
        <w:t>{{… … ...}} We'll make Breslov</w:t>
      </w:r>
    </w:p>
    <w:p>
      <w:r>
        <w:t>[………..]</w:t>
      </w:r>
    </w:p>
    <w:p>
      <w:r>
        <w:t>[………..]</w:t>
      </w:r>
    </w:p>
    <w:p>
      <w:r>
        <w:t>{All the..}, I have none, all my books were taken, I had many books from Yitzchak Isaac Silberman, "Yesod HaEmunah," "Or HaEmunah," do you remember?</w:t>
      </w:r>
    </w:p>
    <w:p>
      <w:r>
        <w:t>[Right, right, it reminds me…. yes, yes, “Or HaEmunah"]</w:t>
      </w:r>
    </w:p>
    <w:p>
      <w:r>
        <w:t>"Or HaEmunah," "Yesod Emunah"</w:t>
      </w:r>
    </w:p>
    <w:p>
      <w:r>
        <w:t>[He published, he published, this is Yitzchak Isaac, yes, "Or HaEmunah"]</w:t>
      </w:r>
    </w:p>
    <w:p>
      <w:r>
        <w:t>Do you have it?</w:t>
      </w:r>
    </w:p>
    <w:p>
      <w:r>
        <w:t>[..I heard about it, I saw it once, I saw it once, “Or HaEmunah,” "Yesod HaEmunah” he published it, Yitzchak Isaac, this book, it is.. Or.. “Or HaEmunah," Yitzchak Isaac..]</w:t>
      </w:r>
    </w:p>
    <w:p>
      <w:r>
        <w:t>And.. and "Mekor Emunah"</w:t>
      </w:r>
    </w:p>
    <w:p>
      <w:r>
        <w:t>[……..]</w:t>
      </w:r>
    </w:p>
    <w:p>
      <w:r>
        <w:t>Three books:</w:t>
      </w:r>
    </w:p>
    <w:p>
      <w:r>
        <w:t>[Yes]</w:t>
      </w:r>
    </w:p>
    <w:p>
      <w:r>
        <w:t>"Mekor Emunah," {..} and "Or Emunah"</w:t>
      </w:r>
    </w:p>
    <w:p>
      <w:r>
        <w:t>[“Or HaEmunah," "Yesod HaEmunah"]</w:t>
      </w:r>
    </w:p>
    <w:p>
      <w:r>
        <w:t>And "Yesod Emunah"</w:t>
      </w:r>
    </w:p>
    <w:p>
      <w:r>
        <w:t>[What are these books? Books by whom? Books by whom?..]</w:t>
      </w:r>
    </w:p>
    <w:p>
      <w:r>
        <w:t>[It.. …..]</w:t>
      </w:r>
    </w:p>
    <w:p>
      <w:r>
        <w:t>[Where are the books...?]</w:t>
      </w:r>
    </w:p>
    <w:p>
      <w:r>
        <w:t>[He, he published them, it was.. in.. in “Meah Shearim," long ago already]</w:t>
      </w:r>
    </w:p>
    <w:p>
      <w:r>
        <w:t>[“Or HaEmunah..”]</w:t>
      </w:r>
    </w:p>
    <w:p>
      <w:r>
        <w:t>[“Or HaEmunah," Mekor HaEmunah"..]</w:t>
      </w:r>
    </w:p>
    <w:p>
      <w:r>
        <w:t>[I don't know if there are any in "Meah Shearim"….]</w:t>
      </w:r>
    </w:p>
    <w:p>
      <w:r>
        <w:t>[But there were.. small books like these, like the book "Names of the Tzaddikim," there were ones like these..</w:t>
      </w:r>
    </w:p>
    <w:p>
      <w:r>
        <w:t>He gave them all the.. what he had..]</w:t>
      </w:r>
    </w:p>
    <w:p>
      <w:r>
        <w:t>{…}, {remember}, three books, {..}..</w:t>
      </w:r>
    </w:p>
    <w:p>
      <w:r>
        <w:t>[Write it down, write it down]</w:t>
      </w:r>
    </w:p>
    <w:p>
      <w:r>
        <w:t>"Mekor Emunah"</w:t>
      </w:r>
    </w:p>
    <w:p>
      <w:r>
        <w:t>[Write it down, ah..]</w:t>
      </w:r>
    </w:p>
    <w:p>
      <w:r>
        <w:t>"Or Emunah," "Mekor Emunah," nu, and another..</w:t>
      </w:r>
    </w:p>
    <w:p>
      <w:r>
        <w:t>["Yesod HaEmunah," "Yesod HaEmunah”]</w:t>
      </w:r>
    </w:p>
    <w:p>
      <w:r>
        <w:t>"Yesod Emunah"</w:t>
      </w:r>
    </w:p>
    <w:p>
      <w:r>
        <w:t>[Write it down..]</w:t>
      </w:r>
    </w:p>
    <w:p>
      <w:r>
        <w:t>Three books..</w:t>
      </w:r>
    </w:p>
    <w:p>
      <w:r>
        <w:t>[{We need to study with this}, ask where they are found..]</w:t>
      </w:r>
    </w:p>
    <w:p>
      <w:r>
        <w:t>[….…..]</w:t>
      </w:r>
    </w:p>
    <w:p>
      <w:r>
        <w:t>[There were, there were, there were, there were three books..]</w:t>
      </w:r>
    </w:p>
    <w:p>
      <w:r>
        <w:t>[…..….]</w:t>
      </w:r>
    </w:p>
    <w:p>
      <w:r>
        <w:t>Ah..</w:t>
      </w:r>
    </w:p>
    <w:p>
      <w:r>
        <w:t>[Did you write it down? Write it down]</w:t>
      </w:r>
    </w:p>
    <w:p>
      <w:r>
        <w:t>We have a car and drivers, and only gasoline, there will also be gasoline, we will tour Yerushalayim [….]</w:t>
      </w:r>
    </w:p>
    <w:p>
      <w:r>
        <w:t>{..}..</w:t>
      </w:r>
    </w:p>
    <w:p>
      <w:r>
        <w:t>[Saba.. Saba]</w:t>
      </w:r>
    </w:p>
    <w:p>
      <w:r>
        <w:t>[…….]</w:t>
      </w:r>
    </w:p>
    <w:p>
      <w:r>
        <w:t>These are the books of Yitzchak Isaac</w:t>
      </w:r>
    </w:p>
    <w:p>
      <w:r>
        <w:t>He gave money {..} to.. to Uri, {{..…}}, who lives in Tel Aviv, Uri {…..} […...]</w:t>
      </w:r>
    </w:p>
    <w:p>
      <w:r>
        <w:t>He bou.., his father gave him.. {..} he bought him an apartment in.. in Meron</w:t>
      </w:r>
    </w:p>
    <w:p>
      <w:r>
        <w:t>{..} To this day he lives there in Meron</w:t>
      </w:r>
    </w:p>
    <w:p>
      <w:r>
        <w:t>[...…..]</w:t>
      </w:r>
    </w:p>
    <w:p>
      <w:r>
        <w:t>In Meron wewill find him</w:t>
      </w:r>
    </w:p>
    <w:p>
      <w:r>
        <w:t>Yes, yes, in Meron it is easy to find him [Yes, ah..]</w:t>
      </w:r>
    </w:p>
    <w:p>
      <w:r>
        <w:t>Ah, yes</w:t>
      </w:r>
    </w:p>
    <w:p>
      <w:r>
        <w:t>His father bought him in.. in Meron, for..{..} twenty-five thousand {..} shekels</w:t>
      </w:r>
    </w:p>
    <w:p>
      <w:r>
        <w:t>He bought him an apartment, {..}, an apartment, Uri lives there</w:t>
      </w:r>
    </w:p>
    <w:p>
      <w:r>
        <w:t>{..}</w:t>
      </w:r>
    </w:p>
    <w:p>
      <w:r>
        <w:t>And this belongs to Yitzchak Isaac</w:t>
      </w:r>
    </w:p>
    <w:p>
      <w:r>
        <w:t>[..Yitzchak Isaac]</w:t>
      </w:r>
    </w:p>
    <w:p>
      <w:r>
        <w:t>[……]</w:t>
      </w:r>
    </w:p>
    <w:p>
      <w:r>
        <w:t>[……]</w:t>
      </w:r>
    </w:p>
    <w:p>
      <w:r>
        <w:t>He has another {tw.. two}, two rooms</w:t>
      </w:r>
    </w:p>
    <w:p>
      <w:r>
        <w:t>[..]</w:t>
      </w:r>
    </w:p>
    <w:p>
      <w:r>
        <w:t>Rooms, not a shack, rooms</w:t>
      </w:r>
    </w:p>
    <w:p>
      <w:r>
        <w:t>[Yes]</w:t>
      </w:r>
    </w:p>
    <w:p>
      <w:r>
        <w:t>Built of stones and.. he has {…..two…..}</w:t>
      </w:r>
    </w:p>
    <w:p>
      <w:r>
        <w:t>We will look for him in Meron, {we will find him}</w:t>
      </w:r>
    </w:p>
    <w:p>
      <w:r>
        <w:t>His children study in.. in a yeshiva</w:t>
      </w:r>
    </w:p>
    <w:p>
      <w:r>
        <w:t>[Yes]</w:t>
      </w:r>
    </w:p>
    <w:p>
      <w:r>
        <w:t>In Yerushalayim?</w:t>
      </w:r>
    </w:p>
    <w:p>
      <w:r>
        <w:t>[Wh..]</w:t>
      </w:r>
    </w:p>
    <w:p>
      <w:r>
        <w:t>Huh?</w:t>
      </w:r>
    </w:p>
    <w:p>
      <w:r>
        <w:t>[Yitzchak Isaac? Yitzchak Isaac?]</w:t>
      </w:r>
    </w:p>
    <w:p>
      <w:r>
        <w:t>{……, …...}</w:t>
      </w:r>
    </w:p>
    <w:p>
      <w:r>
        <w:t>[Yitzchak Isaac?]</w:t>
      </w:r>
    </w:p>
    <w:p>
      <w:r>
        <w:t>Yitzchak Isaac</w:t>
      </w:r>
    </w:p>
    <w:p>
      <w:r>
        <w:t>[{Who?}]</w:t>
      </w:r>
    </w:p>
    <w:p>
      <w:r>
        <w:t>He studies in.. {Lithuanians}</w:t>
      </w:r>
    </w:p>
    <w:p>
      <w:r>
        <w:t>[…..]</w:t>
      </w:r>
    </w:p>
    <w:p>
      <w:r>
        <w:t>[Saba and the friends chant the melody of "Na Nach.."]</w:t>
      </w:r>
    </w:p>
    <w:p>
      <w:r>
        <w:t>In Meron live Yitzchak Isaac and his wife, he has, he has th.. fifteen children, {fifteen children}</w:t>
      </w:r>
    </w:p>
    <w:p>
      <w:r>
        <w:t>Small children, every year he has.. {..} a son, son, daughter</w:t>
      </w:r>
    </w:p>
    <w:p>
      <w:r>
        <w:t>He has lots of ch.., l.. lots of children</w:t>
      </w:r>
    </w:p>
    <w:p>
      <w:r>
        <w:t>[Sol.., soldiers]</w:t>
      </w:r>
    </w:p>
    <w:p>
      <w:r>
        <w:t>[…………]</w:t>
      </w:r>
    </w:p>
    <w:p>
      <w:r>
        <w:t>[………..]</w:t>
      </w:r>
    </w:p>
    <w:p>
      <w:r>
        <w:t>{{…..}} We will travel to Yerushalayim, we have drivers and there is {{.…}} a car, and gasoline {{…..}} there will also be</w:t>
      </w:r>
    </w:p>
    <w:p>
      <w:r>
        <w:t>[…...]</w:t>
      </w:r>
    </w:p>
    <w:p>
      <w:r>
        <w:t>[Saba and the friends chant the melody of "Na Nach.."]</w:t>
      </w:r>
    </w:p>
    <w:p>
      <w:r>
        <w:t>{{I prevailed}}, I and Yitzchak Isaac</w:t>
      </w:r>
    </w:p>
    <w:p>
      <w:r>
        <w:t>[Yes]</w:t>
      </w:r>
    </w:p>
    <w:p>
      <w:r>
        <w:t>{We will stand} together in Yerushalayim</w:t>
      </w:r>
    </w:p>
    <w:p>
      <w:r>
        <w:t>We will take a trip {to\in} Yerushalayim</w:t>
      </w:r>
    </w:p>
    <w:p>
      <w:r>
        <w:t>[Saba]</w:t>
      </w:r>
    </w:p>
    <w:p>
      <w:r>
        <w:t>I have a car</w:t>
      </w:r>
    </w:p>
    <w:p>
      <w:r>
        <w:t>[Yes]</w:t>
      </w:r>
    </w:p>
    <w:p>
      <w:r>
        <w:t>We have</w:t>
      </w:r>
    </w:p>
    <w:p>
      <w:r>
        <w:t>[Yes]</w:t>
      </w:r>
    </w:p>
    <w:p>
      <w:r>
        <w:t>We have drivers, only gasoline</w:t>
      </w:r>
    </w:p>
    <w:p>
      <w:r>
        <w:t>W.., we can travel day and night to publicize Rabbainu throughout Eretz Yisroel</w:t>
      </w:r>
    </w:p>
    <w:p>
      <w:r>
        <w:t>[..The redemption will come, publicizing Rabbainu throughout Eretz Yisroel……]</w:t>
      </w:r>
    </w:p>
    <w:p>
      <w:r>
        <w:t>[……….]</w:t>
      </w:r>
    </w:p>
    <w:p>
      <w:r>
        <w:t>[……]</w:t>
      </w:r>
    </w:p>
    <w:p>
      <w:r>
        <w:t>[Saba, there is news, here is a note in French, on the back it is French, in French</w:t>
      </w:r>
    </w:p>
    <w:p>
      <w:r>
        <w:t>The translation in French, this is the note, and you have in France, here, French</w:t>
      </w:r>
    </w:p>
    <w:p>
      <w:r>
        <w:t>This is a translation, a translation in French, a translation]</w:t>
      </w:r>
    </w:p>
    <w:p>
      <w:r>
        <w:t>I cannot see..</w:t>
      </w:r>
    </w:p>
    <w:p>
      <w:r>
        <w:t>[This is a translation]</w:t>
      </w:r>
    </w:p>
    <w:p>
      <w:r>
        <w:t>Read</w:t>
      </w:r>
    </w:p>
    <w:p>
      <w:r>
        <w:t>["It was very hard for me to descend to you, my precious student, to tell you..</w:t>
      </w:r>
    </w:p>
    <w:p>
      <w:r>
        <w:t>{I enjoyed} because I greatly enjoyed your avodah</w:t>
      </w:r>
    </w:p>
    <w:p>
      <w:r>
        <w:t>And about you I said, My little fire will smolder until Moshiach comes]</w:t>
      </w:r>
    </w:p>
    <w:p>
      <w:r>
        <w:t>(Saba laughs)</w:t>
      </w:r>
    </w:p>
    <w:p>
      <w:r>
        <w:t>[Be strong and resolute in your avodah, Na Nach Nachma Nachman MeUman</w:t>
      </w:r>
    </w:p>
    <w:p>
      <w:r>
        <w:t>And with this I will reveal a secret to you, and it is full and heaped from line to line (P'tz'p'tz'y'h')</w:t>
      </w:r>
    </w:p>
    <w:p>
      <w:r>
        <w:t>And with strengthening in avodah you will understand it, and the sign: the seventeenth of Tammuz they will say that you are not fasting", "Na Nach Nachma Nachman..]</w:t>
      </w:r>
    </w:p>
    <w:p>
      <w:r>
        <w:t>MeUman</w:t>
      </w:r>
    </w:p>
    <w:p>
      <w:r>
        <w:t>[MeUman"]</w:t>
      </w:r>
    </w:p>
    <w:p>
      <w:r>
        <w:t>This is the second</w:t>
      </w:r>
    </w:p>
    <w:p>
      <w:r>
        <w:t>[Ah, the second note]</w:t>
      </w:r>
    </w:p>
    <w:p>
      <w:r>
        <w:t>This is the second</w:t>
      </w:r>
    </w:p>
    <w:p>
      <w:r>
        <w:t>[This.., this is the second note]</w:t>
      </w:r>
    </w:p>
    <w:p>
      <w:r>
        <w:t>There are three</w:t>
      </w:r>
    </w:p>
    <w:p>
      <w:r>
        <w:t>[Three]</w:t>
      </w:r>
    </w:p>
    <w:p>
      <w:r>
        <w:t>[…...]</w:t>
      </w:r>
    </w:p>
    <w:p>
      <w:r>
        <w:t>The first is with Tzipora</w:t>
      </w:r>
    </w:p>
    <w:p>
      <w:r>
        <w:t>[And the second?]</w:t>
      </w:r>
    </w:p>
    <w:p>
      <w:r>
        <w:t>With my daughter</w:t>
      </w:r>
    </w:p>
    <w:p>
      <w:r>
        <w:t>[…………..]</w:t>
      </w:r>
    </w:p>
    <w:p>
      <w:r>
        <w:t>[….……….]</w:t>
      </w:r>
    </w:p>
    <w:p>
      <w:r>
        <w:t>With Tzipora is the.. the.. first note</w:t>
      </w:r>
    </w:p>
    <w:p>
      <w:r>
        <w:t>{This is very important}, we need to make like, like this, all three</w:t>
      </w:r>
    </w:p>
    <w:p>
      <w:r>
        <w:t>[……………...…..]</w:t>
      </w:r>
    </w:p>
    <w:p>
      <w:r>
        <w:t>[…………...……..]</w:t>
      </w:r>
    </w:p>
    <w:p>
      <w:r>
        <w:t>[Saba, the.. the friends want a sample, a sample of the second note and the third note, they want a sample]</w:t>
      </w:r>
    </w:p>
    <w:p>
      <w:r>
        <w:t>We have a car and drivers, and there will also be gasoline, we will tour</w:t>
      </w:r>
    </w:p>
    <w:p>
      <w:r>
        <w:t>[………..]</w:t>
      </w:r>
    </w:p>
    <w:p>
      <w:r>
        <w:t>[………..]</w:t>
      </w:r>
    </w:p>
    <w:p>
      <w:r>
        <w:t>[I.., I.., I think that all the gas stations will give you fuel for free]</w:t>
      </w:r>
    </w:p>
    <w:p>
      <w:r>
        <w:t>Yes?</w:t>
      </w:r>
    </w:p>
    <w:p>
      <w:r>
        <w:t>[Y.. you will put up a sign, a sign of "Na Nach Nachma Nachman MeUman," and they will give you fuel for free</w:t>
      </w:r>
    </w:p>
    <w:p>
      <w:r>
        <w:t>Every gas station will be yours, just put up a sign, "Na Nach Nachma Nachman MeUman"</w:t>
      </w:r>
    </w:p>
    <w:p>
      <w:r>
        <w:t>When.., wha.., wha.., here you will have, you will have.., all Rabbainu's gas stations]</w:t>
      </w:r>
    </w:p>
    <w:p>
      <w:r>
        <w:t>Yes</w:t>
      </w:r>
    </w:p>
    <w:p>
      <w:r>
        <w:t>“{Move}, get in there into the car"</w:t>
      </w:r>
    </w:p>
    <w:p>
      <w:r>
        <w:t>[Yes]</w:t>
      </w:r>
    </w:p>
    <w:p>
      <w:r>
        <w:t>Yes, there is room for eight, for eight people, in the big car</w:t>
      </w:r>
    </w:p>
    <w:p>
      <w:r>
        <w:t>[Yes]</w:t>
      </w:r>
    </w:p>
    <w:p>
      <w:r>
        <w:t>[……]</w:t>
      </w:r>
    </w:p>
    <w:p>
      <w:r>
        <w:t>[In the meantime we will pray for the big car]</w:t>
      </w:r>
    </w:p>
    <w:p>
      <w:r>
        <w:t>[… Budra perhaps, David]</w:t>
      </w:r>
    </w:p>
    <w:p>
      <w:r>
        <w:t>Who is that there?</w:t>
      </w:r>
    </w:p>
    <w:p>
      <w:r>
        <w:t>[Orea from Meron]</w:t>
      </w:r>
    </w:p>
    <w:p>
      <w:r>
        <w:t>[…..]</w:t>
      </w:r>
    </w:p>
    <w:p>
      <w:r>
        <w:t>[Shimon]</w:t>
      </w:r>
    </w:p>
    <w:p>
      <w:r>
        <w:t>[Shimon, Shimon]</w:t>
      </w:r>
    </w:p>
    <w:p>
      <w:r>
        <w:t>[..Shimon]</w:t>
      </w:r>
    </w:p>
    <w:p>
      <w:r>
        <w:t>[Shimon]</w:t>
      </w:r>
    </w:p>
    <w:p>
      <w:r>
        <w:t>Shimon?</w:t>
      </w:r>
    </w:p>
    <w:p>
      <w:r>
        <w:t>[Yes]</w:t>
      </w:r>
    </w:p>
    <w:p>
      <w:r>
        <w:t>Who is this?</w:t>
      </w:r>
    </w:p>
    <w:p>
      <w:r>
        <w:t>[Uri]</w:t>
      </w:r>
    </w:p>
    <w:p>
      <w:r>
        <w:t>What are the names of Yitzchak Isaac's children? Nachman?</w:t>
      </w:r>
    </w:p>
    <w:p>
      <w:r>
        <w:t>[………….]</w:t>
      </w:r>
    </w:p>
    <w:p>
      <w:r>
        <w:t>[………….]</w:t>
      </w:r>
    </w:p>
    <w:p>
      <w:r>
        <w:t>What time is it?</w:t>
      </w:r>
    </w:p>
    <w:p>
      <w:r>
        <w:t>[Four]</w:t>
      </w:r>
    </w:p>
    <w:p>
      <w:r>
        <w:t>[Four]</w:t>
      </w:r>
    </w:p>
    <w:p>
      <w:r>
        <w:t>[Four]</w:t>
      </w:r>
    </w:p>
    <w:p>
      <w:r>
        <w:t>Four?</w:t>
      </w:r>
    </w:p>
    <w:p>
      <w:r>
        <w:t>[Yes]</w:t>
      </w:r>
    </w:p>
    <w:p>
      <w:r>
        <w:t>Good</w:t>
      </w:r>
    </w:p>
    <w:p>
      <w:r>
        <w:t>[Saba and the friends sing: "Na Nach Nachma Nachman MeUman.."]</w:t>
      </w:r>
    </w:p>
    <w:p>
      <w:r>
        <w:t>[Saba, there is also a loudspeaker, there is a loudspeaker, it is possible to tour with the loudspeaker throughout the world]</w:t>
      </w:r>
    </w:p>
    <w:p>
      <w:r>
        <w:t>A loudspeaker?</w:t>
      </w:r>
    </w:p>
    <w:p>
      <w:r>
        <w:t>[A loudspeaker, yes, it is possible to tour with the loudspeaker throughout the.., throughout the..]</w:t>
      </w:r>
    </w:p>
    <w:p>
      <w:r>
        <w:t>With a loudspeaker</w:t>
      </w:r>
    </w:p>
    <w:p>
      <w:r>
        <w:t>[Yes, throughout the..]</w:t>
      </w:r>
    </w:p>
    <w:p>
      <w:r>
        <w:t>{Good}…</w:t>
      </w:r>
    </w:p>
    <w:p>
      <w:r>
        <w:br w:type="page"/>
      </w:r>
    </w:p>
    <w:p>
      <w:pPr>
        <w:pStyle w:val="Heading1"/>
      </w:pPr>
      <w:r>
        <w:t>Tape 86</w:t>
      </w:r>
    </w:p>
    <w:p>
      <w:pPr>
        <w:pStyle w:val="Heading2"/>
      </w:pPr>
      <w:r>
        <w:t>Side A (Aleph)</w:t>
      </w:r>
    </w:p>
    <w:p>
      <w:r>
        <w:t>...The Creator of the world {for the disgrace of} the tzaddik, He "repays well"</w:t>
      </w:r>
    </w:p>
    <w:p>
      <w:r>
        <w:t>Oy, this is terrible</w:t>
      </w:r>
    </w:p>
    <w:p>
      <w:r>
        <w:t>He spoke with such a kind of arrogance</w:t>
      </w:r>
    </w:p>
    <w:p>
      <w:r>
        <w:t>[..]</w:t>
      </w:r>
    </w:p>
    <w:p>
      <w:r>
        <w:t>About Rabbainu and about Rebbe Nassan</w:t>
      </w:r>
    </w:p>
    <w:p>
      <w:r>
        <w:t>[..]</w:t>
      </w:r>
    </w:p>
    <w:p>
      <w:r>
        <w:t>. On that day, it was Thursday</w:t>
      </w:r>
    </w:p>
    <w:p>
      <w:r>
        <w:t>[Yes]</w:t>
      </w:r>
    </w:p>
    <w:p>
      <w:r>
        <w:t>On that day</w:t>
      </w:r>
    </w:p>
    <w:p>
      <w:r>
        <w:t>[Yes]</w:t>
      </w:r>
    </w:p>
    <w:p>
      <w:r>
        <w:t>They arrived in Tzfas</w:t>
      </w:r>
    </w:p>
    <w:p>
      <w:r>
        <w:t>[Yes]</w:t>
      </w:r>
    </w:p>
    <w:p>
      <w:r>
        <w:t>All the villagers and all the non-Jews, and they mixed and burned {….}</w:t>
      </w:r>
    </w:p>
    <w:p>
      <w:r>
        <w:t>The point is: {…} they reached his house, they reached his son</w:t>
      </w:r>
    </w:p>
    <w:p>
      <w:r>
        <w:t>[..]</w:t>
      </w:r>
    </w:p>
    <w:p>
      <w:r>
        <w:t>He got married</w:t>
      </w:r>
    </w:p>
    <w:p>
      <w:r>
        <w:t>[..]</w:t>
      </w:r>
    </w:p>
    <w:p>
      <w:r>
        <w:t>His son</w:t>
      </w:r>
    </w:p>
    <w:p>
      <w:r>
        <w:t>[Yes]</w:t>
      </w:r>
    </w:p>
    <w:p>
      <w:r>
        <w:t>They arrived, he was a "healthy young man," he fought with the non-Jews</w:t>
      </w:r>
    </w:p>
    <w:p>
      <w:r>
        <w:t>{And the non-Jews …..} cut him into pieces, pieces</w:t>
      </w:r>
    </w:p>
    <w:p>
      <w:r>
        <w:t>[Pshh..]</w:t>
      </w:r>
    </w:p>
    <w:p>
      <w:r>
        <w:t>Alive</w:t>
      </w:r>
    </w:p>
    <w:p>
      <w:r>
        <w:t>[Ah]</w:t>
      </w:r>
    </w:p>
    <w:p>
      <w:r>
        <w:t>{…. Holy Shabbos}</w:t>
      </w:r>
    </w:p>
    <w:p>
      <w:r>
        <w:t>[Ah]</w:t>
      </w:r>
    </w:p>
    <w:p>
      <w:r>
        <w:t>I do not know how far</w:t>
      </w:r>
    </w:p>
    <w:p>
      <w:r>
        <w:t>[Ah]</w:t>
      </w:r>
    </w:p>
    <w:p>
      <w:r>
        <w:t>Then I saw</w:t>
      </w:r>
    </w:p>
    <w:p>
      <w:r>
        <w:t>[Yes]</w:t>
      </w:r>
    </w:p>
    <w:p>
      <w:r>
        <w:t>How, how the Creator of the world is stringent when people speak loshon hara about the tzaddik</w:t>
      </w:r>
    </w:p>
    <w:p>
      <w:r>
        <w:t>[Yes, yes]</w:t>
      </w:r>
    </w:p>
    <w:p>
      <w:r>
        <w:t>More than everything, more than the entire Torah</w:t>
      </w:r>
    </w:p>
    <w:p>
      <w:r>
        <w:t>He spoke loshon hara about Rabbainu and about Rebbe Nassan, Rebbe Nassan, he spoke loshon hara about Rebbe Nassan, the student, the student of Rabbainu</w:t>
      </w:r>
    </w:p>
    <w:p>
      <w:r>
        <w:t>[Yes, yes]</w:t>
      </w:r>
    </w:p>
    <w:p>
      <w:r>
        <w:t>Oy vey, so it was for them, {..} the Creator of the world can "repay well"</w:t>
      </w:r>
    </w:p>
    <w:p>
      <w:r>
        <w:t>[..]</w:t>
      </w:r>
    </w:p>
    <w:p>
      <w:r>
        <w:t>He repaid, he went to the funeral</w:t>
      </w:r>
    </w:p>
    <w:p>
      <w:r>
        <w:t>[..]</w:t>
      </w:r>
    </w:p>
    <w:p>
      <w:r>
        <w:t>Then he went, pieces of the body, legs, with hands</w:t>
      </w:r>
    </w:p>
    <w:p>
      <w:r>
        <w:t>{..} Limbs, pieces, pieces, yes</w:t>
      </w:r>
    </w:p>
    <w:p>
      <w:r>
        <w:t>The son got married, and.. and the non-Jews cut him into pieces, pieces</w:t>
      </w:r>
    </w:p>
    <w:p>
      <w:r>
        <w:t>And afterward he could not, many non-Jews arrived, {police were necessary, ……..} and afterward they were able to hold the funeral</w:t>
      </w:r>
    </w:p>
    <w:p>
      <w:r>
        <w:t>[Yes]</w:t>
      </w:r>
    </w:p>
    <w:p>
      <w:r>
        <w:t>Nu, nu, on that day he got "sugar" and he became ill</w:t>
      </w:r>
    </w:p>
    <w:p>
      <w:r>
        <w:t>He was in the hospital together with Rabbi Kalansky</w:t>
      </w:r>
    </w:p>
    <w:p>
      <w:r>
        <w:t>[Who?]</w:t>
      </w:r>
    </w:p>
    <w:p>
      <w:r>
        <w:t>In Doctor Wallach's hospital</w:t>
      </w:r>
    </w:p>
    <w:p>
      <w:r>
        <w:t>[..K.. Kehat, Rav Kehat?]</w:t>
      </w:r>
    </w:p>
    <w:p>
      <w:r>
        <w:t>Kalansky, Kalansky]</w:t>
      </w:r>
    </w:p>
    <w:p>
      <w:r>
        <w:t>[K.., Kalansky]</w:t>
      </w:r>
    </w:p>
    <w:p>
      <w:r>
        <w:t>. He was a gaon in the world</w:t>
      </w:r>
    </w:p>
    <w:p>
      <w:r>
        <w:t>[..]</w:t>
      </w:r>
    </w:p>
    <w:p>
      <w:r>
        <w:t>He was {..} the gaon of the entire world, he was a "complete gaon"</w:t>
      </w:r>
    </w:p>
    <w:p>
      <w:r>
        <w:t>The Ra.., the Rebbe Kl.., Klansky</w:t>
      </w:r>
    </w:p>
    <w:p>
      <w:r>
        <w:t>[Klansky]</w:t>
      </w:r>
    </w:p>
    <w:p>
      <w:r>
        <w:t>[Yes]</w:t>
      </w:r>
    </w:p>
    <w:p>
      <w:r>
        <w:t>Rav.., the.. Rav Moshe Kliers was nothing in the world compared to him</w:t>
      </w:r>
    </w:p>
    <w:p>
      <w:r>
        <w:t>[..]</w:t>
      </w:r>
    </w:p>
    <w:p>
      <w:r>
        <w:t>Nu, and he spoke, he spoke, I heard:</w:t>
      </w:r>
    </w:p>
    <w:p>
      <w:r>
        <w:t>"That our holy Rabbainu is such a kind of chiddush that never was in the world"</w:t>
      </w:r>
    </w:p>
    <w:p>
      <w:r>
        <w:t>[Pshh..]</w:t>
      </w:r>
    </w:p>
    <w:p>
      <w:r>
        <w:t>He said to him: “What are you talking about?"</w:t>
      </w:r>
    </w:p>
    <w:p>
      <w:r>
        <w:t>So he said to him: “I say that there is a book"</w:t>
      </w:r>
    </w:p>
    <w:p>
      <w:r>
        <w:t>"So such a kind of tzaddik as our holy Rabbainu..”</w:t>
      </w:r>
    </w:p>
    <w:p>
      <w:r>
        <w:t>[Ah, ah]</w:t>
      </w:r>
    </w:p>
    <w:p>
      <w:r>
        <w:t>"{..}, had not yet been in the world"</w:t>
      </w:r>
    </w:p>
    <w:p>
      <w:r>
        <w:t>[..pshh..]</w:t>
      </w:r>
    </w:p>
    <w:p>
      <w:r>
        <w:t>Yes</w:t>
      </w:r>
    </w:p>
    <w:p>
      <w:r>
        <w:t>This is from the words of our holy Rabbainu, he said:</w:t>
      </w:r>
    </w:p>
    <w:p>
      <w:r>
        <w:t>"A chiddush like me has still never been in the world," yes</w:t>
      </w:r>
    </w:p>
    <w:p>
      <w:r>
        <w:t>So he said: “What kind of statement is this?”</w:t>
      </w:r>
    </w:p>
    <w:p>
      <w:r>
        <w:t>He said: “I am speaking, I know what I am speaking, that is how it is"</w:t>
      </w:r>
    </w:p>
    <w:p>
      <w:r>
        <w:t>He found the son, pieces, the funeral was with the body, {..}</w:t>
      </w:r>
    </w:p>
    <w:p>
      <w:r>
        <w:t>Pieces, pieces of legs, pieces of hands</w:t>
      </w:r>
    </w:p>
    <w:p>
      <w:r>
        <w:t>[..]</w:t>
      </w:r>
    </w:p>
    <w:p>
      <w:r>
        <w:t>{….}</w:t>
      </w:r>
    </w:p>
    <w:p>
      <w:r>
        <w:t>He saw what became of the child, {what was done..}</w:t>
      </w:r>
    </w:p>
    <w:p>
      <w:r>
        <w:t>[Yes]</w:t>
      </w:r>
    </w:p>
    <w:p>
      <w:r>
        <w:t>Pieces, pieces, {…}</w:t>
      </w:r>
    </w:p>
    <w:p>
      <w:r>
        <w:t>[..]</w:t>
      </w:r>
    </w:p>
    <w:p>
      <w:r>
        <w:t>On that day</w:t>
      </w:r>
    </w:p>
    <w:p>
      <w:r>
        <w:t>[Pshh..]</w:t>
      </w:r>
    </w:p>
    <w:p>
      <w:r>
        <w:t>Thursday, Thursday he traveled to Tzfas, afterward they arrived</w:t>
      </w:r>
    </w:p>
    <w:p>
      <w:r>
        <w:t>At the time he arrived he saw..</w:t>
      </w:r>
    </w:p>
    <w:p>
      <w:r>
        <w:t>Oy.. I saw how the Creator is particular about the honor of the tzaddik</w:t>
      </w:r>
    </w:p>
    <w:p>
      <w:r>
        <w:t>[{…} Pshh..]</w:t>
      </w:r>
    </w:p>
    <w:p>
      <w:r>
        <w:t>Mo.., more than about His own honor</w:t>
      </w:r>
    </w:p>
    <w:p>
      <w:r>
        <w:t>[Wow, wow]</w:t>
      </w:r>
    </w:p>
    <w:p>
      <w:r>
        <w:t>That is how it is written in the Gemara</w:t>
      </w:r>
    </w:p>
    <w:p>
      <w:r>
        <w:t>[Yes, yes, yes]</w:t>
      </w:r>
    </w:p>
    <w:p>
      <w:r>
        <w:t>[“Like the pupil of His eye"]</w:t>
      </w:r>
    </w:p>
    <w:p>
      <w:r>
        <w:t>Ah?</w:t>
      </w:r>
    </w:p>
    <w:p>
      <w:r>
        <w:t>[The Holy One, blessed be He, is particular..]</w:t>
      </w:r>
    </w:p>
    <w:p>
      <w:r>
        <w:t>{Yo..}</w:t>
      </w:r>
    </w:p>
    <w:p>
      <w:r>
        <w:t>[About the honor of the tzaddik, like about the "pupil of the eye"]</w:t>
      </w:r>
    </w:p>
    <w:p>
      <w:r>
        <w:t>About.., about the.., no, "more than about His honor"</w:t>
      </w:r>
    </w:p>
    <w:p>
      <w:r>
        <w:t>["Than His honor" ah, "more than His honor,” pshh..]</w:t>
      </w:r>
    </w:p>
    <w:p>
      <w:r>
        <w:t>Nu, nu</w:t>
      </w:r>
    </w:p>
    <w:p>
      <w:r>
        <w:t>They had it for all the years, {….for all eternity}</w:t>
      </w:r>
    </w:p>
    <w:p>
      <w:r>
        <w:t>[S.. S.. Saba, Saba, so whoever..]</w:t>
      </w:r>
    </w:p>
    <w:p>
      <w:r>
        <w:t>He walked with such a kind of pride</w:t>
      </w:r>
    </w:p>
    <w:p>
      <w:r>
        <w:t>[Whoever disputes the Petek, then he disputes Rabbainu, right? Saba]</w:t>
      </w:r>
    </w:p>
    <w:p>
      <w:r>
        <w:t>Ah.. that I do not know..</w:t>
      </w:r>
    </w:p>
    <w:p>
      <w:r>
        <w:t>{..} I want to.. eat and drink, and there is none, none, I have none</w:t>
      </w:r>
    </w:p>
    <w:p>
      <w:r>
        <w:t>Ah.. give.. give me</w:t>
      </w:r>
    </w:p>
    <w:p>
      <w:r>
        <w:t>[Cola]</w:t>
      </w:r>
    </w:p>
    <w:p>
      <w:r>
        <w:t>A little</w:t>
      </w:r>
    </w:p>
    <w:p>
      <w:r>
        <w:t>[Cola]</w:t>
      </w:r>
    </w:p>
    <w:p>
      <w:r>
        <w:t>Ah?</w:t>
      </w:r>
    </w:p>
    <w:p>
      <w:r>
        <w:t>Is it {here?}</w:t>
      </w:r>
    </w:p>
    <w:p>
      <w:r>
        <w:t>[Cola, cola]</w:t>
      </w:r>
    </w:p>
    <w:p>
      <w:r>
        <w:t>Shoin..</w:t>
      </w:r>
    </w:p>
    <w:p>
      <w:r>
        <w:t>{…. I can can call him a proud person}</w:t>
      </w:r>
    </w:p>
    <w:p>
      <w:r>
        <w:t>And he spoke about, about Rabbainu and about Rebbe Nassan, he is the disciple</w:t>
      </w:r>
    </w:p>
    <w:p>
      <w:r>
        <w:t>"They had," “they had"</w:t>
      </w:r>
    </w:p>
    <w:p>
      <w:r>
        <w:t>On that day they found the child who had married, in pieces, in Tzfas</w:t>
      </w:r>
    </w:p>
    <w:p>
      <w:r>
        <w:t>Rabbainu Klansky spoke of the greatness of Rabbainu, he said:</w:t>
      </w:r>
    </w:p>
    <w:p>
      <w:r>
        <w:t>"That he was such a tzaddik, such a gaon that there is none like him"</w:t>
      </w:r>
    </w:p>
    <w:p>
      <w:r>
        <w:t>So he said to him: "What are you talking about?"</w:t>
      </w:r>
    </w:p>
    <w:p>
      <w:r>
        <w:t>So he said: "I know what I am speaking"</w:t>
      </w:r>
    </w:p>
    <w:p>
      <w:r>
        <w:t>[Pshh..]</w:t>
      </w:r>
    </w:p>
    <w:p>
      <w:r>
        <w:t>Rabbainu Klansky held very strongly of Rabbainu</w:t>
      </w:r>
    </w:p>
    <w:p>
      <w:r>
        <w:t>Everyone knows of this, all of Bnei Brak and.. and.. and.. the whole world</w:t>
      </w:r>
    </w:p>
    <w:p>
      <w:r>
        <w:t>{..} Rav A.. Alfandari was the greatest, the greatest of all the.. of all the Sephardim, yes {….yo}</w:t>
      </w:r>
    </w:p>
    <w:p>
      <w:r>
        <w:t>{..} Rabbainu Klansky said: “That our holy Rabbainu was a chiddush that had never been in the world"</w:t>
      </w:r>
    </w:p>
    <w:p>
      <w:r>
        <w:t>[What.., what was his name? Kl.., Klansky?]</w:t>
      </w:r>
    </w:p>
    <w:p>
      <w:r>
        <w:t>Rabbainu Klansky</w:t>
      </w:r>
    </w:p>
    <w:p>
      <w:r>
        <w:t>[Rabbainu Klansky]</w:t>
      </w:r>
    </w:p>
    <w:p>
      <w:r>
        <w:t>Yes, so he said to.. to.. Moshe Kliers</w:t>
      </w:r>
    </w:p>
    <w:p>
      <w:r>
        <w:t>[..]</w:t>
      </w:r>
    </w:p>
    <w:p>
      <w:r>
        <w:t>So he said:</w:t>
      </w:r>
    </w:p>
    <w:p>
      <w:r>
        <w:t>“He was such a kind of chiddush that there is none like him, there had never been such a kind of Rebbe in the world," yes {{ah..}} and he went, and became ill, and afterward died</w:t>
      </w:r>
    </w:p>
    <w:p>
      <w:r>
        <w:t>Ah.. he found the funeral, he found.. the funeral, {..}</w:t>
      </w:r>
    </w:p>
    <w:p>
      <w:r>
        <w:t>And he saw the funeral, then he saw the son cut into pieces</w:t>
      </w:r>
    </w:p>
    <w:p>
      <w:r>
        <w:t>He spoke, and.. {….} another one spoke, {..}, loshon hara about Rabbainu and about Rebbe Nassan</w:t>
      </w:r>
    </w:p>
    <w:p>
      <w:r>
        <w:t>Nu, nu.. he arrived in Tzfas and all the gentiles, all the Arabs arrived in Tzfas to kill Jews</w:t>
      </w:r>
    </w:p>
    <w:p>
      <w:r>
        <w:t>They reached his son.. with a taxi</w:t>
      </w:r>
    </w:p>
    <w:p>
      <w:r>
        <w:t>{Nu}, he got "sugar," he became ill, il.., and ill and ill and ill and afterward died [Pshh..]</w:t>
      </w:r>
    </w:p>
    <w:p>
      <w:r>
        <w:t>Today presumably no trace remains in Teveria, {..}</w:t>
      </w:r>
    </w:p>
    <w:p>
      <w:r>
        <w:t>[…………….]</w:t>
      </w:r>
    </w:p>
    <w:p>
      <w:r>
        <w:t>[…………….]</w:t>
      </w:r>
    </w:p>
    <w:p>
      <w:r>
        <w:t>Ah, I want to eat something</w:t>
      </w:r>
    </w:p>
    <w:p>
      <w:r>
        <w:t>[……..……..]</w:t>
      </w:r>
    </w:p>
    <w:p>
      <w:r>
        <w:t>[…………]</w:t>
      </w:r>
    </w:p>
    <w:p>
      <w:r>
        <w:t>Shoin</w:t>
      </w:r>
    </w:p>
    <w:p>
      <w:r>
        <w:t>[Shoin, shoin]</w:t>
      </w:r>
    </w:p>
    <w:p>
      <w:r>
        <w:t>Ah.. ah.. ah.. ah, cola, cola, cola</w:t>
      </w:r>
    </w:p>
    <w:p>
      <w:r>
        <w:t>[Cola?]</w:t>
      </w:r>
    </w:p>
    <w:p>
      <w:r>
        <w:t>Is there, is there more?</w:t>
      </w:r>
    </w:p>
    <w:p>
      <w:r>
        <w:t>[There is a little cola here………]</w:t>
      </w:r>
    </w:p>
    <w:p>
      <w:r>
        <w:t>{Presumably}…</w:t>
      </w:r>
    </w:p>
    <w:p>
      <w:r>
        <w:t>...He was, Moshe Kliers was their Rav</w:t>
      </w:r>
    </w:p>
    <w:p>
      <w:r>
        <w:t>[..]</w:t>
      </w:r>
    </w:p>
    <w:p>
      <w:r>
        <w:t>Ah.. ah.. ah.. {oy vey}…</w:t>
      </w:r>
    </w:p>
    <w:p>
      <w:r>
        <w:t>...Today there is no.., there was a small cheder, a small synagogue, today there is nothing (gornisht)</w:t>
      </w:r>
    </w:p>
    <w:p>
      <w:r>
        <w:t>And all of them died, young</w:t>
      </w:r>
    </w:p>
    <w:p>
      <w:r>
        <w:t>Ah.. today {…... in contrast to .…..} they see that the whole world wants Breslov, {…} {..}...</w:t>
      </w:r>
    </w:p>
    <w:p>
      <w:r>
        <w:t>...Ah.. thirty, thirty and.. and two, thirty-three, {..} thirty {approximately}</w:t>
      </w:r>
    </w:p>
    <w:p>
      <w:r>
        <w:t>Ah.. he was {ill}, rachmana litzlan, he became ill from this</w:t>
      </w:r>
    </w:p>
    <w:p>
      <w:r>
        <w:t>{..} Rabbainu Klansky and Moshe Kliers were both in the hospital</w:t>
      </w:r>
    </w:p>
    <w:p>
      <w:r>
        <w:t>And Rabbainu Klansky said about our holy Rabbainu</w:t>
      </w:r>
    </w:p>
    <w:p>
      <w:r>
        <w:t>{..}: "A chiddush like me has still never been in the world"</w:t>
      </w:r>
    </w:p>
    <w:p>
      <w:r>
        <w:t>"What are you talking about? What are you saying?"</w:t>
      </w:r>
    </w:p>
    <w:p>
      <w:r>
        <w:t>So he said: “I know what I am speaking"</w:t>
      </w:r>
    </w:p>
    <w:p>
      <w:r>
        <w:t>{….}</w:t>
      </w:r>
    </w:p>
    <w:p>
      <w:r>
        <w:t>The whole city was in danger, many gentiles arrived with, with knives</w:t>
      </w:r>
    </w:p>
    <w:p>
      <w:r>
        <w:t>{{The.. .…. …. …}}{the Jews know………}...{{The.. .…. …. …}}{the Jews know………}...They set the shops alight, they made a fire, fires, there it was {…..}</w:t>
      </w:r>
    </w:p>
    <w:p>
      <w:r>
        <w:t>{{The.. .…. …. …}}</w:t>
      </w:r>
    </w:p>
    <w:p>
      <w:r>
        <w:t>{The Jews know………}...</w:t>
      </w:r>
    </w:p>
    <w:p>
      <w:r>
        <w:t>{{The.. .…. …. …}}</w:t>
      </w:r>
    </w:p>
    <w:p>
      <w:r>
        <w:t>{The Jews know………}...</w:t>
      </w:r>
    </w:p>
    <w:p>
      <w:r>
        <w:t>...{...} He arrived with great pride</w:t>
      </w:r>
    </w:p>
    <w:p>
      <w:r>
        <w:t>[Yes]</w:t>
      </w:r>
    </w:p>
    <w:p>
      <w:r>
        <w:t>Up to the heavens, and he went, {went} with the whole cong.., with the whole congregation</w:t>
      </w:r>
    </w:p>
    <w:p>
      <w:r>
        <w:t>And he said and he spoke loshon hara about Rabbainu and his disciple Rebbe Nassan, ah.. also said loshon hara and said {loshon hara} this and this, and.. yes</w:t>
      </w:r>
    </w:p>
    <w:p>
      <w:r>
        <w:t>{….}</w:t>
      </w:r>
    </w:p>
    <w:p>
      <w:r>
        <w:t>On this day, Thursday he w.., he went, traveled by taxi to Tzfas</w:t>
      </w:r>
    </w:p>
    <w:p>
      <w:r>
        <w:t>At the time that all, all the gentiles came, all the Arabs came to Tzfas, and to burn all of Tzfas</w:t>
      </w:r>
    </w:p>
    <w:p>
      <w:r>
        <w:t>And he came, {…} and he {..} had one battle, he was mighty, yes</w:t>
      </w:r>
    </w:p>
    <w:p>
      <w:r>
        <w:t>So they took revenge on him, and cut him into small pieces</w:t>
      </w:r>
    </w:p>
    <w:p>
      <w:r>
        <w:t>[Where did he come from?]</w:t>
      </w:r>
    </w:p>
    <w:p>
      <w:r>
        <w:t>Ah?</w:t>
      </w:r>
    </w:p>
    <w:p>
      <w:r>
        <w:t>[Did he come from Teveria to Tzfas? Where did Moshe Kliers's son come from]</w:t>
      </w:r>
    </w:p>
    <w:p>
      <w:r>
        <w:t>Who?</w:t>
      </w:r>
    </w:p>
    <w:p>
      <w:r>
        <w:t>[From Teveria to Tzfas?]</w:t>
      </w:r>
    </w:p>
    <w:p>
      <w:r>
        <w:t>Who?</w:t>
      </w:r>
    </w:p>
    <w:p>
      <w:r>
        <w:t>[Moshe Kliers's son]</w:t>
      </w:r>
    </w:p>
    <w:p>
      <w:r>
        <w:t>Ah</w:t>
      </w:r>
    </w:p>
    <w:p>
      <w:r>
        <w:t>[Where did he come from?]</w:t>
      </w:r>
    </w:p>
    <w:p>
      <w:r>
        <w:t>{..} From Teveria</w:t>
      </w:r>
    </w:p>
    <w:p>
      <w:r>
        <w:t>[To Tzfas]</w:t>
      </w:r>
    </w:p>
    <w:p>
      <w:r>
        <w:t>To Tzfas, yes</w:t>
      </w:r>
    </w:p>
    <w:p>
      <w:r>
        <w:t>He came at the time when all the Arabs came from all the villages {...} to kill Jews and burn Tzfas, and he was mighty, and he fought them, and they were many, and they cut him into pieces</w:t>
      </w:r>
    </w:p>
    <w:p>
      <w:r>
        <w:t>[You told us that his cries were heard as far as Teveria]</w:t>
      </w:r>
    </w:p>
    <w:p>
      <w:r>
        <w:t>Yes, his cries were heard up to the heavens</w:t>
      </w:r>
    </w:p>
    <w:p>
      <w:r>
        <w:t>[As far as Teveria they heard his cries, he was {such} a mighty man]</w:t>
      </w:r>
    </w:p>
    <w:p>
      <w:r>
        <w:t>He..</w:t>
      </w:r>
    </w:p>
    <w:p>
      <w:r>
        <w:t>Oy vey, so he spoke loshon hara about our holy Rabbainu, I heard</w:t>
      </w:r>
    </w:p>
    <w:p>
      <w:r>
        <w:t>My ears heard what he spoke, about this and about this, another one spoke after him, yes</w:t>
      </w:r>
    </w:p>
    <w:p>
      <w:r>
        <w:t>Oh.. ah.. the holy {…}…, ah.. Moshe Kliers spoke about Rabbainu and.. and about Rebbe Nassan</w:t>
      </w:r>
    </w:p>
    <w:p>
      <w:r>
        <w:t>{….. and another one …..}, they spoke loshon hara about Rebbe Nassan</w:t>
      </w:r>
    </w:p>
    <w:p>
      <w:r>
        <w:t>About Rabbainu, about Rebbe Nassan, {ah..}</w:t>
      </w:r>
    </w:p>
    <w:p>
      <w:r>
        <w:t>Nu, nu, so they had it</w:t>
      </w:r>
    </w:p>
    <w:p>
      <w:r>
        <w:t>Rabbainu Klansky said: “A chiddush like Rebbe Nachman had never been in the world"</w:t>
      </w:r>
    </w:p>
    <w:p>
      <w:r>
        <w:t>He said to him: "What, what are you talking about?"</w:t>
      </w:r>
    </w:p>
    <w:p>
      <w:r>
        <w:t>{He}: "I know what I am speaking"</w:t>
      </w:r>
    </w:p>
    <w:p>
      <w:r>
        <w:t>I had great miracles, the bullets that they fired, bullets, the Arabs</w:t>
      </w:r>
    </w:p>
    <w:p>
      <w:r>
        <w:t>[Yes]</w:t>
      </w:r>
    </w:p>
    <w:p>
      <w:r>
        <w:t>{With}, with a weapon, yes, and a bullet passed by me here, like this</w:t>
      </w:r>
    </w:p>
    <w:p>
      <w:r>
        <w:t>[Pshh..]</w:t>
      </w:r>
    </w:p>
    <w:p>
      <w:r>
        <w:t>The bullet entered the sidelock</w:t>
      </w:r>
    </w:p>
    <w:p>
      <w:r>
        <w:t>[The peyos]</w:t>
      </w:r>
    </w:p>
    <w:p>
      <w:r>
        <w:t>. {and I was saved\and I remained}</w:t>
      </w:r>
    </w:p>
    <w:p>
      <w:r>
        <w:t>[Alive]</w:t>
      </w:r>
    </w:p>
    <w:p>
      <w:r>
        <w:t>Yes, I was saved, nothing, there was nothing</w:t>
      </w:r>
    </w:p>
    <w:p>
      <w:r>
        <w:t>[When was this?]</w:t>
      </w:r>
    </w:p>
    <w:p>
      <w:r>
        <w:t>Eh?</w:t>
      </w:r>
    </w:p>
    <w:p>
      <w:r>
        <w:t>[When was this? During the Mandate?]</w:t>
      </w:r>
    </w:p>
    <w:p>
      <w:r>
        <w:t>Eh?</w:t>
      </w:r>
    </w:p>
    <w:p>
      <w:r>
        <w:t>[During the Mandate?]</w:t>
      </w:r>
    </w:p>
    <w:p>
      <w:r>
        <w:t>{….}, {before the Mandate..}…</w:t>
      </w:r>
    </w:p>
    <w:p>
      <w:r>
        <w:t>…{…} then they already had</w:t>
      </w:r>
    </w:p>
    <w:p>
      <w:r>
        <w:t>[You said “Na Nach Nachma Nachman MeUman,” Saba]</w:t>
      </w:r>
    </w:p>
    <w:p>
      <w:r>
        <w:t>Eh?</w:t>
      </w:r>
    </w:p>
    <w:p>
      <w:r>
        <w:t>[You said “Na Nach Nachma Nachman MeUman”]</w:t>
      </w:r>
    </w:p>
    <w:p>
      <w:r>
        <w:t>{..}</w:t>
      </w:r>
    </w:p>
    <w:p>
      <w:r>
        <w:t>[And the bullet did not, did not reach]</w:t>
      </w:r>
    </w:p>
    <w:p>
      <w:r>
        <w:t>I was very concealed</w:t>
      </w:r>
    </w:p>
    <w:p>
      <w:r>
        <w:t>[Yes]</w:t>
      </w:r>
    </w:p>
    <w:p>
      <w:r>
        <w:t>The goyim inflicted such severe tortures, they abducted, the rabbis they abducted</w:t>
      </w:r>
    </w:p>
    <w:p>
      <w:r>
        <w:t>Here and.., with knives, and here and throughout the body</w:t>
      </w:r>
    </w:p>
    <w:p>
      <w:r>
        <w:t>But, but the.. bullet entered here and went out, and did not, and did not, and did not do {anything}</w:t>
      </w:r>
    </w:p>
    <w:p>
      <w:r>
        <w:t>No, no</w:t>
      </w:r>
    </w:p>
    <w:p>
      <w:r>
        <w:t>{… … ….}</w:t>
      </w:r>
    </w:p>
    <w:p>
      <w:r>
        <w:t>One, very young, and he became sick and sick, and.. until he.. until he.. until he died</w:t>
      </w:r>
    </w:p>
    <w:p>
      <w:r>
        <w:t>{...}, until he passed away</w:t>
      </w:r>
    </w:p>
    <w:p>
      <w:r>
        <w:t>{Ah, I saw what this is called ………. regarding the holy Rabbainu}</w:t>
      </w:r>
    </w:p>
    <w:p>
      <w:r>
        <w:t>(Saba laughs)</w:t>
      </w:r>
    </w:p>
    <w:p>
      <w:r>
        <w:t>[Was it only he who spoke, or were there other people who.. opposed Rabbainu?]</w:t>
      </w:r>
    </w:p>
    <w:p>
      <w:r>
        <w:t>Eh? Two</w:t>
      </w:r>
    </w:p>
    <w:p>
      <w:r>
        <w:t>[Two]</w:t>
      </w:r>
    </w:p>
    <w:p>
      <w:r>
        <w:t>Rabbi Kliers and one other</w:t>
      </w:r>
    </w:p>
    <w:p>
      <w:r>
        <w:t>[Ah, spoke]</w:t>
      </w:r>
    </w:p>
    <w:p>
      <w:r>
        <w:t>{And do not ask who it is}, eh, {…..}</w:t>
      </w:r>
    </w:p>
    <w:p>
      <w:r>
        <w:t>{..}</w:t>
      </w:r>
    </w:p>
    <w:p>
      <w:r>
        <w:t>[Two people spoke about Rabbainu? Saba, Rabbi Kliers, and who else spoke?]</w:t>
      </w:r>
    </w:p>
    <w:p>
      <w:r>
        <w:t>{{Do not ask who it is\\Rabbi Kliers …}} spoke</w:t>
      </w:r>
    </w:p>
    <w:p>
      <w:r>
        <w:t>He came to his house, he, he stood and gave {..} a sermon</w:t>
      </w:r>
    </w:p>
    <w:p>
      <w:r>
        <w:t>He said about Rabbainu and Rebbe Nassan, eh.. e.. said about, about Rabbainu and about Rebbe Nassan {together\mockery}</w:t>
      </w:r>
    </w:p>
    <w:p>
      <w:r>
        <w:t>Nu, nu, {God forbid, no}</w:t>
      </w:r>
    </w:p>
    <w:p>
      <w:r>
        <w:t>Eh, eh, eh, eh</w:t>
      </w:r>
    </w:p>
    <w:p>
      <w:r>
        <w:t>[Eh, eh, ashrei..]...</w:t>
      </w:r>
    </w:p>
    <w:p>
      <w:r>
        <w:t>...In Yerushalayim {….}..</w:t>
      </w:r>
    </w:p>
    <w:p>
      <w:r>
        <w:t>There was a Jewish man there, like this, neither old nor young, I said to him {….. …..}</w:t>
      </w:r>
    </w:p>
    <w:p>
      <w:r>
        <w:t>“It is impossible in these generations, he, he is such a wonder, without this, life is not life, no, no, no nothing”</w:t>
      </w:r>
    </w:p>
    <w:p>
      <w:r>
        <w:t>What is this?, {a great pity} I gave him {the “Likutay Tefilos”}</w:t>
      </w:r>
    </w:p>
    <w:p>
      <w:r>
        <w:t>[The “Likutay Tefilos”]</w:t>
      </w:r>
    </w:p>
    <w:p>
      <w:r>
        <w:t>{…} I gave it to him, afterward he: “Oh, you revived my soul {that a tzaddik came}”</w:t>
      </w:r>
    </w:p>
    <w:p>
      <w:r>
        <w:t>[What did he do?]</w:t>
      </w:r>
    </w:p>
    <w:p>
      <w:r>
        <w:t>He was {all good} so much</w:t>
      </w:r>
    </w:p>
    <w:p>
      <w:r>
        <w:t>[Yes]</w:t>
      </w:r>
    </w:p>
    <w:p>
      <w:r>
        <w:t>Yes, “I did not know that {we have} such a treasure..</w:t>
      </w:r>
    </w:p>
    <w:p>
      <w:r>
        <w:t>[Such a treasure]</w:t>
      </w:r>
    </w:p>
    <w:p>
      <w:r>
        <w:t>“Likutay Tefilos”..”</w:t>
      </w:r>
    </w:p>
    <w:p>
      <w:r>
        <w:t>He came every night to the synagogue with “Likutay Tefilos”</w:t>
      </w:r>
    </w:p>
    <w:p>
      <w:r>
        <w:t>[Pshh..]</w:t>
      </w:r>
    </w:p>
    <w:p>
      <w:r>
        <w:t>{To pray}, and said “Likutay Tefilos,” and he did not know what to do with me</w:t>
      </w:r>
    </w:p>
    <w:p>
      <w:r>
        <w:t>I gave him such a gift, “Likutay Tefilos”</w:t>
      </w:r>
    </w:p>
    <w:p>
      <w:r>
        <w:t>Now everyone, all of Tel Aviv are dead, passed away, only I remained alone</w:t>
      </w:r>
    </w:p>
    <w:p>
      <w:r>
        <w:t>Yes, all the friends and all the chevra and all..</w:t>
      </w:r>
    </w:p>
    <w:p>
      <w:r>
        <w:t>[Yes]</w:t>
      </w:r>
    </w:p>
    <w:p>
      <w:r>
        <w:t>They are all no more</w:t>
      </w:r>
    </w:p>
    <w:p>
      <w:r>
        <w:t>[No more]</w:t>
      </w:r>
    </w:p>
    <w:p>
      <w:r>
        <w:t>As though they had never been in the world, only I alone remained</w:t>
      </w:r>
    </w:p>
    <w:p>
      <w:r>
        <w:t>I, I begin to think, where is the entire {group}, where is the whole world? Where is everyone?</w:t>
      </w:r>
    </w:p>
    <w:p>
      <w:r>
        <w:t>Where is everyone?</w:t>
      </w:r>
    </w:p>
    <w:p>
      <w:r>
        <w:t>They are all, they, they are in the ground</w:t>
      </w:r>
    </w:p>
    <w:p>
      <w:r>
        <w:t>[Pshh..]</w:t>
      </w:r>
    </w:p>
    <w:p>
      <w:r>
        <w:t>Only I, I alone remained, I remained with, with “Likutay Tefilos”</w:t>
      </w:r>
    </w:p>
    <w:p>
      <w:r>
        <w:t>{Ay, in all}.., he had a store on Herzl Street, he had a store, and he had a livelihood, {..}</w:t>
      </w:r>
    </w:p>
    <w:p>
      <w:r>
        <w:t>[Where, in Tel Aviv?]</w:t>
      </w:r>
    </w:p>
    <w:p>
      <w:r>
        <w:t>In Tel Aviv, yes</w:t>
      </w:r>
    </w:p>
    <w:p>
      <w:r>
        <w:t>He came every night to the synagogue with “Likutay Tefilos”</w:t>
      </w:r>
    </w:p>
    <w:p>
      <w:r>
        <w:t>[…]</w:t>
      </w:r>
    </w:p>
    <w:p>
      <w:r>
        <w:t>And he lived a good life, from “Likutay Tefilos,” and every time he called me</w:t>
      </w:r>
    </w:p>
    <w:p>
      <w:r>
        <w:t>He, he {supported} me and he was always happy, and said to me: “What did you do? You {did} me such good, such light,” and “Likutay Tefilos,” {yes}, “Likutay Tefilos” of, of the holy Rabbainu Rebbe Nassan</w:t>
      </w:r>
    </w:p>
    <w:p>
      <w:r>
        <w:t>And today I only want to lie down and sleep</w:t>
      </w:r>
    </w:p>
    <w:p>
      <w:r>
        <w:t>[But, e.. e..]…</w:t>
      </w:r>
    </w:p>
    <w:p>
      <w:r>
        <w:t>...{…}</w:t>
      </w:r>
    </w:p>
    <w:p>
      <w:r>
        <w:t>[It was new]</w:t>
      </w:r>
    </w:p>
    <w:p>
      <w:r>
        <w:t>Yes, he renews himself every day, he becomes new</w:t>
      </w:r>
    </w:p>
    <w:p>
      <w:r>
        <w:t>[That was good]</w:t>
      </w:r>
    </w:p>
    <w:p>
      <w:r>
        <w:t>I knew where his house was, and I came, he says to me: “A person needs to eat”</w:t>
      </w:r>
    </w:p>
    <w:p>
      <w:r>
        <w:t>He, he gave me kugel, and on the holy Shabbos, kiddush, and I had {for which\as help}</w:t>
      </w:r>
    </w:p>
    <w:p>
      <w:r>
        <w:t>Eh, and he so {..} loved me, I gave him “Likutay Tefilos,”</w:t>
      </w:r>
    </w:p>
    <w:p>
      <w:r>
        <w:t>I do not want, I only want to sl… {({})}</w:t>
      </w:r>
    </w:p>
    <w:p>
      <w:r>
        <w:t>...{…}, I am looking for some friend, there are none</w:t>
      </w:r>
    </w:p>
    <w:p>
      <w:r>
        <w:t>[Do you want to be my friend? Saba, Saba, do you want to be my friend?</w:t>
      </w:r>
    </w:p>
    <w:p>
      <w:r>
        <w:t>Do you want to be my friend?]</w:t>
      </w:r>
    </w:p>
    <w:p>
      <w:r>
        <w:t>What?</w:t>
      </w:r>
    </w:p>
    <w:p>
      <w:r>
        <w:t>[I want to be your friend, do you want to be my friend?, a friend, I am ready to be your friend]</w:t>
      </w:r>
    </w:p>
    <w:p>
      <w:r>
        <w:t>[…..]</w:t>
      </w:r>
    </w:p>
    <w:p>
      <w:r>
        <w:t>[I am ready to be your friend, Saba, just pray for me]…</w:t>
      </w:r>
    </w:p>
    <w:p>
      <w:r>
        <w:t>[Saba and the friends sing: “Na Nach Nachma Nachman MeUman..”]…</w:t>
      </w:r>
    </w:p>
    <w:p>
      <w:r>
        <w:t>...{The holy Rabbainu, eh, … .. ….}...</w:t>
      </w:r>
    </w:p>
    <w:p>
      <w:r>
        <w:t>...{..} In Tel Aviv, this did not yet exist, this did not yet exist {this the trees}</w:t>
      </w:r>
    </w:p>
    <w:p>
      <w:r>
        <w:t>[It did not exist, what?]</w:t>
      </w:r>
    </w:p>
    <w:p>
      <w:r>
        <w:t>Eh?</w:t>
      </w:r>
    </w:p>
    <w:p>
      <w:r>
        <w:t>[What did not exist in Tel Aviv?]</w:t>
      </w:r>
    </w:p>
    <w:p>
      <w:r>
        <w:t>{Some olive, the tree}, even this did not exist…</w:t>
      </w:r>
    </w:p>
    <w:p>
      <w:r>
        <w:t>...[…]</w:t>
      </w:r>
    </w:p>
    <w:p>
      <w:r>
        <w:t>I remember a hundred years ago</w:t>
      </w:r>
    </w:p>
    <w:p>
      <w:r>
        <w:t>Eh.. perhaps you will give me the urine vessel</w:t>
      </w:r>
    </w:p>
    <w:p>
      <w:r>
        <w:t>[Yes]…</w:t>
      </w:r>
    </w:p>
    <w:p>
      <w:r>
        <w:t>...{I lived far from the mikveh}, and I went every day, “First of all, mikveh,” each and every day; today no mikveh {and no..}...</w:t>
      </w:r>
    </w:p>
    <w:p>
      <w:r>
        <w:t>...Tel Aviv looked like a village, like a small Arab village</w:t>
      </w:r>
    </w:p>
    <w:p>
      <w:r>
        <w:t>[…….]</w:t>
      </w:r>
    </w:p>
    <w:p>
      <w:r>
        <w:t>How it was built slowly, slowly, another house, another building, another building...</w:t>
      </w:r>
    </w:p>
    <w:p>
      <w:r>
        <w:t>...{….}</w:t>
      </w:r>
    </w:p>
    <w:p>
      <w:r>
        <w:t>[Fortunate are you, fortunate are you]…</w:t>
      </w:r>
    </w:p>
    <w:p>
      <w:r>
        <w:t>...[How am I, what?]…</w:t>
      </w:r>
    </w:p>
    <w:p>
      <w:r>
        <w:t>...{You came here}</w:t>
      </w:r>
    </w:p>
    <w:p>
      <w:r>
        <w:t>[I came to visit Saba]</w:t>
      </w:r>
    </w:p>
    <w:p>
      <w:r>
        <w:t>To my shack</w:t>
      </w:r>
    </w:p>
    <w:p>
      <w:r>
        <w:t>[Yes]</w:t>
      </w:r>
    </w:p>
    <w:p>
      <w:r>
        <w:t>[……]</w:t>
      </w:r>
    </w:p>
    <w:p>
      <w:r>
        <w:t>[...I came for him, to visit him..]…</w:t>
      </w:r>
    </w:p>
    <w:p>
      <w:r>
        <w:t>...Want to eat and drink</w:t>
      </w:r>
    </w:p>
    <w:p>
      <w:r>
        <w:t>[Do you want to eat and drink?]</w:t>
      </w:r>
    </w:p>
    <w:p>
      <w:r>
        <w:t>Yes</w:t>
      </w:r>
    </w:p>
    <w:p>
      <w:r>
        <w:t>[…..]</w:t>
      </w:r>
    </w:p>
    <w:p>
      <w:r>
        <w:t>Do you have a fire here?</w:t>
      </w:r>
    </w:p>
    <w:p>
      <w:r>
        <w:t>[Yes]</w:t>
      </w:r>
    </w:p>
    <w:p>
      <w:r>
        <w:t>Make me a cup or half a cup of honey and milk</w:t>
      </w:r>
    </w:p>
    <w:p>
      <w:r>
        <w:t>[Honey and milk]</w:t>
      </w:r>
    </w:p>
    <w:p>
      <w:r>
        <w:t>I love honey and milk, I love it</w:t>
      </w:r>
    </w:p>
    <w:p>
      <w:r>
        <w:t>[Gladly]…</w:t>
      </w:r>
    </w:p>
    <w:p>
      <w:r>
        <w:t>...[The officer said to you: “Give the note”]</w:t>
      </w:r>
    </w:p>
    <w:p>
      <w:r>
        <w:t>Yes</w:t>
      </w:r>
    </w:p>
    <w:p>
      <w:r>
        <w:t>[He said to you]</w:t>
      </w:r>
    </w:p>
    <w:p>
      <w:r>
        <w:t>Yes</w:t>
      </w:r>
    </w:p>
    <w:p>
      <w:r>
        <w:t>[You do not know?]</w:t>
      </w:r>
    </w:p>
    <w:p>
      <w:r>
        <w:t>I said to him: “Why? Why?”</w:t>
      </w:r>
    </w:p>
    <w:p>
      <w:r>
        <w:t>He said: “Why? It will drive all of Bnei Brak and the whole world crazy”</w:t>
      </w:r>
    </w:p>
    <w:p>
      <w:r>
        <w:t>You know {Hebrew}</w:t>
      </w:r>
    </w:p>
    <w:p>
      <w:r>
        <w:t>[Yes, what do you not know?]</w:t>
      </w:r>
    </w:p>
    <w:p>
      <w:r>
        <w:t>You do not know what this is</w:t>
      </w:r>
    </w:p>
    <w:p>
      <w:r>
        <w:t>[Yes]</w:t>
      </w:r>
    </w:p>
    <w:p>
      <w:r>
        <w:t>The officer, he said to me: “Give, give the note”</w:t>
      </w:r>
    </w:p>
    <w:p>
      <w:r>
        <w:t>I said to him: “What is it? What is so terrible?”</w:t>
      </w:r>
    </w:p>
    <w:p>
      <w:r>
        <w:t>He said to me: “You do not know? It will drive the whole world and all, and all, and all of Bnei Brak crazy”</w:t>
      </w:r>
    </w:p>
    <w:p>
      <w:r>
        <w:t>Nu, {we} cannot sleep, rest a little? Eh.. eh.. eh..</w:t>
      </w:r>
    </w:p>
    <w:p>
      <w:r>
        <w:t>[There is noise]</w:t>
      </w:r>
    </w:p>
    <w:p>
      <w:r>
        <w:t>“It will drive all, all of Bnei Brak and the whole world crazy</w:t>
      </w:r>
    </w:p>
    <w:p>
      <w:r>
        <w:t>[..]</w:t>
      </w:r>
    </w:p>
    <w:p>
      <w:r>
        <w:t>You ask what, what is it?”</w:t>
      </w:r>
    </w:p>
    <w:p>
      <w:r>
        <w:t>[What is this? Yes]</w:t>
      </w:r>
    </w:p>
    <w:p>
      <w:r>
        <w:t>I said to him: “I do not remember where I gave it”</w:t>
      </w:r>
    </w:p>
    <w:p>
      <w:r>
        <w:t>He said to me: “I have many soldiers, they will search and search, until they find it”</w:t>
      </w:r>
    </w:p>
    <w:p>
      <w:r>
        <w:t>[Yes]</w:t>
      </w:r>
    </w:p>
    <w:p>
      <w:r>
        <w:t>I had great anguish, what? What can I do?</w:t>
      </w:r>
    </w:p>
    <w:p>
      <w:r>
        <w:t>Then I remembered that you came and said to me, {that he can} have pity on you</w:t>
      </w:r>
    </w:p>
    <w:p>
      <w:r>
        <w:t>And give you for the night the book, the.. book of..</w:t>
      </w:r>
    </w:p>
    <w:p>
      <w:r>
        <w:t>[The note]</w:t>
      </w:r>
    </w:p>
    <w:p>
      <w:r>
        <w:t>{That you should do for President Shazar}, yes</w:t>
      </w:r>
    </w:p>
    <w:p>
      <w:r>
        <w:t>[The note, the note, that night you gave me the note, Saba]</w:t>
      </w:r>
    </w:p>
    <w:p>
      <w:r>
        <w:t>Eh, eh</w:t>
      </w:r>
    </w:p>
    <w:p>
      <w:r>
        <w:t>[Legs on the bed?]</w:t>
      </w:r>
    </w:p>
    <w:p>
      <w:r>
        <w:t>Oy, take off the shoes, and put the.. {….} leg on the bed…</w:t>
      </w:r>
    </w:p>
    <w:p>
      <w:r>
        <w:t>...{…}</w:t>
      </w:r>
    </w:p>
    <w:p>
      <w:r>
        <w:t>[…]</w:t>
      </w:r>
    </w:p>
    <w:p>
      <w:r>
        <w:t>{Yes}, everyone would look at me with..sourness, with sour faces</w:t>
      </w:r>
    </w:p>
    <w:p>
      <w:r>
        <w:t>[Sour]</w:t>
      </w:r>
    </w:p>
    <w:p>
      <w:r>
        <w:t>Yes, “Yisroel Ber came from Teveria,” he, he thought, whether to greet me, or not? What, what to do? So he made a compromise, he greeted me, but in a whisper and in secret</w:t>
      </w:r>
    </w:p>
    <w:p>
      <w:r>
        <w:t>[Oy...]</w:t>
      </w:r>
    </w:p>
    <w:p>
      <w:r>
        <w:t>And I also made Shmuel Horowitz</w:t>
      </w:r>
    </w:p>
    <w:p>
      <w:r>
        <w:t>Ah, how much his mother would cry:</w:t>
      </w:r>
    </w:p>
    <w:p>
      <w:r>
        <w:t>“Why are you doing this? Why, why did you seek the light of Breslov? Chabad, which is what I am, is no good?” Ah, boruch Hashem</w:t>
      </w:r>
    </w:p>
    <w:p>
      <w:r>
        <w:t>I, I spoke with him, and I explained to him what Breslov is, and I told him about Rebbe Yisroel (Kardonner), that he goes, that every day he gets up at midnight and goes, to.. where?</w:t>
      </w:r>
    </w:p>
    <w:p>
      <w:r>
        <w:t>[To the field, to the feld]</w:t>
      </w:r>
    </w:p>
    <w:p>
      <w:r>
        <w:t>Ah?</w:t>
      </w:r>
    </w:p>
    <w:p>
      <w:r>
        <w:t>[To the feld, he goes to the field]</w:t>
      </w:r>
    </w:p>
    <w:p>
      <w:r>
        <w:t>Ah, to the field, yes, yes</w:t>
      </w:r>
    </w:p>
    <w:p>
      <w:r>
        <w:t>I saw with my own eyes, I {am crying}, I was able to do it, I fell, yes</w:t>
      </w:r>
    </w:p>
    <w:p>
      <w:r>
        <w:t>And he was a mighty hero, and he stood with great might before Hashem Yisborach, he strengthened himself like a lion to rise</w:t>
      </w:r>
    </w:p>
    <w:p>
      <w:r>
        <w:t>{To rise in the morning like a lion} so that he would awaken the dawn</w:t>
      </w:r>
    </w:p>
    <w:p>
      <w:r>
        <w:t>(Saba and the friends shout ah.. ah.. ah.. ah..)</w:t>
      </w:r>
    </w:p>
    <w:p>
      <w:r>
        <w:t>[He would take his shoes in his hands, right? Rebbe Yisroel (Kardonner)]</w:t>
      </w:r>
    </w:p>
    <w:p>
      <w:r>
        <w:t>Ah?</w:t>
      </w:r>
    </w:p>
    <w:p>
      <w:r>
        <w:t>[Rebbe Yisroel (Kardonner), he would take the shoes in his hands]</w:t>
      </w:r>
    </w:p>
    <w:p>
      <w:r>
        <w:t>Yes, in.. in.. in.. {self-exaltation} in.. in.. in.. in.. in.. {…} what is it called? What do you call it?</w:t>
      </w:r>
    </w:p>
    <w:p>
      <w:r>
        <w:t>[A towel, a towel]</w:t>
      </w:r>
    </w:p>
    <w:p>
      <w:r>
        <w:t>Ah?</w:t>
      </w:r>
    </w:p>
    <w:p>
      <w:r>
        <w:t>[A towel]</w:t>
      </w:r>
    </w:p>
    <w:p>
      <w:r>
        <w:t>A towel, yes, yes, he took the, the shoes in a towel, yes</w:t>
      </w:r>
    </w:p>
    <w:p>
      <w:r>
        <w:t>So that the friends, the neighbors, would not hear, so that they would not hear</w:t>
      </w:r>
    </w:p>
    <w:p>
      <w:r>
        <w:t>{..} Ah, I have no strength</w:t>
      </w:r>
    </w:p>
    <w:p>
      <w:r>
        <w:t>{{...you, what, what is your name?}}…</w:t>
      </w:r>
    </w:p>
    <w:p>
      <w:pPr>
        <w:pStyle w:val="Heading2"/>
      </w:pPr>
      <w:r>
        <w:t>Side B (Bais)</w:t>
      </w:r>
    </w:p>
    <w:p>
      <w:r>
        <w:t>…{Ah..}…</w:t>
      </w:r>
    </w:p>
    <w:p>
      <w:r>
        <w:t>...{….} that he should make an effort in this</w:t>
      </w:r>
    </w:p>
    <w:p>
      <w:r>
        <w:t>[Good, good]</w:t>
      </w:r>
    </w:p>
    <w:p>
      <w:r>
        <w:t>Because if our holy Rabbainu wanted Eretz Yisroel</w:t>
      </w:r>
    </w:p>
    <w:p>
      <w:r>
        <w:t>[Certainly]</w:t>
      </w:r>
    </w:p>
    <w:p>
      <w:r>
        <w:t>He would, he would find many ways to travel, to come to Eretz Yisroel</w:t>
      </w:r>
    </w:p>
    <w:p>
      <w:r>
        <w:t>[Right]</w:t>
      </w:r>
    </w:p>
    <w:p>
      <w:r>
        <w:t>Rather, he does not long after the Knesset, after.. yes</w:t>
      </w:r>
    </w:p>
    <w:p>
      <w:r>
        <w:t>After the heresy and licentiousness—it is nothing to him</w:t>
      </w:r>
    </w:p>
    <w:p>
      <w:r>
        <w:t>[Right, right]</w:t>
      </w:r>
    </w:p>
    <w:p>
      <w:r>
        <w:t>It is out of the question, and they are not considered people, considered a donkey, donkeys, animals, according to the view of Rabbainu, of blessed memory, and they do not need to make efforts for Rabbainu, to bring him to Eretz Yisroel</w:t>
      </w:r>
    </w:p>
    <w:p>
      <w:r>
        <w:t>If he wanted to come to Eretz Yisroel, he had several ways to.. come</w:t>
      </w:r>
    </w:p>
    <w:p>
      <w:r>
        <w:t>{..} without effort</w:t>
      </w:r>
    </w:p>
    <w:p>
      <w:r>
        <w:t>That is what I think, that Rabbainu is not looking to be accepted into Eretz Yisroel</w:t>
      </w:r>
    </w:p>
    <w:p>
      <w:r>
        <w:t>Rabbainu, of blessed memory, is not only in Eretz Yisroel; he is universal</w:t>
      </w:r>
    </w:p>
    <w:p>
      <w:r>
        <w:t>Every, every one, every one who is, is, is, who is a Jew and believes in Hashem and in the Torah</w:t>
      </w:r>
    </w:p>
    <w:p>
      <w:r>
        <w:t>Then the holy Rabbainu does not need him to do a thing, {yes}</w:t>
      </w:r>
    </w:p>
    <w:p>
      <w:r>
        <w:t>On the contrary, we need to travel to seek Rabbainu, to travel {to seek} Rabbainu, that he should pray {with me}</w:t>
      </w:r>
    </w:p>
    <w:p>
      <w:r>
        <w:t>Yes, Eretz Yisroel is not the main thing</w:t>
      </w:r>
    </w:p>
    <w:p>
      <w:r>
        <w:t>{…. This}, they do not need to make efforts to bring Rabbainu to Eretz Yisroel</w:t>
      </w:r>
    </w:p>
    <w:p>
      <w:r>
        <w:t>Because if he wanted, he would have c.., he would.. he would.., he would already be in Eretz Yisroel long ago..</w:t>
      </w:r>
    </w:p>
    <w:p>
      <w:r>
        <w:t>That is how {I} came to know</w:t>
      </w:r>
    </w:p>
    <w:p>
      <w:r>
        <w:t>(3:17)</w:t>
      </w:r>
    </w:p>
    <w:p>
      <w:r>
        <w:t>Because if Rabbainu wanted to come to Eretz Yisroel, he has several ways and several counsels for how to arrange it, ah?</w:t>
      </w:r>
    </w:p>
    <w:p>
      <w:r>
        <w:t>He, he does not long after Sabbath desecrators, and..</w:t>
      </w:r>
    </w:p>
    <w:p>
      <w:r>
        <w:t>And they do what they do, and transgress the Torah, the entire Torah, yes</w:t>
      </w:r>
    </w:p>
    <w:p>
      <w:r>
        <w:t>Then he.., even though he will rectify the entire world, but that is one matter and this is another matter</w:t>
      </w:r>
    </w:p>
    <w:p>
      <w:r>
        <w:t>He will rectify what he needs to do, but even so, we need</w:t>
      </w:r>
    </w:p>
    <w:p>
      <w:r>
        <w:t>To abandon the.. {…} the, this, the bad ways, the theft and the robbery (4:28)</w:t>
      </w:r>
    </w:p>
    <w:p>
      <w:r>
        <w:t>Oy..</w:t>
      </w:r>
    </w:p>
    <w:p>
      <w:r>
        <w:t>{By my life} I did not make an effort about this, to.. ask and arouse that they bring Rabbainu to Eretz Yisroel</w:t>
      </w:r>
    </w:p>
    <w:p>
      <w:r>
        <w:t>Because if Rabbainu had {long ago} wanted Eretz Yisroel</w:t>
      </w:r>
    </w:p>
    <w:p>
      <w:r>
        <w:t>{Today}, ah, ah, and he already.., and he already came fr.., long ago to Eretz Yisroel</w:t>
      </w:r>
    </w:p>
    <w:p>
      <w:r>
        <w:t>He does not want to see Eretz Yisroel with Sabbath desecration {….}, and without faith and without the mitzvos</w:t>
      </w:r>
    </w:p>
    <w:p>
      <w:r>
        <w:t>Then no, that does not belong to us</w:t>
      </w:r>
    </w:p>
    <w:p>
      <w:r>
        <w:t>{And we said} he will rectify the world, but we need to do what belongs to us</w:t>
      </w:r>
    </w:p>
    <w:p>
      <w:r>
        <w:t>To abandon {all the..} the.., the {{ways}} that are bad, to abandon them, {yes}</w:t>
      </w:r>
    </w:p>
    <w:p>
      <w:r>
        <w:t>And to believe in Hashem Yisborach and the Torah; if not? Then he will go</w:t>
      </w:r>
    </w:p>
    <w:p>
      <w:r>
        <w:t>{The.. the.. Rabbainu, of blessed memory, has} counsels to rectify them too</w:t>
      </w:r>
    </w:p>
    <w:p>
      <w:r>
        <w:t>That is a separate matter; we do not understand</w:t>
      </w:r>
    </w:p>
    <w:p>
      <w:r>
        <w:t>He will also rectify the Sabbath desecrators and.. {and the..in milk, desecr.. …}</w:t>
      </w:r>
    </w:p>
    <w:p>
      <w:r>
        <w:t>He r.., he will rectify every, every, and every the.. e.., everything that is blemished</w:t>
      </w:r>
    </w:p>
    <w:p>
      <w:r>
        <w:t>Who is this?</w:t>
      </w:r>
    </w:p>
    <w:p>
      <w:r>
        <w:t>[Avraham Nassan, Avraham Nassan]</w:t>
      </w:r>
    </w:p>
    <w:p>
      <w:r>
        <w:t>Avraham Nassan?</w:t>
      </w:r>
    </w:p>
    <w:p>
      <w:r>
        <w:t>Ah, as I remind myself, {……}</w:t>
      </w:r>
    </w:p>
    <w:p>
      <w:r>
        <w:t>The days and the nights that I endured and that I suffered such hunger—a one-year-old child {…} passed away by me</w:t>
      </w:r>
    </w:p>
    <w:p>
      <w:r>
        <w:t>He became swollen, and the.. appearance of the body was a {strange} appearance, yes</w:t>
      </w:r>
    </w:p>
    <w:p>
      <w:r>
        <w:t>And he suffered Gehinnom {in his life\in life}; he was—he did not have even a piece of bread</w:t>
      </w:r>
    </w:p>
    <w:p>
      <w:r>
        <w:t>I told someone that the situation was like this; he paid no attention to it, and.., and he cared only for himself, yes</w:t>
      </w:r>
    </w:p>
    <w:p>
      <w:r>
        <w:t>Rebbe Yisroel (Kardonner) had a home with children, and they did not have enough bread and to learn</w:t>
      </w:r>
    </w:p>
    <w:p>
      <w:r>
        <w:t>And he was always in peace and tranquility, and accepted all this, everything, everything with great love, and gave much tzedakah; yes, he gave much tzedakah. If he did not have, he would borrow from some person, ah..</w:t>
      </w:r>
    </w:p>
    <w:p>
      <w:r>
        <w:t>Five shekels, ten shekels, twenty shekels, yes, he needs {in order to do this} so that he would have enough to buy bread for the sons, yes</w:t>
      </w:r>
    </w:p>
    <w:p>
      <w:r>
        <w:t>He always had money; there was someone in Yerushalayim, {the shamash} from the yeshiva of {.. … ….} Meah Shearim in Meah, in Meah Shearim, in Meah Shearim</w:t>
      </w:r>
    </w:p>
    <w:p>
      <w:r>
        <w:t>Suddenly a man and a woman and children came to Teveria, nu, there is none, and they have no money</w:t>
      </w:r>
    </w:p>
    <w:p>
      <w:r>
        <w:t>And he found them an apartment and also money, and he gave him, he gave him much tzedakah, {yes}</w:t>
      </w:r>
    </w:p>
    <w:p>
      <w:r>
        <w:t>He did not worry about himself; he worried {about the one who was there}—chas v’shalom, he has no bread for the children {…..}—and he did, he snatched mitzvos well, good deeds, yes</w:t>
      </w:r>
    </w:p>
    <w:p>
      <w:r>
        <w:t>And our heart is like a stone</w:t>
      </w:r>
    </w:p>
    <w:p>
      <w:r>
        <w:t>{{But with all this\\stones like this}}</w:t>
      </w:r>
    </w:p>
    <w:p>
      <w:r>
        <w:t>(11:00)</w:t>
      </w:r>
    </w:p>
    <w:p>
      <w:r>
        <w:t>A.. even {when they see the size of the body, I lived in poverty and disgrace}</w:t>
      </w:r>
    </w:p>
    <w:p>
      <w:r>
        <w:t>A one-year-old child died fr.. from hunger; he became swollen</w:t>
      </w:r>
    </w:p>
    <w:p>
      <w:r>
        <w:t>And also, even the appearance of the body was like, like gold, yes</w:t>
      </w:r>
    </w:p>
    <w:p>
      <w:r>
        <w:t>And he died, {but such a death}}, hunger is worse than.. than a bullet, yes</w:t>
      </w:r>
    </w:p>
    <w:p>
      <w:r>
        <w:t>Hunger is te.., very terrible</w:t>
      </w:r>
    </w:p>
    <w:p>
      <w:r>
        <w:t>[Saba, who? Who knew that you had nothing to eat and did not give you bread?]</w:t>
      </w:r>
    </w:p>
    <w:p>
      <w:r>
        <w:t>I said</w:t>
      </w:r>
    </w:p>
    <w:p>
      <w:r>
        <w:t>[No, but who was the..?]</w:t>
      </w:r>
    </w:p>
    <w:p>
      <w:r>
        <w:t>I told several people</w:t>
      </w:r>
    </w:p>
    <w:p>
      <w:r>
        <w:t>[Yes]</w:t>
      </w:r>
    </w:p>
    <w:p>
      <w:r>
        <w:t>Yes, as though I had said nothing</w:t>
      </w:r>
    </w:p>
    <w:p>
      <w:r>
        <w:t>[To whom, a.., to whom did you say? To whom, to whom did you say?]</w:t>
      </w:r>
    </w:p>
    <w:p>
      <w:r>
        <w:t>To Shmuel Shapira</w:t>
      </w:r>
    </w:p>
    <w:p>
      <w:r>
        <w:t>[Ah]</w:t>
      </w:r>
    </w:p>
    <w:p>
      <w:r>
        <w:t>He is very great, up to the heavens</w:t>
      </w:r>
    </w:p>
    <w:p>
      <w:r>
        <w:t>I told him, {and even} once.., not one time did he give me a piece of bread or some money {Litvak}; everything {..}, everything like a Litvak, everything for himself, for his sons, but not {for} Yisroel Ber—he has none, he has none.., {according to the heart}, and he died, a one-year-old child died of hunger [Who else did you tell?]</w:t>
      </w:r>
    </w:p>
    <w:p>
      <w:r>
        <w:t>I went on Motza’ei Shabbos to look for a piece of bread for him for the night</w:t>
      </w:r>
    </w:p>
    <w:p>
      <w:r>
        <w:t>[What was this child’s name? What was his name?]</w:t>
      </w:r>
    </w:p>
    <w:p>
      <w:r>
        <w:t>{…}</w:t>
      </w:r>
    </w:p>
    <w:p>
      <w:r>
        <w:t>[Pinchas?]</w:t>
      </w:r>
    </w:p>
    <w:p>
      <w:r>
        <w:t>In Tzfas</w:t>
      </w:r>
    </w:p>
    <w:p>
      <w:r>
        <w:t>[Pinchas, Pinchas]</w:t>
      </w:r>
    </w:p>
    <w:p>
      <w:r>
        <w:t>Eh?</w:t>
      </w:r>
    </w:p>
    <w:p>
      <w:r>
        <w:t>[Your son who passed away, what was his name? Pinchas?]</w:t>
      </w:r>
    </w:p>
    <w:p>
      <w:r>
        <w:t>Nachman</w:t>
      </w:r>
    </w:p>
    <w:p>
      <w:r>
        <w:t>[He was called Nachman?]</w:t>
      </w:r>
    </w:p>
    <w:p>
      <w:r>
        <w:t>Yes, he died, and another child was born {and today}</w:t>
      </w:r>
    </w:p>
    <w:p>
      <w:r>
        <w:t>[He was called Nachman]</w:t>
      </w:r>
    </w:p>
    <w:p>
      <w:r>
        <w:t>But.., yes, Nachman</w:t>
      </w:r>
    </w:p>
    <w:p>
      <w:r>
        <w:t>[Ah, two, you had one Nachman, died of hunger?]</w:t>
      </w:r>
    </w:p>
    <w:p>
      <w:r>
        <w:t>Yes, yes</w:t>
      </w:r>
    </w:p>
    <w:p>
      <w:r>
        <w:t>[And you said this to Shmuel Shapira]</w:t>
      </w:r>
    </w:p>
    <w:p>
      <w:r>
        <w:t>Eh?</w:t>
      </w:r>
    </w:p>
    <w:p>
      <w:r>
        <w:t>[You told Shmuel Shapira]</w:t>
      </w:r>
    </w:p>
    <w:p>
      <w:r>
        <w:t>Yes</w:t>
      </w:r>
    </w:p>
    <w:p>
      <w:r>
        <w:t>[That you have nothing to eat]</w:t>
      </w:r>
    </w:p>
    <w:p>
      <w:r>
        <w:t>Yes</w:t>
      </w:r>
    </w:p>
    <w:p>
      <w:r>
        <w:t>[And he..]</w:t>
      </w:r>
    </w:p>
    <w:p>
      <w:r>
        <w:t>But I {did not have a piece of bread}, and I also told {. . .} several friends</w:t>
      </w:r>
    </w:p>
    <w:p>
      <w:r>
        <w:t>[Who else?]</w:t>
      </w:r>
    </w:p>
    <w:p>
      <w:r>
        <w:t>And they gave nothing</w:t>
      </w:r>
    </w:p>
    <w:p>
      <w:r>
        <w:t>[Which other friends did you tell?]</w:t>
      </w:r>
    </w:p>
    <w:p>
      <w:r>
        <w:t>I told this to almost all the friends, that I have children, and I do not have a piece of bread to give them</w:t>
      </w:r>
    </w:p>
    <w:p>
      <w:r>
        <w:t>[Ah..]</w:t>
      </w:r>
    </w:p>
    <w:p>
      <w:r>
        <w:t>And no, and no garment and nothing</w:t>
      </w:r>
    </w:p>
    <w:p>
      <w:r>
        <w:t>And there was no {...}, the holy Rabbainu awakened our hearts to seek mitzvos, like one seeks, like people seek</w:t>
      </w:r>
    </w:p>
    <w:p>
      <w:r>
        <w:t>[This was before you received the Petek, right?]</w:t>
      </w:r>
    </w:p>
    <w:p>
      <w:r>
        <w:t>Eh?</w:t>
      </w:r>
    </w:p>
    <w:p>
      <w:r>
        <w:t>[This was before you received the Petek, the son died of hunger?]</w:t>
      </w:r>
    </w:p>
    <w:p>
      <w:r>
        <w:t>Avraham Natan?</w:t>
      </w:r>
    </w:p>
    <w:p>
      <w:r>
        <w:t>[This was before you received the Petek, the son died of hunger, right?]</w:t>
      </w:r>
    </w:p>
    <w:p>
      <w:r>
        <w:t>Ah.. no, no, no, no, no</w:t>
      </w:r>
    </w:p>
    <w:p>
      <w:r>
        <w:t>[No]</w:t>
      </w:r>
    </w:p>
    <w:p>
      <w:r>
        <w:t>No, {..}</w:t>
      </w:r>
    </w:p>
    <w:p>
      <w:r>
        <w:t>[After]</w:t>
      </w:r>
    </w:p>
    <w:p>
      <w:r>
        <w:t>There was, there was what there was, I cannot {{tell}}</w:t>
      </w:r>
    </w:p>
    <w:p>
      <w:r>
        <w:t>[Ah..]</w:t>
      </w:r>
    </w:p>
    <w:p>
      <w:r>
        <w:t>A one-year-old child passed away from hunger, for he became swollen, {…} became swollen</w:t>
      </w:r>
    </w:p>
    <w:p>
      <w:r>
        <w:t>What he suffered {for me}, {and he spoke with me, yes}</w:t>
      </w:r>
    </w:p>
    <w:p>
      <w:r>
        <w:t>Yes, and yes eh, all my children had miracles that.. that they are alive</w:t>
      </w:r>
    </w:p>
    <w:p>
      <w:r>
        <w:t>I had nothing, no money, I was like among the non-Jews</w:t>
      </w:r>
    </w:p>
    <w:p>
      <w:r>
        <w:t>There was Pesach Frank, Frank, Rabbi Frank</w:t>
      </w:r>
    </w:p>
    <w:p>
      <w:r>
        <w:t>[Yes]</w:t>
      </w:r>
    </w:p>
    <w:p>
      <w:r>
        <w:t>Yes, I {ah, I knew Frank for several years}</w:t>
      </w:r>
    </w:p>
    <w:p>
      <w:r>
        <w:t>And no, and he did not give me even a piece of bread, he gave me nothing, as though I were a non-Jew, yes</w:t>
      </w:r>
    </w:p>
    <w:p>
      <w:r>
        <w:t>Each time some, some {grandchild} from his household passed away, yes</w:t>
      </w:r>
    </w:p>
    <w:p>
      <w:r>
        <w:t>But he, he has a heart of stone, yes</w:t>
      </w:r>
    </w:p>
    <w:p>
      <w:r>
        <w:t>He saw me, he would give me for Erev Pesach, on Erev Pesach, twice a year</w:t>
      </w:r>
    </w:p>
    <w:p>
      <w:r>
        <w:t>He gave me half a lira, {…}</w:t>
      </w:r>
    </w:p>
    <w:p>
      <w:r>
        <w:t>No apartment and no anything, he gave me no.. even an apartment, that was also</w:t>
      </w:r>
    </w:p>
    <w:p>
      <w:r>
        <w:t>That was also, that, that is true, yes</w:t>
      </w:r>
    </w:p>
    <w:p>
      <w:r>
        <w:t>One time, one time I came on Erev Pesach, and he gives me half a lira for the Pesach holiday</w:t>
      </w:r>
    </w:p>
    <w:p>
      <w:r>
        <w:t>What? He saw, then he, he saw me and said to me: "Come with me to my house"</w:t>
      </w:r>
    </w:p>
    <w:p>
      <w:r>
        <w:t>He lived in "Batei Machseh", and he had a very beautiful apartment in "Batei Machseh", yes</w:t>
      </w:r>
    </w:p>
    <w:p>
      <w:r>
        <w:t>And I {he had another, another another place of..}.. yes, he said to me:</w:t>
      </w:r>
    </w:p>
    <w:p>
      <w:r>
        <w:t>"You will go with me, in the house I have half a lira in some place, I will give it to you for the Pesach holiday"</w:t>
      </w:r>
    </w:p>
    <w:p>
      <w:r>
        <w:t>Good, nu, he told me {only}</w:t>
      </w:r>
    </w:p>
    <w:p>
      <w:r>
        <w:t>Afterward I am waiting for the half lira, he came and said to me:</w:t>
      </w:r>
    </w:p>
    <w:p>
      <w:r>
        <w:t>"That someone came to ask for help for someone who is a great scholar in Torah {in Yerushalayim}</w:t>
      </w:r>
    </w:p>
    <w:p>
      <w:r>
        <w:t>So he took from me all the money I had, and I have nothing, nothing to give you"</w:t>
      </w:r>
    </w:p>
    <w:p>
      <w:r>
        <w:t>I went away from him completely empty of everything, he gave me nothing..</w:t>
      </w:r>
    </w:p>
    <w:p>
      <w:r>
        <w:t>[Nothing]</w:t>
      </w:r>
    </w:p>
    <w:p>
      <w:r>
        <w:t>For the Pesach holiday</w:t>
      </w:r>
    </w:p>
    <w:p>
      <w:r>
        <w:t>"Frank", "Rav Frank"</w:t>
      </w:r>
    </w:p>
    <w:p>
      <w:r>
        <w:t>Yes, like a non-Jew, all Yerushalayim was in his hands, all the apartments, there was {….} and he was the proprietor</w:t>
      </w:r>
    </w:p>
    <w:p>
      <w:r>
        <w:t>And he, and he did not support me at all, like a non-Jew</w:t>
      </w:r>
    </w:p>
    <w:p>
      <w:r>
        <w:t>Nu, nu, nu, nu, but Hashem Yisbarach repaid him</w:t>
      </w:r>
    </w:p>
    <w:p>
      <w:r>
        <w:t>And he also became ill, and he had a very beautiful funeral, but he passed away and went, yes</w:t>
      </w:r>
    </w:p>
    <w:p>
      <w:r>
        <w:t>[What was his name? Frank, what was the first name?]</w:t>
      </w:r>
    </w:p>
    <w:p>
      <w:r>
        <w:t>Frank, I do not know.. Frank</w:t>
      </w:r>
    </w:p>
    <w:p>
      <w:r>
        <w:t>[He was.., he was a rav? Rav]</w:t>
      </w:r>
    </w:p>
    <w:p>
      <w:r>
        <w:t>Rav? The rav of all the rabbanim {..} in Yerushalayim</w:t>
      </w:r>
    </w:p>
    <w:p>
      <w:r>
        <w:t>[Yerushalayim, the "Edah Chareidis"? From the "Edah"? From the ”Edah"?]</w:t>
      </w:r>
    </w:p>
    <w:p>
      <w:r>
        <w:t>He said to me: "Come with me..”</w:t>
      </w:r>
    </w:p>
    <w:p>
      <w:r>
        <w:t>[Yes]</w:t>
      </w:r>
    </w:p>
    <w:p>
      <w:r>
        <w:t>"To my house, and there I have half a lira in some place.."</w:t>
      </w:r>
    </w:p>
    <w:p>
      <w:r>
        <w:t>[Yes]</w:t>
      </w:r>
    </w:p>
    <w:p>
      <w:r>
        <w:t>"And I will give it to you, come wi.., come with me"</w:t>
      </w:r>
    </w:p>
    <w:p>
      <w:r>
        <w:t>[..]</w:t>
      </w:r>
    </w:p>
    <w:p>
      <w:r>
        <w:t>I went with him, then I see that he is not giving, so, so I waited</w:t>
      </w:r>
    </w:p>
    <w:p>
      <w:r>
        <w:t>Then he came, he came and said to me:</w:t>
      </w:r>
    </w:p>
    <w:p>
      <w:r>
        <w:t>"This man was by me who is occupied with a mitzvah", Rav Efrayimel, Rav Efrayimel</w:t>
      </w:r>
    </w:p>
    <w:p>
      <w:r>
        <w:t>[Rav.., Rav.., Rav Efrayimil, yes I knew..]</w:t>
      </w:r>
    </w:p>
    <w:p>
      <w:r>
        <w:t>{You knew him?}</w:t>
      </w:r>
    </w:p>
    <w:p>
      <w:r>
        <w:t>[You knew him?]</w:t>
      </w:r>
    </w:p>
    <w:p>
      <w:r>
        <w:t>Yes..</w:t>
      </w:r>
    </w:p>
    <w:p>
      <w:r>
        <w:t>[Oh..]</w:t>
      </w:r>
    </w:p>
    <w:p>
      <w:r>
        <w:t>{Certainly}</w:t>
      </w:r>
    </w:p>
    <w:p>
      <w:r>
        <w:t>[Yes, the one who compiled the "Oneg Shabbos"]</w:t>
      </w:r>
    </w:p>
    <w:p>
      <w:r>
        <w:t>Yes, yo, yo, yo, yo, yo, yo, yo</w:t>
      </w:r>
    </w:p>
    <w:p>
      <w:r>
        <w:t>He left, he took from me all my money, Rav Efrayimel was expert..</w:t>
      </w:r>
    </w:p>
    <w:p>
      <w:r>
        <w:t>[Pshh..]</w:t>
      </w:r>
    </w:p>
    <w:p>
      <w:r>
        <w:t>And a gaon</w:t>
      </w:r>
    </w:p>
    <w:p>
      <w:r>
        <w:t>[Yes, yes]</w:t>
      </w:r>
    </w:p>
    <w:p>
      <w:r>
        <w:t>{…..}</w:t>
      </w:r>
    </w:p>
    <w:p>
      <w:r>
        <w:t>[Yes]</w:t>
      </w:r>
    </w:p>
    <w:p>
      <w:r>
        <w:t>Ah, he said to me:</w:t>
      </w:r>
    </w:p>
    <w:p>
      <w:r>
        <w:t>"He took all the money from me, and I had nothing left, I have nothing to give you"</w:t>
      </w:r>
    </w:p>
    <w:p>
      <w:r>
        <w:t>[Pshh..]</w:t>
      </w:r>
    </w:p>
    <w:p>
      <w:r>
        <w:t>Nu, nu, nu, but he had, Hashem Yisbarach repaid him</w:t>
      </w:r>
    </w:p>
    <w:p>
      <w:r>
        <w:t>I, I live in Yerushalayim</w:t>
      </w:r>
    </w:p>
    <w:p>
      <w:r>
        <w:t>[Yes]</w:t>
      </w:r>
    </w:p>
    <w:p>
      <w:r>
        <w:t>And they give me no help, no anything, {nothing} this is the conduct of a non-Jew, not the conduct of a Jew</w:t>
      </w:r>
    </w:p>
    <w:p>
      <w:r>
        <w:t>Jews are compassionate, the children of compassionate ones, and not cruel like this, yes</w:t>
      </w:r>
    </w:p>
    <w:p>
      <w:r>
        <w:t>I do not, I do not want to speak about rabbanim..</w:t>
      </w:r>
    </w:p>
    <w:p>
      <w:r>
        <w:t>[…]</w:t>
      </w:r>
    </w:p>
    <w:p>
      <w:r>
        <w:t>About gedolim, yes</w:t>
      </w:r>
    </w:p>
    <w:p>
      <w:r>
        <w:t>[Shalom aleichem, Saba]</w:t>
      </w:r>
    </w:p>
    <w:p>
      <w:r>
        <w:t>I, sometimes I went in to him and said to him:</w:t>
      </w:r>
    </w:p>
    <w:p>
      <w:r>
        <w:t>"{You are worrying about something ……..}</w:t>
      </w:r>
    </w:p>
    <w:p>
      <w:r>
        <w:t>I have no rent money, I have no money.."</w:t>
      </w:r>
    </w:p>
    <w:p>
      <w:r>
        <w:t>[Yes]</w:t>
      </w:r>
    </w:p>
    <w:p>
      <w:r>
        <w:t>"I have no bread, I have nothing"</w:t>
      </w:r>
    </w:p>
    <w:p>
      <w:r>
        <w:t>He heard, as though I had said nothing, as though I had spoken to.. to the wall</w:t>
      </w:r>
    </w:p>
    <w:p>
      <w:r>
        <w:t>Nothing, no, he had no compassion at all, and gave me nothing at all, no, yes</w:t>
      </w:r>
    </w:p>
    <w:p>
      <w:r>
        <w:t>{And Hashem Yisbarach} He repays well, He repaid also, also in this world and also in the World {to Come}</w:t>
      </w:r>
    </w:p>
    <w:p>
      <w:r>
        <w:t>I came sometimes and said to him, I said to him:</w:t>
      </w:r>
    </w:p>
    <w:p>
      <w:r>
        <w:t>"Help me with some, some rent money, I have none, I have no house, I have no money, I have nothing"</w:t>
      </w:r>
    </w:p>
    <w:p>
      <w:r>
        <w:t>He heard, and gave nothing, as though, as though I were a non-Jew, {..}</w:t>
      </w:r>
    </w:p>
    <w:p>
      <w:r>
        <w:t>He was the rav of all the rabbanim in Yerushalayim</w:t>
      </w:r>
    </w:p>
    <w:p>
      <w:r>
        <w:t>He had "Batei {Machseh}" and he had apartments, and I had nothing</w:t>
      </w:r>
    </w:p>
    <w:p>
      <w:r>
        <w:t>They all had family, and they had an apartment, and they had everything, every good thing</w:t>
      </w:r>
    </w:p>
    <w:p>
      <w:r>
        <w:t>Only I did not, I did not have {bread}, bread</w:t>
      </w:r>
    </w:p>
    <w:p>
      <w:r>
        <w:t>Miracles that I am alive now, miracles that my children are alive, miracles</w:t>
      </w:r>
    </w:p>
    <w:p>
      <w:r>
        <w:t>And he did not give me, but Hashem Yisbarach repaid him</w:t>
      </w:r>
    </w:p>
    <w:p>
      <w:r>
        <w:t>Each time there was, there was a death in his household, each time</w:t>
      </w:r>
    </w:p>
    <w:p>
      <w:r>
        <w:t>A boy or a girl would die, he sat shivah, yes</w:t>
      </w:r>
    </w:p>
    <w:p>
      <w:r>
        <w:t>But if there is no sense, if, if the heart is like that of a non-Jew, he has no compassion, nothing</w:t>
      </w:r>
    </w:p>
    <w:p>
      <w:r>
        <w:t>{...}</w:t>
      </w:r>
    </w:p>
    <w:p>
      <w:r>
        <w:t>I, now that I am here, I have been {still here} several years, I had no rent money</w:t>
      </w:r>
    </w:p>
    <w:p>
      <w:r>
        <w:t>{I did not have such}, I had no bread to eat, {I did not have this}</w:t>
      </w:r>
    </w:p>
    <w:p>
      <w:r>
        <w:t>In all Yerushalayim there was no poor person like, like, like me, in all Yerushalayim</w:t>
      </w:r>
    </w:p>
    <w:p>
      <w:r>
        <w:t>Because everyone went to the wealthy {and he would bring money}, I, nothing</w:t>
      </w:r>
    </w:p>
    <w:p>
      <w:r>
        <w:t>And he was.., he did not have such cruelty, he gave me nothing</w:t>
      </w:r>
    </w:p>
    <w:p>
      <w:r>
        <w:t>I came {to him once, as though he saw a dead person}</w:t>
      </w:r>
    </w:p>
    <w:p>
      <w:r>
        <w:t>{I came and said to him, I said: "He.. the situation is very bad}</w:t>
      </w:r>
    </w:p>
    <w:p>
      <w:r>
        <w:t>I have no money, and I have no bread, and I do not have this, and I have no apartment, and I have no.."</w:t>
      </w:r>
    </w:p>
    <w:p>
      <w:r>
        <w:t>He heard, and I left the house as though he had not heard, he gave me nothing</w:t>
      </w:r>
    </w:p>
    <w:p>
      <w:r>
        <w:t>Even from his own money he gave me nothing</w:t>
      </w:r>
    </w:p>
    <w:p>
      <w:r>
        <w:t>If a poor man comes, wh.. wh.. and the children {need bread}, and one does not give, then he resembles a non-Jew</w:t>
      </w:r>
    </w:p>
    <w:p>
      <w:r>
        <w:t>Jews are compassionate, the children of compassionate ones</w:t>
      </w:r>
    </w:p>
    <w:p>
      <w:r>
        <w:t>Yo, oy, oy, oy, I need something to drink</w:t>
      </w:r>
    </w:p>
    <w:p>
      <w:r>
        <w:t>[Do you want cola, or hot?]</w:t>
      </w:r>
    </w:p>
    <w:p>
      <w:r>
        <w:t>Give me..</w:t>
      </w:r>
    </w:p>
    <w:p>
      <w:r>
        <w:t>[Cola?]</w:t>
      </w:r>
    </w:p>
    <w:p>
      <w:r>
        <w:t>Give me a little, but..</w:t>
      </w:r>
    </w:p>
    <w:p>
      <w:r>
        <w:t>[A little]</w:t>
      </w:r>
    </w:p>
    <w:p>
      <w:r>
        <w:t>A little</w:t>
      </w:r>
    </w:p>
    <w:p>
      <w:r>
        <w:t>{[...Saba the king]}</w:t>
      </w:r>
    </w:p>
    <w:p>
      <w:r>
        <w:t>Oy vey, the rav over all the rabbis of Yerushalayim, {how} does he conduct himself {like this}</w:t>
      </w:r>
    </w:p>
    <w:p>
      <w:r>
        <w:t>{And I} had neither bread nor money, nor an apartment nor anything, and he paid no attention to this</w:t>
      </w:r>
    </w:p>
    <w:p>
      <w:r>
        <w:t>He had several {vessels} that are famous in Yerushalayim</w:t>
      </w:r>
    </w:p>
    <w:p>
      <w:r>
        <w:t>[………]</w:t>
      </w:r>
    </w:p>
    <w:p>
      <w:r>
        <w:t>[…..….]</w:t>
      </w:r>
    </w:p>
    <w:p>
      <w:r>
        <w:t>Ah, ah..</w:t>
      </w:r>
    </w:p>
    <w:p>
      <w:r>
        <w:t>[……...]</w:t>
      </w:r>
    </w:p>
    <w:p>
      <w:r>
        <w:t>[….…..]</w:t>
      </w:r>
    </w:p>
    <w:p>
      <w:r>
        <w:t>I entered his home, {and it was}, and it was very bitter for me, I came, I said to him:</w:t>
      </w:r>
    </w:p>
    <w:p>
      <w:r>
        <w:t>“I have no help at all, I have no money and I have no, I have nothing at all”</w:t>
      </w:r>
    </w:p>
    <w:p>
      <w:r>
        <w:t>And he was the.. the proprietor of all Yerushalayim, over all the money, over all the lands, over all the apartments</w:t>
      </w:r>
    </w:p>
    <w:p>
      <w:r>
        <w:t>He could have given me an apartment, {..yes, if he sees a person like me}</w:t>
      </w:r>
    </w:p>
    <w:p>
      <w:r>
        <w:t>He gave me nothing, nothing, it is a wonder, it is a wondrous thing</w:t>
      </w:r>
    </w:p>
    <w:p>
      <w:r>
        <w:t>In any case {..} Jews are merciful, the children of merciful ones, but not such a cruel person</w:t>
      </w:r>
    </w:p>
    <w:p>
      <w:r>
        <w:t>Who is this?</w:t>
      </w:r>
    </w:p>
    <w:p>
      <w:r>
        <w:t>[This is my son]</w:t>
      </w:r>
    </w:p>
    <w:p>
      <w:r>
        <w:t>[……]</w:t>
      </w:r>
    </w:p>
    <w:p>
      <w:r>
        <w:t>[Yitzchak]</w:t>
      </w:r>
    </w:p>
    <w:p>
      <w:r>
        <w:t>[Yitzchak]</w:t>
      </w:r>
    </w:p>
    <w:p>
      <w:r>
        <w:t>[Yitzchak from Emanuel]</w:t>
      </w:r>
    </w:p>
    <w:p>
      <w:r>
        <w:t>Yitzchak.. from France</w:t>
      </w:r>
    </w:p>
    <w:p>
      <w:r>
        <w:t>[Yitzchak from Emanuel]</w:t>
      </w:r>
    </w:p>
    <w:p>
      <w:r>
        <w:t>[Yitzchak from Emanuel]</w:t>
      </w:r>
    </w:p>
    <w:p>
      <w:r>
        <w:t>{Does not understand}</w:t>
      </w:r>
    </w:p>
    <w:p>
      <w:r>
        <w:t>[Yitzchak from Emanuel]</w:t>
      </w:r>
    </w:p>
    <w:p>
      <w:r>
        <w:t>Ah, {…}, {.. …..} he lives in.. {…..}</w:t>
      </w:r>
    </w:p>
    <w:p>
      <w:r>
        <w:t>[Emanuel]</w:t>
      </w:r>
    </w:p>
    <w:p>
      <w:r>
        <w:t>Ah, oy vey iz mir, {oy vey, …..}, {who can u.. understand}</w:t>
      </w:r>
    </w:p>
    <w:p>
      <w:r>
        <w:t>What I suffered? Who knows how to assess and tell? Who can describe and tell?</w:t>
      </w:r>
    </w:p>
    <w:p>
      <w:r>
        <w:t>[..]</w:t>
      </w:r>
    </w:p>
    <w:p>
      <w:r>
        <w:t>{Yes}</w:t>
      </w:r>
    </w:p>
    <w:p>
      <w:r>
        <w:t>The rav over all the rabbis of Yerushalayim, he conducts himself like..</w:t>
      </w:r>
    </w:p>
    <w:p>
      <w:r>
        <w:t>[Saba, is it possible for you to bless him?]</w:t>
      </w:r>
    </w:p>
    <w:p>
      <w:r>
        <w:t>Ah?</w:t>
      </w:r>
    </w:p>
    <w:p>
      <w:r>
        <w:t>[To bless the…..]</w:t>
      </w:r>
    </w:p>
    <w:p>
      <w:r>
        <w:t>{May Hashem Yisburach bless him …. days and years} and much nachas and all good</w:t>
      </w:r>
    </w:p>
    <w:p>
      <w:r>
        <w:t>[Amen]</w:t>
      </w:r>
    </w:p>
    <w:p>
      <w:r>
        <w:t>He, where does he live now?</w:t>
      </w:r>
    </w:p>
    <w:p>
      <w:r>
        <w:t>[In Emanuel]</w:t>
      </w:r>
    </w:p>
    <w:p>
      <w:r>
        <w:t>Emanuel?</w:t>
      </w:r>
    </w:p>
    <w:p>
      <w:r>
        <w:t>[Yes]</w:t>
      </w:r>
    </w:p>
    <w:p>
      <w:r>
        <w:t>What does he.., what does he do there?</w:t>
      </w:r>
    </w:p>
    <w:p>
      <w:r>
        <w:t>[What do you do there? he is asking]</w:t>
      </w:r>
    </w:p>
    <w:p>
      <w:r>
        <w:t>[Learning]</w:t>
      </w:r>
    </w:p>
    <w:p>
      <w:r>
        <w:t>[He learns, he learns in Emanuel]</w:t>
      </w:r>
    </w:p>
    <w:p>
      <w:r>
        <w:t>By himself?</w:t>
      </w:r>
    </w:p>
    <w:p>
      <w:r>
        <w:t>[By himself? he is asking]</w:t>
      </w:r>
    </w:p>
    <w:p>
      <w:r>
        <w:t>[…..]</w:t>
      </w:r>
    </w:p>
    <w:p>
      <w:r>
        <w:t>He teaches with students, ah..</w:t>
      </w:r>
    </w:p>
    <w:p>
      <w:r>
        <w:t>[Do you teach?]</w:t>
      </w:r>
    </w:p>
    <w:p>
      <w:r>
        <w:t>With children? {..}</w:t>
      </w:r>
    </w:p>
    <w:p>
      <w:r>
        <w:t>[In a kollel, in a kollel]</w:t>
      </w:r>
    </w:p>
    <w:p>
      <w:r>
        <w:t>[Kollel, kollel]</w:t>
      </w:r>
    </w:p>
    <w:p>
      <w:r>
        <w:t>[Kollel]</w:t>
      </w:r>
    </w:p>
    <w:p>
      <w:r>
        <w:t>Kollel</w:t>
      </w:r>
    </w:p>
    <w:p>
      <w:r>
        <w:t>[In a kollel, yes]</w:t>
      </w:r>
    </w:p>
    <w:p>
      <w:r>
        <w:t>Yes</w:t>
      </w:r>
    </w:p>
    <w:p>
      <w:r>
        <w:t>[Kollel]</w:t>
      </w:r>
    </w:p>
    <w:p>
      <w:r>
        <w:t>Kollel, ah, oy</w:t>
      </w:r>
    </w:p>
    <w:p>
      <w:r>
        <w:t>[In the kollel of Nassan Liebermantsh, in the kollel of Nassan Liebermansh]</w:t>
      </w:r>
    </w:p>
    <w:p>
      <w:r>
        <w:t>Ah?</w:t>
      </w:r>
    </w:p>
    <w:p>
      <w:r>
        <w:t>[In the kollel of Nassan Liebermantsh]</w:t>
      </w:r>
    </w:p>
    <w:p>
      <w:r>
        <w:t>[He learns in the kollel of Rebbe Nassan Liebermansh]</w:t>
      </w:r>
    </w:p>
    <w:p>
      <w:r>
        <w:t>Yes?</w:t>
      </w:r>
    </w:p>
    <w:p>
      <w:r>
        <w:t>[Yes]</w:t>
      </w:r>
    </w:p>
    <w:p>
      <w:r>
        <w:t>Nassan Liebermansh has a kollel?</w:t>
      </w:r>
    </w:p>
    <w:p>
      <w:r>
        <w:t>[Yes]</w:t>
      </w:r>
    </w:p>
    <w:p>
      <w:r>
        <w:t>[In Emanuel, yes]</w:t>
      </w:r>
    </w:p>
    <w:p>
      <w:r>
        <w:t>In Emanuel</w:t>
      </w:r>
    </w:p>
    <w:p>
      <w:r>
        <w:t>[Yes]</w:t>
      </w:r>
    </w:p>
    <w:p>
      <w:r>
        <w:t>[You know him, you also knew his father]</w:t>
      </w:r>
    </w:p>
    <w:p>
      <w:r>
        <w:t>Yes</w:t>
      </w:r>
    </w:p>
    <w:p>
      <w:r>
        <w:t>[Yes]</w:t>
      </w:r>
    </w:p>
    <w:p>
      <w:r>
        <w:t>{He will rise} up, up to the heavens, but afterward they fall one time, they fall and fall, and fall</w:t>
      </w:r>
    </w:p>
    <w:p>
      <w:r>
        <w:t>[Ay, Rabbainu Na Nach Nachma Nachman..]</w:t>
      </w:r>
    </w:p>
    <w:p>
      <w:r>
        <w:t>He said {to me}, I entered the house, he said to me:</w:t>
      </w:r>
    </w:p>
    <w:p>
      <w:r>
        <w:t>“In the house I have in.. a garment, I have half a lira there, come with me, and I, and I will take it out, and I will give it to you”</w:t>
      </w:r>
    </w:p>
    <w:p>
      <w:r>
        <w:t>I {already\did not} think that he would give it to me immediately</w:t>
      </w:r>
    </w:p>
    <w:p>
      <w:r>
        <w:t>He waits, waits, waits, afterward he came to me and he said to me:</w:t>
      </w:r>
    </w:p>
    <w:p>
      <w:r>
        <w:t>“So-and-so came to me, and took all the money that I had, he took all the money</w:t>
      </w:r>
    </w:p>
    <w:p>
      <w:r>
        <w:t>Nu, I have nothing to give you”</w:t>
      </w:r>
    </w:p>
    <w:p>
      <w:r>
        <w:t>He does not have, he does not have half a lira to give me, he has nothing to give me</w:t>
      </w:r>
    </w:p>
    <w:p>
      <w:r>
        <w:t>What, I went away empty, without a single prutah, yes</w:t>
      </w:r>
    </w:p>
    <w:p>
      <w:r>
        <w:t>Ah, perhaps you will give me {{something\a donation}}?</w:t>
      </w:r>
    </w:p>
    <w:p>
      <w:r>
        <w:t>[To eat?…….</w:t>
      </w:r>
    </w:p>
    <w:p>
      <w:r>
        <w:t>[…………...]</w:t>
      </w:r>
    </w:p>
    <w:p>
      <w:r>
        <w:t>{No}</w:t>
      </w:r>
    </w:p>
    <w:p>
      <w:r>
        <w:t>[He went to bring some, some cake, there is a cake made from semolina]</w:t>
      </w:r>
    </w:p>
    <w:p>
      <w:r>
        <w:t>Cake</w:t>
      </w:r>
    </w:p>
    <w:p>
      <w:r>
        <w:t>[From semolina, semolina, in a little while you will taste it, if you want you will eat</w:t>
      </w:r>
    </w:p>
    <w:p>
      <w:r>
        <w:t>I brought a cake made from semolina from home, he went to bring it, Uri</w:t>
      </w:r>
    </w:p>
    <w:p>
      <w:r>
        <w:t>Oy, Na Nach Nachma Nachman..]</w:t>
      </w:r>
    </w:p>
    <w:p>
      <w:r>
        <w:t>{...} Nassan all the time, this is Nassan Liebermantsh</w:t>
      </w:r>
    </w:p>
    <w:p>
      <w:r>
        <w:t>He was, he would not give me even a single prutah all the time to help</w:t>
      </w:r>
    </w:p>
    <w:p>
      <w:r>
        <w:t>Like that</w:t>
      </w:r>
    </w:p>
    <w:p>
      <w:r>
        <w:t>Ah, I want to..</w:t>
      </w:r>
    </w:p>
    <w:p>
      <w:r>
        <w:t>[..the legs]</w:t>
      </w:r>
    </w:p>
    <w:p>
      <w:r>
        <w:t>The legs on the bed</w:t>
      </w:r>
    </w:p>
    <w:p>
      <w:r>
        <w:t>[Na Nach Nachma Nachman MeUman.. Na Nach, a complete recovery, Saba.. ay, Abba, Abba</w:t>
      </w:r>
    </w:p>
    <w:p>
      <w:r>
        <w:t>He is not sitting well, the leg here is not good, Saba…………….]</w:t>
      </w:r>
    </w:p>
    <w:p>
      <w:r>
        <w:t>Nu</w:t>
      </w:r>
    </w:p>
    <w:p>
      <w:r>
        <w:t>[The leg is not good here, a little you need…..]</w:t>
      </w:r>
    </w:p>
    <w:p>
      <w:r>
        <w:t>{..}</w:t>
      </w:r>
    </w:p>
    <w:p>
      <w:r>
        <w:t>[The leg……]</w:t>
      </w:r>
    </w:p>
    <w:p>
      <w:r>
        <w:t>{Oy vey}</w:t>
      </w:r>
    </w:p>
    <w:p>
      <w:r>
        <w:t>[The leg is not good here, you need to move a little more]</w:t>
      </w:r>
    </w:p>
    <w:p>
      <w:r>
        <w:t>What, what, what, what?</w:t>
      </w:r>
    </w:p>
    <w:p>
      <w:r>
        <w:t>[The leg, because you are not lying well]</w:t>
      </w:r>
    </w:p>
    <w:p>
      <w:r>
        <w:t>What, the leg?</w:t>
      </w:r>
    </w:p>
    <w:p>
      <w:r>
        <w:t>[……]</w:t>
      </w:r>
    </w:p>
    <w:p>
      <w:r>
        <w:t>What? The leg?</w:t>
      </w:r>
    </w:p>
    <w:p>
      <w:r>
        <w:t>[…………….…]</w:t>
      </w:r>
    </w:p>
    <w:p>
      <w:r>
        <w:t>[……………]</w:t>
      </w:r>
    </w:p>
    <w:p>
      <w:r>
        <w:t>What?</w:t>
      </w:r>
    </w:p>
    <w:p>
      <w:r>
        <w:t>[Saba, do you remember why Nassan Liebermansh sat in prison?]</w:t>
      </w:r>
    </w:p>
    <w:p>
      <w:r>
        <w:t>Ah?</w:t>
      </w:r>
    </w:p>
    <w:p>
      <w:r>
        <w:t>[Nassan Liebermansh, do you remember why he sat in prison?</w:t>
      </w:r>
    </w:p>
    <w:p>
      <w:r>
        <w:t>You were, d.. during Shazar’s time, you got Rav Nassan Liebermansh out of prison, do you remember?</w:t>
      </w:r>
    </w:p>
    <w:p>
      <w:r>
        <w:t>Do you remember? He was.., during Shazar’s time]</w:t>
      </w:r>
    </w:p>
    <w:p>
      <w:r>
        <w:t>Ah?</w:t>
      </w:r>
    </w:p>
    <w:p>
      <w:r>
        <w:t>[During the president’s time]</w:t>
      </w:r>
    </w:p>
    <w:p>
      <w:r>
        <w:t>Nu</w:t>
      </w:r>
    </w:p>
    <w:p>
      <w:r>
        <w:t>[Nassan Liebermansh was in prison, you took actions so that he would get out of there, do you remember?] No</w:t>
      </w:r>
    </w:p>
    <w:p>
      <w:r>
        <w:t>[He does not remember..]</w:t>
      </w:r>
    </w:p>
    <w:p>
      <w:r>
        <w:t>What is this?</w:t>
      </w:r>
    </w:p>
    <w:p>
      <w:r>
        <w:t>[This is a cake made from semolina, a cake made from semolina, taste it, perhaps it will be good for you]</w:t>
      </w:r>
    </w:p>
    <w:p>
      <w:r>
        <w:t>[………………]</w:t>
      </w:r>
    </w:p>
    <w:p>
      <w:r>
        <w:t>[…………..….]</w:t>
      </w:r>
    </w:p>
    <w:p>
      <w:r>
        <w:t>Ah, ah</w:t>
      </w:r>
    </w:p>
    <w:p>
      <w:r>
        <w:t>[Saba]</w:t>
      </w:r>
    </w:p>
    <w:p>
      <w:r>
        <w:t>Oy, take off the socks</w:t>
      </w:r>
    </w:p>
    <w:p>
      <w:r>
        <w:t>[Yes, Saba, you are not lying so well, we need to move you a little]</w:t>
      </w:r>
    </w:p>
    <w:p>
      <w:r>
        <w:t>What?</w:t>
      </w:r>
    </w:p>
    <w:p>
      <w:r>
        <w:t>[You need to move a little, you are not lying well, the legs outside is not good, you need to move a little over here</w:t>
      </w:r>
    </w:p>
    <w:p>
      <w:r>
        <w:t>We will pull you a little, all right? To arrange things a little]</w:t>
      </w:r>
    </w:p>
    <w:p>
      <w:r>
        <w:t>Ah</w:t>
      </w:r>
    </w:p>
    <w:p>
      <w:r>
        <w:t>[……………]</w:t>
      </w:r>
    </w:p>
    <w:p>
      <w:r>
        <w:t>No, no, no, no</w:t>
      </w:r>
    </w:p>
    <w:p>
      <w:r>
        <w:t>[There is no room here, you need to move]</w:t>
      </w:r>
    </w:p>
    <w:p>
      <w:r>
        <w:t>{Take off}</w:t>
      </w:r>
    </w:p>
    <w:p>
      <w:r>
        <w:t>[Yes]</w:t>
      </w:r>
    </w:p>
    <w:p>
      <w:r>
        <w:t>The socks</w:t>
      </w:r>
    </w:p>
    <w:p>
      <w:r>
        <w:t>[………..…..]</w:t>
      </w:r>
    </w:p>
    <w:p>
      <w:r>
        <w:t>[…………….]</w:t>
      </w:r>
    </w:p>
    <w:p>
      <w:r>
        <w:t>Ah</w:t>
      </w:r>
    </w:p>
    <w:p>
      <w:r>
        <w:t>[Do you want to lie down, lie down?]</w:t>
      </w:r>
    </w:p>
    <w:p>
      <w:r>
        <w:t>[…………]</w:t>
      </w:r>
    </w:p>
    <w:p>
      <w:r>
        <w:t>[…………]</w:t>
      </w:r>
    </w:p>
    <w:p>
      <w:r>
        <w:t>[Then wait, you need to move a little]</w:t>
      </w:r>
    </w:p>
    <w:p>
      <w:r>
        <w:t>Ah? What, what? Ah?</w:t>
      </w:r>
    </w:p>
    <w:p>
      <w:r>
        <w:t>[It needs to be closed, Saba, closed]</w:t>
      </w:r>
    </w:p>
    <w:p>
      <w:r>
        <w:t>Ah, ah, ah..</w:t>
      </w:r>
    </w:p>
    <w:p>
      <w:r>
        <w:t>Put the legs on the bed, put</w:t>
      </w:r>
    </w:p>
    <w:p>
      <w:r>
        <w:t>[Shoin………………………….]</w:t>
      </w:r>
    </w:p>
    <w:p>
      <w:r>
        <w:t>[…………………….………..]</w:t>
      </w:r>
    </w:p>
    <w:p>
      <w:r>
        <w:t>He is already dead</w:t>
      </w:r>
    </w:p>
    <w:p>
      <w:r>
        <w:t>[..]</w:t>
      </w:r>
    </w:p>
    <w:p>
      <w:r>
        <w:t>The rav</w:t>
      </w:r>
    </w:p>
    <w:p>
      <w:r>
        <w:t>[Yes]</w:t>
      </w:r>
    </w:p>
    <w:p>
      <w:r>
        <w:t>The rav of, of Yerushalayim, Frank is already dead…</w:t>
      </w:r>
    </w:p>
    <w:p>
      <w:r>
        <w:t>...[He already passed away..]</w:t>
      </w:r>
    </w:p>
    <w:p>
      <w:r>
        <w:t>[………………]</w:t>
      </w:r>
    </w:p>
    <w:p>
      <w:r>
        <w:t>[………………]</w:t>
      </w:r>
    </w:p>
    <w:p>
      <w:r>
        <w:t>[He is not alive, Saba, already, he is not alive, he already passed away] Ah</w:t>
      </w:r>
    </w:p>
    <w:p>
      <w:r>
        <w:t>[…………………...…….…..]</w:t>
      </w:r>
    </w:p>
    <w:p>
      <w:r>
        <w:t>[………………...………..….] [………………………………] […………………………..….]</w:t>
      </w:r>
    </w:p>
    <w:p>
      <w:r>
        <w:t>[………………………….….]…</w:t>
      </w:r>
    </w:p>
    <w:p>
      <w:r>
        <w:br w:type="page"/>
      </w:r>
    </w:p>
    <w:p>
      <w:pPr>
        <w:pStyle w:val="Heading1"/>
      </w:pPr>
      <w:r>
        <w:t>Tape 87</w:t>
      </w:r>
    </w:p>
    <w:p>
      <w:pPr>
        <w:pStyle w:val="Heading2"/>
      </w:pPr>
      <w:r>
        <w:t>Side A (Aleph)</w:t>
      </w:r>
    </w:p>
    <w:p>
      <w:r>
        <w:t>[.…………]… [...….………]</w:t>
      </w:r>
    </w:p>
    <w:p>
      <w:r>
        <w:t>[The friends sing and Yisroel Dagan plays:</w:t>
      </w:r>
    </w:p>
    <w:p>
      <w:r>
        <w:t>“In You our fathers trusted; they trusted in You and You delivered them. To You they cried out and were rescued; in You they trusted and were not ashamed.”</w:t>
      </w:r>
    </w:p>
    <w:p>
      <w:r>
        <w:t>“Na Nach Nachma Nachman MeUman..”</w:t>
      </w:r>
    </w:p>
    <w:p>
      <w:r>
        <w:t>Our greatness and our glory..]</w:t>
      </w:r>
    </w:p>
    <w:p>
      <w:r>
        <w:t>Ah..</w:t>
      </w:r>
    </w:p>
    <w:p>
      <w:r>
        <w:t>[………………...]</w:t>
      </w:r>
    </w:p>
    <w:p>
      <w:r>
        <w:t>[…………………]</w:t>
      </w:r>
    </w:p>
    <w:p>
      <w:r>
        <w:t>[Fortunate are we, fortunate are we, fortunate are we that we have such a Rebbe; fortunate are we, fortunate are we, fortunate are we that we have such a Saba..]</w:t>
      </w:r>
    </w:p>
    <w:p>
      <w:r>
        <w:t>{..}..</w:t>
      </w:r>
    </w:p>
    <w:p>
      <w:r>
        <w:t>[…………………………….………..]</w:t>
      </w:r>
    </w:p>
    <w:p>
      <w:r>
        <w:t>[………………………………….…..] Ah..</w:t>
      </w:r>
    </w:p>
    <w:p>
      <w:r>
        <w:t>[{Saba}, shalom aleichem, Saba, how are you? Saba]</w:t>
      </w:r>
    </w:p>
    <w:p>
      <w:r>
        <w:t>Ah, {who is this?}</w:t>
      </w:r>
    </w:p>
    <w:p>
      <w:r>
        <w:t>[Yisroel Dagan]</w:t>
      </w:r>
    </w:p>
    <w:p>
      <w:r>
        <w:t>Dagan?</w:t>
      </w:r>
    </w:p>
    <w:p>
      <w:r>
        <w:t>[Yes, how are you? Saba]</w:t>
      </w:r>
    </w:p>
    <w:p>
      <w:r>
        <w:t>{Nu}</w:t>
      </w:r>
    </w:p>
    <w:p>
      <w:r>
        <w:t>[I was in Yerushalayim]</w:t>
      </w:r>
    </w:p>
    <w:p>
      <w:r>
        <w:t>Do you know Daniel Eliyahu?</w:t>
      </w:r>
    </w:p>
    <w:p>
      <w:r>
        <w:t>[Daniel Eliyahu]</w:t>
      </w:r>
    </w:p>
    <w:p>
      <w:r>
        <w:t>[From Beitar]</w:t>
      </w:r>
    </w:p>
    <w:p>
      <w:r>
        <w:t>Daniel Eliyahu</w:t>
      </w:r>
    </w:p>
    <w:p>
      <w:r>
        <w:t>[Daniel Eliyahu, yes, I know him a little, a little]</w:t>
      </w:r>
    </w:p>
    <w:p>
      <w:r>
        <w:t>He lives in.. in..</w:t>
      </w:r>
    </w:p>
    <w:p>
      <w:r>
        <w:t>[Beitar, Beitar]</w:t>
      </w:r>
    </w:p>
    <w:p>
      <w:r>
        <w:t>[{…}, Beitar, in Beitar]</w:t>
      </w:r>
    </w:p>
    <w:p>
      <w:r>
        <w:t>{…}</w:t>
      </w:r>
    </w:p>
    <w:p>
      <w:r>
        <w:t>[Beitar]</w:t>
      </w:r>
    </w:p>
    <w:p>
      <w:r>
        <w:t>{...}</w:t>
      </w:r>
    </w:p>
    <w:p>
      <w:r>
        <w:t>[In Beitar]</w:t>
      </w:r>
    </w:p>
    <w:p>
      <w:r>
        <w:t>[Near Yerushalayim]</w:t>
      </w:r>
    </w:p>
    <w:p>
      <w:r>
        <w:t>[Next to Yerushalayim, next to Yerushalayim]</w:t>
      </w:r>
    </w:p>
    <w:p>
      <w:r>
        <w:t>{..}</w:t>
      </w:r>
    </w:p>
    <w:p>
      <w:r>
        <w:t>[How are you? Saba, yesterday I was at the Kotel, I was at the Kotel] I cannot..</w:t>
      </w:r>
    </w:p>
    <w:p>
      <w:r>
        <w:t>[Speak]</w:t>
      </w:r>
    </w:p>
    <w:p>
      <w:r>
        <w:t>Bear it, he shouts such cries {up to the heavens}</w:t>
      </w:r>
    </w:p>
    <w:p>
      <w:r>
        <w:t>[Yes?]</w:t>
      </w:r>
    </w:p>
    <w:p>
      <w:r>
        <w:t>{Such cries}</w:t>
      </w:r>
    </w:p>
    <w:p>
      <w:r>
        <w:t>[Daniel?]</w:t>
      </w:r>
    </w:p>
    <w:p>
      <w:r>
        <w:t>I do not know, I cannot bear it</w:t>
      </w:r>
    </w:p>
    <w:p>
      <w:r>
        <w:t>[Yes]</w:t>
      </w:r>
    </w:p>
    <w:p>
      <w:r>
        <w:t>He {oy vey}, he shouts cries</w:t>
      </w:r>
    </w:p>
    <w:p>
      <w:r>
        <w:t>[{That is healthy}]</w:t>
      </w:r>
    </w:p>
    <w:p>
      <w:r>
        <w:t>{……..}</w:t>
      </w:r>
    </w:p>
    <w:p>
      <w:r>
        <w:t>[It is good to shout, no? Saba]</w:t>
      </w:r>
    </w:p>
    <w:p>
      <w:r>
        <w:t>Ah?</w:t>
      </w:r>
    </w:p>
    <w:p>
      <w:r>
        <w:t>[To shout, is it good? Rabbainu says, it is good to shout in hisbodedus, in hisbodedus]</w:t>
      </w:r>
    </w:p>
    <w:p>
      <w:r>
        <w:t>Ah, {…….}</w:t>
      </w:r>
    </w:p>
    <w:p>
      <w:r>
        <w:t>[Yesterday I was at the Kotel, Saba, at the Kotel]</w:t>
      </w:r>
    </w:p>
    <w:p>
      <w:r>
        <w:t>Ah?</w:t>
      </w:r>
    </w:p>
    <w:p>
      <w:r>
        <w:t>[I was at the Kotel in Yerushalayim]</w:t>
      </w:r>
    </w:p>
    <w:p>
      <w:r>
        <w:t>Ko.. kollel?</w:t>
      </w:r>
    </w:p>
    <w:p>
      <w:r>
        <w:t>[At the Kotel, at the Kotel]</w:t>
      </w:r>
    </w:p>
    <w:p>
      <w:r>
        <w:t>At the Kotel</w:t>
      </w:r>
    </w:p>
    <w:p>
      <w:r>
        <w:t>[Yes, yesterday, yesterday I was at the Kotel, yesterday]</w:t>
      </w:r>
    </w:p>
    <w:p>
      <w:r>
        <w:t>And at night?</w:t>
      </w:r>
    </w:p>
    <w:p>
      <w:r>
        <w:t>[And at night]</w:t>
      </w:r>
    </w:p>
    <w:p>
      <w:r>
        <w:t>At the Kotel?</w:t>
      </w:r>
    </w:p>
    <w:p>
      <w:r>
        <w:t>[Yesterday I was at the Kotel, I prayed at the Kotel, and also.., I, I]</w:t>
      </w:r>
    </w:p>
    <w:p>
      <w:r>
        <w:t>{“Trusted, trusted” at the Kotel}</w:t>
      </w:r>
    </w:p>
    <w:p>
      <w:r>
        <w:t>[Yes]</w:t>
      </w:r>
    </w:p>
    <w:p>
      <w:r>
        <w:t>Nu</w:t>
      </w:r>
    </w:p>
    <w:p>
      <w:r>
        <w:t>[And I also shouted, I shouted many shouts, I shouted many shouts]</w:t>
      </w:r>
    </w:p>
    <w:p>
      <w:r>
        <w:t>Daniel</w:t>
      </w:r>
    </w:p>
    <w:p>
      <w:r>
        <w:t>[I, I]</w:t>
      </w:r>
    </w:p>
    <w:p>
      <w:r>
        <w:t>{..} Daniel</w:t>
      </w:r>
    </w:p>
    <w:p>
      <w:r>
        <w:t>[I, I, no, I am Yisroel Dagan]</w:t>
      </w:r>
    </w:p>
    <w:p>
      <w:r>
        <w:t>Ah, you prayed out loud</w:t>
      </w:r>
    </w:p>
    <w:p>
      <w:r>
        <w:t>[Yes]</w:t>
      </w:r>
    </w:p>
    <w:p>
      <w:r>
        <w:t>Good</w:t>
      </w:r>
    </w:p>
    <w:p>
      <w:r>
        <w:t>[And I felt that the Evil One was fighting hard, he was fighting me, so I also fought him back I prayed for you there too, at the Kotel]</w:t>
      </w:r>
    </w:p>
    <w:p>
      <w:r>
        <w:t>Yes</w:t>
      </w:r>
    </w:p>
    <w:p>
      <w:r>
        <w:t>[Yes]</w:t>
      </w:r>
    </w:p>
    <w:p>
      <w:r>
        <w:t>But at night we cannot go; at night there is danger from the non-Jews, a dangerous place</w:t>
      </w:r>
    </w:p>
    <w:p>
      <w:r>
        <w:t>[At the Kotel]</w:t>
      </w:r>
    </w:p>
    <w:p>
      <w:r>
        <w:t>Yes, to go {{to the Kotel}}, it is a dangerous place</w:t>
      </w:r>
    </w:p>
    <w:p>
      <w:r>
        <w:t>[I did not go at night]</w:t>
      </w:r>
    </w:p>
    <w:p>
      <w:r>
        <w:t>Ah?</w:t>
      </w:r>
    </w:p>
    <w:p>
      <w:r>
        <w:t>[I did not go at night, not at night, not at night, in the afternoon]</w:t>
      </w:r>
    </w:p>
    <w:p>
      <w:r>
        <w:t>Yesterday</w:t>
      </w:r>
    </w:p>
    <w:p>
      <w:r>
        <w:t>[Yes]</w:t>
      </w:r>
    </w:p>
    <w:p>
      <w:r>
        <w:t>Good</w:t>
      </w:r>
    </w:p>
    <w:p>
      <w:r>
        <w:t>[I was also by Meir Yemini in Bnei Brak]</w:t>
      </w:r>
    </w:p>
    <w:p>
      <w:r>
        <w:t>Ah?</w:t>
      </w:r>
    </w:p>
    <w:p>
      <w:r>
        <w:t>[I was also in Bnei Brak, in Bnei Brak]</w:t>
      </w:r>
    </w:p>
    <w:p>
      <w:r>
        <w:t>What in Bnei Brak?</w:t>
      </w:r>
    </w:p>
    <w:p>
      <w:r>
        <w:t>[I was also in Bnei Brak by Meir Yemini, Meir Yemini, Meir Yemini]</w:t>
      </w:r>
    </w:p>
    <w:p>
      <w:r>
        <w:t>Nu</w:t>
      </w:r>
    </w:p>
    <w:p>
      <w:r>
        <w:t>[He conveyed..]</w:t>
      </w:r>
    </w:p>
    <w:p>
      <w:r>
        <w:t>{Meir Yemini….}</w:t>
      </w:r>
    </w:p>
    <w:p>
      <w:r>
        <w:t>[Yes, I was by him, I visited him]</w:t>
      </w:r>
    </w:p>
    <w:p>
      <w:r>
        <w:t>Ah</w:t>
      </w:r>
    </w:p>
    <w:p>
      <w:r>
        <w:t>[And we strengthened ourselves together, we strengthened ourselves]</w:t>
      </w:r>
    </w:p>
    <w:p>
      <w:r>
        <w:t>Yes</w:t>
      </w:r>
    </w:p>
    <w:p>
      <w:r>
        <w:t>[Yes, he sent you his regards, he also sent me a little charity for you</w:t>
      </w:r>
    </w:p>
    <w:p>
      <w:r>
        <w:t>He gave me charity to give you]</w:t>
      </w:r>
    </w:p>
    <w:p>
      <w:r>
        <w:t>What? Which, what is the time?</w:t>
      </w:r>
    </w:p>
    <w:p>
      <w:r>
        <w:t>[Now the time is four]</w:t>
      </w:r>
    </w:p>
    <w:p>
      <w:r>
        <w:t>Ah?</w:t>
      </w:r>
    </w:p>
    <w:p>
      <w:r>
        <w:t>[Four in the afternoon]</w:t>
      </w:r>
    </w:p>
    <w:p>
      <w:r>
        <w:t>{Four in the afternoon}…</w:t>
      </w:r>
    </w:p>
    <w:p>
      <w:r>
        <w:t>(25:33)</w:t>
      </w:r>
    </w:p>
    <w:p>
      <w:r>
        <w:t>...I cannot travel, I do not have, I do not have {a blanket ….}</w:t>
      </w:r>
    </w:p>
    <w:p>
      <w:r>
        <w:t>[Good]</w:t>
      </w:r>
    </w:p>
    <w:p>
      <w:r>
        <w:t>I am an old man</w:t>
      </w:r>
    </w:p>
    <w:p>
      <w:r>
        <w:t>[You, you, you, you are an elder of holiness of Rabbainu]</w:t>
      </w:r>
    </w:p>
    <w:p>
      <w:r>
        <w:t>Ah?</w:t>
      </w:r>
    </w:p>
    <w:p>
      <w:r>
        <w:t>[You are an elder of holiness of Rabbainu]</w:t>
      </w:r>
    </w:p>
    <w:p>
      <w:r>
        <w:t>I?</w:t>
      </w:r>
    </w:p>
    <w:p>
      <w:r>
        <w:t>[You are an elder of Rabbainu, an elder of Rabbainu, of Rabbainu “Na Nach Nachma Nachman MeUman”]</w:t>
      </w:r>
    </w:p>
    <w:p>
      <w:r>
        <w:t>Nu</w:t>
      </w:r>
    </w:p>
    <w:p>
      <w:r>
        <w:t>[That, that is not an elder, you are a special elder of Rabbainu, an elder and a suckling]</w:t>
      </w:r>
    </w:p>
    <w:p>
      <w:r>
        <w:t>{You were} by, by Daniel Eliyahu, is there a room there?</w:t>
      </w:r>
    </w:p>
    <w:p>
      <w:r>
        <w:t>[Do you want to come to me? Saba]</w:t>
      </w:r>
    </w:p>
    <w:p>
      <w:r>
        <w:t>Ah?</w:t>
      </w:r>
    </w:p>
    <w:p>
      <w:r>
        <w:t>[Do you want to come to me? You can come to me, I have a room</w:t>
      </w:r>
    </w:p>
    <w:p>
      <w:r>
        <w:t>Do you want to come to me, you can]</w:t>
      </w:r>
    </w:p>
    <w:p>
      <w:r>
        <w:t>You have</w:t>
      </w:r>
    </w:p>
    <w:p>
      <w:r>
        <w:t>[I have a room, yes]</w:t>
      </w:r>
    </w:p>
    <w:p>
      <w:r>
        <w:t>A room</w:t>
      </w:r>
    </w:p>
    <w:p>
      <w:r>
        <w:t>[Yes, a room and a bed, everything needed, if you want to come to me, it is possible]</w:t>
      </w:r>
    </w:p>
    <w:p>
      <w:r>
        <w:t>Good, {…} now..</w:t>
      </w:r>
    </w:p>
    <w:p>
      <w:r>
        <w:t>[Whenever you want]</w:t>
      </w:r>
    </w:p>
    <w:p>
      <w:r>
        <w:t>Night</w:t>
      </w:r>
    </w:p>
    <w:p>
      <w:r>
        <w:t>[Now it is afternoon, now it is afternoon]</w:t>
      </w:r>
    </w:p>
    <w:p>
      <w:r>
        <w:t>Afternoon</w:t>
      </w:r>
    </w:p>
    <w:p>
      <w:r>
        <w:t>[Yes, in the afternoon, the time is four, now it is four in the afternoon]</w:t>
      </w:r>
    </w:p>
    <w:p>
      <w:r>
        <w:t>Ah, I can go</w:t>
      </w:r>
    </w:p>
    <w:p>
      <w:r>
        <w:t>[To me?]</w:t>
      </w:r>
    </w:p>
    <w:p>
      <w:r>
        <w:t>To you</w:t>
      </w:r>
    </w:p>
    <w:p>
      <w:r>
        <w:t>[Yes, yes]</w:t>
      </w:r>
    </w:p>
    <w:p>
      <w:r>
        <w:t>And also Eliyahu</w:t>
      </w:r>
    </w:p>
    <w:p>
      <w:r>
        <w:t>[What.., however you want, Saba]</w:t>
      </w:r>
    </w:p>
    <w:p>
      <w:r>
        <w:t>Ah?</w:t>
      </w:r>
    </w:p>
    <w:p>
      <w:r>
        <w:t>[As you want]</w:t>
      </w:r>
    </w:p>
    <w:p>
      <w:r>
        <w:t>Good, we will go now</w:t>
      </w:r>
    </w:p>
    <w:p>
      <w:r>
        <w:t>[Good, you want now?]</w:t>
      </w:r>
    </w:p>
    <w:p>
      <w:r>
        <w:t>Ah?</w:t>
      </w:r>
    </w:p>
    <w:p>
      <w:r>
        <w:t>[Now? You want to go now? Now?]</w:t>
      </w:r>
    </w:p>
    <w:p>
      <w:r>
        <w:t>Now..</w:t>
      </w:r>
    </w:p>
    <w:p>
      <w:r>
        <w:t>[Good]</w:t>
      </w:r>
    </w:p>
    <w:p>
      <w:r>
        <w:t>{Yes}</w:t>
      </w:r>
    </w:p>
    <w:p>
      <w:r>
        <w:t>[We will go now, I live here in Tzfas, I live in Tzfas, it is close] Where do you live?</w:t>
      </w:r>
    </w:p>
    <w:p>
      <w:r>
        <w:t>[My house is close to here, close]</w:t>
      </w:r>
    </w:p>
    <w:p>
      <w:r>
        <w:t>It is close</w:t>
      </w:r>
    </w:p>
    <w:p>
      <w:r>
        <w:t>[Close, yes, it is not much time, it is possible to travel now, yes] Yes?</w:t>
      </w:r>
    </w:p>
    <w:p>
      <w:r>
        <w:t>[Yes]</w:t>
      </w:r>
    </w:p>
    <w:p>
      <w:r>
        <w:t>Now is it night, day?</w:t>
      </w:r>
    </w:p>
    <w:p>
      <w:r>
        <w:t>[Now it is afternoon, Saba]</w:t>
      </w:r>
    </w:p>
    <w:p>
      <w:r>
        <w:t>Now it is afternoon</w:t>
      </w:r>
    </w:p>
    <w:p>
      <w:r>
        <w:t>[Four in the afternoon]</w:t>
      </w:r>
    </w:p>
    <w:p>
      <w:r>
        <w:t>{It is} day</w:t>
      </w:r>
    </w:p>
    <w:p>
      <w:r>
        <w:t>[Yes, it is possible to travel]</w:t>
      </w:r>
    </w:p>
    <w:p>
      <w:r>
        <w:t>It is not danger, danger</w:t>
      </w:r>
    </w:p>
    <w:p>
      <w:r>
        <w:t>[No, not danger]</w:t>
      </w:r>
    </w:p>
    <w:p>
      <w:r>
        <w:t>{Nu}</w:t>
      </w:r>
    </w:p>
    <w:p>
      <w:r>
        <w:t>[Shall we travel?]</w:t>
      </w:r>
    </w:p>
    <w:p>
      <w:r>
        <w:t>{..}</w:t>
      </w:r>
    </w:p>
    <w:p>
      <w:r>
        <w:t>[Shall we go?]</w:t>
      </w:r>
    </w:p>
    <w:p>
      <w:r>
        <w:t>Go</w:t>
      </w:r>
    </w:p>
    <w:p>
      <w:r>
        <w:t>[Good]</w:t>
      </w:r>
    </w:p>
    <w:p>
      <w:r>
        <w:t>Take this</w:t>
      </w:r>
    </w:p>
    <w:p>
      <w:r>
        <w:t>[Yes?]</w:t>
      </w:r>
    </w:p>
    <w:p>
      <w:r>
        <w:t>So that we will have something with which to cover ourselves</w:t>
      </w:r>
    </w:p>
    <w:p>
      <w:r>
        <w:t>[I have blankets, I have]</w:t>
      </w:r>
    </w:p>
    <w:p>
      <w:r>
        <w:t>Ah?</w:t>
      </w:r>
    </w:p>
    <w:p>
      <w:r>
        <w:t>[I have a blanket at home]</w:t>
      </w:r>
    </w:p>
    <w:p>
      <w:r>
        <w:t>Yes</w:t>
      </w:r>
    </w:p>
    <w:p>
      <w:r>
        <w:t>[And a pillow, and a bed]</w:t>
      </w:r>
    </w:p>
    <w:p>
      <w:r>
        <w:t>Yes?</w:t>
      </w:r>
    </w:p>
    <w:p>
      <w:r>
        <w:t>[Everything is there, yes]</w:t>
      </w:r>
    </w:p>
    <w:p>
      <w:r>
        <w:t>Yes?</w:t>
      </w:r>
    </w:p>
    <w:p>
      <w:r>
        <w:t>[Yes, yes]</w:t>
      </w:r>
    </w:p>
    <w:p>
      <w:r>
        <w:t>Blessed is Hashem</w:t>
      </w:r>
    </w:p>
    <w:p>
      <w:r>
        <w:t>[……..]…</w:t>
      </w:r>
    </w:p>
    <w:p>
      <w:r>
        <w:t>...{There is} some young man in Yerushalayim, what is his name?</w:t>
      </w:r>
    </w:p>
    <w:p>
      <w:r>
        <w:t>[Daniel]</w:t>
      </w:r>
    </w:p>
    <w:p>
      <w:r>
        <w:t>How? What is his name?</w:t>
      </w:r>
    </w:p>
    <w:p>
      <w:r>
        <w:t>[Daniel?]</w:t>
      </w:r>
    </w:p>
    <w:p>
      <w:r>
        <w:t>Ah?</w:t>
      </w:r>
    </w:p>
    <w:p>
      <w:r>
        <w:t>[Daniel Eliyahu?]</w:t>
      </w:r>
    </w:p>
    <w:p>
      <w:r>
        <w:t>No</w:t>
      </w:r>
    </w:p>
    <w:p>
      <w:r>
        <w:t>[Who?]</w:t>
      </w:r>
    </w:p>
    <w:p>
      <w:r>
        <w:t>What is the young man’s name</w:t>
      </w:r>
    </w:p>
    <w:p>
      <w:r>
        <w:t>[In Yerushalayim? I do not know, Saba]</w:t>
      </w:r>
    </w:p>
    <w:p>
      <w:r>
        <w:t>You do not know?</w:t>
      </w:r>
    </w:p>
    <w:p>
      <w:r>
        <w:t>[Which young man?]</w:t>
      </w:r>
    </w:p>
    <w:p>
      <w:r>
        <w:t>[It is in the sign]</w:t>
      </w:r>
    </w:p>
    <w:p>
      <w:r>
        <w:t>He lives {...}, he has a room</w:t>
      </w:r>
    </w:p>
    <w:p>
      <w:r>
        <w:t>[In Yerushalayim?]</w:t>
      </w:r>
    </w:p>
    <w:p>
      <w:r>
        <w:t>In Tzfas</w:t>
      </w:r>
    </w:p>
    <w:p>
      <w:r>
        <w:t>[In Tzfas, Gideon the American? ..Yaakov?]</w:t>
      </w:r>
    </w:p>
    <w:p>
      <w:r>
        <w:t>Ah?</w:t>
      </w:r>
    </w:p>
    <w:p>
      <w:r>
        <w:t>[From Yerushalayim]</w:t>
      </w:r>
    </w:p>
    <w:p>
      <w:r>
        <w:t>No, Yaakov, there is Yaakov, and there is a young man from Yerushalayim</w:t>
      </w:r>
    </w:p>
    <w:p>
      <w:r>
        <w:t>[From Yerushalayim, who has a room in Tzfas?]</w:t>
      </w:r>
    </w:p>
    <w:p>
      <w:r>
        <w:t>[Yitzchak Juwai, perhaps?]</w:t>
      </w:r>
    </w:p>
    <w:p>
      <w:r>
        <w:t>[Ah, Yitzchak? Wait, wait, wait..]</w:t>
      </w:r>
    </w:p>
    <w:p>
      <w:r>
        <w:t>[…..]</w:t>
      </w:r>
    </w:p>
    <w:p>
      <w:r>
        <w:t>[Ah]</w:t>
      </w:r>
    </w:p>
    <w:p>
      <w:r>
        <w:t>[Tell him ambash]</w:t>
      </w:r>
    </w:p>
    <w:p>
      <w:r>
        <w:t>[Gideon?]</w:t>
      </w:r>
    </w:p>
    <w:p>
      <w:r>
        <w:t>Ah, {Gideon}</w:t>
      </w:r>
    </w:p>
    <w:p>
      <w:r>
        <w:t>[Gideon, Gideon G..]</w:t>
      </w:r>
    </w:p>
    <w:p>
      <w:r>
        <w:t>Ah?</w:t>
      </w:r>
    </w:p>
    <w:p>
      <w:r>
        <w:t>[Gideon?]</w:t>
      </w:r>
    </w:p>
    <w:p>
      <w:r>
        <w:t>Gideon, yes, yes</w:t>
      </w:r>
    </w:p>
    <w:p>
      <w:r>
        <w:t>[Gideon the American?]</w:t>
      </w:r>
    </w:p>
    <w:p>
      <w:r>
        <w:t>Ah, yes</w:t>
      </w:r>
    </w:p>
    <w:p>
      <w:r>
        <w:t>[Yes, here he is, here he is here, Saba, here he is]</w:t>
      </w:r>
    </w:p>
    <w:p>
      <w:r>
        <w:t>He, do you know him?</w:t>
      </w:r>
    </w:p>
    <w:p>
      <w:r>
        <w:t>[Yes, yes, I know him]</w:t>
      </w:r>
    </w:p>
    <w:p>
      <w:r>
        <w:t>{…..}</w:t>
      </w:r>
    </w:p>
    <w:p>
      <w:r>
        <w:t>[He is a good young man, he is a good young man, yes]</w:t>
      </w:r>
    </w:p>
    <w:p>
      <w:r>
        <w:t>Ah?</w:t>
      </w:r>
    </w:p>
    <w:p>
      <w:r>
        <w:t>[I think that he is a good young man, yes, I think he is a good young man]</w:t>
      </w:r>
    </w:p>
    <w:p>
      <w:r>
        <w:t>{He, you do not know why}, now I am going, {…..} also?</w:t>
      </w:r>
    </w:p>
    <w:p>
      <w:r>
        <w:t>[How..]</w:t>
      </w:r>
    </w:p>
    <w:p>
      <w:r>
        <w:t>No?</w:t>
      </w:r>
    </w:p>
    <w:p>
      <w:r>
        <w:t>[As you want, Saba]</w:t>
      </w:r>
    </w:p>
    <w:p>
      <w:r>
        <w:t>I do not know, I am only asking you</w:t>
      </w:r>
    </w:p>
    <w:p>
      <w:r>
        <w:t>[If you want him to come, he will come; if not, then not, as if you want</w:t>
      </w:r>
    </w:p>
    <w:p>
      <w:r>
        <w:t>As you want, that is what we will do]</w:t>
      </w:r>
    </w:p>
    <w:p>
      <w:r>
        <w:t>He studies {…} and is God-fearing</w:t>
      </w:r>
    </w:p>
    <w:p>
      <w:r>
        <w:t>[I think th.., I..]</w:t>
      </w:r>
    </w:p>
    <w:p>
      <w:r>
        <w:t>Ah?</w:t>
      </w:r>
    </w:p>
    <w:p>
      <w:r>
        <w:t>[I think so, Saba]</w:t>
      </w:r>
    </w:p>
    <w:p>
      <w:r>
        <w:t>{..}</w:t>
      </w:r>
    </w:p>
    <w:p>
      <w:r>
        <w:t>[Yes, he sells Rabbainu’s books all the time]</w:t>
      </w:r>
    </w:p>
    <w:p>
      <w:r>
        <w:t>Yes?</w:t>
      </w:r>
    </w:p>
    <w:p>
      <w:r>
        <w:t>[Yes]</w:t>
      </w:r>
    </w:p>
    <w:p>
      <w:r>
        <w:t>Yes?</w:t>
      </w:r>
    </w:p>
    <w:p>
      <w:r>
        <w:t>[Yes, he sits on the street in Tzfas, he has a table and a chair, and he sells Rabbainu’s books]</w:t>
      </w:r>
    </w:p>
    <w:p>
      <w:r>
        <w:t>Yes</w:t>
      </w:r>
    </w:p>
    <w:p>
      <w:r>
        <w:t>[Almost every day, every day you go, right?]</w:t>
      </w:r>
    </w:p>
    <w:p>
      <w:r>
        <w:t>[Almost]</w:t>
      </w:r>
    </w:p>
    <w:p>
      <w:r>
        <w:t>[Almost every day he sells Rabbainu’s books in Tzfas]</w:t>
      </w:r>
    </w:p>
    <w:p>
      <w:r>
        <w:t>Ah?</w:t>
      </w:r>
    </w:p>
    <w:p>
      <w:r>
        <w:t>[He sells Rabbainu’s books almost, almost every day, every day almost every day..]</w:t>
      </w:r>
    </w:p>
    <w:p>
      <w:r>
        <w:t>{Yes}</w:t>
      </w:r>
    </w:p>
    <w:p>
      <w:r>
        <w:t>[He goes to sell Rabbainu's books, he has a cart with books, and a table and a chair</w:t>
      </w:r>
    </w:p>
    <w:p>
      <w:r>
        <w:t>And he goes, and he sits in Tzfas, and sells Rabbainu's books]</w:t>
      </w:r>
    </w:p>
    <w:p>
      <w:r>
        <w:t>He, is he thinking of getting married?</w:t>
      </w:r>
    </w:p>
    <w:p>
      <w:r>
        <w:t>[Yes, certainly]</w:t>
      </w:r>
    </w:p>
    <w:p>
      <w:r>
        <w:t>Ah?</w:t>
      </w:r>
    </w:p>
    <w:p>
      <w:r>
        <w:t>[Surely, certainly he wants to get married, he certainly wants to, Saba</w:t>
      </w:r>
    </w:p>
    <w:p>
      <w:r>
        <w:t>He wants to, he wants to get married, yes]</w:t>
      </w:r>
    </w:p>
    <w:p>
      <w:r>
        <w:t>[Very much]</w:t>
      </w:r>
    </w:p>
    <w:p>
      <w:r>
        <w:t>He?</w:t>
      </w:r>
    </w:p>
    <w:p>
      <w:r>
        <w:t>[He wants to]</w:t>
      </w:r>
    </w:p>
    <w:p>
      <w:r>
        <w:t>Wants</w:t>
      </w:r>
    </w:p>
    <w:p>
      <w:r>
        <w:t>[Yes, he wants to]</w:t>
      </w:r>
    </w:p>
    <w:p>
      <w:r>
        <w:t>Get married</w:t>
      </w:r>
    </w:p>
    <w:p>
      <w:r>
        <w:t>[Yes, certainly, yes]</w:t>
      </w:r>
    </w:p>
    <w:p>
      <w:r>
        <w:t>I had a dream, that his father is sick</w:t>
      </w:r>
    </w:p>
    <w:p>
      <w:r>
        <w:t>[Yes? I told him, what you said, you had a dream, that his father is sick? Gideon's father] You know him</w:t>
      </w:r>
    </w:p>
    <w:p>
      <w:r>
        <w:t>[Yes, yes, I know Gideon]</w:t>
      </w:r>
    </w:p>
    <w:p>
      <w:r>
        <w:t>Ah, what?</w:t>
      </w:r>
    </w:p>
    <w:p>
      <w:r>
        <w:t>[I know Gideon, yes, yes]</w:t>
      </w:r>
    </w:p>
    <w:p>
      <w:r>
        <w:t>[What happened in the dream?]</w:t>
      </w:r>
    </w:p>
    <w:p>
      <w:r>
        <w:t>Ho</w:t>
      </w:r>
    </w:p>
    <w:p>
      <w:r>
        <w:t>[What happened in the dream?]</w:t>
      </w:r>
    </w:p>
    <w:p>
      <w:r>
        <w:t>I, you know, that I cannot walk</w:t>
      </w:r>
    </w:p>
    <w:p>
      <w:r>
        <w:t>[Yes, I know, Saba]</w:t>
      </w:r>
    </w:p>
    <w:p>
      <w:r>
        <w:t>Only that I have</w:t>
      </w:r>
    </w:p>
    <w:p>
      <w:r>
        <w:t>[A cart]</w:t>
      </w:r>
    </w:p>
    <w:p>
      <w:r>
        <w:t>A cart</w:t>
      </w:r>
    </w:p>
    <w:p>
      <w:r>
        <w:t>[We can take you in the cart]</w:t>
      </w:r>
    </w:p>
    <w:p>
      <w:r>
        <w:t>Ah?</w:t>
      </w:r>
    </w:p>
    <w:p>
      <w:r>
        <w:t>[We can]</w:t>
      </w:r>
    </w:p>
    <w:p>
      <w:r>
        <w:t>We will be able to go</w:t>
      </w:r>
    </w:p>
    <w:p>
      <w:r>
        <w:t>[Yes, yes]</w:t>
      </w:r>
    </w:p>
    <w:p>
      <w:r>
        <w:t>Now</w:t>
      </w:r>
    </w:p>
    <w:p>
      <w:r>
        <w:t>[Yes]</w:t>
      </w:r>
    </w:p>
    <w:p>
      <w:r>
        <w:t>But, no, not at night, now it is not, it is not night?</w:t>
      </w:r>
    </w:p>
    <w:p>
      <w:r>
        <w:t>[Now it is not night, now it is not night, Saba]</w:t>
      </w:r>
    </w:p>
    <w:p>
      <w:r>
        <w:t>Ah?</w:t>
      </w:r>
    </w:p>
    <w:p>
      <w:r>
        <w:t>[Now it is not night, now]</w:t>
      </w:r>
    </w:p>
    <w:p>
      <w:r>
        <w:t>Now it is</w:t>
      </w:r>
    </w:p>
    <w:p>
      <w:r>
        <w:t>[Now it is afternoon, four in the afternoon]</w:t>
      </w:r>
    </w:p>
    <w:p>
      <w:r>
        <w:t>Ah, ah</w:t>
      </w:r>
    </w:p>
    <w:p>
      <w:r>
        <w:t>[It is possible, only we first need to take the things to the car, all the things to the car so that you will not become tired, after we put the things on the car, then we will take you, good?] Ah?</w:t>
      </w:r>
    </w:p>
    <w:p>
      <w:r>
        <w:t>[First we will put all your things]</w:t>
      </w:r>
    </w:p>
    <w:p>
      <w:r>
        <w:t>We will go</w:t>
      </w:r>
    </w:p>
    <w:p>
      <w:r>
        <w:t>[Good, shall we go?]</w:t>
      </w:r>
    </w:p>
    <w:p>
      <w:r>
        <w:t>Yes</w:t>
      </w:r>
    </w:p>
    <w:p>
      <w:r>
        <w:t>[To me? To my house? Saba]</w:t>
      </w:r>
    </w:p>
    <w:p>
      <w:r>
        <w:t>{I received a great lesson}, I had surgery on my eyes, and..</w:t>
      </w:r>
    </w:p>
    <w:p>
      <w:r>
        <w:t>I, I cannot see with my eyes to study, to read and to study, I cannot see</w:t>
      </w:r>
    </w:p>
    <w:p>
      <w:r>
        <w:t>[..]</w:t>
      </w:r>
    </w:p>
    <w:p>
      <w:r>
        <w:t>I see only black and white...</w:t>
      </w:r>
    </w:p>
    <w:p>
      <w:r>
        <w:t>[Hashem Yisborach..]</w:t>
      </w:r>
    </w:p>
    <w:p>
      <w:r>
        <w:t>{..}</w:t>
      </w:r>
    </w:p>
    <w:p>
      <w:r>
        <w:t>[Will give you every]</w:t>
      </w:r>
    </w:p>
    <w:p>
      <w:r>
        <w:t>Ah?</w:t>
      </w:r>
    </w:p>
    <w:p>
      <w:r>
        <w:t>[Hashem Yisborach will give you every good thing, Saba, you belong to Rabbainu</w:t>
      </w:r>
    </w:p>
    <w:p>
      <w:r>
        <w:t>The holy Rabbainu is with you all the time, at every moment, Rabbainu]</w:t>
      </w:r>
    </w:p>
    <w:p>
      <w:r>
        <w:t>Shoyn, let us go, bring the cart</w:t>
      </w:r>
    </w:p>
    <w:p>
      <w:r>
        <w:t>[Good, but..]</w:t>
      </w:r>
    </w:p>
    <w:p>
      <w:r>
        <w:t>We will go in the cart</w:t>
      </w:r>
    </w:p>
    <w:p>
      <w:r>
        <w:t>[Good, Saba, perhaps we will first put the suitcase in the car, good?]</w:t>
      </w:r>
    </w:p>
    <w:p>
      <w:r>
        <w:t>Ah? Ah?</w:t>
      </w:r>
    </w:p>
    <w:p>
      <w:r>
        <w:t>[Your suitcase, and afterward we will put you in the cart, and take you to the car, good?</w:t>
      </w:r>
    </w:p>
    <w:p>
      <w:r>
        <w:t>First we will put the, the suitcase, so that you will not have suffering</w:t>
      </w:r>
    </w:p>
    <w:p>
      <w:r>
        <w:t>First of all we will take the cart and your things, and put them in the car]</w:t>
      </w:r>
    </w:p>
    <w:p>
      <w:r>
        <w:t>And also my car</w:t>
      </w:r>
    </w:p>
    <w:p>
      <w:r>
        <w:t>[Yes]</w:t>
      </w:r>
    </w:p>
    <w:p>
      <w:r>
        <w:t>The car of, that he gave me</w:t>
      </w:r>
    </w:p>
    <w:p>
      <w:r>
        <w:t>[Menachem]</w:t>
      </w:r>
    </w:p>
    <w:p>
      <w:r>
        <w:t>Menachem, yes</w:t>
      </w:r>
    </w:p>
    <w:p>
      <w:r>
        <w:t>[Yes, so now we are putting all your things in the car and afterward we will take you in the car to me, to my house, good?]</w:t>
      </w:r>
    </w:p>
    <w:p>
      <w:r>
        <w:t>Yes</w:t>
      </w:r>
    </w:p>
    <w:p>
      <w:r>
        <w:t>[Good]</w:t>
      </w:r>
    </w:p>
    <w:p>
      <w:r>
        <w:t>[………………..]</w:t>
      </w:r>
    </w:p>
    <w:p>
      <w:r>
        <w:t>[…………….….]…</w:t>
      </w:r>
    </w:p>
    <w:p>
      <w:r>
        <w:t>...[Gideo.., Gideon, Gideon, Gideon]</w:t>
      </w:r>
    </w:p>
    <w:p>
      <w:r>
        <w:t>{This is} the young man</w:t>
      </w:r>
    </w:p>
    <w:p>
      <w:r>
        <w:t>[Shimon?]</w:t>
      </w:r>
    </w:p>
    <w:p>
      <w:r>
        <w:t>Ah? {The young man}</w:t>
      </w:r>
    </w:p>
    <w:p>
      <w:r>
        <w:t>[Gideo, Gideon]</w:t>
      </w:r>
    </w:p>
    <w:p>
      <w:r>
        <w:t>Gideon</w:t>
      </w:r>
    </w:p>
    <w:p>
      <w:r>
        <w:t>[The American]</w:t>
      </w:r>
    </w:p>
    <w:p>
      <w:r>
        <w:t>The American, yes, Gideon</w:t>
      </w:r>
    </w:p>
    <w:p>
      <w:r>
        <w:t>[The American, yes]</w:t>
      </w:r>
    </w:p>
    <w:p>
      <w:r>
        <w:t>{Yo-ah}</w:t>
      </w:r>
    </w:p>
    <w:p>
      <w:r>
        <w:t>[……..]</w:t>
      </w:r>
    </w:p>
    <w:p>
      <w:r>
        <w:t>{…..}</w:t>
      </w:r>
    </w:p>
    <w:p>
      <w:r>
        <w:t>[Ah.. ah.. ah.. ah.. ah.. ah..]…</w:t>
      </w:r>
    </w:p>
    <w:p>
      <w:r>
        <w:t>...Fire, fire, fire</w:t>
      </w:r>
    </w:p>
    <w:p>
      <w:r>
        <w:t>[……..….]</w:t>
      </w:r>
    </w:p>
    <w:p>
      <w:r>
        <w:t>[………...]</w:t>
      </w:r>
    </w:p>
    <w:p>
      <w:r>
        <w:t>Fire</w:t>
      </w:r>
    </w:p>
    <w:p>
      <w:r>
        <w:t>[………………………………...]</w:t>
      </w:r>
    </w:p>
    <w:p>
      <w:r>
        <w:t>[……………………………]</w:t>
      </w:r>
    </w:p>
    <w:p>
      <w:r>
        <w:t>Ah..</w:t>
      </w:r>
    </w:p>
    <w:p>
      <w:r>
        <w:t>[…………………….…...…….] […………………………….….] [………………………………..]…</w:t>
      </w:r>
    </w:p>
    <w:p>
      <w:r>
        <w:t>...[It was in the forest, in the forest the children played]</w:t>
      </w:r>
    </w:p>
    <w:p>
      <w:r>
        <w:t>Ah, ah</w:t>
      </w:r>
    </w:p>
    <w:p>
      <w:r>
        <w:t>[And made a fire]</w:t>
      </w:r>
    </w:p>
    <w:p>
      <w:r>
        <w:t>Ah</w:t>
      </w:r>
    </w:p>
    <w:p>
      <w:r>
        <w:t>[And it grew and grew]</w:t>
      </w:r>
    </w:p>
    <w:p>
      <w:r>
        <w:t>Ah, ah</w:t>
      </w:r>
    </w:p>
    <w:p>
      <w:r>
        <w:t>[Yes.. I had a miracle, I had a miracle, a great miracle, nothing happened to the tent</w:t>
      </w:r>
    </w:p>
    <w:p>
      <w:r>
        <w:t>There was fire all around, and nothing happened to the tent, and my books, the holy books, nothing happened</w:t>
      </w:r>
    </w:p>
    <w:p>
      <w:r>
        <w:t>There were "Likutay Moharan" and "Likutay Halachos," and "Likutay Tefillos" and Gemara, and all the books</w:t>
      </w:r>
    </w:p>
    <w:p>
      <w:r>
        <w:t>Nothing happened to the books and not to the tent, nothing, and everything all around was fire, it was a great miracle]</w:t>
      </w:r>
    </w:p>
    <w:p>
      <w:r>
        <w:t>Nu, are we going?</w:t>
      </w:r>
    </w:p>
    <w:p>
      <w:r>
        <w:t>[Yes, we are only arranging the things in the car, Saba</w:t>
      </w:r>
    </w:p>
    <w:p>
      <w:r>
        <w:t>Arranging the things on the car, and we are going]</w:t>
      </w:r>
    </w:p>
    <w:p>
      <w:r>
        <w:t>Is there perhaps a spring to immerse in? No?</w:t>
      </w:r>
    </w:p>
    <w:p>
      <w:r>
        <w:t>[A spring to immerse in? There is, there is the mikveh of..]</w:t>
      </w:r>
    </w:p>
    <w:p>
      <w:r>
        <w:t>Water to immerse in</w:t>
      </w:r>
    </w:p>
    <w:p>
      <w:r>
        <w:t>[The Arizal's mikveh]</w:t>
      </w:r>
    </w:p>
    <w:p>
      <w:r>
        <w:t>Ah?</w:t>
      </w:r>
    </w:p>
    <w:p>
      <w:r>
        <w:t>[There is the holy Arizal's mikveh]</w:t>
      </w:r>
    </w:p>
    <w:p>
      <w:r>
        <w:t>Ah, ah</w:t>
      </w:r>
    </w:p>
    <w:p>
      <w:r>
        <w:t>[In Tzfas]</w:t>
      </w:r>
    </w:p>
    <w:p>
      <w:r>
        <w:t>Ah, ah</w:t>
      </w:r>
    </w:p>
    <w:p>
      <w:r>
        <w:t>[It is water, it is a good spring]</w:t>
      </w:r>
    </w:p>
    <w:p>
      <w:r>
        <w:t>Open, always open</w:t>
      </w:r>
    </w:p>
    <w:p>
      <w:r>
        <w:t>[Always, yes, yes, I need to go, I, I have not yet immersed today, I did not manage today to immerse, eh..</w:t>
      </w:r>
    </w:p>
    <w:p>
      <w:r>
        <w:t>The Baal Davar, the Baal Davar, the Baal Davar, the Baal Davar, he..]</w:t>
      </w:r>
    </w:p>
    <w:p>
      <w:r>
        <w:t>{What?}</w:t>
      </w:r>
    </w:p>
    <w:p>
      <w:r>
        <w:t>[The Baal Davar, the Baal Davar]</w:t>
      </w:r>
    </w:p>
    <w:p>
      <w:r>
        <w:t>The Baal Davar</w:t>
      </w:r>
    </w:p>
    <w:p>
      <w:r>
        <w:t>[He hates me very much, he has hatred, he has great hatred toward me]</w:t>
      </w:r>
    </w:p>
    <w:p>
      <w:r>
        <w:t>Yes</w:t>
      </w:r>
    </w:p>
    <w:p>
      <w:r>
        <w:t>[Yes]</w:t>
      </w:r>
    </w:p>
    <w:p>
      <w:r>
        <w:t>Nu, that is very good</w:t>
      </w:r>
    </w:p>
    <w:p>
      <w:r>
        <w:t>[Yes]</w:t>
      </w:r>
    </w:p>
    <w:p>
      <w:r>
        <w:t>To make precious vessels, yes</w:t>
      </w:r>
    </w:p>
    <w:p>
      <w:r>
        <w:t>[It is very good to make precious vessels]</w:t>
      </w:r>
    </w:p>
    <w:p>
      <w:r>
        <w:t>[………….]</w:t>
      </w:r>
    </w:p>
    <w:p>
      <w:r>
        <w:t>[………]</w:t>
      </w:r>
    </w:p>
    <w:p>
      <w:r>
        <w:t>The Baal Davar makes vessels {{with the illness}}, makes vessels</w:t>
      </w:r>
    </w:p>
    <w:p>
      <w:r>
        <w:t>[The holy Rabbainu makes vessels from controversy]</w:t>
      </w:r>
    </w:p>
    <w:p>
      <w:r>
        <w:t>[……….]</w:t>
      </w:r>
    </w:p>
    <w:p>
      <w:r>
        <w:t>[Yes]</w:t>
      </w:r>
    </w:p>
    <w:p>
      <w:r>
        <w:t>[I have joy]</w:t>
      </w:r>
    </w:p>
    <w:p>
      <w:r>
        <w:t>The holy Rabbainu said:</w:t>
      </w:r>
    </w:p>
    <w:p>
      <w:r>
        <w:t>[…………...…………………][...……………………………]Stones and.. and lime[And lime]And I will build[………….][………….][We longed for you to come to us..][…………….][…………….][…………...…………………][...……………………………]Stones and.. and lime[And lime]And I will build[………….][………….][We longed for you to come to us..][…………….][…………….]"You, {…} you, you will give me wood and stones, and I will make buildings and wonders"</w:t>
      </w:r>
    </w:p>
    <w:p>
      <w:r>
        <w:t>[…………...…………………]</w:t>
      </w:r>
    </w:p>
    <w:p>
      <w:r>
        <w:t>[...……………………………]</w:t>
      </w:r>
    </w:p>
    <w:p>
      <w:r>
        <w:t>Stones and.. and lime</w:t>
      </w:r>
    </w:p>
    <w:p>
      <w:r>
        <w:t>[And lime]</w:t>
      </w:r>
    </w:p>
    <w:p>
      <w:r>
        <w:t>And I will build</w:t>
      </w:r>
    </w:p>
    <w:p>
      <w:r>
        <w:t>[………….]</w:t>
      </w:r>
    </w:p>
    <w:p>
      <w:r>
        <w:t>[………….]</w:t>
      </w:r>
    </w:p>
    <w:p>
      <w:r>
        <w:t>[We longed for you to come to us..]</w:t>
      </w:r>
    </w:p>
    <w:p>
      <w:r>
        <w:t>[…………….]</w:t>
      </w:r>
    </w:p>
    <w:p>
      <w:r>
        <w:t>[…………….]</w:t>
      </w:r>
    </w:p>
    <w:p>
      <w:r>
        <w:t>[…………...…………………]</w:t>
      </w:r>
    </w:p>
    <w:p>
      <w:r>
        <w:t>[...……………………………]</w:t>
      </w:r>
    </w:p>
    <w:p>
      <w:r>
        <w:t>Stones and.. and lime</w:t>
      </w:r>
    </w:p>
    <w:p>
      <w:r>
        <w:t>[And lime]</w:t>
      </w:r>
    </w:p>
    <w:p>
      <w:r>
        <w:t>And I will build</w:t>
      </w:r>
    </w:p>
    <w:p>
      <w:r>
        <w:t>[………….]</w:t>
      </w:r>
    </w:p>
    <w:p>
      <w:r>
        <w:t>[………….]</w:t>
      </w:r>
    </w:p>
    <w:p>
      <w:r>
        <w:t>[We longed for you to come to us..]</w:t>
      </w:r>
    </w:p>
    <w:p>
      <w:r>
        <w:t>[…………….]</w:t>
      </w:r>
    </w:p>
    <w:p>
      <w:r>
        <w:t>[…………….]</w:t>
      </w:r>
    </w:p>
    <w:p>
      <w:r>
        <w:t>[Saba, Saba, we can already go, can go, we can already travel</w:t>
      </w:r>
    </w:p>
    <w:p>
      <w:r>
        <w:t>The things are already in the car, yes, do you want to travel already?]</w:t>
      </w:r>
    </w:p>
    <w:p>
      <w:r>
        <w:t>[…………………………………...………]</w:t>
      </w:r>
    </w:p>
    <w:p>
      <w:r>
        <w:t>[…………………………………...……...]</w:t>
      </w:r>
    </w:p>
    <w:p>
      <w:r>
        <w:t>[Saba, give us a blessing, this is Uri, Saba]</w:t>
      </w:r>
    </w:p>
    <w:p>
      <w:r>
        <w:t>You are also here?</w:t>
      </w:r>
    </w:p>
    <w:p>
      <w:r>
        <w:t>[I am here]</w:t>
      </w:r>
    </w:p>
    <w:p>
      <w:r>
        <w:t>Who are you?</w:t>
      </w:r>
    </w:p>
    <w:p>
      <w:r>
        <w:t>[I live here, I am Uri, Saba, we live here in Meron]</w:t>
      </w:r>
    </w:p>
    <w:p>
      <w:r>
        <w:t>Ah, ah, what is your name?</w:t>
      </w:r>
    </w:p>
    <w:p>
      <w:r>
        <w:t>[Uri]</w:t>
      </w:r>
    </w:p>
    <w:p>
      <w:r>
        <w:t>Uri, Uri</w:t>
      </w:r>
    </w:p>
    <w:p>
      <w:r>
        <w:t>[Yes]</w:t>
      </w:r>
    </w:p>
    <w:p>
      <w:r>
        <w:t>You are also here?</w:t>
      </w:r>
    </w:p>
    <w:p>
      <w:r>
        <w:t>[I live here, Saba, yes, Saba, bless us, that we should have strength to fight with the wicked, Saba] You are a driver, you know driving?</w:t>
      </w:r>
    </w:p>
    <w:p>
      <w:r>
        <w:t>[Yes]</w:t>
      </w:r>
    </w:p>
    <w:p>
      <w:r>
        <w:t>He also {knows}</w:t>
      </w:r>
    </w:p>
    <w:p>
      <w:r>
        <w:t>[Gideon, Gideon the American is taking you</w:t>
      </w:r>
    </w:p>
    <w:p>
      <w:r>
        <w:t>Gideon the American is your driver now, he will take you to Tzfas]</w:t>
      </w:r>
    </w:p>
    <w:p>
      <w:r>
        <w:t>Yes, and you?</w:t>
      </w:r>
    </w:p>
    <w:p>
      <w:r>
        <w:t>[I am staying in Meron, this is the house here, Saba, I live here]</w:t>
      </w:r>
    </w:p>
    <w:p>
      <w:r>
        <w:t>Ah?</w:t>
      </w:r>
    </w:p>
    <w:p>
      <w:r>
        <w:t>[I live here in Meron]</w:t>
      </w:r>
    </w:p>
    <w:p>
      <w:r>
        <w:t>You live in Meron</w:t>
      </w:r>
    </w:p>
    <w:p>
      <w:r>
        <w:t>[Yes, Saba..]</w:t>
      </w:r>
    </w:p>
    <w:p>
      <w:r>
        <w:t>With the family</w:t>
      </w:r>
    </w:p>
    <w:p>
      <w:r>
        <w:t>[Yes, bless u..]</w:t>
      </w:r>
    </w:p>
    <w:p>
      <w:r>
        <w:t>Do you have an apartment in Meron?</w:t>
      </w:r>
    </w:p>
    <w:p>
      <w:r>
        <w:t>[Yes]</w:t>
      </w:r>
    </w:p>
    <w:p>
      <w:r>
        <w:t>And also an apartment</w:t>
      </w:r>
    </w:p>
    <w:p>
      <w:r>
        <w:t>[..]</w:t>
      </w:r>
    </w:p>
    <w:p>
      <w:r>
        <w:t>{There also is the..} the "Hachnasas Orchim"</w:t>
      </w:r>
    </w:p>
    <w:p>
      <w:r>
        <w:t>[Yes]</w:t>
      </w:r>
    </w:p>
    <w:p>
      <w:r>
        <w:t>Ah?</w:t>
      </w:r>
    </w:p>
    <w:p>
      <w:r>
        <w:t>[This is your apartment here, yes]</w:t>
      </w:r>
    </w:p>
    <w:p>
      <w:r>
        <w:t>Two apartments</w:t>
      </w:r>
    </w:p>
    <w:p>
      <w:r>
        <w:t>[Yes, one is yours also]</w:t>
      </w:r>
    </w:p>
    <w:p>
      <w:r>
        <w:t>Yes?</w:t>
      </w:r>
    </w:p>
    <w:p>
      <w:r>
        <w:t>[Yes]</w:t>
      </w:r>
    </w:p>
    <w:p>
      <w:r>
        <w:t>Baruch Hashem</w:t>
      </w:r>
    </w:p>
    <w:p>
      <w:r>
        <w:t>[Saba, bless us that we should have strength to fight with the wicked at Rashbi, the wicked who make trouble with the wicked at Rashbi who make trouble for us, bless us, that we should have strength to fight with them] Ah?</w:t>
      </w:r>
    </w:p>
    <w:p>
      <w:r>
        <w:t>[There are wicked people in Meron]</w:t>
      </w:r>
    </w:p>
    <w:p>
      <w:r>
        <w:t>{Eh?}</w:t>
      </w:r>
    </w:p>
    <w:p>
      <w:r>
        <w:t>[By Rebbe Shimon bar Yochai there are wicked people]</w:t>
      </w:r>
    </w:p>
    <w:p>
      <w:r>
        <w:t>Wicked people, yes</w:t>
      </w:r>
    </w:p>
    <w:p>
      <w:r>
        <w:t>{Yes}{yes}[So Uri asks that you bless him, that he should have strength to fight with the wicked people]</w:t>
      </w:r>
    </w:p>
    <w:p>
      <w:r>
        <w:t>{Yes}</w:t>
      </w:r>
    </w:p>
    <w:p>
      <w:r>
        <w:t>{Yes}</w:t>
      </w:r>
    </w:p>
    <w:p>
      <w:r>
        <w:t>[That he should have strength]</w:t>
      </w:r>
    </w:p>
    <w:p>
      <w:r>
        <w:t>You don't have a car?</w:t>
      </w:r>
    </w:p>
    <w:p>
      <w:r>
        <w:t>[You have a car, Saba, you have]</w:t>
      </w:r>
    </w:p>
    <w:p>
      <w:r>
        <w:t>Eh?</w:t>
      </w:r>
    </w:p>
    <w:p>
      <w:r>
        <w:t>Yesyes[You have a car]</w:t>
      </w:r>
    </w:p>
    <w:p>
      <w:r>
        <w:t>Yes</w:t>
      </w:r>
    </w:p>
    <w:p>
      <w:r>
        <w:t>Yes</w:t>
      </w:r>
    </w:p>
    <w:p>
      <w:r>
        <w:t>[Yes]</w:t>
      </w:r>
    </w:p>
    <w:p>
      <w:r>
        <w:t>But you don't have</w:t>
      </w:r>
    </w:p>
    <w:p>
      <w:r>
        <w:t>[No]</w:t>
      </w:r>
    </w:p>
    <w:p>
      <w:r>
        <w:t>Baruch Hashem, I have [baruch Hashem]…</w:t>
      </w:r>
    </w:p>
    <w:p>
      <w:pPr>
        <w:pStyle w:val="Heading2"/>
      </w:pPr>
      <w:r>
        <w:t>Side B (Bais)</w:t>
      </w:r>
    </w:p>
    <w:p>
      <w:r>
        <w:t>...[{Signs} of the redemption, that is what the journalist said]</w:t>
      </w:r>
    </w:p>
    <w:p>
      <w:r>
        <w:t>{Yes}</w:t>
      </w:r>
    </w:p>
    <w:p>
      <w:r>
        <w:t>[This is a great thing, we will be able to travel throughout the whole world for free, and you will have a private airplane</w:t>
      </w:r>
    </w:p>
    <w:p>
      <w:r>
        <w:t>Everyone will want to see the Baal HaPetek, "Where is the Baal HaPetek?”</w:t>
      </w:r>
    </w:p>
    <w:p>
      <w:r>
        <w:t>There will be, they will make rotations, rotations, you will travel one time to this country, to this country, every day you will be in a different country</w:t>
      </w:r>
    </w:p>
    <w:p>
      <w:r>
        <w:t>One time in England, one time in America, one time in France, "The Baal HaPetek has arrived, great honor must be shown”]</w:t>
      </w:r>
    </w:p>
    <w:p>
      <w:r>
        <w:t>(Saba laughs)</w:t>
      </w:r>
    </w:p>
    <w:p>
      <w:r>
        <w:t>[They will make a red carpet, a red carpet they will make in every place, "The Baal HaPetek has arrived"</w:t>
      </w:r>
    </w:p>
    <w:p>
      <w:r>
        <w:t>Today there is.., Saba, today there is a satellite, a satellite, in one moment it can photograph the whole world</w:t>
      </w:r>
    </w:p>
    <w:p>
      <w:r>
        <w:t>…[..……………………………………………</w:t>
      </w:r>
    </w:p>
    <w:p>
      <w:r>
        <w:t>…[.………………]...</w:t>
      </w:r>
    </w:p>
    <w:p>
      <w:r>
        <w:t>...[...There will be a great commotion in all, in the whole government, there will be a great revolution in the Knesset]</w:t>
      </w:r>
    </w:p>
    <w:p>
      <w:r>
        <w:t>They will come to me to see me</w:t>
      </w:r>
    </w:p>
    <w:p>
      <w:r>
        <w:t>[There will be a great commotion, "Where is the Baal HaPetek?” The entire Knesset will come to see him..</w:t>
      </w:r>
    </w:p>
    <w:p>
      <w:r>
        <w:t>Today there is television that can photograph the whole world in one moment]</w:t>
      </w:r>
    </w:p>
    <w:p>
      <w:r>
        <w:t>Yes?</w:t>
      </w:r>
    </w:p>
    <w:p>
      <w:r>
        <w:t>[Yes, a satellite, you are in Meron, they see you in England, they see you in America</w:t>
      </w:r>
    </w:p>
    <w:p>
      <w:r>
        <w:t>They see you in China, throughout the whole world]</w:t>
      </w:r>
    </w:p>
    <w:p>
      <w:r>
        <w:t>Yes</w:t>
      </w:r>
    </w:p>
    <w:p>
      <w:r>
        <w:t>[In one moment]</w:t>
      </w:r>
    </w:p>
    <w:p>
      <w:r>
        <w:t>Yes?</w:t>
      </w:r>
    </w:p>
    <w:p>
      <w:r>
        <w:t>[Yes]</w:t>
      </w:r>
    </w:p>
    <w:p>
      <w:r>
        <w:t>[In one moment they see you throughout the whole world, there is no need to travel throughout the whole world</w:t>
      </w:r>
    </w:p>
    <w:p>
      <w:r>
        <w:t>You sit in Eretz Yisroel, and the whole world sees you, yes, this, this is a new television</w:t>
      </w:r>
    </w:p>
    <w:p>
      <w:r>
        <w:t>It can see the whole world</w:t>
      </w:r>
    </w:p>
    <w:p>
      <w:r>
        <w:t>[…………..]</w:t>
      </w:r>
    </w:p>
    <w:p>
      <w:r>
        <w:t>[……….….]</w:t>
      </w:r>
    </w:p>
    <w:p>
      <w:r>
        <w:t>[Rebbe Shimon bar Yochai has great delights from the Petek, Rebbe Shimon bar Yochai said</w:t>
      </w:r>
    </w:p>
    <w:p>
      <w:r>
        <w:t>Rebbe Shimon bar Yochai arose and said: "Saba, Saba", "Saba, Saba"</w:t>
      </w:r>
    </w:p>
    <w:p>
      <w:r>
        <w:t>The Holy One, blessed is He, revealed Himself inside the Petek, and..</w:t>
      </w:r>
    </w:p>
    <w:p>
      <w:r>
        <w:t>There will be a great commotion, "Saba, Saba", Rebbe Shimon bar Yochai arose and said]</w:t>
      </w:r>
    </w:p>
    <w:p>
      <w:r>
        <w:t>[Saba and the friends sing: "Na Na Nach Nachma Nachman MeUman.."]</w:t>
      </w:r>
    </w:p>
    <w:p>
      <w:r>
        <w:t>[Saba, you will have an escort throughout the whole world, you will have a senior policeman, he will escort you throughout the whole world]</w:t>
      </w:r>
    </w:p>
    <w:p>
      <w:r>
        <w:t>Yes</w:t>
      </w:r>
    </w:p>
    <w:p>
      <w:r>
        <w:t>[The officer said to you: "Give the Petek", I..]</w:t>
      </w:r>
    </w:p>
    <w:p>
      <w:r>
        <w:t>The Petek is with Tzipora</w:t>
      </w:r>
    </w:p>
    <w:p>
      <w:r>
        <w:t>[You will have policemen, they will all guard you]</w:t>
      </w:r>
    </w:p>
    <w:p>
      <w:r>
        <w:t>Yes?</w:t>
      </w:r>
    </w:p>
    <w:p>
      <w:r>
        <w:t>[Yes, you will have great protection, the policeman will not come anymore..</w:t>
      </w:r>
    </w:p>
    <w:p>
      <w:r>
        <w:t>He came fifteen years ago, fifteen years ago he came, now he no longer comes anymore</w:t>
      </w:r>
    </w:p>
    <w:p>
      <w:r>
        <w:t>Rebbe Yisroel (Kardonner) said to you: "The time of the redemption is very near"</w:t>
      </w:r>
    </w:p>
    <w:p>
      <w:r>
        <w:t>He sent, Rebbe Yisroel (Kardonner) sent the officer home, said to him: "Go home"]</w:t>
      </w:r>
    </w:p>
    <w:p>
      <w:r>
        <w:t>{..}</w:t>
      </w:r>
    </w:p>
    <w:p>
      <w:r>
        <w:t>[He said to him: "The time of the redemption is very near"</w:t>
      </w:r>
    </w:p>
    <w:p>
      <w:r>
        <w:t>There will be a great commotion throughout the whole world..</w:t>
      </w:r>
    </w:p>
    <w:p>
      <w:r>
        <w:t>The whole world will come to photograph, they will donate much money]</w:t>
      </w:r>
    </w:p>
    <w:p>
      <w:r>
        <w:t>Yes</w:t>
      </w:r>
    </w:p>
    <w:p>
      <w:r>
        <w:t>[Just to see the Petek]</w:t>
      </w:r>
    </w:p>
    <w:p>
      <w:r>
        <w:t>{Yes}</w:t>
      </w:r>
    </w:p>
    <w:p>
      <w:r>
        <w:t>[They will want to pay millions]</w:t>
      </w:r>
    </w:p>
    <w:p>
      <w:r>
        <w:t>Yes?</w:t>
      </w:r>
    </w:p>
    <w:p>
      <w:r>
        <w:t>[Where is the Petek? Just to see the Petek..</w:t>
      </w:r>
    </w:p>
    <w:p>
      <w:r>
        <w:t>[There will be a great commotion, the Petek is already two hundred years old</w:t>
      </w:r>
    </w:p>
    <w:p>
      <w:r>
        <w:t>There will be a great commotion, the Petek is two hundred years old already]</w:t>
      </w:r>
    </w:p>
    <w:p>
      <w:r>
        <w:t>It is with Tzipora, yes, I have nothing, only with Tzipora</w:t>
      </w:r>
    </w:p>
    <w:p>
      <w:r>
        <w:t>[Saba, I want to go with the Petek, with you throughout the whole world to travel with it, it is good</w:t>
      </w:r>
    </w:p>
    <w:p>
      <w:r>
        <w:t>There will be a great commotion, you will have great honor, all the ministers and all the prime ministers, everyone will come to see the Petek they need to travel in every place..</w:t>
      </w:r>
    </w:p>
    <w:p>
      <w:r>
        <w:t>[They will say, that they sent you a letter from Rebbe Nachman of Breslov from "Na Na Nach Nachma Nachman MeUman" "Na Na Nach Nachma Nachman MeUman.."]</w:t>
      </w:r>
    </w:p>
    <w:p>
      <w:r>
        <w:t>Give me a little cream</w:t>
      </w:r>
    </w:p>
    <w:p>
      <w:r>
        <w:t>[Cream]</w:t>
      </w:r>
    </w:p>
    <w:p>
      <w:r>
        <w:t>[…………..]</w:t>
      </w:r>
    </w:p>
    <w:p>
      <w:r>
        <w:t>[…………..]…</w:t>
      </w:r>
    </w:p>
    <w:p>
      <w:r>
        <w:t>...[The things, the things]</w:t>
      </w:r>
    </w:p>
    <w:p>
      <w:r>
        <w:t>Eh?</w:t>
      </w:r>
    </w:p>
    <w:p>
      <w:r>
        <w:t>[All the things, the suitcases]</w:t>
      </w:r>
    </w:p>
    <w:p>
      <w:r>
        <w:t>Eh</w:t>
      </w:r>
    </w:p>
    <w:p>
      <w:r>
        <w:t>[All the things]</w:t>
      </w:r>
    </w:p>
    <w:p>
      <w:r>
        <w:t>Nu</w:t>
      </w:r>
    </w:p>
    <w:p>
      <w:r>
        <w:t>[Shall we travel?]</w:t>
      </w:r>
    </w:p>
    <w:p>
      <w:r>
        <w:t>{That they should not come and take it}</w:t>
      </w:r>
    </w:p>
    <w:p>
      <w:r>
        <w:t>[No, we need to travel to my house, Saba, to Tzfas]</w:t>
      </w:r>
    </w:p>
    <w:p>
      <w:r>
        <w:t>{The things}</w:t>
      </w:r>
    </w:p>
    <w:p>
      <w:r>
        <w:t>[It is on the car, inside the car]</w:t>
      </w:r>
    </w:p>
    <w:p>
      <w:r>
        <w:t>[…………..….……..]</w:t>
      </w:r>
    </w:p>
    <w:p>
      <w:r>
        <w:t>[……………..………]…</w:t>
      </w:r>
    </w:p>
    <w:p>
      <w:r>
        <w:t>...[Saba and the friends sing: "Na Na Nach Nachma Nachman MeUman.."]</w:t>
      </w:r>
    </w:p>
    <w:p>
      <w:r>
        <w:t>[Saba, there is some friend here, whose father is a big director in Bnei Brak, and he learns in my yeshiva</w:t>
      </w:r>
    </w:p>
    <w:p>
      <w:r>
        <w:t>And all day this young man says "Na Na Nach Nachma Nachman MeUman.."]</w:t>
      </w:r>
    </w:p>
    <w:p>
      <w:r>
        <w:t>Yes?</w:t>
      </w:r>
    </w:p>
    <w:p>
      <w:r>
        <w:t>[Yes, his name is Avraham, Avraham, Avraham ben Chaya, Avraham ben Chaya]</w:t>
      </w:r>
    </w:p>
    <w:p>
      <w:r>
        <w:t>Avraham ben Chaya?</w:t>
      </w:r>
    </w:p>
    <w:p>
      <w:r>
        <w:t>[Yes, bless him, that he should merit to be "a true Breslover Chassid”, bless him, Saba</w:t>
      </w:r>
    </w:p>
    <w:p>
      <w:r>
        <w:t>He learns in my yeshiva, and his father is a big director of the institutions of "Yad Ezra" in Bnei Brak</w:t>
      </w:r>
    </w:p>
    <w:p>
      <w:r>
        <w:t>He learns in the yeshiva, and all the time says "Na Na Nach"]</w:t>
      </w:r>
    </w:p>
    <w:p>
      <w:r>
        <w:t>{Yes} they can awaken the whole world to television, no?</w:t>
      </w:r>
    </w:p>
    <w:p>
      <w:r>
        <w:t>[Yes.. yes it is possible, there is a satellite, I told you, there is a satellite, satellite, satellite, this is a new television, satellite</w:t>
      </w:r>
    </w:p>
    <w:p>
      <w:r>
        <w:t>It photographs for the whole world all at once, with a satellite, together, in America, in Russia, in France, all at once it can bring the whole world down to television]</w:t>
      </w:r>
    </w:p>
    <w:p>
      <w:r>
        <w:t>Yes?</w:t>
      </w:r>
    </w:p>
    <w:p>
      <w:r>
        <w:t>[In one moment..</w:t>
      </w:r>
    </w:p>
    <w:p>
      <w:r>
        <w:t>He has a great yearning to draw close to Rabbainu, he does not listen, not to his father, not to anyone</w:t>
      </w:r>
    </w:p>
    <w:p>
      <w:r>
        <w:t>Not to the mashgiach, not to anyone, only to Rabbainu, he wants to listen only to Rabbainu</w:t>
      </w:r>
    </w:p>
    <w:p>
      <w:r>
        <w:t>It is very difficult, a novelty, such young men, such innocent ones</w:t>
      </w:r>
    </w:p>
    <w:p>
      <w:r>
        <w:t>They do not want to listen, not to their father, not to their mother, only to Rabbainu, Avraham ben Chaya is his name</w:t>
      </w:r>
    </w:p>
    <w:p>
      <w:r>
        <w:t>Avraham ben Chaya, bless him, that he should merit a good match, a good match in its proper time and season]</w:t>
      </w:r>
    </w:p>
    <w:p>
      <w:r>
        <w:t>Reb Chaim, Chaim, {do you want …...}</w:t>
      </w:r>
    </w:p>
    <w:p>
      <w:r>
        <w:t>[Ah, Reb Chaim, perhaps, perhaps he will come with you, he is a rosh yeshiva in Tzfas</w:t>
      </w:r>
    </w:p>
    <w:p>
      <w:r>
        <w:t>By Koenig, he is a rosh yeshiva, perhaps he will come with you]</w:t>
      </w:r>
    </w:p>
    <w:p>
      <w:r>
        <w:t>[………]</w:t>
      </w:r>
    </w:p>
    <w:p>
      <w:r>
        <w:t>[……]</w:t>
      </w:r>
    </w:p>
    <w:p>
      <w:r>
        <w:t>Does he have a car?</w:t>
      </w:r>
    </w:p>
    <w:p>
      <w:r>
        <w:t>[Eh? He does not have a car]</w:t>
      </w:r>
    </w:p>
    <w:p>
      <w:r>
        <w:t>He does not have one, {so we will travel in my car}</w:t>
      </w:r>
    </w:p>
    <w:p>
      <w:r>
        <w:t>[Yes, if you take him to television, he will go with you, I think……………………..]</w:t>
      </w:r>
    </w:p>
    <w:p>
      <w:r>
        <w:t>[………………………………….………….]</w:t>
      </w:r>
    </w:p>
    <w:p>
      <w:r>
        <w:t>[……………………………………………..]</w:t>
      </w:r>
    </w:p>
    <w:p>
      <w:r>
        <w:t>[………………………………………..…...]</w:t>
      </w:r>
    </w:p>
    <w:p>
      <w:r>
        <w:t>[Saba, Reb Chaim, Reb Chaim travels every week by airplane from Bnei Brak to Tzfas</w:t>
      </w:r>
    </w:p>
    <w:p>
      <w:r>
        <w:t>Every week, he is a great rosh yeshiva in Tzfas, every time he asks about you, every time</w:t>
      </w:r>
    </w:p>
    <w:p>
      <w:r>
        <w:t>I meet him in Bnei Brak, every time he asks about you..</w:t>
      </w:r>
    </w:p>
    <w:p>
      <w:r>
        <w:t>Yes, what, “How is Saba? How is Saba?”]</w:t>
      </w:r>
    </w:p>
    <w:p>
      <w:r>
        <w:t>[……………………………………..…...]</w:t>
      </w:r>
    </w:p>
    <w:p>
      <w:r>
        <w:t>[………………………………………]</w:t>
      </w:r>
    </w:p>
    <w:p>
      <w:r>
        <w:t>Who is this?</w:t>
      </w:r>
    </w:p>
    <w:p>
      <w:r>
        <w:t>[This is the young man from our yeshiva, in the yeshiva]</w:t>
      </w:r>
    </w:p>
    <w:p>
      <w:r>
        <w:t>Ben?</w:t>
      </w:r>
    </w:p>
    <w:p>
      <w:r>
        <w:t>[Avraham ben Chaya]</w:t>
      </w:r>
    </w:p>
    <w:p>
      <w:r>
        <w:t>Avraham ben Chaya?</w:t>
      </w:r>
    </w:p>
    <w:p>
      <w:r>
        <w:t>[Yes, bless him, Avraham ben Chaya, that he should merit a worthy match, to draw close to Rabbainu]</w:t>
      </w:r>
    </w:p>
    <w:p>
      <w:r>
        <w:t>“May Hashem, blessed is He, bless him…</w:t>
      </w:r>
    </w:p>
    <w:p>
      <w:r>
        <w:t>... that he should merit to draw close to Rabbainu in truth, and may He give him a match according to the root of his soul}</w:t>
      </w:r>
    </w:p>
    <w:p>
      <w:r>
        <w:t>[Amen.. he is a modest young man, he does everything quietly, modest, blessed is Hashem</w:t>
      </w:r>
    </w:p>
    <w:p>
      <w:r>
        <w:t>Rabbainu, he has good soldiers for Rabbainu</w:t>
      </w:r>
    </w:p>
    <w:p>
      <w:r>
        <w:t>And his father is a big director of “Yad Ezra” in Bnei Brak]</w:t>
      </w:r>
    </w:p>
    <w:p>
      <w:r>
        <w:t>[Saba and the friends sing: “Na Na Nach Nachma Nachman MeUman..”]</w:t>
      </w:r>
    </w:p>
    <w:p>
      <w:r>
        <w:t>Baal HaPetek</w:t>
      </w:r>
    </w:p>
    <w:p>
      <w:r>
        <w:t>[Yes]</w:t>
      </w:r>
    </w:p>
    <w:p>
      <w:r>
        <w:t>{There is} a Petek</w:t>
      </w:r>
    </w:p>
    <w:p>
      <w:r>
        <w:t>[What, Baal HaPetek and..]</w:t>
      </w:r>
    </w:p>
    <w:p>
      <w:r>
        <w:t>Then the whole world will come</w:t>
      </w:r>
    </w:p>
    <w:p>
      <w:r>
        <w:t>[Yes]</w:t>
      </w:r>
    </w:p>
    <w:p>
      <w:r>
        <w:t>They need to buy airplanes, {to give} airplanes to the whole world</w:t>
      </w:r>
    </w:p>
    <w:p>
      <w:r>
        <w:t>[You will have, to every place you will have a free flight, “The Baal HaPetek has arrived”, this will be a great honor]</w:t>
      </w:r>
    </w:p>
    <w:p>
      <w:r>
        <w:t>Yes</w:t>
      </w:r>
    </w:p>
    <w:p>
      <w:r>
        <w:t>[Everyone will take you for free</w:t>
      </w:r>
    </w:p>
    <w:p>
      <w:r>
        <w:t>Saba, there is beautiful news, they put the Petek of the identity card inside airplanes</w:t>
      </w:r>
    </w:p>
    <w:p>
      <w:r>
        <w:t>They gave the pilots the identity card..]</w:t>
      </w:r>
    </w:p>
    <w:p>
      <w:r>
        <w:t>[…..]</w:t>
      </w:r>
    </w:p>
    <w:p>
      <w:r>
        <w:t>[They gave this to the pilots, Saba, this is an identity card, they gave it to the pilots, and they had great salvations from this</w:t>
      </w:r>
    </w:p>
    <w:p>
      <w:r>
        <w:t>The airplane began to travel without problems, pilots took such, such identity cards]</w:t>
      </w:r>
    </w:p>
    <w:p>
      <w:r>
        <w:t>When will I receive the tickets</w:t>
      </w:r>
    </w:p>
    <w:p>
      <w:r>
        <w:t>[Eh?]</w:t>
      </w:r>
    </w:p>
    <w:p>
      <w:r>
        <w:t>The tickets, when will I receive them, the going and the return</w:t>
      </w:r>
    </w:p>
    <w:p>
      <w:r>
        <w:t>[Ah, the going and the return]</w:t>
      </w:r>
    </w:p>
    <w:p>
      <w:r>
        <w:t>You will bring them here</w:t>
      </w:r>
    </w:p>
    <w:p>
      <w:r>
        <w:t>[To where? To the whole world?]</w:t>
      </w:r>
    </w:p>
    <w:p>
      <w:r>
        <w:t>Yes</w:t>
      </w:r>
    </w:p>
    <w:p>
      <w:r>
        <w:t>[To the whole world?]</w:t>
      </w:r>
    </w:p>
    <w:p>
      <w:r>
        <w:t>[……………]</w:t>
      </w:r>
    </w:p>
    <w:p>
      <w:r>
        <w:t>[…………...]</w:t>
      </w:r>
    </w:p>
    <w:p>
      <w:r>
        <w:t>[It will be all right, Saba, soon, you will have a great commotion throughout the whole world, “The Baal HaPetek has arrived”]</w:t>
      </w:r>
    </w:p>
    <w:p>
      <w:r>
        <w:t>Yes?</w:t>
      </w:r>
    </w:p>
    <w:p>
      <w:r>
        <w:t>[Yes, in every place there will be, there will be a free ticket, you will take the new identity card</w:t>
      </w:r>
    </w:p>
    <w:p>
      <w:r>
        <w:t>You will have an identity card, every place you will enter, …..]</w:t>
      </w:r>
    </w:p>
    <w:p>
      <w:r>
        <w:t>[…………….]</w:t>
      </w:r>
    </w:p>
    <w:p>
      <w:r>
        <w:t>[……….……]</w:t>
      </w:r>
    </w:p>
    <w:p>
      <w:r>
        <w:t>[They gave this to the pilots, to pilots of airplanes, and the airplane began to travel perfectly well, blessed is Hashem they gave this in the army, Saba, they gave this to the pilots in the army, do you hear, Saba</w:t>
      </w:r>
    </w:p>
    <w:p>
      <w:r>
        <w:t>To the pilots they gave this to the pilots in the army, and the airplanes began to travel perfectly well</w:t>
      </w:r>
    </w:p>
    <w:p>
      <w:r>
        <w:t>There was a commotion in the airplanes, so they gave this to the pilots, and the airplane began to travel without problems, Na Na..]</w:t>
      </w:r>
    </w:p>
    <w:p>
      <w:r>
        <w:t>{In Israel}</w:t>
      </w:r>
    </w:p>
    <w:p>
      <w:r>
        <w:t>[What do you say?]</w:t>
      </w:r>
    </w:p>
    <w:p>
      <w:r>
        <w:t>[So they come on flights to Uman?]</w:t>
      </w:r>
    </w:p>
    <w:p>
      <w:r>
        <w:t>[Yes]</w:t>
      </w:r>
    </w:p>
    <w:p>
      <w:r>
        <w:t>[……….…………………...…...]</w:t>
      </w:r>
    </w:p>
    <w:p>
      <w:r>
        <w:t>[………………………...…… ]</w:t>
      </w:r>
    </w:p>
    <w:p>
      <w:r>
        <w:t>[Saba, Shimon says, that you have in the hat in the identity card</w:t>
      </w:r>
    </w:p>
    <w:p>
      <w:r>
        <w:t>Shimon says, that you have in the hat in the identity card</w:t>
      </w:r>
    </w:p>
    <w:p>
      <w:r>
        <w:t>Here is a new identity card, “There is a Petek and there is a Baal HaPetek”, blessed is Hashem]</w:t>
      </w:r>
    </w:p>
    <w:p>
      <w:r>
        <w:t>[Saba and the friends sing: “Na Na Nach Nachma Nachman MeUman..”]</w:t>
      </w:r>
    </w:p>
    <w:p>
      <w:r>
        <w:t>[……………….]</w:t>
      </w:r>
    </w:p>
    <w:p>
      <w:r>
        <w:t>[……………….]</w:t>
      </w:r>
    </w:p>
    <w:p>
      <w:r>
        <w:t>[Saba, the young man relates, in my yeshiva they went to a wedding in Yerushalayim</w:t>
      </w:r>
    </w:p>
    <w:p>
      <w:r>
        <w:t>And the entire way, the young man relates, they put on the tape “Na Nach Nachma Nachman MeUman..”</w:t>
      </w:r>
    </w:p>
    <w:p>
      <w:r>
        <w:t>Also inside the wedding, in the middle of the music, they put on the cassette]</w:t>
      </w:r>
    </w:p>
    <w:p>
      <w:r>
        <w:t>[“Na Na Nach Nachma..”]</w:t>
      </w:r>
    </w:p>
    <w:p>
      <w:r>
        <w:t>[..There was great joy, the young man relates that he was in the yeshiva.., at the wedding, the “Na Na Nach” makes a great commotion]</w:t>
      </w:r>
    </w:p>
    <w:p>
      <w:r>
        <w:t>[Saba and the friends continue to sing: “Na Nach Nachma Nachman MeUman..”]</w:t>
      </w:r>
    </w:p>
    <w:p>
      <w:r>
        <w:t>[There was another wedding in Haifa, they went to a wedding in Haifa, the entire way on the bus they put on a “Na Na Nach” cassette</w:t>
      </w:r>
    </w:p>
    <w:p>
      <w:r>
        <w:t>So the young men of my yeshiva, the entire way in the direction of Haifa, sang the entire way</w:t>
      </w:r>
    </w:p>
    <w:p>
      <w:r>
        <w:t>All the young men in the yeshiva, some hundred young men, on the way, on the bus sang “Na Na Nach”, and also at the wedding]</w:t>
      </w:r>
    </w:p>
    <w:p>
      <w:r>
        <w:t>[Saba and the friends continue to sing: “Na Nach Nachma Nachman MeUman..”]</w:t>
      </w:r>
    </w:p>
    <w:p>
      <w:r>
        <w:t>[Saba, do you want we should call television? Eh, they will come photograph you.. “Na Na Nach Nachma Nachman MeUman..”]</w:t>
      </w:r>
    </w:p>
    <w:p>
      <w:r>
        <w:t>[……………………..]</w:t>
      </w:r>
    </w:p>
    <w:p>
      <w:r>
        <w:t>[………………….….]…</w:t>
      </w:r>
    </w:p>
    <w:p>
      <w:r>
        <w:t>...[Saba and the friends chant the melody: “You revealed Yourself..”</w:t>
      </w:r>
    </w:p>
    <w:p>
      <w:r>
        <w:t>And sing ..“Na Nach Nachma Nachman MeUman..” in the aforementioned melody]</w:t>
      </w:r>
    </w:p>
    <w:p>
      <w:r>
        <w:t>[“Nassan and Nachman, laugh at the whole world”]</w:t>
      </w:r>
    </w:p>
    <w:p>
      <w:r>
        <w:t>[...]</w:t>
      </w:r>
    </w:p>
    <w:p>
      <w:r>
        <w:t>[Do you remember? Saba, “Nassan and Nachman, laugh at the whole world”]</w:t>
      </w:r>
    </w:p>
    <w:p>
      <w:r>
        <w:t>[….]</w:t>
      </w:r>
    </w:p>
    <w:p>
      <w:r>
        <w:t>[Rebbe Nassan, right? Saba]</w:t>
      </w:r>
    </w:p>
    <w:p>
      <w:r>
        <w:t>I want to sleep</w:t>
      </w:r>
    </w:p>
    <w:p>
      <w:r>
        <w:t>[To sleep? Do you also want to eat?……]</w:t>
      </w:r>
    </w:p>
    <w:p>
      <w:r>
        <w:t>[…]</w:t>
      </w:r>
    </w:p>
    <w:p>
      <w:r>
        <w:t>Now to sleep, and afterward to eat</w:t>
      </w:r>
    </w:p>
    <w:p>
      <w:r>
        <w:t>[Saba, do you not want to travel to Yisroel’s house?]</w:t>
      </w:r>
    </w:p>
    <w:p>
      <w:r>
        <w:t>[Saba and the friends continue to sing: “Na Nach Nachma Nachman MeUman..”]…</w:t>
      </w:r>
    </w:p>
    <w:p>
      <w:r>
        <w:br w:type="page"/>
      </w:r>
    </w:p>
    <w:p>
      <w:pPr>
        <w:pStyle w:val="Heading1"/>
      </w:pPr>
      <w:r>
        <w:t>Tape 88</w:t>
      </w:r>
    </w:p>
    <w:p>
      <w:pPr>
        <w:pStyle w:val="Heading2"/>
      </w:pPr>
      <w:r>
        <w:t>Side A (Aleph)</w:t>
      </w:r>
    </w:p>
    <w:p>
      <w:r>
        <w:t>...These are {holy} words</w:t>
      </w:r>
    </w:p>
    <w:p>
      <w:r>
        <w:t>[What? What did he say?]</w:t>
      </w:r>
    </w:p>
    <w:p>
      <w:r>
        <w:t>Afterward…</w:t>
      </w:r>
    </w:p>
    <w:p>
      <w:r>
        <w:t>...It was many years {and afterward}</w:t>
      </w:r>
    </w:p>
    <w:p>
      <w:r>
        <w:t>[Pshh..]…</w:t>
      </w:r>
    </w:p>
    <w:p>
      <w:r>
        <w:t>...[..Reb Yisroel]</w:t>
      </w:r>
    </w:p>
    <w:p>
      <w:r>
        <w:t>Forgive me, I must</w:t>
      </w:r>
    </w:p>
    <w:p>
      <w:r>
        <w:t>[All right, everything is forgiven, forgiven, Reb Yisroel]</w:t>
      </w:r>
    </w:p>
    <w:p>
      <w:r>
        <w:t>[…..]</w:t>
      </w:r>
    </w:p>
    <w:p>
      <w:r>
        <w:t>Take all the books and always read, and you will see what there is in the world</w:t>
      </w:r>
    </w:p>
    <w:p>
      <w:r>
        <w:t>See a little of what we have now in the world, that he will illuminate the whole world..</w:t>
      </w:r>
    </w:p>
    <w:p>
      <w:r>
        <w:t>[Reb Yisroel]</w:t>
      </w:r>
    </w:p>
    <w:p>
      <w:r>
        <w:t>And he will bring the whole world out of the darkness, out of heresy, out of every bad thing, bad</w:t>
      </w:r>
    </w:p>
    <w:p>
      <w:r>
        <w:t>Such bad, such heretics who ridicule the entire Torah</w:t>
      </w:r>
    </w:p>
    <w:p>
      <w:r>
        <w:t>And they will be, will become such tzaddikim, such holy ones</w:t>
      </w:r>
    </w:p>
    <w:p>
      <w:r>
        <w:t>[The greatest heretics will be tzaddikim..]</w:t>
      </w:r>
    </w:p>
    <w:p>
      <w:r>
        <w:t>[..]</w:t>
      </w:r>
    </w:p>
    <w:p>
      <w:r>
        <w:t>[Blessing and success, blessing and success]</w:t>
      </w:r>
    </w:p>
    <w:p>
      <w:r>
        <w:t>May Hashem help you</w:t>
      </w:r>
    </w:p>
    <w:p>
      <w:r>
        <w:t>[Rebbe Yisroel, shalom, all the best, Rebbe Yisroel, shalom, I came with him, I am going with him] Yes, good, good</w:t>
      </w:r>
    </w:p>
    <w:p>
      <w:r>
        <w:t>[Be healthy, so he will come treat the teeth, all right? Rebbe Yisroel]</w:t>
      </w:r>
    </w:p>
    <w:p>
      <w:r>
        <w:t>The teeth here</w:t>
      </w:r>
    </w:p>
    <w:p>
      <w:r>
        <w:t>[He will come, he will come, he will bring tools]</w:t>
      </w:r>
    </w:p>
    <w:p>
      <w:r>
        <w:t>Yes, yes, yes, yes</w:t>
      </w:r>
    </w:p>
    <w:p>
      <w:r>
        <w:t>[Good, shalom, Rebbe Yisroel]</w:t>
      </w:r>
    </w:p>
    <w:p>
      <w:r>
        <w:t>{..} in the mouth</w:t>
      </w:r>
    </w:p>
    <w:p>
      <w:r>
        <w:t>[All the best, all the best, shalom]</w:t>
      </w:r>
    </w:p>
    <w:p>
      <w:r>
        <w:t>[Shalom, Reb Yisroel]</w:t>
      </w:r>
    </w:p>
    <w:p>
      <w:r>
        <w:t>[………………..………..]</w:t>
      </w:r>
    </w:p>
    <w:p>
      <w:r>
        <w:t>[………………………….]</w:t>
      </w:r>
    </w:p>
    <w:p>
      <w:r>
        <w:t>Ah, ah..</w:t>
      </w:r>
    </w:p>
    <w:p>
      <w:r>
        <w:t>[………………….………]</w:t>
      </w:r>
    </w:p>
    <w:p>
      <w:r>
        <w:t>[……………………….…]…</w:t>
      </w:r>
    </w:p>
    <w:p>
      <w:r>
        <w:t>...I went to Yerushalayim to.. see Rabbainu’s people</w:t>
      </w:r>
    </w:p>
    <w:p>
      <w:r>
        <w:t>Throughout Yerushalayim there are great geniuses there, and sages and rabbis..</w:t>
      </w:r>
    </w:p>
    <w:p>
      <w:r>
        <w:t>And none of them wanted to give me shalom, “He is Breslov”</w:t>
      </w:r>
    </w:p>
    <w:p>
      <w:r>
        <w:t>Where is the dentist?</w:t>
      </w:r>
    </w:p>
    <w:p>
      <w:r>
        <w:t>[He left, he left]</w:t>
      </w:r>
    </w:p>
    <w:p>
      <w:r>
        <w:t>[To call him?]</w:t>
      </w:r>
    </w:p>
    <w:p>
      <w:r>
        <w:t>Why do you say that you are going with him?</w:t>
      </w:r>
    </w:p>
    <w:p>
      <w:r>
        <w:t>[To go with him? Saba]</w:t>
      </w:r>
    </w:p>
    <w:p>
      <w:r>
        <w:t>Eh?</w:t>
      </w:r>
    </w:p>
    <w:p>
      <w:r>
        <w:t>[Shall I go with him?]</w:t>
      </w:r>
    </w:p>
    <w:p>
      <w:r>
        <w:t>Yes, yes</w:t>
      </w:r>
    </w:p>
    <w:p>
      <w:r>
        <w:t>[Shall I go with him and return with him?]</w:t>
      </w:r>
    </w:p>
    <w:p>
      <w:r>
        <w:t>And also, also one more person will go with him</w:t>
      </w:r>
    </w:p>
    <w:p>
      <w:r>
        <w:t>[……..….]</w:t>
      </w:r>
    </w:p>
    <w:p>
      <w:r>
        <w:t>[………...]</w:t>
      </w:r>
    </w:p>
    <w:p>
      <w:r>
        <w:t>[Rebbe Yisroel, Rabbi Yisroel, the dentist will perhaps return tomorrow, he is now going to open..] What?</w:t>
      </w:r>
    </w:p>
    <w:p>
      <w:r>
        <w:t>[To treat people, he has a clinic]</w:t>
      </w:r>
    </w:p>
    <w:p>
      <w:r>
        <w:t>Yes</w:t>
      </w:r>
    </w:p>
    <w:p>
      <w:r>
        <w:t>[So he is going now to treat people]</w:t>
      </w:r>
    </w:p>
    <w:p>
      <w:r>
        <w:t>Good</w:t>
      </w:r>
    </w:p>
    <w:p>
      <w:r>
        <w:t>[He will come]</w:t>
      </w:r>
    </w:p>
    <w:p>
      <w:r>
        <w:t>Good, good, good</w:t>
      </w:r>
    </w:p>
    <w:p>
      <w:r>
        <w:t>[Either tomorrow morning, or..]</w:t>
      </w:r>
    </w:p>
    <w:p>
      <w:r>
        <w:t>Good, good</w:t>
      </w:r>
    </w:p>
    <w:p>
      <w:r>
        <w:t>[All right? All the best, goodbye, Rebbe Yisroel, all the best, don't forget to pray for me, all right?]</w:t>
      </w:r>
    </w:p>
    <w:p>
      <w:r>
        <w:t>[……...]</w:t>
      </w:r>
    </w:p>
    <w:p>
      <w:r>
        <w:t>Give me the...</w:t>
      </w:r>
    </w:p>
    <w:p>
      <w:r>
        <w:t>[The chair, the chair]</w:t>
      </w:r>
    </w:p>
    <w:p>
      <w:r>
        <w:t>The chair for the stomach, {good}</w:t>
      </w:r>
    </w:p>
    <w:p>
      <w:r>
        <w:t>[………………….]</w:t>
      </w:r>
    </w:p>
    <w:p>
      <w:r>
        <w:t>[………………….]…</w:t>
      </w:r>
    </w:p>
    <w:p>
      <w:r>
        <w:t>...tickets for going and returning</w:t>
      </w:r>
    </w:p>
    <w:p>
      <w:r>
        <w:t>[Yes, Suissa]</w:t>
      </w:r>
    </w:p>
    <w:p>
      <w:r>
        <w:t>Eh?</w:t>
      </w:r>
    </w:p>
    <w:p>
      <w:r>
        <w:t>[Suissa, Suissa, the new one, the new one]</w:t>
      </w:r>
    </w:p>
    <w:p>
      <w:r>
        <w:t>Who?</w:t>
      </w:r>
    </w:p>
    <w:p>
      <w:r>
        <w:t>[Hanania, Hanania, Hanania is his name]</w:t>
      </w:r>
    </w:p>
    <w:p>
      <w:r>
        <w:t>Hanania, who is Hanania?</w:t>
      </w:r>
    </w:p>
    <w:p>
      <w:r>
        <w:t>[The one who brings a ticket]</w:t>
      </w:r>
    </w:p>
    <w:p>
      <w:r>
        <w:t>Eh?</w:t>
      </w:r>
    </w:p>
    <w:p>
      <w:r>
        <w:t>[From Bnei Brak, he has a company, a travel company to Uman and to all kinds of graves of tzaddikim]</w:t>
      </w:r>
    </w:p>
    <w:p>
      <w:r>
        <w:t>[To Yerushalayim]</w:t>
      </w:r>
    </w:p>
    <w:p>
      <w:r>
        <w:t>[No]…</w:t>
      </w:r>
    </w:p>
    <w:p>
      <w:r>
        <w:t>...to Uman</w:t>
      </w:r>
    </w:p>
    <w:p>
      <w:r>
        <w:t>[With God's help]…</w:t>
      </w:r>
    </w:p>
    <w:p>
      <w:r>
        <w:t>...{yes}</w:t>
      </w:r>
    </w:p>
    <w:p>
      <w:r>
        <w:t>[What did he say?]…</w:t>
      </w:r>
    </w:p>
    <w:p>
      <w:r>
        <w:t>...[Won't it be done here in Yerushalayim?]</w:t>
      </w:r>
    </w:p>
    <w:p>
      <w:r>
        <w:t>{No}, Uman</w:t>
      </w:r>
    </w:p>
    <w:p>
      <w:r>
        <w:t>[In Uman, only? And what Saba said some time ago, that.. this year is the year of Mashiach?]</w:t>
      </w:r>
    </w:p>
    <w:p>
      <w:r>
        <w:t>[…Rosh Hashanah]</w:t>
      </w:r>
    </w:p>
    <w:p>
      <w:r>
        <w:t>[This Rosh Hashanah, of.. of Mashiach]…</w:t>
      </w:r>
    </w:p>
    <w:p>
      <w:r>
        <w:t>...I don't remember what I said, God</w:t>
      </w:r>
    </w:p>
    <w:p>
      <w:r>
        <w:t>[Yes]</w:t>
      </w:r>
    </w:p>
    <w:p>
      <w:r>
        <w:t>The holy Rabbainu gave the Zionists Yerushalayim and the Beis Hamikdash and everything, yes</w:t>
      </w:r>
    </w:p>
    <w:p>
      <w:r>
        <w:t>And he did not look at their faces and did not touch them, not in Yerushalayim and not among all the Zionists</w:t>
      </w:r>
    </w:p>
    <w:p>
      <w:r>
        <w:t>Then {it will be separated}, Yerushalayim {and Shabbos}</w:t>
      </w:r>
    </w:p>
    <w:p>
      <w:r>
        <w:t>{No, Saba, to the Zionists}</w:t>
      </w:r>
    </w:p>
    <w:p>
      <w:r>
        <w:t>[.………………] [.………………]</w:t>
      </w:r>
    </w:p>
    <w:p>
      <w:r>
        <w:t>{Zionists?} Yerushalayim? Yes, I will give you everything</w:t>
      </w:r>
    </w:p>
    <w:p>
      <w:r>
        <w:t>{…..}, only me, do not, do not touch me, do not {g..o out}, do not s.. speak, do not come to me</w:t>
      </w:r>
    </w:p>
    <w:p>
      <w:r>
        <w:t>He did not come to Yerushalayim at all</w:t>
      </w:r>
    </w:p>
    <w:p>
      <w:r>
        <w:t>[Yes]</w:t>
      </w:r>
    </w:p>
    <w:p>
      <w:r>
        <w:t>"Uman is enough"</w:t>
      </w:r>
    </w:p>
    <w:p>
      <w:r>
        <w:t>[…………….…]</w:t>
      </w:r>
    </w:p>
    <w:p>
      <w:r>
        <w:t>Eh..</w:t>
      </w:r>
    </w:p>
    <w:p>
      <w:r>
        <w:t>Eh, eh</w:t>
      </w:r>
    </w:p>
    <w:p>
      <w:r>
        <w:t>[Yes, Saba, does the.., do the gums hurt you?]</w:t>
      </w:r>
    </w:p>
    <w:p>
      <w:r>
        <w:t>[…...]</w:t>
      </w:r>
    </w:p>
    <w:p>
      <w:r>
        <w:t>Eh..</w:t>
      </w:r>
    </w:p>
    <w:p>
      <w:r>
        <w:t>[………….]</w:t>
      </w:r>
    </w:p>
    <w:p>
      <w:r>
        <w:t>[……….…]…</w:t>
      </w:r>
    </w:p>
    <w:p>
      <w:r>
        <w:t>...{eh}, disgrace, {eh}, great for the Zionists, {..yes}, {already} Yerushalayim {I}</w:t>
      </w:r>
    </w:p>
    <w:p>
      <w:r>
        <w:t>Take Yerushalayim and everything, {eh}, go, go, {.., who, who}, who {n..}.., who needs you?</w:t>
      </w:r>
    </w:p>
    <w:p>
      <w:r>
        <w:t>It will be Rosh {{the rose\ the y.., year}} or Uman</w:t>
      </w:r>
    </w:p>
    <w:p>
      <w:r>
        <w:t>And they will sit at home, {..}, in their home, and eat and drink, yes</w:t>
      </w:r>
    </w:p>
    <w:p>
      <w:r>
        <w:t>The holy Rabbainu, Yerushalayim and the Beis Hamikdash, he is in Eretz Yisroel, he..</w:t>
      </w:r>
    </w:p>
    <w:p>
      <w:r>
        <w:t>This is all {…} the holy Rabbainu, and they, the Zionists, are nothing</w:t>
      </w:r>
    </w:p>
    <w:p>
      <w:r>
        <w:t>Even if there will be millions, nothing, not taken into account</w:t>
      </w:r>
    </w:p>
    <w:p>
      <w:r>
        <w:t>The president, the president is nothing, the prime minister is nothing, {{eh, . .}}</w:t>
      </w:r>
    </w:p>
    <w:p>
      <w:r>
        <w:t>[They are all nothing]</w:t>
      </w:r>
    </w:p>
    <w:p>
      <w:r>
        <w:t>He, he said of them, {{but what kind}}…</w:t>
      </w:r>
    </w:p>
    <w:p>
      <w:r>
        <w:t>...{.}…</w:t>
      </w:r>
    </w:p>
    <w:p>
      <w:r>
        <w:t>…The Zionists thought, now they conquered everything, all, all the war, all of Eretz Yisroel, all..</w:t>
      </w:r>
    </w:p>
    <w:p>
      <w:r>
        <w:t>Yerushalayim, everything is theirs</w:t>
      </w:r>
    </w:p>
    <w:p>
      <w:r>
        <w:t>But it was their grave, and they were buried there</w:t>
      </w:r>
    </w:p>
    <w:p>
      <w:r>
        <w:t>[…….…….]</w:t>
      </w:r>
    </w:p>
    <w:p>
      <w:r>
        <w:t>[…………..]</w:t>
      </w:r>
    </w:p>
    <w:p>
      <w:r>
        <w:t>Eh.. eh…</w:t>
      </w:r>
    </w:p>
    <w:p>
      <w:r>
        <w:t>...He made them a grave, for all the Zionists, {so he} {take\all} Yerushalayim, a grave for everyone, in Eretz Yisroel he made them a grave</w:t>
      </w:r>
    </w:p>
    <w:p>
      <w:r>
        <w:t>All the great wealthy people of the world will come for Rosh Hashanah, and they will see..</w:t>
      </w:r>
    </w:p>
    <w:p>
      <w:r>
        <w:t>Eh, all the great wealthy people will come to Uman for Rosh Hashanah</w:t>
      </w:r>
    </w:p>
    <w:p>
      <w:r>
        <w:t>{….}</w:t>
      </w:r>
    </w:p>
    <w:p>
      <w:r>
        <w:t>Yerushalayim? - Yerushalayim</w:t>
      </w:r>
    </w:p>
    <w:p>
      <w:r>
        <w:t>The Beis Hamikdash? - The Beis Hamikdash</w:t>
      </w:r>
    </w:p>
    <w:p>
      <w:r>
        <w:t>Eh..</w:t>
      </w:r>
    </w:p>
    <w:p>
      <w:r>
        <w:t>Eh…</w:t>
      </w:r>
    </w:p>
    <w:p>
      <w:r>
        <w:t>...{nu, nu}…</w:t>
      </w:r>
    </w:p>
    <w:p>
      <w:r>
        <w:t>(..)... [..…………] [..…………]</w:t>
      </w:r>
    </w:p>
    <w:p>
      <w:r>
        <w:t>...{the mouth} is not all right</w:t>
      </w:r>
    </w:p>
    <w:p>
      <w:r>
        <w:t>[He knows, he knows, he wants to see, to look]</w:t>
      </w:r>
    </w:p>
    <w:p>
      <w:r>
        <w:t>{Good}, we will see</w:t>
      </w:r>
    </w:p>
    <w:p>
      <w:r>
        <w:t>[……………...….]</w:t>
      </w:r>
    </w:p>
    <w:p>
      <w:r>
        <w:t>[…………..……..]…</w:t>
      </w:r>
    </w:p>
    <w:p>
      <w:r>
        <w:t>...{there is one place}…</w:t>
      </w:r>
    </w:p>
    <w:p>
      <w:r>
        <w:t>...(Saba laughs) [………...] […………]…</w:t>
      </w:r>
    </w:p>
    <w:p>
      <w:r>
        <w:t>...(Saba laughs)</w:t>
      </w:r>
    </w:p>
    <w:p>
      <w:r>
        <w:t>[…….…..]</w:t>
      </w:r>
    </w:p>
    <w:p>
      <w:r>
        <w:t>[…………]…</w:t>
      </w:r>
    </w:p>
    <w:p>
      <w:r>
        <w:t>...[……...]</w:t>
      </w:r>
    </w:p>
    <w:p>
      <w:r>
        <w:t>...[Rabbi Yisroel..]</w:t>
      </w:r>
    </w:p>
    <w:p>
      <w:r>
        <w:t>Are you a sorcerer? Do you know sorcery?</w:t>
      </w:r>
    </w:p>
    <w:p>
      <w:r>
        <w:t>[Rebbe Yisroel, we need to sing a happy song]</w:t>
      </w:r>
    </w:p>
    <w:p>
      <w:r>
        <w:t>[Which song, Ashreinu..]</w:t>
      </w:r>
    </w:p>
    <w:p>
      <w:r>
        <w:t>[Saba and the friends sing: "Fortunate are we, how good is our portion and how pleasant is our lot.."]</w:t>
      </w:r>
    </w:p>
    <w:p>
      <w:r>
        <w:t>[…….…]</w:t>
      </w:r>
    </w:p>
    <w:p>
      <w:r>
        <w:t>[……….]</w:t>
      </w:r>
    </w:p>
    <w:p>
      <w:r>
        <w:t>[Afterward they sing: "Na Na ch Na cham Nach man of Uman.." ((Ahhhhhhh..))</w:t>
      </w:r>
    </w:p>
    <w:p>
      <w:r>
        <w:t>"Na Na ch Na cham Na ch man of Uman.."{{25:04}}</w:t>
      </w:r>
    </w:p>
    <w:p>
      <w:r>
        <w:t>Eh.. eh.. eh.. eh..]</w:t>
      </w:r>
    </w:p>
    <w:p>
      <w:r>
        <w:t>[What are you………….]</w:t>
      </w:r>
    </w:p>
    <w:p>
      <w:r>
        <w:t>I asked the doctor if he knows sorcery? And he does not, he does not know sorcery</w:t>
      </w:r>
    </w:p>
    <w:p>
      <w:r>
        <w:t>Nu, how will the teeth be made good? Without sorcery?</w:t>
      </w:r>
    </w:p>
    <w:p>
      <w:r>
        <w:t>[Rabbi Yisroel]</w:t>
      </w:r>
    </w:p>
    <w:p>
      <w:r>
        <w:t>Eh..</w:t>
      </w:r>
    </w:p>
    <w:p>
      <w:r>
        <w:t>[How can I learn sorcery, if I have no teacher for sorcery?] Ehh..</w:t>
      </w:r>
    </w:p>
    <w:p>
      <w:r>
        <w:t>[Rebbe Yisroel, I have no teacher for sorcery, how can I learn sorcery? I have no teacher for sorcery] No teacher?</w:t>
      </w:r>
    </w:p>
    <w:p>
      <w:r>
        <w:t>If he can make good teeth, then perhaps he knows sorcery?</w:t>
      </w:r>
    </w:p>
    <w:p>
      <w:r>
        <w:t>Is there a fresh egg? No?</w:t>
      </w:r>
    </w:p>
    <w:p>
      <w:r>
        <w:t>[There is, there is, from today]</w:t>
      </w:r>
    </w:p>
    <w:p>
      <w:r>
        <w:t>Eh.. eh..</w:t>
      </w:r>
    </w:p>
    <w:p>
      <w:r>
        <w:t>[There is an egg from today]</w:t>
      </w:r>
    </w:p>
    <w:p>
      <w:r>
        <w:t>A fresh egg, is there?</w:t>
      </w:r>
    </w:p>
    <w:p>
      <w:r>
        <w:t>[Yes, from today]</w:t>
      </w:r>
    </w:p>
    <w:p>
      <w:r>
        <w:t>From today?</w:t>
      </w:r>
    </w:p>
    <w:p>
      <w:r>
        <w:t>[From today, from the moshav, it is fresh, fresh]</w:t>
      </w:r>
    </w:p>
    <w:p>
      <w:r>
        <w:t>Good</w:t>
      </w:r>
    </w:p>
    <w:p>
      <w:r>
        <w:t>[All right, I will prepare..]</w:t>
      </w:r>
    </w:p>
    <w:p>
      <w:r>
        <w:t>[…….……]…[...…..………][…….……]…[...…..………]And put olive oil and a roll, it will be a good meal</w:t>
      </w:r>
    </w:p>
    <w:p>
      <w:r>
        <w:t>[…….……]</w:t>
      </w:r>
    </w:p>
    <w:p>
      <w:r>
        <w:t>…[...…..………]</w:t>
      </w:r>
    </w:p>
    <w:p>
      <w:r>
        <w:t>[…….……]</w:t>
      </w:r>
    </w:p>
    <w:p>
      <w:r>
        <w:t>…[...…..………]</w:t>
      </w:r>
    </w:p>
    <w:p>
      <w:r>
        <w:t>...The doctor, apparently he knows sorcery, he made very good teeth…</w:t>
      </w:r>
    </w:p>
    <w:p>
      <w:r>
        <w:t>...{..}.. people for the teeth</w:t>
      </w:r>
    </w:p>
    <w:p>
      <w:r>
        <w:t>He can go home, yes, yes, yes, he makes teeth well, thank God</w:t>
      </w:r>
    </w:p>
    <w:p>
      <w:r>
        <w:t>You he can go home, I am not driving you out, you, for a livelihood</w:t>
      </w:r>
    </w:p>
    <w:p>
      <w:r>
        <w:t>People will come, and you will not be at home</w:t>
      </w:r>
    </w:p>
    <w:p>
      <w:r>
        <w:t>[Rebbe, until seven in the evening, I worked for a livelihood, from seven in the evening until morning, I go to sleep] Good, {so at what} time?</w:t>
      </w:r>
    </w:p>
    <w:p>
      <w:r>
        <w:t>[So meanwhile, instead of sleeping..]</w:t>
      </w:r>
    </w:p>
    <w:p>
      <w:r>
        <w:t>Do what you want</w:t>
      </w:r>
    </w:p>
    <w:p>
      <w:r>
        <w:t>[Do what you want, he said]</w:t>
      </w:r>
    </w:p>
    <w:p>
      <w:r>
        <w:t>Go, go, go, go, go, go home</w:t>
      </w:r>
    </w:p>
    <w:p>
      <w:r>
        <w:t>[……...….]</w:t>
      </w:r>
    </w:p>
    <w:p>
      <w:r>
        <w:t>[………….]…</w:t>
      </w:r>
    </w:p>
    <w:p>
      <w:r>
        <w:t>...You will have a reputation that you are a sorcerer</w:t>
      </w:r>
    </w:p>
    <w:p>
      <w:r>
        <w:t>[Do you permit me, Rabbi Yisroel, can I stay longer? Can I stay longer?]</w:t>
      </w:r>
    </w:p>
    <w:p>
      <w:r>
        <w:t>No, no, no, no, go, go home</w:t>
      </w:r>
    </w:p>
    <w:p>
      <w:r>
        <w:t>[…….]</w:t>
      </w:r>
    </w:p>
    <w:p>
      <w:r>
        <w:t>[…….]</w:t>
      </w:r>
    </w:p>
    <w:p>
      <w:r>
        <w:t>The teeth are good</w:t>
      </w:r>
    </w:p>
    <w:p>
      <w:r>
        <w:t>[Rebbe Yisroel, we are exactly..]</w:t>
      </w:r>
    </w:p>
    <w:p>
      <w:r>
        <w:t>Everything is good</w:t>
      </w:r>
    </w:p>
    <w:p>
      <w:r>
        <w:t>[Rebbe Yisroel]</w:t>
      </w:r>
    </w:p>
    <w:p>
      <w:r>
        <w:t>For what should he be, should he be here?</w:t>
      </w:r>
    </w:p>
    <w:p>
      <w:r>
        <w:t>[Rebbe Yisroel, we are exactly ten people for a minyan for Maariv</w:t>
      </w:r>
    </w:p>
    <w:p>
      <w:r>
        <w:t>If he goes, we will not have a minyan]</w:t>
      </w:r>
    </w:p>
    <w:p>
      <w:r>
        <w:t>Eh?</w:t>
      </w:r>
    </w:p>
    <w:p>
      <w:r>
        <w:t>[We are waiting.., we are only ten people, if he goes, we will not have a minyan]</w:t>
      </w:r>
    </w:p>
    <w:p>
      <w:r>
        <w:t>{I do not, do not understand what you are saying}</w:t>
      </w:r>
    </w:p>
    <w:p>
      <w:r>
        <w:t>[We are ten people here]</w:t>
      </w:r>
    </w:p>
    <w:p>
      <w:r>
        <w:t>Good</w:t>
      </w:r>
    </w:p>
    <w:p>
      <w:r>
        <w:t>[And if he goes, we will not have a minyan in order to pray Maariv]</w:t>
      </w:r>
    </w:p>
    <w:p>
      <w:r>
        <w:t>Eh, yes?</w:t>
      </w:r>
    </w:p>
    <w:p>
      <w:r>
        <w:t>[So can he stay until Maariv?]</w:t>
      </w:r>
    </w:p>
    <w:p>
      <w:r>
        <w:t>So, nu, pray</w:t>
      </w:r>
    </w:p>
    <w:p>
      <w:r>
        <w:t>[Yes, we are waiting for Uri, he went to prepare the egg]</w:t>
      </w:r>
    </w:p>
    <w:p>
      <w:r>
        <w:t>Uri?</w:t>
      </w:r>
    </w:p>
    <w:p>
      <w:r>
        <w:t>[Yes, yes]</w:t>
      </w:r>
    </w:p>
    <w:p>
      <w:r>
        <w:t>No, but he needs to do, he needs to engage in his affairs</w:t>
      </w:r>
    </w:p>
    <w:p>
      <w:r>
        <w:t>[Good]</w:t>
      </w:r>
    </w:p>
    <w:p>
      <w:r>
        <w:t>Money, livelihood</w:t>
      </w:r>
    </w:p>
    <w:p>
      <w:r>
        <w:t>[Now he finished the work, Rebbe Yisroel, he finished today's work, now he is free]</w:t>
      </w:r>
    </w:p>
    <w:p>
      <w:r>
        <w:t>[He is no longer working, Saba, he finished working today]</w:t>
      </w:r>
    </w:p>
    <w:p>
      <w:r>
        <w:t>He can say "Kaddish" and "Borchu," and go</w:t>
      </w:r>
    </w:p>
    <w:p>
      <w:r>
        <w:t>And he.., we will pray afterward</w:t>
      </w:r>
    </w:p>
    <w:p>
      <w:r>
        <w:t>[“And He is merciful..”]…</w:t>
      </w:r>
    </w:p>
    <w:p>
      <w:r>
        <w:t>...[They brought you, Saba, the letter]</w:t>
      </w:r>
    </w:p>
    <w:p>
      <w:r>
        <w:t>[………………………….…………]</w:t>
      </w:r>
    </w:p>
    <w:p>
      <w:r>
        <w:t>[…………………………..……….…..]…</w:t>
      </w:r>
    </w:p>
    <w:p>
      <w:r>
        <w:t>...{…...can……..}</w:t>
      </w:r>
    </w:p>
    <w:p>
      <w:r>
        <w:t>He is going to pray…</w:t>
      </w:r>
    </w:p>
    <w:p>
      <w:r>
        <w:t>...{Tzipporah} lives near you, no?</w:t>
      </w:r>
    </w:p>
    <w:p>
      <w:r>
        <w:t>[No, far]</w:t>
      </w:r>
    </w:p>
    <w:p>
      <w:r>
        <w:t>Far</w:t>
      </w:r>
    </w:p>
    <w:p>
      <w:r>
        <w:t>[Yes, she lives in Yerushalayim, Saba]</w:t>
      </w:r>
    </w:p>
    <w:p>
      <w:r>
        <w:t>Yeah?</w:t>
      </w:r>
    </w:p>
    <w:p>
      <w:r>
        <w:t>[She lives in Yerushalayim]</w:t>
      </w:r>
    </w:p>
    <w:p>
      <w:r>
        <w:t>Yeah</w:t>
      </w:r>
    </w:p>
    <w:p>
      <w:r>
        <w:t>[Yes]..</w:t>
      </w:r>
    </w:p>
    <w:p>
      <w:r>
        <w:t>You don't know the house of my daughter Tzipporah</w:t>
      </w:r>
    </w:p>
    <w:p>
      <w:r>
        <w:t>[Yes, I know her, I know, I know where Tzipporah's house is, yes]</w:t>
      </w:r>
    </w:p>
    <w:p>
      <w:r>
        <w:t>Yes</w:t>
      </w:r>
    </w:p>
    <w:p>
      <w:r>
        <w:t>[Yes, yes]</w:t>
      </w:r>
    </w:p>
    <w:p>
      <w:r>
        <w:t>It isn't far</w:t>
      </w:r>
    </w:p>
    <w:p>
      <w:r>
        <w:t>[F.. from my house?]</w:t>
      </w:r>
    </w:p>
    <w:p>
      <w:r>
        <w:t>Yeah</w:t>
      </w:r>
    </w:p>
    <w:p>
      <w:r>
        <w:t>[Yes, it's far, it's, it's about three hours by car, three and a half hours, yes]</w:t>
      </w:r>
    </w:p>
    <w:p>
      <w:r>
        <w:t>Ah</w:t>
      </w:r>
    </w:p>
    <w:p>
      <w:r>
        <w:t>How many sons do you have?</w:t>
      </w:r>
    </w:p>
    <w:p>
      <w:r>
        <w:t>[One, and.. I have one son, his name is Rafael Eliyahu Nachman]</w:t>
      </w:r>
    </w:p>
    <w:p>
      <w:r>
        <w:t>Yisroel Nachman</w:t>
      </w:r>
    </w:p>
    <w:p>
      <w:r>
        <w:t>[Rafael Eliyahu Nachman]</w:t>
      </w:r>
    </w:p>
    <w:p>
      <w:r>
        <w:t>Rafael Eliyahu Nachman</w:t>
      </w:r>
    </w:p>
    <w:p>
      <w:r>
        <w:t>[Yes, and with Hashem's help, my wife is supposed to give birth between Rosh Hashanah and Sukkos]</w:t>
      </w:r>
    </w:p>
    <w:p>
      <w:r>
        <w:t>Ah</w:t>
      </w:r>
    </w:p>
    <w:p>
      <w:r>
        <w:t>[Saba, perhaps you can make a pidyon?]</w:t>
      </w:r>
    </w:p>
    <w:p>
      <w:r>
        <w:t>Ah?</w:t>
      </w:r>
    </w:p>
    <w:p>
      <w:r>
        <w:t>[A pidyon for my wife, Saba, perhaps you can make a pidyon for my wife]</w:t>
      </w:r>
    </w:p>
    <w:p>
      <w:r>
        <w:t>Ah</w:t>
      </w:r>
    </w:p>
    <w:p>
      <w:r>
        <w:t>[So that she can give birth easily]…</w:t>
      </w:r>
    </w:p>
    <w:p>
      <w:r>
        <w:t>...The non-Jews don't, don't, don't murder Jews in Yerushalayim?</w:t>
      </w:r>
    </w:p>
    <w:p>
      <w:r>
        <w:t>[I heard a week ago, my brother told me this, Shlomo, he told me a week ago that one Arab struck a Jewish woman with a knife, and she was nine months pregnant] Ah, ah</w:t>
      </w:r>
    </w:p>
    <w:p>
      <w:r>
        <w:t>[But baruch Hashem nothing happened to her, by a great, wondrous miracle, yes, Saba]</w:t>
      </w:r>
    </w:p>
    <w:p>
      <w:r>
        <w:t>Ah</w:t>
      </w:r>
    </w:p>
    <w:p>
      <w:r>
        <w:t>[Baruch Hashem, a great wonder]</w:t>
      </w:r>
    </w:p>
    <w:p>
      <w:r>
        <w:t>A wonder, it is a great miracle</w:t>
      </w:r>
    </w:p>
    <w:p>
      <w:r>
        <w:t>[A great miracle, Saba, yes</w:t>
      </w:r>
    </w:p>
    <w:p>
      <w:r>
        <w:t>He struck her with a long knife like this, in the back, and baruch Hashem nothing happened, not, not to her, and not to the son]…</w:t>
      </w:r>
    </w:p>
    <w:p>
      <w:r>
        <w:t>...[He cannot live anywhere]</w:t>
      </w:r>
    </w:p>
    <w:p>
      <w:r>
        <w:t>[I have no place to sleep]</w:t>
      </w:r>
    </w:p>
    <w:p>
      <w:r>
        <w:t>[He has no place to sleep, he needs, he needs money to rent a house, is that good or not good? Saba]</w:t>
      </w:r>
    </w:p>
    <w:p>
      <w:r>
        <w:t>[………...]</w:t>
      </w:r>
    </w:p>
    <w:p>
      <w:r>
        <w:t>[…………]…</w:t>
      </w:r>
    </w:p>
    <w:p>
      <w:r>
        <w:t>...[He says, he has no house to sleep in, in his own house, and he cannot be in the yeshiva</w:t>
      </w:r>
    </w:p>
    <w:p>
      <w:r>
        <w:t>He has nowhere to be, what should he do?]</w:t>
      </w:r>
    </w:p>
    <w:p>
      <w:r>
        <w:t>[So I thought of going to work..]</w:t>
      </w:r>
    </w:p>
    <w:p>
      <w:r>
        <w:t>[So he thought of going to work, to make, to earn money, and to buy a house, to rent a house]</w:t>
      </w:r>
    </w:p>
    <w:p>
      <w:r>
        <w:t>[………….]</w:t>
      </w:r>
    </w:p>
    <w:p>
      <w:r>
        <w:t>[That is what he says, that he has nothing, neither flour nor Torah</w:t>
      </w:r>
    </w:p>
    <w:p>
      <w:r>
        <w:t>He says, if there is flour, there will be Torah, what do you say? Saba]…</w:t>
      </w:r>
    </w:p>
    <w:p>
      <w:r>
        <w:t>...I have pains</w:t>
      </w:r>
    </w:p>
    <w:p>
      <w:r>
        <w:t>[Rebbe, when will we examine you? After the food? Or..?]</w:t>
      </w:r>
    </w:p>
    <w:p>
      <w:r>
        <w:t>After the food, sit, sit</w:t>
      </w:r>
    </w:p>
    <w:p>
      <w:r>
        <w:t>[………]..</w:t>
      </w:r>
    </w:p>
    <w:p>
      <w:r>
        <w:t>..to drink [Yes] cola…</w:t>
      </w:r>
    </w:p>
    <w:p>
      <w:r>
        <w:t>...[The time, ten fifteen, ten and…..] [………………..……..] […………………]</w:t>
      </w:r>
    </w:p>
    <w:p>
      <w:r>
        <w:t>Ah, ah</w:t>
      </w:r>
    </w:p>
    <w:p>
      <w:r>
        <w:t>[Here?]</w:t>
      </w:r>
    </w:p>
    <w:p>
      <w:r>
        <w:t>{This too.. this too}…</w:t>
      </w:r>
    </w:p>
    <w:p>
      <w:pPr>
        <w:pStyle w:val="Heading2"/>
      </w:pPr>
      <w:r>
        <w:t>Side B (Bais)</w:t>
      </w:r>
    </w:p>
    <w:p>
      <w:r>
        <w:t>[.………………………]…</w:t>
      </w:r>
    </w:p>
    <w:p>
      <w:r>
        <w:t>[.…………………………]</w:t>
      </w:r>
    </w:p>
    <w:p>
      <w:r>
        <w:t>[Saba, there is an ointment, it is possible to put ointment in the mouth, it is possible to put ointment in the mouth]</w:t>
      </w:r>
    </w:p>
    <w:p>
      <w:r>
        <w:t>Ah?</w:t>
      </w:r>
    </w:p>
    <w:p>
      <w:r>
        <w:t>[The doctor says that it is possible to put ointment in the mouth, and this will help the sores in the mouth go away, he has an ointment] For whom? For whom?</w:t>
      </w:r>
    </w:p>
    <w:p>
      <w:r>
        <w:t>[He has an ointment that they make, so that there won't be pains]</w:t>
      </w:r>
    </w:p>
    <w:p>
      <w:r>
        <w:t>Ah, good, good, good, whom do they need to {reach\notify} , that I have pains</w:t>
      </w:r>
    </w:p>
    <w:p>
      <w:r>
        <w:t>{………}[………………]…[.……...…………]{………}[………………]…[.……...…………]He has customers who need him, but I can come later</w:t>
      </w:r>
    </w:p>
    <w:p>
      <w:r>
        <w:t>{………}</w:t>
      </w:r>
    </w:p>
    <w:p>
      <w:r>
        <w:t>[………………]</w:t>
      </w:r>
    </w:p>
    <w:p>
      <w:r>
        <w:t>…[.……...…………]</w:t>
      </w:r>
    </w:p>
    <w:p>
      <w:r>
        <w:t>{………}</w:t>
      </w:r>
    </w:p>
    <w:p>
      <w:r>
        <w:t>[………………]</w:t>
      </w:r>
    </w:p>
    <w:p>
      <w:r>
        <w:t>…[.……...…………]</w:t>
      </w:r>
    </w:p>
    <w:p>
      <w:r>
        <w:t>...[The friends sing:</w:t>
      </w:r>
    </w:p>
    <w:p>
      <w:r>
        <w:t>“A good heart, a good eye, a good thought, and much joy...”</w:t>
      </w:r>
    </w:p>
    <w:p>
      <w:r>
        <w:t>“Na Nach Nachma Nachman MeUman..”</w:t>
      </w:r>
    </w:p>
    <w:p>
      <w:r>
        <w:t>Afterward they sing:</w:t>
      </w:r>
    </w:p>
    <w:p>
      <w:r>
        <w:t>“..This is his story, and this is my story, and furthermore, why should we speak of others..”</w:t>
      </w:r>
    </w:p>
    <w:p>
      <w:r>
        <w:t>Afterward they sing:</w:t>
      </w:r>
    </w:p>
    <w:p>
      <w:r>
        <w:t>“If You brought us as far as Uman, bring Rabbainu here..</w:t>
      </w:r>
    </w:p>
    <w:p>
      <w:r>
        <w:t>Afterward they sing:</w:t>
      </w:r>
    </w:p>
    <w:p>
      <w:r>
        <w:t>“Who will give me a wing like a dove, I will fly to the holy tziyun, to Uman” “Na Nach Nachma Nachman MeUman..”</w:t>
      </w:r>
    </w:p>
    <w:p>
      <w:r>
        <w:t>Afterward they sing:</w:t>
      </w:r>
    </w:p>
    <w:p>
      <w:r>
        <w:t>“Fortunate are we, how good is our portion, that we merited to draw close to Rabbainu..”]</w:t>
      </w:r>
    </w:p>
    <w:p>
      <w:r>
        <w:t>[………………...]…</w:t>
      </w:r>
    </w:p>
    <w:p>
      <w:r>
        <w:t>...{…..}</w:t>
      </w:r>
    </w:p>
    <w:p>
      <w:r>
        <w:t>[Yes]</w:t>
      </w:r>
    </w:p>
    <w:p>
      <w:r>
        <w:t>Do you know?</w:t>
      </w:r>
    </w:p>
    <w:p>
      <w:r>
        <w:t>[Yes]…</w:t>
      </w:r>
    </w:p>
    <w:p>
      <w:r>
        <w:t>...{..}…</w:t>
      </w:r>
    </w:p>
    <w:p>
      <w:r>
        <w:t>...[The army sent for me, they want me to come to the army, the army want me to come there, I will go to the army] You?</w:t>
      </w:r>
    </w:p>
    <w:p>
      <w:r>
        <w:t>[Yes, and I don't want to go to the army]</w:t>
      </w:r>
    </w:p>
    <w:p>
      <w:r>
        <w:t>Ah</w:t>
      </w:r>
    </w:p>
    <w:p>
      <w:r>
        <w:t>[What should I do? Bless me, that they should not take me</w:t>
      </w:r>
    </w:p>
    <w:p>
      <w:r>
        <w:t>That they should not take me into the army, I don't want to go to the army</w:t>
      </w:r>
    </w:p>
    <w:p>
      <w:r>
        <w:t>What should I do? Saba]…</w:t>
      </w:r>
    </w:p>
    <w:p>
      <w:r>
        <w:t>...I cannot not speak and not hear…</w:t>
      </w:r>
    </w:p>
    <w:p>
      <w:r>
        <w:t>...Did I put on tefillin?</w:t>
      </w:r>
    </w:p>
    <w:p>
      <w:r>
        <w:t>[Yes]</w:t>
      </w:r>
    </w:p>
    <w:p>
      <w:r>
        <w:t>Ah?</w:t>
      </w:r>
    </w:p>
    <w:p>
      <w:r>
        <w:t>[Yes]</w:t>
      </w:r>
    </w:p>
    <w:p>
      <w:r>
        <w:t>Yes?</w:t>
      </w:r>
    </w:p>
    <w:p>
      <w:r>
        <w:t>[Yes]</w:t>
      </w:r>
    </w:p>
    <w:p>
      <w:r>
        <w:t>Where?</w:t>
      </w:r>
    </w:p>
    <w:p>
      <w:r>
        <w:t>[Here]</w:t>
      </w:r>
    </w:p>
    <w:p>
      <w:r>
        <w:t>Did you put them on me?</w:t>
      </w:r>
    </w:p>
    <w:p>
      <w:r>
        <w:t>[No.. Uri and Shimon put them on you]</w:t>
      </w:r>
    </w:p>
    <w:p>
      <w:r>
        <w:t>Yes…</w:t>
      </w:r>
    </w:p>
    <w:p>
      <w:r>
        <w:t>...{hear} news?</w:t>
      </w:r>
    </w:p>
    <w:p>
      <w:r>
        <w:t>[No, Saba]</w:t>
      </w:r>
    </w:p>
    <w:p>
      <w:r>
        <w:t>[Rebbe Yisroel]…</w:t>
      </w:r>
    </w:p>
    <w:p>
      <w:r>
        <w:t>...{going and returning} to travel to.. to.. to Uman</w:t>
      </w:r>
    </w:p>
    <w:p>
      <w:r>
        <w:t>[Yes]</w:t>
      </w:r>
    </w:p>
    <w:p>
      <w:r>
        <w:t>Do you know who this is?</w:t>
      </w:r>
    </w:p>
    <w:p>
      <w:r>
        <w:t>[Yes, Suissa, Suissa]</w:t>
      </w:r>
    </w:p>
    <w:p>
      <w:r>
        <w:t>Ah?</w:t>
      </w:r>
    </w:p>
    <w:p>
      <w:r>
        <w:t>[Suissa, he is f.., he gives you a ticket, going and returning]</w:t>
      </w:r>
    </w:p>
    <w:p>
      <w:r>
        <w:t>Who, who gives me?</w:t>
      </w:r>
    </w:p>
    <w:p>
      <w:r>
        <w:t>[Suissa]</w:t>
      </w:r>
    </w:p>
    <w:p>
      <w:r>
        <w:t>[Chananya]</w:t>
      </w:r>
    </w:p>
    <w:p>
      <w:r>
        <w:t>[Chananya, Chananya Suissa]</w:t>
      </w:r>
    </w:p>
    <w:p>
      <w:r>
        <w:t>Ah…</w:t>
      </w:r>
    </w:p>
    <w:p>
      <w:r>
        <w:t>...Rich?</w:t>
      </w:r>
    </w:p>
    <w:p>
      <w:r>
        <w:t>[I don't know]</w:t>
      </w:r>
    </w:p>
    <w:p>
      <w:r>
        <w:t>[……..]</w:t>
      </w:r>
    </w:p>
    <w:p>
      <w:r>
        <w:t>[He, he is responsible for the whole matter of the flight, he is the flight agent</w:t>
      </w:r>
    </w:p>
    <w:p>
      <w:r>
        <w:t>He is responsible for all of it, for the whole flight and for everything]</w:t>
      </w:r>
    </w:p>
    <w:p>
      <w:r>
        <w:t>[……..]…</w:t>
      </w:r>
    </w:p>
    <w:p>
      <w:r>
        <w:t>...They will fall like flies, they will fall, fall and fall</w:t>
      </w:r>
    </w:p>
    <w:p>
      <w:r>
        <w:t>[You were in the middle, in the middle, in the middle of the war]</w:t>
      </w:r>
    </w:p>
    <w:p>
      <w:r>
        <w:t>Ah?</w:t>
      </w:r>
    </w:p>
    <w:p>
      <w:r>
        <w:t>[You were, Saba, he saw you in the middle of the war</w:t>
      </w:r>
    </w:p>
    <w:p>
      <w:r>
        <w:t>My son Dudu, he dreamed, that he saw you in the middle of a war, there were many Arabs..]</w:t>
      </w:r>
    </w:p>
    <w:p>
      <w:r>
        <w:t>Yes</w:t>
      </w:r>
    </w:p>
    <w:p>
      <w:r>
        <w:t>[And the Jews were few]</w:t>
      </w:r>
    </w:p>
    <w:p>
      <w:r>
        <w:t>Ah</w:t>
      </w:r>
    </w:p>
    <w:p>
      <w:r>
        <w:t>[There were many Arabs, many, many Arabs, and he was afraid th.. and the Arabs had a great victory</w:t>
      </w:r>
    </w:p>
    <w:p>
      <w:r>
        <w:t>Afterward.. he had money, my son had money, two coins, one of five, one of ten</w:t>
      </w:r>
    </w:p>
    <w:p>
      <w:r>
        <w:t>And he did not know what to give, he gave you ten shekels, and he gave you, yes, he gave you ten shekels</w:t>
      </w:r>
    </w:p>
    <w:p>
      <w:r>
        <w:t>And he asked you, he asked you, that you should pray, that there should be a great victory</w:t>
      </w:r>
    </w:p>
    <w:p>
      <w:r>
        <w:t>And afterward, when he gave you the ten shekels, there was a great downfall for all the.. for all the Arabs]</w:t>
      </w:r>
    </w:p>
    <w:p>
      <w:r>
        <w:t>Arabs, {...}</w:t>
      </w:r>
    </w:p>
    <w:p>
      <w:r>
        <w:t>[He dreamed this on Motzaei Shabbos, Motzaei Shabbos]</w:t>
      </w:r>
    </w:p>
    <w:p>
      <w:r>
        <w:t>You will see a downfall for all the non-Jews, for all the nations of the world, they will all go to the graves</w:t>
      </w:r>
    </w:p>
    <w:p>
      <w:r>
        <w:t>They will go in darkness, nothing will remain of them</w:t>
      </w:r>
    </w:p>
    <w:p>
      <w:r>
        <w:t>[He said that he saw you in the middle of a dream, he saw you, that you were among Arabs, among Jews, and he gave you a ten-shekel bill]</w:t>
      </w:r>
    </w:p>
    <w:p>
      <w:r>
        <w:t>Ah, ah</w:t>
      </w:r>
    </w:p>
    <w:p>
      <w:r>
        <w:t>[And he said to you, pray, that there should be victory for the Jews, and you..</w:t>
      </w:r>
    </w:p>
    <w:p>
      <w:r>
        <w:t>Afterward there was a great victory for all the Jews</w:t>
      </w:r>
    </w:p>
    <w:p>
      <w:r>
        <w:t>He saw a great war, a war, there were many Arabs, many, many]</w:t>
      </w:r>
    </w:p>
    <w:p>
      <w:r>
        <w:t>{After this..}</w:t>
      </w:r>
    </w:p>
    <w:p>
      <w:r>
        <w:t>[Arabs, there were many Arabs, Arabs]</w:t>
      </w:r>
    </w:p>
    <w:p>
      <w:r>
        <w:t>Ah</w:t>
      </w:r>
    </w:p>
    <w:p>
      <w:r>
        <w:t>[There were many Arabs]</w:t>
      </w:r>
    </w:p>
    <w:p>
      <w:r>
        <w:t>Ah</w:t>
      </w:r>
    </w:p>
    <w:p>
      <w:r>
        <w:t>[Yes, and there were few Jews]</w:t>
      </w:r>
    </w:p>
    <w:p>
      <w:r>
        <w:t>Many..</w:t>
      </w:r>
    </w:p>
    <w:p>
      <w:r>
        <w:t>[And you, he gave you a ten-shekel bill]</w:t>
      </w:r>
    </w:p>
    <w:p>
      <w:r>
        <w:t>They, they will fall</w:t>
      </w:r>
    </w:p>
    <w:p>
      <w:r>
        <w:t>[And you, he said to you, pray, that there should be a great victory for all the Jews, and afterward there was a great victory for..] Yes</w:t>
      </w:r>
    </w:p>
    <w:p>
      <w:r>
        <w:t>[For all the Jews, after this all, all the Arabs received great blows]</w:t>
      </w:r>
    </w:p>
    <w:p>
      <w:r>
        <w:t>There was a downfall</w:t>
      </w:r>
    </w:p>
    <w:p>
      <w:r>
        <w:t>[A great downfall, yes, this, he dreamed this on Motzaei Shabbos, Motzaei Shabbos..]</w:t>
      </w:r>
    </w:p>
    <w:p>
      <w:r>
        <w:t>{..}</w:t>
      </w:r>
    </w:p>
    <w:p>
      <w:r>
        <w:t>[He saw you, he said, I saw Saba]</w:t>
      </w:r>
    </w:p>
    <w:p>
      <w:r>
        <w:t>You {nu}, are not.., not traveling to Uman?</w:t>
      </w:r>
    </w:p>
    <w:p>
      <w:r>
        <w:t>[To Uman, yes]</w:t>
      </w:r>
    </w:p>
    <w:p>
      <w:r>
        <w:t>Yes?</w:t>
      </w:r>
    </w:p>
    <w:p>
      <w:r>
        <w:t>[W.., with God's help]</w:t>
      </w:r>
    </w:p>
    <w:p>
      <w:r>
        <w:t>{Then} like me</w:t>
      </w:r>
    </w:p>
    <w:p>
      <w:r>
        <w:t>[When do you want?]</w:t>
      </w:r>
    </w:p>
    <w:p>
      <w:r>
        <w:t>Ah?</w:t>
      </w:r>
    </w:p>
    <w:p>
      <w:r>
        <w:t>[When do you want to travel?]</w:t>
      </w:r>
    </w:p>
    <w:p>
      <w:r>
        <w:t>Take me</w:t>
      </w:r>
    </w:p>
    <w:p>
      <w:r>
        <w:t>[When do you want]</w:t>
      </w:r>
    </w:p>
    <w:p>
      <w:r>
        <w:t>You will come and take me</w:t>
      </w:r>
    </w:p>
    <w:p>
      <w:r>
        <w:t>[On which day do you want to travel? On which day?]</w:t>
      </w:r>
    </w:p>
    <w:p>
      <w:r>
        <w:t>Ah?</w:t>
      </w:r>
    </w:p>
    <w:p>
      <w:r>
        <w:t>[On which day?]</w:t>
      </w:r>
    </w:p>
    <w:p>
      <w:r>
        <w:t>On Thursday</w:t>
      </w:r>
    </w:p>
    <w:p>
      <w:r>
        <w:t>[Thursday]</w:t>
      </w:r>
    </w:p>
    <w:p>
      <w:r>
        <w:t>Thursday we will go together</w:t>
      </w:r>
    </w:p>
    <w:p>
      <w:r>
        <w:t>[All right, Uri too, yes]</w:t>
      </w:r>
    </w:p>
    <w:p>
      <w:r>
        <w:t>{Yes, nu come to.., to.. to.. Wednesday night}</w:t>
      </w:r>
    </w:p>
    <w:p>
      <w:r>
        <w:t>[Not Wednesday night, ….. Tuesday night]</w:t>
      </w:r>
    </w:p>
    <w:p>
      <w:r>
        <w:t>Tuesday night, {Wednesday night}</w:t>
      </w:r>
    </w:p>
    <w:p>
      <w:r>
        <w:t>[It comes out Tuesday night]</w:t>
      </w:r>
    </w:p>
    <w:p>
      <w:r>
        <w:t>[…………….…….]</w:t>
      </w:r>
    </w:p>
    <w:p>
      <w:r>
        <w:t>[………………]</w:t>
      </w:r>
    </w:p>
    <w:p>
      <w:r>
        <w:t>I also had, I had.. I saw difficult wars, yes, and thank God, they fell</w:t>
      </w:r>
    </w:p>
    <w:p>
      <w:r>
        <w:t>[Saba, there is a great commotion in Bnei Brak]</w:t>
      </w:r>
    </w:p>
    <w:p>
      <w:r>
        <w:t>Ah?</w:t>
      </w:r>
    </w:p>
    <w:p>
      <w:r>
        <w:t>[There is a great commotion in Bnei Brak]</w:t>
      </w:r>
    </w:p>
    <w:p>
      <w:r>
        <w:t>Commotion, commotion..</w:t>
      </w:r>
    </w:p>
    <w:p>
      <w:r>
        <w:t>[Yes, “Na Nach Nachma Nachman MeUman” is becoming publicized]</w:t>
      </w:r>
    </w:p>
    <w:p>
      <w:r>
        <w:t>Yes?</w:t>
      </w:r>
    </w:p>
    <w:p>
      <w:r>
        <w:t>[Yes]</w:t>
      </w:r>
    </w:p>
    <w:p>
      <w:r>
        <w:t>Yes?</w:t>
      </w:r>
    </w:p>
    <w:p>
      <w:r>
        <w:t>[Yes, the Breslover Chassidim are very afraid of it]</w:t>
      </w:r>
    </w:p>
    <w:p>
      <w:r>
        <w:t>They</w:t>
      </w:r>
    </w:p>
    <w:p>
      <w:r>
        <w:t>[Are very afraid of it, afraid of it</w:t>
      </w:r>
    </w:p>
    <w:p>
      <w:r>
        <w:t>There are liars, Breslover Chassidim are very afraid of it, that they will not have publicity, they will not have honor; there are Breslover Chassidim, Rabbi Nassan Tzvi Koenig is very afraid of it, he..]</w:t>
      </w:r>
    </w:p>
    <w:p>
      <w:r>
        <w:t>{Yo}</w:t>
      </w:r>
    </w:p>
    <w:p>
      <w:r>
        <w:t>[Yes..]</w:t>
      </w:r>
    </w:p>
    <w:p>
      <w:r>
        <w:t>The falsehood will fall</w:t>
      </w:r>
    </w:p>
    <w:p>
      <w:r>
        <w:t>[Will fall, yes, yes]</w:t>
      </w:r>
    </w:p>
    <w:p>
      <w:r>
        <w:t>Completely, completely</w:t>
      </w:r>
    </w:p>
    <w:p>
      <w:r>
        <w:t>{You} take me with you</w:t>
      </w:r>
    </w:p>
    <w:p>
      <w:r>
        <w:t>[To Uman]</w:t>
      </w:r>
    </w:p>
    <w:p>
      <w:r>
        <w:t>{…}, watch over, ah, over, over me the whole way, in the car, on the airplane, yes</w:t>
      </w:r>
    </w:p>
    <w:p>
      <w:r>
        <w:t>We will go and sit together</w:t>
      </w:r>
    </w:p>
    <w:p>
      <w:r>
        <w:t>[Where? To.. to.. to Uman?]</w:t>
      </w:r>
    </w:p>
    <w:p>
      <w:r>
        <w:t>Yes, certainly</w:t>
      </w:r>
    </w:p>
    <w:p>
      <w:r>
        <w:t>[Pray for me, pray for me that we will be able to be together, pray</w:t>
      </w:r>
    </w:p>
    <w:p>
      <w:r>
        <w:t>Saba, the time has come, time is being wasted, there is much to do, the world needs Rabbainu, Saba]</w:t>
      </w:r>
    </w:p>
    <w:p>
      <w:r>
        <w:t>He will come</w:t>
      </w:r>
    </w:p>
    <w:p>
      <w:r>
        <w:t>[I think, after Rosh Hashanah, after Rosh Hashanah we need to go from moshav to moshav, from house to house; there is much to do]</w:t>
      </w:r>
    </w:p>
    <w:p>
      <w:r>
        <w:t>{…}</w:t>
      </w:r>
    </w:p>
    <w:p>
      <w:r>
        <w:t>[The world is waiting, waiting]</w:t>
      </w:r>
    </w:p>
    <w:p>
      <w:r>
        <w:t>Yes</w:t>
      </w:r>
    </w:p>
    <w:p>
      <w:r>
        <w:t>[That they should sing all the time “Na Nach”]</w:t>
      </w:r>
    </w:p>
    <w:p>
      <w:r>
        <w:t>Yes</w:t>
      </w:r>
    </w:p>
    <w:p>
      <w:r>
        <w:t>[In Bnei Brak, in Bnei Brak they say, in Bnei Brak they say:</w:t>
      </w:r>
    </w:p>
    <w:p>
      <w:r>
        <w:t>That in Meron all day they sing “Na Nach Nachma Nachman MeUman”.. that is what they say</w:t>
      </w:r>
    </w:p>
    <w:p>
      <w:r>
        <w:t>That in Meron all day without stopping, they sing all day “Na Nach Nachma Nachman MeUman”</w:t>
      </w:r>
    </w:p>
    <w:p>
      <w:r>
        <w:t>That is what they say in Bnei Brak, they heard, that in Meron all day they sing “Na Nach Nachma Nachman MeUman” without stopping; that is what they say in Bnei Brak]</w:t>
      </w:r>
    </w:p>
    <w:p>
      <w:r>
        <w:t>“Fortunate are we, how good is our portion, and how pleasant is our lot, and how beautiful is our inheritance, fortunate are we, that we have such a Rebbe”</w:t>
      </w:r>
    </w:p>
    <w:p>
      <w:r>
        <w:t>[Saba, “I am Na Nach Nachma Nachman MeUman”</w:t>
      </w:r>
    </w:p>
    <w:p>
      <w:r>
        <w:t>How do you say it? Saba, Saba, how do you say it?</w:t>
      </w:r>
    </w:p>
    <w:p>
      <w:r>
        <w:t>“Na Nach Nachma Nachman MeUman”]</w:t>
      </w:r>
    </w:p>
    <w:p>
      <w:r>
        <w:t>I also had dreams with very difficult wars, but thank God they had a downfall</w:t>
      </w:r>
    </w:p>
    <w:p>
      <w:r>
        <w:t>[………..]…</w:t>
      </w:r>
    </w:p>
    <w:p>
      <w:r>
        <w:t>...David?</w:t>
      </w:r>
    </w:p>
    <w:p>
      <w:r>
        <w:t>[Yes, David]</w:t>
      </w:r>
    </w:p>
    <w:p>
      <w:r>
        <w:t>Your son?</w:t>
      </w:r>
    </w:p>
    <w:p>
      <w:r>
        <w:t>[No, David, David, my son, my son..</w:t>
      </w:r>
    </w:p>
    <w:p>
      <w:r>
        <w:t>He has difficult battles, he studies in a Breslov “cheder,” and he says all the time “Na Nach..]</w:t>
      </w:r>
    </w:p>
    <w:p>
      <w:r>
        <w:t>Yes</w:t>
      </w:r>
    </w:p>
    <w:p>
      <w:r>
        <w:t>[..Nachma Nachman MeUman”]</w:t>
      </w:r>
    </w:p>
    <w:p>
      <w:r>
        <w:t>Yes?</w:t>
      </w:r>
    </w:p>
    <w:p>
      <w:r>
        <w:t>[And he does not, he pays no heed to anyone, he says:</w:t>
      </w:r>
    </w:p>
    <w:p>
      <w:r>
        <w:t>“I say only “Na Nach Nachma Nachman MeUman”..”</w:t>
      </w:r>
    </w:p>
    <w:p>
      <w:r>
        <w:t>Whoever it may be” he pays no heed]</w:t>
      </w:r>
    </w:p>
    <w:p>
      <w:r>
        <w:t>[……………..]</w:t>
      </w:r>
    </w:p>
    <w:p>
      <w:r>
        <w:t>[……………..]</w:t>
      </w:r>
    </w:p>
    <w:p>
      <w:r>
        <w:t>[This is that son who dreamed on Motzaei Shabbos, Saba, he saw you, you were among Arabs</w:t>
      </w:r>
    </w:p>
    <w:p>
      <w:r>
        <w:t>He saw you, you were among Arabs, there were.., there were many Arabs, many, and there were few Jews..]…</w:t>
      </w:r>
    </w:p>
    <w:p>
      <w:r>
        <w:t>...[..There was a great victory]</w:t>
      </w:r>
    </w:p>
    <w:p>
      <w:r>
        <w:t>What is this?</w:t>
      </w:r>
    </w:p>
    <w:p>
      <w:r>
        <w:t>[Nothing, it is..]</w:t>
      </w:r>
    </w:p>
    <w:p>
      <w:r>
        <w:t>[Turn it off, turn it off..]…</w:t>
      </w:r>
    </w:p>
    <w:p>
      <w:r>
        <w:t>But {they all fell there}</w:t>
      </w:r>
    </w:p>
    <w:p>
      <w:r>
        <w:t>[Do not sleep]</w:t>
      </w:r>
    </w:p>
    <w:p>
      <w:r>
        <w:t>Uri is going {you}.., also.. {...}</w:t>
      </w:r>
    </w:p>
    <w:p>
      <w:r>
        <w:t>[To Uman]</w:t>
      </w:r>
    </w:p>
    <w:p>
      <w:r>
        <w:t>To Uman?</w:t>
      </w:r>
    </w:p>
    <w:p>
      <w:r>
        <w:t>[Yes]</w:t>
      </w:r>
    </w:p>
    <w:p>
      <w:r>
        <w:t>{No}</w:t>
      </w:r>
    </w:p>
    <w:p>
      <w:r>
        <w:t>[Yes, he is coming with us]</w:t>
      </w:r>
    </w:p>
    <w:p>
      <w:r>
        <w:t>Ah?</w:t>
      </w:r>
    </w:p>
    <w:p>
      <w:r>
        <w:t>[He is also coming with us, Uri is also traveling to Uman]</w:t>
      </w:r>
    </w:p>
    <w:p>
      <w:r>
        <w:t>Yes?</w:t>
      </w:r>
    </w:p>
    <w:p>
      <w:r>
        <w:t>[Yes]</w:t>
      </w:r>
    </w:p>
    <w:p>
      <w:r>
        <w:t>We will take him.. {..}, together, we will sit together</w:t>
      </w:r>
    </w:p>
    <w:p>
      <w:r>
        <w:t>[I cannot be alone, I need friends]</w:t>
      </w:r>
    </w:p>
    <w:p>
      <w:r>
        <w:t>{..}</w:t>
      </w:r>
    </w:p>
    <w:p>
      <w:r>
        <w:t>[Saba, I need friends, together, he will also come with us]</w:t>
      </w:r>
    </w:p>
    <w:p>
      <w:r>
        <w:t>Ah?</w:t>
      </w:r>
    </w:p>
    <w:p>
      <w:r>
        <w:t>[Uri will also come with us]</w:t>
      </w:r>
    </w:p>
    <w:p>
      <w:r>
        <w:t>{{God forbid\as far as there}}</w:t>
      </w:r>
    </w:p>
    <w:p>
      <w:r>
        <w:t>[Uri, Uri will also come to Uman]</w:t>
      </w:r>
    </w:p>
    <w:p>
      <w:r>
        <w:t>Uri?</w:t>
      </w:r>
    </w:p>
    <w:p>
      <w:r>
        <w:t>[Yes, he will come to Uman]</w:t>
      </w:r>
    </w:p>
    <w:p>
      <w:r>
        <w:t>Yes?</w:t>
      </w:r>
    </w:p>
    <w:p>
      <w:r>
        <w:t>[Yes]</w:t>
      </w:r>
    </w:p>
    <w:p>
      <w:r>
        <w:t>{..}, I do not know</w:t>
      </w:r>
    </w:p>
    <w:p>
      <w:r>
        <w:t>You will go with the note {….and}with the master, master of the note</w:t>
      </w:r>
    </w:p>
    <w:p>
      <w:r>
        <w:t>[There will be a beautiful wedding, ah..</w:t>
      </w:r>
    </w:p>
    <w:p>
      <w:r>
        <w:t>Do you want to go with the note? “Give the note,” “give the note,” Saba..]…</w:t>
      </w:r>
    </w:p>
    <w:p>
      <w:r>
        <w:t>...[To Uman?]</w:t>
      </w:r>
    </w:p>
    <w:p>
      <w:r>
        <w:t>Yo</w:t>
      </w:r>
    </w:p>
    <w:p>
      <w:r>
        <w:t>[Another month]</w:t>
      </w:r>
    </w:p>
    <w:p>
      <w:r>
        <w:t>Ah?</w:t>
      </w:r>
    </w:p>
    <w:p>
      <w:r>
        <w:t>[Another month]</w:t>
      </w:r>
    </w:p>
    <w:p>
      <w:r>
        <w:t>Rosh Chodesh?</w:t>
      </w:r>
    </w:p>
    <w:p>
      <w:r>
        <w:t>[Another month]</w:t>
      </w:r>
    </w:p>
    <w:p>
      <w:r>
        <w:t>Another</w:t>
      </w:r>
    </w:p>
    <w:p>
      <w:r>
        <w:t>[Month, there is another month]</w:t>
      </w:r>
    </w:p>
    <w:p>
      <w:r>
        <w:t>Another month?</w:t>
      </w:r>
    </w:p>
    <w:p>
      <w:r>
        <w:t>[Yes]</w:t>
      </w:r>
    </w:p>
    <w:p>
      <w:r>
        <w:t>Until Rosh Hashanah?</w:t>
      </w:r>
    </w:p>
    <w:p>
      <w:r>
        <w:t>[Yes, there is another month and ten days]</w:t>
      </w:r>
    </w:p>
    <w:p>
      <w:r>
        <w:t>Yes?</w:t>
      </w:r>
    </w:p>
    <w:p>
      <w:r>
        <w:t>[Now it is.. another forty days]</w:t>
      </w:r>
    </w:p>
    <w:p>
      <w:r>
        <w:t>Perhaps we will travel to Bnei Brak, the rabbis and the learners will all travel {..} to Uman</w:t>
      </w:r>
    </w:p>
    <w:p>
      <w:r>
        <w:t>Who is this?</w:t>
      </w:r>
    </w:p>
    <w:p>
      <w:r>
        <w:t>[Gideon]</w:t>
      </w:r>
    </w:p>
    <w:p>
      <w:r>
        <w:t>Who is this?</w:t>
      </w:r>
    </w:p>
    <w:p>
      <w:r>
        <w:t>[Gideon, Gideon from Tzfas]</w:t>
      </w:r>
    </w:p>
    <w:p>
      <w:r>
        <w:t>Ah, Gideon from Tzfas?</w:t>
      </w:r>
    </w:p>
    <w:p>
      <w:r>
        <w:t>[How are you? Saba]</w:t>
      </w:r>
    </w:p>
    <w:p>
      <w:r>
        <w:t>There is another month</w:t>
      </w:r>
    </w:p>
    <w:p>
      <w:r>
        <w:t>[Yes]</w:t>
      </w:r>
    </w:p>
    <w:p>
      <w:r>
        <w:t>[Saba sings the melody of “Na Nach Nachma Nachman MeUman..”{….}]</w:t>
      </w:r>
    </w:p>
    <w:p>
      <w:r>
        <w:t>[………..]</w:t>
      </w:r>
    </w:p>
    <w:p>
      <w:r>
        <w:t>[………..]</w:t>
      </w:r>
    </w:p>
    <w:p>
      <w:r>
        <w:t>They will come from all over the world, from England, from France, and from all over the world they will come to..the flies to Uman</w:t>
      </w:r>
    </w:p>
    <w:p>
      <w:r>
        <w:t>They have money {and..much}</w:t>
      </w:r>
    </w:p>
    <w:p>
      <w:r>
        <w:t>[……….…]</w:t>
      </w:r>
    </w:p>
    <w:p>
      <w:r>
        <w:t>[………….]…</w:t>
      </w:r>
    </w:p>
    <w:p>
      <w:r>
        <w:t>...(Saba laughs)</w:t>
      </w:r>
    </w:p>
    <w:p>
      <w:r>
        <w:t>[..…………]...[.………][..…………]...[.………]Uman w.. will be very great, they will come from all, {..}, from all the countries, from England, from America, from France {..take}</w:t>
      </w:r>
    </w:p>
    <w:p>
      <w:r>
        <w:t>[..…………]...[.………]</w:t>
      </w:r>
    </w:p>
    <w:p>
      <w:r>
        <w:t>[..…………]...[.………]</w:t>
      </w:r>
    </w:p>
    <w:p>
      <w:r>
        <w:t>...He, {our holy Rabbainu} did not see them</w:t>
      </w:r>
    </w:p>
    <w:p>
      <w:r>
        <w:t>Then, then he, he, they all are not, are not ministers, he did not see them</w:t>
      </w:r>
    </w:p>
    <w:p>
      <w:r>
        <w:t>Not a minister, not {Sarah\the min..}, {the minister of education}, minister, minister..</w:t>
      </w:r>
    </w:p>
    <w:p>
      <w:r>
        <w:t>{Yes}</w:t>
      </w:r>
    </w:p>
    <w:p>
      <w:r>
        <w:t>Ah, ah, I want to sleep, yes?…</w:t>
      </w:r>
    </w:p>
    <w:p>
      <w:r>
        <w:t>[Ah.. ah.. ah.. ah.. fortunate are we……..]</w:t>
      </w:r>
    </w:p>
    <w:p>
      <w:r>
        <w:t>[…………………] ...[...………………]...{…..} Breslover Chassidim say, money is nothing, money is not needed[…………………] ...[...………………]...{…..} Breslover Chassidim say, money is nothing, money is not needed{as though} the.. the president, as though he is not president, the prime minister, is not prime minister; Rabbainu did not receive him</w:t>
      </w:r>
    </w:p>
    <w:p>
      <w:r>
        <w:t>[…………………] ...[...………………]</w:t>
      </w:r>
    </w:p>
    <w:p>
      <w:r>
        <w:t>...{…..} Breslover Chassidim say, money is nothing, money is not needed</w:t>
      </w:r>
    </w:p>
    <w:p>
      <w:r>
        <w:t>[…………………] ...[...………………]</w:t>
      </w:r>
    </w:p>
    <w:p>
      <w:r>
        <w:t>...{…..} Breslover Chassidim say, money is nothing, money is not needed</w:t>
      </w:r>
    </w:p>
    <w:p>
      <w:r>
        <w:t>And honor is nothing, honor is not needed</w:t>
      </w:r>
    </w:p>
    <w:p>
      <w:r>
        <w:t>Nu, what, what, what {is needed?}, what, what, what is needed?</w:t>
      </w:r>
    </w:p>
    <w:p>
      <w:r>
        <w:t>[Only Yisroel Ber]</w:t>
      </w:r>
    </w:p>
    <w:p>
      <w:r>
        <w:t>Not honor and not money</w:t>
      </w:r>
    </w:p>
    <w:p>
      <w:r>
        <w:t>[………………….….]</w:t>
      </w:r>
    </w:p>
    <w:p>
      <w:r>
        <w:t>Nu, perhaps he will come on the final eve of Rosh Hashanah</w:t>
      </w:r>
    </w:p>
    <w:p>
      <w:r>
        <w:t>[……..]</w:t>
      </w:r>
    </w:p>
    <w:p>
      <w:r>
        <w:t>They will all be ashamed</w:t>
      </w:r>
    </w:p>
    <w:p>
      <w:r>
        <w:t>[……..]</w:t>
      </w:r>
    </w:p>
    <w:p>
      <w:r>
        <w:t>The president and the government, they will all be ashamed,</w:t>
      </w:r>
    </w:p>
    <w:p>
      <w:r>
        <w:t>“What, what is this? What kind of Mashiach is this?” He does not want to look at their faces...</w:t>
      </w:r>
    </w:p>
    <w:p>
      <w:r>
        <w:t>...{{He spoke about, about this}}, not to divorce his wife…</w:t>
      </w:r>
    </w:p>
    <w:p>
      <w:r>
        <w:t>...To endure everything and not get divorced…</w:t>
      </w:r>
    </w:p>
    <w:p>
      <w:r>
        <w:t>...{...}…</w:t>
      </w:r>
    </w:p>
    <w:p>
      <w:r>
        <w:t>...It is nothing, the holy Rabbainu revealed a drop from the sea of his greatness…</w:t>
      </w:r>
    </w:p>
    <w:p>
      <w:r>
        <w:t>...The non-Jews are receiving blows, all the non-Jews are receiving blows, yes, were it not for this, perhaps, God forbid, all, they would kill all the Jews […………]…</w:t>
      </w:r>
    </w:p>
    <w:p>
      <w:r>
        <w:t>...Ah, give me</w:t>
      </w:r>
    </w:p>
    <w:p>
      <w:r>
        <w:t>[Uri's wife, she is making you {liver}]…</w:t>
      </w:r>
    </w:p>
    <w:p>
      <w:r>
        <w:t>...{Friends}, good friends…</w:t>
      </w:r>
    </w:p>
    <w:p>
      <w:r>
        <w:t>{…….}...</w:t>
      </w:r>
    </w:p>
    <w:p>
      <w:r>
        <w:t>...{….}, yes, and he was with Rebbe Yisroel, and with, and with, with me, and truly he, he, he gave his entire life</w:t>
      </w:r>
    </w:p>
    <w:p>
      <w:r>
        <w:t>[…..]</w:t>
      </w:r>
    </w:p>
    <w:p>
      <w:r>
        <w:t>Yes</w:t>
      </w:r>
    </w:p>
    <w:p>
      <w:r>
        <w:t>[…..]…</w:t>
      </w:r>
    </w:p>
    <w:p>
      <w:r>
        <w:t>...From Warsaw, he was a genius, all, all, of, of the entire world…</w:t>
      </w:r>
    </w:p>
    <w:p>
      <w:r>
        <w:t>...And his mother cried, cried very much</w:t>
      </w:r>
    </w:p>
    <w:p>
      <w:r>
        <w:t>[………]</w:t>
      </w:r>
    </w:p>
    <w:p>
      <w:r>
        <w:t>[………]</w:t>
      </w:r>
    </w:p>
    <w:p>
      <w:r>
        <w:t>Because he became Breslov</w:t>
      </w:r>
    </w:p>
    <w:p>
      <w:r>
        <w:t>[Perhaps……….]</w:t>
      </w:r>
    </w:p>
    <w:p>
      <w:r>
        <w:t>[………….]</w:t>
      </w:r>
    </w:p>
    <w:p>
      <w:r>
        <w:t>[………..]…</w:t>
      </w:r>
    </w:p>
    <w:p>
      <w:r>
        <w:t>...He and his wife cried a great deal over Shmuel, over the fact that he became Breslov</w:t>
      </w:r>
    </w:p>
    <w:p>
      <w:r>
        <w:t>And he made a match in Yerushalayim, the most, most pedigreed and the most beautiful</w:t>
      </w:r>
    </w:p>
    <w:p>
      <w:r>
        <w:t>[Who, who, who is this?]</w:t>
      </w:r>
    </w:p>
    <w:p>
      <w:r>
        <w:t>Shmuel Horowitz</w:t>
      </w:r>
    </w:p>
    <w:p>
      <w:r>
        <w:t>[Ah, Shmuel Horowitz.. You brought him close to Breslov? Saba]</w:t>
      </w:r>
    </w:p>
    <w:p>
      <w:r>
        <w:t>Yes</w:t>
      </w:r>
    </w:p>
    <w:p>
      <w:r>
        <w:t>[Shmuel Horowitz?]</w:t>
      </w:r>
    </w:p>
    <w:p>
      <w:r>
        <w:t>Yes</w:t>
      </w:r>
    </w:p>
    <w:p>
      <w:r>
        <w:t>[Ah.. ah.. fortunate are we..</w:t>
      </w:r>
    </w:p>
    <w:p>
      <w:r>
        <w:t>Was he Lithuanian or Chabad? What was he? Shmuel Horowitz, what was he before Breslov?]</w:t>
      </w:r>
    </w:p>
    <w:p>
      <w:r>
        <w:t>{This} I do not have the strength to speak</w:t>
      </w:r>
    </w:p>
    <w:p>
      <w:r>
        <w:t>[…………..]</w:t>
      </w:r>
    </w:p>
    <w:p>
      <w:r>
        <w:t>[……….….]…</w:t>
      </w:r>
    </w:p>
    <w:p>
      <w:r>
        <w:t>...He is from the family of the holy Shelah</w:t>
      </w:r>
    </w:p>
    <w:p>
      <w:r>
        <w:t>[…….]</w:t>
      </w:r>
    </w:p>
    <w:p>
      <w:r>
        <w:t>[…….]…</w:t>
      </w:r>
    </w:p>
    <w:p>
      <w:r>
        <w:t>...He was a great rabbi in America, very famous [……….]…</w:t>
      </w:r>
    </w:p>
    <w:p>
      <w:r>
        <w:t>...He was very esteemed by, by Kook, Rabbi Kook [Ah, Rabbi Kook]</w:t>
      </w:r>
    </w:p>
    <w:p>
      <w:r>
        <w:t>His father</w:t>
      </w:r>
    </w:p>
    <w:p>
      <w:r>
        <w:t>[His father]…</w:t>
      </w:r>
    </w:p>
    <w:p>
      <w:r>
        <w:t>...[……..]</w:t>
      </w:r>
    </w:p>
    <w:p>
      <w:r>
        <w:t>He asked Rabbi Kook..</w:t>
      </w:r>
    </w:p>
    <w:p>
      <w:r>
        <w:t>[Yes]</w:t>
      </w:r>
    </w:p>
    <w:p>
      <w:r>
        <w:t>To make a great effort to get him out of Breslov, yes</w:t>
      </w:r>
    </w:p>
    <w:p>
      <w:r>
        <w:t>And Rabbi Kook answered him: “What are you, what are you crying about? It is not terrible, so let him be Breslov”…</w:t>
      </w:r>
    </w:p>
    <w:p>
      <w:r>
        <w:t>...They were, they were holy, truly holy, the family of the holy {Shelah}</w:t>
      </w:r>
    </w:p>
    <w:p>
      <w:r>
        <w:t>[The Shelah]</w:t>
      </w:r>
    </w:p>
    <w:p>
      <w:r>
        <w:t>And his father was a famous great rabbi, he was a great genius, and he asked Rabbi Kook</w:t>
      </w:r>
    </w:p>
    <w:p>
      <w:r>
        <w:t>To make every effort, {…} to distance him from Breslov</w:t>
      </w:r>
    </w:p>
    <w:p>
      <w:r>
        <w:t>And he said to him: “It is not terrible, {it is not terrible, what}”</w:t>
      </w:r>
    </w:p>
    <w:p>
      <w:r>
        <w:t>[Ah.. ah.. ah………]…</w:t>
      </w:r>
    </w:p>
    <w:p>
      <w:r>
        <w:t>...[…..]…</w:t>
      </w:r>
    </w:p>
    <w:p>
      <w:r>
        <w:t>...And Rabbi Kook saw that he was in great danger, he could die from the magnitude of the pain, from the magnitude of the anguish [Pshh..]</w:t>
      </w:r>
    </w:p>
    <w:p>
      <w:r>
        <w:t>So he said, answered, Rabbi Kook answered him, wrote him a letter:</w:t>
      </w:r>
    </w:p>
    <w:p>
      <w:r>
        <w:t>“It is not terrible, let him be Breslov.. Do not worry at all”</w:t>
      </w:r>
    </w:p>
    <w:p>
      <w:r>
        <w:t>[……….]</w:t>
      </w:r>
    </w:p>
    <w:p>
      <w:r>
        <w:t>[……….]…</w:t>
      </w:r>
    </w:p>
    <w:p>
      <w:r>
        <w:t>...He wept such great weeping before Rabbi Kook, what, that he should devise counsel how to distance him</w:t>
      </w:r>
    </w:p>
    <w:p>
      <w:r>
        <w:t>And Rabbi Kook said to him: “It is not terrible.. Let him be Breslov</w:t>
      </w:r>
    </w:p>
    <w:p>
      <w:r>
        <w:t>You will receive much nachas, he has good children”</w:t>
      </w:r>
    </w:p>
    <w:p>
      <w:r>
        <w:t>[Yes.. take, Saba]</w:t>
      </w:r>
    </w:p>
    <w:p>
      <w:r>
        <w:t>Shoyn</w:t>
      </w:r>
    </w:p>
    <w:p>
      <w:r>
        <w:t>[Shoyn..]…</w:t>
      </w:r>
    </w:p>
    <w:p>
      <w:r>
        <w:t>...If only the entire world would be Breslov</w:t>
      </w:r>
    </w:p>
    <w:p>
      <w:r>
        <w:t>He, he saw Yisroel Ber with “Likutey Moharan,” so he asked the attendants:</w:t>
      </w:r>
    </w:p>
    <w:p>
      <w:r>
        <w:t>“Is there a Breslov yeshiva here?”</w:t>
      </w:r>
    </w:p>
    <w:p>
      <w:r>
        <w:t>“God forbid, what are you saying?”</w:t>
      </w:r>
    </w:p>
    <w:p>
      <w:r>
        <w:t>{Then he}, then he said to him: “If only the entire, the entire world would be Breslov”</w:t>
      </w:r>
    </w:p>
    <w:p>
      <w:r>
        <w:t>[………]</w:t>
      </w:r>
    </w:p>
    <w:p>
      <w:r>
        <w:t>[……]</w:t>
      </w:r>
    </w:p>
    <w:p>
      <w:r>
        <w:t>He was in Yerushalayim, the rabbi, the genius.. Wallenstein from Hungary</w:t>
      </w:r>
    </w:p>
    <w:p>
      <w:r>
        <w:t>[Hungary]</w:t>
      </w:r>
    </w:p>
    <w:p>
      <w:r>
        <w:t>He was a great rabbi, a great genius</w:t>
      </w:r>
    </w:p>
    <w:p>
      <w:r>
        <w:t>[From Hungary]</w:t>
      </w:r>
    </w:p>
    <w:p>
      <w:r>
        <w:t>Yes,</w:t>
      </w:r>
    </w:p>
    <w:p>
      <w:r>
        <w:t>And the family took Shmuel as a son-in-law, they gave him a girl from, from the Wallenstein family</w:t>
      </w:r>
    </w:p>
    <w:p>
      <w:r>
        <w:t>[To whom, to whom? To Shmuel Horowitz?]</w:t>
      </w:r>
    </w:p>
    <w:p>
      <w:r>
        <w:t>Ah?</w:t>
      </w:r>
    </w:p>
    <w:p>
      <w:r>
        <w:t>[To whom?]</w:t>
      </w:r>
    </w:p>
    <w:p>
      <w:r>
        <w:t>Rabbi Shmuel Horowitz, his father would cry, so he..</w:t>
      </w:r>
    </w:p>
    <w:p>
      <w:r>
        <w:t>Wallenstein, the Wallenstein family, he, he was very impressed by Shmuel Horowitz</w:t>
      </w:r>
    </w:p>
    <w:p>
      <w:r>
        <w:t>[Yes.. Bornstein, Bornstein?]</w:t>
      </w:r>
    </w:p>
    <w:p>
      <w:r>
        <w:t>Wallenstein, Wallenstein</w:t>
      </w:r>
    </w:p>
    <w:p>
      <w:r>
        <w:t>[………]…</w:t>
      </w:r>
    </w:p>
    <w:p>
      <w:r>
        <w:t>...[Fortunate are we, fortunate are we, may you have..]…</w:t>
      </w:r>
    </w:p>
    <w:p>
      <w:r>
        <w:t>...[……]…</w:t>
      </w:r>
    </w:p>
    <w:p>
      <w:r>
        <w:br w:type="page"/>
      </w:r>
    </w:p>
    <w:p>
      <w:pPr>
        <w:pStyle w:val="Heading1"/>
      </w:pPr>
      <w:r>
        <w:t>Tape 89</w:t>
      </w:r>
    </w:p>
    <w:p>
      <w:pPr>
        <w:pStyle w:val="Heading2"/>
      </w:pPr>
      <w:r>
        <w:t>Side A (Aleph)</w:t>
      </w:r>
    </w:p>
    <w:p>
      <w:r>
        <w:t>...All the words of the Torah are counsel and ways for how to be a Jew, as Rabbainu of blessed memory said in Uman</w:t>
      </w:r>
    </w:p>
    <w:p>
      <w:r>
        <w:t>He was already {..} such a genius, such a sage, such a tzaddik</w:t>
      </w:r>
    </w:p>
    <w:p>
      <w:r>
        <w:t>And in every utterance of his he illuminated for us the entire Torah, {{...}} and how to be a Jew</w:t>
      </w:r>
    </w:p>
    <w:p>
      <w:r>
        <w:t>The entire Torah is how to be a Jew</w:t>
      </w:r>
    </w:p>
    <w:p>
      <w:r>
        <w:t>Rabbainu of blessed memory practiced hisbodedus, and prayed to Hashem Yisborach and wept before Hashem Yisborach:</w:t>
      </w:r>
    </w:p>
    <w:p>
      <w:r>
        <w:t>“A.. how does one merit to be a Jew?”, {..}</w:t>
      </w:r>
    </w:p>
    <w:p>
      <w:r>
        <w:t>This is the essence of the service and.. {yes}, ours</w:t>
      </w:r>
    </w:p>
    <w:p>
      <w:r>
        <w:t>The non-Jews are, they are our donkeys, they need to plow and.. and do all the work, so that we will have bread to eat</w:t>
      </w:r>
    </w:p>
    <w:p>
      <w:r>
        <w:t>Ah, how {sees}, I see in the house, that he, someone who walks around in the house</w:t>
      </w:r>
    </w:p>
    <w:p>
      <w:r>
        <w:t>And with him is the light of the Torah, the “Likutey Moharan” and the “Likutey Eitzos,” and all the words of Rabbainu of blessed memory</w:t>
      </w:r>
    </w:p>
    <w:p>
      <w:r>
        <w:t>They are all lights and ways and counsel for how to be a Jew</w:t>
      </w:r>
    </w:p>
    <w:p>
      <w:r>
        <w:t>And as Rabbainu of blessed memory said {..} in his hisbodedus, he pleaded before Hashem Yisborach:</w:t>
      </w:r>
    </w:p>
    <w:p>
      <w:r>
        <w:t>“Master of the world, how does one merit to be a Jew?”</w:t>
      </w:r>
    </w:p>
    <w:p>
      <w:r>
        <w:t>Ah.. {What is this?}</w:t>
      </w:r>
    </w:p>
    <w:p>
      <w:r>
        <w:t>Now is the time of the redemption, yes, Mashiach will come, and there will be, and there will be such a true sage</w:t>
      </w:r>
    </w:p>
    <w:p>
      <w:r>
        <w:t>From whom all the heretics, all the deniers, will receive the holy Torah</w:t>
      </w:r>
    </w:p>
    <w:p>
      <w:r>
        <w:t>How do.. how to be, how does one merit to be a Jew</w:t>
      </w:r>
    </w:p>
    <w:p>
      <w:r>
        <w:t>Now is the time of the redemption, the time of Mashiach's coming, and he will reveal Rabbainu of blessed memory, the words of Rabbainu</w:t>
      </w:r>
    </w:p>
    <w:p>
      <w:r>
        <w:t>And he will teach us ways and counsel for how to be a Jew, how to be a holy man, without desires</w:t>
      </w:r>
    </w:p>
    <w:p>
      <w:r>
        <w:t>The desires? One needs to fight them and break them</w:t>
      </w:r>
    </w:p>
    <w:p>
      <w:r>
        <w:t>What for? {…………………………}...</w:t>
      </w:r>
    </w:p>
    <w:p>
      <w:r>
        <w:t>...This is all for us, to make known to us, to the entire world, to each and every person in his home</w:t>
      </w:r>
    </w:p>
    <w:p>
      <w:r>
        <w:t>{We are here, look}, he hears the words of Rabbainu of blessed memory</w:t>
      </w:r>
    </w:p>
    <w:p>
      <w:r>
        <w:t>What we have, the Written Torah and the Oral Torah</w:t>
      </w:r>
    </w:p>
    <w:p>
      <w:r>
        <w:t>And they are all counsels and might and wisdom, how to be a Jew, {…}</w:t>
      </w:r>
    </w:p>
    <w:p>
      <w:r>
        <w:t>How does one merit to be a Jew</w:t>
      </w:r>
    </w:p>
    <w:p>
      <w:r>
        <w:t>There is already in the world {me} Rabbi Shimon bar Yochai, and now we have “Na'chal No'vea M'kor Cho'chma”</w:t>
      </w:r>
    </w:p>
    <w:p>
      <w:r>
        <w:t>And he teaches us, how does one merit to be a Jew</w:t>
      </w:r>
    </w:p>
    <w:p>
      <w:r>
        <w:t>I see.. there is one person, he walks around in the house, and every time he, he, he lays himself down on the..</w:t>
      </w:r>
    </w:p>
    <w:p>
      <w:r>
        <w:t>Like this, yes, to rest, and he thinks the main wisdom, how to be a Jew</w:t>
      </w:r>
    </w:p>
    <w:p>
      <w:r>
        <w:t>As Rabbainu, of blessed memory, said before Hashem Yisborach in his hisbodedus:</w:t>
      </w:r>
    </w:p>
    <w:p>
      <w:r>
        <w:t>“Master of the World, dear Father, merciful Father, what, how does one merit to be a Jew?”, {.. ….}</w:t>
      </w:r>
    </w:p>
    <w:p>
      <w:r>
        <w:t>This, this is the essence of life, the essence of the Jewish light, the Torah.., and what is a Jew? - the Torah and the mitzvos</w:t>
      </w:r>
    </w:p>
    <w:p>
      <w:r>
        <w:t>And I saw Rebbe Yisroel (Kardonner), that he was so bound, bound to the holy Rabbainu</w:t>
      </w:r>
    </w:p>
    <w:p>
      <w:r>
        <w:t>To “Likutei Moharan,” what, he studied “Likutei Moharan,” the teachings of the “Likutei Moharan”</w:t>
      </w:r>
    </w:p>
    <w:p>
      <w:r>
        <w:t>For they are all wondrous lights, how does one merit to be a Jew</w:t>
      </w:r>
    </w:p>
    <w:p>
      <w:r>
        <w:t>The time for the redemption has arrived, this is the redemption, Torah and mitzvos</w:t>
      </w:r>
    </w:p>
    <w:p>
      <w:r>
        <w:t>{..} Work? Bread to eat? The non-Jews are our donkeys</w:t>
      </w:r>
    </w:p>
    <w:p>
      <w:r>
        <w:t>They will work, they work, and we eat</w:t>
      </w:r>
    </w:p>
    <w:p>
      <w:r>
        <w:t>I saw in the room, one person walking around from here to there, yes</w:t>
      </w:r>
    </w:p>
    <w:p>
      <w:r>
        <w:t>And every time he lays himself down and.. he lies down a little, and.. and afterward he gets up again, again:</w:t>
      </w:r>
    </w:p>
    <w:p>
      <w:r>
        <w:t>“How does one merit to be a Jew?”</w:t>
      </w:r>
    </w:p>
    <w:p>
      <w:r>
        <w:t>He, he was the wisest, he was, he revealed such a wisdom, that had not yet been revealed in the world</w:t>
      </w:r>
    </w:p>
    <w:p>
      <w:r>
        <w:t>That is the “Likutei Moharan,” and “Likutei Halachos” and “Likutei Eitzos”</w:t>
      </w:r>
    </w:p>
    <w:p>
      <w:r>
        <w:t>We have everything ready and prepared</w:t>
      </w:r>
    </w:p>
    <w:p>
      <w:r>
        <w:t>Ah.. oy vey</w:t>
      </w:r>
    </w:p>
    <w:p>
      <w:r>
        <w:t>How can one eat and sleep? There are such wisdoms, there is such a wisdom, how does one merit..</w:t>
      </w:r>
    </w:p>
    <w:p>
      <w:r>
        <w:t>And all the wisdom is, “How does one merit to be a Jew?”</w:t>
      </w:r>
    </w:p>
    <w:p>
      <w:r>
        <w:t>The Torah teaches us, how does one merit to be a Jew</w:t>
      </w:r>
    </w:p>
    <w:p>
      <w:r>
        <w:t>But the non-Jews do not know at all, like donkeys, do donkeys know?</w:t>
      </w:r>
    </w:p>
    <w:p>
      <w:r>
        <w:t>A donkey, the donkey stands constantly, always, and eats, and eats straw</w:t>
      </w:r>
    </w:p>
    <w:p>
      <w:r>
        <w:t>He has one problem, how does one take straw? Already, when there is already none, “I need straw, give me to eat,” and their work, it is that they bring in for us from the field, the.. all fruits and every, every precious thing for the children, for, for.. us, all the fruits, dates, olives, oil, olive oil</w:t>
      </w:r>
    </w:p>
    <w:p>
      <w:r>
        <w:t>Everything so that we should have strength and wisdom and a heart, how does one merit to be a Jew, ah..</w:t>
      </w:r>
    </w:p>
    <w:p>
      <w:r>
        <w:t>The holy Rabbainu revealed, what do we Jews have {…}? What is there? What work do they have?</w:t>
      </w:r>
    </w:p>
    <w:p>
      <w:r>
        <w:t>Only the service of Torah and mitzvos</w:t>
      </w:r>
    </w:p>
    <w:p>
      <w:r>
        <w:t>{Fruits} and food? The non-Jews, the non-Jews need to work, and prepare for us what to eat</w:t>
      </w:r>
    </w:p>
    <w:p>
      <w:r>
        <w:t>They are our servants, our slaves</w:t>
      </w:r>
    </w:p>
    <w:p>
      <w:r>
        <w:t>What? What work do we Jews have? What work? Only the service of Torah and mitzvos</w:t>
      </w:r>
    </w:p>
    <w:p>
      <w:r>
        <w:t>And the non-Jews will work and prepare everything for us</w:t>
      </w:r>
    </w:p>
    <w:p>
      <w:r>
        <w:t>{This is a kind of} animal that has intellect and wisdom, how, how to make a house, and how, and how to be a Jew, yes, the holiness of the Torah and mitzvos, this, this is the essence of our life, “wisdom gives life”</w:t>
      </w:r>
    </w:p>
    <w:p>
      <w:r>
        <w:t>What do we have to do? Only the Torah and the mitzvos, this is our work, ah..</w:t>
      </w:r>
    </w:p>
    <w:p>
      <w:r>
        <w:t>I am an old man, I saw how great rabbis who had a mind and a heart, {…}</w:t>
      </w:r>
    </w:p>
    <w:p>
      <w:r>
        <w:t>But they did not have the foundation of the Torah, the holy Rabbainu, he was..</w:t>
      </w:r>
    </w:p>
    <w:p>
      <w:r>
        <w:t>{{. .}}, the essence of the Torah and the mitzvos is Rabbainu Rebbe Nachman</w:t>
      </w:r>
    </w:p>
    <w:p>
      <w:r>
        <w:t>“Na Naḥ Naḥma Naḥman MeUman”</w:t>
      </w:r>
    </w:p>
    <w:p>
      <w:r>
        <w:t>He is all our vitality, the Torah and the mitzvos</w:t>
      </w:r>
    </w:p>
    <w:p>
      <w:r>
        <w:t>We give terumos and maasros, f.. from the wheat that the non-Jews prepare for us, we perform mitzvos</w:t>
      </w:r>
    </w:p>
    <w:p>
      <w:r>
        <w:t>We give terumos and maasros</w:t>
      </w:r>
    </w:p>
    <w:p>
      <w:r>
        <w:t>{And the entire Torah, all the mitzvos of the Torah}, Pesach and Sukkos, and.. the three pilgrimage festivals, only Torah and mitzvos</w:t>
      </w:r>
    </w:p>
    <w:p>
      <w:r>
        <w:t>For this we live, this is the main wisdom, this is the essence of {...} vitality</w:t>
      </w:r>
    </w:p>
    <w:p>
      <w:r>
        <w:t>{If not for this, if we did not have Torah and mitzvos}, there is nothing, there are only animals</w:t>
      </w:r>
    </w:p>
    <w:p>
      <w:r>
        <w:t>And the animals, there are many animals, the animals with four legs, they also have animals on two legs to prepare everything for us</w:t>
      </w:r>
    </w:p>
    <w:p>
      <w:r>
        <w:t>Ah.. ah.. ah.. ah..</w:t>
      </w:r>
    </w:p>
    <w:p>
      <w:r>
        <w:t>The holy Rabbainu said: “I and Nassan laugh at the entire world”</w:t>
      </w:r>
    </w:p>
    <w:p>
      <w:r>
        <w:t>Two people {laugh}, laugh at the entire world</w:t>
      </w:r>
    </w:p>
    <w:p>
      <w:r>
        <w:t>Ah, ah..</w:t>
      </w:r>
    </w:p>
    <w:p>
      <w:r>
        <w:t>There are already “Likutei Moharan” and “Likutei Halachos” and counsels, how to be a Jew..</w:t>
      </w:r>
    </w:p>
    <w:p>
      <w:r>
        <w:t>Ah, Eretz Yisroel gives us all kinds of good fruits, grapes, olives, milk, everything</w:t>
      </w:r>
    </w:p>
    <w:p>
      <w:r>
        <w:t>It gives us all the fruits and all the wisdoms, and all the true wisdoms, “how does one merit to be a Jew”</w:t>
      </w:r>
    </w:p>
    <w:p>
      <w:r>
        <w:t>And everything, “how does one merit to be a Jew”</w:t>
      </w:r>
    </w:p>
    <w:p>
      <w:r>
        <w:t>The entire world, all the non-Jews want to kill Jews, yes, and they do not succeed</w:t>
      </w:r>
    </w:p>
    <w:p>
      <w:r>
        <w:t>The entire world {…} wants to kill, to kill and exterminate Jews</w:t>
      </w:r>
    </w:p>
    <w:p>
      <w:r>
        <w:t>But this, Hashem Yisborach does not allow them</w:t>
      </w:r>
    </w:p>
    <w:p>
      <w:r>
        <w:t>I saw all night, one person walking around from here to there, {the whole} room</w:t>
      </w:r>
    </w:p>
    <w:p>
      <w:r>
        <w:t>Now it has become known to me who he is, who this is, he, all, all his power and all his wisdoms are</w:t>
      </w:r>
    </w:p>
    <w:p>
      <w:r>
        <w:t>“How does one merit to be a Jew?”, how does one merit to fulfill the Torah and the mitzvos?</w:t>
      </w:r>
    </w:p>
    <w:p>
      <w:r>
        <w:t>All the mitzvos of the Torah, the tithe, the tithe and charity and kindness among Jews</w:t>
      </w:r>
    </w:p>
    <w:p>
      <w:r>
        <w:t>But the non-Jews? Like donkeys, they do not care, someone who has trouble, they, they go {from me}</w:t>
      </w:r>
    </w:p>
    <w:p>
      <w:r>
        <w:t>“Let him die,” yo, yes, they have no compassion, they have no compassion whatsoever, no wisdom and intellect and compassion, nothing, only all their work, how to murder and kill Jews</w:t>
      </w:r>
    </w:p>
    <w:p>
      <w:r>
        <w:t>And we laugh at them, at all of them…</w:t>
      </w:r>
    </w:p>
    <w:p>
      <w:r>
        <w:t>...“from all the peoples, and gave us His, His, His Torah,” the Torah</w:t>
      </w:r>
    </w:p>
    <w:p>
      <w:r>
        <w:t>“Blessed are You Hashem, Giver of the Torah”</w:t>
      </w:r>
    </w:p>
    <w:p>
      <w:r>
        <w:t>To whom did He give it? Only to Yisroel, to Yisroel, to the Jews</w:t>
      </w:r>
    </w:p>
    <w:p>
      <w:r>
        <w:t>I saw at night {here}, there is one person who walks around from here to there, he walks around {and I do not} know who he is, he {speaks sometimes} only of the Torah and the mitzvos</w:t>
      </w:r>
    </w:p>
    <w:p>
      <w:r>
        <w:t>This is our work in this world...</w:t>
      </w:r>
    </w:p>
    <w:p>
      <w:r>
        <w:t>...A land flowing with milk and honey, it has all kinds of fruits, all kinds of wisdoms, and the non-Jews? All their work, how to murder and kill Jews…</w:t>
      </w:r>
    </w:p>
    <w:p>
      <w:r>
        <w:t>...{All the words are already sounds of holiness} “How does one merit to be a Jew?” {like this}</w:t>
      </w:r>
    </w:p>
    <w:p>
      <w:r>
        <w:t>All our wisdom, all the power, all our power is only, “How does one merit to be a Jew?”…</w:t>
      </w:r>
    </w:p>
    <w:p>
      <w:r>
        <w:t>...[………………..] [………….……….]</w:t>
      </w:r>
    </w:p>
    <w:p>
      <w:r>
        <w:t>I know, I will tell you, my apartment is here, none of you knew, only I</w:t>
      </w:r>
    </w:p>
    <w:p>
      <w:r>
        <w:t>[…………………..]</w:t>
      </w:r>
    </w:p>
    <w:p>
      <w:r>
        <w:t>[…………….…….]</w:t>
      </w:r>
    </w:p>
    <w:p>
      <w:r>
        <w:t>{Blessed}, ah, the landlord came</w:t>
      </w:r>
    </w:p>
    <w:p>
      <w:r>
        <w:t>[Yes]</w:t>
      </w:r>
    </w:p>
    <w:p>
      <w:r>
        <w:t>He was afraid, that the whole wall would fall from our shouting</w:t>
      </w:r>
    </w:p>
    <w:p>
      <w:r>
        <w:t>[…………….……]</w:t>
      </w:r>
    </w:p>
    <w:p>
      <w:r>
        <w:t>[………………….] I, I need to lie down</w:t>
      </w:r>
    </w:p>
    <w:p>
      <w:r>
        <w:t>[………………….]</w:t>
      </w:r>
    </w:p>
    <w:p>
      <w:r>
        <w:t>[………….……...] yes, ah, ah, ah, ah</w:t>
      </w:r>
    </w:p>
    <w:p>
      <w:r>
        <w:t>[…………………..]</w:t>
      </w:r>
    </w:p>
    <w:p>
      <w:r>
        <w:t>[……………….….]</w:t>
      </w:r>
    </w:p>
    <w:p>
      <w:r>
        <w:t>{...}</w:t>
      </w:r>
    </w:p>
    <w:p>
      <w:r>
        <w:t>[…………….…….]</w:t>
      </w:r>
    </w:p>
    <w:p>
      <w:r>
        <w:t>[………….……….]…</w:t>
      </w:r>
    </w:p>
    <w:p>
      <w:r>
        <w:t>...[Saba and the friends sing:</w:t>
      </w:r>
    </w:p>
    <w:p>
      <w:r>
        <w:t>“In You our fathers trusted, in You they trusted and You delivered them, to You they cried and escaped, in You they trusted and were not ashamed..”</w:t>
      </w:r>
    </w:p>
    <w:p>
      <w:r>
        <w:t>(Saba shouts “trusted, trusted, trusted, trusted”)]</w:t>
      </w:r>
    </w:p>
    <w:p>
      <w:r>
        <w:t>Give me something to eat</w:t>
      </w:r>
    </w:p>
    <w:p>
      <w:r>
        <w:t>[Kugel]</w:t>
      </w:r>
    </w:p>
    <w:p>
      <w:r>
        <w:t>Ah,</w:t>
      </w:r>
    </w:p>
    <w:p>
      <w:r>
        <w:t>Kugel..</w:t>
      </w:r>
    </w:p>
    <w:p>
      <w:r>
        <w:t>[Or Tzipora's fish]</w:t>
      </w:r>
    </w:p>
    <w:p>
      <w:r>
        <w:t>We will see, {..}</w:t>
      </w:r>
    </w:p>
    <w:p>
      <w:r>
        <w:t>[…………….………]</w:t>
      </w:r>
    </w:p>
    <w:p>
      <w:r>
        <w:t>[…………………….]…</w:t>
      </w:r>
    </w:p>
    <w:p>
      <w:r>
        <w:t>...Is there?</w:t>
      </w:r>
    </w:p>
    <w:p>
      <w:r>
        <w:t>[……...]</w:t>
      </w:r>
    </w:p>
    <w:p>
      <w:r>
        <w:t>[There is, there is]…</w:t>
      </w:r>
    </w:p>
    <w:p>
      <w:r>
        <w:t>...{..}</w:t>
      </w:r>
    </w:p>
    <w:p>
      <w:r>
        <w:t>[……….]</w:t>
      </w:r>
    </w:p>
    <w:p>
      <w:r>
        <w:t>[….……]…</w:t>
      </w:r>
    </w:p>
    <w:p>
      <w:r>
        <w:t>...This young man, I want to be here, I have nowhere, I have nowhere to go</w:t>
      </w:r>
    </w:p>
    <w:p>
      <w:r>
        <w:t>So they take uh.. a bus and.. with a driver and go all the way home</w:t>
      </w:r>
    </w:p>
    <w:p>
      <w:r>
        <w:t>[…………]</w:t>
      </w:r>
    </w:p>
    <w:p>
      <w:r>
        <w:t>[………...]…</w:t>
      </w:r>
    </w:p>
    <w:p>
      <w:r>
        <w:t>...Yisroel, Levi, Yisroel</w:t>
      </w:r>
    </w:p>
    <w:p>
      <w:r>
        <w:t>[Yaakov Levi]</w:t>
      </w:r>
    </w:p>
    <w:p>
      <w:r>
        <w:t>Where?</w:t>
      </w:r>
    </w:p>
    <w:p>
      <w:r>
        <w:t>[Yaakov Levi]</w:t>
      </w:r>
    </w:p>
    <w:p>
      <w:r>
        <w:t>Where is Levi?</w:t>
      </w:r>
    </w:p>
    <w:p>
      <w:r>
        <w:t>[Yaakov Levi?]</w:t>
      </w:r>
    </w:p>
    <w:p>
      <w:r>
        <w:t>Yaakov Levi, yes, where is he?</w:t>
      </w:r>
    </w:p>
    <w:p>
      <w:r>
        <w:t>[He is in Tzfas]</w:t>
      </w:r>
    </w:p>
    <w:p>
      <w:r>
        <w:t>He, he is in Tzfas, I told him, he shouts during prayer</w:t>
      </w:r>
    </w:p>
    <w:p>
      <w:r>
        <w:t>[Yes]</w:t>
      </w:r>
    </w:p>
    <w:p>
      <w:r>
        <w:t>I told him that he should shout more, then they will give him a discharge, like that</w:t>
      </w:r>
    </w:p>
    <w:p>
      <w:r>
        <w:t>He shouted very loudly, afterward he told him: "You are going home"</w:t>
      </w:r>
    </w:p>
    <w:p>
      <w:r>
        <w:t>[……]</w:t>
      </w:r>
    </w:p>
    <w:p>
      <w:r>
        <w:t>[……….]</w:t>
      </w:r>
    </w:p>
    <w:p>
      <w:r>
        <w:t>He shouted very much during prayer, as I told him, so after the prayer they told him to go home. Yaakov, his name is Yaakov?</w:t>
      </w:r>
    </w:p>
    <w:p>
      <w:r>
        <w:t>[Yes, yes]</w:t>
      </w:r>
    </w:p>
    <w:p>
      <w:r>
        <w:t>Not Y.., Yaakov…</w:t>
      </w:r>
    </w:p>
    <w:p>
      <w:r>
        <w:t>[.…………]... […….………] {…} [……………]</w:t>
      </w:r>
    </w:p>
    <w:p>
      <w:r>
        <w:t>[………….]…</w:t>
      </w:r>
    </w:p>
    <w:p>
      <w:r>
        <w:t>...they were afraid that the doctors would say he was well, so they sent him</w:t>
      </w:r>
    </w:p>
    <w:p>
      <w:r>
        <w:t>[…………….]…</w:t>
      </w:r>
    </w:p>
    <w:p>
      <w:r>
        <w:t>...the head, they asked him: "Why under the head?"</w:t>
      </w:r>
    </w:p>
    <w:p>
      <w:r>
        <w:t>He said: "I am afraid they will steal them from me, I will have nothing with which to walk"</w:t>
      </w:r>
    </w:p>
    <w:p>
      <w:r>
        <w:t>[……………...…….]</w:t>
      </w:r>
    </w:p>
    <w:p>
      <w:r>
        <w:t>[…………………….]</w:t>
      </w:r>
    </w:p>
    <w:p>
      <w:r>
        <w:t>"Why under the head, not on the head?"</w:t>
      </w:r>
    </w:p>
    <w:p>
      <w:r>
        <w:t>So he said: "I am afraid they will steal them from me, I will have nothing with which to walk home"</w:t>
      </w:r>
    </w:p>
    <w:p>
      <w:r>
        <w:t>[……………………..]…</w:t>
      </w:r>
    </w:p>
    <w:p>
      <w:r>
        <w:t>...they were afraid, the army told him to go home</w:t>
      </w:r>
    </w:p>
    <w:p>
      <w:r>
        <w:t>So he said:</w:t>
      </w:r>
    </w:p>
    <w:p>
      <w:r>
        <w:t>"I put the shoes under my head so that they would not steal my shoes from me; I would have nothing with which to walk home"…</w:t>
      </w:r>
    </w:p>
    <w:p>
      <w:r>
        <w:t>...and to observe the Torah and the mitzvos is the main thing. Torah without faith—there is no life; life is worth nothing, nothing, uh…</w:t>
      </w:r>
    </w:p>
    <w:p>
      <w:r>
        <w:t>…{..} and to observe the Torah and the mitzvos</w:t>
      </w:r>
    </w:p>
    <w:p>
      <w:r>
        <w:t>[...]…</w:t>
      </w:r>
    </w:p>
    <w:p>
      <w:r>
        <w:t>...[.…]</w:t>
      </w:r>
    </w:p>
    <w:p>
      <w:r>
        <w:t>That is the main thing...</w:t>
      </w:r>
    </w:p>
    <w:p>
      <w:r>
        <w:t>…Torah without faith—there is no life; life is worth nothing, nothing</w:t>
      </w:r>
    </w:p>
    <w:p>
      <w:r>
        <w:t>Uh…</w:t>
      </w:r>
    </w:p>
    <w:p>
      <w:r>
        <w:t>...{.. …} on the night of Shavuos, the main rectification is not to sleep</w:t>
      </w:r>
    </w:p>
    <w:p>
      <w:r>
        <w:t>And on Hoshana Rabbah, the main rectification is to say Tehillim and.. the rectification of Hoshana Rabbah"</w:t>
      </w:r>
    </w:p>
    <w:p>
      <w:r>
        <w:t>[Uh]</w:t>
      </w:r>
    </w:p>
    <w:p>
      <w:r>
        <w:t>Yes, but on Shavuos it does not matter, if one cannot..</w:t>
      </w:r>
    </w:p>
    <w:p>
      <w:r>
        <w:t>Not to sleep, so that he should not say—only not to sleep. The main thing, the main thing is not to sleep, to stay awake, to stay awake</w:t>
      </w:r>
    </w:p>
    <w:p>
      <w:r>
        <w:t>[Yes]</w:t>
      </w:r>
    </w:p>
    <w:p>
      <w:r>
        <w:t>On the night of Shavuos…</w:t>
      </w:r>
    </w:p>
    <w:p>
      <w:r>
        <w:t>...{.. … …}</w:t>
      </w:r>
    </w:p>
    <w:p>
      <w:r>
        <w:t>[It is possible to do..]…</w:t>
      </w:r>
    </w:p>
    <w:p>
      <w:r>
        <w:t>...(..)...</w:t>
      </w:r>
    </w:p>
    <w:p>
      <w:r>
        <w:t>...I told everyone that he, I cursed [yes, Saba]</w:t>
      </w:r>
    </w:p>
    <w:p>
      <w:r>
        <w:t>That they should tell him…</w:t>
      </w:r>
    </w:p>
    <w:p>
      <w:r>
        <w:t>...Uh?</w:t>
      </w:r>
    </w:p>
    <w:p>
      <w:r>
        <w:t>[He took two witnesses, two witnesses, yes, before two witnesses, before Yitzchak Naim and Yisroel Dagan]</w:t>
      </w:r>
    </w:p>
    <w:p>
      <w:r>
        <w:t>Yes?</w:t>
      </w:r>
    </w:p>
    <w:p>
      <w:r>
        <w:t>[Yes, he took them as witnesses, and he said that he regrets everything he did]</w:t>
      </w:r>
    </w:p>
    <w:p>
      <w:r>
        <w:t>Yes</w:t>
      </w:r>
    </w:p>
    <w:p>
      <w:r>
        <w:t>[Yes, and apparently he did not know that what he did was so important, so severe</w:t>
      </w:r>
    </w:p>
    <w:p>
      <w:r>
        <w:t>Apparently he did it like that in jest; he did not know that it was like that, so important</w:t>
      </w:r>
    </w:p>
    <w:p>
      <w:r>
        <w:t>So he regrets it, but the second one does not]</w:t>
      </w:r>
    </w:p>
    <w:p>
      <w:r>
        <w:t>{...}…</w:t>
      </w:r>
    </w:p>
    <w:p>
      <w:r>
        <w:t>...[No, not yet]</w:t>
      </w:r>
    </w:p>
    <w:p>
      <w:r>
        <w:t>Uh?</w:t>
      </w:r>
    </w:p>
    <w:p>
      <w:r>
        <w:t>[Not yet, not yet]…</w:t>
      </w:r>
    </w:p>
    <w:p>
      <w:r>
        <w:t>...certainly, Rabbainu is at the head</w:t>
      </w:r>
    </w:p>
    <w:p>
      <w:r>
        <w:t>Rabbainu is the head of all the tzaddikim, of all, of everything…</w:t>
      </w:r>
    </w:p>
    <w:p>
      <w:r>
        <w:t>...[In the Gemara it is written, there are souls of all the tzaddikim]</w:t>
      </w:r>
    </w:p>
    <w:p>
      <w:r>
        <w:t>Yes, yes, certainly, yes…</w:t>
      </w:r>
    </w:p>
    <w:p>
      <w:r>
        <w:t>...Oy, oy, oy</w:t>
      </w:r>
    </w:p>
    <w:p>
      <w:r>
        <w:t>We do not know at all the greatness and essence of the Jews, just the name ‘Jew’</w:t>
      </w:r>
    </w:p>
    <w:p>
      <w:r>
        <w:t>The holy Rabbainu was in Uman when he already, already was at such a level; he, he had hisbodedus</w:t>
      </w:r>
    </w:p>
    <w:p>
      <w:r>
        <w:t>He wept before Hashem Yisborach: "How does one merit to be a Jew?"</w:t>
      </w:r>
    </w:p>
    <w:p>
      <w:r>
        <w:t>However much he did was nothing in his eyes; however much he served Hashem—there was none like him in all the generations</w:t>
      </w:r>
    </w:p>
    <w:p>
      <w:r>
        <w:t>This is a matter, very hidden matters</w:t>
      </w:r>
    </w:p>
    <w:p>
      <w:r>
        <w:t>But one must, one must bring oneself, in one’s heart and mind, into the books</w:t>
      </w:r>
    </w:p>
    <w:p>
      <w:r>
        <w:t>"Likutei Moharan", "Likutei Tefillos", and "Sippurei Maasiyos"</w:t>
      </w:r>
    </w:p>
    <w:p>
      <w:r>
        <w:t>And to read and to serve, and to serve Hashem. What do we have? What service?</w:t>
      </w:r>
    </w:p>
    <w:p>
      <w:r>
        <w:t>{…}</w:t>
      </w:r>
    </w:p>
    <w:p>
      <w:r>
        <w:t>The non-Jews have their work, but we, the holy Rabbainu</w:t>
      </w:r>
    </w:p>
    <w:p>
      <w:r>
        <w:t>"What is the work of the Jew to do in this world?—Only Torah and prayer"…</w:t>
      </w:r>
    </w:p>
    <w:p>
      <w:r>
        <w:t>...{…….}…</w:t>
      </w:r>
    </w:p>
    <w:p>
      <w:r>
        <w:t>...all, everything is only Torah and prayer</w:t>
      </w:r>
    </w:p>
    <w:p>
      <w:r>
        <w:t>Who will work? Are there no non-Jews? They have {many more..}; they will plow and they will do all the work</w:t>
      </w:r>
    </w:p>
    <w:p>
      <w:r>
        <w:t>[………]</w:t>
      </w:r>
    </w:p>
    <w:p>
      <w:r>
        <w:t>[……...]…</w:t>
      </w:r>
    </w:p>
    <w:p>
      <w:r>
        <w:t>...{..} I did not know that Rebbe Yisroel would go; I thought he would grow old</w:t>
      </w:r>
    </w:p>
    <w:p>
      <w:r>
        <w:t>But he went; he was old; he came with, with all the days that he lived</w:t>
      </w:r>
    </w:p>
    <w:p>
      <w:r>
        <w:t>He was with Hashem Yisborach, and always occupied himself with Torah and prayer</w:t>
      </w:r>
    </w:p>
    <w:p>
      <w:r>
        <w:t>And with such faith and joy, and such light, {…}</w:t>
      </w:r>
    </w:p>
    <w:p>
      <w:r>
        <w:t>{…..}…</w:t>
      </w:r>
    </w:p>
    <w:p>
      <w:r>
        <w:t>...one egg every day, one egg. I, I eat one egg every day</w:t>
      </w:r>
    </w:p>
    <w:p>
      <w:r>
        <w:t>With bread—not an egg, I eat it with bread. They put the egg into a vessel, some vessel, and also olive oil, and mix it, and I eat, {that is good}…</w:t>
      </w:r>
    </w:p>
    <w:p>
      <w:r>
        <w:t>...and put the egg in water and cover it</w:t>
      </w:r>
    </w:p>
    <w:p>
      <w:r>
        <w:t>[Yes]</w:t>
      </w:r>
    </w:p>
    <w:p>
      <w:r>
        <w:t>Good</w:t>
      </w:r>
    </w:p>
    <w:p>
      <w:r>
        <w:t>[Yes]</w:t>
      </w:r>
    </w:p>
    <w:p>
      <w:r>
        <w:t>Cover it for ten moments</w:t>
      </w:r>
    </w:p>
    <w:p>
      <w:r>
        <w:t>[Yes, I do]</w:t>
      </w:r>
    </w:p>
    <w:p>
      <w:r>
        <w:t>There is time, it is not urgent…</w:t>
      </w:r>
    </w:p>
    <w:p>
      <w:r>
        <w:t>...to occupy oneself with hisbodedus and.. and with Hashem Yisborach, {only He makes for us that there should be a} special place</w:t>
      </w:r>
    </w:p>
    <w:p>
      <w:r>
        <w:t>[What, what?]</w:t>
      </w:r>
    </w:p>
    <w:p>
      <w:r>
        <w:t>Hisbodedus is a great segulah; it is a great thing; it brings a person great lights</w:t>
      </w:r>
    </w:p>
    <w:p>
      <w:r>
        <w:t>Hisbodedus</w:t>
      </w:r>
    </w:p>
    <w:p>
      <w:r>
        <w:t>That he can speak before Hashem Yisborach whatever he wants, whatever he needs</w:t>
      </w:r>
    </w:p>
    <w:p>
      <w:r>
        <w:t>One can speak before Hashem Yisborach and tell Him everything, what is passing over him</w:t>
      </w:r>
    </w:p>
    <w:p>
      <w:r>
        <w:t>Uh, this is what the holy Rabbainu revealed—the greatness, the greatness, the greatness of the thing, the greatness of the matter of hisbodedus: to speak with Hashem Yisborach as we speak, to speak with Hashem Yisborach and tell Him everything, to pray to Him</w:t>
      </w:r>
    </w:p>
    <w:p>
      <w:r>
        <w:t>[………...]</w:t>
      </w:r>
    </w:p>
    <w:p>
      <w:r>
        <w:t>[Saba, what is preferable to do in halachah? What is preferable to study, to study in halachah?]</w:t>
      </w:r>
    </w:p>
    <w:p>
      <w:r>
        <w:t>"Shulchan Aruch"</w:t>
      </w:r>
    </w:p>
    <w:p>
      <w:r>
        <w:t>[Excuse me]</w:t>
      </w:r>
    </w:p>
    <w:p>
      <w:r>
        <w:t>"Shulchan</w:t>
      </w:r>
    </w:p>
    <w:p>
      <w:r>
        <w:t>["Shulchan Aruch", yes, halachah]</w:t>
      </w:r>
    </w:p>
    <w:p>
      <w:r>
        <w:t>Aruch"</w:t>
      </w:r>
    </w:p>
    <w:p>
      <w:r>
        <w:t>[Yes, "Shulchan Aruch"]</w:t>
      </w:r>
    </w:p>
    <w:p>
      <w:r>
        <w:t>Yes</w:t>
      </w:r>
    </w:p>
    <w:p>
      <w:r>
        <w:t>[But "Shulchan Aruch" and "Mishnah Berurah" and "Be’er Heitev"?]</w:t>
      </w:r>
    </w:p>
    <w:p>
      <w:r>
        <w:t>To study in order to know how, how the law is, how the halachah is, how to serve Hashem</w:t>
      </w:r>
    </w:p>
    <w:p>
      <w:r>
        <w:t>[..But there are many]</w:t>
      </w:r>
    </w:p>
    <w:p>
      <w:r>
        <w:t>There are many, nu</w:t>
      </w:r>
    </w:p>
    <w:p>
      <w:r>
        <w:t>[There is "Ben Ish Chai"]</w:t>
      </w:r>
    </w:p>
    <w:p>
      <w:r>
        <w:t>What is the name of..</w:t>
      </w:r>
    </w:p>
    <w:p>
      <w:r>
        <w:t>[And Mechaber]</w:t>
      </w:r>
    </w:p>
    <w:p>
      <w:r>
        <w:t>There is time for everything</w:t>
      </w:r>
    </w:p>
    <w:p>
      <w:r>
        <w:t>[………….]</w:t>
      </w:r>
    </w:p>
    <w:p>
      <w:r>
        <w:t>When a person truly wants, then he.., a blessing enters, then he merits everything</w:t>
      </w:r>
    </w:p>
    <w:p>
      <w:r>
        <w:t>Every thing, every {good thing}…</w:t>
      </w:r>
    </w:p>
    <w:p>
      <w:r>
        <w:t>...[He says that there are many poskim; he wants to know which path</w:t>
      </w:r>
    </w:p>
    <w:p>
      <w:r>
        <w:t>By which path to study the halachah? What is the path th..?]</w:t>
      </w:r>
    </w:p>
    <w:p>
      <w:r>
        <w:t>[...I am confused..]</w:t>
      </w:r>
    </w:p>
    <w:p>
      <w:r>
        <w:t>There is "Arba’ah Turim", the "Arba’ah Turim" of the Rema</w:t>
      </w:r>
    </w:p>
    <w:p>
      <w:r>
        <w:t>[The Rema?]</w:t>
      </w:r>
    </w:p>
    <w:p>
      <w:r>
        <w:t>The Rema, and ‘Beis Yosef’ is also {the law for} Sephardim; he, he was Sephardi</w:t>
      </w:r>
    </w:p>
    <w:p>
      <w:r>
        <w:t>He made for the Sephardim prayers and.. prayers and the wording of the prayers</w:t>
      </w:r>
    </w:p>
    <w:p>
      <w:r>
        <w:t>Each person should conduct himself as he, as he is accustomed from his father, from his mother, from his grandfather</w:t>
      </w:r>
    </w:p>
    <w:p>
      <w:r>
        <w:t>[……]…</w:t>
      </w:r>
    </w:p>
    <w:p>
      <w:r>
        <w:t>….[Rabbainu, if we do like Rabbainu]</w:t>
      </w:r>
    </w:p>
    <w:p>
      <w:r>
        <w:t>Uh?</w:t>
      </w:r>
    </w:p>
    <w:p>
      <w:r>
        <w:t>[If we..]</w:t>
      </w:r>
    </w:p>
    <w:p>
      <w:r>
        <w:t>This is the main thing of the entire Torah</w:t>
      </w:r>
    </w:p>
    <w:p>
      <w:r>
        <w:t>[Yes]</w:t>
      </w:r>
    </w:p>
    <w:p>
      <w:r>
        <w:t>This is the main thing, Rabbainu’s books</w:t>
      </w:r>
    </w:p>
    <w:p>
      <w:r>
        <w:t>[..]</w:t>
      </w:r>
    </w:p>
    <w:p>
      <w:r>
        <w:t>If only, if only</w:t>
      </w:r>
    </w:p>
    <w:p>
      <w:r>
        <w:t>[But Rabbainu’s books in halachah]</w:t>
      </w:r>
    </w:p>
    <w:p>
      <w:r>
        <w:t>In halachah</w:t>
      </w:r>
    </w:p>
    <w:p>
      <w:r>
        <w:t>[……….]</w:t>
      </w:r>
    </w:p>
    <w:p>
      <w:r>
        <w:t>Certainly</w:t>
      </w:r>
    </w:p>
    <w:p>
      <w:r>
        <w:t>The Gemara too is holy of holies, the Torah of Hashem</w:t>
      </w:r>
    </w:p>
    <w:p>
      <w:r>
        <w:t>[Yes]</w:t>
      </w:r>
    </w:p>
    <w:p>
      <w:r>
        <w:t>This is Torah, the Oral Torah, the Shas</w:t>
      </w:r>
    </w:p>
    <w:p>
      <w:r>
        <w:t>Yes, but each person according to his strength, according to, according to his understanding</w:t>
      </w:r>
    </w:p>
    <w:p>
      <w:r>
        <w:t>But one can—if one truly wants, then a blessing enters, and one merits to occupy oneself greatly in the service of Hashem</w:t>
      </w:r>
    </w:p>
    <w:p>
      <w:r>
        <w:t>In Torah and prayer</w:t>
      </w:r>
    </w:p>
    <w:p>
      <w:r>
        <w:t>[………..]</w:t>
      </w:r>
    </w:p>
    <w:p>
      <w:r>
        <w:t>[….…….]…</w:t>
      </w:r>
    </w:p>
    <w:p>
      <w:r>
        <w:t>According to the desire, according to..</w:t>
      </w:r>
    </w:p>
    <w:p>
      <w:r>
        <w:t>If one wants, then one can go through all, through the entire Torah</w:t>
      </w:r>
    </w:p>
    <w:p>
      <w:r>
        <w:t>The holy Rabbainu {he speaks} there is, what there is to study, the Shas and the commentators, and the.. and the Torah, {what there is}</w:t>
      </w:r>
    </w:p>
    <w:p>
      <w:r>
        <w:t>But if there is a desire for truth, {with} a strong desire</w:t>
      </w:r>
    </w:p>
    <w:p>
      <w:r>
        <w:t>[But sometimes I have a great, great desire]</w:t>
      </w:r>
    </w:p>
    <w:p>
      <w:r>
        <w:t>Good</w:t>
      </w:r>
    </w:p>
    <w:p>
      <w:r>
        <w:t>[And sometimes there is a small desire]</w:t>
      </w:r>
    </w:p>
    <w:p>
      <w:r>
        <w:t>Nu, the main thing is truth, to seek truly, not for oneself</w:t>
      </w:r>
    </w:p>
    <w:p>
      <w:r>
        <w:t>And not for a name, and for honor, for money, only truly for Hashem Yisbarach</w:t>
      </w:r>
    </w:p>
    <w:p>
      <w:r>
        <w:t>To know how to serve Hashem Yisbarach, that is the whole Torah</w:t>
      </w:r>
    </w:p>
    <w:p>
      <w:r>
        <w:t>[…….….]</w:t>
      </w:r>
    </w:p>
    <w:p>
      <w:r>
        <w:t>[………..]…</w:t>
      </w:r>
    </w:p>
    <w:p>
      <w:r>
        <w:t>...{..}, it is very hard work, to rise at midnight</w:t>
      </w:r>
    </w:p>
    <w:p>
      <w:r>
        <w:t>But I saw how Rebbe Yisroel would get up in the winter, in the cold, he would get up, it is beyond nature</w:t>
      </w:r>
    </w:p>
    <w:p>
      <w:r>
        <w:t>He would get up at midnight, he went to.. to the field and prayed to Hashem,</w:t>
      </w:r>
    </w:p>
    <w:p>
      <w:r>
        <w:t>It is a very great thing, {…..}…</w:t>
      </w:r>
    </w:p>
    <w:p>
      <w:r>
        <w:t>[………..…]</w:t>
      </w:r>
    </w:p>
    <w:p>
      <w:r>
        <w:t>[………..…]…</w:t>
      </w:r>
    </w:p>
    <w:p>
      <w:r>
        <w:t>...The Freinti family, there is no news, he does not…</w:t>
      </w:r>
    </w:p>
    <w:p>
      <w:r>
        <w:t>...{…}…</w:t>
      </w:r>
    </w:p>
    <w:p>
      <w:r>
        <w:t>...The Gemara, "One who divorces his wife, does not, through this he does not succeed"</w:t>
      </w:r>
    </w:p>
    <w:p>
      <w:r>
        <w:t>[Yes, yes, Rabbainu also, Rabbainu also in "Sefer HaMidos"]</w:t>
      </w:r>
    </w:p>
    <w:p>
      <w:r>
        <w:t>Yoa, in "Sefer HaMidos," yes</w:t>
      </w:r>
    </w:p>
    <w:p>
      <w:r>
        <w:t>[……]...</w:t>
      </w:r>
    </w:p>
    <w:p>
      <w:r>
        <w:t>...In "Sefer HaMidos" it is written this way: "One who divorces his wife..", this is Gemara</w:t>
      </w:r>
    </w:p>
    <w:p>
      <w:r>
        <w:t>[Yes, yes]</w:t>
      </w:r>
    </w:p>
    <w:p>
      <w:r>
        <w:t>"One who divorces his wife, through this he does not succeed"</w:t>
      </w:r>
    </w:p>
    <w:p>
      <w:r>
        <w:t>[……..]…</w:t>
      </w:r>
    </w:p>
    <w:p>
      <w:r>
        <w:t>…[……..]</w:t>
      </w:r>
    </w:p>
    <w:p>
      <w:r>
        <w:t>It is not good to divorce, on the contrary…</w:t>
      </w:r>
    </w:p>
    <w:p>
      <w:r>
        <w:t>...She cooks and she {gives me}, everything is the wife</w:t>
      </w:r>
    </w:p>
    <w:p>
      <w:r>
        <w:t>And I, we did not, I also did not.. think, our holy Rabbainu warns very strongly to honor and have mercy on the wife</w:t>
      </w:r>
    </w:p>
    <w:p>
      <w:r>
        <w:t>Because she suffers from bearing the children and from raising the children, and from shopping and cooking, everything is the wife</w:t>
      </w:r>
    </w:p>
    <w:p>
      <w:r>
        <w:t>We do not {merit}.., I also got married, and I did not know of this</w:t>
      </w:r>
    </w:p>
    <w:p>
      <w:r>
        <w:t>So he, our holy Rabbainu, warns very strongly to honor…</w:t>
      </w:r>
    </w:p>
    <w:p>
      <w:r>
        <w:t>...The wife and to have mercy on her, and to help her with everything {{that is possible for him}}</w:t>
      </w:r>
    </w:p>
    <w:p>
      <w:r>
        <w:t>Our holy Rabbainu thinks of what the wife suffers in her life, to raise the children and to bear the children</w:t>
      </w:r>
    </w:p>
    <w:p>
      <w:r>
        <w:t>And to shop and to cook, everything is the wife, one must have mercy on her, one must honor her, yes</w:t>
      </w:r>
    </w:p>
    <w:p>
      <w:r>
        <w:t>The world does not, does not speak of this at all, as if the wife is a dog, she..</w:t>
      </w:r>
    </w:p>
    <w:p>
      <w:r>
        <w:t>Our holy Rabbainu, and also the Gemara, the same thing, the Gemara also {speaks} of this</w:t>
      </w:r>
    </w:p>
    <w:p>
      <w:r>
        <w:t>Rabbainu even more so, the greatness of the compassion there is for the wife, to help them with everything possible, to help them, yes</w:t>
      </w:r>
    </w:p>
    <w:p>
      <w:r>
        <w:t>Because they suffer greatly in their lives from us, from the children…</w:t>
      </w:r>
    </w:p>
    <w:p>
      <w:r>
        <w:t>...I did not know, I did not know in my mind…</w:t>
      </w:r>
    </w:p>
    <w:p>
      <w:pPr>
        <w:pStyle w:val="Heading2"/>
      </w:pPr>
      <w:r>
        <w:t>Side B (Bais)</w:t>
      </w:r>
    </w:p>
    <w:p>
      <w:r>
        <w:t>[The supplied transcript explicitly states that this tape side is missing. No wording has been invented.]</w:t>
      </w:r>
    </w:p>
    <w:p>
      <w:r>
        <w:br w:type="page"/>
      </w:r>
    </w:p>
    <w:p>
      <w:pPr>
        <w:pStyle w:val="Heading1"/>
      </w:pPr>
      <w:r>
        <w:t>Tape 90</w:t>
      </w:r>
    </w:p>
    <w:p>
      <w:pPr>
        <w:pStyle w:val="Heading2"/>
      </w:pPr>
      <w:r>
        <w:t>Side A (Aleph)</w:t>
      </w:r>
    </w:p>
    <w:p>
      <w:r>
        <w:t>...{…} From bearing the children, and from raising the children, yes</w:t>
      </w:r>
    </w:p>
    <w:p>
      <w:r>
        <w:t>No, no, no, I did not know {from him}, I knew nothing</w:t>
      </w:r>
    </w:p>
    <w:p>
      <w:r>
        <w:t>Our holy Rabbainu, he, he illuminates within us to know truly, how the wife is the mainstay, no, no, no, I did not know, our Sages of blessed memory called the wife "the mainstay, the mainstay of the home," the main thing, the main thing in the home</w:t>
      </w:r>
    </w:p>
    <w:p>
      <w:r>
        <w:t>"Mainstay" - the main thing, the main thing in the home is the wife, yes</w:t>
      </w:r>
    </w:p>
    <w:p>
      <w:r>
        <w:t>What she suffers from us, oy vey, our holy Rabbainu {…. …. …. and he is here}</w:t>
      </w:r>
    </w:p>
    <w:p>
      <w:r>
        <w:t>Felt</w:t>
      </w:r>
    </w:p>
    <w:p>
      <w:r>
        <w:t>Ah.. {…. ….. that he is here}</w:t>
      </w:r>
    </w:p>
    <w:p>
      <w:r>
        <w:t>I did not.., {….} I did not know, no, no, I had no sense, no..</w:t>
      </w:r>
    </w:p>
    <w:p>
      <w:r>
        <w:t>But our holy Rabbainu, he, he introduces within us, illuminates within us all the lights of the Torah, of everything</w:t>
      </w:r>
    </w:p>
    <w:p>
      <w:r>
        <w:t>I did not know, not of the greatness of the wife, and I did not, did not {this}, I did not have the sense to understand</w:t>
      </w:r>
    </w:p>
    <w:p>
      <w:r>
        <w:t>The greatness of the wife, and our holy Rabbainu {he ….} what, what she suffers in her life</w:t>
      </w:r>
    </w:p>
    <w:p>
      <w:r>
        <w:t>I was close to Rabbainu, but of this I did not know, that he said the greatness of the wife</w:t>
      </w:r>
    </w:p>
    <w:p>
      <w:r>
        <w:t>[…….…]</w:t>
      </w:r>
    </w:p>
    <w:p>
      <w:r>
        <w:t>[……….]</w:t>
      </w:r>
    </w:p>
    <w:p>
      <w:r>
        <w:t>He {sees f.. f.. beyond} he.., {in them}</w:t>
      </w:r>
    </w:p>
    <w:p>
      <w:r>
        <w:t>He commands very strongly to have mercy on and honor the wife, to have mercy on her, to help her, what.. yes…</w:t>
      </w:r>
    </w:p>
    <w:p>
      <w:r>
        <w:t>...Our holy Rabbainu, how much he warns and obligates one to honor the wife, to have mercy on her, to help her with everything..</w:t>
      </w:r>
    </w:p>
    <w:p>
      <w:r>
        <w:t>To help her with what is possible, in the home and in shopping, in everything</w:t>
      </w:r>
    </w:p>
    <w:p>
      <w:r>
        <w:t>The wife, she suffers in the world {from} from bearing the children, raising the children, {and from the burden}</w:t>
      </w:r>
    </w:p>
    <w:p>
      <w:r>
        <w:t>I did not know, I did not think about it…</w:t>
      </w:r>
    </w:p>
    <w:p>
      <w:r>
        <w:t>...And to have mercy on, on the wife, for she suffers so much in her life, in bearing the children and in raising the children</w:t>
      </w:r>
    </w:p>
    <w:p>
      <w:r>
        <w:t>He.. and she buys everything, and she cooks, and he everything, everything {does}, yes</w:t>
      </w:r>
    </w:p>
    <w:p>
      <w:r>
        <w:t>Yes…</w:t>
      </w:r>
    </w:p>
    <w:p>
      <w:r>
        <w:t>...And confesses, that I did not know of all this, I thought she was a servant in the home, she deserves nothing</w:t>
      </w:r>
    </w:p>
    <w:p>
      <w:r>
        <w:t>I did not know of this</w:t>
      </w:r>
    </w:p>
    <w:p>
      <w:r>
        <w:t>And our holy Rabbainu reveals the greatness of the compassion, one must honor {her} and have mercy on her and help her</w:t>
      </w:r>
    </w:p>
    <w:p>
      <w:r>
        <w:t>To help her with everything, yes</w:t>
      </w:r>
    </w:p>
    <w:p>
      <w:r>
        <w:t>Because she, she suffers very much from us, from the children and from the sons, yes…</w:t>
      </w:r>
    </w:p>
    <w:p>
      <w:r>
        <w:t>...That he acted with Hashem Yisbarach, he prayed and he, and he {much} to Hashem Yisbarach</w:t>
      </w:r>
    </w:p>
    <w:p>
      <w:r>
        <w:t>When a request would come for a woman having difficulty giving birth, when the messenger would only touch the lo..ck, the lock</w:t>
      </w:r>
    </w:p>
    <w:p>
      <w:r>
        <w:t>She, she, {the majority will open} and will give birth immediately</w:t>
      </w:r>
    </w:p>
    <w:p>
      <w:r>
        <w:t>The messenger, before he reaches Rabbainu, to request of him, he will only come, open the door, the child will come out immediately</w:t>
      </w:r>
    </w:p>
    <w:p>
      <w:r>
        <w:t>{Only touch} he, he acted {.. .….} with Hashem Yisbarach, this {thing}</w:t>
      </w:r>
    </w:p>
    <w:p>
      <w:r>
        <w:t>[Peace and blessing]</w:t>
      </w:r>
    </w:p>
    <w:p>
      <w:r>
        <w:t>[How are you?]</w:t>
      </w:r>
    </w:p>
    <w:p>
      <w:r>
        <w:t>[When did he come? This morning?]…</w:t>
      </w:r>
    </w:p>
    <w:p>
      <w:r>
        <w:t>...When they would come to him with a request, that he pray for, for a woman having difficulty giving birth</w:t>
      </w:r>
    </w:p>
    <w:p>
      <w:r>
        <w:t>When the messenger would only {reach}, reach and touch the lock of the door, immediately, she will give birth immediately, he acted with Hashem Yisbarach</w:t>
      </w:r>
    </w:p>
    <w:p>
      <w:r>
        <w:t>[………….]</w:t>
      </w:r>
    </w:p>
    <w:p>
      <w:r>
        <w:t>[……..…..]</w:t>
      </w:r>
    </w:p>
    <w:p>
      <w:r>
        <w:t>{..Yes} when they would come to him, when the messenger of a woman having difficulty giving birth, when the messenger would only, only reach {the lock} of the door, immediately, she will give birth immediately, he acted with Hashem Yisbarach, she will give birth immediately</w:t>
      </w:r>
    </w:p>
    <w:p>
      <w:r>
        <w:t>[……………]</w:t>
      </w:r>
    </w:p>
    <w:p>
      <w:r>
        <w:t>Ah…</w:t>
      </w:r>
    </w:p>
    <w:p>
      <w:r>
        <w:t>...He wept so much before Hashem Yisbarach, when the messenger would arrive, the messenger to request of Rabbainu that he pray for the woman having difficulty giving birth, the messenger would only reach the lock of the door, of the door, before he opens the door, immediately she, she will give birth immediately, he, he acted with Hashem Yisbarach</w:t>
      </w:r>
    </w:p>
    <w:p>
      <w:r>
        <w:t>The messenger, before he enters the house and tells Rabbainu the request, he will only open the door, then immediately, she will immediately give birth</w:t>
      </w:r>
    </w:p>
    <w:p>
      <w:r>
        <w:t>[………]</w:t>
      </w:r>
    </w:p>
    <w:p>
      <w:r>
        <w:t>[……]…</w:t>
      </w:r>
    </w:p>
    <w:p>
      <w:r>
        <w:t>...With Hashem Yisbarach</w:t>
      </w:r>
    </w:p>
    <w:p>
      <w:r>
        <w:t>[…..]</w:t>
      </w:r>
    </w:p>
    <w:p>
      <w:r>
        <w:t>When he only reaches the door, the lock of the door, to open the door, she will give birth immediately</w:t>
      </w:r>
    </w:p>
    <w:p>
      <w:r>
        <w:t>Before he speaks with Rabbainu that he should pray</w:t>
      </w:r>
    </w:p>
    <w:p>
      <w:r>
        <w:t>[……………………]</w:t>
      </w:r>
    </w:p>
    <w:p>
      <w:r>
        <w:t>[…………………...]</w:t>
      </w:r>
    </w:p>
    <w:p>
      <w:r>
        <w:t>[The woman miscarried now]…</w:t>
      </w:r>
    </w:p>
    <w:p>
      <w:r>
        <w:t>...Going with a {requ..}.., request to Uman, to our holy Rabbainu, for a woman having difficulty giving birth</w:t>
      </w:r>
    </w:p>
    <w:p>
      <w:r>
        <w:t>{{…}}, that immediately she.., will give birth immediately, so he, {..}…</w:t>
      </w:r>
    </w:p>
    <w:p>
      <w:r>
        <w:t>...Hashem Yisbarach, {when there will go} a messenger for a woman having difficulty giving birth, the messenger, only when he comes to the door, she, she will give birth, good, good, he will request about {my door}</w:t>
      </w:r>
    </w:p>
    <w:p>
      <w:r>
        <w:t>He acted with Hashem Yisbarach this way…</w:t>
      </w:r>
    </w:p>
    <w:p>
      <w:r>
        <w:t>...It was, if he had fulfilled, to send a messenger to our holy Rabbainu</w:t>
      </w:r>
    </w:p>
    <w:p>
      <w:r>
        <w:t>{He is here}, then she would have, would have been giving birth at once and immediately…</w:t>
      </w:r>
    </w:p>
    <w:p>
      <w:r>
        <w:t>...Hashem Yisbarach this way</w:t>
      </w:r>
    </w:p>
    <w:p>
      <w:r>
        <w:t>[…..]…</w:t>
      </w:r>
    </w:p>
    <w:p>
      <w:r>
        <w:t>…When he opens the door, she will give birth immediately</w:t>
      </w:r>
    </w:p>
    <w:p>
      <w:r>
        <w:t>[……..]</w:t>
      </w:r>
    </w:p>
    <w:p>
      <w:r>
        <w:t>Before he enters the house and tells Rabbainu the request, then only when he reaches the child, the door, she will give birth immediately</w:t>
      </w:r>
    </w:p>
    <w:p>
      <w:r>
        <w:t>[.…………] …[..…………][.…………] …[..…………][The rabbi will give a blessing, the rabbi will give a blessing]</w:t>
      </w:r>
    </w:p>
    <w:p>
      <w:r>
        <w:t>[.…………] …[..…………]</w:t>
      </w:r>
    </w:p>
    <w:p>
      <w:r>
        <w:t>[.…………] …[..…………]</w:t>
      </w:r>
    </w:p>
    <w:p>
      <w:r>
        <w:t>Everyone will print this, all the printers, all the print shops, this..</w:t>
      </w:r>
    </w:p>
    <w:p>
      <w:r>
        <w:t>A book costs money, binding and this, but this does not cost money, a piece of paper</w:t>
      </w:r>
    </w:p>
    <w:p>
      <w:r>
        <w:t>Only that one person should be found, who will print and sell it in every home, everyone will buy, {it\is}cheap, everyone will buy…</w:t>
      </w:r>
    </w:p>
    <w:p>
      <w:r>
        <w:t>...Millions, {will print} and sell, yes, everyone at home will buy for all, all the children, yes</w:t>
      </w:r>
    </w:p>
    <w:p>
      <w:r>
        <w:t>Yes, he will buy many for all the children, and for the wife and for.. yes</w:t>
      </w:r>
    </w:p>
    <w:p>
      <w:r>
        <w:t>It does not cost much money</w:t>
      </w:r>
    </w:p>
    <w:p>
      <w:r>
        <w:t>How much is it..? A piece of paper, only that there should be one person printing, who will go and sell</w:t>
      </w:r>
    </w:p>
    <w:p>
      <w:r>
        <w:t>It is already prepared and ready</w:t>
      </w:r>
    </w:p>
    <w:p>
      <w:r>
        <w:t>It is such beauty that one cannot, cannot, cannot conceive of a thing {like this}, such beauty, {beautiful}</w:t>
      </w:r>
    </w:p>
    <w:p>
      <w:r>
        <w:t>Who {..}, who will not buy? Who will not buy this?</w:t>
      </w:r>
    </w:p>
    <w:p>
      <w:r>
        <w:t>Everyone will buy this, small children will buy this, all, everyone, the entire world</w:t>
      </w:r>
    </w:p>
    <w:p>
      <w:r>
        <w:t>There only needs to be one who will print and go sell, yes</w:t>
      </w:r>
    </w:p>
    <w:p>
      <w:r>
        <w:t>And here the language will be English or, or, or French, yes, here, {will understand} more</w:t>
      </w:r>
    </w:p>
    <w:p>
      <w:r>
        <w:t>[Rebbe Yisroel, if the children ask what this is, what should we tell them? They will ask “What is this?”]</w:t>
      </w:r>
    </w:p>
    <w:p>
      <w:r>
        <w:t>He {will see, will see}, he will only read this {will see me}, no, no need to ask, he will know everything</w:t>
      </w:r>
    </w:p>
    <w:p>
      <w:r>
        <w:t>Only {he..} will read this, he will know everything</w:t>
      </w:r>
    </w:p>
    <w:p>
      <w:r>
        <w:t>[Rebbe Yisroel, should it also be sold to the rabbis? Also..]</w:t>
      </w:r>
    </w:p>
    <w:p>
      <w:r>
        <w:t>Rabbis?</w:t>
      </w:r>
    </w:p>
    <w:p>
      <w:r>
        <w:t>[To Torah scholars, to rabbis, should it also be sold to them?]</w:t>
      </w:r>
    </w:p>
    <w:p>
      <w:r>
        <w:t>Yes, they themselves will buy, for their sons</w:t>
      </w:r>
    </w:p>
    <w:p>
      <w:r>
        <w:t>All..</w:t>
      </w:r>
    </w:p>
    <w:p>
      <w:r>
        <w:t>What? Here will be my language.., ah.. England, and..</w:t>
      </w:r>
    </w:p>
    <w:p>
      <w:r>
        <w:t>[Pshh..]</w:t>
      </w:r>
    </w:p>
    <w:p>
      <w:r>
        <w:t>Or, or which, good, French, yes, here, {...}</w:t>
      </w:r>
    </w:p>
    <w:p>
      <w:r>
        <w:t>Whoever will engage in this and go and sell, will sell very much, yes, everyone will buy</w:t>
      </w:r>
    </w:p>
    <w:p>
      <w:r>
        <w:t>Such a wondrous thing, it is a piece of paper, how much does a piece of paper cost? It is a photocopy, it is a photocopy</w:t>
      </w:r>
    </w:p>
    <w:p>
      <w:r>
        <w:t>There will be many who will have a livelihood from this, they will print and sell…</w:t>
      </w:r>
    </w:p>
    <w:p>
      <w:r>
        <w:t>...There will be…</w:t>
      </w:r>
    </w:p>
    <w:p>
      <w:r>
        <w:t>...They can pay the government, so that, so that they will only give to the owner, to the owner of the Petek {{….}}</w:t>
      </w:r>
    </w:p>
    <w:p>
      <w:r>
        <w:t>Yes, so that they will not print, a license is needed for printing, to print this, a license is needed</w:t>
      </w:r>
    </w:p>
    <w:p>
      <w:r>
        <w:t>[A license]</w:t>
      </w:r>
    </w:p>
    <w:p>
      <w:r>
        <w:t>Such beauty, everyone will buy</w:t>
      </w:r>
    </w:p>
    <w:p>
      <w:r>
        <w:t>Ah.. ah.. ah…</w:t>
      </w:r>
    </w:p>
    <w:p>
      <w:r>
        <w:t>...{Whoever} there will be, they will seek to buy this, “Do you have this? I want to buy”…</w:t>
      </w:r>
    </w:p>
    <w:p>
      <w:r>
        <w:t>...Millions every day, and to sell as well, yes, it does not, does not cost much</w:t>
      </w:r>
    </w:p>
    <w:p>
      <w:r>
        <w:t>Children can buy, small children</w:t>
      </w:r>
    </w:p>
    <w:p>
      <w:r>
        <w:t>There will be an uproar throughout the entire world, there will be an uproar…</w:t>
      </w:r>
    </w:p>
    <w:p>
      <w:r>
        <w:t>...Ah, do you have it? Oh, oh, how much does this, this cost?</w:t>
      </w:r>
    </w:p>
    <w:p>
      <w:r>
        <w:t>This, everyone, the entire world will buy this, in every home, in every place, {yes} they can make here from gold, this is gold</w:t>
      </w:r>
    </w:p>
    <w:p>
      <w:r>
        <w:t>Here gold and here gold...</w:t>
      </w:r>
    </w:p>
    <w:p>
      <w:r>
        <w:t>...How much do the printing and the photocopying cost? How much does it cost?</w:t>
      </w:r>
    </w:p>
    <w:p>
      <w:r>
        <w:t>The entire world will be filled, everyone will buy, every home, every, everyone will buy…</w:t>
      </w:r>
    </w:p>
    <w:p>
      <w:r>
        <w:t>...{For this}, no, no gold is needed, this itself is gold</w:t>
      </w:r>
    </w:p>
    <w:p>
      <w:r>
        <w:t>[…….]…</w:t>
      </w:r>
    </w:p>
    <w:p>
      <w:r>
        <w:t>...{Who was this}</w:t>
      </w:r>
    </w:p>
    <w:p>
      <w:r>
        <w:t>[He wants a blessing]</w:t>
      </w:r>
    </w:p>
    <w:p>
      <w:r>
        <w:t>Forgive me…</w:t>
      </w:r>
    </w:p>
    <w:p>
      <w:r>
        <w:t>...In Eretz Yisroel every place is good, every, every place is holy, sacred, but in Yerushalayim it is holier than all of them, Yerushalayim</w:t>
      </w:r>
    </w:p>
    <w:p>
      <w:r>
        <w:t>[…….]</w:t>
      </w:r>
    </w:p>
    <w:p>
      <w:r>
        <w:t>[…….]…</w:t>
      </w:r>
    </w:p>
    <w:p>
      <w:pPr>
        <w:pStyle w:val="Heading2"/>
      </w:pPr>
      <w:r>
        <w:t>Side B (Bais)</w:t>
      </w:r>
    </w:p>
    <w:p>
      <w:r>
        <w:t>[The supplied transcript explicitly states that this tape side is missing. No wording has been invented.]</w:t>
      </w:r>
    </w:p>
    <w:p>
      <w:r>
        <w:br w:type="page"/>
      </w:r>
    </w:p>
    <w:p>
      <w:pPr>
        <w:pStyle w:val="Heading1"/>
      </w:pPr>
      <w:r>
        <w:t>Tape 91</w:t>
      </w:r>
    </w:p>
    <w:p>
      <w:pPr>
        <w:pStyle w:val="Heading2"/>
      </w:pPr>
      <w:r>
        <w:t>Side A (Aleph)</w:t>
      </w:r>
    </w:p>
    <w:p>
      <w:r>
        <w:t>...“Blessed are You, Hashem, Who brings forth bread from the earth”</w:t>
      </w:r>
    </w:p>
    <w:p>
      <w:r>
        <w:t>We always bless Hashem</w:t>
      </w:r>
    </w:p>
    <w:p>
      <w:r>
        <w:t>“Who chose us from all the nations, and gave us His Torah, {nu} and blessed are You..”</w:t>
      </w:r>
    </w:p>
    <w:p>
      <w:r>
        <w:t>We speak with Him like, like, like with a friend, “Blessed are You, Hashem, Giver of the Torah”</w:t>
      </w:r>
    </w:p>
    <w:p>
      <w:r>
        <w:t>Telephone, telephone, telephone, telephone</w:t>
      </w:r>
    </w:p>
    <w:p>
      <w:r>
        <w:t>[A direct line to the Holy One, blessed is He]</w:t>
      </w:r>
    </w:p>
    <w:p>
      <w:r>
        <w:t>We have a telephone at home for free, without money, we always speak with Hashem</w:t>
      </w:r>
    </w:p>
    <w:p>
      <w:r>
        <w:t>Nu, {from here to} the heavens, yes, and there they hear every utterance and every thought and everything</w:t>
      </w:r>
    </w:p>
    <w:p>
      <w:r>
        <w:t>There is a telephone, Torah and mitzvos, one needs a telephone, how to put on tefillin, how to observe Shabbos</w:t>
      </w:r>
    </w:p>
    <w:p>
      <w:r>
        <w:t>How to fulfill the mitzvos</w:t>
      </w:r>
    </w:p>
    <w:p>
      <w:r>
        <w:t>We have telephones for free, we speak with Hashem, we speak {from here, from here}</w:t>
      </w:r>
    </w:p>
    <w:p>
      <w:r>
        <w:t>Always, we have no, no work at all, only to study Torah and fulfill the Torah…</w:t>
      </w:r>
    </w:p>
    <w:p>
      <w:r>
        <w:t>...The telephone speaks {to Him} by itself</w:t>
      </w:r>
    </w:p>
    <w:p>
      <w:r>
        <w:t>We only speak “Blessed are You, Hashem..”, {Who created this and this…………}</w:t>
      </w:r>
    </w:p>
    <w:p>
      <w:r>
        <w:t>We are connected in the heavens; in this Hashem Yisbarach desires, in Torah and mitzvos</w:t>
      </w:r>
    </w:p>
    <w:p>
      <w:r>
        <w:t>We are always engaged in speaking with Hashem Yisbarach through Torah and mitzvos</w:t>
      </w:r>
    </w:p>
    <w:p>
      <w:r>
        <w:t>When one says Torah, it is every word, every utterance, every letter is such life and such joy that does not exist in the world, this does not exist, only.., in the entire world they do not know, only we, Bnei Yisroel, we, the nation of Yisroel, only we, “Blessed are You, {Hashem}, Giver of the Torah,” nu, is there {a bird..}, is there a better charm than this?</w:t>
      </w:r>
    </w:p>
    <w:p>
      <w:r>
        <w:t>{This} “Who did not make me a gentile,” “and gave us His Torah,” {this} His Torah…</w:t>
      </w:r>
    </w:p>
    <w:p>
      <w:r>
        <w:t>...The telephone is free, we speak with the heavens always, day and night the telephone is open for free…</w:t>
      </w:r>
    </w:p>
    <w:p>
      <w:r>
        <w:t>...{..} Ready to eat and sleep, it is good that we have, each person has, Hashem Yisbarach gave us good gifts, rooms to serve Hashem, in them Hashem, to study and fulfill the Torah and the mitzvos; what are the houses for? What is the money for? What for?</w:t>
      </w:r>
    </w:p>
    <w:p>
      <w:r>
        <w:t>[For what?]</w:t>
      </w:r>
    </w:p>
    <w:p>
      <w:r>
        <w:t>Ah…</w:t>
      </w:r>
    </w:p>
    <w:p>
      <w:r>
        <w:t>{This} is a telephone, they teach us how, how to fulfill the mitzvos, how to make tzitzis, everything is a telephone, they teach us about every moment what, what we have, what avodah we have in this world ah, when we open our eyes, want to eat, need to eat, to eat? Washing the hands, we need to speak with Hashem:</w:t>
      </w:r>
    </w:p>
    <w:p>
      <w:r>
        <w:t>{"Blessed are You, Hashem, Who sanctified us with His commandments and commanded us concerning washing the hands"}</w:t>
      </w:r>
    </w:p>
    <w:p>
      <w:r>
        <w:t>These are the telephones, yes…</w:t>
      </w:r>
    </w:p>
    <w:p>
      <w:r>
        <w:t>...we speak here, and they hear in America</w:t>
      </w:r>
    </w:p>
    <w:p>
      <w:r>
        <w:t>So we speak with Hashem, we speak here, and they hear in Heaven</w:t>
      </w:r>
    </w:p>
    <w:p>
      <w:r>
        <w:t>Every utterance is heard, no, no, no {is lost, no}, every mitzvah and every utterance stands and endures forever, we eat? If we eat with a blessing and washing the hands, as the Torah teaches us, good, and if not? It will go, go, no, there is a minyan without, without…</w:t>
      </w:r>
    </w:p>
    <w:p>
      <w:r>
        <w:t>...ours, it is only Torah, Torah and mitzvos, that is our whole life, and blessed is Hashem, we have for free as much as we want…</w:t>
      </w:r>
    </w:p>
    <w:p>
      <w:r>
        <w:t>...{……………..}</w:t>
      </w:r>
    </w:p>
    <w:p>
      <w:r>
        <w:t>Ah, what is today?</w:t>
      </w:r>
    </w:p>
    <w:p>
      <w:r>
        <w:t>[Today is Sunday, Rebbe Yisroel..]</w:t>
      </w:r>
    </w:p>
    <w:p>
      <w:r>
        <w:t>{..}</w:t>
      </w:r>
    </w:p>
    <w:p>
      <w:r>
        <w:t>[Rebbe Yisroel, I heard that the head of the Arabs was not in Yerushalayim yesterday]</w:t>
      </w:r>
    </w:p>
    <w:p>
      <w:r>
        <w:t>Ah?</w:t>
      </w:r>
    </w:p>
    <w:p>
      <w:r>
        <w:t>[I heard that the head of the Arabs]</w:t>
      </w:r>
    </w:p>
    <w:p>
      <w:r>
        <w:t>Yes</w:t>
      </w:r>
    </w:p>
    <w:p>
      <w:r>
        <w:t>[Was not in Yerushalayim yesterday]</w:t>
      </w:r>
    </w:p>
    <w:p>
      <w:r>
        <w:t>No?</w:t>
      </w:r>
    </w:p>
    <w:p>
      <w:r>
        <w:t>[He was not, blessed is Hashem]…</w:t>
      </w:r>
    </w:p>
    <w:p>
      <w:r>
        <w:t>...the tefillin</w:t>
      </w:r>
    </w:p>
    <w:p>
      <w:r>
        <w:t>[Yes]</w:t>
      </w:r>
    </w:p>
    <w:p>
      <w:r>
        <w:t>[Yes]…</w:t>
      </w:r>
    </w:p>
    <w:p>
      <w:r>
        <w:t>...[…….….]</w:t>
      </w:r>
    </w:p>
    <w:p>
      <w:r>
        <w:t>[…………..]</w:t>
      </w:r>
    </w:p>
    <w:p>
      <w:r>
        <w:t>I want to go to Yerushalayim, perhaps there perhaps it will be better</w:t>
      </w:r>
    </w:p>
    <w:p>
      <w:r>
        <w:t>Ah, ah, ah, perhaps, perhaps I will overcome not to lie down, perhaps to eat</w:t>
      </w:r>
    </w:p>
    <w:p>
      <w:r>
        <w:t>Perhaps to eat, and I will have strength, perhaps I will be able to get up?…</w:t>
      </w:r>
    </w:p>
    <w:p>
      <w:r>
        <w:t>…[………….]</w:t>
      </w:r>
    </w:p>
    <w:p>
      <w:r>
        <w:t>[…..………..]</w:t>
      </w:r>
    </w:p>
    <w:p>
      <w:r>
        <w:t>Do you have liver to eat, perhaps?</w:t>
      </w:r>
    </w:p>
    <w:p>
      <w:r>
        <w:t>[Do you want liver? Rebbe Yisroel, I have]</w:t>
      </w:r>
    </w:p>
    <w:p>
      <w:r>
        <w:t>Yes?</w:t>
      </w:r>
    </w:p>
    <w:p>
      <w:r>
        <w:t>[Yes, I will go prepare it]</w:t>
      </w:r>
    </w:p>
    <w:p>
      <w:r>
        <w:t>Ah?</w:t>
      </w:r>
    </w:p>
    <w:p>
      <w:r>
        <w:t>[Yes] perhaps, perhaps I will have strength {to work\to stand}</w:t>
      </w:r>
    </w:p>
    <w:p>
      <w:r>
        <w:t>From the time I was born I have been weak, I want only to lie down, not to learn and not to pray, only to lie down like this</w:t>
      </w:r>
    </w:p>
    <w:p>
      <w:r>
        <w:t>Nu {what is this}, this is impossible like this</w:t>
      </w:r>
    </w:p>
    <w:p>
      <w:r>
        <w:t>[There is..]</w:t>
      </w:r>
    </w:p>
    <w:p>
      <w:r>
        <w:t>{There is me, yes}</w:t>
      </w:r>
    </w:p>
    <w:p>
      <w:r>
        <w:t>Did I eat an egg today? Yo, yo, yo, yo</w:t>
      </w:r>
    </w:p>
    <w:p>
      <w:r>
        <w:t>[Good, I am making you liver, Rebbe Yisroel]</w:t>
      </w:r>
    </w:p>
    <w:p>
      <w:r>
        <w:t>Liver, yes</w:t>
      </w:r>
    </w:p>
    <w:p>
      <w:r>
        <w:t>Take money, you will have money, you do not have money?</w:t>
      </w:r>
    </w:p>
    <w:p>
      <w:r>
        <w:t>[I have, yes]</w:t>
      </w:r>
    </w:p>
    <w:p>
      <w:r>
        <w:t>Ah?</w:t>
      </w:r>
    </w:p>
    <w:p>
      <w:r>
        <w:t>[I have money, Rebbe Yisroel]</w:t>
      </w:r>
    </w:p>
    <w:p>
      <w:r>
        <w:t>Take from Tzipporah</w:t>
      </w:r>
    </w:p>
    <w:p>
      <w:r>
        <w:t>[For what?]</w:t>
      </w:r>
    </w:p>
    <w:p>
      <w:r>
        <w:t>Ah?</w:t>
      </w:r>
    </w:p>
    <w:p>
      <w:r>
        <w:t>[For what? Rebbe Yisroel]</w:t>
      </w:r>
    </w:p>
    <w:p>
      <w:r>
        <w:t>So that there will be abundance</w:t>
      </w:r>
    </w:p>
    <w:p>
      <w:r>
        <w:t>[……..]</w:t>
      </w:r>
    </w:p>
    <w:p>
      <w:r>
        <w:t>[There is, blessed is Hashem, there is, I have]</w:t>
      </w:r>
    </w:p>
    <w:p>
      <w:r>
        <w:t>Oy vey.. I am weak, from the day I was born I am always weak</w:t>
      </w:r>
    </w:p>
    <w:p>
      <w:r>
        <w:t>I do not want, not to learn and not to.. only to lie down</w:t>
      </w:r>
    </w:p>
    <w:p>
      <w:r>
        <w:t>Not to learn and not to pray, only to lie down</w:t>
      </w:r>
    </w:p>
    <w:p>
      <w:r>
        <w:t>Someone stands at, beside me and says to me: "No, no, do not stand, only lie down"</w:t>
      </w:r>
    </w:p>
    <w:p>
      <w:r>
        <w:t>And I say to him: "I do not want to lie down, what do you want from me?"..</w:t>
      </w:r>
    </w:p>
    <w:p>
      <w:r>
        <w:t>I will sit, perhaps, perhaps, perhaps it will be better</w:t>
      </w:r>
    </w:p>
    <w:p>
      <w:r>
        <w:t>Oy, oy, {do not make me fall}</w:t>
      </w:r>
    </w:p>
    <w:p>
      <w:r>
        <w:t>There is hot, perhaps, hot, honey and milk, perhaps there is hot? Perhaps we need to ask whether I am not meaty [……………….]</w:t>
      </w:r>
    </w:p>
    <w:p>
      <w:r>
        <w:t>[……………….]</w:t>
      </w:r>
    </w:p>
    <w:p>
      <w:r>
        <w:t>The liver of a cow, of chickens? You do not know?</w:t>
      </w:r>
    </w:p>
    <w:p>
      <w:r>
        <w:t>[……..]</w:t>
      </w:r>
    </w:p>
    <w:p>
      <w:r>
        <w:t>[…..…]</w:t>
      </w:r>
    </w:p>
    <w:p>
      <w:r>
        <w:t>Chickens?</w:t>
      </w:r>
    </w:p>
    <w:p>
      <w:r>
        <w:t>[Yes]</w:t>
      </w:r>
    </w:p>
    <w:p>
      <w:r>
        <w:t>Of a cow is better, it, it gives more strength</w:t>
      </w:r>
    </w:p>
    <w:p>
      <w:r>
        <w:t>[………]</w:t>
      </w:r>
    </w:p>
    <w:p>
      <w:r>
        <w:t>[Rebbe Yisroel, do you want kugel?]</w:t>
      </w:r>
    </w:p>
    <w:p>
      <w:r>
        <w:t>Ah?</w:t>
      </w:r>
    </w:p>
    <w:p>
      <w:r>
        <w:t>[Meanwhile, do you want kugel?]</w:t>
      </w:r>
    </w:p>
    <w:p>
      <w:r>
        <w:t>{Is this good?}</w:t>
      </w:r>
    </w:p>
    <w:p>
      <w:r>
        <w:t>[Kugel, kugel]</w:t>
      </w:r>
    </w:p>
    <w:p>
      <w:r>
        <w:t>Ah?</w:t>
      </w:r>
    </w:p>
    <w:p>
      <w:r>
        <w:t>[Kugel, do you want kugel?]</w:t>
      </w:r>
    </w:p>
    <w:p>
      <w:r>
        <w:t>Kugel</w:t>
      </w:r>
    </w:p>
    <w:p>
      <w:r>
        <w:t>[Also]</w:t>
      </w:r>
    </w:p>
    <w:p>
      <w:r>
        <w:t>From the day of Shabbos?</w:t>
      </w:r>
    </w:p>
    <w:p>
      <w:r>
        <w:t>[Today is Sunday]</w:t>
      </w:r>
    </w:p>
    <w:p>
      <w:r>
        <w:t>What? Sunday, yes, we will drink, taste and see</w:t>
      </w:r>
    </w:p>
    <w:p>
      <w:r>
        <w:t>[…….]</w:t>
      </w:r>
    </w:p>
    <w:p>
      <w:r>
        <w:t>Did he go to bring liver?</w:t>
      </w:r>
    </w:p>
    <w:p>
      <w:r>
        <w:t>[No, he has it, he only needs to heat it up]</w:t>
      </w:r>
    </w:p>
    <w:p>
      <w:r>
        <w:t>Oy vey, leave it, leave it</w:t>
      </w:r>
    </w:p>
    <w:p>
      <w:r>
        <w:t>[…..……]</w:t>
      </w:r>
    </w:p>
    <w:p>
      <w:r>
        <w:t>[………..]…</w:t>
      </w:r>
    </w:p>
    <w:p>
      <w:r>
        <w:t>...of a cow, that is also good for me</w:t>
      </w:r>
    </w:p>
    <w:p>
      <w:r>
        <w:t>This is it, it, it strengthens and heals the whole body, yes</w:t>
      </w:r>
    </w:p>
    <w:p>
      <w:r>
        <w:t>It is a limb sustaining a limb, legs sustain the legs, {a limb...}, and for me we also need both both liver and legs…</w:t>
      </w:r>
    </w:p>
    <w:p>
      <w:r>
        <w:t>...(Saba recites the blessing "that everything came to be through His word..")</w:t>
      </w:r>
    </w:p>
    <w:p>
      <w:r>
        <w:t>[Amen]</w:t>
      </w:r>
    </w:p>
    <w:p>
      <w:r>
        <w:t>[No, it is kugel, Rebbe Yisroel]</w:t>
      </w:r>
    </w:p>
    <w:p>
      <w:r>
        <w:t>[I am ?making liver now, I am preparing liver now]…</w:t>
      </w:r>
    </w:p>
    <w:p>
      <w:r>
        <w:t>...to engage in Torah, in the words of Rabbainu, he would have a cure</w:t>
      </w:r>
    </w:p>
    <w:p>
      <w:r>
        <w:t>But he does not overcome, that is how he is, he is not mighty, one needs to be mighty</w:t>
      </w:r>
    </w:p>
    <w:p>
      <w:r>
        <w:t>[From where does one take the might?]</w:t>
      </w:r>
    </w:p>
    <w:p>
      <w:r>
        <w:t>Ah?</w:t>
      </w:r>
    </w:p>
    <w:p>
      <w:r>
        <w:t>[From where does one take the might?]</w:t>
      </w:r>
    </w:p>
    <w:p>
      <w:r>
        <w:t>Ah?</w:t>
      </w:r>
    </w:p>
    <w:p>
      <w:r>
        <w:t>[From where does one take might? He has no might, he knows, but from where to take the might?] Prayer, prayer, prayer and good desire…</w:t>
      </w:r>
    </w:p>
    <w:p>
      <w:r>
        <w:t>...and that he should truly draw close to Hashem, blessed is He</w:t>
      </w:r>
    </w:p>
    <w:p>
      <w:r>
        <w:t>[..]…</w:t>
      </w:r>
    </w:p>
    <w:p>
      <w:r>
        <w:t>...with all his strength, that he should overcome with great might</w:t>
      </w:r>
    </w:p>
    <w:p>
      <w:r>
        <w:t>[Again and again, yes]…</w:t>
      </w:r>
    </w:p>
    <w:p>
      <w:r>
        <w:t>...{..}, the Men of the Great Assembly were great tzaddikim, and they arranged for us again and again, "Please, Hashem, save now," "Please, Hashem.."</w:t>
      </w:r>
    </w:p>
    <w:p>
      <w:r>
        <w:t>Again, again</w:t>
      </w:r>
    </w:p>
    <w:p>
      <w:r>
        <w:t>"Please, Hashem, save now," "Please, Hashem, grant success," "Please, Hashem, grant success"</w:t>
      </w:r>
    </w:p>
    <w:p>
      <w:r>
        <w:t>It is not only twice</w:t>
      </w:r>
    </w:p>
    <w:p>
      <w:r>
        <w:t>[How many times]</w:t>
      </w:r>
    </w:p>
    <w:p>
      <w:r>
        <w:t>{…} more, understand, be mighty and understand on your own, again and again, and again</w:t>
      </w:r>
    </w:p>
    <w:p>
      <w:r>
        <w:t>[To be greatly stubborn, to be stubborn]</w:t>
      </w:r>
    </w:p>
    <w:p>
      <w:r>
        <w:t>Oy, holy Rabbainu, oy, he is unique in all the generations who merited to serve Hashem at every moment he accepted upon himself all the suffering and all the pains, and all kinds of troubles for Hashem, blessed is He I will not, I will not fall, from before You I, I will not leave You, until You help me…</w:t>
      </w:r>
    </w:p>
    <w:p>
      <w:r>
        <w:t>...(..)...</w:t>
      </w:r>
    </w:p>
    <w:p>
      <w:r>
        <w:t>...holy Rabbainu prepared cures for us for all, for all human beings, for each one</w:t>
      </w:r>
    </w:p>
    <w:p>
      <w:r>
        <w:t>He says to him, {….} this is one utterance, "It is a great mitzvah {to be joyful} always"</w:t>
      </w:r>
    </w:p>
    <w:p>
      <w:r>
        <w:t>In this he already has all the cures and all the {salvations}…</w:t>
      </w:r>
    </w:p>
    <w:p>
      <w:r>
        <w:t>...{………….}</w:t>
      </w:r>
    </w:p>
    <w:p>
      <w:r>
        <w:t>Every day and at every time</w:t>
      </w:r>
    </w:p>
    <w:p>
      <w:r>
        <w:t>[Rebbe Yisroel, perhaps, perhaps I need to do teshuvah, before Father enters the hospital, but I do not know how to do teshuvah, Rebbe Yisroel, it is hard for me, it is very hard for me] {….}…</w:t>
      </w:r>
    </w:p>
    <w:p>
      <w:r>
        <w:t>...{conquers} everything, all kinds of powers in the world cannot stand against one utterance..</w:t>
      </w:r>
    </w:p>
    <w:p>
      <w:r>
        <w:t>Against one utterance of Rabbainu, the whole world cannot stand</w:t>
      </w:r>
    </w:p>
    <w:p>
      <w:r>
        <w:t>He already cried out with great cries: "There is, there is no despair in the world at all</w:t>
      </w:r>
    </w:p>
    <w:p>
      <w:r>
        <w:t>Gevalt! Do not despair, do not despair, there is no despair in the world at all," nu…</w:t>
      </w:r>
    </w:p>
    <w:p>
      <w:r>
        <w:t>...if they had listened to Rabbainu, no.. the whole world would, would already have been rectified, not to despair and not to fall, only, only to overcome, "There is no despair in the world at all" with one word he conquers the whole world, all {whoever wants}</w:t>
      </w:r>
    </w:p>
    <w:p>
      <w:r>
        <w:t>[…..]…</w:t>
      </w:r>
    </w:p>
    <w:p>
      <w:r>
        <w:t>...he roared with great cries:</w:t>
      </w:r>
    </w:p>
    <w:p>
      <w:r>
        <w:t>"There is no despair in the world at all, do not des.. Gevalt! Do not despair..</w:t>
      </w:r>
    </w:p>
    <w:p>
      <w:r>
        <w:t>[But, but one needs to be strong]</w:t>
      </w:r>
    </w:p>
    <w:p>
      <w:r>
        <w:t>There is no despair in the world at all," already, already conquered the whole world</w:t>
      </w:r>
    </w:p>
    <w:p>
      <w:r>
        <w:t>[I do not have enough desire, Rebbe Yisroel, I, I am not strong]…</w:t>
      </w:r>
    </w:p>
    <w:p>
      <w:r>
        <w:t>...{…….}</w:t>
      </w:r>
    </w:p>
    <w:p>
      <w:r>
        <w:t>The cries of Rabbainu, of blessed memory, which he cried out {with all his strength}, with such cries:</w:t>
      </w:r>
    </w:p>
    <w:p>
      <w:r>
        <w:t>"Gevalt! Do not despair, no despair exists at all"</w:t>
      </w:r>
    </w:p>
    <w:p>
      <w:r>
        <w:t>He already conquered the whole world</w:t>
      </w:r>
    </w:p>
    <w:p>
      <w:r>
        <w:t>[……..]</w:t>
      </w:r>
    </w:p>
    <w:p>
      <w:r>
        <w:t>With one utterance</w:t>
      </w:r>
    </w:p>
    <w:p>
      <w:r>
        <w:t>[….….]</w:t>
      </w:r>
    </w:p>
    <w:p>
      <w:r>
        <w:t>Truly Rebbe Nassan, Rebbe Nassan was awakened by the cries of Rabbainu, he was as though, as though he no longer had strength to cry out with such cries up to Heaven:</w:t>
      </w:r>
    </w:p>
    <w:p>
      <w:r>
        <w:t>"Gevald.. Gevald! Do not despair, there is no despair in the world at all"</w:t>
      </w:r>
    </w:p>
    <w:p>
      <w:r>
        <w:t>[…………..………]</w:t>
      </w:r>
    </w:p>
    <w:p>
      <w:r>
        <w:t>[……………...…..]…</w:t>
      </w:r>
    </w:p>
    <w:p>
      <w:r>
        <w:t>...{Who, who, who shouted}, he shouted to the whole world, to all the sick people who have no cure, to each one he shouted such cries, to the sick people who have no cure, "Gevald! Do not despair, no despair exists at all, I am here" Why is there "no despair in the world at all"? Because I am sleeping in the world</w:t>
      </w:r>
    </w:p>
    <w:p>
      <w:r>
        <w:t>There is someone who shouts: {"There is no despair in the world"….}</w:t>
      </w:r>
    </w:p>
    <w:p>
      <w:r>
        <w:t>{...}</w:t>
      </w:r>
    </w:p>
    <w:p>
      <w:r>
        <w:t>"Gevald," this is an expression of a very great warning, people can die, "Gevald, Gevald</w:t>
      </w:r>
    </w:p>
    <w:p>
      <w:r>
        <w:t>Do not despair, no despair exists at {{all}}" And why? {Because there is no}, no tzaddik shouted such cries? Because he, he.. he took it from Hashem Yisborach Himself</w:t>
      </w:r>
    </w:p>
    <w:p>
      <w:r>
        <w:t>"Do not despair, there is no despair in the world at all," Hashem Yisborach says:</w:t>
      </w:r>
    </w:p>
    <w:p>
      <w:r>
        <w:t>"There is no despair in the world at all"</w:t>
      </w:r>
    </w:p>
    <w:p>
      <w:r>
        <w:t>[One needs to say "Na Na-ch" all the time, Rebbe Yisroel, "Na Na-ch" is a cure for everything]</w:t>
      </w:r>
    </w:p>
    <w:p>
      <w:r>
        <w:t>Nu, yes, "Na Na-ch"</w:t>
      </w:r>
    </w:p>
    <w:p>
      <w:r>
        <w:t>["Na Na-ch" with faith, with joy, in truth, also..</w:t>
      </w:r>
    </w:p>
    <w:p>
      <w:r>
        <w:t>Even if I say "Na Na-ch" for my father, why, he does not, he does not know "Na Na-ch"]</w:t>
      </w:r>
    </w:p>
    <w:p>
      <w:r>
        <w:t>Ah</w:t>
      </w:r>
    </w:p>
    <w:p>
      <w:r>
        <w:t>[If I say it for him, is it, is it, is it good?]</w:t>
      </w:r>
    </w:p>
    <w:p>
      <w:r>
        <w:t>Yes</w:t>
      </w:r>
    </w:p>
    <w:p>
      <w:r>
        <w:t>[And also if I get up at night and..]</w:t>
      </w:r>
    </w:p>
    <w:p>
      <w:r>
        <w:t>Just to mention Rabbainu's name, of blessed memory, "Na Na-ch.. Nacham Nachman MeUman"</w:t>
      </w:r>
    </w:p>
    <w:p>
      <w:r>
        <w:t>This is a sweetening, and this heals and strengthens and renews the whole world, this is just with one utterance…</w:t>
      </w:r>
    </w:p>
    <w:p>
      <w:r>
        <w:t>...Now is the time of the days of Mashiach, it will be revealed.. the holy Rabbainu, who shouted with such cries:</w:t>
      </w:r>
    </w:p>
    <w:p>
      <w:r>
        <w:t>"Gevald! Do not despair, no despair exists {at all}"</w:t>
      </w:r>
    </w:p>
    <w:p>
      <w:r>
        <w:t>He conquered, already conquered the whole world with one utterance</w:t>
      </w:r>
    </w:p>
    <w:p>
      <w:r>
        <w:t>Oy, Rebbe Yisroel, Rebbe Yisroel, he used to, used to shout:</w:t>
      </w:r>
    </w:p>
    <w:p>
      <w:r>
        <w:t>"Gevald," "Gevald," "Gevald"</w:t>
      </w:r>
    </w:p>
    <w:p>
      <w:r>
        <w:t>{Just as} the holy Rabbainu shouted such cries: "Gevald!</w:t>
      </w:r>
    </w:p>
    <w:p>
      <w:r>
        <w:t>Like someone being cut into pieces, with vitality he shouted Gevald, Gevald, Gevald, Gevald</w:t>
      </w:r>
    </w:p>
    <w:p>
      <w:r>
        <w:t>Have mercy on me {…. ….}, what does one do?</w:t>
      </w:r>
    </w:p>
    <w:p>
      <w:r>
        <w:t>The holy Rabbainu already, already conquered the whole world, and says to them:</w:t>
      </w:r>
    </w:p>
    <w:p>
      <w:r>
        <w:t>"Do not despair, there is no despair in the world at all"</w:t>
      </w:r>
    </w:p>
    <w:p>
      <w:r>
        <w:t>He laughs at the whole world, with one utterance he conquers the whole world, with one utterance</w:t>
      </w:r>
    </w:p>
    <w:p>
      <w:r>
        <w:t>"There is no despair in the world at all</w:t>
      </w:r>
    </w:p>
    <w:p>
      <w:r>
        <w:t>"Gevald, Gevald! Do not despair, no despair exists {at all}"</w:t>
      </w:r>
    </w:p>
    <w:p>
      <w:r>
        <w:t>He conquered the whole world, what do you think? I know more than you</w:t>
      </w:r>
    </w:p>
    <w:p>
      <w:r>
        <w:t>"There is no despair in the world at all"</w:t>
      </w:r>
    </w:p>
    <w:p>
      <w:r>
        <w:t>{Only this he does not have}, if we had nothing from Rabbainu but this, it is enough to conquer us and all that is in us, from life to death, from death to life</w:t>
      </w:r>
    </w:p>
    <w:p>
      <w:r>
        <w:t>[……………]</w:t>
      </w:r>
    </w:p>
    <w:p>
      <w:r>
        <w:t>[…………...]…</w:t>
      </w:r>
    </w:p>
    <w:p>
      <w:pPr>
        <w:pStyle w:val="Heading2"/>
      </w:pPr>
      <w:r>
        <w:t>Side B (Bais)</w:t>
      </w:r>
    </w:p>
    <w:p>
      <w:r>
        <w:t>…throughout the whole world and informs them: "Gevald, Gevald!"…</w:t>
      </w:r>
    </w:p>
    <w:p>
      <w:r>
        <w:t>...But in a whisper, he, he enters the whole world and informs them: "Gevald, Gevald!" Listen to what they are saying here, {...}</w:t>
      </w:r>
    </w:p>
    <w:p>
      <w:r>
        <w:t>He, he conquered and conquers the whole world with one utterance</w:t>
      </w:r>
    </w:p>
    <w:p>
      <w:r>
        <w:t>[……….]</w:t>
      </w:r>
    </w:p>
    <w:p>
      <w:r>
        <w:t>This is a "derashah geshank"</w:t>
      </w:r>
    </w:p>
    <w:p>
      <w:r>
        <w:t>When the "Betlers" came into being, the "Betlers" gave gifts, they are "Betlers" and they have nothing, they are "Betlers"</w:t>
      </w:r>
    </w:p>
    <w:p>
      <w:r>
        <w:t>The "Betlers" gave gifts to the groom and bride</w:t>
      </w:r>
    </w:p>
    <w:p>
      <w:r>
        <w:t>{A derashah in groom and bride, a derashah in groom and bride} concerning the wedding, "There is no despair in the world at all, do not despair, there is no despair in the world at all" then the children will already have every good, every good; the "Betlers" gave gifts {...gifts} to the groom and bride and said: "If the 'blind Betler' were here, ho, ho, he would be very happy" The children, the groom and bride, said: "If the blind one were here, the 'blind Betler'" It is not enough that he is a 'Betler,' he is also blind</w:t>
      </w:r>
    </w:p>
    <w:p>
      <w:r>
        <w:t>"If the 'blind Betler' were here, he would be very happy" They did not know, did not know, did not know and do not know what Rabbainu is. Do you know? I am "Na Na-ch Nacham Nachman MeUman"</w:t>
      </w:r>
    </w:p>
    <w:p>
      <w:r>
        <w:t>Do you know who I am? I am your Rebbe, of all Yisroel. They gave us gifts, a "derashah geshank," the children, the groom and bride {…………….a gift, we will give them} a "derashah geshank." What is the "derashah geshank"? "There is no despair in the world at all" {…..}</w:t>
      </w:r>
    </w:p>
    <w:p>
      <w:r>
        <w:t>Ah, put the legs on the bed…</w:t>
      </w:r>
    </w:p>
    <w:p>
      <w:r>
        <w:t>..."There is no despair in the world at all"</w:t>
      </w:r>
    </w:p>
    <w:p>
      <w:r>
        <w:t>I shou.., I shouted and shout: "There is no despair in the world at all"</w:t>
      </w:r>
    </w:p>
    <w:p>
      <w:r>
        <w:t>With this power, Rebbe Yisroel served Hashem, service, such service, such faith, such truth that he took from the holy Rabbainu, a "derashah geshank"</w:t>
      </w:r>
    </w:p>
    <w:p>
      <w:r>
        <w:t>The whole world will already know and believe, will know and believe that "there is no despair in the world at all" shoyn, shoyn, this is a thing that this, this alone has already conquered the whole world</w:t>
      </w:r>
    </w:p>
    <w:p>
      <w:r>
        <w:t>[…]…</w:t>
      </w:r>
    </w:p>
    <w:p>
      <w:r>
        <w:t>...A blessing from Hashem…</w:t>
      </w:r>
    </w:p>
    <w:p>
      <w:r>
        <w:t>...One utterance from Rabbainu is the entire Torah and all, all the salvations...</w:t>
      </w:r>
    </w:p>
    <w:p>
      <w:r>
        <w:t>...They gave a "derashah geshank," gifts to the groom and bride…</w:t>
      </w:r>
    </w:p>
    <w:p>
      <w:r>
        <w:t>...The children said: "Oy, where is the 'blind Betler'? If he were here, he would be very happy"</w:t>
      </w:r>
    </w:p>
    <w:p>
      <w:r>
        <w:t>This is a wedding, one needs to be happy</w:t>
      </w:r>
    </w:p>
    <w:p>
      <w:r>
        <w:t>"If he were, here he would be very happy"</w:t>
      </w:r>
    </w:p>
    <w:p>
      <w:r>
        <w:t>In the meantime he said:</w:t>
      </w:r>
    </w:p>
    <w:p>
      <w:r>
        <w:t>"I am here, I came to the wedding, I came to your wedding, I am here"…</w:t>
      </w:r>
    </w:p>
    <w:p>
      <w:r>
        <w:t>..."The 'blind Betler,' if he were here, he would be very happy; this is a wedding, one needs to be very happy"</w:t>
      </w:r>
    </w:p>
    <w:p>
      <w:r>
        <w:t>[Rebbe Yisroel, they want a blessing, Sarah bas Esther]</w:t>
      </w:r>
    </w:p>
    <w:p>
      <w:r>
        <w:t>Sarah bas Esther, Sarah bas Esther</w:t>
      </w:r>
    </w:p>
    <w:p>
      <w:r>
        <w:t>[And Yael bas Simchah]</w:t>
      </w:r>
    </w:p>
    <w:p>
      <w:r>
        <w:t>Ah?</w:t>
      </w:r>
    </w:p>
    <w:p>
      <w:r>
        <w:t>[Yael]</w:t>
      </w:r>
    </w:p>
    <w:p>
      <w:r>
        <w:t>Yael</w:t>
      </w:r>
    </w:p>
    <w:p>
      <w:r>
        <w:t>[Bas Simchah]</w:t>
      </w:r>
    </w:p>
    <w:p>
      <w:r>
        <w:t>Bas Simchah, a recovery {and salvation}</w:t>
      </w:r>
    </w:p>
    <w:p>
      <w:r>
        <w:t>[A match, a good match]</w:t>
      </w:r>
    </w:p>
    <w:p>
      <w:r>
        <w:t>And every, and every, and every good</w:t>
      </w:r>
    </w:p>
    <w:p>
      <w:r>
        <w:t>[………..]</w:t>
      </w:r>
    </w:p>
    <w:p>
      <w:r>
        <w:t>[Saba sings the melody of "Aishes Chayil.." ("Our greatness and our glory..”)</w:t>
      </w:r>
    </w:p>
    <w:p>
      <w:r>
        <w:t>Afterward Saba sings: "To make known, to make known, to make known, to make known</w:t>
      </w:r>
    </w:p>
    <w:p>
      <w:r>
        <w:t>That all who hope in You will not be ashamed and will not be humiliated forever, all who take refuge in You.."]</w:t>
      </w:r>
    </w:p>
    <w:p>
      <w:r>
        <w:t>"There is no despair in the world at all," "All who take refuge in You will not be humiliated forever"</w:t>
      </w:r>
    </w:p>
    <w:p>
      <w:r>
        <w:t>[Saba continues singing: "And all who take refuge in You will not be humiliated forever.."]</w:t>
      </w:r>
    </w:p>
    <w:p>
      <w:r>
        <w:t>"If he, the 'blind Betler,' if he were here, he would be very happy</w:t>
      </w:r>
    </w:p>
    <w:p>
      <w:r>
        <w:t>And this.. at a wedding, one needs to be very happy"</w:t>
      </w:r>
    </w:p>
    <w:p>
      <w:r>
        <w:t>He came and said: "I am coming, I am here, I came to your wedding"</w:t>
      </w:r>
    </w:p>
    <w:p>
      <w:r>
        <w:t>[…….]…</w:t>
      </w:r>
    </w:p>
    <w:p>
      <w:r>
        <w:t>...They were already famous among all the "Betlers"</w:t>
      </w:r>
    </w:p>
    <w:p>
      <w:r>
        <w:t>{And\because} everyone knew who they were, that these were the sons who had been lost in the forest…</w:t>
      </w:r>
    </w:p>
    <w:p>
      <w:r>
        <w:t>...{They said} "If the 'blind beggar' were here, he would be very happy</w:t>
      </w:r>
    </w:p>
    <w:p>
      <w:r>
        <w:t>This is a wedding, one needs to be very happy</w:t>
      </w:r>
    </w:p>
    <w:p>
      <w:r>
        <w:t>If he were here, {{he would be very happy}}"</w:t>
      </w:r>
    </w:p>
    <w:p>
      <w:r>
        <w:t>Then he said: "Here, I am here, I came to your wedding, I am here"</w:t>
      </w:r>
    </w:p>
    <w:p>
      <w:r>
        <w:t>Yes…</w:t>
      </w:r>
    </w:p>
    <w:p>
      <w:r>
        <w:t>...like him</w:t>
      </w:r>
    </w:p>
    <w:p>
      <w:r>
        <w:t>[That they should be old]</w:t>
      </w:r>
    </w:p>
    <w:p>
      <w:r>
        <w:t>That they should be like him</w:t>
      </w:r>
    </w:p>
    <w:p>
      <w:r>
        <w:t>["That you should be old like me, for at first I blessed you with this</w:t>
      </w:r>
    </w:p>
    <w:p>
      <w:r>
        <w:t>And now I give you this as a complete gift for the wedding discourse, that you should live long lives like me"]…</w:t>
      </w:r>
    </w:p>
    <w:p>
      <w:r>
        <w:br w:type="page"/>
      </w:r>
    </w:p>
    <w:p>
      <w:pPr>
        <w:pStyle w:val="Heading1"/>
      </w:pPr>
      <w:r>
        <w:t>Tape 92</w:t>
      </w:r>
    </w:p>
    <w:p>
      <w:pPr>
        <w:pStyle w:val="Heading2"/>
      </w:pPr>
      <w:r>
        <w:t>Side A (Aleph)</w:t>
      </w:r>
    </w:p>
    <w:p>
      <w:r>
        <w:t>...[[Cursed is Haman, cursed is Haman..]]</w:t>
      </w:r>
    </w:p>
    <w:p>
      <w:r>
        <w:t>[Zion Barzilai recites the blessing "Who champions our cause, etc..."]</w:t>
      </w:r>
    </w:p>
    <w:p>
      <w:r>
        <w:t>[The friends sing:</w:t>
      </w:r>
    </w:p>
    <w:p>
      <w:r>
        <w:t>"The rose of Yaakov was cheerful and glad when together they saw Mordechai in royal blue</w:t>
      </w:r>
    </w:p>
    <w:p>
      <w:r>
        <w:t>Their salvation was eternal, and their hope throughout every generation</w:t>
      </w:r>
    </w:p>
    <w:p>
      <w:r>
        <w:t>To make known that all who hope in You will not be ashamed, nor will all who take refuge in You ever be humiliated.."]</w:t>
      </w:r>
    </w:p>
    <w:p>
      <w:r>
        <w:t>["And his name was Mordechai son of Yair, son of Shimei, son of Kish, a Benjaminite"</w:t>
      </w:r>
    </w:p>
    <w:p>
      <w:r>
        <w:t>"Na Nach Nachma Nachman MeUman"</w:t>
      </w:r>
    </w:p>
    <w:p>
      <w:r>
        <w:t>"Mordechai son of Yair, son of Shimei, son of Kish, a Benjaminite"</w:t>
      </w:r>
    </w:p>
    <w:p>
      <w:r>
        <w:t>"There was a Jewish man in Shushan the capital"</w:t>
      </w:r>
    </w:p>
    <w:p>
      <w:r>
        <w:t>So the Megillah wants to write for us, why are you afraid of Haman? He is great, he is great]</w:t>
      </w:r>
    </w:p>
    <w:p>
      <w:r>
        <w:t>(Saba and the friends shout ah, ah, ah, ah)</w:t>
      </w:r>
    </w:p>
    <w:p>
      <w:r>
        <w:t>[There is one Jewish man, "There was a Jewish man in Shushan the capital</w:t>
      </w:r>
    </w:p>
    <w:p>
      <w:r>
        <w:t>And his name was Mordechai son of Yair, son of Shimei, son of Kish, a Benjaminite"</w:t>
      </w:r>
    </w:p>
    <w:p>
      <w:r>
        <w:t>How does it go? "Na Nach Nachma Nachman.. a Benjaminite.. MeUman"</w:t>
      </w:r>
    </w:p>
    <w:p>
      <w:r>
        <w:t>What is yemini? "Sit at My right hand, until I make your enemies a footstool for your feet"]</w:t>
      </w:r>
    </w:p>
    <w:p>
      <w:r>
        <w:t>(Saba and the friends shout ah, ah, ah, ah)</w:t>
      </w:r>
    </w:p>
    <w:p>
      <w:r>
        <w:t>[The friends continue singing:</w:t>
      </w:r>
    </w:p>
    <w:p>
      <w:r>
        <w:t>"The rose of Yaakov was cheerful and glad when together they saw Mordechai in royal blue</w:t>
      </w:r>
    </w:p>
    <w:p>
      <w:r>
        <w:t>Their salvation was eternal, and their hope throughout every generation</w:t>
      </w:r>
    </w:p>
    <w:p>
      <w:r>
        <w:t>To make known that all who hope in You will not be ashamed, nor will all who take refuge in You ever be humiliated.."</w:t>
      </w:r>
    </w:p>
    <w:p>
      <w:r>
        <w:t>Afterward they sing: "Cursed is Haman who sought to destroy me, blessed is Mordechai the Jew..”]</w:t>
      </w:r>
    </w:p>
    <w:p>
      <w:r>
        <w:t>[Afterward the friends say "And You are holy, etc."]…</w:t>
      </w:r>
    </w:p>
    <w:p>
      <w:r>
        <w:t>...[Zion Barzilai sings: "My God, why have You forsaken me?.."]</w:t>
      </w:r>
    </w:p>
    <w:p>
      <w:r>
        <w:t>(Saba and the friends shout ah, ah, ah, ah)</w:t>
      </w:r>
    </w:p>
    <w:p>
      <w:r>
        <w:t>[………………….]</w:t>
      </w:r>
    </w:p>
    <w:p>
      <w:r>
        <w:t>[………..………..]</w:t>
      </w:r>
    </w:p>
    <w:p>
      <w:r>
        <w:t>[Purim, what about the wine? There isn't, there is]</w:t>
      </w:r>
    </w:p>
    <w:p>
      <w:r>
        <w:t>[The friends sing the melody of "There is a matter whereby everything is transformed for the good.."]</w:t>
      </w:r>
    </w:p>
    <w:p>
      <w:r>
        <w:t>[…………………….………]</w:t>
      </w:r>
    </w:p>
    <w:p>
      <w:r>
        <w:t>[………………………..…..]</w:t>
      </w:r>
    </w:p>
    <w:p>
      <w:r>
        <w:t>["Mishloach manos," Rebbe Nassan writes, before making a meal, one needs to do much "mishloach manos" and "gifts to the poor," and then he makes the meal after, after Minchah, after midday………] […………..]</w:t>
      </w:r>
    </w:p>
    <w:p>
      <w:r>
        <w:t>[…………..]</w:t>
      </w:r>
    </w:p>
    <w:p>
      <w:r>
        <w:t>(Saba and the friends shout ah, ah, ah, ah)</w:t>
      </w:r>
    </w:p>
    <w:p>
      <w:r>
        <w:t>[The friends continue chanting and singing: "There is a matter whereby everything is transformed for the good.."]</w:t>
      </w:r>
    </w:p>
    <w:p>
      <w:r>
        <w:t>[……]</w:t>
      </w:r>
    </w:p>
    <w:p>
      <w:r>
        <w:t>["It is incumbent upon us to praise...………………………………….</w:t>
      </w:r>
    </w:p>
    <w:p>
      <w:r>
        <w:t>……………………………………………………………………………………………………."…]</w:t>
      </w:r>
    </w:p>
    <w:p>
      <w:r>
        <w:t>{and His name is one}</w:t>
      </w:r>
    </w:p>
    <w:p>
      <w:r>
        <w:t>[.…………….……]</w:t>
      </w:r>
    </w:p>
    <w:p>
      <w:r>
        <w:t>[..…………………]</w:t>
      </w:r>
    </w:p>
    <w:p>
      <w:r>
        <w:t>[Afterward they chant the melody of "A song of ascents, when Hashem returned.."</w:t>
      </w:r>
    </w:p>
    <w:p>
      <w:r>
        <w:t>Afterward they chant the melody of "Come, my beloved.."</w:t>
      </w:r>
    </w:p>
    <w:p>
      <w:r>
        <w:t>Afterward they chant the melody of "God, the Master.."]</w:t>
      </w:r>
    </w:p>
    <w:p>
      <w:r>
        <w:t>[Gifts to the poor, I fulfilled it..]</w:t>
      </w:r>
    </w:p>
    <w:p>
      <w:r>
        <w:t>[………………...]</w:t>
      </w:r>
    </w:p>
    <w:p>
      <w:r>
        <w:t>[Afterward they sing: "Fortunate are we, how good is our portion, that we merited to draw close to Rabbainu"]</w:t>
      </w:r>
    </w:p>
    <w:p>
      <w:r>
        <w:t>"Na Nach Nachma Nachman MeUman.."]</w:t>
      </w:r>
    </w:p>
    <w:p>
      <w:r>
        <w:t>[Saba, this is "gifts to the poor"]</w:t>
      </w:r>
    </w:p>
    <w:p>
      <w:r>
        <w:t>{Yes, here}</w:t>
      </w:r>
    </w:p>
    <w:p>
      <w:r>
        <w:t>[Can one make a pidyon with this?]</w:t>
      </w:r>
    </w:p>
    <w:p>
      <w:r>
        <w:t>{….}</w:t>
      </w:r>
    </w:p>
    <w:p>
      <w:r>
        <w:t>[What? Gifts to the poor or a pidyon]</w:t>
      </w:r>
    </w:p>
    <w:p>
      <w:r>
        <w:t>[………….]</w:t>
      </w:r>
    </w:p>
    <w:p>
      <w:r>
        <w:t>Nu, I want {to give} "gifts to the poor"</w:t>
      </w:r>
    </w:p>
    <w:p>
      <w:r>
        <w:t>Ho, ho, ah, ah, ho, ho, "gifts to the poor"</w:t>
      </w:r>
    </w:p>
    <w:p>
      <w:r>
        <w:t>[To the poor? I am rich, I have a lot of money]</w:t>
      </w:r>
    </w:p>
    <w:p>
      <w:r>
        <w:t>Yes?</w:t>
      </w:r>
    </w:p>
    <w:p>
      <w:r>
        <w:t>[What is this? I am not poor]</w:t>
      </w:r>
    </w:p>
    <w:p>
      <w:r>
        <w:t>Give, give to the poor</w:t>
      </w:r>
    </w:p>
    <w:p>
      <w:r>
        <w:t>[Good]</w:t>
      </w:r>
    </w:p>
    <w:p>
      <w:r>
        <w:t>{Yes}</w:t>
      </w:r>
    </w:p>
    <w:p>
      <w:r>
        <w:t>(Saba laughs)</w:t>
      </w:r>
    </w:p>
    <w:p>
      <w:r>
        <w:t>[……………….]</w:t>
      </w:r>
    </w:p>
    <w:p>
      <w:r>
        <w:t>[And this too, Saba, is also "gifts to the poor"]</w:t>
      </w:r>
    </w:p>
    <w:p>
      <w:r>
        <w:t>Ah, ah, ah, "gifts to the poor"</w:t>
      </w:r>
    </w:p>
    <w:p>
      <w:r>
        <w:t>[……………………….…….]</w:t>
      </w:r>
    </w:p>
    <w:p>
      <w:r>
        <w:t>[……………………………..]</w:t>
      </w:r>
    </w:p>
    <w:p>
      <w:r>
        <w:t>Ah</w:t>
      </w:r>
    </w:p>
    <w:p>
      <w:r>
        <w:t>[Saba, I am going home, shall I go home?]</w:t>
      </w:r>
    </w:p>
    <w:p>
      <w:r>
        <w:t>Ah,</w:t>
      </w:r>
    </w:p>
    <w:p>
      <w:r>
        <w:t>Yes, yes, certainly</w:t>
      </w:r>
    </w:p>
    <w:p>
      <w:r>
        <w:t>[Today is Friday, a short day]</w:t>
      </w:r>
    </w:p>
    <w:p>
      <w:r>
        <w:t>Today is Friday</w:t>
      </w:r>
    </w:p>
    <w:p>
      <w:r>
        <w:t>[So it is short, one needs to manage quickly]</w:t>
      </w:r>
    </w:p>
    <w:p>
      <w:r>
        <w:t>Yes, yes, certainly,</w:t>
      </w:r>
    </w:p>
    <w:p>
      <w:r>
        <w:t>[……………….……]</w:t>
      </w:r>
    </w:p>
    <w:p>
      <w:r>
        <w:t>[…………………….]</w:t>
      </w:r>
    </w:p>
    <w:p>
      <w:r>
        <w:t>[They chant a melody.. ah, ah, ah, ah ah..]</w:t>
      </w:r>
    </w:p>
    <w:p>
      <w:r>
        <w:t>[Saba, this you can give, this is for you to give, this you can give to the poor, this is "mishloach manos" that you can give, here is wine too, "mishloach manos"]</w:t>
      </w:r>
    </w:p>
    <w:p>
      <w:r>
        <w:t>What is this?</w:t>
      </w:r>
    </w:p>
    <w:p>
      <w:r>
        <w:t>[This is to give wine]</w:t>
      </w:r>
    </w:p>
    <w:p>
      <w:r>
        <w:t>Ah, good</w:t>
      </w:r>
    </w:p>
    <w:p>
      <w:r>
        <w:t>[Here]</w:t>
      </w:r>
    </w:p>
    <w:p>
      <w:r>
        <w:t>(Saba laughs)</w:t>
      </w:r>
    </w:p>
    <w:p>
      <w:r>
        <w:t>[Thank God, this is another one to give as well]</w:t>
      </w:r>
    </w:p>
    <w:p>
      <w:r>
        <w:t>{Yes}</w:t>
      </w:r>
    </w:p>
    <w:p>
      <w:r>
        <w:t>[Another one to give]</w:t>
      </w:r>
    </w:p>
    <w:p>
      <w:r>
        <w:t>[………….]</w:t>
      </w:r>
    </w:p>
    <w:p>
      <w:r>
        <w:t>Nu</w:t>
      </w:r>
    </w:p>
    <w:p>
      <w:r>
        <w:t>[Yes, Rebbe Yisroel, ah, is this for me? Ho, thank you very much, Rebbe Yisroel]</w:t>
      </w:r>
    </w:p>
    <w:p>
      <w:r>
        <w:t>(Saba recites the blessing "Who creates kinds of nourishment..")</w:t>
      </w:r>
    </w:p>
    <w:p>
      <w:r>
        <w:t>[Amen]</w:t>
      </w:r>
    </w:p>
    <w:p>
      <w:r>
        <w:t>[………………..]</w:t>
      </w:r>
    </w:p>
    <w:p>
      <w:r>
        <w:t>[Rebbe Yisroel, someone from Yerushalayim made wine, he made wine by himself, he made it in a winepress, so this is wine, he said to give it to you in honor of Purim]</w:t>
      </w:r>
    </w:p>
    <w:p>
      <w:r>
        <w:t>What is this? (does not understand)</w:t>
      </w:r>
    </w:p>
    <w:p>
      <w:r>
        <w:t>[Very good wine]</w:t>
      </w:r>
    </w:p>
    <w:p>
      <w:r>
        <w:t>Sweet (Saba recites the blessing "Who creates the fruit of the vine..")</w:t>
      </w:r>
    </w:p>
    <w:p>
      <w:r>
        <w:t>[Amen]</w:t>
      </w:r>
    </w:p>
    <w:p>
      <w:r>
        <w:t>[……………………………………………..] […………………………………….……….] [……………………………………………..]</w:t>
      </w:r>
    </w:p>
    <w:p>
      <w:r>
        <w:t>[The friends chant and sing the melody of "God, the Master.."] L'chaim, l'chaim, l'chaim, l'chaim</w:t>
      </w:r>
    </w:p>
    <w:p>
      <w:r>
        <w:t>[L'chaim, l'chaim, l'chaim]</w:t>
      </w:r>
    </w:p>
    <w:p>
      <w:r>
        <w:t>[……………….…….]</w:t>
      </w:r>
    </w:p>
    <w:p>
      <w:r>
        <w:t>[……………………..]</w:t>
      </w:r>
    </w:p>
    <w:p>
      <w:r>
        <w:t>L'chaim</w:t>
      </w:r>
    </w:p>
    <w:p>
      <w:r>
        <w:t>[For good life and peace]</w:t>
      </w:r>
    </w:p>
    <w:p>
      <w:r>
        <w:t>[………………………]</w:t>
      </w:r>
    </w:p>
    <w:p>
      <w:r>
        <w:t>[[[Amen]]</w:t>
      </w:r>
    </w:p>
    <w:p>
      <w:r>
        <w:t>Ah, ah, ah, sweet arak</w:t>
      </w:r>
    </w:p>
    <w:p>
      <w:r>
        <w:t>[Here is sweet arak]</w:t>
      </w:r>
    </w:p>
    <w:p>
      <w:r>
        <w:t>Yes?</w:t>
      </w:r>
    </w:p>
    <w:p>
      <w:r>
        <w:t>[Yes, this is tasty sweet arak]</w:t>
      </w:r>
    </w:p>
    <w:p>
      <w:r>
        <w:t>Oy vey</w:t>
      </w:r>
    </w:p>
    <w:p>
      <w:r>
        <w:t>[It is good, it is good]</w:t>
      </w:r>
    </w:p>
    <w:p>
      <w:r>
        <w:t>[………………...…………]</w:t>
      </w:r>
    </w:p>
    <w:p>
      <w:r>
        <w:t>[……………………………]</w:t>
      </w:r>
    </w:p>
    <w:p>
      <w:r>
        <w:t>L'chaim, l'chaim</w:t>
      </w:r>
    </w:p>
    <w:p>
      <w:r>
        <w:t>[For good life and peace]</w:t>
      </w:r>
    </w:p>
    <w:p>
      <w:r>
        <w:t>[………….]</w:t>
      </w:r>
    </w:p>
    <w:p>
      <w:r>
        <w:t>[……….…]</w:t>
      </w:r>
    </w:p>
    <w:p>
      <w:r>
        <w:t>[If only we merit to spread Rabbainu's name throughout the whole world, Rabbainu's name, "Na Nach," and the name of Rabbainu's books, and may we merit that Hashem arrange from Heaven that a printing press be purchased for us, and we will print all day and all night…. Hashem will give us a printing press, and we will print all day and all night]</w:t>
      </w:r>
    </w:p>
    <w:p>
      <w:r>
        <w:t>(Saba and the friends shout ah, ah, ah, ah)</w:t>
      </w:r>
    </w:p>
    <w:p>
      <w:r>
        <w:t>[And we do not need storehouses to keep the books; we will print a thousand, and distribute a thousand, immediately</w:t>
      </w:r>
    </w:p>
    <w:p>
      <w:r>
        <w:t>Immediately, each one will receive a hundred books, and will run quickly as long as he is alive, to distribute them in all kinds of places, and if someone gives money, let him give; whoever does not give, let him take](Saba laughs)[And we will print and distribute, and we will print and distribute]Immediately, each one will receive a hundred books, and will run quickly as long as he is alive, to distribute them in all kinds of places, and if someone gives money, let him give; whoever does not give, let him take](Saba laughs)[And we will print and distribute, and we will print and distribute][.…………………] [...…….…………]</w:t>
      </w:r>
    </w:p>
    <w:p>
      <w:r>
        <w:t>Immediately, each one will receive a hundred books, and will run quickly as long as he is alive, to distribute them in all kinds of places, and if someone gives money, let him give; whoever does not give, let him take]</w:t>
      </w:r>
    </w:p>
    <w:p>
      <w:r>
        <w:t>(Saba laughs)</w:t>
      </w:r>
    </w:p>
    <w:p>
      <w:r>
        <w:t>[And we will print and distribute, and we will print and distribute]</w:t>
      </w:r>
    </w:p>
    <w:p>
      <w:r>
        <w:t>Immediately, each one will receive a hundred books, and will run quickly as long as he is alive, to distribute them in all kinds of places, and if someone gives money, let him give; whoever does not give, let him take]</w:t>
      </w:r>
    </w:p>
    <w:p>
      <w:r>
        <w:t>(Saba laughs)</w:t>
      </w:r>
    </w:p>
    <w:p>
      <w:r>
        <w:t>[And we will print and distribute, and we will print and distribute]</w:t>
      </w:r>
    </w:p>
    <w:p>
      <w:r>
        <w:t>Ho, ho, ho, ho</w:t>
      </w:r>
    </w:p>
    <w:p>
      <w:r>
        <w:t>[Ho, ho]</w:t>
      </w:r>
    </w:p>
    <w:p>
      <w:r>
        <w:t>Ah, ah</w:t>
      </w:r>
    </w:p>
    <w:p>
      <w:r>
        <w:t>[We have people, people we have; what is missing? A machine and books are missing] [………………………………..]</w:t>
      </w:r>
    </w:p>
    <w:p>
      <w:r>
        <w:t>[……………………………]</w:t>
      </w:r>
    </w:p>
    <w:p>
      <w:r>
        <w:t>(Saba and the friends shout ah, ah, ah, ah..)</w:t>
      </w:r>
    </w:p>
    <w:p>
      <w:r>
        <w:t>[What is this? Livelihood? Livelihood, livelihood, I am very rich, very]</w:t>
      </w:r>
    </w:p>
    <w:p>
      <w:r>
        <w:t>[………………….………..]</w:t>
      </w:r>
    </w:p>
    <w:p>
      <w:r>
        <w:t>[……………………………]</w:t>
      </w:r>
    </w:p>
    <w:p>
      <w:r>
        <w:t>[……………………………]</w:t>
      </w:r>
    </w:p>
    <w:p>
      <w:r>
        <w:t>Ah.. ah..</w:t>
      </w:r>
    </w:p>
    <w:p>
      <w:r>
        <w:t>[……………………….…..]</w:t>
      </w:r>
    </w:p>
    <w:p>
      <w:r>
        <w:t>[…………………………...]</w:t>
      </w:r>
    </w:p>
    <w:p>
      <w:r>
        <w:t>Arak</w:t>
      </w:r>
    </w:p>
    <w:p>
      <w:r>
        <w:t>[This is arak, wine]</w:t>
      </w:r>
    </w:p>
    <w:p>
      <w:r>
        <w:t>Wine[Take a little, Saba] Give me a little here [Wine or arak?] [Wine, wine…]Wine[Take a little, Saba] Give me a little here [Wine or arak?] [Wine, wine…][………..……………………………] [..……………………………………] […..…………………………………]</w:t>
      </w:r>
    </w:p>
    <w:p>
      <w:r>
        <w:t>Wine</w:t>
      </w:r>
    </w:p>
    <w:p>
      <w:r>
        <w:t>[Take a little, Saba] Give me a little here [Wine or arak?] [Wine, wine…]</w:t>
      </w:r>
    </w:p>
    <w:p>
      <w:r>
        <w:t>Wine</w:t>
      </w:r>
    </w:p>
    <w:p>
      <w:r>
        <w:t>[Take a little, Saba] Give me a little here [Wine or arak?] [Wine, wine…]</w:t>
      </w:r>
    </w:p>
    <w:p>
      <w:r>
        <w:t>Ahh..</w:t>
      </w:r>
    </w:p>
    <w:p>
      <w:r>
        <w:t>(Saba and the friends shout ah, ah, ah, ah..) [……………...………….] [………………………….]…</w:t>
      </w:r>
    </w:p>
    <w:p>
      <w:r>
        <w:t>...[The friends sing the melody of “El Adon..”]</w:t>
      </w:r>
    </w:p>
    <w:p>
      <w:r>
        <w:t>[…………………………………………………………] […………………………………………………………] [………………………………………………………...]</w:t>
      </w:r>
    </w:p>
    <w:p>
      <w:r>
        <w:t>[Intoxicating wine, “wine sustains, gladdens; when one drinks a little, {and is dragged, dragged}; when one drinks a lot, drink a lot] Ah</w:t>
      </w:r>
    </w:p>
    <w:p>
      <w:r>
        <w:t>[Ah]</w:t>
      </w:r>
    </w:p>
    <w:p>
      <w:r>
        <w:t>Ah</w:t>
      </w:r>
    </w:p>
    <w:p>
      <w:r>
        <w:t>[Ah]</w:t>
      </w:r>
    </w:p>
    <w:p>
      <w:r>
        <w:t>(Saba laughs)</w:t>
      </w:r>
    </w:p>
    <w:p>
      <w:r>
        <w:t>[Saba, there is an orange here...]</w:t>
      </w:r>
    </w:p>
    <w:p>
      <w:r>
        <w:t>Ah?</w:t>
      </w:r>
    </w:p>
    <w:p>
      <w:r>
        <w:t>[An orange]</w:t>
      </w:r>
    </w:p>
    <w:p>
      <w:r>
        <w:t>Ah</w:t>
      </w:r>
    </w:p>
    <w:p>
      <w:r>
        <w:t>[It is a tree]</w:t>
      </w:r>
    </w:p>
    <w:p>
      <w:r>
        <w:t>[Tzion Barzilai recites the blessing: “Who creates the fruit of the tree..”]</w:t>
      </w:r>
    </w:p>
    <w:p>
      <w:r>
        <w:t>Amen</w:t>
      </w:r>
    </w:p>
    <w:p>
      <w:r>
        <w:t>[Amen]</w:t>
      </w:r>
    </w:p>
    <w:p>
      <w:r>
        <w:t>[………………………………….]</w:t>
      </w:r>
    </w:p>
    <w:p>
      <w:r>
        <w:t>[……………………..…………..]</w:t>
      </w:r>
    </w:p>
    <w:p>
      <w:r>
        <w:t>[…………………………..……..]</w:t>
      </w:r>
    </w:p>
    <w:p>
      <w:r>
        <w:t>[“A Jewish man,” who is this Jewish man, “who neither bows nor prostrates himself”</w:t>
      </w:r>
    </w:p>
    <w:p>
      <w:r>
        <w:t>“A Jewish man,” “a Jewish man, who neither bows nor prostrates himself”]</w:t>
      </w:r>
    </w:p>
    <w:p>
      <w:r>
        <w:t>[Saba and the friends sing the melody of “Na Naḥ Naḥma Naḥman meUman..”]</w:t>
      </w:r>
    </w:p>
    <w:p>
      <w:r>
        <w:t>[Afterward they sing a melody of {Rosh Hashanah}]</w:t>
      </w:r>
    </w:p>
    <w:p>
      <w:r>
        <w:t>[…………………………………….]</w:t>
      </w:r>
    </w:p>
    <w:p>
      <w:r>
        <w:t>[……………………….…………...]</w:t>
      </w:r>
    </w:p>
    <w:p>
      <w:r>
        <w:t>Where is the kugel?</w:t>
      </w:r>
    </w:p>
    <w:p>
      <w:r>
        <w:t>[Kugel]</w:t>
      </w:r>
    </w:p>
    <w:p>
      <w:r>
        <w:t>Kugel</w:t>
      </w:r>
    </w:p>
    <w:p>
      <w:r>
        <w:t>[……………………………..]</w:t>
      </w:r>
    </w:p>
    <w:p>
      <w:r>
        <w:t>[…………………..………...]</w:t>
      </w:r>
    </w:p>
    <w:p>
      <w:r>
        <w:t>[The friends sing the melody of “Atah Nigleita”]</w:t>
      </w:r>
    </w:p>
    <w:p>
      <w:r>
        <w:t>[…………………………..…]</w:t>
      </w:r>
    </w:p>
    <w:p>
      <w:r>
        <w:t>[……………………………..]</w:t>
      </w:r>
    </w:p>
    <w:p>
      <w:r>
        <w:t>[Afterward they sing “Fortunate are we, fortunate are we, fortunate are we, that we have such a Rebbe..” Afterward they sing: “Na Naḥ Naḥma Naḥman meUman..”</w:t>
      </w:r>
    </w:p>
    <w:p>
      <w:r>
        <w:t>Ah.. ah.. ah.. ah..]…</w:t>
      </w:r>
    </w:p>
    <w:p>
      <w:pPr>
        <w:pStyle w:val="Heading2"/>
      </w:pPr>
      <w:r>
        <w:t>Side B (Bais)</w:t>
      </w:r>
    </w:p>
    <w:p>
      <w:r>
        <w:t>[Source notice: the supplied transcript states that much of this side is missing or inaudible. Only available wording is translated.]</w:t>
      </w:r>
    </w:p>
    <w:p>
      <w:r>
        <w:t>[.……………………………………………]... [.…………...…………………………………]</w:t>
      </w:r>
    </w:p>
    <w:p>
      <w:r>
        <w:t>Leave me alone, I am very weak</w:t>
      </w:r>
    </w:p>
    <w:p>
      <w:r>
        <w:t>[Saba, I am also weak]</w:t>
      </w:r>
    </w:p>
    <w:p>
      <w:r>
        <w:t>[My name is Yisroel Dagan]</w:t>
      </w:r>
    </w:p>
    <w:p>
      <w:r>
        <w:t>Ah?</w:t>
      </w:r>
    </w:p>
    <w:p>
      <w:r>
        <w:t>[Yisroel Dagan]</w:t>
      </w:r>
    </w:p>
    <w:p>
      <w:r>
        <w:t>Nu</w:t>
      </w:r>
    </w:p>
    <w:p>
      <w:r>
        <w:t>[I am nothing, I am no one, forgive me, Saba]</w:t>
      </w:r>
    </w:p>
    <w:p>
      <w:r>
        <w:t>Oy vey, leave me alone, {the blessed Hashem} will help you—you, with all the salvations and all the {healings}</w:t>
      </w:r>
    </w:p>
    <w:p>
      <w:r>
        <w:t>[That we merit to truly draw close to Rabbainu] speedily</w:t>
      </w:r>
    </w:p>
    <w:p>
      <w:r>
        <w:t>[Amen]</w:t>
      </w:r>
    </w:p>
    <w:p>
      <w:r>
        <w:t>Oy vey..</w:t>
      </w:r>
    </w:p>
    <w:p>
      <w:r>
        <w:t>(I do not understand, because it cannot be heard well, and from here until the end of the cassette Saba can be heard a little, but I do not understand, and the friends can be heard shouting while they are drunk)</w:t>
      </w:r>
    </w:p>
    <w:p>
      <w:r>
        <w:t>[The friends sing: “And his practice was, that he was always joyful”]…</w:t>
      </w:r>
    </w:p>
    <w:p>
      <w:r>
        <w:br w:type="page"/>
      </w:r>
    </w:p>
    <w:p>
      <w:pPr>
        <w:pStyle w:val="Heading1"/>
      </w:pPr>
      <w:r>
        <w:t>Tape 93</w:t>
      </w:r>
    </w:p>
    <w:p>
      <w:pPr>
        <w:pStyle w:val="Heading2"/>
      </w:pPr>
      <w:r>
        <w:t>Side A (Aleph)</w:t>
      </w:r>
    </w:p>
    <w:p>
      <w:r>
        <w:t>[.….………]... [..……………]</w:t>
      </w:r>
    </w:p>
    <w:p>
      <w:r>
        <w:t>{….} Father, {….} Father, my heartfelt father, have mercy on me, but miserable, a great fall</w:t>
      </w:r>
    </w:p>
    <w:p>
      <w:r>
        <w:t>Then from the magnitude of the sadness, the ascent..</w:t>
      </w:r>
    </w:p>
    <w:p>
      <w:r>
        <w:t>[……]</w:t>
      </w:r>
    </w:p>
    <w:p>
      <w:r>
        <w:t>What will become of me in the end..</w:t>
      </w:r>
    </w:p>
    <w:p>
      <w:r>
        <w:t>[…..]</w:t>
      </w:r>
    </w:p>
    <w:p>
      <w:r>
        <w:t>Nu, nu, nu, nu</w:t>
      </w:r>
    </w:p>
    <w:p>
      <w:r>
        <w:t>And you know who says this</w:t>
      </w:r>
    </w:p>
    <w:p>
      <w:r>
        <w:t>“And about you I said, my little fire will burn until Messiah comes”</w:t>
      </w:r>
    </w:p>
    <w:p>
      <w:r>
        <w:t>[Saba, in Hebrew, we do not understand; Saba, in Hebrew]</w:t>
      </w:r>
    </w:p>
    <w:p>
      <w:r>
        <w:t>Ah, where are we? In Uman?</w:t>
      </w:r>
    </w:p>
    <w:p>
      <w:r>
        <w:t>[Yes, Saba]</w:t>
      </w:r>
    </w:p>
    <w:p>
      <w:r>
        <w:t>Still in Uman</w:t>
      </w:r>
    </w:p>
    <w:p>
      <w:r>
        <w:t>[Yes, Saba, yes]</w:t>
      </w:r>
    </w:p>
    <w:p>
      <w:r>
        <w:t>(Saba laughs)</w:t>
      </w:r>
    </w:p>
    <w:p>
      <w:r>
        <w:t>(Saba and the friends shout: ah.. ah.. ah.. ah..)…</w:t>
      </w:r>
    </w:p>
    <w:p>
      <w:r>
        <w:t>…He descended to me, I derive pleasure from you, and.. if you hold yourself firm and you do not fall</w:t>
      </w:r>
    </w:p>
    <w:p>
      <w:r>
        <w:t>If you listen to me, a.. fortunate are you</w:t>
      </w:r>
    </w:p>
    <w:p>
      <w:r>
        <w:t>[………………….]</w:t>
      </w:r>
    </w:p>
    <w:p>
      <w:r>
        <w:t>[……………..…..]...</w:t>
      </w:r>
    </w:p>
    <w:p>
      <w:r>
        <w:t>...[Rebbe Yisroel, you have a fresh egg here with olive oil]</w:t>
      </w:r>
    </w:p>
    <w:p>
      <w:r>
        <w:t>[No, ?no, an egg, e..]…</w:t>
      </w:r>
    </w:p>
    <w:p>
      <w:r>
        <w:t>...{Who is here?} Meir, Meir Maimoni</w:t>
      </w:r>
    </w:p>
    <w:p>
      <w:r>
        <w:t>[Yes, Saba]</w:t>
      </w:r>
    </w:p>
    <w:p>
      <w:r>
        <w:t>Yaakov, do you know him?</w:t>
      </w:r>
    </w:p>
    <w:p>
      <w:r>
        <w:t>[That is me, Saba]</w:t>
      </w:r>
    </w:p>
    <w:p>
      <w:r>
        <w:t>Ah?</w:t>
      </w:r>
    </w:p>
    <w:p>
      <w:r>
        <w:t>[That is me, me, Saba, that is me, Saba]</w:t>
      </w:r>
    </w:p>
    <w:p>
      <w:r>
        <w:t>Ah, ah, you are he…</w:t>
      </w:r>
    </w:p>
    <w:p>
      <w:r>
        <w:t>...{Our righteous ones} the holy ones, our holy forefathers Avraham, Yitzchak, and Yaakov</w:t>
      </w:r>
    </w:p>
    <w:p>
      <w:r>
        <w:t>Our holy forefathers, who illuminated the holy Torah within us</w:t>
      </w:r>
    </w:p>
    <w:p>
      <w:r>
        <w:t>Every utterance of which is our entire vitality</w:t>
      </w:r>
    </w:p>
    <w:p>
      <w:r>
        <w:t>The essence of life is the Torah, “for it is your life and the length of your days”</w:t>
      </w:r>
    </w:p>
    <w:p>
      <w:r>
        <w:t>There are the commandments that the blessed Hashem gave us</w:t>
      </w:r>
    </w:p>
    <w:p>
      <w:r>
        <w:t>He gave us the commandments of tefillin, the commandment of tzitzis, the commandment of Shabbos, the commandment of Pesach, of festivals, of Chanukah, miracles and wonders that {Hashem} the blessed does with us, to illuminate within us</w:t>
      </w:r>
    </w:p>
    <w:p>
      <w:r>
        <w:t>The light of Hashem, the light of truth, the light of faith</w:t>
      </w:r>
    </w:p>
    <w:p>
      <w:r>
        <w:t>Without this, there is no, no, no {anything}, there is no, no life at all; they have no, they have no place {….}</w:t>
      </w:r>
    </w:p>
    <w:p>
      <w:r>
        <w:t>Like, like an animal that always stands and eats, and that is its work</w:t>
      </w:r>
    </w:p>
    <w:p>
      <w:r>
        <w:t>To eat and drink {and...}..</w:t>
      </w:r>
    </w:p>
    <w:p>
      <w:r>
        <w:t>"But we are Your people, the children of Your covenant, the children of Avraham, Yitzchak, and Yaakov"</w:t>
      </w:r>
    </w:p>
    <w:p>
      <w:r>
        <w:t>The gentiles are like donkeys; it stands all day and eats, and if it sees that there is none, none</w:t>
      </w:r>
    </w:p>
    <w:p>
      <w:r>
        <w:t>That it will no longer have any, then it {will not touch me}, the owner will bring the food</w:t>
      </w:r>
    </w:p>
    <w:p>
      <w:r>
        <w:t>Avraham, Yitzchak, and Yaakov, father and.. and.. and sons</w:t>
      </w:r>
    </w:p>
    <w:p>
      <w:r>
        <w:t>{What do we live for}, what is all the.., everything, living here for?</w:t>
      </w:r>
    </w:p>
    <w:p>
      <w:r>
        <w:t>Only in order to serve Hashem, so that we will have strength to serve Hashem with wisdom, and to serve Hashem {and do His will..} Without this there is nothing…</w:t>
      </w:r>
    </w:p>
    <w:p>
      <w:r>
        <w:t>...{……………….}</w:t>
      </w:r>
    </w:p>
    <w:p>
      <w:r>
        <w:t>To illuminate in.. in the children the light of Hashem, the light of the Torah</w:t>
      </w:r>
    </w:p>
    <w:p>
      <w:r>
        <w:t>Without this, our life is nothing, is not worth {anything}.. anything</w:t>
      </w:r>
    </w:p>
    <w:p>
      <w:r>
        <w:t>{..} It wants to eat and drink, and rest and sleep</w:t>
      </w:r>
    </w:p>
    <w:p>
      <w:r>
        <w:t>Like an animal, its work is only to eat</w:t>
      </w:r>
    </w:p>
    <w:p>
      <w:r>
        <w:t>By day and by night, always to eat, to stand and eat</w:t>
      </w:r>
    </w:p>
    <w:p>
      <w:r>
        <w:t>[Saba sings: "Fortunate are we, how good is our portion and how pleasant is our lot.."]…</w:t>
      </w:r>
    </w:p>
    <w:p>
      <w:r>
        <w:t>...Oy vey</w:t>
      </w:r>
    </w:p>
    <w:p>
      <w:r>
        <w:t>[………..…….]</w:t>
      </w:r>
    </w:p>
    <w:p>
      <w:r>
        <w:t>[……………...]…</w:t>
      </w:r>
    </w:p>
    <w:p>
      <w:r>
        <w:t>...{There is no} such thing, all the Jews are fasting, and I did not, I did not fast</w:t>
      </w:r>
    </w:p>
    <w:p>
      <w:r>
        <w:t>So I fell and became very ashamed, "What did you do? What?"</w:t>
      </w:r>
    </w:p>
    <w:p>
      <w:r>
        <w:t>In short, everyone made fun of me, and said that I had lost my mind and I was already crazy, {yes}</w:t>
      </w:r>
    </w:p>
    <w:p>
      <w:r>
        <w:t>In short, I studied in the yeshiva at Rebbe Meir Baal HaNess in Teveria</w:t>
      </w:r>
    </w:p>
    <w:p>
      <w:r>
        <w:t>I {…} entered the synagogue, and I said to Rebbe Meir, to Rebbe Meir Baal HaNess:</w:t>
      </w:r>
    </w:p>
    <w:p>
      <w:r>
        <w:t>I failed, I fell, and I have no counsel at all how to repent, and how one does such a thing and is not ashamed</w:t>
      </w:r>
    </w:p>
    <w:p>
      <w:r>
        <w:t>Is not ashamed—a fast that the great ones of Yisroel established upon us as a fast, from the Gemara, from the law, yes</w:t>
      </w:r>
    </w:p>
    <w:p>
      <w:r>
        <w:t>And I failed, I fell, and.. and I ate before the prayer</w:t>
      </w:r>
    </w:p>
    <w:p>
      <w:r>
        <w:t>I did not drink water before the prayer, and I, and I ate before the prayer</w:t>
      </w:r>
    </w:p>
    <w:p>
      <w:r>
        <w:t>And he did not.. I fell very badly, and became very ashamed</w:t>
      </w:r>
    </w:p>
    <w:p>
      <w:r>
        <w:t>"What, what did I do? What?"</w:t>
      </w:r>
    </w:p>
    <w:p>
      <w:r>
        <w:t>In short, I became ashamed and fell so far, and I found no place at all for how to live and what to do</w:t>
      </w:r>
    </w:p>
    <w:p>
      <w:r>
        <w:t>What did I do? The fast of the Seventeenth of Tammuz, all the Jews fast, only I did not fast</w:t>
      </w:r>
    </w:p>
    <w:p>
      <w:r>
        <w:t>What..? I could have, I could have died from the great shame, from the great {…...fall..}</w:t>
      </w:r>
    </w:p>
    <w:p>
      <w:r>
        <w:t>In short, everyone laughed at me, and I, I went to the holy gravesite of Rebbe Meir Baal HaNess in Teveria and said to him:</w:t>
      </w:r>
    </w:p>
    <w:p>
      <w:r>
        <w:t>"Everyone is laughing at me, and I do not know what to do, and how to repent"</w:t>
      </w:r>
    </w:p>
    <w:p>
      <w:r>
        <w:t>Then they told me:</w:t>
      </w:r>
    </w:p>
    <w:p>
      <w:r>
        <w:t>"Go into your room and take a sefer, any sefer at all, and open it, and you will find</w:t>
      </w:r>
    </w:p>
    <w:p>
      <w:r>
        <w:t>And you will find good words that can revive {yourself\you}"</w:t>
      </w:r>
    </w:p>
    <w:p>
      <w:r>
        <w:t>So I did this, I entered my room, and I had Rabbainu's seforim; I took some sefer</w:t>
      </w:r>
    </w:p>
    <w:p>
      <w:r>
        <w:t>It was the sefer, ah..</w:t>
      </w:r>
    </w:p>
    <w:p>
      <w:r>
        <w:t>[["Likutei Halachos"]]</w:t>
      </w:r>
    </w:p>
    <w:p>
      <w:r>
        <w:t>"Likutei Halachos" that they printed, that they printed, of Rebbe Nassan</w:t>
      </w:r>
    </w:p>
    <w:p>
      <w:r>
        <w:t>And this is all the words of {the throat\the genius} of Rabbainu, of blessed memory</w:t>
      </w:r>
    </w:p>
    <w:p>
      <w:r>
        <w:t>They, they, they revive and repair the whole world, every word of his</w:t>
      </w:r>
    </w:p>
    <w:p>
      <w:r>
        <w:t>I entered my room, and took out a sefer and opened it, and I found the note there</w:t>
      </w:r>
    </w:p>
    <w:p>
      <w:r>
        <w:t>It was written there.. it was understood from the note that I still had hope</w:t>
      </w:r>
    </w:p>
    <w:p>
      <w:r>
        <w:t>The holy Rabbainu revealed and cried out in a loud voice, in a loud voice:</w:t>
      </w:r>
    </w:p>
    <w:p>
      <w:r>
        <w:t>"Oy, oy, gevald, do not despair, there is no despair in the world at all"</w:t>
      </w:r>
    </w:p>
    <w:p>
      <w:r>
        <w:t>Even though I ate before the prayer, and did such a thing, "There is no despair in the world.."</w:t>
      </w:r>
    </w:p>
    <w:p>
      <w:r>
        <w:t>Even I still have hope</w:t>
      </w:r>
    </w:p>
    <w:p>
      <w:r>
        <w:t>I found a note, and it was written there, written there what was written in the note</w:t>
      </w:r>
    </w:p>
    <w:p>
      <w:r>
        <w:t>I learned from this, from the note, that still, I still have hope, and still, the holy Rabbainu cried out in a loud voice: "Gevald..! Do not despair, there is no despair in the world at all"</w:t>
      </w:r>
    </w:p>
    <w:p>
      <w:r>
        <w:t>Well, I did not understand; I took this upon myself, "There is no despair in the world at all," even I still have hope. And so I found notes from Rabbainu, of blessed memory, two or three times; I know one note by heart</w:t>
      </w:r>
    </w:p>
    <w:p>
      <w:r>
        <w:t>And this is the wording</w:t>
      </w:r>
    </w:p>
    <w:p>
      <w:r>
        <w:t>I opened a sefer and there was a piece of paper there, and this is what was written on it, in this wording, on the paper</w:t>
      </w:r>
    </w:p>
    <w:p>
      <w:r>
        <w:t>What, what, this is how it is, this, these are the words.. what?</w:t>
      </w:r>
    </w:p>
    <w:p>
      <w:r>
        <w:t>"It was very difficult for me to descend to you to tell you, my precious disciple, Yisroel Ber.. my precious disciple</w:t>
      </w:r>
    </w:p>
    <w:p>
      <w:r>
        <w:t>To tell you that I derived great pleasure from your service"</w:t>
      </w:r>
    </w:p>
    <w:p>
      <w:r>
        <w:t>I did not feel what service, what face do I have</w:t>
      </w:r>
    </w:p>
    <w:p>
      <w:r>
        <w:t>"I derived great pleasure from your service, and about you I said," there is a teaching from Rabbainu, of blessed memory:</w:t>
      </w:r>
    </w:p>
    <w:p>
      <w:r>
        <w:t>"There is no despair in the world at all"</w:t>
      </w:r>
    </w:p>
    <w:p>
      <w:r>
        <w:t>"And about you I said"</w:t>
      </w:r>
    </w:p>
    <w:p>
      <w:r>
        <w:t>There is a teaching from Rabbainu in which he said, he said, that he said..</w:t>
      </w:r>
    </w:p>
    <w:p>
      <w:r>
        <w:t>[…..]</w:t>
      </w:r>
    </w:p>
    <w:p>
      <w:r>
        <w:t>He this way, he said this:</w:t>
      </w:r>
    </w:p>
    <w:p>
      <w:r>
        <w:t>"Gevald, do not despair, there is no despair in the world at all"</w:t>
      </w:r>
    </w:p>
    <w:p>
      <w:r>
        <w:t>So, so from this I took strength to stand in the batt.., to stand against this darkness, against this trouble</w:t>
      </w:r>
    </w:p>
    <w:p>
      <w:r>
        <w:t>I ate before the prayer, what, have you heard such a thing? From these {Selichos\conversations}</w:t>
      </w:r>
    </w:p>
    <w:p>
      <w:r>
        <w:t>Jews fast a fast, a fast, and I did not, did not, did not do it</w:t>
      </w:r>
    </w:p>
    <w:p>
      <w:r>
        <w:t>And you said, the holy Rabbainu said to me: "And as a sign, on the Seventeenth of Tammuz they will say that you are not fasting"</w:t>
      </w:r>
    </w:p>
    <w:p>
      <w:r>
        <w:t>{Oh..\He}, the holy Rabbainu, even though I did such a thing</w:t>
      </w:r>
    </w:p>
    <w:p>
      <w:r>
        <w:t>And I ate on the Seventeenth of Tammuz before the prayer</w:t>
      </w:r>
    </w:p>
    <w:p>
      <w:r>
        <w:t>Even so, "There is no despair in the world at all"</w:t>
      </w:r>
    </w:p>
    <w:p>
      <w:r>
        <w:t>Begin from now anew to be a Jew</w:t>
      </w:r>
    </w:p>
    <w:p>
      <w:r>
        <w:t>I was born in Teveria, and I was born into such poverty, the only one in the world</w:t>
      </w:r>
    </w:p>
    <w:p>
      <w:r>
        <w:t>I did not have what I needed, I did not have it; when I grew up {and became} a little bigger</w:t>
      </w:r>
    </w:p>
    <w:p>
      <w:r>
        <w:t>There was not.., all the children came for Pesach with, with new, beautiful clothes</w:t>
      </w:r>
    </w:p>
    <w:p>
      <w:r>
        <w:t>But I, my father was blind, and they had no money, and he did not make me a garment for myself for the festival</w:t>
      </w:r>
    </w:p>
    <w:p>
      <w:r>
        <w:t>All the children came to the synagogue with, with beautiful clothes, and I did not have new clothes</w:t>
      </w:r>
    </w:p>
    <w:p>
      <w:r>
        <w:t>Well, and I was very happy</w:t>
      </w:r>
    </w:p>
    <w:p>
      <w:r>
        <w:t>And my mother, she made my garment like new; she washed it, and she, and she {did upon it}</w:t>
      </w:r>
    </w:p>
    <w:p>
      <w:r>
        <w:t>And when I came to the synagogue, all the children came with new clothes</w:t>
      </w:r>
    </w:p>
    <w:p>
      <w:r>
        <w:t>Only I, my mother.. washed my festival garment, and I, and I came to the synagogue like all the children</w:t>
      </w:r>
    </w:p>
    <w:p>
      <w:r>
        <w:t>With a very beautiful garment, not new, but I had {like new}</w:t>
      </w:r>
    </w:p>
    <w:p>
      <w:r>
        <w:t>I.., the Karlin Chassidim shout during prayer; I shouted more than everyone</w:t>
      </w:r>
    </w:p>
    <w:p>
      <w:r>
        <w:t>And there sat, I here, and here was an old man, a very old man, yes, he had a beautiful beard</w:t>
      </w:r>
    </w:p>
    <w:p>
      <w:r>
        <w:t>I sat beside him, and shouted:</w:t>
      </w:r>
    </w:p>
    <w:p>
      <w:r>
        <w:t>"Give thanks to Hashem for He is good, for His kindness is everlasting"</w:t>
      </w:r>
    </w:p>
    <w:p>
      <w:r>
        <w:t>Then he said to me:</w:t>
      </w:r>
    </w:p>
    <w:p>
      <w:r>
        <w:t>"I am old, and I cannot hear, and you are making trouble for me, and you shout like this, I will not..</w:t>
      </w:r>
    </w:p>
    <w:p>
      <w:r>
        <w:t>I will become deaf, I will not hear anything, what do you want from me?</w:t>
      </w:r>
    </w:p>
    <w:p>
      <w:r>
        <w:t>Why are you doing this, you shout {so much}?"</w:t>
      </w:r>
    </w:p>
    <w:p>
      <w:r>
        <w:t>He wanted, he was very angry with me:</w:t>
      </w:r>
    </w:p>
    <w:p>
      <w:r>
        <w:t>"Why are you shouting? I will not, will not hear {at all\anything}, what do you want from me?"</w:t>
      </w:r>
    </w:p>
    <w:p>
      <w:r>
        <w:t>Ah..</w:t>
      </w:r>
    </w:p>
    <w:p>
      <w:r>
        <w:t>[Cola, cola..]</w:t>
      </w:r>
    </w:p>
    <w:p>
      <w:r>
        <w:t>{All the time co.. co.. co..}</w:t>
      </w:r>
    </w:p>
    <w:p>
      <w:r>
        <w:t>[Yes]</w:t>
      </w:r>
    </w:p>
    <w:p>
      <w:r>
        <w:t>Coca-Cola?</w:t>
      </w:r>
    </w:p>
    <w:p>
      <w:r>
        <w:t>[No, Pepsi-Cola]</w:t>
      </w:r>
    </w:p>
    <w:p>
      <w:r>
        <w:t>Eh?</w:t>
      </w:r>
    </w:p>
    <w:p>
      <w:r>
        <w:t>[Pepsi-Cola]</w:t>
      </w:r>
    </w:p>
    <w:p>
      <w:r>
        <w:t>Half cola?</w:t>
      </w:r>
    </w:p>
    <w:p>
      <w:r>
        <w:t>[……..]</w:t>
      </w:r>
    </w:p>
    <w:p>
      <w:r>
        <w:t>[Should I open it for you? Saba]</w:t>
      </w:r>
    </w:p>
    <w:p>
      <w:r>
        <w:t>I went after the prayer</w:t>
      </w:r>
    </w:p>
    <w:p>
      <w:r>
        <w:t>[……]</w:t>
      </w:r>
    </w:p>
    <w:p>
      <w:r>
        <w:t>And there was an elderly couple, an old man and an old woman; they had a room next to me, in some, in some courtyard, yes, thank God</w:t>
      </w:r>
    </w:p>
    <w:p>
      <w:r>
        <w:t>What is this?</w:t>
      </w:r>
    </w:p>
    <w:p>
      <w:r>
        <w:t>[This is cola]</w:t>
      </w:r>
    </w:p>
    <w:p>
      <w:r>
        <w:t>Cola, what, this is..?</w:t>
      </w:r>
    </w:p>
    <w:p>
      <w:r>
        <w:t>What, was there a factory?</w:t>
      </w:r>
    </w:p>
    <w:p>
      <w:r>
        <w:t>[Yes]</w:t>
      </w:r>
    </w:p>
    <w:p>
      <w:r>
        <w:t>Blessed are You, Hashem our God, King of the world, through Whose word everything came to be..</w:t>
      </w:r>
    </w:p>
    <w:p>
      <w:r>
        <w:t>[[Amen]]…</w:t>
      </w:r>
    </w:p>
    <w:p>
      <w:r>
        <w:t>...I was the poorest child of them all, and I had no sense, I had no..</w:t>
      </w:r>
    </w:p>
    <w:p>
      <w:r>
        <w:t>I entered after Sukkos, it was during Parshas 'Noach,' I remember my rebbe</w:t>
      </w:r>
    </w:p>
    <w:p>
      <w:r>
        <w:t>I came, all the children brought money to the rebbe, and I, my father was poor, I had no money I had no money, I was ashamed to come to the rebbe without money, what? This was his entire livelihood, {..} ah, he recounted to me and to all the students at the table, the order, the weekly parsha, Parshas 'Noach,' and I, Mother gave me a piece of bread, I gave the bread to the poor couple</w:t>
      </w:r>
    </w:p>
    <w:p>
      <w:r>
        <w:t>so that they would have something to eat, {yes}</w:t>
      </w:r>
    </w:p>
    <w:p>
      <w:r>
        <w:t>Nu, the rebbe said:</w:t>
      </w:r>
    </w:p>
    <w:p>
      <w:r>
        <w:t>"This parsha, it is Parshas 'Noach'"</w:t>
      </w:r>
    </w:p>
    <w:p>
      <w:r>
        <w:t>And I was hungry, and the rebbe's words did not, did not enter into me:</w:t>
      </w:r>
    </w:p>
    <w:p>
      <w:r>
        <w:t>"The parsha.., this week it is Parshas 'Noach'"</w:t>
      </w:r>
    </w:p>
    <w:p>
      <w:r>
        <w:t>The rebbe, he, he saw that I knew nothing, that I did not know what he was talking about, what</w:t>
      </w:r>
    </w:p>
    <w:p>
      <w:r>
        <w:t>So the rebbe saw, he, he discerned in me that I did not know at all, as if I was not, not</w:t>
      </w:r>
    </w:p>
    <w:p>
      <w:r>
        <w:t>not among the students at all, did not know at all what he was talking about, so he said to me:</w:t>
      </w:r>
    </w:p>
    <w:p>
      <w:r>
        <w:t>"Yisroel Ber, Yisroel Ber, which parsha is this week?"</w:t>
      </w:r>
    </w:p>
    <w:p>
      <w:r>
        <w:t>I did not know, because I was hungry and had a headache, and I did not know, and I said nothing</w:t>
      </w:r>
    </w:p>
    <w:p>
      <w:r>
        <w:t>He said to me.., what, he hit me and said to me:</w:t>
      </w:r>
    </w:p>
    <w:p>
      <w:r>
        <w:t>"How many times did I say that this week it is Parshas 'Noach'? And you were not, not here?</w:t>
      </w:r>
    </w:p>
    <w:p>
      <w:r>
        <w:t>You did not hear, do not know? What is this? What, what is this? What kind of student is this?"</w:t>
      </w:r>
    </w:p>
    <w:p>
      <w:r>
        <w:t>Especially since I had no money, I was ashamed, I went to the rebbe without money</w:t>
      </w:r>
    </w:p>
    <w:p>
      <w:r>
        <w:t>"How does one come without money on Rosh Chodesh?"</w:t>
      </w:r>
    </w:p>
    <w:p>
      <w:r>
        <w:t>Nu, nu, I had Gehinnom, I was a small child, and I had Gehinnom</w:t>
      </w:r>
    </w:p>
    <w:p>
      <w:r>
        <w:t>All the children knew what, which parsha was going this week, Parshas'Noach,' only I alone did not know at all</w:t>
      </w:r>
    </w:p>
    <w:p>
      <w:r>
        <w:t>Whether 'Noach,' whether there is 'Noach,' {whether there is none at all}</w:t>
      </w:r>
    </w:p>
    <w:p>
      <w:r>
        <w:t>{..}</w:t>
      </w:r>
    </w:p>
    <w:p>
      <w:r>
        <w:t>[It is open]</w:t>
      </w:r>
    </w:p>
    <w:p>
      <w:r>
        <w:t>[It is open, Saba]</w:t>
      </w:r>
    </w:p>
    <w:p>
      <w:r>
        <w:t>Nu, I had Gehinnom twice, I went to the house, to the rebbe on Rosh Chodesh, and I did not bring money</w:t>
      </w:r>
    </w:p>
    <w:p>
      <w:r>
        <w:t>My father was poor, I had none at all, he had no money, I came without money</w:t>
      </w:r>
    </w:p>
    <w:p>
      <w:r>
        <w:t>So the rebbe said to me:</w:t>
      </w:r>
    </w:p>
    <w:p>
      <w:r>
        <w:t>"What is this? This is my entire livelihood, and you come on Rosh Chodesh without money?</w:t>
      </w:r>
    </w:p>
    <w:p>
      <w:r>
        <w:t>What? I do not need to live? I do not need a livelihood?"</w:t>
      </w:r>
    </w:p>
    <w:p>
      <w:r>
        <w:t>[………...….]</w:t>
      </w:r>
    </w:p>
    <w:p>
      <w:r>
        <w:t>[………..…..]</w:t>
      </w:r>
    </w:p>
    <w:p>
      <w:r>
        <w:t>Ah, ah..</w:t>
      </w:r>
    </w:p>
    <w:p>
      <w:r>
        <w:t>This couple, his name was, I remember what was a hundred years ago</w:t>
      </w:r>
    </w:p>
    <w:p>
      <w:r>
        <w:t>His name was Moshe, and his wife's name was Rachel</w:t>
      </w:r>
    </w:p>
    <w:p>
      <w:r>
        <w:t>And there was, and there was always strife between them</w:t>
      </w:r>
    </w:p>
    <w:p>
      <w:r>
        <w:t>He said: "I want soup"</w:t>
      </w:r>
    </w:p>
    <w:p>
      <w:r>
        <w:t>And she said: "No, I do not want, under no circumstances נישט (no)"</w:t>
      </w:r>
    </w:p>
    <w:p>
      <w:r>
        <w:t>{They were never united, …. always}</w:t>
      </w:r>
    </w:p>
    <w:p>
      <w:r>
        <w:t>He said: "Soup"</w:t>
      </w:r>
    </w:p>
    <w:p>
      <w:r>
        <w:t>And she said: "No, no"</w:t>
      </w:r>
    </w:p>
    <w:p>
      <w:r>
        <w:t>My experience was the experience of Gehinnom, how do I go to the "cheder," to the rebbe, without money?</w:t>
      </w:r>
    </w:p>
    <w:p>
      <w:r>
        <w:t>All the students, on Rosh Chodesh they come with money, only I was alone</w:t>
      </w:r>
    </w:p>
    <w:p>
      <w:r>
        <w:t>I did not bring the rebbe money on Rosh Chodesh</w:t>
      </w:r>
    </w:p>
    <w:p>
      <w:r>
        <w:t>And the rebbe said to me:</w:t>
      </w:r>
    </w:p>
    <w:p>
      <w:r>
        <w:t>"Tell Father, tell Father, I, on Rosh Chodesh I need money, there is no livelihood, bring money"</w:t>
      </w:r>
    </w:p>
    <w:p>
      <w:r>
        <w:t>And I had none, I came tomorrow also without money, nu {...}</w:t>
      </w:r>
    </w:p>
    <w:p>
      <w:r>
        <w:t>The rebbe says to me:</w:t>
      </w:r>
    </w:p>
    <w:p>
      <w:r>
        <w:t>"What are you doing? Why do you come? I have no, this is my entire livelihood, Rosh Chodesh I, all the students bring money, from this, from this I have a livelihood, and you are the one child who does not bring money, you did not bring money"</w:t>
      </w:r>
    </w:p>
    <w:p>
      <w:r>
        <w:t>Oy vey, and I {remember this a lot} and said, the rebbe said several times:</w:t>
      </w:r>
    </w:p>
    <w:p>
      <w:r>
        <w:t>"This week it is Parshas 'Noach'"</w:t>
      </w:r>
    </w:p>
    <w:p>
      <w:r>
        <w:t>And this poor man had two names, Yosef, one name, Yosef, Yosef Noach, Yosef Noach</w:t>
      </w:r>
    </w:p>
    <w:p>
      <w:r>
        <w:t>Oy, oy, my Gehinnom when I went to the house, to the school to the rebbe, and I had no money at all</w:t>
      </w:r>
    </w:p>
    <w:p>
      <w:r>
        <w:t>All the students came, on Rosh Chodesh they came with money, only I did not, I came without money</w:t>
      </w:r>
    </w:p>
    <w:p>
      <w:r>
        <w:t>"What is this? Without money? I do not need a livelihood? What is this?"</w:t>
      </w:r>
    </w:p>
    <w:p>
      <w:r>
        <w:t>And I had, I had.. a great thing..</w:t>
      </w:r>
    </w:p>
    <w:p>
      <w:r>
        <w:t>{That not}, I went, and with every step I felt Gehinnom:</w:t>
      </w:r>
    </w:p>
    <w:p>
      <w:r>
        <w:t>"How are you going to the rebbe without money?"</w:t>
      </w:r>
    </w:p>
    <w:p>
      <w:r>
        <w:t>And the rebbe says to me:</w:t>
      </w:r>
    </w:p>
    <w:p>
      <w:r>
        <w:t>"Tell Father, on Rosh Chodesh one must bring money, this, this is my livelihood"</w:t>
      </w:r>
    </w:p>
    <w:p>
      <w:r>
        <w:t>So {from this} from this week a new thing was made in the city of Teveria</w:t>
      </w:r>
    </w:p>
    <w:p>
      <w:r>
        <w:t>A Talmud Torah without money, without money, free of charge</w:t>
      </w:r>
    </w:p>
    <w:p>
      <w:r>
        <w:t>[………..]</w:t>
      </w:r>
    </w:p>
    <w:p>
      <w:r>
        <w:t>[………..]</w:t>
      </w:r>
    </w:p>
    <w:p>
      <w:r>
        <w:t>I had {constriction} great happiness, I went without money, and did not..</w:t>
      </w:r>
    </w:p>
    <w:p>
      <w:r>
        <w:t>Good, and good this way, without money</w:t>
      </w:r>
    </w:p>
    <w:p>
      <w:r>
        <w:t>Ah, nu, nu</w:t>
      </w:r>
    </w:p>
    <w:p>
      <w:r>
        <w:t>"Yosef Noach"</w:t>
      </w:r>
    </w:p>
    <w:p>
      <w:r>
        <w:t>I had none, I went to the rebbe without money, all the students, each one came with money</w:t>
      </w:r>
    </w:p>
    <w:p>
      <w:r>
        <w:t>Rosh Chodesh, Rosh Chodesh this, there is no such thing, on Rosh Chodesh one must come with money</w:t>
      </w:r>
    </w:p>
    <w:p>
      <w:r>
        <w:t>It is his livelihood, and I came without money, alone, the one student</w:t>
      </w:r>
    </w:p>
    <w:p>
      <w:r>
        <w:t>The rebbe says to me:</w:t>
      </w:r>
    </w:p>
    <w:p>
      <w:r>
        <w:t>"Tell Father, on Rosh Chodesh one must come with money, I need a livelihood</w:t>
      </w:r>
    </w:p>
    <w:p>
      <w:r>
        <w:t>What, what? For what purpose..? Why do you come to the "cheder" without money?"</w:t>
      </w:r>
    </w:p>
    <w:p>
      <w:r>
        <w:t>Ah.. I was born, I had love for the poor, to help them, to help them</w:t>
      </w:r>
    </w:p>
    <w:p>
      <w:r>
        <w:t>And I walked, with every step I felt Gehinnom:</w:t>
      </w:r>
    </w:p>
    <w:p>
      <w:r>
        <w:t>"How are you going to the rebbe.. on Rosh Chodesh without money?, {no}"</w:t>
      </w:r>
    </w:p>
    <w:p>
      <w:r>
        <w:t>I went without money, Rosh Chodesh is his entire livelihood</w:t>
      </w:r>
    </w:p>
    <w:p>
      <w:r>
        <w:t>Every student brings money for.. for the month, and I came without money</w:t>
      </w:r>
    </w:p>
    <w:p>
      <w:r>
        <w:t>{….}</w:t>
      </w:r>
    </w:p>
    <w:p>
      <w:r>
        <w:t>I was {poor\, I}, I remember, it has already been more than a hundred years, and I remember it</w:t>
      </w:r>
    </w:p>
    <w:p>
      <w:r>
        <w:t>He said to me:</w:t>
      </w:r>
    </w:p>
    <w:p>
      <w:r>
        <w:t>"Why did you come on Rosh Chodesh without money? The whole month, I, I look forward to the money of</w:t>
      </w:r>
    </w:p>
    <w:p>
      <w:r>
        <w:t>of Rosh Chodesh, every student brings money, and you did not bring money, what is this?"</w:t>
      </w:r>
    </w:p>
    <w:p>
      <w:r>
        <w:t>[………….]</w:t>
      </w:r>
    </w:p>
    <w:p>
      <w:r>
        <w:t>[………….]…</w:t>
      </w:r>
    </w:p>
    <w:p>
      <w:r>
        <w:t>...I was the one student who came to the "cheder" on Rosh Chodesh, the eve of Rosh Chodesh without money</w:t>
      </w:r>
    </w:p>
    <w:p>
      <w:r>
        <w:t>"What is this..? How does one come, Rosh Chodesh, Rosh Chodesh is my entire livelihood</w:t>
      </w:r>
    </w:p>
    <w:p>
      <w:r>
        <w:t>when all, everyone brings money, and you came without money, what is this?"</w:t>
      </w:r>
    </w:p>
    <w:p>
      <w:r>
        <w:t>I received blows from the rebbe, he said:</w:t>
      </w:r>
    </w:p>
    <w:p>
      <w:r>
        <w:t>"How many times, how many times did I say that this week it is Parshas'Noach'</w:t>
      </w:r>
    </w:p>
    <w:p>
      <w:r>
        <w:t>and you do not know at all which parsha, what is this?"</w:t>
      </w:r>
    </w:p>
    <w:p>
      <w:r>
        <w:t>{And he had\this costs} much money</w:t>
      </w:r>
    </w:p>
    <w:p>
      <w:r>
        <w:t>[………..…]</w:t>
      </w:r>
    </w:p>
    <w:p>
      <w:r>
        <w:t>[…………..]</w:t>
      </w:r>
    </w:p>
    <w:p>
      <w:r>
        <w:t>I remember it as if it were now, the rebbe said to me:</w:t>
      </w:r>
    </w:p>
    <w:p>
      <w:r>
        <w:t>"The whole month I look forward to Rosh Chodesh, and it was Rosh Chodesh, and you came without money</w:t>
      </w:r>
    </w:p>
    <w:p>
      <w:r>
        <w:t>This, this is impossible, such a thing, my entire livelihood is Rosh Chodesh</w:t>
      </w:r>
    </w:p>
    <w:p>
      <w:r>
        <w:t>what every student brings me money on Rosh Chodesh, and you do not bring money, from where will I have a livelihood?"</w:t>
      </w:r>
    </w:p>
    <w:p>
      <w:r>
        <w:t>There was a couple, he came to Eretz Yisroel, and his money, what he had would buy an apartment, {and it is impossible for him}, yes ah..</w:t>
      </w:r>
    </w:p>
    <w:p>
      <w:r>
        <w:t>All the students came to the "cheder" with bread and with olive oil</w:t>
      </w:r>
    </w:p>
    <w:p>
      <w:r>
        <w:t>And I had neither bread nor olive oil, and I was very hungry, and did not, and did not</w:t>
      </w:r>
    </w:p>
    <w:p>
      <w:r>
        <w:t>and did not know at all what the rebbe was talking about</w:t>
      </w:r>
    </w:p>
    <w:p>
      <w:r>
        <w:t>Oy, afterward the.. he, the rebbe, he saw, discerned in me, that I did not know at all, from what, who sits in the "cheder" he said to me:</w:t>
      </w:r>
    </w:p>
    <w:p>
      <w:r>
        <w:t>"Yisroel Ber, tell me, which parsha is this week?"</w:t>
      </w:r>
    </w:p>
    <w:p>
      <w:r>
        <w:t>I did not know at all what he was talking about, what does he want?</w:t>
      </w:r>
    </w:p>
    <w:p>
      <w:r>
        <w:t>He hit me…</w:t>
      </w:r>
    </w:p>
    <w:p>
      <w:r>
        <w:t>...My grandfather was Shimon, Shimon from the city of Odessa, I do not know, he was, he was apparently one of the rabbis, Shimon…</w:t>
      </w:r>
    </w:p>
    <w:p>
      <w:pPr>
        <w:pStyle w:val="Heading2"/>
      </w:pPr>
      <w:r>
        <w:t>Side B (Bais)</w:t>
      </w:r>
    </w:p>
    <w:p>
      <w:r>
        <w:t>...My grandfather was Shimon, Shimon from the city of Odessa, I do not know, he was, he was apparently one of the rabbis, Shimon, Shimon, Shimon Odesser, Shimon from the city of Odessa, Shimon Mother gave me a piece of bread with a few drops of olive oil; I said to her:</w:t>
      </w:r>
    </w:p>
    <w:p>
      <w:r>
        <w:t>"Mother, give me one more drop"</w:t>
      </w:r>
    </w:p>
    <w:p>
      <w:r>
        <w:t>Then she shouted at me and said:</w:t>
      </w:r>
    </w:p>
    <w:p>
      <w:r>
        <w:t>"What, what do you want? I will not have any for Shabbos; if I give you one more drop, I will not have any for Shabbos, I will not have.., we will not have cholent, we will not have anything to eat on Shabbos, there will not be</w:t>
      </w:r>
    </w:p>
    <w:p>
      <w:r>
        <w:t>Are you not ashamed to ask for another drop?"</w:t>
      </w:r>
    </w:p>
    <w:p>
      <w:r>
        <w:t>This bottle with, with cola, no, I did not have, I did not have such a thing</w:t>
      </w:r>
    </w:p>
    <w:p>
      <w:r>
        <w:t>It was expensive, it was in a factory</w:t>
      </w:r>
    </w:p>
    <w:p>
      <w:r>
        <w:t>I came to the "cheder" on Rosh Chodesh without money</w:t>
      </w:r>
    </w:p>
    <w:p>
      <w:r>
        <w:t>What is this? All the children, all the students came with money; Rosh Chodesh is the day of the.. day of money</w:t>
      </w:r>
    </w:p>
    <w:p>
      <w:r>
        <w:t>And I came, I came to the rebbe without money, I was very ashamed, and I felt Gehinnom</w:t>
      </w:r>
    </w:p>
    <w:p>
      <w:r>
        <w:t>What, what about me, what will come of this? The rebbe needs to eat, needs a livelihood, and I came, and I was the only one</w:t>
      </w:r>
    </w:p>
    <w:p>
      <w:r>
        <w:t>And I came without money on Rosh Chodesh; Rosh Chodesh is the day of money</w:t>
      </w:r>
    </w:p>
    <w:p>
      <w:r>
        <w:t>I came on Rosh Chodesh without, without, without money</w:t>
      </w:r>
    </w:p>
    <w:p>
      <w:r>
        <w:t>"What is this? Without money? Does one come without money? This, the whole month I look toward Rosh Chodesh, the day of money, and you came without money?"</w:t>
      </w:r>
    </w:p>
    <w:p>
      <w:r>
        <w:t>[……………………]</w:t>
      </w:r>
    </w:p>
    <w:p>
      <w:r>
        <w:t>[……………….…..]</w:t>
      </w:r>
    </w:p>
    <w:p>
      <w:r>
        <w:t>Ah, ah, ah, nu, nu</w:t>
      </w:r>
    </w:p>
    <w:p>
      <w:r>
        <w:t>[……………………]</w:t>
      </w:r>
    </w:p>
    <w:p>
      <w:r>
        <w:t>[……………….…..]</w:t>
      </w:r>
    </w:p>
    <w:p>
      <w:r>
        <w:t>I came on Rosh Chodesh to.. without money; I was the only student who came on Rosh Chodesh without money, and how, how will he live through the month? What {with\if}..?</w:t>
      </w:r>
    </w:p>
    <w:p>
      <w:r>
        <w:t>I remember to this day the Gehinnom when I entered the "cheder" without {money}, without money on Rosh Chodesh</w:t>
      </w:r>
    </w:p>
    <w:p>
      <w:r>
        <w:t>"Does one come on Rosh Chodesh without money? From where will I live? This is my livelihood, my livelihood</w:t>
      </w:r>
    </w:p>
    <w:p>
      <w:r>
        <w:t>And you come without money? Does one come on Rosh Chodesh without money?”</w:t>
      </w:r>
    </w:p>
    <w:p>
      <w:r>
        <w:t>[……………..……]</w:t>
      </w:r>
    </w:p>
    <w:p>
      <w:r>
        <w:t>[…………………..]</w:t>
      </w:r>
    </w:p>
    <w:p>
      <w:r>
        <w:t>"How does one come on Rosh Chodesh without money? From where will I have a livelihood? What, what is this?</w:t>
      </w:r>
    </w:p>
    <w:p>
      <w:r>
        <w:t>On Rosh Chodesh one must come with money</w:t>
      </w:r>
    </w:p>
    <w:p>
      <w:r>
        <w:t>The whole month I look forward to Rosh Chodesh, for them to bring money, and you came without money" [………………….]</w:t>
      </w:r>
    </w:p>
    <w:p>
      <w:r>
        <w:t>[……………..…..]</w:t>
      </w:r>
    </w:p>
    <w:p>
      <w:r>
        <w:t>The rebbe knew that I was poor, and I had none, but even so he said to me:</w:t>
      </w:r>
    </w:p>
    <w:p>
      <w:r>
        <w:t>"From where will I take, I every, the whole month I look forward to the day of Rosh Chodesh, the day of money</w:t>
      </w:r>
    </w:p>
    <w:p>
      <w:r>
        <w:t>And you came without money?"</w:t>
      </w:r>
    </w:p>
    <w:p>
      <w:r>
        <w:t>Nu, nu, I, I am falling..</w:t>
      </w:r>
    </w:p>
    <w:p>
      <w:r>
        <w:t>I, I am going to fall</w:t>
      </w:r>
    </w:p>
    <w:p>
      <w:r>
        <w:t>[……….]</w:t>
      </w:r>
    </w:p>
    <w:p>
      <w:r>
        <w:t>[……….]</w:t>
      </w:r>
    </w:p>
    <w:p>
      <w:r>
        <w:t>I am going to fall, have mercy on me, I will fall, oy, oy vey</w:t>
      </w:r>
    </w:p>
    <w:p>
      <w:r>
        <w:t>Oy vey iz mir, oy vey, oy vey, oy</w:t>
      </w:r>
    </w:p>
    <w:p>
      <w:r>
        <w:t>[….……….]</w:t>
      </w:r>
    </w:p>
    <w:p>
      <w:r>
        <w:t>[…………..]</w:t>
      </w:r>
    </w:p>
    <w:p>
      <w:r>
        <w:t>"On Rosh Chodesh does one come, come without money? And how, from where will I have a livelihood?</w:t>
      </w:r>
    </w:p>
    <w:p>
      <w:r>
        <w:t>The whole month I look forward to the day of Rosh Chodesh, the day of money, and you came without money"</w:t>
      </w:r>
    </w:p>
    <w:p>
      <w:r>
        <w:t>[……….…]</w:t>
      </w:r>
    </w:p>
    <w:p>
      <w:r>
        <w:t>[………….]</w:t>
      </w:r>
    </w:p>
    <w:p>
      <w:r>
        <w:t>Twice a year they would make new clothes, Sukkos and Pesach, and I did not have {for the festival}</w:t>
      </w:r>
    </w:p>
    <w:p>
      <w:r>
        <w:t>Only Mother washed the garment, and made it like new</w:t>
      </w:r>
    </w:p>
    <w:p>
      <w:r>
        <w:t>I came to the synagogue also with, with a beautiful garment</w:t>
      </w:r>
    </w:p>
    <w:p>
      <w:r>
        <w:t>Oy vey iz mir, I am going to fall</w:t>
      </w:r>
    </w:p>
    <w:p>
      <w:r>
        <w:t>[………..]</w:t>
      </w:r>
    </w:p>
    <w:p>
      <w:r>
        <w:t>[………..]</w:t>
      </w:r>
    </w:p>
    <w:p>
      <w:r>
        <w:t>Oy vey, if I fall, I will break my head, I am going to fall, I want to get up</w:t>
      </w:r>
    </w:p>
    <w:p>
      <w:r>
        <w:t>[Ah, get up]</w:t>
      </w:r>
    </w:p>
    <w:p>
      <w:r>
        <w:t>[…………...]</w:t>
      </w:r>
    </w:p>
    <w:p>
      <w:r>
        <w:t>Oy vey, yes, oy, oy vey..</w:t>
      </w:r>
    </w:p>
    <w:p>
      <w:r>
        <w:t>No, not good, I cannot, cannot sit, my head is spinning, as if the entire room is spinning, everyone is spinning, only I am sitting and falling here, what will be, what will come of this? I will receive a blow, blows [God forbid]</w:t>
      </w:r>
    </w:p>
    <w:p>
      <w:r>
        <w:t>[………………]</w:t>
      </w:r>
    </w:p>
    <w:p>
      <w:r>
        <w:t>[Saba, Saba]</w:t>
      </w:r>
    </w:p>
    <w:p>
      <w:r>
        <w:t>{Nu}</w:t>
      </w:r>
    </w:p>
    <w:p>
      <w:r>
        <w:t>[You had a great miracle a few years ago in Bnei Brak]</w:t>
      </w:r>
    </w:p>
    <w:p>
      <w:r>
        <w:t>Eh?</w:t>
      </w:r>
    </w:p>
    <w:p>
      <w:r>
        <w:t>[You had a great miracle several years ago.., in Bnei Brak]</w:t>
      </w:r>
    </w:p>
    <w:p>
      <w:r>
        <w:t>Great?</w:t>
      </w:r>
    </w:p>
    <w:p>
      <w:r>
        <w:t>[Yes]</w:t>
      </w:r>
    </w:p>
    <w:p>
      <w:r>
        <w:t>What?</w:t>
      </w:r>
    </w:p>
    <w:p>
      <w:r>
        <w:t>[You were on the bed, and you fell onto the floor]</w:t>
      </w:r>
    </w:p>
    <w:p>
      <w:r>
        <w:t>Yes?</w:t>
      </w:r>
    </w:p>
    <w:p>
      <w:r>
        <w:t>[Yes, and there were bottles on the floor full of water, you told me, you told me: "Here will be my burial place".. [You fell onto the floor, and there was a steel door, there was no one in the house, you were alone</w:t>
      </w:r>
    </w:p>
    <w:p>
      <w:r>
        <w:t>And you said "Na Na Nach Nachma Nachman MeUman"]</w:t>
      </w:r>
    </w:p>
    <w:p>
      <w:r>
        <w:t>Yes</w:t>
      </w:r>
    </w:p>
    <w:p>
      <w:r>
        <w:t>[And suddenly you were back on the bed, that is what you told me, do you remember?]</w:t>
      </w:r>
    </w:p>
    <w:p>
      <w:r>
        <w:t>{..}</w:t>
      </w:r>
    </w:p>
    <w:p>
      <w:r>
        <w:t>[Do you remember? Saba]</w:t>
      </w:r>
    </w:p>
    <w:p>
      <w:r>
        <w:t>{What}</w:t>
      </w:r>
    </w:p>
    <w:p>
      <w:r>
        <w:t>[You told me this, you were on the floor, you said "Na Na Nach Nachma Nachman MeUman"]</w:t>
      </w:r>
    </w:p>
    <w:p>
      <w:r>
        <w:t>Arrived..</w:t>
      </w:r>
    </w:p>
    <w:p>
      <w:r>
        <w:t>[And you arrived back on the bed]</w:t>
      </w:r>
    </w:p>
    <w:p>
      <w:r>
        <w:t>The time of the bar mitzvah arrived</w:t>
      </w:r>
    </w:p>
    <w:p>
      <w:r>
        <w:t>[Yes]</w:t>
      </w:r>
    </w:p>
    <w:p>
      <w:r>
        <w:t>And I did not have tefillin, I did not have tefillin, I did not have a garment for, for the day of the bar mitzvah</w:t>
      </w:r>
    </w:p>
    <w:p>
      <w:r>
        <w:t>I did not have a garment, I did not have tefillin, {yes}</w:t>
      </w:r>
    </w:p>
    <w:p>
      <w:r>
        <w:t>And the rebbe studied the laws of tefillin with me, and bought me tefillin.. and bought me tefillin</w:t>
      </w:r>
    </w:p>
    <w:p>
      <w:r>
        <w:t>The rebbe also, was also poor, but he bought me tefillin, and he studied the laws, the laws of tefillin with me</w:t>
      </w:r>
    </w:p>
    <w:p>
      <w:r>
        <w:t>[……...……..]</w:t>
      </w:r>
    </w:p>
    <w:p>
      <w:r>
        <w:t>[……………..]</w:t>
      </w:r>
    </w:p>
    <w:p>
      <w:r>
        <w:t>{…. .. ….}</w:t>
      </w:r>
    </w:p>
    <w:p>
      <w:r>
        <w:t>[Saba, Saba, they want, the friends want to pray Shacharis, do you want to pray with us? Eh?]</w:t>
      </w:r>
    </w:p>
    <w:p>
      <w:r>
        <w:t>[………]</w:t>
      </w:r>
    </w:p>
    <w:p>
      <w:r>
        <w:t>Nu, pray</w:t>
      </w:r>
    </w:p>
    <w:p>
      <w:r>
        <w:t>[Yes………...]…</w:t>
      </w:r>
    </w:p>
    <w:p>
      <w:r>
        <w:t>...I went and came, the rebbe said: "Where is the money?"</w:t>
      </w:r>
    </w:p>
    <w:p>
      <w:r>
        <w:t>I said: "I do not have any"</w:t>
      </w:r>
    </w:p>
    <w:p>
      <w:r>
        <w:t>"What, what is this, you do not have any? This is my entire livelihood, I look the whole month toward Rosh Chodesh, what is this?"</w:t>
      </w:r>
    </w:p>
    <w:p>
      <w:r>
        <w:t>Thank God, today I am over one hundred years old, and I am alive, {yes}</w:t>
      </w:r>
    </w:p>
    <w:p>
      <w:r>
        <w:t>All my friends died, already died, it was already ten years, twenty years, and I am alive, nu</w:t>
      </w:r>
    </w:p>
    <w:p>
      <w:r>
        <w:t>But I did not have bread, I did not have anything to eat</w:t>
      </w:r>
    </w:p>
    <w:p>
      <w:r>
        <w:t>Put the legs on the bed</w:t>
      </w:r>
    </w:p>
    <w:p>
      <w:r>
        <w:t>[We will just lift you a little higher]</w:t>
      </w:r>
    </w:p>
    <w:p>
      <w:r>
        <w:t>[………….]</w:t>
      </w:r>
    </w:p>
    <w:p>
      <w:r>
        <w:t>[…….…...]</w:t>
      </w:r>
    </w:p>
    <w:p>
      <w:r>
        <w:t>I will fall, I will fall here</w:t>
      </w:r>
    </w:p>
    <w:p>
      <w:r>
        <w:t>[We will lift you a little…...]</w:t>
      </w:r>
    </w:p>
    <w:p>
      <w:r>
        <w:t>Oy vey</w:t>
      </w:r>
    </w:p>
    <w:p>
      <w:r>
        <w:t>[Again]</w:t>
      </w:r>
    </w:p>
    <w:p>
      <w:r>
        <w:t>Oy vey, I, I am falling</w:t>
      </w:r>
    </w:p>
    <w:p>
      <w:r>
        <w:t>{..}, what are you doing?</w:t>
      </w:r>
    </w:p>
    <w:p>
      <w:r>
        <w:t>Oy vey…</w:t>
      </w:r>
    </w:p>
    <w:p>
      <w:r>
        <w:t>...{Mordechai}</w:t>
      </w:r>
    </w:p>
    <w:p>
      <w:r>
        <w:t>All my friends died, passed away, and I remained alone, alone, alone</w:t>
      </w:r>
    </w:p>
    <w:p>
      <w:r>
        <w:t>Only one, a sole student, I remained alone, all the friends died, and I am alive</w:t>
      </w:r>
    </w:p>
    <w:p>
      <w:r>
        <w:t>Only I am afraid that I will fall here</w:t>
      </w:r>
    </w:p>
    <w:p>
      <w:r>
        <w:t>[……………..]</w:t>
      </w:r>
    </w:p>
    <w:p>
      <w:r>
        <w:t>[…….……….]</w:t>
      </w:r>
    </w:p>
    <w:p>
      <w:r>
        <w:t>I, I.. will throw the table, and I will fall here</w:t>
      </w:r>
    </w:p>
    <w:p>
      <w:r>
        <w:t>I, I said, I went to cheder, and Mother gave me bread with a few drops of olive oil</w:t>
      </w:r>
    </w:p>
    <w:p>
      <w:r>
        <w:t>So I asked: "Mother, give me another drop, one drop"</w:t>
      </w:r>
    </w:p>
    <w:p>
      <w:r>
        <w:t>Then she shouted at me: "If I give you a drop, then I will not have any for Shabbos"</w:t>
      </w:r>
    </w:p>
    <w:p>
      <w:r>
        <w:t>I am going to fall here</w:t>
      </w:r>
    </w:p>
    <w:p>
      <w:r>
        <w:t>[……………]</w:t>
      </w:r>
    </w:p>
    <w:p>
      <w:r>
        <w:t>[…………...]</w:t>
      </w:r>
    </w:p>
    <w:p>
      <w:r>
        <w:t>[Maybe we should move you farther in?]</w:t>
      </w:r>
    </w:p>
    <w:p>
      <w:r>
        <w:t>Yesterday I fell here in one house, in another room, I fell and took blows to the head, and all over the body, I took blows</w:t>
      </w:r>
    </w:p>
    <w:p>
      <w:r>
        <w:t>[………..]</w:t>
      </w:r>
    </w:p>
    <w:p>
      <w:r>
        <w:t>[Should we move you a little farther in here?]</w:t>
      </w:r>
    </w:p>
    <w:p>
      <w:r>
        <w:t>Yes</w:t>
      </w:r>
    </w:p>
    <w:p>
      <w:r>
        <w:t>You, you, you, {nothing will fall}</w:t>
      </w:r>
    </w:p>
    <w:p>
      <w:r>
        <w:t>[………….]</w:t>
      </w:r>
    </w:p>
    <w:p>
      <w:r>
        <w:t>[………….]</w:t>
      </w:r>
    </w:p>
    <w:p>
      <w:r>
        <w:t>All the students came…</w:t>
      </w:r>
    </w:p>
    <w:p>
      <w:r>
        <w:t>...Oy vey, oy, oy vey, the whole house is spinning</w:t>
      </w:r>
    </w:p>
    <w:p>
      <w:r>
        <w:t>Yes, and I..</w:t>
      </w:r>
    </w:p>
    <w:p>
      <w:r>
        <w:t>[Want to make a blessing]</w:t>
      </w:r>
    </w:p>
    <w:p>
      <w:r>
        <w:t>Also spinning, I am afraid that I will fall here..</w:t>
      </w:r>
    </w:p>
    <w:p>
      <w:r>
        <w:t>[Saba, you have a tallis]</w:t>
      </w:r>
    </w:p>
    <w:p>
      <w:r>
        <w:t>Blessed are You, Hashem our God, King…</w:t>
      </w:r>
    </w:p>
    <w:p>
      <w:r>
        <w:t>[.………………]</w:t>
      </w:r>
    </w:p>
    <w:p>
      <w:r>
        <w:t>{..}…</w:t>
      </w:r>
    </w:p>
    <w:p>
      <w:r>
        <w:br w:type="page"/>
      </w:r>
    </w:p>
    <w:p>
      <w:pPr>
        <w:pStyle w:val="Heading1"/>
      </w:pPr>
      <w:r>
        <w:t>Tape 94</w:t>
      </w:r>
    </w:p>
    <w:p>
      <w:pPr>
        <w:pStyle w:val="Heading2"/>
      </w:pPr>
      <w:r>
        <w:t>Side A (Aleph)</w:t>
      </w:r>
    </w:p>
    <w:p>
      <w:r>
        <w:t>...[…]…</w:t>
      </w:r>
    </w:p>
    <w:p>
      <w:r>
        <w:t>...{…} at the engagement</w:t>
      </w:r>
    </w:p>
    <w:p>
      <w:r>
        <w:t>[You will surely be at the engagement]</w:t>
      </w:r>
    </w:p>
    <w:p>
      <w:r>
        <w:t>Eh?</w:t>
      </w:r>
    </w:p>
    <w:p>
      <w:r>
        <w:t>[With Hashem's help, on Monday, this coming Tuesday]</w:t>
      </w:r>
    </w:p>
    <w:p>
      <w:r>
        <w:t>Yes?</w:t>
      </w:r>
    </w:p>
    <w:p>
      <w:r>
        <w:t>[On Tuesday, one day before Yom Kippur]</w:t>
      </w:r>
    </w:p>
    <w:p>
      <w:r>
        <w:t>Oh</w:t>
      </w:r>
    </w:p>
    <w:p>
      <w:r>
        <w:t>[One day, two days..]</w:t>
      </w:r>
    </w:p>
    <w:p>
      <w:r>
        <w:t>Baruch Hashem</w:t>
      </w:r>
    </w:p>
    <w:p>
      <w:r>
        <w:t>[One day before Yom Kippur]</w:t>
      </w:r>
    </w:p>
    <w:p>
      <w:r>
        <w:t>{Before pidyon}, the day {the...} will it be open here today?</w:t>
      </w:r>
    </w:p>
    <w:p>
      <w:r>
        <w:t>[It will, it will, yes, we will come back here after Rosh Hashanah]</w:t>
      </w:r>
    </w:p>
    <w:p>
      <w:r>
        <w:t>Yes</w:t>
      </w:r>
    </w:p>
    <w:p>
      <w:r>
        <w:t>[Everyone will be here on Shabbos too]</w:t>
      </w:r>
    </w:p>
    <w:p>
      <w:r>
        <w:t>Until, until after Kippur</w:t>
      </w:r>
    </w:p>
    <w:p>
      <w:r>
        <w:t>[Until Kippur, Kippur, I don't know, surely each person will do it at his own home, but there will also be people here]</w:t>
      </w:r>
    </w:p>
    <w:p>
      <w:r>
        <w:t>Ah, ah</w:t>
      </w:r>
    </w:p>
    <w:p>
      <w:r>
        <w:t>[With Hashem's help]</w:t>
      </w:r>
    </w:p>
    <w:p>
      <w:r>
        <w:t>Ah, ah, good, with help…</w:t>
      </w:r>
    </w:p>
    <w:p>
      <w:r>
        <w:t>...an apartment and furnishings and clothes and everything</w:t>
      </w:r>
    </w:p>
    <w:p>
      <w:r>
        <w:t>[With Hashem's help]</w:t>
      </w:r>
    </w:p>
    <w:p>
      <w:r>
        <w:t>{Oy, oy}</w:t>
      </w:r>
    </w:p>
    <w:p>
      <w:r>
        <w:t>[With the help of the Creator of the world]</w:t>
      </w:r>
    </w:p>
    <w:p>
      <w:r>
        <w:t>Oy, oy, oy, oy, oy</w:t>
      </w:r>
    </w:p>
    <w:p>
      <w:r>
        <w:t>[We were just now speaking about the Ten Days of Repentance with the rabbi]</w:t>
      </w:r>
    </w:p>
    <w:p>
      <w:r>
        <w:t>Ah</w:t>
      </w:r>
    </w:p>
    <w:p>
      <w:r>
        <w:t>[So I advised him like this, I said, instead of saying "with Hashem's help"</w:t>
      </w:r>
    </w:p>
    <w:p>
      <w:r>
        <w:t>We will say "with the help of the Holy King"]</w:t>
      </w:r>
    </w:p>
    <w:p>
      <w:r>
        <w:t>Ah, ah..</w:t>
      </w:r>
    </w:p>
    <w:p>
      <w:r>
        <w:t>[This..]</w:t>
      </w:r>
    </w:p>
    <w:p>
      <w:r>
        <w:t>That is after, after Rosh Hashanah</w:t>
      </w:r>
    </w:p>
    <w:p>
      <w:r>
        <w:t>[Yes, after Rosh Hashanah, in three, in four days]</w:t>
      </w:r>
    </w:p>
    <w:p>
      <w:r>
        <w:t>Ah</w:t>
      </w:r>
    </w:p>
    <w:p>
      <w:r>
        <w:t>[Rosh Hashanah comes out Tuesday and Wednesday, right?]</w:t>
      </w:r>
    </w:p>
    <w:p>
      <w:r>
        <w:t>Tuesday and Wednesday</w:t>
      </w:r>
    </w:p>
    <w:p>
      <w:r>
        <w:t>[Now we have Thursday]</w:t>
      </w:r>
    </w:p>
    <w:p>
      <w:r>
        <w:t>Thursday, yes</w:t>
      </w:r>
    </w:p>
    <w:p>
      <w:r>
        <w:t>[Friday, Shabbos]</w:t>
      </w:r>
    </w:p>
    <w:p>
      <w:r>
        <w:t>Yes</w:t>
      </w:r>
    </w:p>
    <w:p>
      <w:r>
        <w:t>[Sunday, Monday, and Tuesday evening the engagement]</w:t>
      </w:r>
    </w:p>
    <w:p>
      <w:r>
        <w:t>On Friday evening</w:t>
      </w:r>
    </w:p>
    <w:p>
      <w:r>
        <w:t>[Tuesday evening]</w:t>
      </w:r>
    </w:p>
    <w:p>
      <w:r>
        <w:t>Tuesday evening, and on Wednesday eve..</w:t>
      </w:r>
    </w:p>
    <w:p>
      <w:r>
        <w:t>[And on Wednesday, the eve of Yom Kippur]</w:t>
      </w:r>
    </w:p>
    <w:p>
      <w:r>
        <w:t>The eve of Yom Kippur</w:t>
      </w:r>
    </w:p>
    <w:p>
      <w:r>
        <w:t>[Exactly]</w:t>
      </w:r>
    </w:p>
    <w:p>
      <w:r>
        <w:t>And Thursday, Kippur</w:t>
      </w:r>
    </w:p>
    <w:p>
      <w:r>
        <w:t>[Thursday, Kippur]</w:t>
      </w:r>
    </w:p>
    <w:p>
      <w:r>
        <w:t>Yes, oy, Master of the World…</w:t>
      </w:r>
    </w:p>
    <w:p>
      <w:r>
        <w:t>...I think Rabbi Teichner will also be here</w:t>
      </w:r>
    </w:p>
    <w:p>
      <w:r>
        <w:t>[Yes, yes, with Hashem's help]</w:t>
      </w:r>
    </w:p>
    <w:p>
      <w:r>
        <w:t>Tell him that he should be</w:t>
      </w:r>
    </w:p>
    <w:p>
      <w:r>
        <w:t>[I spoke, I spoke with him]</w:t>
      </w:r>
    </w:p>
    <w:p>
      <w:r>
        <w:t>Yes?</w:t>
      </w:r>
    </w:p>
    <w:p>
      <w:r>
        <w:t>[When I came here, I told him immediately]</w:t>
      </w:r>
    </w:p>
    <w:p>
      <w:r>
        <w:t>He, he, that he should take me</w:t>
      </w:r>
    </w:p>
    <w:p>
      <w:r>
        <w:t>[That he is invited.., without a vow, yes, if not, I will try to obtain something] I want to rejoice at the engagement, and afterward at, at, at the wedding, Baruch Hashem, Baruch Hashem, do, do not delay the wedding, in its proper time [No, no, yesterday we spoke about it, and we are not delaying</w:t>
      </w:r>
    </w:p>
    <w:p>
      <w:r>
        <w:t>We are doing it even in another month, with Hashem's help]</w:t>
      </w:r>
    </w:p>
    <w:p>
      <w:r>
        <w:t>How old is she?</w:t>
      </w:r>
    </w:p>
    <w:p>
      <w:r>
        <w:t>[She is five months younger than me, five months younger than me] How, how much is that</w:t>
      </w:r>
    </w:p>
    <w:p>
      <w:r>
        <w:t>[Twenty-one]</w:t>
      </w:r>
    </w:p>
    <w:p>
      <w:r>
        <w:t>Good, good, good</w:t>
      </w:r>
    </w:p>
    <w:p>
      <w:r>
        <w:t>[I am twenty-one, and she is twenty and a half]</w:t>
      </w:r>
    </w:p>
    <w:p>
      <w:r>
        <w:t>Good, good, good, good, does she work?</w:t>
      </w:r>
    </w:p>
    <w:p>
      <w:r>
        <w:t>[With Hashem's help, she will begin]</w:t>
      </w:r>
    </w:p>
    <w:p>
      <w:r>
        <w:t>Eh?</w:t>
      </w:r>
    </w:p>
    <w:p>
      <w:r>
        <w:t>[She will begin working soon]</w:t>
      </w:r>
    </w:p>
    <w:p>
      <w:r>
        <w:t>She will begin working?</w:t>
      </w:r>
    </w:p>
    <w:p>
      <w:r>
        <w:t>[Yes]</w:t>
      </w:r>
    </w:p>
    <w:p>
      <w:r>
        <w:t>She does not yet work anywhere?</w:t>
      </w:r>
    </w:p>
    <w:p>
      <w:r>
        <w:t>[No, meanwhile not, at home]</w:t>
      </w:r>
    </w:p>
    <w:p>
      <w:r>
        <w:t>She will never work</w:t>
      </w:r>
    </w:p>
    <w:p>
      <w:r>
        <w:t>[What?]</w:t>
      </w:r>
    </w:p>
    <w:p>
      <w:r>
        <w:t>It is not good for the woman to work in other places</w:t>
      </w:r>
    </w:p>
    <w:p>
      <w:r>
        <w:t>[No, perhaps she is a teacher..]</w:t>
      </w:r>
    </w:p>
    <w:p>
      <w:r>
        <w:t>A teacher? That is good</w:t>
      </w:r>
    </w:p>
    <w:p>
      <w:r>
        <w:t>[With Hashem's help]</w:t>
      </w:r>
    </w:p>
    <w:p>
      <w:r>
        <w:t>Yes?</w:t>
      </w:r>
    </w:p>
    <w:p>
      <w:r>
        <w:t>[She is a teacher of crafts and writing]</w:t>
      </w:r>
    </w:p>
    <w:p>
      <w:r>
        <w:t>Only not, not {in all houses}</w:t>
      </w:r>
    </w:p>
    <w:p>
      <w:r>
        <w:t>[No, no, God forbid]</w:t>
      </w:r>
    </w:p>
    <w:p>
      <w:r>
        <w:t>She is a teacher?</w:t>
      </w:r>
    </w:p>
    <w:p>
      <w:r>
        <w:t>[She is a teacher, she studied at "Ohr HaChaim"]</w:t>
      </w:r>
    </w:p>
    <w:p>
      <w:r>
        <w:t>At..</w:t>
      </w:r>
    </w:p>
    <w:p>
      <w:r>
        <w:t>["Ohr HaChaim"]</w:t>
      </w:r>
    </w:p>
    <w:p>
      <w:r>
        <w:t>At "Ohr HaChaim"</w:t>
      </w:r>
    </w:p>
    <w:p>
      <w:r>
        <w:t>[Yes, do you know where "Ohr HaChaim" is? In Bnei Brak]</w:t>
      </w:r>
    </w:p>
    <w:p>
      <w:r>
        <w:t>In Bnei Brak</w:t>
      </w:r>
    </w:p>
    <w:p>
      <w:r>
        <w:t>[That is where Rabbi Teichner's mother is a supervisor]</w:t>
      </w:r>
    </w:p>
    <w:p>
      <w:r>
        <w:t>Yes? Yes? Nu, and she did not, did not, did not know about her?</w:t>
      </w:r>
    </w:p>
    <w:p>
      <w:r>
        <w:t>[Now I told Rabbi Teichner, and Rabbi Teichner told his mother, and said to me:</w:t>
      </w:r>
    </w:p>
    <w:p>
      <w:r>
        <w:t>"Listen, you have a girl from Heaven"]</w:t>
      </w:r>
    </w:p>
    <w:p>
      <w:r>
        <w:t>{… Good, good, good}</w:t>
      </w:r>
    </w:p>
    <w:p>
      <w:r>
        <w:t>[From the Holy One, blessed is He]</w:t>
      </w:r>
    </w:p>
    <w:p>
      <w:r>
        <w:t>Ah, never forget to thank and praise Hashem, for this great miracle, and this great kindness that we have no, we have no conception, it is a kindness, it is a treasure, the treasure of all treasures</w:t>
      </w:r>
    </w:p>
    <w:p>
      <w:r>
        <w:t>Ah…</w:t>
      </w:r>
    </w:p>
    <w:p>
      <w:r>
        <w:t>...Master of the World, Master of the World, oy, oy, oy, ay, ay..</w:t>
      </w:r>
    </w:p>
    <w:p>
      <w:r>
        <w:t>And afterward, with the help of Hashem blessed be He, I want to merit to be at the bris milah and at the wedding</w:t>
      </w:r>
    </w:p>
    <w:p>
      <w:r>
        <w:t>[Oh, with Hashem's help]</w:t>
      </w:r>
    </w:p>
    <w:p>
      <w:r>
        <w:t>{And at your joyous occasion}</w:t>
      </w:r>
    </w:p>
    <w:p>
      <w:r>
        <w:t>[With Hashem's help]</w:t>
      </w:r>
    </w:p>
    <w:p>
      <w:r>
        <w:t>Yes, I have, Baruch Hashem, I have time, I have a blessing from.. I have a blessing from our holy Rabbainu</w:t>
      </w:r>
    </w:p>
    <w:p>
      <w:r>
        <w:t>[Yes?]</w:t>
      </w:r>
    </w:p>
    <w:p>
      <w:r>
        <w:t>Yes</w:t>
      </w:r>
    </w:p>
    <w:p>
      <w:r>
        <w:t>[For the bris milah or what, or for the wedding?]</w:t>
      </w:r>
    </w:p>
    <w:p>
      <w:r>
        <w:t>Eh?</w:t>
      </w:r>
    </w:p>
    <w:p>
      <w:r>
        <w:t>[Why?]</w:t>
      </w:r>
    </w:p>
    <w:p>
      <w:r>
        <w:t>I have a blessing from our holy Rabbainu</w:t>
      </w:r>
    </w:p>
    <w:p>
      <w:r>
        <w:t>[Yes?]</w:t>
      </w:r>
    </w:p>
    <w:p>
      <w:r>
        <w:t>That I will live a long life</w:t>
      </w:r>
    </w:p>
    <w:p>
      <w:r>
        <w:t>[With Hashem's help, with the help of the Holy King]</w:t>
      </w:r>
    </w:p>
    <w:p>
      <w:r>
        <w:t>Only I, who, who knows? God forbid, perhaps sin will cause it, I, but, but I have a blessing</w:t>
      </w:r>
    </w:p>
    <w:p>
      <w:r>
        <w:t>And not one thing from his words returns empty and void, everything that he said, we see</w:t>
      </w:r>
    </w:p>
    <w:p>
      <w:r>
        <w:t>I drew close to our holy Rabbainu seventy, about seventy years ago</w:t>
      </w:r>
    </w:p>
    <w:p>
      <w:r>
        <w:t>[Yes]</w:t>
      </w:r>
    </w:p>
    <w:p>
      <w:r>
        <w:t>And I managed to suffer, to suffer from this, what I suffered</w:t>
      </w:r>
    </w:p>
    <w:p>
      <w:r>
        <w:t>You know there was great opposition from the whole world</w:t>
      </w:r>
    </w:p>
    <w:p>
      <w:r>
        <w:t>[Opposition to Breslov, I know]</w:t>
      </w:r>
    </w:p>
    <w:p>
      <w:r>
        <w:t>Yes, and I, in the place where I lived in Teveria, in Tzfas, was the root of the opponents</w:t>
      </w:r>
    </w:p>
    <w:p>
      <w:r>
        <w:t>[Yes?]</w:t>
      </w:r>
    </w:p>
    <w:p>
      <w:r>
        <w:t>{Nu} great ones, great ones</w:t>
      </w:r>
    </w:p>
    <w:p>
      <w:r>
        <w:t>[Of the opponents]</w:t>
      </w:r>
    </w:p>
    <w:p>
      <w:r>
        <w:t>Chassidim and.. yes, and they were all opposed to me, and called me, and called me a "traitor," I..</w:t>
      </w:r>
    </w:p>
    <w:p>
      <w:r>
        <w:t>But what I suffered, it is impossible to tell and impossible to explain</w:t>
      </w:r>
    </w:p>
    <w:p>
      <w:r>
        <w:t>So I suffered very much, and it was not, not my will to have this</w:t>
      </w:r>
    </w:p>
    <w:p>
      <w:r>
        <w:t>But I, now I see the greatness, the greatness of the value of, of..</w:t>
      </w:r>
    </w:p>
    <w:p>
      <w:r>
        <w:t>Of the suffering and anguish that one suffers for a holy matter</w:t>
      </w:r>
    </w:p>
    <w:p>
      <w:r>
        <w:t>[Today one sees it, after a certain time one sees the..]</w:t>
      </w:r>
    </w:p>
    <w:p>
      <w:r>
        <w:t>Yes, yes, yes, afterward one sees</w:t>
      </w:r>
    </w:p>
    <w:p>
      <w:r>
        <w:t>[The good]</w:t>
      </w:r>
    </w:p>
    <w:p>
      <w:r>
        <w:t>Ah, Baruch Hashem, Baruch Hashem</w:t>
      </w:r>
    </w:p>
    <w:p>
      <w:r>
        <w:t>["Taste and see that Hashem is good"]</w:t>
      </w:r>
    </w:p>
    <w:p>
      <w:r>
        <w:t>Oy vey, oy vey, {…..}, oy, oy</w:t>
      </w:r>
    </w:p>
    <w:p>
      <w:r>
        <w:t>Perhaps there is a glass of tea?…</w:t>
      </w:r>
    </w:p>
    <w:p>
      <w:r>
        <w:t>...[The engagement, with Hashem's help, this you know, so that you will have no doubts</w:t>
      </w:r>
    </w:p>
    <w:p>
      <w:r>
        <w:t>It is women separately, men separately, certainly]</w:t>
      </w:r>
    </w:p>
    <w:p>
      <w:r>
        <w:t>Ah</w:t>
      </w:r>
    </w:p>
    <w:p>
      <w:r>
        <w:t>[With Hashem's help, everything is kosher and upright]</w:t>
      </w:r>
    </w:p>
    <w:p>
      <w:r>
        <w:t>{Baruch}, Baruch Hashem, Baruch Hashem</w:t>
      </w:r>
    </w:p>
    <w:p>
      <w:r>
        <w:t>[Kosher and upright]</w:t>
      </w:r>
    </w:p>
    <w:p>
      <w:r>
        <w:t>From every side, from all sides</w:t>
      </w:r>
    </w:p>
    <w:p>
      <w:r>
        <w:t>[From all sides, there are people there, Baruch Hashem, there are God-fearing people there]</w:t>
      </w:r>
    </w:p>
    <w:p>
      <w:r>
        <w:t>Yes, brothers, her brothers</w:t>
      </w:r>
    </w:p>
    <w:p>
      <w:r>
        <w:t>[Her brothers, her brother too, Baruch Hashem, excellent]</w:t>
      </w:r>
    </w:p>
    <w:p>
      <w:r>
        <w:t>Yes?</w:t>
      </w:r>
    </w:p>
    <w:p>
      <w:r>
        <w:t>[She has two more sisters, Baruch Hashem]</w:t>
      </w:r>
    </w:p>
    <w:p>
      <w:r>
        <w:t>Perhaps you will merit to tell them about our holy Rabbainu, this, this surpasses everything</w:t>
      </w:r>
    </w:p>
    <w:p>
      <w:r>
        <w:t>Slowly, slowly</w:t>
      </w:r>
    </w:p>
    <w:p>
      <w:r>
        <w:t>[And the parents, Baruch Hashem, her parents' family]</w:t>
      </w:r>
    </w:p>
    <w:p>
      <w:r>
        <w:t>{….}</w:t>
      </w:r>
    </w:p>
    <w:p>
      <w:r>
        <w:t>[One, one tzaddik, a tzaddik]</w:t>
      </w:r>
    </w:p>
    <w:p>
      <w:r>
        <w:t>Oy, oy, oy</w:t>
      </w:r>
    </w:p>
    <w:p>
      <w:r>
        <w:t>[Tzaddikim, they are Torah and Torah, and Torah, and Torah]</w:t>
      </w:r>
    </w:p>
    <w:p>
      <w:r>
        <w:t>Yes, in the merit, in the merit, in the merit that you merited to draw close to our holy Rabbainu, this..</w:t>
      </w:r>
    </w:p>
    <w:p>
      <w:r>
        <w:t>He, he gives us all kinds of counsel, all kinds of salvations</w:t>
      </w:r>
    </w:p>
    <w:p>
      <w:r>
        <w:t>That you merited to draw close to our holy Rabbainu in truth and with faith, this</w:t>
      </w:r>
    </w:p>
    <w:p>
      <w:r>
        <w:t>This thing will bring upon you all, all the blessings in the world, all the good bounty, all the blessings, yes [Rebbe Yisroel, without a vow, I want you to recite one of the blessings at my wedding, without a vow] No, no</w:t>
      </w:r>
    </w:p>
    <w:p>
      <w:r>
        <w:t>[Why not?]</w:t>
      </w:r>
    </w:p>
    <w:p>
      <w:r>
        <w:t>I have no strength and I have no..</w:t>
      </w:r>
    </w:p>
    <w:p>
      <w:r>
        <w:t>[Blessing]</w:t>
      </w:r>
    </w:p>
    <w:p>
      <w:r>
        <w:t>I have no voice, I have no voice</w:t>
      </w:r>
    </w:p>
    <w:p>
      <w:r>
        <w:t>[There is a microphone today]</w:t>
      </w:r>
    </w:p>
    <w:p>
      <w:r>
        <w:t>Perhaps, one blessing perhaps</w:t>
      </w:r>
    </w:p>
    <w:p>
      <w:r>
        <w:t>[Yes, a blessing]</w:t>
      </w:r>
    </w:p>
    <w:p>
      <w:r>
        <w:t>A blessing</w:t>
      </w:r>
    </w:p>
    <w:p>
      <w:r>
        <w:t>[Without a vow, with Hashem's help]</w:t>
      </w:r>
    </w:p>
    <w:p>
      <w:r>
        <w:t>{…}, when are you thinking of making the..</w:t>
      </w:r>
    </w:p>
    <w:p>
      <w:r>
        <w:t>[In Cheshvan, without a vow]</w:t>
      </w:r>
    </w:p>
    <w:p>
      <w:r>
        <w:t>In Cheshvan</w:t>
      </w:r>
    </w:p>
    <w:p>
      <w:r>
        <w:t>[Cheshvan]</w:t>
      </w:r>
    </w:p>
    <w:p>
      <w:r>
        <w:t>{..}</w:t>
      </w:r>
    </w:p>
    <w:p>
      <w:r>
        <w:t>[Middle, end of Cheshvan]</w:t>
      </w:r>
    </w:p>
    <w:p>
      <w:r>
        <w:t>Certainly</w:t>
      </w:r>
    </w:p>
    <w:p>
      <w:r>
        <w:t>[One needs to prepare, one needs to learn a great deal]</w:t>
      </w:r>
    </w:p>
    <w:p>
      <w:r>
        <w:t>Yes, yes, Baruch Hashem, Baruch Hashem, how, does she have an apartment? Does she have, does she have money?</w:t>
      </w:r>
    </w:p>
    <w:p>
      <w:r>
        <w:t>She, is she a teacher?</w:t>
      </w:r>
    </w:p>
    <w:p>
      <w:r>
        <w:t>[We will manage, with Hashem's help]</w:t>
      </w:r>
    </w:p>
    <w:p>
      <w:r>
        <w:t>Yes, with Hashem's help</w:t>
      </w:r>
    </w:p>
    <w:p>
      <w:r>
        <w:t>[My parents are prepared to help me with everything, but we will manage]</w:t>
      </w:r>
    </w:p>
    <w:p>
      <w:r>
        <w:t>Ah, yes, your parents</w:t>
      </w:r>
    </w:p>
    <w:p>
      <w:r>
        <w:t>[My parents and hers]</w:t>
      </w:r>
    </w:p>
    <w:p>
      <w:r>
        <w:t>Do they have, do they have {what if} a livelihood?</w:t>
      </w:r>
    </w:p>
    <w:p>
      <w:r>
        <w:t>[They have fear of Heaven, more than money]</w:t>
      </w:r>
    </w:p>
    <w:p>
      <w:r>
        <w:t>Ah</w:t>
      </w:r>
    </w:p>
    <w:p>
      <w:r>
        <w:t>[Everything is the Holy One, blessed be He, the Holy One, blessed be He will help]</w:t>
      </w:r>
    </w:p>
    <w:p>
      <w:r>
        <w:t>{Are they Chareidi} your parents?</w:t>
      </w:r>
    </w:p>
    <w:p>
      <w:r>
        <w:t>[My parents?]</w:t>
      </w:r>
    </w:p>
    <w:p>
      <w:r>
        <w:t>So-so, so-so</w:t>
      </w:r>
    </w:p>
    <w:p>
      <w:r>
        <w:t>[So-so, so-so]</w:t>
      </w:r>
    </w:p>
    <w:p>
      <w:r>
        <w:t>Nu, may Hashem blessed be He have mercy on them</w:t>
      </w:r>
    </w:p>
    <w:p>
      <w:r>
        <w:t>[But with Hashem's help they will all return one day]</w:t>
      </w:r>
    </w:p>
    <w:p>
      <w:r>
        <w:t>All, everyone, yes</w:t>
      </w:r>
    </w:p>
    <w:p>
      <w:r>
        <w:t>["Behold, days are coming, says Hashem"]</w:t>
      </w:r>
    </w:p>
    <w:p>
      <w:r>
        <w:t>Baruch Hashem, oy, oy, oy, oy, oy, oy, I know, I see now…</w:t>
      </w:r>
    </w:p>
    <w:p>
      <w:r>
        <w:t>...Our holy Rabbainu traveled to Eretz Yisroel during wartime</w:t>
      </w:r>
    </w:p>
    <w:p>
      <w:r>
        <w:t>And there is a great story, what he went through, {…} presumably you saw it?</w:t>
      </w:r>
    </w:p>
    <w:p>
      <w:r>
        <w:t>[Yes]</w:t>
      </w:r>
    </w:p>
    <w:p>
      <w:r>
        <w:t>Yes, and Baruch Hashem he came to Eretz Yisroel in peace, and returned in peace by way of wondrous miracles</w:t>
      </w:r>
    </w:p>
    <w:p>
      <w:r>
        <w:t>What, what is impossible to grasp</w:t>
      </w:r>
    </w:p>
    <w:p>
      <w:r>
        <w:t>And when he came from Eretz Yisroel, there was the righteous Rav, the Maggid from the city of Trovitsa, Trovitsa</w:t>
      </w:r>
    </w:p>
    <w:p>
      <w:r>
        <w:t>He was unique, he was an old man, and our holy Rabbainu was like a child, twenty-something years old</w:t>
      </w:r>
    </w:p>
    <w:p>
      <w:r>
        <w:t>And he was, he knew him, the Baal Shem Tov, the Maggid of Trovitsa</w:t>
      </w:r>
    </w:p>
    <w:p>
      <w:r>
        <w:t>He was a gaon and a very great tzaddik, and he was a disciple of the Baal Shem Tov</w:t>
      </w:r>
    </w:p>
    <w:p>
      <w:r>
        <w:t>And he was unique among the true tzaddikim, he was the only one who nullified himself before our holy Rabbainu</w:t>
      </w:r>
    </w:p>
    <w:p>
      <w:r>
        <w:t>And said to him: that you are Rebbe</w:t>
      </w:r>
    </w:p>
    <w:p>
      <w:r>
        <w:t>[..]</w:t>
      </w:r>
    </w:p>
    <w:p>
      <w:r>
        <w:t>Do you know of this? It is in "Chayei Moharan" {……}</w:t>
      </w:r>
    </w:p>
    <w:p>
      <w:r>
        <w:t>And when he came from Eretz Yisroel, our holy Rabbainu was in some village, not far from him, from the Maggid of Trovitsa</w:t>
      </w:r>
    </w:p>
    <w:p>
      <w:r>
        <w:t>He, he traveled through there, and the village where Rabbainu was, was not far from Trovitsa</w:t>
      </w:r>
    </w:p>
    <w:p>
      <w:r>
        <w:t>And.. and he, and it became known to him that our holy Rabbainu had come, Baruch Hashem, from Eretz Yisroel, and he was in the village</w:t>
      </w:r>
    </w:p>
    <w:p>
      <w:r>
        <w:t>And then he he, he was, not, was not ready, dressed, was not ready for the journey, he needed to dress and..</w:t>
      </w:r>
    </w:p>
    <w:p>
      <w:r>
        <w:t>So he immediately began to run, and said, and said, that they should follow him with a wagon</w:t>
      </w:r>
    </w:p>
    <w:p>
      <w:r>
        <w:t>And he ran with such force, such speed, that he arrived before the wagon; the wagon set out immediately after him</w:t>
      </w:r>
    </w:p>
    <w:p>
      <w:r>
        <w:t>And he came to our holy Rabbainu before the wagon came, because such fervor</w:t>
      </w:r>
    </w:p>
    <w:p>
      <w:r>
        <w:t>He was unique among the great tzaddikim, in that he recognized the, the, somewhat the greatness of our holy Rabbainu</w:t>
      </w:r>
    </w:p>
    <w:p>
      <w:r>
        <w:t>And he was an old man, said, said to Rabbainu: "You are my Rebbe," yes</w:t>
      </w:r>
    </w:p>
    <w:p>
      <w:r>
        <w:t>And it was truly, not, not, not, not just merely with the mouth, mere speech</w:t>
      </w:r>
    </w:p>
    <w:p>
      <w:r>
        <w:t>[By how many years was he older than him?]</w:t>
      </w:r>
    </w:p>
    <w:p>
      <w:r>
        <w:t>Eh?</w:t>
      </w:r>
    </w:p>
    <w:p>
      <w:r>
        <w:t>[By how many years was the..]</w:t>
      </w:r>
    </w:p>
    <w:p>
      <w:r>
        <w:t>The Maggid?</w:t>
      </w:r>
    </w:p>
    <w:p>
      <w:r>
        <w:t>[Was the Maggid older than the Rebbe, than Rabbainu?]</w:t>
      </w:r>
    </w:p>
    <w:p>
      <w:r>
        <w:t>He was an old man, eighty, eighty years old, he ran like, like, like a child</w:t>
      </w:r>
    </w:p>
    <w:p>
      <w:r>
        <w:t>He ran to see our holy Rabbainu when he came from Eretz Yisroel</w:t>
      </w:r>
    </w:p>
    <w:p>
      <w:r>
        <w:t>[How old was Rabbainu when he was in the Land?]</w:t>
      </w:r>
    </w:p>
    <w:p>
      <w:r>
        <w:t>Once.., Rabbainu?</w:t>
      </w:r>
    </w:p>
    <w:p>
      <w:r>
        <w:t>[How old was Rabbainu?]</w:t>
      </w:r>
    </w:p>
    <w:p>
      <w:r>
        <w:t>Rabbainu was about twenty, twenty, twenty-eight, twenty-six years, and seven years</w:t>
      </w:r>
    </w:p>
    <w:p>
      <w:r>
        <w:t>When he came from Eretz Yisroel</w:t>
      </w:r>
    </w:p>
    <w:p>
      <w:r>
        <w:t>Once.., it is written in "Chayei Moharan," came, the Maggid had, he was a gaon</w:t>
      </w:r>
    </w:p>
    <w:p>
      <w:r>
        <w:t>And he, there is an approbation from him on the "Shulchan Aruch" of the Rav, of the Tanya</w:t>
      </w:r>
    </w:p>
    <w:p>
      <w:r>
        <w:t>[On the "Shulchan Aruch," or on the siddur?]</w:t>
      </w:r>
    </w:p>
    <w:p>
      <w:r>
        <w:t>Eh?</w:t>
      </w:r>
    </w:p>
    <w:p>
      <w:r>
        <w:t>[On the "Shulchan Aruch," or on the siddur]</w:t>
      </w:r>
    </w:p>
    <w:p>
      <w:r>
        <w:t>Of, of the Tanya, of..</w:t>
      </w:r>
    </w:p>
    <w:p>
      <w:r>
        <w:t>[On the "Shulchan Aruch" of the Tanya?]</w:t>
      </w:r>
    </w:p>
    <w:p>
      <w:r>
        <w:t>On his "Shulchan Aruch"</w:t>
      </w:r>
    </w:p>
    <w:p>
      <w:r>
        <w:t>[Or on the siddur of the Tanya?]</w:t>
      </w:r>
    </w:p>
    <w:p>
      <w:r>
        <w:t>No, no, no, on the "Shulchan Aruch," on, on some book of his, on his books</w:t>
      </w:r>
    </w:p>
    <w:p>
      <w:r>
        <w:t>Nu, it appears from this, that he was not.., after all this is just some, just</w:t>
      </w:r>
    </w:p>
    <w:p>
      <w:r>
        <w:t>He had some matter, a very deep matter, and.. and it was very difficult for him</w:t>
      </w:r>
    </w:p>
    <w:p>
      <w:r>
        <w:t>And he was by several great, holy tzaddikim, and asked them about it</w:t>
      </w:r>
    </w:p>
    <w:p>
      <w:r>
        <w:t>And they told him some answer, but he was not satisfied</w:t>
      </w:r>
    </w:p>
    <w:p>
      <w:r>
        <w:t>And he, {and he began} to think that he would ask Rabbainu</w:t>
      </w:r>
    </w:p>
    <w:p>
      <w:r>
        <w:t>And he came to Rabbainu, and our holy Rabbainu told him a Torah about it, about that which was difficult for him, and he {said} yes and when he heard this Torah from Rabbainu's mouth, then he saw that it was not human intellect, this, this, this was very awesome; he went out of his mind, and he thought, that such a Torah could not be put into writing</w:t>
      </w:r>
    </w:p>
    <w:p>
      <w:r>
        <w:t>Afterward Rebbe Nassan came and wrote this Torah, and he put it in writing, {yes}</w:t>
      </w:r>
    </w:p>
    <w:p>
      <w:r>
        <w:t>Then he said to our holy Rabbainu: "You are a very awesome novelty"</w:t>
      </w:r>
    </w:p>
    <w:p>
      <w:r>
        <w:t>This is what the Maggid of Trovitsa said to our holy Rabbainu</w:t>
      </w:r>
    </w:p>
    <w:p>
      <w:r>
        <w:t>He saw that this, this was a wonder, a very awesome wonder</w:t>
      </w:r>
    </w:p>
    <w:p>
      <w:r>
        <w:t>Then Rabbainu said to him, he said to him that you, that you are an awesome wonder, great and very awesome</w:t>
      </w:r>
    </w:p>
    <w:p>
      <w:r>
        <w:t>Then Rabbainu said to him: "A novelty..", he said to him such a new wonder, very awesome</w:t>
      </w:r>
    </w:p>
    <w:p>
      <w:r>
        <w:t>"You are a very awesome novelty"</w:t>
      </w:r>
    </w:p>
    <w:p>
      <w:r>
        <w:t>Then Rabbainu said to him: "A novelty like me has not yet been in the world," yes</w:t>
      </w:r>
    </w:p>
    <w:p>
      <w:r>
        <w:t>And when he came from Eretz Yisroel, Rabbainu said on Shabbos, at Shalosh Seudos, at Minchah, after Minchah, at Shalosh Seudos he said this Torah, this Torah, "For, when you pass through the waters, I am with you"</w:t>
      </w:r>
    </w:p>
    <w:p>
      <w:r>
        <w:t>This Torah he said to him:</w:t>
      </w:r>
    </w:p>
    <w:p>
      <w:r>
        <w:t>“Ah, you have a portion in the.., in this some portion, {yo}, and you will be enlivened {through this}</w:t>
      </w:r>
    </w:p>
    <w:p>
      <w:r>
        <w:t>{…}</w:t>
      </w:r>
    </w:p>
    <w:p>
      <w:r>
        <w:t>[Likutey Moharan 73]</w:t>
      </w:r>
    </w:p>
    <w:p>
      <w:r>
        <w:t>73, "When you pass through the waters, I am with you"</w:t>
      </w:r>
    </w:p>
    <w:p>
      <w:r>
        <w:t>[But this is not..]</w:t>
      </w:r>
    </w:p>
    <w:p>
      <w:r>
        <w:t>{This is important\not simple}</w:t>
      </w:r>
    </w:p>
    <w:p>
      <w:r>
        <w:t>[This is not the Torah concerning which he, the Maggid of Trovitsa, had the question?] Eh?</w:t>
      </w:r>
    </w:p>
    <w:p>
      <w:r>
        <w:t>[Isn't this the teaching about which the Maggid of Trovitz had the question—is this that teaching?]</w:t>
      </w:r>
    </w:p>
    <w:p>
      <w:r>
        <w:t>After the journey from the Land of Israel, after he returned from the journey to the Land of Israel</w:t>
      </w:r>
    </w:p>
    <w:p>
      <w:r>
        <w:t>It was on Shabbos; he said a teaching on Shabbos night, and also at the Third Meal; at the Third Meal he also said a teaching</w:t>
      </w:r>
    </w:p>
    <w:p>
      <w:r>
        <w:t>And this is, this is the teaching of the {Third Meal}</w:t>
      </w:r>
    </w:p>
    <w:p>
      <w:r>
        <w:t>[“When you pass through the waters, I am with you”; and behold, the Torah is concealed and revealed, and the Holy One, blessed be He, is also concealed and revealed. That is, what is revealed to us is the garment and the externality, and what is hidden from us is the inwardness</w:t>
      </w:r>
    </w:p>
    <w:p>
      <w:r>
        <w:t>And behold, every person must rouse himself to attain the inwardness—what is hidden from him</w:t>
      </w:r>
    </w:p>
    <w:p>
      <w:r>
        <w:t>But how can he reach what is hidden from him? Through prayer for its own sake, by binding the thought to the speech]</w:t>
      </w:r>
    </w:p>
    <w:p>
      <w:r>
        <w:t>{{….. ….}} prayer for its own sake</w:t>
      </w:r>
    </w:p>
    <w:p>
      <w:r>
        <w:t>[Yes]</w:t>
      </w:r>
    </w:p>
    <w:p>
      <w:r>
        <w:t>{Yo}, that he bind..</w:t>
      </w:r>
    </w:p>
    <w:p>
      <w:r>
        <w:t>[What is prayer for its own sake? What is called prayer for its own sake?]</w:t>
      </w:r>
    </w:p>
    <w:p>
      <w:r>
        <w:t>Yes</w:t>
      </w:r>
    </w:p>
    <w:p>
      <w:r>
        <w:t>[That he bind the thought to the speech of the prayer with a firm and strong bond</w:t>
      </w:r>
    </w:p>
    <w:p>
      <w:r>
        <w:t>For the Holy One, blessed be He, yearns for the prayers of the righteous. And why? Because the Holy One, blessed be He, desires kindness—He] desires kindness</w:t>
      </w:r>
    </w:p>
    <w:p>
      <w:r>
        <w:t>[And always wants to bestow beneficences and blessings.. And the beneficence cannot, and no beneficence can descend]</w:t>
      </w:r>
    </w:p>
    <w:p>
      <w:r>
        <w:t>Yes</w:t>
      </w:r>
    </w:p>
    <w:p>
      <w:r>
        <w:t>[Except through a vessel called ‘ani’]</w:t>
      </w:r>
    </w:p>
    <w:p>
      <w:r>
        <w:t>‘Ani’</w:t>
      </w:r>
    </w:p>
    <w:p>
      <w:r>
        <w:t>[As it is said: ‘And I will bless them’]</w:t>
      </w:r>
    </w:p>
    <w:p>
      <w:r>
        <w:t>‘And I will bless them’; ani—this is the blessing of.. this is all the blessings; the bounty and the blessing are through the vessel ‘ani’</w:t>
      </w:r>
    </w:p>
    <w:p>
      <w:r>
        <w:t>“And I will bless them”</w:t>
      </w:r>
    </w:p>
    <w:p>
      <w:r>
        <w:t>[And the aforementioned vessel is made by each Jew when he prays in a manner in which he binds the thought to the speech] to the speech</w:t>
      </w:r>
    </w:p>
    <w:p>
      <w:r>
        <w:t>[For every Jew is called a tzaddik, as it is said: ‘And Your people are all tzaddikim’]</w:t>
      </w:r>
    </w:p>
    <w:p>
      <w:r>
        <w:t>‘All tzaddikim’</w:t>
      </w:r>
    </w:p>
    <w:p>
      <w:r>
        <w:t>[And the tzaddik is called ‘aleph’]</w:t>
      </w:r>
    </w:p>
    <w:p>
      <w:r>
        <w:t>‘Aleph’</w:t>
      </w:r>
    </w:p>
    <w:p>
      <w:r>
        <w:t>[From the expression ‘alufeinu mesubalim’]</w:t>
      </w:r>
    </w:p>
    <w:p>
      <w:r>
        <w:t>‘Alufeinu’</w:t>
      </w:r>
    </w:p>
    <w:p>
      <w:r>
        <w:t>[And the ‘nun’ is called speech, because speech is malchus]</w:t>
      </w:r>
    </w:p>
    <w:p>
      <w:r>
        <w:t>Malchus is the mouth</w:t>
      </w:r>
    </w:p>
    <w:p>
      <w:r>
        <w:t>[In the manner of “malchus is the mouth”]</w:t>
      </w:r>
    </w:p>
    <w:p>
      <w:r>
        <w:t>Nu</w:t>
      </w:r>
    </w:p>
    <w:p>
      <w:r>
        <w:t>[And malchus is called ‘nun,’ as it is written: ‘May his name endure—yinon’]</w:t>
      </w:r>
    </w:p>
    <w:p>
      <w:r>
        <w:t>‘May his name endure—yinon’; Rashi explained</w:t>
      </w:r>
    </w:p>
    <w:p>
      <w:r>
        <w:t>[Rashi explained: “An expression of kingship,” and the yud..]</w:t>
      </w:r>
    </w:p>
    <w:p>
      <w:r>
        <w:t>‘Yinon’ is an expression of kingship</w:t>
      </w:r>
    </w:p>
    <w:p>
      <w:r>
        <w:t>[And the ‘yud’ is made through thought]</w:t>
      </w:r>
    </w:p>
    <w:p>
      <w:r>
        <w:t>And ‘yinon’ is ‘nun’</w:t>
      </w:r>
    </w:p>
    <w:p>
      <w:r>
        <w:t>[Yes, malchus is called ‘nun,’ as it is written: ‘May his name endure—yinon’; Rashi's explanation: “An expression of kingship”]</w:t>
      </w:r>
    </w:p>
    <w:p>
      <w:r>
        <w:t>So we already have ‘aleph’ and ‘nun’</w:t>
      </w:r>
    </w:p>
    <w:p>
      <w:r>
        <w:t>[Now the ‘yud’]</w:t>
      </w:r>
    </w:p>
    <w:p>
      <w:r>
        <w:t>Now {we need, this is} the letter ‘yud’</w:t>
      </w:r>
    </w:p>
    <w:p>
      <w:r>
        <w:t>[And the ‘yud’ is made through thought]</w:t>
      </w:r>
    </w:p>
    <w:p>
      <w:r>
        <w:t>Ah, nu</w:t>
      </w:r>
    </w:p>
    <w:p>
      <w:r>
        <w:t>[Which he binds to the speech, as mentioned above]</w:t>
      </w:r>
    </w:p>
    <w:p>
      <w:r>
        <w:t>Ah</w:t>
      </w:r>
    </w:p>
    <w:p>
      <w:r>
        <w:t>[For thought is called ‘yud,’ as it is written:]</w:t>
      </w:r>
    </w:p>
    <w:p>
      <w:r>
        <w:t>So</w:t>
      </w:r>
    </w:p>
    <w:p>
      <w:r>
        <w:t>[“Then Moshe will sing,” and Rashi explained: “‘Yud’ was said in reference to the thought”]</w:t>
      </w:r>
    </w:p>
    <w:p>
      <w:r>
        <w:t>‘Yud’ {{this is in reference to the thought}}</w:t>
      </w:r>
    </w:p>
    <w:p>
      <w:r>
        <w:t>[And the vessel called ‘ani’ is completed]</w:t>
      </w:r>
    </w:p>
    <w:p>
      <w:r>
        <w:t>Ah, ‘ani’</w:t>
      </w:r>
    </w:p>
    <w:p>
      <w:r>
        <w:t>[And the bounty descends and is completed, and the bounty descends and the desire of Hashem, blessed be He, is fulfilled, for He desires kindness]</w:t>
      </w:r>
    </w:p>
    <w:p>
      <w:r>
        <w:t>{Yo}</w:t>
      </w:r>
    </w:p>
    <w:p>
      <w:r>
        <w:t>[And therefore Hashem, blessed be He]</w:t>
      </w:r>
    </w:p>
    <w:p>
      <w:r>
        <w:t>Yearns</w:t>
      </w:r>
    </w:p>
    <w:p>
      <w:r>
        <w:t>[Yearns for their prayers. And it is known that one who receives pleasure from another is called ‘nukva,’ meaning, in relation to him] in relation to him</w:t>
      </w:r>
    </w:p>
    <w:p>
      <w:r>
        <w:t>[And it follows]</w:t>
      </w:r>
    </w:p>
    <w:p>
      <w:r>
        <w:t>Yes</w:t>
      </w:r>
    </w:p>
    <w:p>
      <w:r>
        <w:t>[When Hashem, blessed be He, receives pleasure from the Jewish people from their prayers, He becomes, as it were, a nukva in relation to the Jewish people</w:t>
      </w:r>
    </w:p>
    <w:p>
      <w:r>
        <w:t>And this is what is written: “A woman, a pleasing aroma to Hashem”</w:t>
      </w:r>
    </w:p>
    <w:p>
      <w:r>
        <w:t>For through the pleasing aroma that Hashem, blessed be He, receives from the prayers of the Jewish people, He is made in the mystery of ‘woman’]</w:t>
      </w:r>
    </w:p>
    <w:p>
      <w:r>
        <w:t>‘A woman,’ “A woman, a pleasing aroma to Hashem,” {and what pleasing aroma}</w:t>
      </w:r>
    </w:p>
    <w:p>
      <w:r>
        <w:t>[“And a female shall surround a man”]</w:t>
      </w:r>
    </w:p>
    <w:p>
      <w:r>
        <w:t>Shall surround a man</w:t>
      </w:r>
    </w:p>
    <w:p>
      <w:r>
        <w:t>[If so, the inwardness becomes externality]</w:t>
      </w:r>
    </w:p>
    <w:p>
      <w:r>
        <w:t>Externality is an expression of ‘garment,’ {this, this is a garment}</w:t>
      </w:r>
    </w:p>
    <w:p>
      <w:r>
        <w:t>[Yo, and this is the explanation of the verse: “When you pass through the waters”; “and you pass” is an expression of ‘revelation’]</w:t>
      </w:r>
    </w:p>
    <w:p>
      <w:r>
        <w:t>‘Revelation’</w:t>
      </w:r>
    </w:p>
    <w:p>
      <w:r>
        <w:t>[As it is written: “And Hashem will pass through to smite Egypt,” and Onkelos translated]</w:t>
      </w:r>
    </w:p>
    <w:p>
      <w:r>
        <w:t>Yo</w:t>
      </w:r>
    </w:p>
    <w:p>
      <w:r>
        <w:t>[‘And Hashem will reveal Himself’]</w:t>
      </w:r>
    </w:p>
    <w:p>
      <w:r>
        <w:t>{‘And He will reveal Himself’}</w:t>
      </w:r>
    </w:p>
    <w:p>
      <w:r>
        <w:t>[And “water means only Torah”]</w:t>
      </w:r>
    </w:p>
    <w:p>
      <w:r>
        <w:t>Only Torah</w:t>
      </w:r>
    </w:p>
    <w:p>
      <w:r>
        <w:t>[And the explanation is: when you want what is hidden in the Torah to be revealed to you, ‘ani is with you’</w:t>
      </w:r>
    </w:p>
    <w:p>
      <w:r>
        <w:t>That is, see to it that you make the vessel called ‘ani,’ as mentioned above]</w:t>
      </w:r>
    </w:p>
    <w:p>
      <w:r>
        <w:t>‘Ani,’ this is to con.. when one merits to bind the thought to the speech, to the speech</w:t>
      </w:r>
    </w:p>
    <w:p>
      <w:r>
        <w:t>Every word that comes out in the prayer—the entire thought must be there; not to cause, not to think about some, some matter, even anything in the world; only the thought should be bound to the word that he brings out of his mouth…</w:t>
      </w:r>
    </w:p>
    <w:p>
      <w:r>
        <w:t>...May He have mercy on Malkiel; he, he is a very precious soul. His faith and trust—this is wondrous and awesome</w:t>
      </w:r>
    </w:p>
    <w:p>
      <w:r>
        <w:t>He doesn't have.. Always, he is always joyful, {yes}</w:t>
      </w:r>
    </w:p>
    <w:p>
      <w:r>
        <w:t>[That is how one must be, always joyful]</w:t>
      </w:r>
    </w:p>
    <w:p>
      <w:r>
        <w:t>He has no money, he has none; Hashem, blessed be He, provides him everything in its proper time, and in its time—what he needs</w:t>
      </w:r>
    </w:p>
    <w:p>
      <w:r>
        <w:t>I heard {from him} wonders, wonders</w:t>
      </w:r>
    </w:p>
    <w:p>
      <w:r>
        <w:t>He owed one man money, so he went—he does not want {to hold back} other people's money for himself—he, he went to pay him back; then he took out more money, and returned it to him, and gave him more money, and more stories like these. He is a master, a master of miracles</w:t>
      </w:r>
    </w:p>
    <w:p>
      <w:r>
        <w:t>[That is the Holy One, blessed be He]</w:t>
      </w:r>
    </w:p>
    <w:p>
      <w:r>
        <w:t>He—his faith and his truth, it is very awesome</w:t>
      </w:r>
    </w:p>
    <w:p>
      <w:r>
        <w:t>[One must believe in this path, believe strongly, and accept it</w:t>
      </w:r>
    </w:p>
    <w:p>
      <w:r>
        <w:t>Every thing, every step, every pace, every finger, every movement—the Holy One, blessed be He]</w:t>
      </w:r>
    </w:p>
    <w:p>
      <w:r>
        <w:t>Blessed is Hashem, blessed is Hashem, ah, ah</w:t>
      </w:r>
    </w:p>
    <w:p>
      <w:r>
        <w:t>“May You gladden”; this is great joy. And give thanks and acknowledgment to Hashem, blessed be He, for this great miracle and kindness. You have truly been renewed; these are life, new life</w:t>
      </w:r>
    </w:p>
    <w:p>
      <w:r>
        <w:t>[Yes]</w:t>
      </w:r>
    </w:p>
    <w:p>
      <w:r>
        <w:t>New life</w:t>
      </w:r>
    </w:p>
    <w:p>
      <w:r>
        <w:t>One sees that this is from Hashem, from Heaven, without, without any, without any action, without any..</w:t>
      </w:r>
    </w:p>
    <w:p>
      <w:r>
        <w:t>[Everything is directed from Above]</w:t>
      </w:r>
    </w:p>
    <w:p>
      <w:r>
        <w:t>Yes</w:t>
      </w:r>
    </w:p>
    <w:p>
      <w:r>
        <w:t>[Everything is directed]</w:t>
      </w:r>
    </w:p>
    <w:p>
      <w:r>
        <w:t>One must be careful to derive a lesson: that everything is from Hashem, blessed be He—only faith</w:t>
      </w:r>
    </w:p>
    <w:p>
      <w:r>
        <w:t>We do not understand, but faith—this is faith truly about, about.. {….} it is truth</w:t>
      </w:r>
    </w:p>
    <w:p>
      <w:r>
        <w:t>If there is faith, but in something false, it is not called faith; it, it..</w:t>
      </w:r>
    </w:p>
    <w:p>
      <w:r>
        <w:t>[Correct]</w:t>
      </w:r>
    </w:p>
    <w:p>
      <w:r>
        <w:t>Yes, blessed is Hashem, we merited to know from our holy Rabbainu, who instills in us such faith, that he..</w:t>
      </w:r>
    </w:p>
    <w:p>
      <w:r>
        <w:t>New; such faith that.. such faith that we only need to accept {….}</w:t>
      </w:r>
    </w:p>
    <w:p>
      <w:r>
        <w:t>[We need to learn]</w:t>
      </w:r>
    </w:p>
    <w:p>
      <w:r>
        <w:t>Ah, blessed is Hashem, blessed is Hashem. And I, I also see by me several, several wondrous things</w:t>
      </w:r>
    </w:p>
    <w:p>
      <w:r>
        <w:t>For example, this Aharon—he is a baal teshuva</w:t>
      </w:r>
    </w:p>
    <w:p>
      <w:r>
        <w:t>[Yes, I know]</w:t>
      </w:r>
    </w:p>
    <w:p>
      <w:r>
        <w:t>You know about this</w:t>
      </w:r>
    </w:p>
    <w:p>
      <w:r>
        <w:t>And he—I cannot bear it—he, he regards me as a great person, as..</w:t>
      </w:r>
    </w:p>
    <w:p>
      <w:r>
        <w:t>But I know the truth. I, I say to him:</w:t>
      </w:r>
    </w:p>
    <w:p>
      <w:r>
        <w:t>You need to be careful. Here, Breslov is truth, and if you believe in me, that I.. {….}</w:t>
      </w:r>
    </w:p>
    <w:p>
      <w:r>
        <w:t>This, and this is the opposite. I, I am a completely simple man</w:t>
      </w:r>
    </w:p>
    <w:p>
      <w:r>
        <w:t>Only I, I merited, through Hashem's kindness, to know a Breslover chassid</w:t>
      </w:r>
    </w:p>
    <w:p>
      <w:r>
        <w:t>What is this? If I had not known this man, my teacher Rebbe Yisroel—Rebbe Yisroel was his name</w:t>
      </w:r>
    </w:p>
    <w:p>
      <w:r>
        <w:t>[Rebbe Yisroel, what?]</w:t>
      </w:r>
    </w:p>
    <w:p>
      <w:r>
        <w:t>Rebbe Yisroel (Kardonner)</w:t>
      </w:r>
    </w:p>
    <w:p>
      <w:r>
        <w:t>[Kardonner]</w:t>
      </w:r>
    </w:p>
    <w:p>
      <w:r>
        <w:t>Kardon—he was from a city, there is Kardon, there is Kardon in Galicia, in Russia</w:t>
      </w:r>
    </w:p>
    <w:p>
      <w:r>
        <w:t>[And you merited to know him?]</w:t>
      </w:r>
    </w:p>
    <w:p>
      <w:r>
        <w:t>They call him Kardonner, Rebbe Yisroel (Kardonner), but his family name is</w:t>
      </w:r>
    </w:p>
    <w:p>
      <w:r>
        <w:t>[Yes]</w:t>
      </w:r>
    </w:p>
    <w:p>
      <w:r>
        <w:t>Halperin</w:t>
      </w:r>
    </w:p>
    <w:p>
      <w:r>
        <w:t>[Heiklin?]</w:t>
      </w:r>
    </w:p>
    <w:p>
      <w:r>
        <w:t>Halperin</w:t>
      </w:r>
    </w:p>
    <w:p>
      <w:r>
        <w:t>[Halperin?]</w:t>
      </w:r>
    </w:p>
    <w:p>
      <w:r>
        <w:t>Yes, that is his family name</w:t>
      </w:r>
    </w:p>
    <w:p>
      <w:r>
        <w:t>[Yes]</w:t>
      </w:r>
    </w:p>
    <w:p>
      <w:r>
        <w:t>And.. and he also had sorrow, sorrow, great sorrow and great suffering from drawing close to Rabbainu</w:t>
      </w:r>
    </w:p>
    <w:p>
      <w:r>
        <w:t>Because then the whole world was</w:t>
      </w:r>
    </w:p>
    <w:p>
      <w:r>
        <w:t>[an opponent]</w:t>
      </w:r>
    </w:p>
    <w:p>
      <w:r>
        <w:t>Opponents, yes, you know about that</w:t>
      </w:r>
    </w:p>
    <w:p>
      <w:r>
        <w:t>[Yes, I know that there were many opponents to the teachings of Chassidus in general, and to Breslov in particular]</w:t>
      </w:r>
    </w:p>
    <w:p>
      <w:r>
        <w:t>Yes</w:t>
      </w:r>
    </w:p>
    <w:p>
      <w:r>
        <w:t>But you know what you know, but what I know, you do not know</w:t>
      </w:r>
    </w:p>
    <w:p>
      <w:r>
        <w:t>[No, you know much more]</w:t>
      </w:r>
    </w:p>
    <w:p>
      <w:r>
        <w:t>What I saw, what I saw, what Rabbainu, the holy Rabbi Nachman, can make of a human being born of woman</w:t>
      </w:r>
    </w:p>
    <w:p>
      <w:r>
        <w:t>Such a holy man, this, this is beyond nature</w:t>
      </w:r>
    </w:p>
    <w:p>
      <w:r>
        <w:t>What I saw by him, just to hear his voice, a voice, a voice, it was pleasant</w:t>
      </w:r>
    </w:p>
    <w:p>
      <w:r>
        <w:t>And he was always cleaving to Hashem, blessed be He, particularly in Torah and prayer</w:t>
      </w:r>
    </w:p>
    <w:p>
      <w:r>
        <w:t>No, no, no, I saw, I never heard such a thing in my life</w:t>
      </w:r>
    </w:p>
    <w:p>
      <w:r>
        <w:t>Because of this I drew close, by me it was.. and Hashem, blessed be He, brought causes about, yes</w:t>
      </w:r>
    </w:p>
    <w:p>
      <w:r>
        <w:t>Causes, miracles, all of them miracles</w:t>
      </w:r>
    </w:p>
    <w:p>
      <w:r>
        <w:t>I was, from the time I came to awareness, when I was little, six, seven years old</w:t>
      </w:r>
    </w:p>
    <w:p>
      <w:r>
        <w:t>I loved the Torah and fear of Heaven and faith very much, but..</w:t>
      </w:r>
    </w:p>
    <w:p>
      <w:r>
        <w:t>But I had great bitterness, I suffered greatly from the evil inclination, there is an evil inclination, and it wants only this world</w:t>
      </w:r>
    </w:p>
    <w:p>
      <w:r>
        <w:t>It wants all, all, all of this world, all the desires and all.. nu, {….}</w:t>
      </w:r>
    </w:p>
    <w:p>
      <w:r>
        <w:t>And I saw, I was God-fearing, and I loved the Torah very much; when I saw a person who knew books</w:t>
      </w:r>
    </w:p>
    <w:p>
      <w:r>
        <w:t>And he spoke idle things {mainly}, and did not, did not guard his time, then I said:</w:t>
      </w:r>
    </w:p>
    <w:p>
      <w:r>
        <w:t>"What is this? Is he crazy? If I could, could read from a book, then I would, I would not, I would not rest</w:t>
      </w:r>
    </w:p>
    <w:p>
      <w:r>
        <w:t>No, no, I would not be idle for even one moment," yes</w:t>
      </w:r>
    </w:p>
    <w:p>
      <w:r>
        <w:t>[Yes, from the Torah]</w:t>
      </w:r>
    </w:p>
    <w:p>
      <w:r>
        <w:t>Yes</w:t>
      </w:r>
    </w:p>
    <w:p>
      <w:r>
        <w:t>I heard about all kinds of Chassidus, and only of the name 'Breslov,' I never heard in my life that there was a name 'Breslov' in the world</w:t>
      </w:r>
    </w:p>
    <w:p>
      <w:r>
        <w:t>A kind of Chassidus whose name is 'Breslov,' I did not hear, I did not hear</w:t>
      </w:r>
    </w:p>
    <w:p>
      <w:r>
        <w:t>But Hashem, blessed be He, knows, knows the heart, He knows the thought and the heart</w:t>
      </w:r>
    </w:p>
    <w:p>
      <w:r>
        <w:t>['He knows the secrets of every living thing']</w:t>
      </w:r>
    </w:p>
    <w:p>
      <w:r>
        <w:t>Yes, yes</w:t>
      </w:r>
    </w:p>
    <w:p>
      <w:r>
        <w:t>['He searches the chambers of the innards']</w:t>
      </w:r>
    </w:p>
    <w:p>
      <w:r>
        <w:t>Oh, oh, oh, yes, yes</w:t>
      </w:r>
    </w:p>
    <w:p>
      <w:r>
        <w:t>['He sees the kidneys and the heart']</w:t>
      </w:r>
    </w:p>
    <w:p>
      <w:r>
        <w:t>Yes</w:t>
      </w:r>
    </w:p>
    <w:p>
      <w:r>
        <w:t>['And nothing is hidden from before Your eyes']</w:t>
      </w:r>
    </w:p>
    <w:p>
      <w:r>
        <w:t>Yes</w:t>
      </w:r>
    </w:p>
    <w:p>
      <w:r>
        <w:t>[….]</w:t>
      </w:r>
    </w:p>
    <w:p>
      <w:r>
        <w:t>So He saw that I abandon myself and disgrace myself before people</w:t>
      </w:r>
    </w:p>
    <w:p>
      <w:r>
        <w:t>I {...}, when I saw one old and God-fearing man, then I {wanted}.., then I told him my whole heart</w:t>
      </w:r>
    </w:p>
    <w:p>
      <w:r>
        <w:t>So that he would take me out of the darkness and the desires</w:t>
      </w:r>
    </w:p>
    <w:p>
      <w:r>
        <w:t>[From the darkness, and show you the light]</w:t>
      </w:r>
    </w:p>
    <w:p>
      <w:r>
        <w:t>Yes, Hashem, blessed be He, saw my heart, and He wanted to do kindness with me, to draw close to Rabbainu—and how? I do not even know that there is Breslov in the world; how will I, how will I draw close to Rabbainu? So Hashem, blessed be He, brought about a cause, that I was in the courtyard of the yeshiva, I after, after..</w:t>
      </w:r>
    </w:p>
    <w:p>
      <w:r>
        <w:t>I studied in the yeshiva in Teveria by the grave of Rabbi Meir Baal HaNess, do you know?</w:t>
      </w:r>
    </w:p>
    <w:p>
      <w:r>
        <w:t>[Yes, yes]</w:t>
      </w:r>
    </w:p>
    <w:p>
      <w:r>
        <w:t>You were there</w:t>
      </w:r>
    </w:p>
    <w:p>
      <w:r>
        <w:t>[I know it in Teveria]</w:t>
      </w:r>
    </w:p>
    <w:p>
      <w:r>
        <w:t>Yes, it stands between the.. between the fields, between fields, between mountains, between..</w:t>
      </w:r>
    </w:p>
    <w:p>
      <w:r>
        <w:t>[Yes]</w:t>
      </w:r>
    </w:p>
    <w:p>
      <w:r>
        <w:t>Yes</w:t>
      </w:r>
    </w:p>
    <w:p>
      <w:r>
        <w:t>And I loved to go out to walk among the mountains, in the fields, even, even before I drew close to Rabbainu; and when I became seventeen years old, I had very hard wars with the evil inclination [yes]</w:t>
      </w:r>
    </w:p>
    <w:p>
      <w:r>
        <w:t>What does one do?</w:t>
      </w:r>
    </w:p>
    <w:p>
      <w:r>
        <w:t>I did not know of Rabbainu, I did not know, so Hash.. so Hashem, blessed be He, brought it about, th..</w:t>
      </w:r>
    </w:p>
    <w:p>
      <w:r>
        <w:t>That I went out of the yeshiva to the courtyard, and in the cour.,. to take a cup of tea, and in the courtyard stood a garbage can</w:t>
      </w:r>
    </w:p>
    <w:p>
      <w:r>
        <w:t>And I saw.., a can, a garbage can</w:t>
      </w:r>
    </w:p>
    <w:p>
      <w:r>
        <w:t>[Yes]</w:t>
      </w:r>
    </w:p>
    <w:p>
      <w:r>
        <w:t>And I saw there "sheimos," a book like this without, without, without, without a cover, without, without a beginning and without an end, "sheimos," nu, I was God-fearing, and it was in disgrace, in disgrace in a garbage can</w:t>
      </w:r>
    </w:p>
    <w:p>
      <w:r>
        <w:t>[Yes]</w:t>
      </w:r>
    </w:p>
    <w:p>
      <w:r>
        <w:t>Yes, so I took them in order to throw it into the genizah; there was a genizah, old books that were torn that stand like this, so they put them in the genizah; there were many "sheimos" in the genizah</w:t>
      </w:r>
    </w:p>
    <w:p>
      <w:r>
        <w:t>{It was} this book was also in the genizah</w:t>
      </w:r>
    </w:p>
    <w:p>
      <w:r>
        <w:t>[But not in a garbage can]</w:t>
      </w:r>
    </w:p>
    <w:p>
      <w:r>
        <w:t>Eh?</w:t>
      </w:r>
    </w:p>
    <w:p>
      <w:r>
        <w:t>[Only that it should not be in a garbage can]</w:t>
      </w:r>
    </w:p>
    <w:p>
      <w:r>
        <w:t>Yes, yes</w:t>
      </w:r>
    </w:p>
    <w:p>
      <w:r>
        <w:t>So I went with the book to throw it into the genizah, and before I threw it, before I threw it..</w:t>
      </w:r>
    </w:p>
    <w:p>
      <w:r>
        <w:t>It was like this, "sheimos," {...} "sheimos"; before I threw it I saw that the name of the book was "Hishtapchus HaNefesh." I was accustomed to reading many books, mussar books and Chassidic books, and.. yes, and I had not seen a book like this whose name was "Hishtapchus HaNefesh," I had not seen, no</w:t>
      </w:r>
    </w:p>
    <w:p>
      <w:r>
        <w:t>So when I saw that the name of the book was "Hishtapchus HaNefesh," I thought in my mind:</w:t>
      </w:r>
    </w:p>
    <w:p>
      <w:r>
        <w:t>"Maybe, maybe this is good for me, maybe this is providence from Hashem, blessed be He, that I should have this book," yes</w:t>
      </w:r>
    </w:p>
    <w:p>
      <w:r>
        <w:t>So I began to read, I began to read, I began to read, I read one page</w:t>
      </w:r>
    </w:p>
    <w:p>
      <w:r>
        <w:t>And I saw that it was for me, that it was good for me</w:t>
      </w:r>
    </w:p>
    <w:p>
      <w:r>
        <w:t>Such good that it did not.. I immediately saw that it was very good for me</w:t>
      </w:r>
    </w:p>
    <w:p>
      <w:r>
        <w:t>And this is good for me, so that I will succeed in conquering all the wars, what, everything that I suffer</w:t>
      </w:r>
    </w:p>
    <w:p>
      <w:r>
        <w:t>So I did not throw the book inside the genizah, and I took it and slipped myself away from the yeshiva to the field</w:t>
      </w:r>
    </w:p>
    <w:p>
      <w:r>
        <w:t>To the field, among the mountains, {with} the book, and I began to read from the book</w:t>
      </w:r>
    </w:p>
    <w:p>
      <w:r>
        <w:t>And because I wanted to save myself from the evil inclination, I searched and searched, and searched, yes</w:t>
      </w:r>
    </w:p>
    <w:p>
      <w:r>
        <w:t>I had, I had favors, salvations, but such a salvation that I would have</w:t>
      </w:r>
    </w:p>
    <w:p>
      <w:r>
        <w:t>To conquer all the wars easily—no, I never had that in my life</w:t>
      </w:r>
    </w:p>
    <w:p>
      <w:r>
        <w:t>I read in the book a page, two pages, and immediately fulfilled what was written there</w:t>
      </w:r>
    </w:p>
    <w:p>
      <w:r>
        <w:t>And I saw such wonders, what I had not seen in all the days of my life; I search in books, and I see salvations</w:t>
      </w:r>
    </w:p>
    <w:p>
      <w:r>
        <w:t>But such a thing, that I had such a wonder from the words of this book, I never had in my life</w:t>
      </w:r>
    </w:p>
    <w:p>
      <w:r>
        <w:t>But I did not know from whom it was; it was 'sheimos,' without a beginning and without an end, I did not know from whom it was</w:t>
      </w:r>
    </w:p>
    <w:p>
      <w:r>
        <w:t>Nu, and these 'sheimos,' the pages were like a treasure to me, I guarded them very much</w:t>
      </w:r>
    </w:p>
    <w:p>
      <w:r>
        <w:t>Because every, every day I went with the book into the field and read, and immediately fulfilled what, what, what I read, and I saw such wonders: nullification, nullification of nature, overturning nature</w:t>
      </w:r>
    </w:p>
    <w:p>
      <w:r>
        <w:t>One time I sat in my bed…</w:t>
      </w:r>
    </w:p>
    <w:p>
      <w:r>
        <w:t>...And one friend came, I was a Karliner, there is Karlin Chassidus</w:t>
      </w:r>
    </w:p>
    <w:p>
      <w:r>
        <w:t>[Karlin]</w:t>
      </w:r>
    </w:p>
    <w:p>
      <w:r>
        <w:t>Have you heard?</w:t>
      </w:r>
    </w:p>
    <w:p>
      <w:r>
        <w:t>[I have not heard]</w:t>
      </w:r>
    </w:p>
    <w:p>
      <w:r>
        <w:t>Good, good, there is a kind of Chassidus whose name is Karlin, Karlin</w:t>
      </w:r>
    </w:p>
    <w:p>
      <w:r>
        <w:t>And.. and a friend of mine from the Karlin Chassidim came; I was a Karlin Chassid, and he was also a Karlin Chassid</w:t>
      </w:r>
    </w:p>
    <w:p>
      <w:r>
        <w:t>And he, and he saw that I was reading with fervor, with seriousness, with love, with great arousal, with fervor</w:t>
      </w:r>
    </w:p>
    <w:p>
      <w:r>
        <w:t>In the book, so he, he saw the book "Hishtapchus HaNefesh," so he said to me:</w:t>
      </w:r>
    </w:p>
    <w:p>
      <w:r>
        <w:t>"What are you doing? You are reading from this book?"</w:t>
      </w:r>
    </w:p>
    <w:p>
      <w:r>
        <w:t>{Yes}, but I had already tasted the taste of the book, and I saw wonders</w:t>
      </w:r>
    </w:p>
    <w:p>
      <w:r>
        <w:t>[He said that this book is not good?]</w:t>
      </w:r>
    </w:p>
    <w:p>
      <w:r>
        <w:t>Yes, certainly</w:t>
      </w:r>
    </w:p>
    <w:p>
      <w:r>
        <w:t>[He said that it is forbidden to read?]</w:t>
      </w:r>
    </w:p>
    <w:p>
      <w:r>
        <w:t>"The book is forbidden, forbidden, forbidden to read in this book; it is from the books of Breslov"</w:t>
      </w:r>
    </w:p>
    <w:p>
      <w:r>
        <w:t>Yes, so he said to me: "You are reading from this book?"</w:t>
      </w:r>
    </w:p>
    <w:p>
      <w:r>
        <w:t>And I became very agitated, and entered into great anger, and I said to him:</w:t>
      </w:r>
    </w:p>
    <w:p>
      <w:r>
        <w:t>"It is not your business; this book is good for me, it is a holy book, and I see great wonders from it"</w:t>
      </w:r>
    </w:p>
    <w:p>
      <w:r>
        <w:t>So he said to me:</w:t>
      </w:r>
    </w:p>
    <w:p>
      <w:r>
        <w:t>"Animal, you are an animal, you are not a human being, have you not heard of Breslov?</w:t>
      </w:r>
    </w:p>
    <w:p>
      <w:r>
        <w:t>That there is, that it is forbidden, forbidden to read the books of Breslov?"</w:t>
      </w:r>
    </w:p>
    <w:p>
      <w:r>
        <w:t>So all the Admorim in the whole world are opponents of, of Breslov</w:t>
      </w:r>
    </w:p>
    <w:p>
      <w:r>
        <w:t>“And you…”</w:t>
      </w:r>
    </w:p>
    <w:p>
      <w:r>
        <w:t>So I said to him:</w:t>
      </w:r>
    </w:p>
    <w:p>
      <w:r>
        <w:t>“Let all the Admorim and all the kings and everyone.. come, I will not listen to anyone; for me it is good”</w:t>
      </w:r>
    </w:p>
    <w:p>
      <w:r>
        <w:t>So he, he struck me and said to me:</w:t>
      </w:r>
    </w:p>
    <w:p>
      <w:r>
        <w:t>“You are such an insolent one against all the Admorim, against, against all the Admorim, against the Rebbe, of Karlin</w:t>
      </w:r>
    </w:p>
    <w:p>
      <w:r>
        <w:t>[Yes]</w:t>
      </w:r>
    </w:p>
    <w:p>
      <w:r>
        <w:t>{He thinks that he..}</w:t>
      </w:r>
    </w:p>
    <w:p>
      <w:r>
        <w:t>“Everyone says it is forbidden to read the book, the Breslov books, and you want to read?”</w:t>
      </w:r>
    </w:p>
    <w:p>
      <w:r>
        <w:t>So he, he overpowered me, and took the book from me by force, I was left..</w:t>
      </w:r>
    </w:p>
    <w:p>
      <w:r>
        <w:t>I did not want to give it to him in any way, but he was more, stronger than I</w:t>
      </w:r>
    </w:p>
    <w:p>
      <w:r>
        <w:t>And he took the book out of my possession by force, and went, and I was left an orphan, without the book</w:t>
      </w:r>
    </w:p>
    <w:p>
      <w:r>
        <w:t>But I had already read the book several times and tasted the taste</w:t>
      </w:r>
    </w:p>
    <w:p>
      <w:r>
        <w:t>So what I remembered, I would continue and go among, in the fields, in the field, and I prayed to Hashem Yisborach that He arrange for me..</w:t>
      </w:r>
    </w:p>
    <w:p>
      <w:r>
        <w:t>I already, I, I was left without the book, but I had the gain that I heard</w:t>
      </w:r>
    </w:p>
    <w:p>
      <w:r>
        <w:t>That there is, there is a Chassidus ‘Breslov,’ that it is forbidden to study Breslov books</w:t>
      </w:r>
    </w:p>
    <w:p>
      <w:r>
        <w:t>So, so I prayed to Hashem Yisborach that He arrange for me, that He arrange for me Breslov books and Breslov Chassidim</w:t>
      </w:r>
    </w:p>
    <w:p>
      <w:r>
        <w:t>I want to be a Breslov Chassid, yes, yes, this is how I prayed to Hashem Yisborach</w:t>
      </w:r>
    </w:p>
    <w:p>
      <w:r>
        <w:t>And not much time passed, and in Tzfas lived my teacher, my holy teacher Rebbe Yisroel (Kardonner), Rebbe Yisroel, Rebbe Yisroel</w:t>
      </w:r>
    </w:p>
    <w:p>
      <w:r>
        <w:t>And he was such a wonder, the like of which does not exist in the world</w:t>
      </w:r>
    </w:p>
    <w:p>
      <w:r>
        <w:t>I grew up among great Chassidim, strict Chassidim, meticulous in the mitzvos and..</w:t>
      </w:r>
    </w:p>
    <w:p>
      <w:r>
        <w:t>But I saw this man, I saw that everyone stands outside, that they know nothing</w:t>
      </w:r>
    </w:p>
    <w:p>
      <w:r>
        <w:t>Of faith, of Hashem Yisborach, of the Torah, they all study</w:t>
      </w:r>
    </w:p>
    <w:p>
      <w:r>
        <w:t>But I saw compared, compared to him, he is unique, he is unique in the world, there is, there is, there is none like him</w:t>
      </w:r>
    </w:p>
    <w:p>
      <w:r>
        <w:t>But I did not, did not know him, and I did not know that in Tzfas, in Tzfas there was Rebbe Yisroel</w:t>
      </w:r>
    </w:p>
    <w:p>
      <w:r>
        <w:t>I did not know him and did not know</w:t>
      </w:r>
    </w:p>
    <w:p>
      <w:r>
        <w:t>But Hashem Yisborach first informed me that there is a Breslov Chassidus, that it is forbidden to study {his book}</w:t>
      </w:r>
    </w:p>
    <w:p>
      <w:r>
        <w:t>So I prayed to Hashem Yisborach that He give me, that He arrange for me Breslov books and Breslov Chassidim</w:t>
      </w:r>
    </w:p>
    <w:p>
      <w:r>
        <w:t>I prayed, and Hashem Yisborach did wonders with me, supreme kindness</w:t>
      </w:r>
    </w:p>
    <w:p>
      <w:r>
        <w:t>In Tzfas lived my holy teacher Rebbe Yisroel, I did not know him and had not heard of him</w:t>
      </w:r>
    </w:p>
    <w:p>
      <w:r>
        <w:t>He was, he was staying {}in Meron</w:t>
      </w:r>
    </w:p>
    <w:p>
      <w:r>
        <w:t>And he served Hashem there in solitude, there was not a single creature, he had the key to the synagogue</w:t>
      </w:r>
    </w:p>
    <w:p>
      <w:r>
        <w:t>Of Rebbe Shimon Bar Yochai, yes, and he was there alone in hisbodedus</w:t>
      </w:r>
    </w:p>
    <w:p>
      <w:r>
        <w:t>And he also went among the mountains to do hisbodedus and to pray, and he occupied himself with the service of Hashem with self-sacrifice</w:t>
      </w:r>
    </w:p>
    <w:p>
      <w:r>
        <w:t>What did He do, Hashem Yisborach wanted Rebbe Yisroel to go from Meron, from Meron to Teveria, to Yisroel Ber</w:t>
      </w:r>
    </w:p>
    <w:p>
      <w:r>
        <w:t>{A wonder, I to Yisroel b..}</w:t>
      </w:r>
    </w:p>
    <w:p>
      <w:r>
        <w:t>But Rebbe Yisroel would not leave Meron, even if he has all, all the money in the world, all, all, all..</w:t>
      </w:r>
    </w:p>
    <w:p>
      <w:r>
        <w:t>He, he will leave Meron, Rebbe Shimon?</w:t>
      </w:r>
    </w:p>
    <w:p>
      <w:r>
        <w:t>[{Because of} Rebbe Shimon Bar Yochai?]</w:t>
      </w:r>
    </w:p>
    <w:p>
      <w:r>
        <w:t>Yes, he will leave such a holy place and go to Teveria? What does he have, what does he have in Teveria?</w:t>
      </w:r>
    </w:p>
    <w:p>
      <w:r>
        <w:t>{After all, every place in the world}, only, only Meron, Meron</w:t>
      </w:r>
    </w:p>
    <w:p>
      <w:r>
        <w:t>The family lived in Tzfas, and he was in Meron the whole week, and he went from day, every Friday he went from Meron to Tzfas, nu, who, who would say that Rebbe Yisroel would go to Teveria? How, how?</w:t>
      </w:r>
    </w:p>
    <w:p>
      <w:r>
        <w:t>[Rebbe Yisroel Ber you say, from Teveria to Meron?]</w:t>
      </w:r>
    </w:p>
    <w:p>
      <w:r>
        <w:t>Yes, yes, so it is a pity, a pity that you were not…</w:t>
      </w:r>
    </w:p>
    <w:p>
      <w:r>
        <w:t>...Hashem Yisborach knew that Rebbe Yisroel would not move from Meron to Teveria, what did He do?</w:t>
      </w:r>
    </w:p>
    <w:p>
      <w:r>
        <w:t>He sent him an illness on a hand, on, on his hand, and the pains, and very great pain</w:t>
      </w:r>
    </w:p>
    <w:p>
      <w:r>
        <w:t>And the pains intensified from day to day, from hour to hour, such pains that it is impossible to speak one utterance</w:t>
      </w:r>
    </w:p>
    <w:p>
      <w:r>
        <w:t>He could not pray, nor do any service</w:t>
      </w:r>
    </w:p>
    <w:p>
      <w:r>
        <w:t>And he did not, did not attribute anything to the natural way, only</w:t>
      </w:r>
    </w:p>
    <w:p>
      <w:r>
        <w:t>[Everything is the Holy One Blessed Be He]</w:t>
      </w:r>
    </w:p>
    <w:p>
      <w:r>
        <w:t>Everything is the providence of the Creator, when he saw such a thing, then he began to think:</w:t>
      </w:r>
    </w:p>
    <w:p>
      <w:r>
        <w:t>Perhaps it is the Creator’s will that he go to Teveria</w:t>
      </w:r>
    </w:p>
    <w:p>
      <w:r>
        <w:t>What is there in Teveria? In Teveria the climate is warmer than Meron and Tzfas</w:t>
      </w:r>
    </w:p>
    <w:p>
      <w:r>
        <w:t>[And he will be healthy]</w:t>
      </w:r>
    </w:p>
    <w:p>
      <w:r>
        <w:t>He will not be healthy, but, but there will not be such great pains, so that he can pray and occupy himself with the service of Hashem</w:t>
      </w:r>
    </w:p>
    <w:p>
      <w:r>
        <w:t>But nevertheless no, even though he had all such pains and began to think about it</w:t>
      </w:r>
    </w:p>
    <w:p>
      <w:r>
        <w:t>He, he was in doubt, he, he had doubts</w:t>
      </w:r>
    </w:p>
    <w:p>
      <w:r>
        <w:t>Whether he should go, whether he should leave Rebbe Shimon and go to Teveria, whether not</w:t>
      </w:r>
    </w:p>
    <w:p>
      <w:r>
        <w:t>Because he thought perhaps, how is such a thing possible, when a person is in distress, he further flees from Meron, from Rebbe Shimon, to Teveria?</w:t>
      </w:r>
    </w:p>
    <w:p>
      <w:r>
        <w:t>One needs to flee to Rebbe Shimon, to pray, to ask for healing, {not, not to go}</w:t>
      </w:r>
    </w:p>
    <w:p>
      <w:r>
        <w:t>But he was, he was in doubt, perhaps it is the Creator’s will that he go to Teveria, perhaps not</w:t>
      </w:r>
    </w:p>
    <w:p>
      <w:r>
        <w:t>So as long as he did not know clearly, that the Creator’s will was that he go to Teveria, then he would go immediately, but he did not know</w:t>
      </w:r>
    </w:p>
    <w:p>
      <w:r>
        <w:t>So he had hisbodedus, and he asked much of Hashem Yisborach that He illuminate in his thought, in his mind, what to do—if it is the Creator’s will that I go to Teveria, I am traveling immediately to Teveria</w:t>
      </w:r>
    </w:p>
    <w:p>
      <w:r>
        <w:t>So I want to know only what is the Creator’s will, if not, if yes, if yes, if not</w:t>
      </w:r>
    </w:p>
    <w:p>
      <w:r>
        <w:t>So he had hisbodedus about this, and he had doubts, whether to go, whether not to go</w:t>
      </w:r>
    </w:p>
    <w:p>
      <w:r>
        <w:t>So, so he prayed so much, until Hashem Yisborach illuminated his eyes and brought about a circumstance</w:t>
      </w:r>
    </w:p>
    <w:p>
      <w:r>
        <w:t>So that he saw clearly, that he knew clearly that the Creator’s will was that he go to Teveria</w:t>
      </w:r>
    </w:p>
    <w:p>
      <w:r>
        <w:t>This was on Wednesday, on Wednesday</w:t>
      </w:r>
    </w:p>
    <w:p>
      <w:r>
        <w:t>He…</w:t>
      </w:r>
    </w:p>
    <w:p>
      <w:r>
        <w:t>...Rebbe Yisroel early in the morning and went to the donkey owner, and hired a donkey to go to Teveria</w:t>
      </w:r>
    </w:p>
    <w:p>
      <w:r>
        <w:t>On Thursday, the eve of Shabbos, he can go Sunday, after Shabbos</w:t>
      </w:r>
    </w:p>
    <w:p>
      <w:r>
        <w:t>No, he, since he knew clearly that the Creator’s will was that he go to Teveria, so he went on Thursday; he came to Teveria</w:t>
      </w:r>
    </w:p>
    <w:p>
      <w:r>
        <w:t>And just when he descended from the donkey, he needed a loaf of bread to eat the evening meal</w:t>
      </w:r>
    </w:p>
    <w:p>
      <w:r>
        <w:t>{...}…</w:t>
      </w:r>
    </w:p>
    <w:p>
      <w:pPr>
        <w:pStyle w:val="Heading2"/>
      </w:pPr>
      <w:r>
        <w:t>Side B (Bais)</w:t>
      </w:r>
    </w:p>
    <w:p>
      <w:r>
        <w:t>...{He} met in.. met a certain man, who is close, a relative of mine</w:t>
      </w:r>
    </w:p>
    <w:p>
      <w:r>
        <w:t>And he asked this man, he asked him: “Show me where to buy bread”</w:t>
      </w:r>
    </w:p>
    <w:p>
      <w:r>
        <w:t>He came, Rebbe Yisroel came on Thursday, and we, and we, my family, my parents</w:t>
      </w:r>
    </w:p>
    <w:p>
      <w:r>
        <w:t>The mother and the father, began baking bread for sale on Sunday</w:t>
      </w:r>
    </w:p>
    <w:p>
      <w:r>
        <w:t>[..]</w:t>
      </w:r>
    </w:p>
    <w:p>
      <w:r>
        <w:t>And on Thursday he came, and when he met our relative, then he brought him to us..</w:t>
      </w:r>
    </w:p>
    <w:p>
      <w:r>
        <w:t>[…]</w:t>
      </w:r>
    </w:p>
    <w:p>
      <w:r>
        <w:t>To the house to buy bread, and we had two loaves of bread left, {……}</w:t>
      </w:r>
    </w:p>
    <w:p>
      <w:r>
        <w:t>In the house, in my parents’ house there were more, more brothers, more brothers</w:t>
      </w:r>
    </w:p>
    <w:p>
      <w:r>
        <w:t>There were younger, younger than I, and there were also older, older than I</w:t>
      </w:r>
    </w:p>
    <w:p>
      <w:r>
        <w:t>Nu, and Hashem Yisborach brought it about that I, I brought out the loaf of bread to this man</w:t>
      </w:r>
    </w:p>
    <w:p>
      <w:r>
        <w:t>And immediately when I saw him, then, then I was very startled by his appearance and by his speech</w:t>
      </w:r>
    </w:p>
    <w:p>
      <w:r>
        <w:t>{...} I saw, I had never yet seen such a person</w:t>
      </w:r>
    </w:p>
    <w:p>
      <w:r>
        <w:t>The holiness, the grace of holiness was upon his face and upon every word of his</w:t>
      </w:r>
    </w:p>
    <w:p>
      <w:r>
        <w:t>I was very amazed, I was very moved, and I thought:</w:t>
      </w:r>
    </w:p>
    <w:p>
      <w:r>
        <w:t>“Perhaps.., I pray to Hashem Yisborach that He bring me, perhaps this, perhaps this, this man—I will have some good from him</w:t>
      </w:r>
    </w:p>
    <w:p>
      <w:r>
        <w:t>Perhaps I will have a salvation from him?”</w:t>
      </w:r>
    </w:p>
    <w:p>
      <w:r>
        <w:t>So, so I thought, but how is it possible for me to have a connection with him, after all he—</w:t>
      </w:r>
    </w:p>
    <w:p>
      <w:r>
        <w:t>I thought that he was one of the hidden tzaddikim, one of the thirty-six tzaddikim, a hidden tzaddik</w:t>
      </w:r>
    </w:p>
    <w:p>
      <w:r>
        <w:t>A hidden tzaddik can make kefitzas haderech, tomorrow to travel to Yerushalayim</w:t>
      </w:r>
    </w:p>
    <w:p>
      <w:r>
        <w:t>But I will have nothing from him, I do not know where he is from, and where, and where he wants to go</w:t>
      </w:r>
    </w:p>
    <w:p>
      <w:r>
        <w:t>How will I have a connection with him?</w:t>
      </w:r>
    </w:p>
    <w:p>
      <w:r>
        <w:t>As I am thinking this, and he held his hand in his pocket to take out money {for me}</w:t>
      </w:r>
    </w:p>
    <w:p>
      <w:r>
        <w:t>Then he said to me: “Perhaps I can eat the bread in your house?”</w:t>
      </w:r>
    </w:p>
    <w:p>
      <w:r>
        <w:t>Well, I felt that he knew what I was thinking</w:t>
      </w:r>
    </w:p>
    <w:p>
      <w:r>
        <w:t>[Reads the thoughts]</w:t>
      </w:r>
    </w:p>
    <w:p>
      <w:r>
        <w:t>I am thinking, how, how will I have a connection with him? And he is the salvation</w:t>
      </w:r>
    </w:p>
    <w:p>
      <w:r>
        <w:t>I will find in this man what, what, everything I need, but how will I have a connection?</w:t>
      </w:r>
    </w:p>
    <w:p>
      <w:r>
        <w:t>Then he asked me: “Perhaps I can eat the bread at your home?”</w:t>
      </w:r>
    </w:p>
    <w:p>
      <w:r>
        <w:t>Nu, he paid money, and our home, my parents were poor, terribly poor, and..</w:t>
      </w:r>
    </w:p>
    <w:p>
      <w:r>
        <w:t>And my father was blind, sightless, sightless</w:t>
      </w:r>
    </w:p>
    <w:p>
      <w:r>
        <w:t>Nu, and the house was like the cave of Rebbe Shimon, the cave, like a cave, like a cave</w:t>
      </w:r>
    </w:p>
    <w:p>
      <w:r>
        <w:t>There is, there is no place where to sit, and we, it was, we were in the midst of the meal, and to bentch</w:t>
      </w:r>
    </w:p>
    <w:p>
      <w:r>
        <w:t>And to recite Krias Shema and lie down, and sleep, because one needs to get up to make challah and bread</w:t>
      </w:r>
    </w:p>
    <w:p>
      <w:r>
        <w:t>Nu, so I thought, Father will certainly not agree</w:t>
      </w:r>
    </w:p>
    <w:p>
      <w:r>
        <w:t>And I myself, I cannot bring in a guest without Father’s permission</w:t>
      </w:r>
    </w:p>
    <w:p>
      <w:r>
        <w:t>And I was ashamed to ask Father whether, whether, whether this man could eat the bread in the house, in our house?</w:t>
      </w:r>
    </w:p>
    <w:p>
      <w:r>
        <w:t>He will say to me: “What are you thi.. what? What are you saying? Is there a place where?</w:t>
      </w:r>
    </w:p>
    <w:p>
      <w:r>
        <w:t>We already need to recite Krias Shema and lie down, and sleep, and.. and how is he?”</w:t>
      </w:r>
    </w:p>
    <w:p>
      <w:r>
        <w:t>{Yes}</w:t>
      </w:r>
    </w:p>
    <w:p>
      <w:r>
        <w:t>So, so I strengthened myself greatly and said:</w:t>
      </w:r>
    </w:p>
    <w:p>
      <w:r>
        <w:t>“Whatever will be will be, even if Father strikes me and humiliates me, I will ask him”</w:t>
      </w:r>
    </w:p>
    <w:p>
      <w:r>
        <w:t>So I asked: “Father, take the money of…</w:t>
      </w:r>
    </w:p>
    <w:p>
      <w:r>
        <w:t>...this man is asking, he wants to eat the bread at our home”</w:t>
      </w:r>
    </w:p>
    <w:p>
      <w:r>
        <w:t>Then he said to me: “Yes, yes, yes,” on the contrary, we had some, some portion left on, on {kerosene}</w:t>
      </w:r>
    </w:p>
    <w:p>
      <w:r>
        <w:t>And it was a little cooked dish of lentils and rice, there was a little cooked dish</w:t>
      </w:r>
    </w:p>
    <w:p>
      <w:r>
        <w:t>So when my father said to me, “Yes,” I saw that it was a salvation for me</w:t>
      </w:r>
    </w:p>
    <w:p>
      <w:r>
        <w:t>He asked me, I thought, and he asked me, and I asked Father</w:t>
      </w:r>
    </w:p>
    <w:p>
      <w:r>
        <w:t>And I saw the Divine providence, that it was from every side, like with you in the match</w:t>
      </w:r>
    </w:p>
    <w:p>
      <w:r>
        <w:t>It is Divine providence, supreme Divine providence and great kindness</w:t>
      </w:r>
    </w:p>
    <w:p>
      <w:r>
        <w:t>So he, he washed his hands and bentched, and they recited Krias Shema</w:t>
      </w:r>
    </w:p>
    <w:p>
      <w:r>
        <w:t>Krias Shema and slept on, on the floor, with the children, like, like birds</w:t>
      </w:r>
    </w:p>
    <w:p>
      <w:r>
        <w:t>And he sat beside the door on, on the step, on the step, there were steps from the courtyard going down, yes</w:t>
      </w:r>
    </w:p>
    <w:p>
      <w:r>
        <w:t>He sat on some step, but I merited to hear from him the blessing “al netilas yadayim” and “hamotzi”; then I saw that this was a great kindness, that this was a holy tzaddik, because his speech was holy, it was like hisbodedus, the way he spoke, as I am now speaking with you, that is how he would speak to Hashem Yisborach as though there is no, no house, no people, none, like that with Hashem Yisborach</w:t>
      </w:r>
    </w:p>
    <w:p>
      <w:r>
        <w:t>And I saw a wonder, a wonder</w:t>
      </w:r>
    </w:p>
    <w:p>
      <w:r>
        <w:t>So I gave him the portion of the cooked dish, then he said to me:</w:t>
      </w:r>
    </w:p>
    <w:p>
      <w:r>
        <w:t>“I do not eat—only bread and tea, and tea without sugar in the tea”</w:t>
      </w:r>
    </w:p>
    <w:p>
      <w:r>
        <w:t>But we did not have kerosene, we did not have a machine, a kerosene machine, we did not have one, only, only coals</w:t>
      </w:r>
    </w:p>
    <w:p>
      <w:r>
        <w:t>One needs to know how, how to make a fire, coals</w:t>
      </w:r>
    </w:p>
    <w:p>
      <w:r>
        <w:t>[How to make a fire, how to prepare tea]</w:t>
      </w:r>
    </w:p>
    <w:p>
      <w:r>
        <w:t>Yes, one needs to, {one needs to}..</w:t>
      </w:r>
    </w:p>
    <w:p>
      <w:r>
        <w:t>So it took time, until I merited to make tea, and they had already gone to sleep inside the house</w:t>
      </w:r>
    </w:p>
    <w:p>
      <w:r>
        <w:t>And I could not restrain myself, so in the middle of the work, when I made, when I made the fire</w:t>
      </w:r>
    </w:p>
    <w:p>
      <w:r>
        <w:t>I went in to him, and I said to him in a whisper, so they would not hear, I said to him in a whisper:</w:t>
      </w:r>
    </w:p>
    <w:p>
      <w:r>
        <w:t>“You know, you came to Teveria for me, because I am in a very difficult situation</w:t>
      </w:r>
    </w:p>
    <w:p>
      <w:r>
        <w:t>The evil inclination is overpowering me and.. so I, I am certain that Hashem Yisborach sent you to Teveria”</w:t>
      </w:r>
    </w:p>
    <w:p>
      <w:r>
        <w:t>I did not know him and did not know</w:t>
      </w:r>
    </w:p>
    <w:p>
      <w:r>
        <w:t>“And you came to Teveria for me, and therefore I ask, do not abandon me”</w:t>
      </w:r>
    </w:p>
    <w:p>
      <w:r>
        <w:t>I said to him in a whisper: “Do not abandon me”</w:t>
      </w:r>
    </w:p>
    <w:p>
      <w:r>
        <w:t>And I saw that he was moved so much</w:t>
      </w:r>
    </w:p>
    <w:p>
      <w:r>
        <w:t>He, he insisted t.. about leaving for Teveria from Meron, did not want to, and he had doubts, and there was..</w:t>
      </w:r>
    </w:p>
    <w:p>
      <w:r>
        <w:t>Now he saw that this had been from the outset from Hashem Yisborach, that he should go out to Teveria</w:t>
      </w:r>
    </w:p>
    <w:p>
      <w:r>
        <w:t>And from the night, from that night, we merited to become bound in such a bond, that it was an awesome novelty</w:t>
      </w:r>
    </w:p>
    <w:p>
      <w:r>
        <w:t>And immediately a great uproar arose in Teveria</w:t>
      </w:r>
    </w:p>
    <w:p>
      <w:r>
        <w:t>I—my name is Yisroel Ber, Yisroel Ber, so an uproar arose in Teveria:</w:t>
      </w:r>
    </w:p>
    <w:p>
      <w:r>
        <w:t>“Oy vey, great pity, Yisroel Ber became a Breslover”</w:t>
      </w:r>
    </w:p>
    <w:p>
      <w:r>
        <w:t>[They opposed, they all opposed]</w:t>
      </w:r>
    </w:p>
    <w:p>
      <w:r>
        <w:t>Yes, everyone</w:t>
      </w:r>
    </w:p>
    <w:p>
      <w:r>
        <w:t>Nu, and Father and Mother heard about it, they were not so upset</w:t>
      </w:r>
    </w:p>
    <w:p>
      <w:r>
        <w:t>But the gabbai of the yeshivah and other prominent people, scholars, Chassidim, who have a name and renown, came to them and said to Father:</w:t>
      </w:r>
    </w:p>
    <w:p>
      <w:r>
        <w:t>“Do you know that Yisroel Ber became a Breslover?”</w:t>
      </w:r>
    </w:p>
    <w:p>
      <w:r>
        <w:t>Then he said to them:</w:t>
      </w:r>
    </w:p>
    <w:p>
      <w:r>
        <w:t>“The son, you know that my son is God-fearing, he fulfills honoring his father</w:t>
      </w:r>
    </w:p>
    <w:p>
      <w:r>
        <w:t>If I give, if I send him into the fire, then he will go into the fire</w:t>
      </w:r>
    </w:p>
    <w:p>
      <w:r>
        <w:t>There is nothing, he fulfills honoring his father, unique in the world</w:t>
      </w:r>
    </w:p>
    <w:p>
      <w:r>
        <w:t>So I am not worried, he will come from the yeshivah..”</w:t>
      </w:r>
    </w:p>
    <w:p>
      <w:r>
        <w:t>I, I, I was in the yeshivah, with Rebbe Yisroel we studied together, a reputation went out about me that I had become a Breslover</w:t>
      </w:r>
    </w:p>
    <w:p>
      <w:r>
        <w:t>So I came from the yeshivah on Thursday, I came from the yeshivah, then Father said to me:</w:t>
      </w:r>
    </w:p>
    <w:p>
      <w:r>
        <w:t>“Know, my son, that the prominent men and the yeshivah were by me, and they told me that you became a Breslover</w:t>
      </w:r>
    </w:p>
    <w:p>
      <w:r>
        <w:t>I ask you not to cause me pain, I give you permission, you are a Karliner, I am a Karliner</w:t>
      </w:r>
    </w:p>
    <w:p>
      <w:r>
        <w:t>I give you permission, if, if, if you want to be Ger, or, or Lubavitch</w:t>
      </w:r>
    </w:p>
    <w:p>
      <w:r>
        <w:t>Or whatever kind of Chassidus you want, you may be, I have only one request: not to be a Breslover”</w:t>
      </w:r>
    </w:p>
    <w:p>
      <w:r>
        <w:t>Yes</w:t>
      </w:r>
    </w:p>
    <w:p>
      <w:r>
        <w:t>[This is what Father said: “Not to be a Breslover at all”]</w:t>
      </w:r>
    </w:p>
    <w:p>
      <w:r>
        <w:t>Yes, “Only not a Breslover, no, no, whatever Chassidus you want, you, you can</w:t>
      </w:r>
    </w:p>
    <w:p>
      <w:r>
        <w:t>You can do whatever you want, only not, not, without being a Breslover”</w:t>
      </w:r>
    </w:p>
    <w:p>
      <w:r>
        <w:t>So this was the first time that I transgressed honoring my father, and I said to him:</w:t>
      </w:r>
    </w:p>
    <w:p>
      <w:r>
        <w:t>“Father, I will listen to you in everything, only not this thing, I cannot listen to you”</w:t>
      </w:r>
    </w:p>
    <w:p>
      <w:r>
        <w:t>{“Why did you become?”}</w:t>
      </w:r>
    </w:p>
    <w:p>
      <w:r>
        <w:t>Then he saw, what is this? It is very terrible, he, he, he fulfills all, all the days of his life</w:t>
      </w:r>
    </w:p>
    <w:p>
      <w:r>
        <w:t>All, all the days, honoring his father with self-sacrifice, and now he.. what, what, what</w:t>
      </w:r>
    </w:p>
    <w:p>
      <w:r>
        <w:t>Nu, I went with Rebbe Yisroel, for he told me that he wanted to be in the synag.. in some synagogue</w:t>
      </w:r>
    </w:p>
    <w:p>
      <w:r>
        <w:t>And he needed to say Chatzos and put on tefillin and pray and do hisbodedus</w:t>
      </w:r>
    </w:p>
    <w:p>
      <w:r>
        <w:t>So I went from synagogue to synagogue, and they were all closed, and we had no place</w:t>
      </w:r>
    </w:p>
    <w:p>
      <w:r>
        <w:t>Then, then it occurred to me that there is a synagogue of the holy tzaddikim who were, were a hundred years ago</w:t>
      </w:r>
    </w:p>
    <w:p>
      <w:r>
        <w:t>Disciples of the Baal Shem Tov, they were holy tzaddikim</w:t>
      </w:r>
    </w:p>
    <w:p>
      <w:r>
        <w:t>Rebbe Avrohom, Rebbe Avrohom Kalisker, and Rabbainu Rebbe Nachman’s grandfather, Rebbe Nachman Horodenker, Rebbe Nachman</w:t>
      </w:r>
    </w:p>
    <w:p>
      <w:r>
        <w:t>The holy Rabbainu is named after, after him, after his grandfather, yes, and he.. holy tzaddikim</w:t>
      </w:r>
    </w:p>
    <w:p>
      <w:r>
        <w:t>They prayed in this synagogue</w:t>
      </w:r>
    </w:p>
    <w:p>
      <w:r>
        <w:t>And they built the synagogue, and endeavored that it be in a place close, that it be very close to the sea, in order to immerse and pray</w:t>
      </w:r>
    </w:p>
    <w:p>
      <w:r>
        <w:t>{After …. to immerse}</w:t>
      </w:r>
    </w:p>
    <w:p>
      <w:r>
        <w:t>But in winter, when it was difficult, the water would, would raise itself upward, there was much water, and the sea would</w:t>
      </w:r>
    </w:p>
    <w:p>
      <w:r>
        <w:t>Would raise itself, and the sea entered into the synagogue, like this, up to, up to the eyes</w:t>
      </w:r>
    </w:p>
    <w:p>
      <w:r>
        <w:t>Then they could not, they could not pray, so they left it for several, for a month, two months,</w:t>
      </w:r>
    </w:p>
    <w:p>
      <w:r>
        <w:t>They left everything, all the tables and.. yes</w:t>
      </w:r>
    </w:p>
    <w:p>
      <w:r>
        <w:t>And this synagogue was open, what was there? {.. …}, they took the books and everything, only the tables</w:t>
      </w:r>
    </w:p>
    <w:p>
      <w:r>
        <w:t>So we entered this synagogue in the sea, and we sat the entire night, and he studied a Torah from “Likutay Moharan” with me</w:t>
      </w:r>
    </w:p>
    <w:p>
      <w:r>
        <w:t>And there was an incident, my mother worried about me, because she saw that I was not there</w:t>
      </w:r>
    </w:p>
    <w:p>
      <w:r>
        <w:t>For it was already, already {near}, near daylight, and I was not there, so she thought:</w:t>
      </w:r>
    </w:p>
    <w:p>
      <w:r>
        <w:t>“Who knows, who knows? Who knows?”</w:t>
      </w:r>
    </w:p>
    <w:p>
      <w:r>
        <w:t>She knew that there had been, some, some person had come who bought bread, and he ate</w:t>
      </w:r>
    </w:p>
    <w:p>
      <w:r>
        <w:t>But where, where was the man, and where was Yisroel Ber?</w:t>
      </w:r>
    </w:p>
    <w:p>
      <w:r>
        <w:t>She went from synagogue to synagogue to search for me with great weeping, he {and did not find me}</w:t>
      </w:r>
    </w:p>
    <w:p>
      <w:r>
        <w:t>They were closed, so she wept very much, and her voice was heard throughout the city; Teveria was a small city</w:t>
      </w:r>
    </w:p>
    <w:p>
      <w:r>
        <w:t>And everyone came: “What, what is it? What are these sounds?”</w:t>
      </w:r>
    </w:p>
    <w:p>
      <w:r>
        <w:t>They thought, God forbid, that there was some deceased person, that someone had died; they, they came in the morning and asked:</w:t>
      </w:r>
    </w:p>
    <w:p>
      <w:r>
        <w:t>“What was the weeping? What were the cries?”</w:t>
      </w:r>
    </w:p>
    <w:p>
      <w:r>
        <w:t>She told them:</w:t>
      </w:r>
    </w:p>
    <w:p>
      <w:r>
        <w:t>“Some person came, came, and bought bread and ate by us, and such and such, and he went with him, and is not, not at home,” then, then everyone knew..</w:t>
      </w:r>
    </w:p>
    <w:p>
      <w:r>
        <w:t>Rebbe Yisroel went to pray in the synagogue, so they all know him</w:t>
      </w:r>
    </w:p>
    <w:p>
      <w:r>
        <w:t>Only I, because I did not, did not leave Teveria, because I did not have money to travel to Meron, no</w:t>
      </w:r>
    </w:p>
    <w:p>
      <w:r>
        <w:t>In any event, from this night, Boruch Hashem, until today, I am doing for you, I am telling you briefly</w:t>
      </w:r>
    </w:p>
    <w:p>
      <w:r>
        <w:t>Because I do not have the strength to speak..</w:t>
      </w:r>
    </w:p>
    <w:p>
      <w:r>
        <w:t>[Yes]</w:t>
      </w:r>
    </w:p>
    <w:p>
      <w:r>
        <w:t>Words {many}, but, but the main thing is how Hashem Yisborach arranged causes, how I merited</w:t>
      </w:r>
    </w:p>
    <w:p>
      <w:r>
        <w:t>How I merited to know of Rabbainu</w:t>
      </w:r>
    </w:p>
    <w:p>
      <w:r>
        <w:t>First of all I did not know, I did not know of Rabbainu, I did not know the name Breslov</w:t>
      </w:r>
    </w:p>
    <w:p>
      <w:r>
        <w:t>{And arranged} that it became known to me that there are Breslov books, which it is forbidden to read</w:t>
      </w:r>
    </w:p>
    <w:p>
      <w:r>
        <w:t>And Boruch Hashem I am holding on, I held on, I defeated them all, and I laughed at them</w:t>
      </w:r>
    </w:p>
    <w:p>
      <w:r>
        <w:t>They laughed at me, but I laughed at them</w:t>
      </w:r>
    </w:p>
    <w:p>
      <w:r>
        <w:t>Oy…</w:t>
      </w:r>
    </w:p>
    <w:p>
      <w:r>
        <w:t>...brought Rebbe Yisroel, He took him out of Meron by force, and brought him to Teveria and brought him from the donkey straight to my house, yes, and a creation of the world was made, from nothing and zero…</w:t>
      </w:r>
    </w:p>
    <w:p>
      <w:r>
        <w:t>...{did} such a thing, that I was a poor child, and I was downtrodden, very downtrodden</w:t>
      </w:r>
    </w:p>
    <w:p>
      <w:r>
        <w:t>And also I did not have, I was not talented, I did not have such a mind to study and this</w:t>
      </w:r>
    </w:p>
    <w:p>
      <w:r>
        <w:t>[Simple]</w:t>
      </w:r>
    </w:p>
    <w:p>
      <w:r>
        <w:t>{}…</w:t>
      </w:r>
    </w:p>
    <w:p>
      <w:r>
        <w:t>...In Tzfas there lived one old man, a great elder, they call him, they called him by the name Rav Alfandari</w:t>
      </w:r>
    </w:p>
    <w:p>
      <w:r>
        <w:t>He was a great man and famous throughout the world, do you know {wh\o} this is?</w:t>
      </w:r>
    </w:p>
    <w:p>
      <w:r>
        <w:t>[No, I have not heard of him]</w:t>
      </w:r>
    </w:p>
    <w:p>
      <w:r>
        <w:t>You have not heard of him? How is that? Nu, you are a young man, and I am old, I</w:t>
      </w:r>
    </w:p>
    <w:p>
      <w:r>
        <w:t>And I heard of this rav in Teveria, that he was a great gaon and a great sage, and greatly God-fearing</w:t>
      </w:r>
    </w:p>
    <w:p>
      <w:r>
        <w:t>He was very forceful against the rabbis that they, that he, that he understood were not, not proper</w:t>
      </w:r>
    </w:p>
    <w:p>
      <w:r>
        <w:t>So he paid no heed to the fact that they were rabbis, he said the truth</w:t>
      </w:r>
    </w:p>
    <w:p>
      <w:r>
        <w:t>He lives, lived in Tzfas, and he was every, arose every night at midnight</w:t>
      </w:r>
    </w:p>
    <w:p>
      <w:r>
        <w:t>And weeps before Hashem Yisborach over the destruction of the Beis Hamikdash, {{….}}</w:t>
      </w:r>
    </w:p>
    <w:p>
      <w:r>
        <w:t>He was a gaon, but he was greatly God-fearing, and he would arise every night at midnight</w:t>
      </w:r>
    </w:p>
    <w:p>
      <w:r>
        <w:t>And wept before Hashem Yisborach very much, with tears</w:t>
      </w:r>
    </w:p>
    <w:p>
      <w:r>
        <w:t>I was not in Tzfas, but I heard, I heard of him</w:t>
      </w:r>
    </w:p>
    <w:p>
      <w:r>
        <w:t>And in winter he came to Teveria in order to take the baths at “Chamei Teveria”</w:t>
      </w:r>
    </w:p>
    <w:p>
      <w:r>
        <w:t>So the Sephardim, they all knew that he was a great man, so they gave him a room by them, by the Sephardim at Rabbi Meir Baal Haness, and gave him a room</w:t>
      </w:r>
    </w:p>
    <w:p>
      <w:r>
        <w:t>And I heard that Rav Alfandari was by the Sephardim, by the Sephardim</w:t>
      </w:r>
    </w:p>
    <w:p>
      <w:r>
        <w:t>So I went to him; this was already after I had become a Breslover, after the passing of Rebbe Yisroel</w:t>
      </w:r>
    </w:p>
    <w:p>
      <w:r>
        <w:t>After he passed away, Rebbe Yisroel</w:t>
      </w:r>
    </w:p>
    <w:p>
      <w:r>
        <w:t>And I entered by him and asked him: “I want to merit to serve him”</w:t>
      </w:r>
    </w:p>
    <w:p>
      <w:r>
        <w:t>And he saw that he, that this was wholehearted, this, he understood, so he gave me permission to serve him</w:t>
      </w:r>
    </w:p>
    <w:p>
      <w:r>
        <w:t>I took off his shoes, and arranged his bed, and brought him tea, what service</w:t>
      </w:r>
    </w:p>
    <w:p>
      <w:r>
        <w:t>Several days passed, and once I prayed by the Sephardim, and I prayed as</w:t>
      </w:r>
    </w:p>
    <w:p>
      <w:r>
        <w:t>As I had seen prayer by Rebbe Yisroel, and I also said “Likutay Tefillos”</w:t>
      </w:r>
    </w:p>
    <w:p>
      <w:r>
        <w:t>And Tehillim with tears, with arousal, with fervor, and he heard in his room</w:t>
      </w:r>
    </w:p>
    <w:p>
      <w:r>
        <w:t>So when I finished the prayer, and came to serve him, and I asked him:</w:t>
      </w:r>
    </w:p>
    <w:p>
      <w:r>
        <w:t>“What does he need, what does he want, tea? Whatever thing he needs”</w:t>
      </w:r>
    </w:p>
    <w:p>
      <w:r>
        <w:t>Then he said to me:</w:t>
      </w:r>
    </w:p>
    <w:p>
      <w:r>
        <w:t>“I do not need anything, I want, I do not want you to serve me”</w:t>
      </w:r>
    </w:p>
    <w:p>
      <w:r>
        <w:t>He did not know that I was a Breslover, that I, only he heard the sound of the prayer, so he said to me:</w:t>
      </w:r>
    </w:p>
    <w:p>
      <w:r>
        <w:t>“I do not want you to serve me”…</w:t>
      </w:r>
    </w:p>
    <w:p>
      <w:r>
        <w:t>...I was twenty-two years old, twenty-three years old, and he was an old man and such a gaon</w:t>
      </w:r>
    </w:p>
    <w:p>
      <w:r>
        <w:t>{And I do not know}, how such a gaon, no, and I was simple, I was a simple young married man and..</w:t>
      </w:r>
    </w:p>
    <w:p>
      <w:r>
        <w:t>There was a bond between us, and I saw that he spoke with me about several matters, about several matters</w:t>
      </w:r>
    </w:p>
    <w:p>
      <w:r>
        <w:t>{And.. and.. I accorded} with his opinion</w:t>
      </w:r>
    </w:p>
    <w:p>
      <w:r>
        <w:t>Yes</w:t>
      </w:r>
    </w:p>
    <w:p>
      <w:r>
        <w:t>And he had some matters about which he needed to consult with, with some person, and he consulted me and I told him the truth, so he, he, he, he understood that I was a man of truth, and tells the truth</w:t>
      </w:r>
    </w:p>
    <w:p>
      <w:r>
        <w:t>And there was a connection between us, and he asked me: "How is the livelihood?"</w:t>
      </w:r>
    </w:p>
    <w:p>
      <w:r>
        <w:t>So I said to him: "I am a yeshiva student, I learn in a yeshiva"</w:t>
      </w:r>
    </w:p>
    <w:p>
      <w:r>
        <w:t>"And how is the livelihood? Do you have a livelihood? Do you have", he took an interest.. and asked me, so I told him:</w:t>
      </w:r>
    </w:p>
    <w:p>
      <w:r>
        <w:t>"I learned in a yeshiva, and after I became a Breslover Chassid, they, they did not want to keep me in the yeshiva as a Breslover, perhaps he will make others, perhaps, perhaps, perhaps, they did not want to</w:t>
      </w:r>
    </w:p>
    <w:p>
      <w:r>
        <w:t>But nevertheless they could not push me away, I have been learning there for a long time, since my bar mitzvah</w:t>
      </w:r>
    </w:p>
    <w:p>
      <w:r>
        <w:t>So they gave me less than all, all, all, all the yeshiva students; I received less than they did"</w:t>
      </w:r>
    </w:p>
    <w:p>
      <w:r>
        <w:t>Nu, so I told him that my life was like this, in great hardship</w:t>
      </w:r>
    </w:p>
    <w:p>
      <w:r>
        <w:t>And I told him that they give me less than the others because I am among the Breslover Chassidim</w:t>
      </w:r>
    </w:p>
    <w:p>
      <w:r>
        <w:t>And he heard this</w:t>
      </w:r>
    </w:p>
    <w:p>
      <w:r>
        <w:t>Several days later the rabbis of the Ashkenazim came to visit him, and they wanted to take him to visit their yeshiva, the yeshiva by Rebbe Meir Baal HaNess, of the Ashkenazim</w:t>
      </w:r>
    </w:p>
    <w:p>
      <w:r>
        <w:t>And they came to him; there was the rabbi, the rabbi and the yeshiva's gabbai, and another, another person; there were three</w:t>
      </w:r>
    </w:p>
    <w:p>
      <w:r>
        <w:t>And they came to him, as, with honor {and admiration}, and spoke with him, and he said to them:</w:t>
      </w:r>
    </w:p>
    <w:p>
      <w:r>
        <w:t>"Why do you give this man less, less? He has no livelihood"</w:t>
      </w:r>
    </w:p>
    <w:p>
      <w:r>
        <w:t>So they, they said to him:</w:t>
      </w:r>
    </w:p>
    <w:p>
      <w:r>
        <w:t>"He is a precious man, he, he, he is a person who serves Hashem, but he always learns Tehillim, prayers</w:t>
      </w:r>
    </w:p>
    <w:p>
      <w:r>
        <w:t>And this is not a yeshiva student; a yeshiva student is only a scholar, but he does not, does not, does not keep the yeshiva's schedule</w:t>
      </w:r>
    </w:p>
    <w:p>
      <w:r>
        <w:t>He goes among mountains and.. he is a worthy man, but not a yeshiva student</w:t>
      </w:r>
    </w:p>
    <w:p>
      <w:r>
        <w:t>What we give him is only, only, only out of kindness, because we have mercy on him" {...}</w:t>
      </w:r>
    </w:p>
    <w:p>
      <w:r>
        <w:t>Nu, so he, so he became angry with them and said to them:</w:t>
      </w:r>
    </w:p>
    <w:p>
      <w:r>
        <w:t>"That his Tehillim are more important to Hashem, blessed be He, than your scholar, than your scholars"</w:t>
      </w:r>
    </w:p>
    <w:p>
      <w:r>
        <w:t>Oy, oy, oy, oy, oy…</w:t>
      </w:r>
    </w:p>
    <w:p>
      <w:r>
        <w:t>...all the time, and I went down to him every, every day</w:t>
      </w:r>
    </w:p>
    <w:p>
      <w:r>
        <w:t>But I did not merit to attend to him, because he did not want it under any circumstances</w:t>
      </w:r>
    </w:p>
    <w:p>
      <w:r>
        <w:t>And he, and I saw that he, when I told him that I was among the Breslover Chassidim, that I..</w:t>
      </w:r>
    </w:p>
    <w:p>
      <w:r>
        <w:t>I told him what I suffer, what, yes</w:t>
      </w:r>
    </w:p>
    <w:p>
      <w:r>
        <w:t>So he said to me: "A Breslover Chassid, this, this, this is a very precious thing, it is a very important thing"</w:t>
      </w:r>
    </w:p>
    <w:p>
      <w:r>
        <w:t>Yes, that is how he</w:t>
      </w:r>
    </w:p>
    <w:p>
      <w:r>
        <w:t>Nu…</w:t>
      </w:r>
    </w:p>
    <w:p>
      <w:r>
        <w:t>...{who accorded} honor to the rabbi, to the rabbi who came to him, {he did not have}..</w:t>
      </w:r>
    </w:p>
    <w:p>
      <w:r>
        <w:t>Nu, in the end they, because he, he spoke to them about it, so they, they gave me an addition of half a lira per month</w:t>
      </w:r>
    </w:p>
    <w:p>
      <w:r>
        <w:t>After, after he spoke with them</w:t>
      </w:r>
    </w:p>
    <w:p>
      <w:r>
        <w:t>Oy, oy, oy, oy, oy…</w:t>
      </w:r>
    </w:p>
    <w:p>
      <w:r>
        <w:t>...a great man, famous throughout the world, a holy genius and..</w:t>
      </w:r>
    </w:p>
    <w:p>
      <w:r>
        <w:t>Rav Alfandari, ask all the Sephardim, who has not, who has not heard? Who does not know?</w:t>
      </w:r>
    </w:p>
    <w:p>
      <w:r>
        <w:t>You are young and did not, and this is not.. perhaps he already passed away before you were born</w:t>
      </w:r>
    </w:p>
    <w:p>
      <w:r>
        <w:t>But to this day his name is very great, Rav Alfandari</w:t>
      </w:r>
    </w:p>
    <w:p>
      <w:r>
        <w:t>Take an interest and ask among the Sephardim about Rav Alfandari, about the..</w:t>
      </w:r>
    </w:p>
    <w:p>
      <w:r>
        <w:t>He authored many books, and he was a famous man in Eretz Yisroel and throughout the world…</w:t>
      </w:r>
    </w:p>
    <w:p>
      <w:r>
        <w:br w:type="page"/>
      </w:r>
    </w:p>
    <w:p>
      <w:pPr>
        <w:pStyle w:val="Heading1"/>
      </w:pPr>
      <w:r>
        <w:t>Tape 95</w:t>
      </w:r>
    </w:p>
    <w:p>
      <w:pPr>
        <w:pStyle w:val="Heading2"/>
      </w:pPr>
      <w:r>
        <w:t>Side A (Aleph)</w:t>
      </w:r>
    </w:p>
    <w:p>
      <w:r>
        <w:t>...such sick people, it is impossible to help, only, only, only "Na Na-ch Nachm.." Do you know who I am? I am "Na Na-ch Na-cham Na-ch-man.. MeUman" Is there another Nachman? "Na Nach"</w:t>
      </w:r>
    </w:p>
    <w:p>
      <w:r>
        <w:t>A song, a melody, such a melody, that it can turn the whole world toward Hashem, blessed be He. I am Nachman, and I, and I, which Nachman? "Na Na-ch Na-cham Nach-man MeUman" Do you know who the Rebbe is? The Rebbe is "R'osh B'nei Y'isroel," that is the Rebbe</w:t>
      </w:r>
    </w:p>
    <w:p>
      <w:r>
        <w:t>[.………………]</w:t>
      </w:r>
    </w:p>
    <w:p>
      <w:r>
        <w:t>[.………………]</w:t>
      </w:r>
    </w:p>
    <w:p>
      <w:r>
        <w:t>He speaks in every Torah to every one of Israel; do you know who the Rebbe is?</w:t>
      </w:r>
    </w:p>
    <w:p>
      <w:r>
        <w:t>"R'osh B'nei Y'isroel" is the Rebbe, and I am "Na Na-ch Nachm..", so I am the Rebbe, {….}</w:t>
      </w:r>
    </w:p>
    <w:p>
      <w:r>
        <w:t>"Na Na-ch Na-cham Na-ch-man MeUman," who knows such a melody</w:t>
      </w:r>
    </w:p>
    <w:p>
      <w:r>
        <w:t>That it is a rectification and a healing and a salvation for each one {in particular}, for each one</w:t>
      </w:r>
    </w:p>
    <w:p>
      <w:r>
        <w:t>[…………….…]</w:t>
      </w:r>
    </w:p>
    <w:p>
      <w:r>
        <w:t>[……….……...]</w:t>
      </w:r>
    </w:p>
    <w:p>
      <w:r>
        <w:t>And see there in "Likutay Moharan," Torah 30, what he revealed there {to the whole world}</w:t>
      </w:r>
    </w:p>
    <w:p>
      <w:r>
        <w:t>That it transforms 'shmad' into 'ratzon,' Torah 30</w:t>
      </w:r>
    </w:p>
    <w:p>
      <w:r>
        <w:t>[………….……]</w:t>
      </w:r>
    </w:p>
    <w:p>
      <w:r>
        <w:t>[……………….]</w:t>
      </w:r>
    </w:p>
    <w:p>
      <w:r>
        <w:t>There is enough for the whole world, it will conquer the whole world, enough, this {this Torah..}</w:t>
      </w:r>
    </w:p>
    <w:p>
      <w:r>
        <w:t>[………….……]</w:t>
      </w:r>
    </w:p>
    <w:p>
      <w:r>
        <w:t>[……………….]</w:t>
      </w:r>
    </w:p>
    <w:p>
      <w:r>
        <w:t>Every Torah, Torah 8, his final Torah that he revealed in the world</w:t>
      </w:r>
    </w:p>
    <w:p>
      <w:r>
        <w:t>[………….……]</w:t>
      </w:r>
    </w:p>
    <w:p>
      <w:r>
        <w:t>[……………….]</w:t>
      </w:r>
    </w:p>
    <w:p>
      <w:r>
        <w:t>He takes a sick person who has no cure</w:t>
      </w:r>
    </w:p>
    <w:p>
      <w:r>
        <w:t>He heals him from moment to moment, in a moment, with one utterance, the whole world</w:t>
      </w:r>
    </w:p>
    <w:p>
      <w:r>
        <w:t>[………….………………………………..……………..…]</w:t>
      </w:r>
    </w:p>
    <w:p>
      <w:r>
        <w:t>[…………………………………………………….……….]</w:t>
      </w:r>
    </w:p>
    <w:p>
      <w:r>
        <w:t>{Yo}</w:t>
      </w:r>
    </w:p>
    <w:p>
      <w:r>
        <w:t>In the Sichos there is a sichah, in which Rabbainu the holy said:</w:t>
      </w:r>
    </w:p>
    <w:p>
      <w:r>
        <w:t>"It is forbidden to be.., it is forbidden to be old"</w:t>
      </w:r>
    </w:p>
    <w:p>
      <w:r>
        <w:t>He was not old; he already told a tale of what old is</w:t>
      </w:r>
    </w:p>
    <w:p>
      <w:r>
        <w:t>The little child, the smallest, was more than all the old people</w:t>
      </w:r>
    </w:p>
    <w:p>
      <w:r>
        <w:t>Is there an utterance, a tale like this in the world?</w:t>
      </w:r>
    </w:p>
    <w:p>
      <w:r>
        <w:t>Is there such a "Likutay Moharan" in the world?</w:t>
      </w:r>
    </w:p>
    <w:p>
      <w:r>
        <w:t>Are there such "Sichos" in the world?</w:t>
      </w:r>
    </w:p>
    <w:p>
      <w:r>
        <w:t>Is there such a "Likutay Tefillos" in the world?</w:t>
      </w:r>
    </w:p>
    <w:p>
      <w:r>
        <w:t>And in this there are {lights}, rivers</w:t>
      </w:r>
    </w:p>
    <w:p>
      <w:r>
        <w:t>Such salvations, that they, {…}</w:t>
      </w:r>
    </w:p>
    <w:p>
      <w:r>
        <w:t>That will be revealed in the world</w:t>
      </w:r>
    </w:p>
    <w:p>
      <w:r>
        <w:t>When Rabbainu the holy came to Uman, after all the great attainments, {…..}</w:t>
      </w:r>
    </w:p>
    <w:p>
      <w:r>
        <w:t>He had hisbodedus, he spoke with Hashem, blessed be He, and said to Him:</w:t>
      </w:r>
    </w:p>
    <w:p>
      <w:r>
        <w:t>"How does one merit to be a Jew? Help me, how, how does one merit to be a Jew?"</w:t>
      </w:r>
    </w:p>
    <w:p>
      <w:r>
        <w:t>From where did Rabbainu come? The Baal Shem Tov, the Baal Shem Tov brought us, brought us Rabbainu the holy. The Baal Shem Tov had a daughter, Adel, and Adel gave birth to.. to Rabbainu's mother, Tzipporah Feiga, ben Feiga, Feiga, {Feiga}</w:t>
      </w:r>
    </w:p>
    <w:p>
      <w:r>
        <w:t>{..}.. The holy Baal Shem Tov brought Rabbainu the holy into the world</w:t>
      </w:r>
    </w:p>
    <w:p>
      <w:r>
        <w:t>The holy Baal Shem Tov, there were such tales, Rabbainu the holy:</w:t>
      </w:r>
    </w:p>
    <w:p>
      <w:r>
        <w:t>"He was permitted in tales, he was permitted in wonders; I, and I am not, I am not.."</w:t>
      </w:r>
    </w:p>
    <w:p>
      <w:r>
        <w:t>Yes, but from where did Rabbainu come? From the Baal Shem Tov</w:t>
      </w:r>
    </w:p>
    <w:p>
      <w:r>
        <w:t>{This\and}he is already Moshe Rabbainu; the Baal Shem Tov was Moshe Rabbainu</w:t>
      </w:r>
    </w:p>
    <w:p>
      <w:r>
        <w:t>{And he} was such a tzaddik</w:t>
      </w:r>
    </w:p>
    <w:p>
      <w:r>
        <w:t>And the Baal Shem Tov revealed "Kesser Shem Tov"; it is several pages</w:t>
      </w:r>
    </w:p>
    <w:p>
      <w:r>
        <w:t>But Rabbainu the holy revealed such Torahs and such prayers, and such Sichos</w:t>
      </w:r>
    </w:p>
    <w:p>
      <w:r>
        <w:t>Anyone who has some eyes and a heart sees what this is, sees..</w:t>
      </w:r>
    </w:p>
    <w:p>
      <w:r>
        <w:t>The tale of the "Seven Beggars" {in particular}, and the Torahs and the prayers—is there such a thing in the world?</w:t>
      </w:r>
    </w:p>
    <w:p>
      <w:r>
        <w:t>There had never yet been such a thing; this is the root of everything</w:t>
      </w:r>
    </w:p>
    <w:p>
      <w:r>
        <w:t>Every Torah is such a {structure}, an {account} of {how Moshe comes}, how Moshiach comes</w:t>
      </w:r>
    </w:p>
    <w:p>
      <w:r>
        <w:t>{It is a structure}, it is.. such a wondrous {matter}, which has not yet been revealed in the world</w:t>
      </w:r>
    </w:p>
    <w:p>
      <w:r>
        <w:t>"It is forbidden to be old"; he was not old</w:t>
      </w:r>
    </w:p>
    <w:p>
      <w:r>
        <w:t>Yes, all the {{voices Torahs}} and the Sichos and the prayers and the.. {….}</w:t>
      </w:r>
    </w:p>
    <w:p>
      <w:r>
        <w:t>Now the time of redemption has arrived; we will know what this is, {when} Moshiach will come and reveal what he will reveal</w:t>
      </w:r>
    </w:p>
    <w:p>
      <w:r>
        <w:t>He already revealed everything in one utterance of the tales, an utterance, he.., there is all the Torah and all, and everything is the root of everything {...}</w:t>
      </w:r>
    </w:p>
    <w:p>
      <w:r>
        <w:t>[..……………………………………] …[..……………………………………]</w:t>
      </w:r>
    </w:p>
    <w:p>
      <w:r>
        <w:t>...that when one heard one utterance from the prayer of Rebbe Yisroel (Kardonner), then, then fear and awe and.. and.. would fall upon everyone who heard, from the time he heard the nus.., his melody of prayer, {the na.. na..} his nusach of prayer, how he spoke with Hashem, blessed be He</w:t>
      </w:r>
    </w:p>
    <w:p>
      <w:r>
        <w:t>I asked him, he lives, he was living in Tzfas, in Meron, I asked him to come to me in Teveria</w:t>
      </w:r>
    </w:p>
    <w:p>
      <w:r>
        <w:t>He said: "Yes, I, I will stay here"</w:t>
      </w:r>
    </w:p>
    <w:p>
      <w:r>
        <w:t>He stayed in Teveria for me</w:t>
      </w:r>
    </w:p>
    <w:p>
      <w:r>
        <w:t>And so it was, he no longer went anywhere, he stayed in Teveria for several years for me</w:t>
      </w:r>
    </w:p>
    <w:p>
      <w:r>
        <w:t>Perhaps he would succeed in taking me out of this world, yes, {as is necessary}</w:t>
      </w:r>
    </w:p>
    <w:p>
      <w:r>
        <w:t>Well, he had the "Likutay Moharan" here in the mind, in the heart, and he already had the "Sippurei Maasiyos"</w:t>
      </w:r>
    </w:p>
    <w:p>
      <w:r>
        <w:t>And he was with the root of all the Torah, of all, of all the lights</w:t>
      </w:r>
    </w:p>
    <w:p>
      <w:r>
        <w:t>[Who, Rebbe Yisroel?]</w:t>
      </w:r>
    </w:p>
    <w:p>
      <w:r>
        <w:t>He was everything, the root of all the Torah, of all the Torah, of all, of everything</w:t>
      </w:r>
    </w:p>
    <w:p>
      <w:r>
        <w:t>{Well, and this} had not yet, there had not yet been such a thing in the world, that he renews and rectifies and.. {….} yes</w:t>
      </w:r>
    </w:p>
    <w:p>
      <w:r>
        <w:t>All the heretics, all the wicked and all the heretics, they all say, that this.. such a light had not yet been in the world. All the secular people and all the wise among them, and all, they all fall, they are all completely nullified {completely, completely} before every utterance of Rabbainu</w:t>
      </w:r>
    </w:p>
    <w:p>
      <w:r>
        <w:t>I remember everything that was done {with us\with me} in the world, {yes}</w:t>
      </w:r>
    </w:p>
    <w:p>
      <w:r>
        <w:t>Not just once did I see the Angel of Death, and he could not harm me, yes</w:t>
      </w:r>
    </w:p>
    <w:p>
      <w:r>
        <w:t>And already, I had already been with him</w:t>
      </w:r>
    </w:p>
    <w:p>
      <w:r>
        <w:t>And he took me out</w:t>
      </w:r>
    </w:p>
    <w:p>
      <w:r>
        <w:t>And I only, I, I am in the world</w:t>
      </w:r>
    </w:p>
    <w:p>
      <w:r>
        <w:t>He already, he did what he did, he already f.., "I have finished and I will finish"</w:t>
      </w:r>
    </w:p>
    <w:p>
      <w:r>
        <w:t>"I have finished and I will finish"</w:t>
      </w:r>
    </w:p>
    <w:p>
      <w:r>
        <w:t>And.., Rabbainu had a brother, a brother who died, whose name was Yisroel, like, like the Baal Shem Tov, yes</w:t>
      </w:r>
    </w:p>
    <w:p>
      <w:r>
        <w:t>{They had Yisroel}</w:t>
      </w:r>
    </w:p>
    <w:p>
      <w:r>
        <w:t>The daughter, Rabbainu's daughter, Feiga, she had no sons and.. then in the end he..</w:t>
      </w:r>
    </w:p>
    <w:p>
      <w:r>
        <w:t>She did not, always went to the Baal Shem Tov, and she had a son, she had a son, well</w:t>
      </w:r>
    </w:p>
    <w:p>
      <w:r>
        <w:t>And the son became ill and passed away</w:t>
      </w:r>
    </w:p>
    <w:p>
      <w:r>
        <w:t>Then she took, his mother, Feiga, took him to the grave of the Baal Shem Tov</w:t>
      </w:r>
    </w:p>
    <w:p>
      <w:r>
        <w:t>And placed him upon it, and went home</w:t>
      </w:r>
    </w:p>
    <w:p>
      <w:r>
        <w:t>{{"Take the gift, is this how one gives a gift? Is this how one gives? Is this a gift? What? Why..?"}}</w:t>
      </w:r>
    </w:p>
    <w:p>
      <w:r>
        <w:t>People who heard the cries of a small child came; they found him {crying} on the graves, that he</w:t>
      </w:r>
    </w:p>
    <w:p>
      <w:r>
        <w:t>That he was crying there, so they took him, they did not know who he was, who this was, so they took him to the city of Medzhybizh and it became known that this, that he was a grandson of the Baal Shem Tov</w:t>
      </w:r>
    </w:p>
    <w:p>
      <w:r>
        <w:t>She went to the grave, and placed him on the grave, "Take your gift"</w:t>
      </w:r>
    </w:p>
    <w:p>
      <w:r>
        <w:t>His mother, Feiga, all the great ones, all the true tzaddikim said about her, that she was a prophetess</w:t>
      </w:r>
    </w:p>
    <w:p>
      <w:r>
        <w:t>And they heard the sounds of, of a child, they, they went and found him on, on the grave of the Baal Shem Tov and brought him into the city, and it became known that she, that he was a grandson of the Baal Shem Tov {…}..</w:t>
      </w:r>
    </w:p>
    <w:p>
      <w:r>
        <w:t>[This was Rabbainu's brother]</w:t>
      </w:r>
    </w:p>
    <w:p>
      <w:r>
        <w:t>Yes, this was Rabbainu's daughter, there was Adel, Adel gave birth {to Rabbainu}</w:t>
      </w:r>
    </w:p>
    <w:p>
      <w:r>
        <w:t>[Feiga, Feiga]</w:t>
      </w:r>
    </w:p>
    <w:p>
      <w:r>
        <w:t>Feiga, Feiga, she, her daughter was Feiga, she, she, she gave birth to Rabbainu...</w:t>
      </w:r>
    </w:p>
    <w:p>
      <w:r>
        <w:t>...there were barrels with grain, with, with grain, everyone trembled from the greatness, from the greatness of the light that was there in the house and more, and more, and more, and more, and more</w:t>
      </w:r>
    </w:p>
    <w:p>
      <w:r>
        <w:t>The Baal Shem Tov, {the Baal Shem Tov}, what he merited, the holy Baal Shem</w:t>
      </w:r>
    </w:p>
    <w:p>
      <w:r>
        <w:t>Disciples, sixty disciples who were all tzaddikim, geniuses</w:t>
      </w:r>
    </w:p>
    <w:p>
      <w:r>
        <w:t>They esteemed him, and knew that he.., they, they were nothing compared to him, all of them, were geniuses, tzaddikim</w:t>
      </w:r>
    </w:p>
    <w:p>
      <w:r>
        <w:t>His name was, the first child, Yisroel, Yisroel, so they called him by the name "Yisroel died"</w:t>
      </w:r>
    </w:p>
    <w:p>
      <w:r>
        <w:t>He passed away, so they called him, the appearance was like one who had passed away, his appearance</w:t>
      </w:r>
    </w:p>
    <w:p>
      <w:r>
        <w:t>So they called him "Yisroel passed away," "Yisroel passed away," the deceased, {yes}</w:t>
      </w:r>
    </w:p>
    <w:p>
      <w:r>
        <w:t>I heard from Rebbe Yisroel (Kardonner) that he saw the gravestone of, of, of the grandson of the Baal Shem Tov</w:t>
      </w:r>
    </w:p>
    <w:p>
      <w:r>
        <w:t>Of Rabbainu's father, of..</w:t>
      </w:r>
    </w:p>
    <w:p>
      <w:r>
        <w:t>He saw the gravestone of Rabbainu's brother, and on the gravestone his name was written, "Yisroel died"</w:t>
      </w:r>
    </w:p>
    <w:p>
      <w:r>
        <w:t>This is what was written on the gravestone, on the gravestone was written: "Yisroel died," {yes}</w:t>
      </w:r>
    </w:p>
    <w:p>
      <w:r>
        <w:t>He passed away, and there was "the resurrection of the dead"</w:t>
      </w:r>
    </w:p>
    <w:p>
      <w:r>
        <w:t>They brought him to the city, they did not know from whom the child was, whose child it was</w:t>
      </w:r>
    </w:p>
    <w:p>
      <w:r>
        <w:t>Until, until it became known in the city of his mother, Tzipporah</w:t>
      </w:r>
    </w:p>
    <w:p>
      <w:r>
        <w:t>She went to the cemetery to the Baal Shem Tov, and gave him the, the child</w:t>
      </w:r>
    </w:p>
    <w:p>
      <w:r>
        <w:t>"Take, take, take the child for yourself, that he should be with you"</w:t>
      </w:r>
    </w:p>
    <w:p>
      <w:r>
        <w:t>And they asked, they brought him to the city and asked: "Whose is the child?", they found a child in the cemetery</w:t>
      </w:r>
    </w:p>
    <w:p>
      <w:r>
        <w:t>Then it became known that he was a grandson of the Baal Shem Tov</w:t>
      </w:r>
    </w:p>
    <w:p>
      <w:r>
        <w:t>They called his name Nachman, he was a grandson of the Baal Shem Tov, was, his name was "Rebbe Yisroel died"</w:t>
      </w:r>
    </w:p>
    <w:p>
      <w:r>
        <w:t>Yisroel, "Yisroel {…} died," yes, and Rabbainu the holy was after him, Rebbe Nachman</w:t>
      </w:r>
    </w:p>
    <w:p>
      <w:r>
        <w:t>And that his name is Nachman, this is the meaning of "Na Na-ch Na-cham Na-ch-man MeUman"</w:t>
      </w:r>
    </w:p>
    <w:p>
      <w:r>
        <w:t>[…..]</w:t>
      </w:r>
    </w:p>
    <w:p>
      <w:r>
        <w:t>This was in our days, {not} was.. yes</w:t>
      </w:r>
    </w:p>
    <w:p>
      <w:r>
        <w:t>This is famous throughout the whole world, that he was dead, and was revived, and became alive</w:t>
      </w:r>
    </w:p>
    <w:p>
      <w:r>
        <w:t>Nachman…</w:t>
      </w:r>
    </w:p>
    <w:p>
      <w:r>
        <w:t>...[I am going, Rebbe Yisroel]</w:t>
      </w:r>
    </w:p>
    <w:p>
      <w:r>
        <w:t>Eh?</w:t>
      </w:r>
    </w:p>
    <w:p>
      <w:r>
        <w:t>[I am going]</w:t>
      </w:r>
    </w:p>
    <w:p>
      <w:r>
        <w:t>{Do you have?}</w:t>
      </w:r>
    </w:p>
    <w:p>
      <w:r>
        <w:t>[Thank you very much.. I will return, with Hashem's help]</w:t>
      </w:r>
    </w:p>
    <w:p>
      <w:r>
        <w:t>There is, there is more and more, there are wellsprings, wellsprings, wellsprings, wellsprings, yo,</w:t>
      </w:r>
    </w:p>
    <w:p>
      <w:r>
        <w:t>{They, they do not.. not even a moment… does not leave us}</w:t>
      </w:r>
    </w:p>
    <w:p>
      <w:r>
        <w:t>[What?]</w:t>
      </w:r>
    </w:p>
    <w:p>
      <w:r>
        <w:t>No, does not leave us, not even a moment</w:t>
      </w:r>
    </w:p>
    <w:p>
      <w:r>
        <w:t>[Who? Rabbainu?]</w:t>
      </w:r>
    </w:p>
    <w:p>
      <w:r>
        <w:t>{{I ..}}</w:t>
      </w:r>
    </w:p>
    <w:p>
      <w:r>
        <w:t>And there is more and more, and more, and more, and more, without end or limit</w:t>
      </w:r>
    </w:p>
    <w:p>
      <w:r>
        <w:t>The Baal Shem Tov said to Rabbainu, to the grandson:</w:t>
      </w:r>
    </w:p>
    <w:p>
      <w:r>
        <w:t>"You put us to shame; when your service ascends to.. to Hashem, blessed be He, then we are ashamed {to speak}, ashamed and completely nullified"</w:t>
      </w:r>
    </w:p>
    <w:p>
      <w:r>
        <w:t>[(Speaking in the background until the end of the conversation)]…</w:t>
      </w:r>
    </w:p>
    <w:p>
      <w:pPr>
        <w:pStyle w:val="Heading2"/>
      </w:pPr>
      <w:r>
        <w:t>Side B (Bais)</w:t>
      </w:r>
    </w:p>
    <w:p>
      <w:r>
        <w:t>...that he {aroused} the whole world as nothing, as nothing, they are completely nullified</w:t>
      </w:r>
    </w:p>
    <w:p>
      <w:r>
        <w:t>If, if one sees such stories</w:t>
      </w:r>
    </w:p>
    <w:p>
      <w:r>
        <w:t>And there is some, some mind and heart that truly seeks, what, what one merits through this</w:t>
      </w:r>
    </w:p>
    <w:p>
      <w:r>
        <w:t>Such stories, there had still not been in the world</w:t>
      </w:r>
    </w:p>
    <w:p>
      <w:r>
        <w:t>Such Torah teachings, there had still not been in the world</w:t>
      </w:r>
    </w:p>
    <w:p>
      <w:r>
        <w:t>Such Halachos, there had still not been in the world</w:t>
      </w:r>
    </w:p>
    <w:p>
      <w:r>
        <w:t>Everything is through the power of Rabbainu</w:t>
      </w:r>
    </w:p>
    <w:p>
      <w:r>
        <w:t>With one utterance and.. only, only a movement of some finger, a movement, some movement, he, this, this..</w:t>
      </w:r>
    </w:p>
    <w:p>
      <w:r>
        <w:t>With this he fights against the whole world, with one finger</w:t>
      </w:r>
    </w:p>
    <w:p>
      <w:r>
        <w:t>Is there such a "Likutay Moharan" in the world? Such Torah teachings?</w:t>
      </w:r>
    </w:p>
    <w:p>
      <w:r>
        <w:t>"Likutay Tefillos" there is, is there such a "Likutay Tefillos" in the world?</w:t>
      </w:r>
    </w:p>
    <w:p>
      <w:r>
        <w:t>No, no, it has not yet been revealed in the world</w:t>
      </w:r>
    </w:p>
    <w:p>
      <w:r>
        <w:t>What I saw with my own eyes, what, Hashem, blessed be He, helped me understand, understand {...} what this is</w:t>
      </w:r>
    </w:p>
    <w:p>
      <w:r>
        <w:t>And it is impossible, there are no words to speak, he, he, in one moment he overturns the whole world</w:t>
      </w:r>
    </w:p>
    <w:p>
      <w:r>
        <w:t>With all their wisdoms</w:t>
      </w:r>
    </w:p>
    <w:p>
      <w:r>
        <w:t>And they are completely nullified, the whole world is nullified before every, before each and every utterance of his that came out of his mouth</w:t>
      </w:r>
    </w:p>
    <w:p>
      <w:r>
        <w:t>Nu, whoever truly wants, whoever seeks truth, let him set his heart upon some utterance of Rabbainu</w:t>
      </w:r>
    </w:p>
    <w:p>
      <w:r>
        <w:t>"Likutay Moharan", "Sipuray Maasiyos", "Sichos"</w:t>
      </w:r>
    </w:p>
    <w:p>
      <w:r>
        <w:t>{And the entire matter}, what this is, {there is some thing\one who was created} in this</w:t>
      </w:r>
    </w:p>
    <w:p>
      <w:r>
        <w:t>I s..aw everything {it appears}</w:t>
      </w:r>
    </w:p>
    <w:p>
      <w:r>
        <w:t>{There is} Hashem, blessed be He</w:t>
      </w:r>
    </w:p>
    <w:p>
      <w:r>
        <w:t>Today there are such illnesses that have no cure</w:t>
      </w:r>
    </w:p>
    <w:p>
      <w:r>
        <w:t>Their cure has not been revealed, {. .} hidden, {…} they do not know, but there are cures, {and this too}</w:t>
      </w:r>
    </w:p>
    <w:p>
      <w:r>
        <w:t>Rabbainu merited, that he can help us too, all the generations too, and.. t.. to draw us near to such a light</w:t>
      </w:r>
    </w:p>
    <w:p>
      <w:r>
        <w:t>Which it is impossible to reach, even if we work all the days of our lives {..} truly at each and every moment</w:t>
      </w:r>
    </w:p>
    <w:p>
      <w:r>
        <w:t>We will not be able to receive anything compared to one moment of Rabbainu, for he can help the whole world</w:t>
      </w:r>
    </w:p>
    <w:p>
      <w:r>
        <w:t>This will be revealed, the truth is very strong, the truth against all the..</w:t>
      </w:r>
    </w:p>
    <w:p>
      <w:r>
        <w:t>All the powers in the world cannot, cannot harm the truth, the true truth</w:t>
      </w:r>
    </w:p>
    <w:p>
      <w:r>
        <w:t>There is {also\every} kind of truth, but Rabbainu the holy had compassion on us and revealed to us a drop from the sea concerning this matter</w:t>
      </w:r>
    </w:p>
    <w:p>
      <w:r>
        <w:t>How he can help us, even us, {yes}</w:t>
      </w:r>
    </w:p>
    <w:p>
      <w:r>
        <w:t>Whoever sets his, his heart truly, with emunah, then he sees it with his own eyes</w:t>
      </w:r>
    </w:p>
    <w:p>
      <w:r>
        <w:t>One does not need {more}, he sees with his own eyes</w:t>
      </w:r>
    </w:p>
    <w:p>
      <w:r>
        <w:t>What "Likutay Tefillos" is</w:t>
      </w:r>
    </w:p>
    <w:p>
      <w:r>
        <w:t>What "Likutay Moharan" is</w:t>
      </w:r>
    </w:p>
    <w:p>
      <w:r>
        <w:t>What "Likutay Halachos" is</w:t>
      </w:r>
    </w:p>
    <w:p>
      <w:r>
        <w:t>What "Likutay..." is</w:t>
      </w:r>
    </w:p>
    <w:p>
      <w:r>
        <w:t>For every utterance is the totality of all the Torah and all the tzaddikim {in every generation…}, everything is for us</w:t>
      </w:r>
    </w:p>
    <w:p>
      <w:r>
        <w:t>Who has seen, who has heard such wonders? There had still not been in the world</w:t>
      </w:r>
    </w:p>
    <w:p>
      <w:r>
        <w:t>But there are, there are such things, that this ruins everything, the foolishnesses of money, of, of the desires</w:t>
      </w:r>
    </w:p>
    <w:p>
      <w:r>
        <w:t>Yes, rabbis, even great rabbis, they are sunk in desires, in all the desires, and want to be, to be a "Rebbe"</w:t>
      </w:r>
    </w:p>
    <w:p>
      <w:r>
        <w:t>But he conquers everything, the truth conquers everything</w:t>
      </w:r>
    </w:p>
    <w:p>
      <w:r>
        <w:t>Especially such truth {...}, which has not yet been revealed, {because it performs wonders}</w:t>
      </w:r>
    </w:p>
    <w:p>
      <w:r>
        <w:t>Now we are such sick ones, that we need entirely new cures, such {cures}</w:t>
      </w:r>
    </w:p>
    <w:p>
      <w:r>
        <w:t>And whoever truly seeks, he sees in every utterance of Rabbainu the holy</w:t>
      </w:r>
    </w:p>
    <w:p>
      <w:r>
        <w:t>In "Likutay Moharan"</w:t>
      </w:r>
    </w:p>
    <w:p>
      <w:r>
        <w:t>In "Sipuray Maasiyos"</w:t>
      </w:r>
    </w:p>
    <w:p>
      <w:r>
        <w:t>In "Likutay Tefillos"</w:t>
      </w:r>
    </w:p>
    <w:p>
      <w:r>
        <w:t>Only let him bring his, his, his mind and heart into it truly, then he merits, yes</w:t>
      </w:r>
    </w:p>
    <w:p>
      <w:r>
        <w:t>One merits to receive and fulfill, and to receive</w:t>
      </w:r>
    </w:p>
    <w:p>
      <w:r>
        <w:t>Whoever has.. some share, yes, in.. truth, in emunah, in truth</w:t>
      </w:r>
    </w:p>
    <w:p>
      <w:r>
        <w:t>He sees with his own eyes, such stories, there had still not, not been in the world, there are none in the world, there are none, none like them</w:t>
      </w:r>
    </w:p>
    <w:p>
      <w:r>
        <w:t>Such prayers, there are none in the world</w:t>
      </w:r>
    </w:p>
    <w:p>
      <w:r>
        <w:t>Such wisdom</w:t>
      </w:r>
    </w:p>
    <w:p>
      <w:r>
        <w:t>Such knowledge</w:t>
      </w:r>
    </w:p>
    <w:p>
      <w:r>
        <w:t>Such a heart</w:t>
      </w:r>
    </w:p>
    <w:p>
      <w:r>
        <w:t>It has not yet been revealed in the world, now it will be revealed</w:t>
      </w:r>
    </w:p>
    <w:p>
      <w:r>
        <w:t>Rabbainu the holy is already present in the world</w:t>
      </w:r>
    </w:p>
    <w:p>
      <w:r>
        <w:t>There is already "Likutay Moharan" in the world</w:t>
      </w:r>
    </w:p>
    <w:p>
      <w:r>
        <w:t>There are already such "Sipuray Maasiyos"</w:t>
      </w:r>
    </w:p>
    <w:p>
      <w:r>
        <w:t>There is already such "Likutay Tefillos"</w:t>
      </w:r>
    </w:p>
    <w:p>
      <w:r>
        <w:t>For every utterance can enliven and heal and turn the whole world to Hashem, blessed be He, {yes}</w:t>
      </w:r>
    </w:p>
    <w:p>
      <w:r>
        <w:t>There are such illnesses, that have no cure, they do not have, no, no, they have no cure, there is</w:t>
      </w:r>
    </w:p>
    <w:p>
      <w:r>
        <w:t>And Rabbainu the holy, with one utterance he heals all the illnesses of all the sick</w:t>
      </w:r>
    </w:p>
    <w:p>
      <w:r>
        <w:t>What he revealed to us, still does not reach a drop from the sea</w:t>
      </w:r>
    </w:p>
    <w:p>
      <w:r>
        <w:t>Such a "Likutay Moharan"</w:t>
      </w:r>
    </w:p>
    <w:p>
      <w:r>
        <w:t>Such a "Likutay Tefillos"</w:t>
      </w:r>
    </w:p>
    <w:p>
      <w:r>
        <w:t>To see the "Torah teachings and the prayers," then nullification is effected, the nullification of nature completely</w:t>
      </w:r>
    </w:p>
    <w:p>
      <w:r>
        <w:t>Such wonders are effected in the world, such lights, that every utterance can heal the whole world</w:t>
      </w:r>
    </w:p>
    <w:p>
      <w:r>
        <w:t>All, all the sick, with one utterance</w:t>
      </w:r>
    </w:p>
    <w:p>
      <w:r>
        <w:t>Nu, good, good {cover}</w:t>
      </w:r>
    </w:p>
    <w:p>
      <w:r>
        <w:t>Whoever has understanding, can understand {with..} all the Torah</w:t>
      </w:r>
    </w:p>
    <w:p>
      <w:r>
        <w:t>But there is a matter that he, that he, "all the Torah he receives from me"</w:t>
      </w:r>
    </w:p>
    <w:p>
      <w:r>
        <w:t>All the Torah and all the cures and all the rectifications, everything is from me</w:t>
      </w:r>
    </w:p>
    <w:p>
      <w:r>
        <w:t>And when one merits to truly break this world, and to enter, to enter the palace of Rabbainu the holy</w:t>
      </w:r>
    </w:p>
    <w:p>
      <w:r>
        <w:t>What this is, what this is, what this is</w:t>
      </w:r>
    </w:p>
    <w:p>
      <w:r>
        <w:t>One can see with one's eyes, is there such a "Likutay Moharan" in the world, such Torah teachings?</w:t>
      </w:r>
    </w:p>
    <w:p>
      <w:r>
        <w:t>Are there such "Sichos" in the world?</w:t>
      </w:r>
    </w:p>
    <w:p>
      <w:r>
        <w:t>He said, that every sicha of his, it is the totality of all the Torah</w:t>
      </w:r>
    </w:p>
    <w:p>
      <w:r>
        <w:t>What a tz.., no tzaddik said a thing, things like these</w:t>
      </w:r>
    </w:p>
    <w:p>
      <w:r>
        <w:t>Because he is a tzaddik, he will not {speak into the air he will not say what.. ah.. yes, wo.., things that are not} letters, such letters, "Alim Litrufah," such letters, whoever sets his heart, ah.. he sees {this} and such "Sipuray Maasiyos," there had not yet been such "Sipuray Maasiyos" in the world</w:t>
      </w:r>
    </w:p>
    <w:p>
      <w:r>
        <w:t>"The Burgher and the Poor Man"</w:t>
      </w:r>
    </w:p>
    <w:p>
      <w:r>
        <w:t>"The Wise Man and the Simple Man"</w:t>
      </w:r>
    </w:p>
    <w:p>
      <w:r>
        <w:t>And the l.. last story of the "Seven Beggars," who has seen such a thing? Who?</w:t>
      </w:r>
    </w:p>
    <w:p>
      <w:r>
        <w:t>Whoever has ears and eyes, can {feel}, can see and feel and understand</w:t>
      </w:r>
    </w:p>
    <w:p>
      <w:r>
        <w:t>That this has still not, still not, there is more and more, and more, and more, and more</w:t>
      </w:r>
    </w:p>
    <w:p>
      <w:r>
        <w:t>{This is} a spring {that flows} a new spring.. new cures</w:t>
      </w:r>
    </w:p>
    <w:p>
      <w:r>
        <w:t>Were it not, if, if, then I would not have merited to see a drop from the sea, to see what, what this is</w:t>
      </w:r>
    </w:p>
    <w:p>
      <w:r>
        <w:t>I would not have been alive in the world</w:t>
      </w:r>
    </w:p>
    <w:p>
      <w:r>
        <w:t>What passed over me passed, so that I could bring into my heart the, the, such a light</w:t>
      </w:r>
    </w:p>
    <w:p>
      <w:r>
        <w:t>There are, there are {many utterances to speak} that are needed</w:t>
      </w:r>
    </w:p>
    <w:p>
      <w:r>
        <w:t>That are needed as breathing is needed, the.. spirit of life</w:t>
      </w:r>
    </w:p>
    <w:p>
      <w:r>
        <w:t>What {..}, what there is in the world, such illnesses, to which no rectification can reach</w:t>
      </w:r>
    </w:p>
    <w:p>
      <w:r>
        <w:t>And no, and no help and.. completely lost, yes</w:t>
      </w:r>
    </w:p>
    <w:p>
      <w:r>
        <w:t>And he overturns everything, he, there is a sicha that he said:</w:t>
      </w:r>
    </w:p>
    <w:p>
      <w:r>
        <w:t>"Great is Hashem, and nothing is known at all"</w:t>
      </w:r>
    </w:p>
    <w:p>
      <w:r>
        <w:t>In every utterance that came out of his {mouth} holy, it is the main rectification {{….}} and that he illuminates in us</w:t>
      </w:r>
    </w:p>
    <w:p>
      <w:r>
        <w:t>Illuminates in us emunah in Hashem, in the Torah, he opens all, all the openers, all the keys are with him</w:t>
      </w:r>
    </w:p>
    <w:p>
      <w:r>
        <w:t>And he, and he opens with one key all the lights, all the lights, yes</w:t>
      </w:r>
    </w:p>
    <w:p>
      <w:r>
        <w:t>But there are secrets, {awesome} secrets, only this secret that he revealed, who Nachman is</w:t>
      </w:r>
    </w:p>
    <w:p>
      <w:r>
        <w:t>Who is Nachman?</w:t>
      </w:r>
    </w:p>
    <w:p>
      <w:r>
        <w:t>Nachman, do you know what Nachman is? {{{"Na Na-ch Na-cham Na-ch-man MeUman"}}}</w:t>
      </w:r>
    </w:p>
    <w:p>
      <w:r>
        <w:t>Yes, so he revealed to us some, some, some lights from the light that we need</w:t>
      </w:r>
    </w:p>
    <w:p>
      <w:r>
        <w:t>T.. t.. to save, {..}</w:t>
      </w:r>
    </w:p>
    <w:p>
      <w:r>
        <w:t>Now is the time of the redemption, we already have Rabbainu the holy here in the world</w:t>
      </w:r>
    </w:p>
    <w:p>
      <w:r>
        <w:t>Such Torah teachings, such prayers, such stories, are there? Have they yet been revealed?</w:t>
      </w:r>
    </w:p>
    <w:p>
      <w:r>
        <w:t>That can save the whole world in one moment, with one utterance of his he overturns everything</w:t>
      </w:r>
    </w:p>
    <w:p>
      <w:r>
        <w:t>{Everything, all, all, yes}</w:t>
      </w:r>
    </w:p>
    <w:p>
      <w:r>
        <w:t>And this is a new light, this is a new light, which has not yet been revealed, holy Rabbainu, there is a conversation in which holy Rabbainu says</w:t>
      </w:r>
    </w:p>
    <w:p>
      <w:r>
        <w:t>There is a conversation, briefly, very briefly, he said</w:t>
      </w:r>
    </w:p>
    <w:p>
      <w:r>
        <w:t>All the utterances that came from his mouth, he said: “I am a river that purifies from all the stains,” nu</w:t>
      </w:r>
    </w:p>
    <w:p>
      <w:r>
        <w:t>Who said such a thing {..}? “From all the stains”</w:t>
      </w:r>
    </w:p>
    <w:p>
      <w:r>
        <w:t>And the world, the Baal Davar became very powerful, he wanted to kill Rebbe Nassan and Rabbainu, to kill, yes</w:t>
      </w:r>
    </w:p>
    <w:p>
      <w:r>
        <w:t>And he is alive and enduring, “Dovid, King of Yisroel, is alive and enduring”</w:t>
      </w:r>
    </w:p>
    <w:p>
      <w:r>
        <w:t>He is alive and enduring in our hearts and in our minds, and every utterance is such a light, which had never yet existed</w:t>
      </w:r>
    </w:p>
    <w:p>
      <w:r>
        <w:t>{It is impossible\It is possible} to reach this, how?</w:t>
      </w:r>
    </w:p>
    <w:p>
      <w:r>
        <w:t>Holy Rabbainu has the power to transform everything, the whole world, he will {{conquer}} the whole world</w:t>
      </w:r>
    </w:p>
    <w:p>
      <w:r>
        <w:t>He conquers the whole world with one utterance, conquers the whole world, all the rabbis and all the wise men and all..</w:t>
      </w:r>
    </w:p>
    <w:p>
      <w:r>
        <w:t>There is no need to speak much, only to look at the “Sipuray Ma’asios”</w:t>
      </w:r>
    </w:p>
    <w:p>
      <w:r>
        <w:t>His “Sichos”</w:t>
      </w:r>
    </w:p>
    <w:p>
      <w:r>
        <w:t>His “Likutay Tefillos”</w:t>
      </w:r>
    </w:p>
    <w:p>
      <w:r>
        <w:t>His Torahs</w:t>
      </w:r>
    </w:p>
    <w:p>
      <w:r>
        <w:t>One sees with one’s eyes that this, what he revealed, is still not enough, more, there is more and more, and more, without end or limit</w:t>
      </w:r>
    </w:p>
    <w:p>
      <w:r>
        <w:t>Everything is for us, to help, to help us</w:t>
      </w:r>
    </w:p>
    <w:p>
      <w:r>
        <w:t>I did not know what this is</w:t>
      </w:r>
    </w:p>
    <w:p>
      <w:r>
        <w:t>Everything that Rebbe.., that Hashem Yisborach had compassion on me, and shone {with us\with me} through the power of miracles and wonders unlike any others, that I stood in the war against great men, such renowned men throughout the world</w:t>
      </w:r>
    </w:p>
    <w:p>
      <w:r>
        <w:t>Geniuses, great men, yes</w:t>
      </w:r>
    </w:p>
    <w:p>
      <w:r>
        <w:t>It is impossible to understand this by the way of nature, how I could, how I can live</w:t>
      </w:r>
    </w:p>
    <w:p>
      <w:r>
        <w:t>After what happened to me happened in this matter</w:t>
      </w:r>
    </w:p>
    <w:p>
      <w:r>
        <w:t>What, it is a miracle that I am alive, I am {alive}, I cannot, cannot understand how, how I am alive in the world</w:t>
      </w:r>
    </w:p>
    <w:p>
      <w:r>
        <w:t>How I remained alive</w:t>
      </w:r>
    </w:p>
    <w:p>
      <w:r>
        <w:t>The opponents themselves said that they cannot understand what this is</w:t>
      </w:r>
    </w:p>
    <w:p>
      <w:r>
        <w:t>How do I hold out? How do I fight against them, against the whole world?</w:t>
      </w:r>
    </w:p>
    <w:p>
      <w:r>
        <w:t>They, they cannot {…} understand this, what power {. . .} exists in the world?</w:t>
      </w:r>
    </w:p>
    <w:p>
      <w:r>
        <w:t>Every utterance that came from his mouth is a healing for us and for our generations and for the whole world</w:t>
      </w:r>
    </w:p>
    <w:p>
      <w:r>
        <w:t>A healing and a complete rectification</w:t>
      </w:r>
    </w:p>
    <w:p>
      <w:r>
        <w:t>Rectifications, such rectifications, that it did not, {it} had not yet existed in the world, oy</w:t>
      </w:r>
    </w:p>
    <w:p>
      <w:r>
        <w:t>Holy Rabbainu said an utterance, an easy utterance..</w:t>
      </w:r>
    </w:p>
    <w:p>
      <w:r>
        <w:t>{…}</w:t>
      </w:r>
    </w:p>
    <w:p>
      <w:r>
        <w:t>I forgot, I had something to speak about, some utterance or other, and I forgot, Master of the World</w:t>
      </w:r>
    </w:p>
    <w:p>
      <w:r>
        <w:t>[That is not “Na NaCh,” Saba]</w:t>
      </w:r>
    </w:p>
    <w:p>
      <w:r>
        <w:t>Eh?</w:t>
      </w:r>
    </w:p>
    <w:p>
      <w:r>
        <w:t>[That is not “Na NaCh,” “Na NaCh” is easy, “Na NaCh NaChMa NaChMan MeUman”]</w:t>
      </w:r>
    </w:p>
    <w:p>
      <w:r>
        <w:t>Yes</w:t>
      </w:r>
    </w:p>
    <w:p>
      <w:r>
        <w:t>[That is the easy lesson]</w:t>
      </w:r>
    </w:p>
    <w:p>
      <w:r>
        <w:t>That is enough, {and only this}, who is Na.., I am “Na NaCh NaChMa NaChMan MeUman”</w:t>
      </w:r>
    </w:p>
    <w:p>
      <w:r>
        <w:t>{{I can sing it in every.., to the whole world}}, I can already conquer {. .}, the whole world</w:t>
      </w:r>
    </w:p>
    <w:p>
      <w:r>
        <w:t>And he has already conquered the whole world, there is already such a “Likutay Moharan” and such “Sipuray Ma’asios”</w:t>
      </w:r>
    </w:p>
    <w:p>
      <w:r>
        <w:t>So there is already a healing for the whole world, for the whole world, for everything that will happen to us</w:t>
      </w:r>
    </w:p>
    <w:p>
      <w:r>
        <w:t>For everything that is happening to us and will happen to us</w:t>
      </w:r>
    </w:p>
    <w:p>
      <w:r>
        <w:t>I saw this {…} with my own eyes, such wonders, which I had not heard and had not seen {from the “Na NaCh”}</w:t>
      </w:r>
    </w:p>
    <w:p>
      <w:r>
        <w:t>Such knowledge, such wisdom, such truth is being revealed in the world, which had not yet been revealed in the world</w:t>
      </w:r>
    </w:p>
    <w:p>
      <w:r>
        <w:t>And this is holy Rabbainu, he is the key to everything, {..}</w:t>
      </w:r>
    </w:p>
    <w:p>
      <w:r>
        <w:t>Everyone should {believe} that he still has hope, yes, he can return in repentance</w:t>
      </w:r>
    </w:p>
    <w:p>
      <w:r>
        <w:t>He does not believe this, he knows that he has already, already drowned in every kind of evil, in every kind, in every kind of..</w:t>
      </w:r>
    </w:p>
    <w:p>
      <w:r>
        <w:t>{And he works……}</w:t>
      </w:r>
    </w:p>
    <w:p>
      <w:r>
        <w:t>Holy Rabbainu said:</w:t>
      </w:r>
    </w:p>
    <w:p>
      <w:r>
        <w:t>“The Baal Davar goes around like this, like this, goes around and around, and I, I will already do like this”</w:t>
      </w:r>
    </w:p>
    <w:p>
      <w:r>
        <w:t>He transforms everything</w:t>
      </w:r>
    </w:p>
    <w:p>
      <w:r>
        <w:t>He does like this, and he, and holy Rabbainu does like this, yes, yes</w:t>
      </w:r>
    </w:p>
    <w:p>
      <w:r>
        <w:t>Every utterance of his is, is a healing and a salvation for us and for all our generations, forever and ever and for all eternity</w:t>
      </w:r>
    </w:p>
    <w:p>
      <w:r>
        <w:t>Every utterance is, is such a power, that it prevails against such forces that.. it transforms everything</w:t>
      </w:r>
    </w:p>
    <w:p>
      <w:r>
        <w:t>One can see, just the tales, the tale of “The Seven Beggars,” is there such a {tale} in the world?</w:t>
      </w:r>
    </w:p>
    <w:p>
      <w:r>
        <w:t>Are there such Torahs as those in “Likutay Moharan” in the world?</w:t>
      </w:r>
    </w:p>
    <w:p>
      <w:r>
        <w:t>Such a “Likutay Tefillos,” {which Rabbainu.., Rebbe..}, Rebbe Nassan says explicitly:</w:t>
      </w:r>
    </w:p>
    <w:p>
      <w:r>
        <w:t>“Never were such prayers revealed, there had not been such prayers in the world”</w:t>
      </w:r>
    </w:p>
    <w:p>
      <w:r>
        <w:t>Such a holy tzaddik, such a light</w:t>
      </w:r>
    </w:p>
    <w:p>
      <w:r>
        <w:t>He made the “Likutay Halachos”</w:t>
      </w:r>
    </w:p>
    <w:p>
      <w:r>
        <w:t>“Likutay Halachos,” every utterance of which can give life to the whole world</w:t>
      </w:r>
    </w:p>
    <w:p>
      <w:r>
        <w:t>All the “Likutay Moharan” and “Sipuray Ma’asios”</w:t>
      </w:r>
    </w:p>
    <w:p>
      <w:r>
        <w:t>In every utterance he shines for us the entire Torah and all the good and all his light, and all the light in the world</w:t>
      </w:r>
    </w:p>
    <w:p>
      <w:r>
        <w:t>Which is impossible, which is impossible to bring into us, {especially as he is a mighty man}, wise</w:t>
      </w:r>
    </w:p>
    <w:p>
      <w:r>
        <w:t>Such a wise man, who is against {all the rabbis}, who are all as nothing compared to him, they have no {{….}}..</w:t>
      </w:r>
    </w:p>
    <w:p>
      <w:r>
        <w:t>I was alive and enduring, I saw the life of the world, {...}, what the life of the world is</w:t>
      </w:r>
    </w:p>
    <w:p>
      <w:r>
        <w:t>One utterance of Rabbainu, it transformed all.. everything, everything into nothing</w:t>
      </w:r>
    </w:p>
    <w:p>
      <w:r>
        <w:t>Conquers every, every kind of war, conquers in.. in a moment, everything</w:t>
      </w:r>
    </w:p>
    <w:p>
      <w:r>
        <w:t>Novelties, there are books, such lights in the world, Rabbainu Tam, and..</w:t>
      </w:r>
    </w:p>
    <w:p>
      <w:r>
        <w:t>And more, and more, and more, and more, such holy tzaddikim</w:t>
      </w:r>
    </w:p>
    <w:p>
      <w:r>
        <w:t>And all of them are as nothing, as nothing, compared to Rabbainu they are all as nothing, yes</w:t>
      </w:r>
    </w:p>
    <w:p>
      <w:r>
        <w:t>Oy, oy, there is already such a light in the world, which can transform the whole world</w:t>
      </w:r>
    </w:p>
    <w:p>
      <w:r>
        <w:t>He transforms everything for the good</w:t>
      </w:r>
    </w:p>
    <w:p>
      <w:r>
        <w:t>“From apostasy to favor”</w:t>
      </w:r>
    </w:p>
    <w:p>
      <w:r>
        <w:t>In “Likutay Moharan” there is, there is a Torah:</w:t>
      </w:r>
    </w:p>
    <w:p>
      <w:r>
        <w:t>“The tzaddik stands between apostasy and favor, he, he takes one out of apostasy”</w:t>
      </w:r>
    </w:p>
    <w:p>
      <w:r>
        <w:t>We have {..}, Heaven forbid, already drowned so much, an aspect of apostasy, he raises from apostasy to favor</w:t>
      </w:r>
    </w:p>
    <w:p>
      <w:r>
        <w:t>Through {this} he stands in the middle, how? Moshe is..</w:t>
      </w:r>
    </w:p>
    <w:p>
      <w:r>
        <w:t>Moshe, in the word of the name ‘Moshe,’ there is mem, shin, hei</w:t>
      </w:r>
    </w:p>
    <w:p>
      <w:r>
        <w:t>Shin is apostasy..</w:t>
      </w:r>
    </w:p>
    <w:p>
      <w:r>
        <w:t>Mem..</w:t>
      </w:r>
    </w:p>
    <w:p>
      <w:r>
        <w:t>He transforms from apostasy, Heaven forbid, the greatest descent in the world, from apostasy to favor, to the opposite, to the opposite, to favor</w:t>
      </w:r>
    </w:p>
    <w:p>
      <w:r>
        <w:t>Favor is, is the.. greatest light in the world, favor, ‘the favor of favors,’ ‘ra’ava d’ra’avin’</w:t>
      </w:r>
    </w:p>
    <w:p>
      <w:r>
        <w:t>The tzaddik {..}, oy, from apostasy to favor, he transforms from apostasy, shin</w:t>
      </w:r>
    </w:p>
    <w:p>
      <w:r>
        <w:t>And ‘apostasy,’ shin mem dalet</w:t>
      </w:r>
    </w:p>
    <w:p>
      <w:r>
        <w:t>‘Moshe’ is shin mem hei</w:t>
      </w:r>
    </w:p>
    <w:p>
      <w:r>
        <w:t>And ‘favor,’ shin mem vav</w:t>
      </w:r>
    </w:p>
    <w:p>
      <w:r>
        <w:t>How is it.. ‘favor’ shin mem vav?</w:t>
      </w:r>
    </w:p>
    <w:p>
      <w:r>
        <w:t>‘Favor’ in gematria, favor</w:t>
      </w:r>
    </w:p>
    <w:p>
      <w:r>
        <w:t>Favor—this stands between apostasy and favor, he transforms from apostasy to favor</w:t>
      </w:r>
    </w:p>
    <w:p>
      <w:r>
        <w:t>Apostasy is the most, most, the greatest descent, the most.. where it is entirely impossible to help, “apostasy”</w:t>
      </w:r>
    </w:p>
    <w:p>
      <w:r>
        <w:t>He transforms, the tzaddik {stands}, Moshe stands between apostasy and favor, he is in the middle</w:t>
      </w:r>
    </w:p>
    <w:p>
      <w:r>
        <w:t>Shin, apostasy, mem..</w:t>
      </w:r>
    </w:p>
    <w:p>
      <w:r>
        <w:t>Oy, mem, mem, Moshe, there is mem</w:t>
      </w:r>
    </w:p>
    <w:p>
      <w:r>
        <w:t>[Mem hei]</w:t>
      </w:r>
    </w:p>
    <w:p>
      <w:r>
        <w:t>{Eh, eh}</w:t>
      </w:r>
    </w:p>
    <w:p>
      <w:r>
        <w:t>[Did you find it?]</w:t>
      </w:r>
    </w:p>
    <w:p>
      <w:r>
        <w:t>Shin, ‘Moshe’ is shin, shin.. mem, mem, mem..</w:t>
      </w:r>
    </w:p>
    <w:p>
      <w:r>
        <w:t>He transforms from apostasy to favor, Moshe, the tzaddik, he transforms from apostasy to favor</w:t>
      </w:r>
    </w:p>
    <w:p>
      <w:r>
        <w:t>Apostasy is the most, most, the greatest darkness, and.. and favor is the opposite</w:t>
      </w:r>
    </w:p>
    <w:p>
      <w:r>
        <w:t>Favor is the opposite of apostasy, he transforms from apostasy to favor</w:t>
      </w:r>
    </w:p>
    <w:p>
      <w:r>
        <w:t>[...……………………][…..….………………]{The tzaddik}.. between apostasy and favor, he transforms from apostasy to favor […………….][...……………………][…..….………………]{The tzaddik}.. between apostasy and favor, he transforms from apostasy to favor […………….]The tzaddik stands between apostasy and favor, {repentance}</w:t>
      </w:r>
    </w:p>
    <w:p>
      <w:r>
        <w:t>[...……………………]</w:t>
      </w:r>
    </w:p>
    <w:p>
      <w:r>
        <w:t>[…..….………………]</w:t>
      </w:r>
    </w:p>
    <w:p>
      <w:r>
        <w:t>{The tzaddik}.. between shmad and ratzon, he transforms shmad into ratzon […………….]</w:t>
      </w:r>
    </w:p>
    <w:p>
      <w:r>
        <w:t>[...……………………]</w:t>
      </w:r>
    </w:p>
    <w:p>
      <w:r>
        <w:t>[…..….………………]</w:t>
      </w:r>
    </w:p>
    <w:p>
      <w:r>
        <w:t>{The tzaddik}.. between shmad and ratzon, he transforms shmad into ratzon […………….]</w:t>
      </w:r>
    </w:p>
    <w:p>
      <w:r>
        <w:t>‘Shmad,’ shin mem dalet</w:t>
      </w:r>
    </w:p>
    <w:p>
      <w:r>
        <w:t>[‘Moshe,’ shin mem heh]</w:t>
      </w:r>
    </w:p>
    <w:p>
      <w:r>
        <w:t>‘Moshe,’ shin mem heh</w:t>
      </w:r>
    </w:p>
    <w:p>
      <w:r>
        <w:t>[‘Ratzon,’ shin mem vav]</w:t>
      </w:r>
    </w:p>
    <w:p>
      <w:r>
        <w:t>‘Ratzon,’ shin mem vav, ‘ratzon’</w:t>
      </w:r>
    </w:p>
    <w:p>
      <w:r>
        <w:t>[Here]</w:t>
      </w:r>
    </w:p>
    <w:p>
      <w:r>
        <w:t>Yes!</w:t>
      </w:r>
    </w:p>
    <w:p>
      <w:r>
        <w:t>[Yes, and therefore Moshe..]</w:t>
      </w:r>
    </w:p>
    <w:p>
      <w:r>
        <w:t>Oh.. {I did not know who.., I did not know who, who, who I am, and then I, I speak} the tzaddik stands between shmad and ratzon, he transforms shmad into ratzon</w:t>
      </w:r>
    </w:p>
    <w:p>
      <w:r>
        <w:t>Just one utterance, against the whole world</w:t>
      </w:r>
    </w:p>
    <w:p>
      <w:r>
        <w:t>What? Shmad? There is a cure: “Na Naḥ”!</w:t>
      </w:r>
    </w:p>
    <w:p>
      <w:r>
        <w:t>For he makes shmad into ratzon, he transforms shmad into ratzon</w:t>
      </w:r>
    </w:p>
    <w:p>
      <w:r>
        <w:t>The tzaddik, who is the tzaddik? Moshe</w:t>
      </w:r>
    </w:p>
    <w:p>
      <w:r>
        <w:t>Moshe—he transforms shmad into ratzon</w:t>
      </w:r>
    </w:p>
    <w:p>
      <w:r>
        <w:t>Moshe Rabbainu, Rabbainu, Moshe Rabbainu</w:t>
      </w:r>
    </w:p>
    <w:p>
      <w:r>
        <w:t>Just to see the wonder of every utterance, then, then he acknowledges, he sees and feels</w:t>
      </w:r>
    </w:p>
    <w:p>
      <w:r>
        <w:t>What the “Likutey Moharan” is</w:t>
      </w:r>
    </w:p>
    <w:p>
      <w:r>
        <w:t>And what Likutey.., “Sippurey Maasiyos” is</w:t>
      </w:r>
    </w:p>
    <w:p>
      <w:r>
        <w:t>And what “Kitzur Likutey Moharan” is</w:t>
      </w:r>
    </w:p>
    <w:p>
      <w:r>
        <w:t>And what the “Sichos” is</w:t>
      </w:r>
    </w:p>
    <w:p>
      <w:r>
        <w:t>One who pays attention to this, to one utterance in truth, then he, he has a cure and a tikkun</w:t>
      </w:r>
    </w:p>
    <w:p>
      <w:r>
        <w:t>Such {..} wonders are done with him, new wonders, for he transforms shmad into ratzon</w:t>
      </w:r>
    </w:p>
    <w:p>
      <w:r>
        <w:t>One who has eyes and a heart, and seeks truth, finds here in every utterance</w:t>
      </w:r>
    </w:p>
    <w:p>
      <w:r>
        <w:t>Of “Likutey Moharan”</w:t>
      </w:r>
    </w:p>
    <w:p>
      <w:r>
        <w:t>Of “Sippurey Maasiyos”</w:t>
      </w:r>
    </w:p>
    <w:p>
      <w:r>
        <w:t>Such wonders, which have still not been revealed in the world, that can transform the entire world</w:t>
      </w:r>
    </w:p>
    <w:p>
      <w:r>
        <w:t>{Only he does}, like this, like this, he does like this, yes</w:t>
      </w:r>
    </w:p>
    <w:p>
      <w:r>
        <w:t>This is from the Sichos, the holy Rabbainu said:</w:t>
      </w:r>
    </w:p>
    <w:p>
      <w:r>
        <w:t>“The Baal Davar does like this, and I do like this”</w:t>
      </w:r>
    </w:p>
    <w:p>
      <w:r>
        <w:t>Is there, is there another “Likutey Moharan” like this?</w:t>
      </w:r>
    </w:p>
    <w:p>
      <w:r>
        <w:t>There was in Teveria the head of the opponents, he was in Teveria, I, I was..</w:t>
      </w:r>
    </w:p>
    <w:p>
      <w:r>
        <w:t>And they were all great opponents of Breslov, and he was a great gaon, his mind</w:t>
      </w:r>
    </w:p>
    <w:p>
      <w:r>
        <w:t>He said to everyone, to all, to all the opponents, he said to them:</w:t>
      </w:r>
    </w:p>
    <w:p>
      <w:r>
        <w:t>“There is no other book like ‘Likutey Moharan’ in the world”</w:t>
      </w:r>
    </w:p>
    <w:p>
      <w:r>
        <w:t>They {..} wanted to kill him:</w:t>
      </w:r>
    </w:p>
    <w:p>
      <w:r>
        <w:t>“What? What is this, {th..} words like these? Words like these</w:t>
      </w:r>
    </w:p>
    <w:p>
      <w:r>
        <w:t>There is still no {. .} like ‘Likutey Moharan’”</w:t>
      </w:r>
    </w:p>
    <w:p>
      <w:r>
        <w:t>He said to them:</w:t>
      </w:r>
    </w:p>
    <w:p>
      <w:r>
        <w:t>“There is no other book like ‘Likutey Moharan’ in the world”</w:t>
      </w:r>
    </w:p>
    <w:p>
      <w:r>
        <w:t>Do we need witnesses? It is its own witness, the truth is its own witness, it does not need witnesses and proofs, only to see the “Maasiyos” {and this} “Sichos” and the “Likutey Tefillos” and “Likutey Moharan”</w:t>
      </w:r>
    </w:p>
    <w:p>
      <w:r>
        <w:t>{And then} he has enough, he has every good thing</w:t>
      </w:r>
    </w:p>
    <w:p>
      <w:r>
        <w:t>All the tikkunim and all the cures and all the salvations, it is in one utterance</w:t>
      </w:r>
    </w:p>
    <w:p>
      <w:r>
        <w:t>He shouted in his holy voice:</w:t>
      </w:r>
    </w:p>
    <w:p>
      <w:r>
        <w:t>“Gevalt!”…</w:t>
      </w:r>
    </w:p>
    <w:p>
      <w:r>
        <w:br w:type="page"/>
      </w:r>
    </w:p>
    <w:p>
      <w:pPr>
        <w:pStyle w:val="Heading1"/>
      </w:pPr>
      <w:r>
        <w:t>Tape 96</w:t>
      </w:r>
    </w:p>
    <w:p>
      <w:pPr>
        <w:pStyle w:val="Heading2"/>
      </w:pPr>
      <w:r>
        <w:t>Side A (Aleph)</w:t>
      </w:r>
    </w:p>
    <w:p>
      <w:r>
        <w:t>...Uman…</w:t>
      </w:r>
    </w:p>
    <w:p>
      <w:r>
        <w:t>Where is {this}, the.. the.. television? The.. telephone? The.. the.. the..</w:t>
      </w:r>
    </w:p>
    <w:p>
      <w:r>
        <w:t>[Radio]</w:t>
      </w:r>
    </w:p>
    <w:p>
      <w:r>
        <w:t>The telephone, the telephone, no? The.. who is this?</w:t>
      </w:r>
    </w:p>
    <w:p>
      <w:r>
        <w:t>Where is the telephone? Where is “Yediot Aharonot”? Where are they?</w:t>
      </w:r>
    </w:p>
    <w:p>
      <w:r>
        <w:t>Why did they not know who I am?</w:t>
      </w:r>
    </w:p>
    <w:p>
      <w:r>
        <w:t>All {..}, the whole world, the whole government, do not know who I am, I will announce to you</w:t>
      </w:r>
    </w:p>
    <w:p>
      <w:r>
        <w:t>I am “Na Naḥ Naḥma Naḥman MeUman”</w:t>
      </w:r>
    </w:p>
    <w:p>
      <w:r>
        <w:t>[……...……..]</w:t>
      </w:r>
    </w:p>
    <w:p>
      <w:r>
        <w:t>[……………..]…</w:t>
      </w:r>
    </w:p>
    <w:p>
      <w:r>
        <w:t>...Ah…</w:t>
      </w:r>
    </w:p>
    <w:p>
      <w:r>
        <w:t>...{he says\to announce} to the whole world, they do not know who I am</w:t>
      </w:r>
    </w:p>
    <w:p>
      <w:r>
        <w:t>I am “Na Naḥ Naḥma Naḥman MeUman”…</w:t>
      </w:r>
    </w:p>
    <w:p>
      <w:r>
        <w:t>...to you who I am, I am “Na Naḥ Naḥma Naḥman MeUman,” that is it</w:t>
      </w:r>
    </w:p>
    <w:p>
      <w:r>
        <w:t>[……...………] …[…...…………][……...………] …[…...…………]The whole world do not know and do not know who I am, I am “Na Naḥ Naḥma Naḥman MeUman”</w:t>
      </w:r>
    </w:p>
    <w:p>
      <w:r>
        <w:t>[……...………] …[…...…………]</w:t>
      </w:r>
    </w:p>
    <w:p>
      <w:r>
        <w:t>[……...………] …[…...…………]</w:t>
      </w:r>
    </w:p>
    <w:p>
      <w:r>
        <w:t>...The whole world do not know who I am, I will announce to you here, now, who I am</w:t>
      </w:r>
    </w:p>
    <w:p>
      <w:r>
        <w:t>I am “Na Naḥ Naḥma Naḥman MeUman,” that is everything, do you not already know who I am?</w:t>
      </w:r>
    </w:p>
    <w:p>
      <w:r>
        <w:t>Where is the television? Where is “Yediot”? What is this?</w:t>
      </w:r>
    </w:p>
    <w:p>
      <w:r>
        <w:t>[…..]</w:t>
      </w:r>
    </w:p>
    <w:p>
      <w:r>
        <w:t>They need to announce to the whole world who I am, I am “Na Naḥ Naḥma Naḥman MeUman”</w:t>
      </w:r>
    </w:p>
    <w:p>
      <w:r>
        <w:t>[……..]</w:t>
      </w:r>
    </w:p>
    <w:p>
      <w:r>
        <w:t>[……..]…</w:t>
      </w:r>
    </w:p>
    <w:p>
      <w:r>
        <w:t>...The whole world do not know who I am, and I will announce to you, I am “Na Naḥ Naḥma Naḥman MeUman”…</w:t>
      </w:r>
    </w:p>
    <w:p>
      <w:r>
        <w:t>...{..}…</w:t>
      </w:r>
    </w:p>
    <w:p>
      <w:r>
        <w:t>...The whole world do not know who I am, and I will announce to you, I am “Na Naḥ Naḥma Naḥman MeUman,” {..}</w:t>
      </w:r>
    </w:p>
    <w:p>
      <w:r>
        <w:t>[…..…]</w:t>
      </w:r>
    </w:p>
    <w:p>
      <w:r>
        <w:t>[..……]…</w:t>
      </w:r>
    </w:p>
    <w:p>
      <w:r>
        <w:t>...I will announce to you who I am, I am “Na Naḥ Naḥma Naḥman MeUman,” that is who I am</w:t>
      </w:r>
    </w:p>
    <w:p>
      <w:r>
        <w:t>[……..]…</w:t>
      </w:r>
    </w:p>
    <w:p>
      <w:r>
        <w:t>...The television still has not come? What is with them?</w:t>
      </w:r>
    </w:p>
    <w:p>
      <w:r>
        <w:t>[“The television still has not come?”]</w:t>
      </w:r>
    </w:p>
    <w:p>
      <w:r>
        <w:t>They have no sense, the entire television, you need to come here, what is this? […….]…</w:t>
      </w:r>
    </w:p>
    <w:p>
      <w:r>
        <w:t>...{..}, and the Rebbe, one needs to search very much for a Rebbe, a Rebbe who can help us</w:t>
      </w:r>
    </w:p>
    <w:p>
      <w:r>
        <w:t>The Rebbe of the world is our holy Rabbainu, Rebbe “Na Naḥ Naḥma Naḥman MeUman”</w:t>
      </w:r>
    </w:p>
    <w:p>
      <w:r>
        <w:t>He is the Rebbe of the whole world, of all Yisroel, of..</w:t>
      </w:r>
    </w:p>
    <w:p>
      <w:r>
        <w:t>The Rebbe of, of, of the Torah, and of all Yisroel</w:t>
      </w:r>
    </w:p>
    <w:p>
      <w:r>
        <w:t>[Of the.. what?]</w:t>
      </w:r>
    </w:p>
    <w:p>
      <w:r>
        <w:t>[Of the Torah]</w:t>
      </w:r>
    </w:p>
    <w:p>
      <w:r>
        <w:t>[….…..]</w:t>
      </w:r>
    </w:p>
    <w:p>
      <w:r>
        <w:t>[……...]…</w:t>
      </w:r>
    </w:p>
    <w:p>
      <w:r>
        <w:t>...“{Fortunate are we, the..} that we have such a Rebbe..”</w:t>
      </w:r>
    </w:p>
    <w:p>
      <w:r>
        <w:t>The whole world needs to know who the Rebbe is, the Rebbe is “Na Naḥ Naḥma Naḥman MeUman” this is the Rebbe of, of all Yisroel</w:t>
      </w:r>
    </w:p>
    <w:p>
      <w:r>
        <w:t>{What this is}</w:t>
      </w:r>
    </w:p>
    <w:p>
      <w:r>
        <w:t>“Fortunate are we, how good is our portion, that we have such a Rebbe”</w:t>
      </w:r>
    </w:p>
    <w:p>
      <w:r>
        <w:t>The Rebbe has already prepared for us</w:t>
      </w:r>
    </w:p>
    <w:p>
      <w:r>
        <w:t>“Likutey Moharan”</w:t>
      </w:r>
    </w:p>
    <w:p>
      <w:r>
        <w:t>“Likutey Tefillos”</w:t>
      </w:r>
    </w:p>
    <w:p>
      <w:r>
        <w:t>“Likutey Halachos”</w:t>
      </w:r>
    </w:p>
    <w:p>
      <w:r>
        <w:t>“Likutey Eitzos”</w:t>
      </w:r>
    </w:p>
    <w:p>
      <w:r>
        <w:t>He has already prepared for us, for us everything, for each and every one</w:t>
      </w:r>
    </w:p>
    <w:p>
      <w:r>
        <w:t>The cures and the salvations and the tikkunim</w:t>
      </w:r>
    </w:p>
    <w:p>
      <w:r>
        <w:t>[……...…..]</w:t>
      </w:r>
    </w:p>
    <w:p>
      <w:r>
        <w:t>[……...…..]…</w:t>
      </w:r>
    </w:p>
    <w:p>
      <w:r>
        <w:t>...[……………..]</w:t>
      </w:r>
    </w:p>
    <w:p>
      <w:r>
        <w:t>[………Where are you, Dagan?]</w:t>
      </w:r>
    </w:p>
    <w:p>
      <w:r>
        <w:t>{Look, this is me, our greatness.. and our glory..</w:t>
      </w:r>
    </w:p>
    <w:p>
      <w:r>
        <w:t>[Saba and Yisroel Dagan sing: (Yisroel Dagan plays music)</w:t>
      </w:r>
    </w:p>
    <w:p>
      <w:r>
        <w:t>“Our greatness and our glory, our righteous Mashiach will reveal”]</w:t>
      </w:r>
    </w:p>
    <w:p>
      <w:r>
        <w:t>{Ah..} Now he will reveal</w:t>
      </w:r>
    </w:p>
    <w:p>
      <w:r>
        <w:t>[To announce]</w:t>
      </w:r>
    </w:p>
    <w:p>
      <w:r>
        <w:t>Now the time has arrived for it to be revealed</w:t>
      </w:r>
    </w:p>
    <w:p>
      <w:r>
        <w:t>[Now]</w:t>
      </w:r>
    </w:p>
    <w:p>
      <w:r>
        <w:t>[Saba and Dagan continue singing: “Our greatness and our glory, our righteous Mashiach will reveal”]</w:t>
      </w:r>
    </w:p>
    <w:p>
      <w:r>
        <w:t>{…} The in-laws, and the groom and bride {were..}…</w:t>
      </w:r>
    </w:p>
    <w:p>
      <w:r>
        <w:t>...[….]</w:t>
      </w:r>
    </w:p>
    <w:p>
      <w:r>
        <w:t>[The in-laws and the bride..]</w:t>
      </w:r>
    </w:p>
    <w:p>
      <w:r>
        <w:t>Such stones</w:t>
      </w:r>
    </w:p>
    <w:p>
      <w:r>
        <w:t>[They were in great danger, such stones]</w:t>
      </w:r>
    </w:p>
    <w:p>
      <w:r>
        <w:t>[Saba and Yisroel Dagan sing: “Our greatness and our glory, our righteous Mashiach will reveal”]…</w:t>
      </w:r>
    </w:p>
    <w:p>
      <w:r>
        <w:t>...(21:16)...</w:t>
      </w:r>
    </w:p>
    <w:p>
      <w:r>
        <w:t>...[Saba and Yisroel Dagan sing: “Our greatness and our glory, our righteous Mashiach will reveal”]</w:t>
      </w:r>
    </w:p>
    <w:p>
      <w:r>
        <w:t>Ah..</w:t>
      </w:r>
    </w:p>
    <w:p>
      <w:r>
        <w:t>"Our greatness and our glory"</w:t>
      </w:r>
    </w:p>
    <w:p>
      <w:r>
        <w:t>[Saba and the friends chant and sing: "Na Nach Nachma Nachman MeUman" Saba shouts ah.. ah.. ah.. ah..]…</w:t>
      </w:r>
    </w:p>
    <w:p>
      <w:r>
        <w:t>...(29:26)...</w:t>
      </w:r>
    </w:p>
    <w:p>
      <w:r>
        <w:t>...[Saba and the friends chant and sing: "Na Nach Nachma Nachman MeUman" Saba shouts ah.. ah.. ah.. ah..]…</w:t>
      </w:r>
    </w:p>
    <w:p>
      <w:r>
        <w:t>...(30:07)...</w:t>
      </w:r>
    </w:p>
    <w:p>
      <w:r>
        <w:t>...[Saba and the friends chant and sing: "Na Nach Nachma Nachman MeUman" Saba shouts ah.. ah.. ah.. ah..]…</w:t>
      </w:r>
    </w:p>
    <w:p>
      <w:pPr>
        <w:pStyle w:val="Heading2"/>
      </w:pPr>
      <w:r>
        <w:t>Side B (Bais)</w:t>
      </w:r>
    </w:p>
    <w:p>
      <w:r>
        <w:t>...[The friends sing and Yisroel Dagan plays the song "Na Nach Nachma Nachman MeUman" to the tune of..</w:t>
      </w:r>
    </w:p>
    <w:p>
      <w:r>
        <w:t>And Saba shouts ah.. ah.. ah.. ah..</w:t>
      </w:r>
    </w:p>
    <w:p>
      <w:r>
        <w:t>Afterward they sing: "In You, Rabbainu, we will rejoice and be glad, in You..”]…</w:t>
      </w:r>
    </w:p>
    <w:p>
      <w:r>
        <w:t>...[….]</w:t>
      </w:r>
    </w:p>
    <w:p>
      <w:r>
        <w:t>Afterward Yisroel Dagan plays and sings:</w:t>
      </w:r>
    </w:p>
    <w:p>
      <w:r>
        <w:t>"Fortunate are we that we merited to draw close to Rabbainu, fortunate are we"</w:t>
      </w:r>
    </w:p>
    <w:p>
      <w:r>
        <w:t>And Saba shouts ah, ah, ah, ah]</w:t>
      </w:r>
    </w:p>
    <w:p>
      <w:r>
        <w:t>{{…….}} (3:07)</w:t>
      </w:r>
    </w:p>
    <w:p>
      <w:r>
        <w:t>[Dagan continues to sing and play:</w:t>
      </w:r>
    </w:p>
    <w:p>
      <w:r>
        <w:t>"Fortunate are we that we merited to draw close to Rabbainu, fortunate are we"</w:t>
      </w:r>
    </w:p>
    <w:p>
      <w:r>
        <w:t>Afterward the friends join in and Saba shouts ah, ah, ah, ah</w:t>
      </w:r>
    </w:p>
    <w:p>
      <w:r>
        <w:t>Afterward he sings and plays: "Who will give me a wing like a dove, I will fly to the holy Zion, to Uman..”</w:t>
      </w:r>
    </w:p>
    <w:p>
      <w:r>
        <w:t>"Na Nach Nachma Nachman MeUman" and Saba shouts ah.. ah.. ah.. ah..</w:t>
      </w:r>
    </w:p>
    <w:p>
      <w:r>
        <w:t>Afterward the friends sing: "It is a great mitzvah to always be happy"</w:t>
      </w:r>
    </w:p>
    <w:p>
      <w:r>
        <w:t>And Saba shouts ah.. ah.. ah.. ah..</w:t>
      </w:r>
    </w:p>
    <w:p>
      <w:r>
        <w:t>Afterward they sing:</w:t>
      </w:r>
    </w:p>
    <w:p>
      <w:r>
        <w:t>"Uman, Uman, Rosh Hashanah, fortunate are we, how good is our portion, that we merited to draw close to Rabbainu..”</w:t>
      </w:r>
    </w:p>
    <w:p>
      <w:r>
        <w:t>And Saba shouts ah.. ah.. ah.. ah..</w:t>
      </w:r>
    </w:p>
    <w:p>
      <w:r>
        <w:t>Afterward they sing:</w:t>
      </w:r>
    </w:p>
    <w:p>
      <w:r>
        <w:t>"And so the righteous will see and rejoice, and the upright will exult, and the pious will rejoice in song.."</w:t>
      </w:r>
    </w:p>
    <w:p>
      <w:r>
        <w:t>And Saba shouts ah.. ah.. ah.. ah..</w:t>
      </w:r>
    </w:p>
    <w:p>
      <w:r>
        <w:t>Afterward they chant the tune of "It is a great mitzvah to always be happy"</w:t>
      </w:r>
    </w:p>
    <w:p>
      <w:r>
        <w:t>And Saba shouts ah.. ah.. ah.. ah..</w:t>
      </w:r>
    </w:p>
    <w:p>
      <w:r>
        <w:t>Afterward they sing:</w:t>
      </w:r>
    </w:p>
    <w:p>
      <w:r>
        <w:t>"In You, Rabbainu, we will rejoice, in You, Rabbainu, we will be glad, in You, Rabbainu, we will rejoice and be glad in You"</w:t>
      </w:r>
    </w:p>
    <w:p>
      <w:r>
        <w:t>And Saba shouts ah.. ah.. ah.. ah..</w:t>
      </w:r>
    </w:p>
    <w:p>
      <w:r>
        <w:t>Afterward they sing:</w:t>
      </w:r>
    </w:p>
    <w:p>
      <w:r>
        <w:t>"Fortunate are we, fortunate are we, fortunate are we that we have such a Rebbe</w:t>
      </w:r>
    </w:p>
    <w:p>
      <w:r>
        <w:t>Fortunate are we, fortunate are we, fortunate are we, that we have such a Saba"</w:t>
      </w:r>
    </w:p>
    <w:p>
      <w:r>
        <w:t>And Saba shouts ah.. ah.. ah.. ah..]…</w:t>
      </w:r>
    </w:p>
    <w:p>
      <w:r>
        <w:t>..."..very much from your service, and about you I said, my little fire will smolder until Mashiach comes</w:t>
      </w:r>
    </w:p>
    <w:p>
      <w:r>
        <w:t>Be strong and courageous in your service, Na Nach Nachma Nachman MeUman"</w:t>
      </w:r>
    </w:p>
    <w:p>
      <w:r>
        <w:t>[……..…..]</w:t>
      </w:r>
    </w:p>
    <w:p>
      <w:r>
        <w:t>[………….]…</w:t>
      </w:r>
    </w:p>
    <w:p>
      <w:r>
        <w:t>..."Na Nach Nachma Nachman MeUman", do you know who said this?</w:t>
      </w:r>
    </w:p>
    <w:p>
      <w:r>
        <w:t>[What?]</w:t>
      </w:r>
    </w:p>
    <w:p>
      <w:r>
        <w:t>"Na Nach Nachma Nachman MeUman"</w:t>
      </w:r>
    </w:p>
    <w:p>
      <w:r>
        <w:t>We are compelled and must wait until {Mashiach\Savior} comes, I cannot leave here before, I cannot leave here, only until, until, {until..} Mashiach comes, what? What do you think? […..]</w:t>
      </w:r>
    </w:p>
    <w:p>
      <w:r>
        <w:t>"It was very difficult for me to descend to you, my precious disciple, to tell you that I derived great pleasure from your service, and about you I said, my little fire.. my fire will burn until the coming of Mashiach</w:t>
      </w:r>
    </w:p>
    <w:p>
      <w:r>
        <w:t>Na Nach Nachma Nachman MeUman"…</w:t>
      </w:r>
    </w:p>
    <w:p>
      <w:r>
        <w:t>...{from this}, {who is this.., ah}, do you know who I am?</w:t>
      </w:r>
    </w:p>
    <w:p>
      <w:r>
        <w:t>I am "Na Nach Nachma Nachman MeUman"…</w:t>
      </w:r>
    </w:p>
    <w:p>
      <w:r>
        <w:t>[I do not understand]…</w:t>
      </w:r>
    </w:p>
    <w:p>
      <w:r>
        <w:t>{..}...</w:t>
      </w:r>
    </w:p>
    <w:p>
      <w:r>
        <w:t>...You, I will inform you who I am, I am "Na Nach Nachma Nachman MeUman"</w:t>
      </w:r>
    </w:p>
    <w:p>
      <w:r>
        <w:t>[………..]</w:t>
      </w:r>
    </w:p>
    <w:p>
      <w:r>
        <w:t>[………..]</w:t>
      </w:r>
    </w:p>
    <w:p>
      <w:r>
        <w:t>You do not know who I am? I am "Na Nach Nachman MeUman"</w:t>
      </w:r>
    </w:p>
    <w:p>
      <w:r>
        <w:t>I will inform you who I am, I am "Na Nach Nachma Nachman MeUman"</w:t>
      </w:r>
    </w:p>
    <w:p>
      <w:r>
        <w:t>[………..]</w:t>
      </w:r>
    </w:p>
    <w:p>
      <w:r>
        <w:t>[………..]</w:t>
      </w:r>
    </w:p>
    <w:p>
      <w:r>
        <w:t>You do not know who I am, I am "Na Nach Nachma Nachman MeUman"</w:t>
      </w:r>
    </w:p>
    <w:p>
      <w:r>
        <w:t>{Yes}</w:t>
      </w:r>
    </w:p>
    <w:p>
      <w:r>
        <w:t>Do you know who I am? No, you do not know, I will inform you, I am "Na Nach Nachma Nachman MeUman" what is this?</w:t>
      </w:r>
    </w:p>
    <w:p>
      <w:r>
        <w:t>[This is t.. tomato soup, Daniel Zafran’s]</w:t>
      </w:r>
    </w:p>
    <w:p>
      <w:r>
        <w:t>Oh, good, thank you very much, is there no more?</w:t>
      </w:r>
    </w:p>
    <w:p>
      <w:r>
        <w:t>[There is more, there is more here]…</w:t>
      </w:r>
    </w:p>
    <w:p>
      <w:r>
        <w:t>...{The whole} world does not know who I am, I am "Na Nach Nachma Nachman MeUman"</w:t>
      </w:r>
    </w:p>
    <w:p>
      <w:r>
        <w:t>I, I am informing you of what the whole world does not know, I will inform you</w:t>
      </w:r>
    </w:p>
    <w:p>
      <w:r>
        <w:t>[……...]</w:t>
      </w:r>
    </w:p>
    <w:p>
      <w:r>
        <w:t>[……...]</w:t>
      </w:r>
    </w:p>
    <w:p>
      <w:r>
        <w:t>The whole world does not know who I am, I will inform you, I am "Na Nach Nachma Nachman MeUman"</w:t>
      </w:r>
    </w:p>
    <w:p>
      <w:r>
        <w:t>[………]</w:t>
      </w:r>
    </w:p>
    <w:p>
      <w:r>
        <w:t>[……...]</w:t>
      </w:r>
    </w:p>
    <w:p>
      <w:r>
        <w:t>I will inform you who I am, I am "Na Nach Nachma Nachman MeUman"</w:t>
      </w:r>
    </w:p>
    <w:p>
      <w:r>
        <w:t>The whole world does not know, it is not {..} not so difficult…</w:t>
      </w:r>
    </w:p>
    <w:p>
      <w:r>
        <w:br w:type="page"/>
      </w:r>
    </w:p>
    <w:p>
      <w:pPr>
        <w:pStyle w:val="Heading1"/>
      </w:pPr>
      <w:r>
        <w:t>Tape 97</w:t>
      </w:r>
    </w:p>
    <w:p>
      <w:pPr>
        <w:pStyle w:val="Heading2"/>
      </w:pPr>
      <w:r>
        <w:t>Side A (Aleph)</w:t>
      </w:r>
    </w:p>
    <w:p>
      <w:r>
        <w:t>...[Saba and the friends sing "Na Naḥ Na Naḥam Naḥman MeUman"]...</w:t>
      </w:r>
    </w:p>
    <w:p>
      <w:r>
        <w:t>...because when one sees such wonders, such stories, such conversations</w:t>
      </w:r>
    </w:p>
    <w:p>
      <w:r>
        <w:t>They, they feel that.. that they are donkeys, yes, that the main salvation is Rabbi Nachman</w:t>
      </w:r>
    </w:p>
    <w:p>
      <w:r>
        <w:t>Such stories had never yet been in the world, and there are no, there are no, {no, such}, stories</w:t>
      </w:r>
    </w:p>
    <w:p>
      <w:r>
        <w:t>Of "The Master of Prayer," and seven, and "The Seven Beggars"</w:t>
      </w:r>
    </w:p>
    <w:p>
      <w:r>
        <w:t>What?, and every, and every tale and every story is, is—every word is, is, is a new Kabbalah</w:t>
      </w:r>
    </w:p>
    <w:p>
      <w:r>
        <w:t>That has still not been revealed in the world, such secrets of the Torah as had still never been in the world</w:t>
      </w:r>
    </w:p>
    <w:p>
      <w:r>
        <w:t>And all of them, all this is for us!</w:t>
      </w:r>
    </w:p>
    <w:p>
      <w:r>
        <w:t>We are such sick people, we need such new medicines, {that upon me\that still} th..</w:t>
      </w:r>
    </w:p>
    <w:p>
      <w:r>
        <w:t>And it will be only Rabbainu</w:t>
      </w:r>
    </w:p>
    <w:p>
      <w:r>
        <w:t>Therefore, at any rate, we need to strengthen ourselves not to fall, and to renew ourselves and strengthen ourselves</w:t>
      </w:r>
    </w:p>
    <w:p>
      <w:r>
        <w:t>And always study the books of Rabbainu, not for proficiency, only in order to serve Hashem with this, yes</w:t>
      </w:r>
    </w:p>
    <w:p>
      <w:r>
        <w:t>With every Torah, from every tale, from every conversation of Rabbainu, this, this is the root of the entire Torah, yes</w:t>
      </w:r>
    </w:p>
    <w:p>
      <w:r>
        <w:t>It is not we who say this, the holy Rabbainu revealed it, and if he said it</w:t>
      </w:r>
    </w:p>
    <w:p>
      <w:r>
        <w:t>Then "the halachah follows Rav Nachman, and the halachah follows Rav Nachman, and the halachah follows Nachmani"</w:t>
      </w:r>
    </w:p>
    <w:p>
      <w:r>
        <w:t>He is this, he said, he revealed this, yes</w:t>
      </w:r>
    </w:p>
    <w:p>
      <w:r>
        <w:t>He knew that we have no place whatsoever that could help us, only, only he himself</w:t>
      </w:r>
    </w:p>
    <w:p>
      <w:r>
        <w:t>Rebbe, the Rebbe is truth, "R’osh B’nei Y’israel," our master of the house</w:t>
      </w:r>
    </w:p>
    <w:p>
      <w:r>
        <w:t>The master of the house of the world, of the entire world</w:t>
      </w:r>
    </w:p>
    <w:p>
      <w:r>
        <w:t>And he brought down and revealed in the world such a wisdom that has still not been revealed in the world</w:t>
      </w:r>
    </w:p>
    <w:p>
      <w:r>
        <w:t>"You made them all with wisdom"</w:t>
      </w:r>
    </w:p>
    <w:p>
      <w:r>
        <w:t>Oy, such a wisdom as had still never been in the world, such a holy wisdom</w:t>
      </w:r>
    </w:p>
    <w:p>
      <w:r>
        <w:t>Such supreme holiness has still not been revealed in the world</w:t>
      </w:r>
    </w:p>
    <w:p>
      <w:r>
        <w:t>Rabbainu—and the holy Ari, he says that Mashiach will be greater than Moshe Rabbainu and than all the tzadikim—did you see this?</w:t>
      </w:r>
    </w:p>
    <w:p>
      <w:r>
        <w:t>[No]</w:t>
      </w:r>
    </w:p>
    <w:p>
      <w:r>
        <w:t>Yes, yes, it is in the writings, in "the writings of the holy Ari," yes</w:t>
      </w:r>
    </w:p>
    <w:p>
      <w:r>
        <w:t>We need to give over our souls to emerge from the sins</w:t>
      </w:r>
    </w:p>
    <w:p>
      <w:r>
        <w:t>The main suffering and the main pain and.. this—there is no, there is no suffering greater than sins</w:t>
      </w:r>
    </w:p>
    <w:p>
      <w:r>
        <w:t>This does not belong to Yisrael, only to the gentiles; sins, desires, this is only for the gentiles</w:t>
      </w:r>
    </w:p>
    <w:p>
      <w:r>
        <w:t>We are "Who chose us from all the peoples"</w:t>
      </w:r>
    </w:p>
    <w:p>
      <w:r>
        <w:t>And we.. now is the time, the time of the approach of the redemption, yes</w:t>
      </w:r>
    </w:p>
    <w:p>
      <w:r>
        <w:t>So.. and we see, we see how the world is so submerged in the desires, and Rabbainu is the opposite—they, all of them, the entire world draw themselves to the holy Rabbainu</w:t>
      </w:r>
    </w:p>
    <w:p>
      <w:r>
        <w:t>All the secular people and all, all.. "Rabbi Nachman, Rabbi Nachman, Rabbi Nachman," yes</w:t>
      </w:r>
    </w:p>
    <w:p>
      <w:r>
        <w:t>They should have fled {nu, what}</w:t>
      </w:r>
    </w:p>
    <w:p>
      <w:r>
        <w:t>[..fled]</w:t>
      </w:r>
    </w:p>
    <w:p>
      <w:r>
        <w:t>They should have distanced themselves</w:t>
      </w:r>
    </w:p>
    <w:p>
      <w:r>
        <w:t>"What, what is this? He says that the main thing—money—is nothing, honor is nothing, only to serve Hashem?” they should all have distanced themselves, fled, yes</w:t>
      </w:r>
    </w:p>
    <w:p>
      <w:r>
        <w:t>And they all esteem him and love him, and he.. and say: "Only Rabbi Nachman!"</w:t>
      </w:r>
    </w:p>
    <w:p>
      <w:r>
        <w:t>[That is what they say..]…</w:t>
      </w:r>
    </w:p>
    <w:p>
      <w:r>
        <w:t>…yes, {from captivity}, nothing can help us, only Rabbainu Rabbi Nachman, {{I, yes}}</w:t>
      </w:r>
    </w:p>
    <w:p>
      <w:r>
        <w:t>Every single word that he revealed is all our hope and all our life-force and the life-force of the entire world</w:t>
      </w:r>
    </w:p>
    <w:p>
      <w:r>
        <w:t>Oy vey, if we had merited, we could have been, renewed ourselves and become human beings</w:t>
      </w:r>
    </w:p>
    <w:p>
      <w:r>
        <w:t>Not like the world now; this is not a world, these are not human beings, this is a kind of animals that walk on, on two legs—the main wisdom is, is the Torah and the true tzadik</w:t>
      </w:r>
    </w:p>
    <w:p>
      <w:r>
        <w:t>Not as we think, if we study, we can study</w:t>
      </w:r>
    </w:p>
    <w:p>
      <w:r>
        <w:t>There are in the Torah two, two potions, a potion, a potion of life, and a potion of death</w:t>
      </w:r>
    </w:p>
    <w:p>
      <w:r>
        <w:t>One can study, be a great scholar, and study in the opposite way, yes, without the.. yes, without the tzadik</w:t>
      </w:r>
    </w:p>
    <w:p>
      <w:r>
        <w:t>Yes, what this is, {{this is kingship}} nu, nu, a time will come</w:t>
      </w:r>
    </w:p>
    <w:p>
      <w:r>
        <w:t>Yes, the more the holy Rabbainu becomes publicized in the world, then this is the approach of the redemption</w:t>
      </w:r>
    </w:p>
    <w:p>
      <w:r>
        <w:t>In "Sefer HaMidos" Rabbainu says:</w:t>
      </w:r>
    </w:p>
    <w:p>
      <w:r>
        <w:t>"The coming of Mashiach depends on the closeness of the tzadikim"</w:t>
      </w:r>
    </w:p>
    <w:p>
      <w:r>
        <w:t>On drawing close to the tzadikim; who are the tzadikim? The holy Rabbainu and his people, yes, that is it</w:t>
      </w:r>
    </w:p>
    <w:p>
      <w:r>
        <w:t>Oy, what this is, oy, oy, oy</w:t>
      </w:r>
    </w:p>
    <w:p>
      <w:r>
        <w:t>At any rate, we need to nullify our minds completely before Rabbainu, before the holy Rabbainu, before the Torah, yes</w:t>
      </w:r>
    </w:p>
    <w:p>
      <w:r>
        <w:t>And give over our souls to fulfill the Torah and to bring into the Torah and to bring in faith, yes</w:t>
      </w:r>
    </w:p>
    <w:p>
      <w:r>
        <w:t>Do not, do not look at the world, at.. the entire world is, is such a world today th..</w:t>
      </w:r>
    </w:p>
    <w:p>
      <w:r>
        <w:t>A world of, of madmen, of wicked people, of.. such a world</w:t>
      </w:r>
    </w:p>
    <w:p>
      <w:r>
        <w:t>But there already is a rectifier who can help, who can bring one out, yes</w:t>
      </w:r>
    </w:p>
    <w:p>
      <w:r>
        <w:t>So the healing and the salvation is only Rabbainu, "R’osh B’nei Y’israel," the Rebbe, Rabbainu</w:t>
      </w:r>
    </w:p>
    <w:p>
      <w:r>
        <w:t>He is the Rebbe of all Yisrael, "R’osh B’nei Y’israel"—the initial letters are Rebbe, yes, yes</w:t>
      </w:r>
    </w:p>
    <w:p>
      <w:r>
        <w:t>What is a Rebbe? He teaches with the infant, with the.. with, with the child</w:t>
      </w:r>
    </w:p>
    <w:p>
      <w:r>
        <w:t>He makes known to him what, what is a patach and what is a kamatz and what is Bereishis, and what is {here} Gemara</w:t>
      </w:r>
    </w:p>
    <w:p>
      <w:r>
        <w:t>He, he, he, he develops him and brings into him a new spirit and soul...</w:t>
      </w:r>
    </w:p>
    <w:p>
      <w:r>
        <w:t>...and we need to be mighty men, warriors of the battle, to overcome every, every</w:t>
      </w:r>
    </w:p>
    <w:p>
      <w:r>
        <w:t>Not to look at the entire world, only what, only what we merit to feel and understand—some word from Rabbainu</w:t>
      </w:r>
    </w:p>
    <w:p>
      <w:r>
        <w:t>The main thing is that we need to nullify our wisdom and our mind and our intellect, to nullify them completely</w:t>
      </w:r>
    </w:p>
    <w:p>
      <w:r>
        <w:t>The holy Rabbainu {said}—he is the root and the main thing of the Torah, of faith, of all our life-force, that is it</w:t>
      </w:r>
    </w:p>
    <w:p>
      <w:r>
        <w:t>And this will be</w:t>
      </w:r>
    </w:p>
    <w:p>
      <w:r>
        <w:t>Whoever searches for truth, Hashem Yisbarach illuminates for him everything that he needs</w:t>
      </w:r>
    </w:p>
    <w:p>
      <w:r>
        <w:t>That he should do everything that {{I}} need</w:t>
      </w:r>
    </w:p>
    <w:p>
      <w:r>
        <w:t>And also with a person, when a person searches for truth, then he merits</w:t>
      </w:r>
    </w:p>
    <w:p>
      <w:r>
        <w:t>Hashem Yisbarach opens his eyes, and he sees the truth and knows how to conduct himself, how, what to do</w:t>
      </w:r>
    </w:p>
    <w:p>
      <w:r>
        <w:t>How to rectify everything and how {to return} to Hashem Yisbarach and to the Torah, to faith, to truth</w:t>
      </w:r>
    </w:p>
    <w:p>
      <w:r>
        <w:t>This, the entire world goes, yes, they run, and go around and around, but these are not, not human beings</w:t>
      </w:r>
    </w:p>
    <w:p>
      <w:r>
        <w:t>Human beings, he has hands and feet and a mouth, yes, everything, and this is a kind, a kind, a kind of such animals, yes</w:t>
      </w:r>
    </w:p>
    <w:p>
      <w:r>
        <w:t>So says the holy Rabbainu, in the Torah "For He who has mercy on them will lead them," {yes}…</w:t>
      </w:r>
    </w:p>
    <w:p>
      <w:r>
        <w:t>..."Rachmana li.. liba baei," the main thing is the heart</w:t>
      </w:r>
    </w:p>
    <w:p>
      <w:r>
        <w:t>The holy Rabbainu said: "Give me your hearts, and I will lead you on a new path"</w:t>
      </w:r>
    </w:p>
    <w:p>
      <w:r>
        <w:t>"Your hearts,” the heart, oy vey, what is this? What? Where are we?</w:t>
      </w:r>
    </w:p>
    <w:p>
      <w:r>
        <w:t>There is, there is in the world, there is, there exists in the world such a light, which is all our life-force and our hope</w:t>
      </w:r>
    </w:p>
    <w:p>
      <w:r>
        <w:t>And we need to give over our souls, not to leave it, to bring it into our hearts</w:t>
      </w:r>
    </w:p>
    <w:p>
      <w:r>
        <w:t>And not to look at the entire world, yes</w:t>
      </w:r>
    </w:p>
    <w:p>
      <w:r>
        <w:t>Who is the world? The holy Rabbainu, Hashem Yisbarach, the holy Rabbainu, the Torah, that is it</w:t>
      </w:r>
    </w:p>
    <w:p>
      <w:r>
        <w:t>Aside from this there is no world</w:t>
      </w:r>
    </w:p>
    <w:p>
      <w:r>
        <w:t>Oy, one needs to speak only about this, yes</w:t>
      </w:r>
    </w:p>
    <w:p>
      <w:r>
        <w:t>Every time we merit to see ourselves and speak, we need to speak only of this</w:t>
      </w:r>
    </w:p>
    <w:p>
      <w:r>
        <w:t>Each one, {each one} what he merited to find in the words of Rabbainu—how to rectify and how to renew oneself and how to strengthen oneself</w:t>
      </w:r>
    </w:p>
    <w:p>
      <w:r>
        <w:t>To speak only of this with, with friends, and with, with the entire world, yes</w:t>
      </w:r>
    </w:p>
    <w:p>
      <w:r>
        <w:t>Because falsehood has no, has no, has no {existence\anything}, it has no…</w:t>
      </w:r>
    </w:p>
    <w:p>
      <w:r>
        <w:t>...the time will arrive…</w:t>
      </w:r>
    </w:p>
    <w:p>
      <w:r>
        <w:t>...and whoever {sees}, and wants now, he already has such Torah teachings, such prayers</w:t>
      </w:r>
    </w:p>
    <w:p>
      <w:r>
        <w:t>And such words from such a tzadik, who, who changes, changes nature, changes the entire world</w:t>
      </w:r>
    </w:p>
    <w:p>
      <w:r>
        <w:t>He, he, "There is a matter whereby everything is transformed for good," he transforms everything for good…</w:t>
      </w:r>
    </w:p>
    <w:p>
      <w:r>
        <w:t>...Oy vey, one needs to speak about this day and night, not to sleep and not to eat, "I have no time"</w:t>
      </w:r>
    </w:p>
    <w:p>
      <w:r>
        <w:t>We need to have mercy on our children and on our generations and on ourselves, and speak only about this</w:t>
      </w:r>
    </w:p>
    <w:p>
      <w:r>
        <w:t>"Who is the man who desires life," whoever wants to look and to be, and to be a servant of Hashem</w:t>
      </w:r>
    </w:p>
    <w:p>
      <w:r>
        <w:t>And to serve Hashem in truth, then only, {only} Rabbainu, this needs to be made known to the whole world</w:t>
      </w:r>
    </w:p>
    <w:p>
      <w:r>
        <w:t>And we see that the whole world, they know this; they, they draw themselves to Rabbainu, yes</w:t>
      </w:r>
    </w:p>
    <w:p>
      <w:r>
        <w:t>Oy.. oy…</w:t>
      </w:r>
    </w:p>
    <w:p>
      <w:r>
        <w:t>...Oy.. now I see how the liars look, yes, how {they look},where are they, yes</w:t>
      </w:r>
    </w:p>
    <w:p>
      <w:r>
        <w:t>Nothing at all remains of them, only the Breslov books</w:t>
      </w:r>
    </w:p>
    <w:p>
      <w:r>
        <w:t>{This}, this creates a new world, every utterance of Rabbainu</w:t>
      </w:r>
    </w:p>
    <w:p>
      <w:r>
        <w:t>And we need to give over our souls for this and bring it into our hearts, into the heart of our offspring and into our generations</w:t>
      </w:r>
    </w:p>
    <w:p>
      <w:r>
        <w:t>And always speak only about this</w:t>
      </w:r>
    </w:p>
    <w:p>
      <w:r>
        <w:t>How one merits to emerge from the sins, from the desires; how one merits to rectify, everything, through the power of the holy Rabbainu</w:t>
      </w:r>
    </w:p>
    <w:p>
      <w:r>
        <w:t>He revealed to us that he can help us, that he can already rectify us, as we are, yes</w:t>
      </w:r>
    </w:p>
    <w:p>
      <w:r>
        <w:t>Oy, oy..</w:t>
      </w:r>
    </w:p>
    <w:p>
      <w:r>
        <w:t>Oy, every Torah that Rabbainu revealed in the world, every utterance he revealed in the world</w:t>
      </w:r>
    </w:p>
    <w:p>
      <w:r>
        <w:t>This is all, all our vitality and our hope, yes, that is it</w:t>
      </w:r>
    </w:p>
    <w:p>
      <w:r>
        <w:t>And we need to have mercy on ourselves and on our generations and on our offspring and on our generations</w:t>
      </w:r>
    </w:p>
    <w:p>
      <w:r>
        <w:t>To make known to everyone, to the whole world, that now, in these generations, in this darkness, there is already such a light</w:t>
      </w:r>
    </w:p>
    <w:p>
      <w:r>
        <w:t>That he can help us, take us out of the sins and the desires, and rectify everything…</w:t>
      </w:r>
    </w:p>
    <w:p>
      <w:r>
        <w:t>...{…}, there were several great ones who, who thought that they were Mashiach, that they</w:t>
      </w:r>
    </w:p>
    <w:p>
      <w:r>
        <w:t>They, they spoke {some\b} such words, but, but it was not correct, this, they erred, yes</w:t>
      </w:r>
    </w:p>
    <w:p>
      <w:r>
        <w:t>Only the holy Rabbainu—with him there is no error at all; what he revealed, what a clarified utterance, a halachah given to Moshe at Sinai</w:t>
      </w:r>
    </w:p>
    <w:p>
      <w:r>
        <w:t>{Ah, yes\}, the night…</w:t>
      </w:r>
    </w:p>
    <w:p>
      <w:r>
        <w:t>...The holy Rabbainu rose above all the tzaddikim, above all the tzaddikim who had been since the day the world was created</w:t>
      </w:r>
    </w:p>
    <w:p>
      <w:r>
        <w:t>This is a wondrous matter of Hashem Yisbarach, Who saw that in the last generations there would be what there would be</w:t>
      </w:r>
    </w:p>
    <w:p>
      <w:r>
        <w:t>What, what there would be, what heresy, what falsehood, what {liars}</w:t>
      </w:r>
    </w:p>
    <w:p>
      <w:r>
        <w:t>And Hashem Yisbarach saw, he, and.. and knew, so He knew</w:t>
      </w:r>
    </w:p>
    <w:p>
      <w:r>
        <w:t>Ah, in the last generations? The holy Rabbainu must, must descend into this world, Rabbainu Rebbe Nachman</w:t>
      </w:r>
    </w:p>
    <w:p>
      <w:r>
        <w:t>His soul into this world; if not? Chas veshalom, this, then there was, there will be such destruction that—without any hope, only Rabbainu, {Hashem has mercy}</w:t>
      </w:r>
    </w:p>
    <w:p>
      <w:r>
        <w:t>And the holy Rabbainu hints in the "Stories”, that they led a soul to demand of him that it descend into this world, yes, then the Samech-Mem came, then came the Samech-Mem, the Angel of Death, the evil inclination, the evil, he argued, he had arguments, "There is a Torah judgment; what is this? Is it ownerless?" He said:</w:t>
      </w:r>
    </w:p>
    <w:p>
      <w:r>
        <w:t>"What, what? If the soul descends into this world, then I have nothing, I have nothing to do, nothing"</w:t>
      </w:r>
    </w:p>
    <w:p>
      <w:r>
        <w:t>"And was it in vain..”, he argued:</w:t>
      </w:r>
    </w:p>
    <w:p>
      <w:r>
        <w:t>"And was it in vain that You created me? Why did You create me? Then I have nothing, I have nothing to do," yes, and he went; afterward he, they said to him, the men, there was {for me} a Torah judgment, yes, and we decided:</w:t>
      </w:r>
    </w:p>
    <w:p>
      <w:r>
        <w:t>"This soul must descend into the world, and you, and you give yourself counsel, give counsel already"</w:t>
      </w:r>
    </w:p>
    <w:p>
      <w:r>
        <w:t>Then.. then he went to think of counsel; he returned and said:</w:t>
      </w:r>
    </w:p>
    <w:p>
      <w:r>
        <w:t>"I already have counsel, yes, he can descend, "Breslov," there will be such controversy"</w:t>
      </w:r>
    </w:p>
    <w:p>
      <w:r>
        <w:t>Such words, "Chayey Moharan" in print, but no, no, no, {one sees} one does not feel</w:t>
      </w:r>
    </w:p>
    <w:p>
      <w:r>
        <w:t>The world is so materialized that no, even the great ones, even geniuses do not feel that there is, what there is in this, yes there is, they have a part in this</w:t>
      </w:r>
    </w:p>
    <w:p>
      <w:r>
        <w:t>The Breslov, yes…</w:t>
      </w:r>
    </w:p>
    <w:p>
      <w:r>
        <w:t>...In this I see that the essential is the self-sacrifice, for Hashem Yisbarach, for the Torah; wisdom is also good, but, but the essential foundation, and the essential of Judaism, the essential of the Torah is the self-sacrifice, the strong will, {yes}</w:t>
      </w:r>
    </w:p>
    <w:p>
      <w:r>
        <w:t>And the holy Rabbainu also prepared this.., in this, and said—there is a conversation in which Rabbainu says:</w:t>
      </w:r>
    </w:p>
    <w:p>
      <w:r>
        <w:t>"Give me your hearts and I will lead you on a new path</w:t>
      </w:r>
    </w:p>
    <w:p>
      <w:r>
        <w:t>It is a very old path, which our forefathers have trodden from time immemorial, and even so it is completely new"</w:t>
      </w:r>
    </w:p>
    <w:p>
      <w:r>
        <w:t>Nu, one needs to give the heart</w:t>
      </w:r>
    </w:p>
    <w:p>
      <w:r>
        <w:t>And baruch Hashem, I, I gave my entire life and my heart, the father and the mother and the whole world—I gave everything for drawing close to Rabbainu; it is a wonder, it is a very wondrous thing…</w:t>
      </w:r>
    </w:p>
    <w:p>
      <w:r>
        <w:t>...The holy Rabbainu said: "Anyone who has some thought of repentance, it is drawn from me"</w:t>
      </w:r>
    </w:p>
    <w:p>
      <w:r>
        <w:t>That is what the holy Rabbainu says, yes</w:t>
      </w:r>
    </w:p>
    <w:p>
      <w:r>
        <w:t>So all the thoughts of rep.., we now see many baalei teshuvah; this is also a sign of the redemption</w:t>
      </w:r>
    </w:p>
    <w:p>
      <w:r>
        <w:t>Because all the thoughts of repentance {will be} drawn from Rabbainu, even though they do not know</w:t>
      </w:r>
    </w:p>
    <w:p>
      <w:r>
        <w:t>Even though they do not know from where, {this is in a person, this.. yes}</w:t>
      </w:r>
    </w:p>
    <w:p>
      <w:r>
        <w:t>But this power of Rabbainu exists in the world, and it, and it brings about effects, and it gives no rest, what..</w:t>
      </w:r>
    </w:p>
    <w:p>
      <w:r>
        <w:t>Yes</w:t>
      </w:r>
    </w:p>
    <w:p>
      <w:r>
        <w:t>Oy vey..</w:t>
      </w:r>
    </w:p>
    <w:p>
      <w:r>
        <w:t>Oy, you do not know, you do not know and do not know</w:t>
      </w:r>
    </w:p>
    <w:p>
      <w:r>
        <w:t>Since the holy Rabbainu is already present in the world, and if he is already present in the world, then there is a master of the world, only they do not know; so it is in concealment, but, but there is, yes, there already is, there already is a master of the world, and the time will come when it will be revealed, {th.. th..} yes, the time of the wedding; everything has an end, the end will come, the time will come, the time of the wedding will come, then there will be a wedding; we do not know at all, we {know what, what}..</w:t>
      </w:r>
    </w:p>
    <w:p>
      <w:r>
        <w:t>If there had not been the controversy against the Baal Shem Tov, the Baal Shem Tov was a tzaddik {th..}</w:t>
      </w:r>
    </w:p>
    <w:p>
      <w:r>
        <w:t>The holy Rabbainu said about the Baal Shem Tov that he was {..}</w:t>
      </w:r>
    </w:p>
    <w:p>
      <w:r>
        <w:t>But the holy Rabbainu is a special matter, {this is a matter.., ah.. this is such a matter}</w:t>
      </w:r>
    </w:p>
    <w:p>
      <w:r>
        <w:t>Yes, and the world does not know this</w:t>
      </w:r>
    </w:p>
    <w:p>
      <w:r>
        <w:t>The Breslov Chassidim also do not, even Levi Yitzchak; the holy Rabbainu said:</w:t>
      </w:r>
    </w:p>
    <w:p>
      <w:r>
        <w:t>"To know of me, I am a secret from the whole world"…</w:t>
      </w:r>
    </w:p>
    <w:p>
      <w:r>
        <w:t>...Whoever, whoever {passes}, the world can think about, about Chabad, about Chabad that it..</w:t>
      </w:r>
    </w:p>
    <w:p>
      <w:r>
        <w:t>{It.. ….}, this is falsehood {g..}, this is complete falsehood</w:t>
      </w:r>
    </w:p>
    <w:p>
      <w:r>
        <w:t>Nu, so because of this.., because of this there is such darkness in the world...</w:t>
      </w:r>
    </w:p>
    <w:p>
      <w:r>
        <w:t>[Saba and Sharon Tel-Tzor sing: "Na Naḥ Naḥma Naḥman MeUman"]...</w:t>
      </w:r>
    </w:p>
    <w:p>
      <w:r>
        <w:t>...[Saba and Sharon Tel-Tzor sing: "Na Naḥ Naḥma Naḥman MeUman"]…</w:t>
      </w:r>
    </w:p>
    <w:p>
      <w:r>
        <w:t>...[…]...</w:t>
      </w:r>
    </w:p>
    <w:p>
      <w:r>
        <w:t>...My matter, my matter—I am nothing; only the essential is prayer</w:t>
      </w:r>
    </w:p>
    <w:p>
      <w:r>
        <w:t>For each one to pray to Hashem Yisbarach every day, for everything he lacks, everything he needs</w:t>
      </w:r>
    </w:p>
    <w:p>
      <w:r>
        <w:t>To ask for mercy from Hashem Yisbarach, that we merit fear of Heaven and to keep the Torah and the mitzvos</w:t>
      </w:r>
    </w:p>
    <w:p>
      <w:r>
        <w:t>And if, chas veshalom, we fall, then there is, there is Rabbainu Rebbe Nachman, who does not allow one to fall, does not allow us to fall; so the essential is {...}the holy Rabbainu Rebbe Nachman, I am nothing, yes</w:t>
      </w:r>
    </w:p>
    <w:p>
      <w:r>
        <w:t>And the essential is to study his books and fulfill what he teaches us, and to believe, and to believe him</w:t>
      </w:r>
    </w:p>
    <w:p>
      <w:r>
        <w:t>What he says is halachah, it is from Heaven, it, it, it is all our vitality and our hope</w:t>
      </w:r>
    </w:p>
    <w:p>
      <w:r>
        <w:t>And he.. Hashem Yisbarach brought him into the world now, in this darkness</w:t>
      </w:r>
    </w:p>
    <w:p>
      <w:r>
        <w:t>So that he should transform, should draw the whole world close to Hashem Yisbarach and to the Torah and to faith and to the truth, yes</w:t>
      </w:r>
    </w:p>
    <w:p>
      <w:r>
        <w:t>This is the essential, the essential is to believe in Hashem and to pray to Hashem</w:t>
      </w:r>
    </w:p>
    <w:p>
      <w:r>
        <w:t>And to believe that Hashem Yisbarach created us and He wants us to believe in Him and believe in the Torah and the mitzvos and be like children with Hashem Yisbarach</w:t>
      </w:r>
    </w:p>
    <w:p>
      <w:r>
        <w:t>This is it, this is the ultimate purpose, this is life…</w:t>
      </w:r>
    </w:p>
    <w:p>
      <w:r>
        <w:t>...{This is} life, the life of a kind of animal</w:t>
      </w:r>
    </w:p>
    <w:p>
      <w:r>
        <w:t>There are animals that walk on four legs, and there are animals that walk on two legs, {{...}} in the world animals walk around on two legs and also speak…</w:t>
      </w:r>
    </w:p>
    <w:p>
      <w:r>
        <w:t>...And to believe that Hashem Yisbarach hears every prayer, even a good desire that we have</w:t>
      </w:r>
    </w:p>
    <w:p>
      <w:r>
        <w:t>Hashem Yisbarach knows everything and helps, and helps us and wants to help us</w:t>
      </w:r>
    </w:p>
    <w:p>
      <w:r>
        <w:t>Only the essential thing is that we are far from faith and from the truth, yes</w:t>
      </w:r>
    </w:p>
    <w:p>
      <w:r>
        <w:t>We are a Jewish people, we received the Torah and we are the people of the Torah, the people of Hashem, yes, and all our vitality is the Torah and the mitzvos, this is all the vitality...</w:t>
      </w:r>
    </w:p>
    <w:p>
      <w:r>
        <w:t>...[Saba chants the melody of "For You hear the sound of the shofar.."]…</w:t>
      </w:r>
    </w:p>
    <w:p>
      <w:pPr>
        <w:pStyle w:val="Heading2"/>
      </w:pPr>
      <w:r>
        <w:t>Side B (Bais)</w:t>
      </w:r>
    </w:p>
    <w:p>
      <w:r>
        <w:t>...(A recording of Yisroel Dagan telling about Saba accompanied by a melody):</w:t>
      </w:r>
    </w:p>
    <w:p>
      <w:r>
        <w:t>[Young Yisroel was very sad</w:t>
      </w:r>
    </w:p>
    <w:p>
      <w:r>
        <w:t>How was it that on such a holy day, on the seventeenth of Tammuz, his evil inclination caused him to stumble and he ate? How was it that he fell?</w:t>
      </w:r>
    </w:p>
    <w:p>
      <w:r>
        <w:t>After five years of strengthening himself in the service of Hashem Yisbarach</w:t>
      </w:r>
    </w:p>
    <w:p>
      <w:r>
        <w:t>With Rebbe Yisroel (Kardonner), the righteous and holy Breslover who drew him close to Breslov Chassidus</w:t>
      </w:r>
    </w:p>
    <w:p>
      <w:r>
        <w:t>In them he tasted the taste of prayer with self-sacrifice</w:t>
      </w:r>
    </w:p>
    <w:p>
      <w:r>
        <w:t>Dancing and attachment to the blessed Creator, little eating and sleeping</w:t>
      </w:r>
    </w:p>
    <w:p>
      <w:r>
        <w:t>He arose almost every night at midnight to say Tikkun Chatzos</w:t>
      </w:r>
    </w:p>
    <w:p>
      <w:r>
        <w:t>And journeyed through the holy and pure Torahs of the holy Rabbainu</w:t>
      </w:r>
    </w:p>
    <w:p>
      <w:r>
        <w:t>Always in joy, always in faith, truly Gan Eden</w:t>
      </w:r>
    </w:p>
    <w:p>
      <w:r>
        <w:t>And now he ate on the seventeenth of Tammuz</w:t>
      </w:r>
    </w:p>
    <w:p>
      <w:r>
        <w:t>He fell into great sadness and black melancholy, and nothing could comfort him</w:t>
      </w:r>
    </w:p>
    <w:p>
      <w:r>
        <w:t>He prayed to Hashem Yisbarach to send healing for his soul, to save him</w:t>
      </w:r>
    </w:p>
    <w:p>
      <w:r>
        <w:t>For a week he went about like this</w:t>
      </w:r>
    </w:p>
    <w:p>
      <w:r>
        <w:t>And after a week he heard an inner voice saying to him:</w:t>
      </w:r>
    </w:p>
    <w:p>
      <w:r>
        <w:t>"Approach the bookcase, open whatever book it may be, and there you will find healing for your soul"</w:t>
      </w:r>
    </w:p>
    <w:p>
      <w:r>
        <w:t>He paid no attention to it, but when the voice returned twice, and three times</w:t>
      </w:r>
    </w:p>
    <w:p>
      <w:r>
        <w:t>He approached the bookcase, opened a book, and inside the book found a letter, and in it was written:</w:t>
      </w:r>
    </w:p>
    <w:p>
      <w:r>
        <w:t>"It was very difficult for me to descend to you, my precious student</w:t>
      </w:r>
    </w:p>
    <w:p>
      <w:r>
        <w:t>To tell you that I derived great pleasure from your service</w:t>
      </w:r>
    </w:p>
    <w:p>
      <w:r>
        <w:t>And about you I said, my little fire will burn until Mashiach comes</w:t>
      </w:r>
    </w:p>
    <w:p>
      <w:r>
        <w:t>Be strong and courageous in your service, Na Nach Nachma Nachman MeUman</w:t>
      </w:r>
    </w:p>
    <w:p>
      <w:r>
        <w:t>And with this I will reveal to you a secret, and it is full and heaped from line to line (Pei Tzadi Pei Tzadi Yud Hei)</w:t>
      </w:r>
    </w:p>
    <w:p>
      <w:r>
        <w:t>And through strengthening in service you will understand it, and the sign: on the seventeenth of Tammuz they will say that you are not fasting"</w:t>
      </w:r>
    </w:p>
    <w:p>
      <w:r>
        <w:t>When he finished the letter, he entered into immense joy</w:t>
      </w:r>
    </w:p>
    <w:p>
      <w:r>
        <w:t>All the sadness and black melancholy disappeared from him as though they had never been</w:t>
      </w:r>
    </w:p>
    <w:p>
      <w:r>
        <w:t>And he began dancing and singing out of joy]</w:t>
      </w:r>
    </w:p>
    <w:p>
      <w:r>
        <w:t>...This is the Petek, the Petek {this is} the beginning of the redemption</w:t>
      </w:r>
    </w:p>
    <w:p>
      <w:r>
        <w:t>[..]</w:t>
      </w:r>
    </w:p>
    <w:p>
      <w:r>
        <w:t>Yes, "Na Nach"—we did not know of this, and this secret is not {brought} and not in the Zohar and not {…..}</w:t>
      </w:r>
    </w:p>
    <w:p>
      <w:r>
        <w:t>And is not mentioned, only in the Petek; the holy Rabbainu revealed it in the Petek</w:t>
      </w:r>
    </w:p>
    <w:p>
      <w:r>
        <w:t>"Na Nach Nachm..." with dots</w:t>
      </w:r>
    </w:p>
    <w:p>
      <w:r>
        <w:t>[…….]</w:t>
      </w:r>
    </w:p>
    <w:p>
      <w:r>
        <w:t>[…]</w:t>
      </w:r>
    </w:p>
    <w:p>
      <w:r>
        <w:t>Because this is a wonder, a great wonder, it is impossible to understand it: how did the Petek enter the book?</w:t>
      </w:r>
    </w:p>
    <w:p>
      <w:r>
        <w:t>And how did I open the book, {{….]} and it was there where I opened it?</w:t>
      </w:r>
    </w:p>
    <w:p>
      <w:r>
        <w:t>This is such a wondrous thing, that it is impossible.. th.. more than all the wonders</w:t>
      </w:r>
    </w:p>
    <w:p>
      <w:r>
        <w:t>It is not only a wonder that it was, the Petek is present, it {brings about effects} constantly, it does not cease, yes, "Na Nach"—the whole world can sing and say and utter "Na Nach"</w:t>
      </w:r>
    </w:p>
    <w:p>
      <w:r>
        <w:t>There was in America..</w:t>
      </w:r>
    </w:p>
    <w:p>
      <w:r>
        <w:t>[..]</w:t>
      </w:r>
    </w:p>
    <w:p>
      <w:r>
        <w:t>There was a Black woman, a Black woman, who was a member of the UN, of the UN, because..</w:t>
      </w:r>
    </w:p>
    <w:p>
      <w:r>
        <w:t>So she wanted to see her son, her son, she was divorced, and..</w:t>
      </w:r>
    </w:p>
    <w:p>
      <w:r>
        <w:t>And her son wanted to see him, and it was not possible, there was no possibility; so they told her to say "Na Nach," so she said it—it was in the newspaper in America—she said "Na Nach," he, he, and he came the next day, the day after that he came…</w:t>
      </w:r>
    </w:p>
    <w:p>
      <w:r>
        <w:t>...It is possible to understand that the holy Rabbainu reveals th.. there is in the Zohar and in "Likutay Moharan":</w:t>
      </w:r>
    </w:p>
    <w:p>
      <w:r>
        <w:t>That there is a song that will bring the whole world back to Hashem Yisbarach, to the Torah, through this song</w:t>
      </w:r>
    </w:p>
    <w:p>
      <w:r>
        <w:t>So Rabbainu reveals that this is the song, "Na Nach Nachma Nachman"—this is a s.. song</w:t>
      </w:r>
    </w:p>
    <w:p>
      <w:r>
        <w:t>This song is 'simple, double, triple, quadruple'</w:t>
      </w:r>
    </w:p>
    <w:p>
      <w:r>
        <w:t>'N' is simple</w:t>
      </w:r>
    </w:p>
    <w:p>
      <w:r>
        <w:t>'Nach' double</w:t>
      </w:r>
    </w:p>
    <w:p>
      <w:r>
        <w:t>'Nachm'</w:t>
      </w:r>
    </w:p>
    <w:p>
      <w:r>
        <w:t>[Triple]</w:t>
      </w:r>
    </w:p>
    <w:p>
      <w:r>
        <w:t>Triple</w:t>
      </w:r>
    </w:p>
    <w:p>
      <w:r>
        <w:t>'Nachman' quadruple</w:t>
      </w:r>
    </w:p>
    <w:p>
      <w:r>
        <w:t>And it also has ten letters, "Na Nach Nachma Nachman"</w:t>
      </w:r>
    </w:p>
    <w:p>
      <w:r>
        <w:t>This is ten letters, corresponding to the ten types of melody, which he revealed that this is effective for rectifying the blemish of the Covenant</w:t>
      </w:r>
    </w:p>
    <w:p>
      <w:r>
        <w:t>This is the "Tikkun Haklali," ten types of melody...</w:t>
      </w:r>
    </w:p>
    <w:p>
      <w:r>
        <w:t>...Yes, yes, yes, we see, we see now th.. that it brings about effects</w:t>
      </w:r>
    </w:p>
    <w:p>
      <w:r>
        <w:t>He, he, he has become famous throughout the whole world, {especially among} the gentiles</w:t>
      </w:r>
    </w:p>
    <w:p>
      <w:r>
        <w:t>"Rebbe Nachman of Breslov,” the whole {world} oy..</w:t>
      </w:r>
    </w:p>
    <w:p>
      <w:r>
        <w:t>Also what he said two hundred years ago:</w:t>
      </w:r>
    </w:p>
    <w:p>
      <w:r>
        <w:t>"My fire will burn until the coming of Mashiach"</w:t>
      </w:r>
    </w:p>
    <w:p>
      <w:r>
        <w:t>And he reveals in.. in the Petek, what I said..</w:t>
      </w:r>
    </w:p>
    <w:p>
      <w:r>
        <w:t>["About you, about you I said"]</w:t>
      </w:r>
    </w:p>
    <w:p>
      <w:r>
        <w:t>That "My fire will burn until the coming of Mashiach," this is "I said about you," {yes}</w:t>
      </w:r>
    </w:p>
    <w:p>
      <w:r>
        <w:t>That is how it is written in the Petek</w:t>
      </w:r>
    </w:p>
    <w:p>
      <w:r>
        <w:t>[“About you"]</w:t>
      </w:r>
    </w:p>
    <w:p>
      <w:r>
        <w:t>{Yes}</w:t>
      </w:r>
    </w:p>
    <w:p>
      <w:r>
        <w:t>[About Saba]</w:t>
      </w:r>
    </w:p>
    <w:p>
      <w:r>
        <w:t>He also reveals that he is this song, this song, 'simple, double, triple, quadruple'—this is I myself</w:t>
      </w:r>
    </w:p>
    <w:p>
      <w:r>
        <w:t>'Nachman MeUman,' MeUman—which Nachman? - MeUman!</w:t>
      </w:r>
    </w:p>
    <w:p>
      <w:r>
        <w:t>He is this song, 'simple, double, triple, quadruple'</w:t>
      </w:r>
    </w:p>
    <w:p>
      <w:r>
        <w:t>[Baruch Hashem, Baruch Hashem]</w:t>
      </w:r>
    </w:p>
    <w:p>
      <w:r>
        <w:t>And this piece of paper, what is it? From what, from where did it come?</w:t>
      </w:r>
    </w:p>
    <w:p>
      <w:r>
        <w:t>There were, there are some people who ask:</w:t>
      </w:r>
    </w:p>
    <w:p>
      <w:r>
        <w:t>"Did it descend from Heaven?" The Petek—what, what color was the thread on which it, it {descended in this}, what color?” It has all the colors; this is such a wonder that there had never been such a thing in the world</w:t>
      </w:r>
    </w:p>
    <w:p>
      <w:r>
        <w:t>He did not, he, he had already passed away {a hundred years before}, and he speaks with me</w:t>
      </w:r>
    </w:p>
    <w:p>
      <w:r>
        <w:t>"My precious student," yes, yes, together with the letter, yes</w:t>
      </w:r>
    </w:p>
    <w:p>
      <w:r>
        <w:t>"About you I said," "I derived great pleasure from your service, and about you I said," nu, "Be strong and courageous in your service"</w:t>
      </w:r>
    </w:p>
    <w:p>
      <w:r>
        <w:t>Ber, who, who, who says this? "Na Nach.. Nachman MeUman"</w:t>
      </w:r>
    </w:p>
    <w:p>
      <w:r>
        <w:t>This is the melody of 'simple, double, triple, quadruple,' yes</w:t>
      </w:r>
    </w:p>
    <w:p>
      <w:r>
        <w:t>In the ten letters of the name "Na Nach," "Na Nach Nachma Nachman" is ten letters, ten</w:t>
      </w:r>
    </w:p>
    <w:p>
      <w:r>
        <w:t>Letters—this corresponds to the ten types of melody that he revealed for rectification of the Covenant</w:t>
      </w:r>
    </w:p>
    <w:p>
      <w:r>
        <w:t>"The General Remedy"</w:t>
      </w:r>
    </w:p>
    <w:p>
      <w:r>
        <w:t>Ten, ten kinds of melody, ten chapters of Psalms</w:t>
      </w:r>
    </w:p>
    <w:p>
      <w:r>
        <w:t>Nu, are signs needed beyond this?</w:t>
      </w:r>
    </w:p>
    <w:p>
      <w:r>
        <w:t>"And a sign.."</w:t>
      </w:r>
    </w:p>
    <w:p>
      <w:r>
        <w:t>[They will say]</w:t>
      </w:r>
    </w:p>
    <w:p>
      <w:r>
        <w:t>"The seventeenth of Tammuz they will say"…</w:t>
      </w:r>
    </w:p>
    <w:p>
      <w:r>
        <w:t>...{I}, do I know? That is what is written, {that is what..}</w:t>
      </w:r>
    </w:p>
    <w:p>
      <w:r>
        <w:t>[That is what is written]</w:t>
      </w:r>
    </w:p>
    <w:p>
      <w:r>
        <w:t>[In 5750 they will no longer need any more signs]</w:t>
      </w:r>
    </w:p>
    <w:p>
      <w:r>
        <w:t>{}, the seventeenth of Tammuz, no one knew any.. did not know..</w:t>
      </w:r>
    </w:p>
    <w:p>
      <w:r>
        <w:t>[No one]</w:t>
      </w:r>
    </w:p>
    <w:p>
      <w:r>
        <w:t>Only I alone knew of this, and I had great anguish; I could have, could have died from the magnitude of the anguish, yes</w:t>
      </w:r>
    </w:p>
    <w:p>
      <w:r>
        <w:t>Then he came to me, "my dear student", you want, you will die? No, no, you are "my dear student”</w:t>
      </w:r>
    </w:p>
    <w:p>
      <w:r>
        <w:t>"Concerning you I said, my little fire will smolder until Mashiach comes"</w:t>
      </w:r>
    </w:p>
    <w:p>
      <w:r>
        <w:t>{You will live long, do not}.., do not be afraid</w:t>
      </w:r>
    </w:p>
    <w:p>
      <w:r>
        <w:t>["To tell you"]</w:t>
      </w:r>
    </w:p>
    <w:p>
      <w:r>
        <w:t>"Be strong and courageous in your service"</w:t>
      </w:r>
    </w:p>
    <w:p>
      <w:r>
        <w:t>"This stumbling is under your hand"</w:t>
      </w:r>
    </w:p>
    <w:p>
      <w:r>
        <w:t>Precisely this—through, through my not fasting, a stumbling; this is a great stumbling block; through it the Petek came into being</w:t>
      </w:r>
    </w:p>
    <w:p>
      <w:r>
        <w:t>Were it not for this, there would not have been the Petek</w:t>
      </w:r>
    </w:p>
    <w:p>
      <w:r>
        <w:t>"And a sign: the seventeenth of Tammuz they will say that you are not fasting"</w:t>
      </w:r>
    </w:p>
    <w:p>
      <w:r>
        <w:t>{Yes}</w:t>
      </w:r>
    </w:p>
    <w:p>
      <w:r>
        <w:t>Do not think this is just paper, "a sign”; he gave me a sign, "the seventeenth of Tammuz"</w:t>
      </w:r>
    </w:p>
    <w:p>
      <w:r>
        <w:t>[…...]</w:t>
      </w:r>
    </w:p>
    <w:p>
      <w:r>
        <w:t>They all thought that I had gone out of my mind, I had become crazy, and they said:</w:t>
      </w:r>
    </w:p>
    <w:p>
      <w:r>
        <w:t>"That is how he is, all, all the Breslover Chassidim—in the end he becomes crazy!"</w:t>
      </w:r>
    </w:p>
    <w:p>
      <w:r>
        <w:t>"What is this? Suddenly he became crazy; because he had been in sadness, and afterward he was in such joy</w:t>
      </w:r>
    </w:p>
    <w:p>
      <w:r>
        <w:t>What is this? This is not a normal thing, he is such a madman, yes..”</w:t>
      </w:r>
    </w:p>
    <w:p>
      <w:r>
        <w:t>[…..]</w:t>
      </w:r>
    </w:p>
    <w:p>
      <w:r>
        <w:t>"For which he has no cure, to get out of it..”</w:t>
      </w:r>
    </w:p>
    <w:p>
      <w:r>
        <w:t>Then the yeshiva boys came into town, and each one related it in his synagogue:</w:t>
      </w:r>
    </w:p>
    <w:p>
      <w:r>
        <w:t>"The Breslover became crazy"</w:t>
      </w:r>
    </w:p>
    <w:p>
      <w:r>
        <w:t>"What, what? How do you know?"</w:t>
      </w:r>
    </w:p>
    <w:p>
      <w:r>
        <w:t>"He had been in such sadness that it was frightening to look at him, and afterward suddenly he became, became in such joy, and he was dancing all, all night he was dancing—what is this? This, this is not, not, not, this is not normal", yes, then I received the name 'madman'</w:t>
      </w:r>
    </w:p>
    <w:p>
      <w:r>
        <w:t>And Rav Mottel, Rav Mottel of Slonim, he was.. I was his neighbor, then, and he loved me very much</w:t>
      </w:r>
    </w:p>
    <w:p>
      <w:r>
        <w:t>Even though he was an opponent, but he loved me very much</w:t>
      </w:r>
    </w:p>
    <w:p>
      <w:r>
        <w:t>He heard about this, that I had become crazy, so he was very worried</w:t>
      </w:r>
    </w:p>
    <w:p>
      <w:r>
        <w:t>"Oy, such a disaster, he became crazy?"</w:t>
      </w:r>
    </w:p>
    <w:p>
      <w:r>
        <w:t>He, then he said, he would go see, see what, what, what what {they are saying, what is with me}</w:t>
      </w:r>
    </w:p>
    <w:p>
      <w:r>
        <w:t>Then he came and spoke with me; he was afraid that perhaps I would hit him, that a crazy man can also hit… So he came and he speaks with me and asked me a question, I have a question:</w:t>
      </w:r>
    </w:p>
    <w:p>
      <w:r>
        <w:t>"Everyone says that you became crazy, and I had great anguish; I see that you are not crazy</w:t>
      </w:r>
    </w:p>
    <w:p>
      <w:r>
        <w:t>What is this, what was this sadness and joy? What is this?"</w:t>
      </w:r>
    </w:p>
    <w:p>
      <w:r>
        <w:t>I told him the story of the seventeenth of Tammuz and showed him the Petek</w:t>
      </w:r>
    </w:p>
    <w:p>
      <w:r>
        <w:t>He had been such an opponent that it was frightening; I do not want to speak of what he, what he said</w:t>
      </w:r>
    </w:p>
    <w:p>
      <w:r>
        <w:t>Then he nullified the opposition</w:t>
      </w:r>
    </w:p>
    <w:p>
      <w:r>
        <w:t>"If so? Yisroel Ber has a Petek? He has a letter from Rebbe Nachman? I nullify the, all the opposition" Then he..</w:t>
      </w:r>
    </w:p>
    <w:p>
      <w:r>
        <w:t>[He nullified all the opposition?]</w:t>
      </w:r>
    </w:p>
    <w:p>
      <w:r>
        <w:t>Yes, he became a Rebbe in Yerushalayim</w:t>
      </w:r>
    </w:p>
    <w:p>
      <w:r>
        <w:t>[Afterward]</w:t>
      </w:r>
    </w:p>
    <w:p>
      <w:r>
        <w:t>Yes, after this, then he said:</w:t>
      </w:r>
    </w:p>
    <w:p>
      <w:r>
        <w:t>"I already, whether you want, do not want, whatever you want, do whatever you want</w:t>
      </w:r>
    </w:p>
    <w:p>
      <w:r>
        <w:t>I do not.., I nullified the opposition to Breslov"</w:t>
      </w:r>
    </w:p>
    <w:p>
      <w:r>
        <w:t>"What is there?"</w:t>
      </w:r>
    </w:p>
    <w:p>
      <w:r>
        <w:t>"He received a letter from Rebbe Nachman!"</w:t>
      </w:r>
    </w:p>
    <w:p>
      <w:r>
        <w:t>Then they all said:</w:t>
      </w:r>
    </w:p>
    <w:p>
      <w:r>
        <w:t>"Oh, yes, from a letter one becomes so happy? There will be.., we will make many letters"</w:t>
      </w:r>
    </w:p>
    <w:p>
      <w:r>
        <w:t>{Ah, until he received}</w:t>
      </w:r>
    </w:p>
    <w:p>
      <w:r>
        <w:t>Then I found letters in all my books, yes, yes</w:t>
      </w:r>
    </w:p>
    <w:p>
      <w:r>
        <w:t>They saw that this, this—there is no joy and there is no sadness</w:t>
      </w:r>
    </w:p>
    <w:p>
      <w:r>
        <w:t>Oy, oy, oy</w:t>
      </w:r>
    </w:p>
    <w:p>
      <w:r>
        <w:t>Nu, it is the eve of the Festival; you need to get home…</w:t>
      </w:r>
    </w:p>
    <w:p>
      <w:r>
        <w:t>..."To tell you"</w:t>
      </w:r>
    </w:p>
    <w:p>
      <w:r>
        <w:t>[“To tell..”]</w:t>
      </w:r>
    </w:p>
    <w:p>
      <w:r>
        <w:t>It is not, "to inform, to inform you"</w:t>
      </w:r>
    </w:p>
    <w:p>
      <w:r>
        <w:t>[Yes]</w:t>
      </w:r>
    </w:p>
    <w:p>
      <w:r>
        <w:t>"To reveal to you"</w:t>
      </w:r>
    </w:p>
    <w:p>
      <w:r>
        <w:t>[Yes, why is it written "to tell you"?]</w:t>
      </w:r>
    </w:p>
    <w:p>
      <w:r>
        <w:t>What is "to tell"?</w:t>
      </w:r>
    </w:p>
    <w:p>
      <w:r>
        <w:t>[Nu, what is "to tell”?]</w:t>
      </w:r>
    </w:p>
    <w:p>
      <w:r>
        <w:t>We sit and talk like this—"to tell"?</w:t>
      </w:r>
    </w:p>
    <w:p>
      <w:r>
        <w:t>No, "to tell", 'to tell' has the meaning of face to face</w:t>
      </w:r>
    </w:p>
    <w:p>
      <w:r>
        <w:t>We sit and talk, {..}, and.. {{and I th..}, "to tell you"…</w:t>
      </w:r>
    </w:p>
    <w:p>
      <w:r>
        <w:t>...What to tell? Two things</w:t>
      </w:r>
    </w:p>
    <w:p>
      <w:r>
        <w:t>"I derived much pleasure from your service"</w:t>
      </w:r>
    </w:p>
    <w:p>
      <w:r>
        <w:t>"And concerning you I said"</w:t>
      </w:r>
    </w:p>
    <w:p>
      <w:r>
        <w:t>These are two things, so "be strong and courageous in your service"</w:t>
      </w:r>
    </w:p>
    <w:p>
      <w:r>
        <w:t>Afterward he.. do you know who says this? "Na NaCh Na ChaM.."</w:t>
      </w:r>
    </w:p>
    <w:p>
      <w:r>
        <w:t>"And a sign..", so that you should not have, ah</w:t>
      </w:r>
    </w:p>
    <w:p>
      <w:r>
        <w:t>[…]</w:t>
      </w:r>
    </w:p>
    <w:p>
      <w:r>
        <w:t>{Again the.. this}, this thing</w:t>
      </w:r>
    </w:p>
    <w:p>
      <w:r>
        <w:t>{{They .}}</w:t>
      </w:r>
    </w:p>
    <w:p>
      <w:r>
        <w:t>"The seventeenth of Tammuz"</w:t>
      </w:r>
    </w:p>
    <w:p>
      <w:r>
        <w:t>[“They will say”]</w:t>
      </w:r>
    </w:p>
    <w:p>
      <w:r>
        <w:t>Do you know what happened on the seventeenth.., on the seventeenth of Tammuz?</w:t>
      </w:r>
    </w:p>
    <w:p>
      <w:r>
        <w:t>"They will say that there will not be.., th.. that you are not fasting"—a sign th.. that only I knew…</w:t>
      </w:r>
    </w:p>
    <w:p>
      <w:r>
        <w:t>...There will be a time when the whole world will sing "Na NaCh", yes</w:t>
      </w:r>
    </w:p>
    <w:p>
      <w:r>
        <w:t>In all the marketplaces, in every, every place, wherever one goes, with a melody, with "Na NaCh"</w:t>
      </w:r>
    </w:p>
    <w:p>
      <w:r>
        <w:t>Because all the melodies are good with "Na NaCh", all the melodies in the world</w:t>
      </w:r>
    </w:p>
    <w:p>
      <w:r>
        <w:t>[Yes]...</w:t>
      </w:r>
    </w:p>
    <w:p>
      <w:r>
        <w:t>...That we cannot live or eat, a.. how can we rest and sleep?</w:t>
      </w:r>
    </w:p>
    <w:p>
      <w:r>
        <w:t>[Yes]</w:t>
      </w:r>
    </w:p>
    <w:p>
      <w:r>
        <w:t>In anguish, amid such troubles of the Jewish people</w:t>
      </w:r>
    </w:p>
    <w:p>
      <w:r>
        <w:t>[Ah, ah, pshh..]</w:t>
      </w:r>
    </w:p>
    <w:p>
      <w:r>
        <w:t>Nu, this, I saw...</w:t>
      </w:r>
    </w:p>
    <w:p>
      <w:r>
        <w:t>...That we speak of Rabbainu the holy, Rebbe Nassan, and all kinds of praises that we may say</w:t>
      </w:r>
    </w:p>
    <w:p>
      <w:r>
        <w:t>It still does not reach a drop from the sea of their greatness, yes</w:t>
      </w:r>
    </w:p>
    <w:p>
      <w:r>
        <w:t>Rebbe, Rebbe Nassan said this, and I say only the words of Rebbe Nassan, yes</w:t>
      </w:r>
    </w:p>
    <w:p>
      <w:r>
        <w:t>But Rebbe Yisroel {he warned me, Rabbainu's men}</w:t>
      </w:r>
    </w:p>
    <w:p>
      <w:r>
        <w:t>{{…..}}, one must speak of them, but not everything; everything {is} only Rabbainu</w:t>
      </w:r>
    </w:p>
    <w:p>
      <w:r>
        <w:t>He {{….}}, he rose above everything, yes, the main thing is Rabbainu</w:t>
      </w:r>
    </w:p>
    <w:p>
      <w:r>
        <w:t>Ah, if only there were truth in the world, among our people, and..</w:t>
      </w:r>
    </w:p>
    <w:p>
      <w:r>
        <w:t>And they would speak of this and publicize Rabbainu's name, what Rabbainu is</w:t>
      </w:r>
    </w:p>
    <w:p>
      <w:r>
        <w:t>The redemption would already have come, the world would already be drawing close to Rabbainu</w:t>
      </w:r>
    </w:p>
    <w:p>
      <w:r>
        <w:t>But falsehood, it, it, it separates and blinds, blinds {his eyes}, falsehood, yes</w:t>
      </w:r>
    </w:p>
    <w:p>
      <w:r>
        <w:t>But Hashem, blessed be He—we are forbidden to question Hashem, blessed be He, yes</w:t>
      </w:r>
    </w:p>
    <w:p>
      <w:r>
        <w:t>A time will yet come, yes, it will come, {Rebbe Nachman revealed\the redemption is already prepared} it will come</w:t>
      </w:r>
    </w:p>
    <w:p>
      <w:r>
        <w:t>The time will come when He will remove falsehood from the world and reveal, and the truth will be revealed, yes</w:t>
      </w:r>
    </w:p>
    <w:p>
      <w:r>
        <w:t>Only we need to believe and strengthen ourselves in prayer, to pray</w:t>
      </w:r>
    </w:p>
    <w:p>
      <w:r>
        <w:t>Like this, with the.., to speak with Hashem, blessed be He, with the lips</w:t>
      </w:r>
    </w:p>
    <w:p>
      <w:r>
        <w:t>Or to study from a book, or to say "Likutey Tefilos" with the lips, what is written in the book, to say it with the lips, yes, without any {{Levi Y.., ….}} pay attention to me, yes, this</w:t>
      </w:r>
    </w:p>
    <w:p>
      <w:r>
        <w:t>I say "Blessed are You, Hashem..", like a convert, yes, yes…</w:t>
      </w:r>
    </w:p>
    <w:p>
      <w:r>
        <w:t>...[Saba and the friends sing: "Na NaCh NaChMa NaChMaN MeUman"]…</w:t>
      </w:r>
    </w:p>
    <w:p>
      <w:r>
        <w:t>...Until I got rid of this, until I merited understanding that it is falsehood—Karlin too, and all of them</w:t>
      </w:r>
    </w:p>
    <w:p>
      <w:r>
        <w:t>Yes, but I was happy with my portion, that I merited {to.. blessed is Hashem}, to make known, to see and to understand</w:t>
      </w:r>
    </w:p>
    <w:p>
      <w:r>
        <w:t>And to grasp that this is falsehood and this is truth, {yes}</w:t>
      </w:r>
    </w:p>
    <w:p>
      <w:r>
        <w:t>Against the whole world, "and it was reversed", yes</w:t>
      </w:r>
    </w:p>
    <w:p>
      <w:r>
        <w:t>I, I {I was then like this}:</w:t>
      </w:r>
    </w:p>
    <w:p>
      <w:r>
        <w:t>"Oy, who are you? What, what? What do you know? What do you understand?"</w:t>
      </w:r>
    </w:p>
    <w:p>
      <w:r>
        <w:t>No.. Hashem, blessed be He, contracts Himself; Yisroel Ber too, yes</w:t>
      </w:r>
    </w:p>
    <w:p>
      <w:r>
        <w:t>I merited feeling and seeing and understanding that this is truth and this is falsehood, {yes} this..</w:t>
      </w:r>
    </w:p>
    <w:p>
      <w:r>
        <w:t>This was at a time when the whole world was immersed in the falsehood, in Rebbes</w:t>
      </w:r>
    </w:p>
    <w:p>
      <w:r>
        <w:t>And I merited seeing the opposite of everyone, yes</w:t>
      </w:r>
    </w:p>
    <w:p>
      <w:r>
        <w:t>And it did not, did not, did not influence me; they are many and they are great in Torah, "What? Who am I? What are you?” yes</w:t>
      </w:r>
    </w:p>
    <w:p>
      <w:r>
        <w:t>No, the truth is strong; it is such a very mighty warrior that there is none like it</w:t>
      </w:r>
    </w:p>
    <w:p>
      <w:r>
        <w:t>Every utterance that I heard from Rabbainu’s men, Rebbe, Rebbe Nassan, Rebbe Nassan, Gittele’s husband, after Rebbe Yisroel</w:t>
      </w:r>
    </w:p>
    <w:p>
      <w:r>
        <w:t>His simplicity, his truth, his speech, his face, his speech</w:t>
      </w:r>
    </w:p>
    <w:p>
      <w:r>
        <w:t>I saw that all of them are, {they do not have\he has no} anything, with, with their Torah, with everything</w:t>
      </w:r>
    </w:p>
    <w:p>
      <w:r>
        <w:t>This, this, Rebbe Nassan—this, this is one who serves Hashem, {…}</w:t>
      </w:r>
    </w:p>
    <w:p>
      <w:r>
        <w:t>This was a miracle from Hashem Yisbarach, beyond nature; it is impossible to understand</w:t>
      </w:r>
    </w:p>
    <w:p>
      <w:r>
        <w:t>I was born among them, and I knew that this was fear of Heaven; they all had a name of falsehood</w:t>
      </w:r>
    </w:p>
    <w:p>
      <w:r>
        <w:t>That they {fear Hashem}, that they, yes</w:t>
      </w:r>
    </w:p>
    <w:p>
      <w:r>
        <w:t>But Hashem Yisbarach gave me wisdom and intelligence, and I discerned and knew and saw and understood the truth, yes</w:t>
      </w:r>
    </w:p>
    <w:p>
      <w:r>
        <w:t>{No}, this, were it not for the controversy, were it not for the opposition, I would not have known of Rabbainu.., of anything</w:t>
      </w:r>
    </w:p>
    <w:p>
      <w:r>
        <w:t>It was precisely, precisely this that drew me close, yes</w:t>
      </w:r>
    </w:p>
    <w:p>
      <w:r>
        <w:t>These were good gifts, “I brought you a gift from Eretz Yisroel, ‘controversy’”</w:t>
      </w:r>
    </w:p>
    <w:p>
      <w:r>
        <w:t>It was such a gift that there is none in the world; now give all, all the money in the world—I want, I want.. yes</w:t>
      </w:r>
    </w:p>
    <w:p>
      <w:r>
        <w:t>No, the time has passed</w:t>
      </w:r>
    </w:p>
    <w:p>
      <w:r>
        <w:t>But even today Mashiach has not yet come, the truth is not so much, yes</w:t>
      </w:r>
    </w:p>
    <w:p>
      <w:r>
        <w:t>But the world is beginning, beginning to.. to hear and understand {…} of Rabbainu, Rebbe Nachman, {. .} Rebbe Nachman, yes; throughout all the days of my life they were, were, were afraid, afraid to touch a Breslov book</w:t>
      </w:r>
    </w:p>
    <w:p>
      <w:r>
        <w:t>And now Breslov books can be bought everywhere, nu..</w:t>
      </w:r>
    </w:p>
    <w:p>
      <w:r>
        <w:t>I had questions about Hashem Yisbarach: why.. the truth, if the truth had been revealed, there would already have been</w:t>
      </w:r>
    </w:p>
    <w:p>
      <w:r>
        <w:t>A world, a rectified world; when will this be? How is it possible that there will be, there will be the redemption? How is it possible?</w:t>
      </w:r>
    </w:p>
    <w:p>
      <w:r>
        <w:t>So now I see, from eighty years ago until now, I see such a power</w:t>
      </w:r>
    </w:p>
    <w:p>
      <w:r>
        <w:t>That the world, they draw themselves to Rabbainu; it would have been fitting for the whole world to distance itself from Breslov</w:t>
      </w:r>
    </w:p>
    <w:p>
      <w:r>
        <w:t>Because all the great ones were, were opponents, {..were}, yes</w:t>
      </w:r>
    </w:p>
    <w:p>
      <w:r>
        <w:t>It became a wonder, such a wonder; so the holy Rabbainu said:</w:t>
      </w:r>
    </w:p>
    <w:p>
      <w:r>
        <w:t>“I brought you a gift from Eretz Yisroel, ‘controversy’”</w:t>
      </w:r>
    </w:p>
    <w:p>
      <w:r>
        <w:t>All, the world {li.., he informs us th..} the whole world will oppose {him}</w:t>
      </w:r>
    </w:p>
    <w:p>
      <w:r>
        <w:t>And then whoever draws close {to me} will be among my people</w:t>
      </w:r>
    </w:p>
    <w:p>
      <w:r>
        <w:t>{Yes}, what</w:t>
      </w:r>
    </w:p>
    <w:p>
      <w:r>
        <w:t>Oy, what they suffered, they suffered for the generations.., in these generations; they prepared for Mashiach</w:t>
      </w:r>
    </w:p>
    <w:p>
      <w:r>
        <w:t>Rabbainu’s men and Rabbainu’s books—every utterance, every utterance and every..</w:t>
      </w:r>
    </w:p>
    <w:p>
      <w:r>
        <w:t>But falsehood, this falsehood, it, it blinds the eyes, blinds the eyes, yes</w:t>
      </w:r>
    </w:p>
    <w:p>
      <w:r>
        <w:t>And they do not {kn.., know and do not hear}, and they profane and disgrace the.. the.. the.. truth {always}</w:t>
      </w:r>
    </w:p>
    <w:p>
      <w:r>
        <w:t>But Rabbainu already made known, when he entered Uman he said to Rebbe Nassan:</w:t>
      </w:r>
    </w:p>
    <w:p>
      <w:r>
        <w:t>“Nevertheless Hashem Yisbarach, Hashem Yisbarach always finishes according to His will”</w:t>
      </w:r>
    </w:p>
    <w:p>
      <w:r>
        <w:t>Oy, oy, there was such a Rebbe and student, {unique in the world}, since the day the world was created</w:t>
      </w:r>
    </w:p>
    <w:p>
      <w:r>
        <w:t>A stud.., such a Rebbe and such a student, and also all of Rabbainu’s students, what this is, what this is</w:t>
      </w:r>
    </w:p>
    <w:p>
      <w:r>
        <w:t>Oy, Baruch Hashem, I was crushed and broken {and in sub.., and I submitted, and in submission, yes..}</w:t>
      </w:r>
    </w:p>
    <w:p>
      <w:r>
        <w:t>But the heart inside was, the truth was burning like a blazing fire, yes…</w:t>
      </w:r>
    </w:p>
    <w:p>
      <w:r>
        <w:t>...[Saba and Sharon Tal-Tzur sing: “Na Nach Nachma Nachman MeUman”]…</w:t>
      </w:r>
    </w:p>
    <w:p>
      <w:r>
        <w:br w:type="page"/>
      </w:r>
    </w:p>
    <w:p>
      <w:pPr>
        <w:pStyle w:val="Heading1"/>
      </w:pPr>
      <w:r>
        <w:t>Tape 98</w:t>
      </w:r>
    </w:p>
    <w:p>
      <w:pPr>
        <w:pStyle w:val="Heading2"/>
      </w:pPr>
      <w:r>
        <w:t>Side A (Aleph)</w:t>
      </w:r>
    </w:p>
    <w:p>
      <w:r>
        <w:t>...And I was, I was.., Hashem Yisbarach gave me a soul such that I yearned for Torah</w:t>
      </w:r>
    </w:p>
    <w:p>
      <w:r>
        <w:t>I burned for Torah, for fear of Heaven</w:t>
      </w:r>
    </w:p>
    <w:p>
      <w:r>
        <w:t>Nu, I was, I was very {….}</w:t>
      </w:r>
    </w:p>
    <w:p>
      <w:r>
        <w:t>In any case, so what I saw, then.. that Chassidim, Chassidim conduct themselves with simplicity</w:t>
      </w:r>
    </w:p>
    <w:p>
      <w:r>
        <w:t>And I was the “first” and I.., and I was the greatest, the greatest</w:t>
      </w:r>
    </w:p>
    <w:p>
      <w:r>
        <w:t>For example: in Karlin they shout in prayer, and I shouted such shouts that they could kill</w:t>
      </w:r>
    </w:p>
    <w:p>
      <w:r>
        <w:t>[You could kill the people]</w:t>
      </w:r>
    </w:p>
    <w:p>
      <w:r>
        <w:t>Yes, Rav Kehat said to me:</w:t>
      </w:r>
    </w:p>
    <w:p>
      <w:r>
        <w:t>“You are killing me, you are making me dead, what do you want from me?”</w:t>
      </w:r>
    </w:p>
    <w:p>
      <w:r>
        <w:t>A story from eighty years ago, or ninety years ago</w:t>
      </w:r>
    </w:p>
    <w:p>
      <w:r>
        <w:t>[You shouted: “I want Rabbainu..”]</w:t>
      </w:r>
    </w:p>
    <w:p>
      <w:r>
        <w:t>Aharon, stop…</w:t>
      </w:r>
    </w:p>
    <w:p>
      <w:r>
        <w:t>...Nu, what is more {….} before prayer, for example:</w:t>
      </w:r>
    </w:p>
    <w:p>
      <w:r>
        <w:t>They would get up half an hour before dawn</w:t>
      </w:r>
    </w:p>
    <w:p>
      <w:r>
        <w:t>“They got up half an hour before dawn..”, so they were called: “the greatest servants, the great tzaddikim of the generation”</w:t>
      </w:r>
    </w:p>
    <w:p>
      <w:r>
        <w:t>“He gets up half an hour before dawn”</w:t>
      </w:r>
    </w:p>
    <w:p>
      <w:r>
        <w:t>{So Rebbe Yisroel is already praying}, and.. and.. and.. and.. and when they get up..</w:t>
      </w:r>
    </w:p>
    <w:p>
      <w:r>
        <w:t>[One needs to drink]</w:t>
      </w:r>
    </w:p>
    <w:p>
      <w:r>
        <w:t>Washing the hands, “First, to begin drinking.. drinking”</w:t>
      </w:r>
    </w:p>
    <w:p>
      <w:r>
        <w:t>Nu, I saw that one needs to drink; I too.., I too.. saw.. “drinking, drinking”</w:t>
      </w:r>
    </w:p>
    <w:p>
      <w:r>
        <w:t>And after this they lie on the bench, lie on the bench for an hour, or two</w:t>
      </w:r>
    </w:p>
    <w:p>
      <w:r>
        <w:t>[..]</w:t>
      </w:r>
    </w:p>
    <w:p>
      <w:r>
        <w:t>When I drew close to him..</w:t>
      </w:r>
    </w:p>
    <w:p>
      <w:r>
        <w:t>After this Hashem Yisbarach helped me, so that I saw Rebbe Yisroel</w:t>
      </w:r>
    </w:p>
    <w:p>
      <w:r>
        <w:t>“What is with them? They get up half an hour before dawn, and they are already the ‘tzaddikim of the generation’</w:t>
      </w:r>
    </w:p>
    <w:p>
      <w:r>
        <w:t>And Rebbe Yisroel gets up at midnight, and no one knows anything</w:t>
      </w:r>
    </w:p>
    <w:p>
      <w:r>
        <w:t>And he does not need tea, he does not need anything; he needs only the mikveh, and.. and.. and.. and.. {..}</w:t>
      </w:r>
    </w:p>
    <w:p>
      <w:r>
        <w:t>And later Rebbe Yisroel..</w:t>
      </w:r>
    </w:p>
    <w:p>
      <w:r>
        <w:t>[Did you go to the mikveh? Before Rebbe Yisroel, did you go to the mikveh?]</w:t>
      </w:r>
    </w:p>
    <w:p>
      <w:r>
        <w:t>Yes</w:t>
      </w:r>
    </w:p>
    <w:p>
      <w:r>
        <w:t>[Yes, every day?]</w:t>
      </w:r>
    </w:p>
    <w:p>
      <w:r>
        <w:t>Yes</w:t>
      </w:r>
    </w:p>
    <w:p>
      <w:r>
        <w:t>[Did the Karlin Chassidim go to the mikveh?]</w:t>
      </w:r>
    </w:p>
    <w:p>
      <w:r>
        <w:t>Yes, yes, not every day, but I, I was..</w:t>
      </w:r>
    </w:p>
    <w:p>
      <w:r>
        <w:t>[From what age did you begin going to the mikveh?]</w:t>
      </w:r>
    </w:p>
    <w:p>
      <w:r>
        <w:t>{..}, eh?</w:t>
      </w:r>
    </w:p>
    <w:p>
      <w:r>
        <w:t>[From what age did you be..]…</w:t>
      </w:r>
    </w:p>
    <w:p>
      <w:r>
        <w:t>...{……………………………………….</w:t>
      </w:r>
    </w:p>
    <w:p>
      <w:r>
        <w:t>…………………………………………..}…</w:t>
      </w:r>
    </w:p>
    <w:p>
      <w:r>
        <w:t>...[Aharon Patz sings: “To make known, to make known..”, in You our fathers trusted..”]…</w:t>
      </w:r>
    </w:p>
    <w:p>
      <w:r>
        <w:t>.……….…………………}...</w:t>
      </w:r>
    </w:p>
    <w:p>
      <w:r>
        <w:t>…{………………………………</w:t>
      </w:r>
    </w:p>
    <w:p>
      <w:r>
        <w:t>...Ah, the matter with my mother—she passed away in Rebbe Yisroel’s house, Shabbos before dawn</w:t>
      </w:r>
    </w:p>
    <w:p>
      <w:r>
        <w:t>Shabbos before Mincha.. an uproar arose throughout the whole city that she had passed away:</w:t>
      </w:r>
    </w:p>
    <w:p>
      <w:r>
        <w:t>“Yisroel Ber {..}, Yisroel Ber {….}, killed, killed his mother</w:t>
      </w:r>
    </w:p>
    <w:p>
      <w:r>
        <w:t>Yisroel Ber killed her; the poor woman passed away from the magnitude of the anguish—can there be a Jew who is not a Breslover”</w:t>
      </w:r>
    </w:p>
    <w:p>
      <w:r>
        <w:t>The point is: {….} I will tell more.., more {details}, but it cannot be told completely</w:t>
      </w:r>
    </w:p>
    <w:p>
      <w:r>
        <w:t>[What you can]</w:t>
      </w:r>
    </w:p>
    <w:p>
      <w:r>
        <w:t>So.. like this, this is how it was:</w:t>
      </w:r>
    </w:p>
    <w:p>
      <w:r>
        <w:t>How.., how an uproar arose that I had become a Breslover, and my father..</w:t>
      </w:r>
    </w:p>
    <w:p>
      <w:r>
        <w:t>The great ones of the city came to my father, said to him:</w:t>
      </w:r>
    </w:p>
    <w:p>
      <w:r>
        <w:t>“{..} Yisroel Ber became a Breslover, {what was there…. to see what was earliest}, …our way” the point is, my father said:</w:t>
      </w:r>
    </w:p>
    <w:p>
      <w:r>
        <w:t>“I have no worry, and I know my son; he fears Heaven, he does not depart from my words</w:t>
      </w:r>
    </w:p>
    <w:p>
      <w:r>
        <w:t>So when he arrives from the yeshiva, I will tell him not to be Breslov, {… … …}”</w:t>
      </w:r>
    </w:p>
    <w:p>
      <w:r>
        <w:t>{….} from the yeshiva, Father said to me:</w:t>
      </w:r>
    </w:p>
    <w:p>
      <w:r>
        <w:t>“Listen, Yisroel Ber, Rav Mottel came to me, and other people came, and.. and.. my father..</w:t>
      </w:r>
    </w:p>
    <w:p>
      <w:r>
        <w:t>Told me that you became a Breslover; I ask you, my son, I give you permission to be whichever Chassid</w:t>
      </w:r>
    </w:p>
    <w:p>
      <w:r>
        <w:t>You want, either Ger, or Lubavitcher, or {Chassid}, whichever you want</w:t>
      </w:r>
    </w:p>
    <w:p>
      <w:r>
        <w:t>The main thing—not a Breslover”</w:t>
      </w:r>
    </w:p>
    <w:p>
      <w:r>
        <w:t>I said:</w:t>
      </w:r>
    </w:p>
    <w:p>
      <w:r>
        <w:t>“Father, I cannot listen to these words of yours”</w:t>
      </w:r>
    </w:p>
    <w:p>
      <w:r>
        <w:t>He said:</w:t>
      </w:r>
    </w:p>
    <w:p>
      <w:r>
        <w:t>“Like this.. indeed they are right, I do not know what it means to be called a Breslover</w:t>
      </w:r>
    </w:p>
    <w:p>
      <w:r>
        <w:t>Indeed, for the first time in my life I hear that he does not listen to me, fulfills my words, fulfills honoring one’s father” shoyn, in any case, my father asked me all the time; I did not listen to him</w:t>
      </w:r>
    </w:p>
    <w:p>
      <w:r>
        <w:t>So.., so he said.., so.., so he decided to throw me out of the house</w:t>
      </w:r>
    </w:p>
    <w:p>
      <w:r>
        <w:t>A great dispute arose in the house between the father and the mother</w:t>
      </w:r>
    </w:p>
    <w:p>
      <w:r>
        <w:t>The mother said:</w:t>
      </w:r>
    </w:p>
    <w:p>
      <w:r>
        <w:t>“Do not drive him outside, and fr.., and from Tzfas to Teveria it is.. it is.. it is.. it is.. it is.. it is.. it is..</w:t>
      </w:r>
    </w:p>
    <w:p>
      <w:r>
        <w:t>Two two ‘houses,’ one next to the other, and from Teveria to Tzfas, if we take him {out of the house}.., like this..</w:t>
      </w:r>
    </w:p>
    <w:p>
      <w:r>
        <w:t>They will not hear, so there will be a wedding, and it will be after the wedding; in any case, then there will be a wedding, and..</w:t>
      </w:r>
    </w:p>
    <w:p>
      <w:r>
        <w:t>But, but if you throw him out of the house, and from Teveria to Tzfas, then they will know that he became a Breslover</w:t>
      </w:r>
    </w:p>
    <w:p>
      <w:r>
        <w:t>They will abandon his match, and after all, this is our son, it is a pity, and we will know nothing of him”</w:t>
      </w:r>
    </w:p>
    <w:p>
      <w:r>
        <w:t>He.. he.. only..</w:t>
      </w:r>
    </w:p>
    <w:p>
      <w:r>
        <w:t>The point is: he, he, he drove me out, did not agree that I enter the house; he drove me out</w:t>
      </w:r>
    </w:p>
    <w:p>
      <w:r>
        <w:t>And he had a fear:</w:t>
      </w:r>
    </w:p>
    <w:p>
      <w:r>
        <w:t>Perhaps Thursday night at Rebbe Yisroel’s; meanwhile, I was in Rebbe Yisroel’s house</w:t>
      </w:r>
    </w:p>
    <w:p>
      <w:r>
        <w:t>When a person arrives {….} Rebbe Yisroel.. opens the house, and I entered to Rebbe Yisroel</w:t>
      </w:r>
    </w:p>
    <w:p>
      <w:r>
        <w:t>I was in the storeroom, a house next to it, {..} in the storeroom, and I was there for Shabbos</w:t>
      </w:r>
    </w:p>
    <w:p>
      <w:r>
        <w:t>Nu, and in the storeroom there were windows, in the place there were windows, and.. and.. and this house, with Rebbe Yisroel’s house—when I needed to approach Rebbe Yisroel, it was necessary to pass th.. through the storeroom, through, through.., through it, nu, the point is:</w:t>
      </w:r>
    </w:p>
    <w:p>
      <w:r>
        <w:t>My mother was very embittered; she saw that my father did not listen to her</w:t>
      </w:r>
    </w:p>
    <w:p>
      <w:r>
        <w:t>He threw me out of the house</w:t>
      </w:r>
    </w:p>
    <w:p>
      <w:r>
        <w:t>She went to Rav Mottel, {….} to Rav Mottel; she, and the father, and the son, held Rav Mottel in very high regard, the point is:</w:t>
      </w:r>
    </w:p>
    <w:p>
      <w:r>
        <w:t>She we.., went to Rav Mottel, so she told him about the dispute:</w:t>
      </w:r>
    </w:p>
    <w:p>
      <w:r>
        <w:t>“The house is ‘Tisha B’Av,’ it is ‘the destruction of the Beis HaMikdash’</w:t>
      </w:r>
    </w:p>
    <w:p>
      <w:r>
        <w:t>That he.. uh.., so he should give counsel, {he will give}, give counsel”</w:t>
      </w:r>
    </w:p>
    <w:p>
      <w:r>
        <w:t>My counsel is:</w:t>
      </w:r>
    </w:p>
    <w:p>
      <w:r>
        <w:t>“We.., ah.. ah.. have such a kind of ‘picture’ with Breslov, it is such a thing</w:t>
      </w:r>
    </w:p>
    <w:p>
      <w:r>
        <w:t>It is like.., it is sorcery, it is sorcery!</w:t>
      </w:r>
    </w:p>
    <w:p>
      <w:r>
        <w:t>Nu, after this, Rebbe Yisroel is a God-fearing Jew, but he is a Breslover, and after this.., and my counsel is:</w:t>
      </w:r>
    </w:p>
    <w:p>
      <w:r>
        <w:t>“To tell Rebbe Yisroel how everything is in the house, the state of the house {……} the brokenness, and he is bewildered</w:t>
      </w:r>
    </w:p>
    <w:p>
      <w:r>
        <w:t>The point is: in any case, what does Rebbe Yisroel have from this, {…….}</w:t>
      </w:r>
    </w:p>
    <w:p>
      <w:r>
        <w:t>He asks him to leave {….} into the house, to leave {…..}</w:t>
      </w:r>
    </w:p>
    <w:p>
      <w:r>
        <w:t>To make a humiliation, {this is how he will do}, it is better that he will be able to be in the house”</w:t>
      </w:r>
    </w:p>
    <w:p>
      <w:r>
        <w:t>This is what she heard from Rav.., from Rav Mottel, that it is sorcery</w:t>
      </w:r>
    </w:p>
    <w:p>
      <w:r>
        <w:t>She was very alarmed, she was afraid, she thought:</w:t>
      </w:r>
    </w:p>
    <w:p>
      <w:r>
        <w:t>“Indeed, to travel to a sorcerer, sorcery, with such a kind of request”</w:t>
      </w:r>
    </w:p>
    <w:p>
      <w:r>
        <w:t>She went with a broken heart at that time, on..</w:t>
      </w:r>
    </w:p>
    <w:p>
      <w:r>
        <w:t>[Shabbos]</w:t>
      </w:r>
    </w:p>
    <w:p>
      <w:r>
        <w:t>Yes, the point is:</w:t>
      </w:r>
    </w:p>
    <w:p>
      <w:r>
        <w:t>She entered Rebbe Yisroel’s house before Mincha, and Rebbe Yisroel was in the house</w:t>
      </w:r>
    </w:p>
    <w:p>
      <w:r>
        <w:t>She fell at his feet, and she cried, and she told the whole story:</w:t>
      </w:r>
    </w:p>
    <w:p>
      <w:r>
        <w:t>“Father threw out the child, and the poverty, poverty, and the brokenness, and now in the house there is ‘the destruction of the Beis HaMikdash,’ {.…}</w:t>
      </w:r>
    </w:p>
    <w:p>
      <w:r>
        <w:t>He had been a God-fearing Jew all the time; what has happened with my son</w:t>
      </w:r>
    </w:p>
    <w:p>
      <w:r>
        <w:t>Leave my child, and do not let him enter the house!”</w:t>
      </w:r>
    </w:p>
    <w:p>
      <w:r>
        <w:t>Nu, so he said to her:</w:t>
      </w:r>
    </w:p>
    <w:p>
      <w:r>
        <w:t>“You can speak with your child; I, I do not {….} to him.., {….}</w:t>
      </w:r>
    </w:p>
    <w:p>
      <w:r>
        <w:t>But if he comes to me, the son I will not throw out</w:t>
      </w:r>
    </w:p>
    <w:p>
      <w:r>
        <w:t>Listen according to good counsel:</w:t>
      </w:r>
    </w:p>
    <w:p>
      <w:r>
        <w:t>{If ‘you get up’}, tell the husband, and you, you will know {….. that he will not sever ….}</w:t>
      </w:r>
    </w:p>
    <w:p>
      <w:r>
        <w:t>There will be another counsel—in concealment, together there”</w:t>
      </w:r>
    </w:p>
    <w:p>
      <w:r>
        <w:t>When she heard such a thing, that he would not leave</w:t>
      </w:r>
    </w:p>
    <w:p>
      <w:r>
        <w:t>She thought: “Good, I will speak, I will say {…..} all the claims {…..}”</w:t>
      </w:r>
    </w:p>
    <w:p>
      <w:r>
        <w:t>When she heard that he would not leave, she passed away</w:t>
      </w:r>
    </w:p>
    <w:p>
      <w:r>
        <w:t>[She passed away straightaway?]</w:t>
      </w:r>
    </w:p>
    <w:p>
      <w:r>
        <w:t>{….}</w:t>
      </w:r>
    </w:p>
    <w:p>
      <w:r>
        <w:t>[She passed away straightaway, immediately passed away]</w:t>
      </w:r>
    </w:p>
    <w:p>
      <w:r>
        <w:t>Yes, at once, {…..}</w:t>
      </w:r>
    </w:p>
    <w:p>
      <w:r>
        <w:t>But {..}, but our house was between the synagogues; the public was before the Mincha prayer</w:t>
      </w:r>
    </w:p>
    <w:p>
      <w:r>
        <w:t>So there arose.., there arose an uproar; whoever wanted to pray Mincha entered Rebbe Yisroel’s house</w:t>
      </w:r>
    </w:p>
    <w:p>
      <w:r>
        <w:t>Heard someone passed away, {pay attention}, shoyn</w:t>
      </w:r>
    </w:p>
    <w:p>
      <w:r>
        <w:t>Nu, and.. and the merciful Jews brought there {……………}</w:t>
      </w:r>
    </w:p>
    <w:p>
      <w:r>
        <w:t>After all, afterward the father and the mother fainted</w:t>
      </w:r>
    </w:p>
    <w:p>
      <w:r>
        <w:t>The point is:</w:t>
      </w:r>
    </w:p>
    <w:p>
      <w:r>
        <w:t>They saw that she had not fainted; she had passed away</w:t>
      </w:r>
    </w:p>
    <w:p>
      <w:r>
        <w:t>And I, and I stand there at the window in the house, in the storeroom, he.., they go.. as they go up, and return back</w:t>
      </w:r>
    </w:p>
    <w:p>
      <w:r>
        <w:t>{…..}, and the Poles say:</w:t>
      </w:r>
    </w:p>
    <w:p>
      <w:r>
        <w:t>“What did you do?”, {..}, what can.., what the child..</w:t>
      </w:r>
    </w:p>
    <w:p>
      <w:r>
        <w:t>What a child alone can do—to kill the mother; this is how she passed away”</w:t>
      </w:r>
    </w:p>
    <w:p>
      <w:r>
        <w:t>I hear, I hear there</w:t>
      </w:r>
    </w:p>
    <w:p>
      <w:r>
        <w:t>And Sephardim, the Sephardim also say: “Oy..”; the Sephardim say in their language:</w:t>
      </w:r>
    </w:p>
    <w:p>
      <w:r>
        <w:t>What more.., what, what, what, what can there be in this world, and what a thing like this</w:t>
      </w:r>
    </w:p>
    <w:p>
      <w:r>
        <w:t>Can a child do to a mother”</w:t>
      </w:r>
    </w:p>
    <w:p>
      <w:r>
        <w:t>The point is:</w:t>
      </w:r>
    </w:p>
    <w:p>
      <w:r>
        <w:t>Both of them say there:</w:t>
      </w:r>
    </w:p>
    <w:p>
      <w:r>
        <w:t>“Breslov, that he is Breslov”</w:t>
      </w:r>
    </w:p>
    <w:p>
      <w:r>
        <w:t>After all, they do not know</w:t>
      </w:r>
    </w:p>
    <w:p>
      <w:r>
        <w:t>{….}</w:t>
      </w:r>
    </w:p>
    <w:p>
      <w:r>
        <w:t>There was a thing, they had not heard.. only in Breslov; it became known why there was such an uproar, what is the..</w:t>
      </w:r>
    </w:p>
    <w:p>
      <w:r>
        <w:t>“Oy, she passed away, Yisroel Ber is.. he is.. {..}, this is the son, this is the young man who killed her; she passed away in Rebbe Yisroel’s house, lying dead”</w:t>
      </w:r>
    </w:p>
    <w:p>
      <w:r>
        <w:t>Nu.. nu</w:t>
      </w:r>
    </w:p>
    <w:p>
      <w:r>
        <w:t>It was late at night, ‘conve.., they convey her to the cemetery’; they take her out of Rebbe Yisroel’s house {……..}</w:t>
      </w:r>
    </w:p>
    <w:p>
      <w:r>
        <w:t>{..}, the story, the story from Ger</w:t>
      </w:r>
    </w:p>
    <w:p>
      <w:r>
        <w:t>And the story of Rav Hirsh Litvak</w:t>
      </w:r>
    </w:p>
    <w:p>
      <w:r>
        <w:t>And the story in which Rav Kehat’s grandson passed away</w:t>
      </w:r>
    </w:p>
    <w:p>
      <w:r>
        <w:t>And the story..</w:t>
      </w:r>
    </w:p>
    <w:p>
      <w:r>
        <w:t>[The story of the tefillin, and the story of the mother who passed away</w:t>
      </w:r>
    </w:p>
    <w:p>
      <w:r>
        <w:t>And.. this.. R.. and what was it? R.., Rebbe Yisroel prayed, {…}.. in our room for an hour..]</w:t>
      </w:r>
    </w:p>
    <w:p>
      <w:r>
        <w:t>., he was in the synagogue; did I see? Did I see?</w:t>
      </w:r>
    </w:p>
    <w:p>
      <w:r>
        <w:t>I only heard, heard that she passed away</w:t>
      </w:r>
    </w:p>
    <w:p>
      <w:r>
        <w:t>[Nu, and Rebbe Yisroel prayed that there should not be a desecration of God’s Name? {..}..]</w:t>
      </w:r>
    </w:p>
    <w:p>
      <w:r>
        <w:t>{…}.., presumably, presumably, what, they ask me {…}</w:t>
      </w:r>
    </w:p>
    <w:p>
      <w:r>
        <w:t>{….}, she passed away.. she passed away i.. in his house, in short, passed away..</w:t>
      </w:r>
    </w:p>
    <w:p>
      <w:r>
        <w:t>[And how..?]</w:t>
      </w:r>
    </w:p>
    <w:p>
      <w:r>
        <w:t>And they saved her, and there was no one to save</w:t>
      </w:r>
    </w:p>
    <w:p>
      <w:r>
        <w:t>[How did it happen that she got up?]</w:t>
      </w:r>
    </w:p>
    <w:p>
      <w:r>
        <w:t>Eh?</w:t>
      </w:r>
    </w:p>
    <w:p>
      <w:r>
        <w:t>[How did it happen th.., that she got up?]</w:t>
      </w:r>
    </w:p>
    <w:p>
      <w:r>
        <w:t>How did it happen?</w:t>
      </w:r>
    </w:p>
    <w:p>
      <w:r>
        <w:t>[And how did it happen that she got up?]</w:t>
      </w:r>
    </w:p>
    <w:p>
      <w:r>
        <w:t>Afterward they wanted, wanted to do what is done with the deceased, to lay her on the ground, {..}</w:t>
      </w:r>
    </w:p>
    <w:p>
      <w:r>
        <w:t>Then they sensed, sensed something, the eye.. {….} the eyes {…}, saw something</w:t>
      </w:r>
    </w:p>
    <w:p>
      <w:r>
        <w:t>And they saw, the rescue began there, and it became more and more {……} and completely fine</w:t>
      </w:r>
    </w:p>
    <w:p>
      <w:r>
        <w:t>. And.. and.. and.. and.. and.. and.. and she got up, and got up with light, and.. and.. {…..}</w:t>
      </w:r>
    </w:p>
    <w:p>
      <w:r>
        <w:t>But, and.. and there was resurrection of the dead, {there will be hope}</w:t>
      </w:r>
    </w:p>
    <w:p>
      <w:r>
        <w:t>[Did she tell you anything? How did she feel when she was..?]</w:t>
      </w:r>
    </w:p>
    <w:p>
      <w:r>
        <w:t>No, no, no, no</w:t>
      </w:r>
    </w:p>
    <w:p>
      <w:r>
        <w:t>[She did not tell anything?]</w:t>
      </w:r>
    </w:p>
    <w:p>
      <w:r>
        <w:t>No nothing, no anything, {..}</w:t>
      </w:r>
    </w:p>
    <w:p>
      <w:r>
        <w:t>[And after that..?]</w:t>
      </w:r>
    </w:p>
    <w:p>
      <w:r>
        <w:t>She passed away, {….., azoy……….}</w:t>
      </w:r>
    </w:p>
    <w:p>
      <w:r>
        <w:t>{Aharon……..}</w:t>
      </w:r>
    </w:p>
    <w:p>
      <w:r>
        <w:t>[And after that there was.. your wedding]</w:t>
      </w:r>
    </w:p>
    <w:p>
      <w:r>
        <w:t>After that, after that, yes</w:t>
      </w:r>
    </w:p>
    <w:p>
      <w:r>
        <w:t>[And Rebbe Yisroel came to your wedding and danced]</w:t>
      </w:r>
    </w:p>
    <w:p>
      <w:r>
        <w:t>Yes, yes..</w:t>
      </w:r>
    </w:p>
    <w:p>
      <w:r>
        <w:t>[Until his trousers fell down, yes?]</w:t>
      </w:r>
    </w:p>
    <w:p>
      <w:r>
        <w:t>Yes, yes, yes, yes</w:t>
      </w:r>
    </w:p>
    <w:p>
      <w:r>
        <w:t>The trousers fell down; people came and stopped him, {…...}, he pulled his trousers back up</w:t>
      </w:r>
    </w:p>
    <w:p>
      <w:r>
        <w:t>[And then..]</w:t>
      </w:r>
    </w:p>
    <w:p>
      <w:r>
        <w:t>He did not know</w:t>
      </w:r>
    </w:p>
    <w:p>
      <w:r>
        <w:t>[He danced like that, did not feel that his trousers had fallen down?]</w:t>
      </w:r>
    </w:p>
    <w:p>
      <w:r>
        <w:t>No, no, {…}</w:t>
      </w:r>
    </w:p>
    <w:p>
      <w:r>
        <w:t>He danced alone, with the public.. they saw that the trousers were down, {..}</w:t>
      </w:r>
    </w:p>
    <w:p>
      <w:r>
        <w:t>[And after that..]</w:t>
      </w:r>
    </w:p>
    <w:p>
      <w:r>
        <w:t>{..}</w:t>
      </w:r>
    </w:p>
    <w:p>
      <w:r>
        <w:t>[Yours..]</w:t>
      </w:r>
    </w:p>
    <w:p>
      <w:r>
        <w:t>{..}, the Shabbos after that, my father-in-law, my father-in-law hit..</w:t>
      </w:r>
    </w:p>
    <w:p>
      <w:r>
        <w:t>[Your father-in-law hit..]</w:t>
      </w:r>
    </w:p>
    <w:p>
      <w:r>
        <w:t>Locked</w:t>
      </w:r>
    </w:p>
    <w:p>
      <w:r>
        <w:t>[And locked the house]</w:t>
      </w:r>
    </w:p>
    <w:p>
      <w:r>
        <w:t>Yes, yes, yes</w:t>
      </w:r>
    </w:p>
    <w:p>
      <w:r>
        <w:t>[And did not agree to let you go]</w:t>
      </w:r>
    </w:p>
    <w:p>
      <w:r>
        <w:t>Yes, yes</w:t>
      </w:r>
    </w:p>
    <w:p>
      <w:r>
        <w:t>[To.. Rebbe Yisroel Kardon]</w:t>
      </w:r>
    </w:p>
    <w:p>
      <w:r>
        <w:t>My wife says, my wife says:</w:t>
      </w:r>
    </w:p>
    <w:p>
      <w:r>
        <w:t>“I ask you, I ask you, {..}..”</w:t>
      </w:r>
    </w:p>
    <w:p>
      <w:r>
        <w:t>[You ran away at twelve..]</w:t>
      </w:r>
    </w:p>
    <w:p>
      <w:r>
        <w:t>And she said to me: “(git als’ding) good for everything”</w:t>
      </w:r>
    </w:p>
    <w:p>
      <w:r>
        <w:t>That night, that night, {Mot’eh said}:</w:t>
      </w:r>
    </w:p>
    <w:p>
      <w:r>
        <w:t>“You are not going, you are not going tonight”</w:t>
      </w:r>
    </w:p>
    <w:p>
      <w:r>
        <w:t>But I had a ‘handshake pledge,’ {….}, we need to see each other</w:t>
      </w:r>
    </w:p>
    <w:p>
      <w:r>
        <w:t>[And you went at twelve at night?]</w:t>
      </w:r>
    </w:p>
    <w:p>
      <w:r>
        <w:t>Yes</w:t>
      </w:r>
    </w:p>
    <w:p>
      <w:r>
        <w:t>[You said hello to Rebbe Yisroel and went back?]</w:t>
      </w:r>
    </w:p>
    <w:p>
      <w:r>
        <w:t>Yes, I went back</w:t>
      </w:r>
    </w:p>
    <w:p>
      <w:r>
        <w:t>[{And then} he caught..]</w:t>
      </w:r>
    </w:p>
    <w:p>
      <w:r>
        <w:t>I found, I found, I found my father-in-law as he was chasing after me, chasing..</w:t>
      </w:r>
    </w:p>
    <w:p>
      <w:r>
        <w:t>Then he hit me</w:t>
      </w:r>
    </w:p>
    <w:p>
      <w:r>
        <w:t>[He hit..]</w:t>
      </w:r>
    </w:p>
    <w:p>
      <w:r>
        <w:t>{….}</w:t>
      </w:r>
    </w:p>
    <w:p>
      <w:r>
        <w:t>[Sent you outside, sent you to the bones with the meat..]</w:t>
      </w:r>
    </w:p>
    <w:p>
      <w:r>
        <w:t>Yes, yes, yes</w:t>
      </w:r>
    </w:p>
    <w:p>
      <w:r>
        <w:t>[Which the dogs eat]</w:t>
      </w:r>
    </w:p>
    <w:p>
      <w:r>
        <w:t>He found me there near the shops, late</w:t>
      </w:r>
    </w:p>
    <w:p>
      <w:r>
        <w:t>And there, in earlier years the bone.., today they sell the bones</w:t>
      </w:r>
    </w:p>
    <w:p>
      <w:r>
        <w:t>But in earlier years they would throw them to the dogs; the dogs stood and ate {…} and my father-in-law threw, threw..</w:t>
      </w:r>
    </w:p>
    <w:p>
      <w:r>
        <w:t>[Onto the bones]</w:t>
      </w:r>
    </w:p>
    <w:p>
      <w:r>
        <w:t>Onto th.., onto the dogs; miracles that they did not {….}</w:t>
      </w:r>
    </w:p>
    <w:p>
      <w:r>
        <w:t>[Great miracles that the dogs..]</w:t>
      </w:r>
    </w:p>
    <w:p>
      <w:r>
        <w:t>Yes</w:t>
      </w:r>
    </w:p>
    <w:p>
      <w:r>
        <w:t>[Did not touch you]</w:t>
      </w:r>
    </w:p>
    <w:p>
      <w:r>
        <w:t>{…}...</w:t>
      </w:r>
    </w:p>
    <w:p>
      <w:pPr>
        <w:pStyle w:val="Heading2"/>
      </w:pPr>
      <w:r>
        <w:t>Side B (Bais)</w:t>
      </w:r>
    </w:p>
    <w:p>
      <w:r>
        <w:t>...My father-in-law threw us out of the house, took our things and.. both of them said: “Leave the house” [Yes]</w:t>
      </w:r>
    </w:p>
    <w:p>
      <w:r>
        <w:t>That we should go wherever we go</w:t>
      </w:r>
    </w:p>
    <w:p>
      <w:r>
        <w:t>Near Rebbe Yisroel there was an empty room, near Rebbe Yisroel, so he rented</w:t>
      </w:r>
    </w:p>
    <w:p>
      <w:r>
        <w:t>And he put a couple i.. in a time of famine; he gave the couple “sustenance,” in this room</w:t>
      </w:r>
    </w:p>
    <w:p>
      <w:r>
        <w:t>We came to the room; it was for the good. It turns out that we are sitting close to Rebbe Yisroel, so that we can see his Chatzos, his Shabbos, so that we will be more, more, more close to him, oy vey, oy..</w:t>
      </w:r>
    </w:p>
    <w:p>
      <w:r>
        <w:t>[Nu, what else do you remember? In this story, when they threw you out of the house?]</w:t>
      </w:r>
    </w:p>
    <w:p>
      <w:r>
        <w:t>{….}</w:t>
      </w:r>
    </w:p>
    <w:p>
      <w:r>
        <w:t>I sat in this room, {…}, oy vey</w:t>
      </w:r>
    </w:p>
    <w:p>
      <w:r>
        <w:t>[You look good, Saba]</w:t>
      </w:r>
    </w:p>
    <w:p>
      <w:r>
        <w:t>{Is this recording?}</w:t>
      </w:r>
    </w:p>
    <w:p>
      <w:r>
        <w:t>[Yes]</w:t>
      </w:r>
    </w:p>
    <w:p>
      <w:r>
        <w:t>What.., these were such words th.. he and I rejoiced very much in every word</w:t>
      </w:r>
    </w:p>
    <w:p>
      <w:r>
        <w:t>And he was very tired</w:t>
      </w:r>
    </w:p>
    <w:p>
      <w:r>
        <w:t>[Who, Rebbe Yisroel (Kardonner)?]</w:t>
      </w:r>
    </w:p>
    <w:p>
      <w:r>
        <w:t>This.., no.. this is Yaakov</w:t>
      </w:r>
    </w:p>
    <w:p>
      <w:r>
        <w:t>[Ahh..]…</w:t>
      </w:r>
    </w:p>
    <w:p>
      <w:r>
        <w:t>...They do not know, if they do not know</w:t>
      </w:r>
    </w:p>
    <w:p>
      <w:r>
        <w:t>[I am writing down..]</w:t>
      </w:r>
    </w:p>
    <w:p>
      <w:r>
        <w:t>Ah..</w:t>
      </w:r>
    </w:p>
    <w:p>
      <w:r>
        <w:t>[Your parents threw you out of the house, and you went and lived near Rebbe Yisroel (Kardonner)</w:t>
      </w:r>
    </w:p>
    <w:p>
      <w:r>
        <w:t>It was for the good, so that you could see Rebbe Yisroel’s avodah]</w:t>
      </w:r>
    </w:p>
    <w:p>
      <w:r>
        <w:t>Yes</w:t>
      </w:r>
    </w:p>
    <w:p>
      <w:r>
        <w:t>[What else was there?]</w:t>
      </w:r>
    </w:p>
    <w:p>
      <w:r>
        <w:t>{…}</w:t>
      </w:r>
    </w:p>
    <w:p>
      <w:r>
        <w:t>Certainly I wa.., I was with him and.. {..}</w:t>
      </w:r>
    </w:p>
    <w:p>
      <w:r>
        <w:t>[You can speak Yiddish]</w:t>
      </w:r>
    </w:p>
    <w:p>
      <w:r>
        <w:t>Yes?</w:t>
      </w:r>
    </w:p>
    <w:p>
      <w:r>
        <w:t>[Yes]</w:t>
      </w:r>
    </w:p>
    <w:p>
      <w:r>
        <w:t>There was th..{..}, my room was.. near his apartment, near his apartment, {….} certainly it was.. something different, something different, to be with him always</w:t>
      </w:r>
    </w:p>
    <w:p>
      <w:r>
        <w:t>Oy vey, {..}…</w:t>
      </w:r>
    </w:p>
    <w:p>
      <w:r>
        <w:t>...Nu, in the meantime, I am not telling everything</w:t>
      </w:r>
    </w:p>
    <w:p>
      <w:r>
        <w:t>[What?..]</w:t>
      </w:r>
    </w:p>
    <w:p>
      <w:r>
        <w:t>{..}, in this, in this there was th.. story, there was a story</w:t>
      </w:r>
    </w:p>
    <w:p>
      <w:r>
        <w:t>I became.., Hashem sent me an illness</w:t>
      </w:r>
    </w:p>
    <w:p>
      <w:r>
        <w:t>[An illness?]</w:t>
      </w:r>
    </w:p>
    <w:p>
      <w:r>
        <w:t>Yes, of the intestines</w:t>
      </w:r>
    </w:p>
    <w:p>
      <w:r>
        <w:t>[Of the intestines?]</w:t>
      </w:r>
    </w:p>
    <w:p>
      <w:r>
        <w:t>Of the intestines, of the intestines, the tongue with the palate, with.., the whole mouth was.. {.…}</w:t>
      </w:r>
    </w:p>
    <w:p>
      <w:r>
        <w:t>It was an illness; what does illness mean? — that the flesh rotted, that it rotted..</w:t>
      </w:r>
    </w:p>
    <w:p>
      <w:r>
        <w:t>[The flesh rotted]</w:t>
      </w:r>
    </w:p>
    <w:p>
      <w:r>
        <w:t>Eh?</w:t>
      </w:r>
    </w:p>
    <w:p>
      <w:r>
        <w:t>[The flesh rotted, the flesh rotted]</w:t>
      </w:r>
    </w:p>
    <w:p>
      <w:r>
        <w:t>The flesh was rotten from the sores, from the mouth..</w:t>
      </w:r>
    </w:p>
    <w:p>
      <w:r>
        <w:t>[Rotten from the sores]</w:t>
      </w:r>
    </w:p>
    <w:p>
      <w:r>
        <w:t>Ah.. and.. and.. and.. eh?</w:t>
      </w:r>
    </w:p>
    <w:p>
      <w:r>
        <w:t>[From the sores]</w:t>
      </w:r>
    </w:p>
    <w:p>
      <w:r>
        <w:t>{…}, no, there was an illness {from the intestines\from the mouth}, {not the sores}</w:t>
      </w:r>
    </w:p>
    <w:p>
      <w:r>
        <w:t>In any case, I did not make use of doctors, I did not want doctors, {and so it was}</w:t>
      </w:r>
    </w:p>
    <w:p>
      <w:r>
        <w:t>It was an illness.. very terrible; I felt great suffering</w:t>
      </w:r>
    </w:p>
    <w:p>
      <w:r>
        <w:t>{.….}, the heart was.., pie.., pieces, pieces of the flesh that fell, then it fell</w:t>
      </w:r>
    </w:p>
    <w:p>
      <w:r>
        <w:t>And.. I was.., then I was in great danger, the intestines and the heart, it was, it was.. {doso, good}</w:t>
      </w:r>
    </w:p>
    <w:p>
      <w:r>
        <w:t>And the heart was also ill, the intestines and the heart</w:t>
      </w:r>
    </w:p>
    <w:p>
      <w:r>
        <w:t>In any case, it {went (intensified)}, I could not eat, each time I became weaker</w:t>
      </w:r>
    </w:p>
    <w:p>
      <w:r>
        <w:t>And.. I lost my strength</w:t>
      </w:r>
    </w:p>
    <w:p>
      <w:r>
        <w:t>{..}.. arrived.., after I became very weak, then arrived.. ah.. Yom Kippur, Yom Kippur</w:t>
      </w:r>
    </w:p>
    <w:p>
      <w:r>
        <w:t>Nu, on Rosh Hashanah we are, by Rabbainu, by Rebbe Shimon, we are at the tziyun, or i..</w:t>
      </w:r>
    </w:p>
    <w:p>
      <w:r>
        <w:t>On Rosh Hashanah, but Yom Kippur, if one cannot, then not</w:t>
      </w:r>
    </w:p>
    <w:p>
      <w:r>
        <w:t>The point is: I saw.. {..} that I had to be at home</w:t>
      </w:r>
    </w:p>
    <w:p>
      <w:r>
        <w:t>I said to Rebbe Yisroel: “I cannot; if I go outside it will be terrible”</w:t>
      </w:r>
    </w:p>
    <w:p>
      <w:r>
        <w:t>{…..} I could not bear the {…..}, only when I would go out, then the {…..}</w:t>
      </w:r>
    </w:p>
    <w:p>
      <w:r>
        <w:t>{….}</w:t>
      </w:r>
    </w:p>
    <w:p>
      <w:r>
        <w:t>The point is: the eve of Yom Kippur, the eve of Yom Kippur</w:t>
      </w:r>
    </w:p>
    <w:p>
      <w:r>
        <w:t>I remember that Rebbe Yisroel.. Rebbe Yisroel’s house was next to me, next to me {…}</w:t>
      </w:r>
    </w:p>
    <w:p>
      <w:r>
        <w:t>The eve of Yom Kippur</w:t>
      </w:r>
    </w:p>
    <w:p>
      <w:r>
        <w:t>What are you doing?</w:t>
      </w:r>
    </w:p>
    <w:p>
      <w:r>
        <w:t>The point is: Rebbe Yisroel traveled to Meron for Yom Kippur, and I remained alone, sick like this</w:t>
      </w:r>
    </w:p>
    <w:p>
      <w:r>
        <w:t>I kn.., knew Rebbe Yisroel; on Yom Kippur I arrived in Meron</w:t>
      </w:r>
    </w:p>
    <w:p>
      <w:r>
        <w:t>Will I be here? Will I be here in Tzfas without.., wi.. without Rebbe Yisroel?</w:t>
      </w:r>
    </w:p>
    <w:p>
      <w:r>
        <w:t>The point is: I am forbidden even to go out of the house</w:t>
      </w:r>
    </w:p>
    <w:p>
      <w:r>
        <w:t>“Then whatever will be, will be, {give thanks to Hashem}”</w:t>
      </w:r>
    </w:p>
    <w:p>
      <w:r>
        <w:t>I went out, and I did not say at home that I was traveling to Meron; would she agree to let me travel?</w:t>
      </w:r>
    </w:p>
    <w:p>
      <w:r>
        <w:t>I said nothing, went out.. {..}, went out</w:t>
      </w:r>
    </w:p>
    <w:p>
      <w:r>
        <w:t>She was astonished—how am I going out, how am I going out of the house</w:t>
      </w:r>
    </w:p>
    <w:p>
      <w:r>
        <w:t>In any case, I went to a Sephardi who has a donkey, and there, ah..</w:t>
      </w:r>
    </w:p>
    <w:p>
      <w:r>
        <w:t>One needs to travel to Meron; they go to him and he travels to Meron, they pay him for this, he readies the donkey and I went to..{…}.., ah..</w:t>
      </w:r>
    </w:p>
    <w:p>
      <w:r>
        <w:t>All those who traveled to Meron were Rebbe Yisroel and I, but, but they knew</w:t>
      </w:r>
    </w:p>
    <w:p>
      <w:r>
        <w:t>The point is: I went to that Sephardi; I had no money, I went to this Sephardi</w:t>
      </w:r>
    </w:p>
    <w:p>
      <w:r>
        <w:t>I asked the Sephardi: “Will you travel to Meron? After all, it is the eve of Yom Kippur {…...….}”</w:t>
      </w:r>
    </w:p>
    <w:p>
      <w:r>
        <w:t>We arrived there on the eve of Yom Kippur</w:t>
      </w:r>
    </w:p>
    <w:p>
      <w:r>
        <w:t>The point is: ah.. {..}, ah.. then he said:</w:t>
      </w:r>
    </w:p>
    <w:p>
      <w:r>
        <w:t>“Will you give such and such?”</w:t>
      </w:r>
    </w:p>
    <w:p>
      <w:r>
        <w:t>“Yes”</w:t>
      </w:r>
    </w:p>
    <w:p>
      <w:r>
        <w:t>By Rebbe Yisroel, do I have money? I did not tell him.., Rebbe Yisroel</w:t>
      </w:r>
    </w:p>
    <w:p>
      <w:r>
        <w:t>I did not tell him that I had no money; he wants such and such</w:t>
      </w:r>
    </w:p>
    <w:p>
      <w:r>
        <w:t>I hired him.. he traveled with me to be with Rebbe Yisroel in Meron</w:t>
      </w:r>
    </w:p>
    <w:p>
      <w:r>
        <w:t>{Nu..} so he traveled with me, but I.., the illness was terrible</w:t>
      </w:r>
    </w:p>
    <w:p>
      <w:r>
        <w:t>I cannot go out of the house; now to make a journey from Tzfas to Meron</w:t>
      </w:r>
    </w:p>
    <w:p>
      <w:r>
        <w:t>On a donkey, and I was so weak</w:t>
      </w:r>
    </w:p>
    <w:p>
      <w:r>
        <w:t>The point is: ah.. for money.. {oy, oy, oy, oy, oy}, {…..} money, the money</w:t>
      </w:r>
    </w:p>
    <w:p>
      <w:r>
        <w:t>In any case, I traveled with him; with difficulty, with difficulty I made it along the road, and it was so bad</w:t>
      </w:r>
    </w:p>
    <w:p>
      <w:r>
        <w:t>I do not know how {….} the journey; in any case, {….}</w:t>
      </w:r>
    </w:p>
    <w:p>
      <w:r>
        <w:t>We arrived in Meron, and when we arrived in Meron {..}.. it is necessary to be.., receive money, receive money</w:t>
      </w:r>
    </w:p>
    <w:p>
      <w:r>
        <w:t>I said to Rebbe Yisroel, {…}</w:t>
      </w:r>
    </w:p>
    <w:p>
      <w:r>
        <w:t>I will give you, I will give you, I will give you.. money</w:t>
      </w:r>
    </w:p>
    <w:p>
      <w:r>
        <w:t>Rebbe Yisroel, Rebbe Yisroel, Rebbe Yisroel saw me, so he became forceful</w:t>
      </w:r>
    </w:p>
    <w:p>
      <w:r>
        <w:t>He knows that I am ill, I am forbidden to go outside, into the air, I am forbidden to go out</w:t>
      </w:r>
    </w:p>
    <w:p>
      <w:r>
        <w:t>The point is: “I am already here, the eve of Yom Kippur, what can be done?”</w:t>
      </w:r>
    </w:p>
    <w:p>
      <w:r>
        <w:t>So I said to him: "One needs to pay the Sephardi, for the donkey"</w:t>
      </w:r>
    </w:p>
    <w:p>
      <w:r>
        <w:t>Nu, Rebbe Yisroel did not have money, {…}</w:t>
      </w:r>
    </w:p>
    <w:p>
      <w:r>
        <w:t>So th.., so there was, so there was one of our fellowship, the wealthy man of Tzfas, Rebbe Nassan Trovitze</w:t>
      </w:r>
    </w:p>
    <w:p>
      <w:r>
        <w:t>He would travel; he and the son and the family traveled for Rosh Hashanah</w:t>
      </w:r>
    </w:p>
    <w:p>
      <w:r>
        <w:t>And for Yom Kippur they traveled once again, traveled once again</w:t>
      </w:r>
    </w:p>
    <w:p>
      <w:r>
        <w:t>Rebbe Yisroel approached.. Rebbe Nassan, and said to him:</w:t>
      </w:r>
    </w:p>
    <w:p>
      <w:r>
        <w:t>“Yisroel Ber arrived with a donkey, and one needs to pay, one needs to pay, it costs such and such"</w:t>
      </w:r>
    </w:p>
    <w:p>
      <w:r>
        <w:t>He was stingy; he became ‘angry’</w:t>
      </w:r>
    </w:p>
    <w:p>
      <w:r>
        <w:t>"What does this mean? They travel at this expense, they give such a price?"</w:t>
      </w:r>
    </w:p>
    <w:p>
      <w:r>
        <w:t>Nu, he became ‘angry’; one way or another, the eve of Yom Kippur, one needs to ask him</w:t>
      </w:r>
    </w:p>
    <w:p>
      <w:r>
        <w:t>He took out cash and gave it to him for my journey</w:t>
      </w:r>
    </w:p>
    <w:p>
      <w:r>
        <w:t>[And what was with you? You were ill]</w:t>
      </w:r>
    </w:p>
    <w:p>
      <w:r>
        <w:t>The point is.. Yom Kippur, I do not know how, {Hashem left me alive}</w:t>
      </w:r>
    </w:p>
    <w:p>
      <w:r>
        <w:t>I did not know whether I was by Rebbe Shimon, or, or..</w:t>
      </w:r>
    </w:p>
    <w:p>
      <w:r>
        <w:t>And I knew nothing of what was happening with me, and such suffering that it is impossible to bear</w:t>
      </w:r>
    </w:p>
    <w:p>
      <w:r>
        <w:t>I did not pray, nu, this is how my Yom Kippur was, I did not pray at all</w:t>
      </w:r>
    </w:p>
    <w:p>
      <w:r>
        <w:t>{…}, only.. {…}, but baruch Hashem I fasted</w:t>
      </w:r>
    </w:p>
    <w:p>
      <w:r>
        <w:t>In any case, then Rebbe Nassan saw how I looked, {….} Rebbe Yisroel, ah..</w:t>
      </w:r>
    </w:p>
    <w:p>
      <w:r>
        <w:t>"This is not {ordinary} illness, one does not do such a thing"</w:t>
      </w:r>
    </w:p>
    <w:p>
      <w:r>
        <w:t>He saw that I knew nothing {….} in the world entirely {….} possibly dead</w:t>
      </w:r>
    </w:p>
    <w:p>
      <w:r>
        <w:t>To carry him to the cemetery</w:t>
      </w:r>
    </w:p>
    <w:p>
      <w:r>
        <w:t>I do not know how, how Hashem had mercy on me, it was a miracle</w:t>
      </w:r>
    </w:p>
    <w:p>
      <w:r>
        <w:t>I.., that, that day, Yom Kippur, it was the end, the end of my life</w:t>
      </w:r>
    </w:p>
    <w:p>
      <w:r>
        <w:t>I saw how.. I remained alive, I do not know</w:t>
      </w:r>
    </w:p>
    <w:p>
      <w:r>
        <w:t>Such a kind of Yom Kippur</w:t>
      </w:r>
    </w:p>
    <w:p>
      <w:r>
        <w:t>That is what I had</w:t>
      </w:r>
    </w:p>
    <w:p>
      <w:r>
        <w:t>And my wife..</w:t>
      </w:r>
    </w:p>
    <w:p>
      <w:r>
        <w:t>I went out of the house, so she thought:</w:t>
      </w:r>
    </w:p>
    <w:p>
      <w:r>
        <w:t>I am arriving, arriving, arriving, so she saw.. then it is already necessary.. already before the fast, I am not arriving; the point is: she, she thought presumably I.., presumably traveled to Meron, presumably traveled to Meron, and so it was</w:t>
      </w:r>
    </w:p>
    <w:p>
      <w:r>
        <w:t>This disturbed her very much</w:t>
      </w:r>
    </w:p>
    <w:p>
      <w:r>
        <w:t>"If so, then my father is right, such an ill person, and he does not take care that he should not be with illness" the point is: she dragged, decided out of troubles, from the greatness of the anguish, from what she saw</w:t>
      </w:r>
    </w:p>
    <w:p>
      <w:r>
        <w:t>"I bring the world to talk", {..}</w:t>
      </w:r>
    </w:p>
    <w:p>
      <w:r>
        <w:t>In any case, {…} she thought:</w:t>
      </w:r>
    </w:p>
    <w:p>
      <w:r>
        <w:t>“Perhaps.. perhaps.. indeed.. perhaps to make a get</w:t>
      </w:r>
    </w:p>
    <w:p>
      <w:r>
        <w:t>"This is not a person, such an ill one traveled to Meron, does not say, does not say anything", {..}</w:t>
      </w:r>
    </w:p>
    <w:p>
      <w:r>
        <w:t>The point is: she {dragged] this, decided on the eve of Yom Kippur</w:t>
      </w:r>
    </w:p>
    <w:p>
      <w:r>
        <w:t>At the close of Yom Kippur Rebbe Yisroel brought me..</w:t>
      </w:r>
    </w:p>
    <w:p>
      <w:r>
        <w:t>This was in short, she decided, she decided.. decided, {..}</w:t>
      </w:r>
    </w:p>
    <w:p>
      <w:r>
        <w:t>And Rebbe Yisroel, ah.. there in the apartment there was, there was a neighbor, a close neighbor, door to door</w:t>
      </w:r>
    </w:p>
    <w:p>
      <w:r>
        <w:t>With another J.., with another Jew, what he was.. a great Torah scholar</w:t>
      </w:r>
    </w:p>
    <w:p>
      <w:r>
        <w:t>And he sat day and night in the shul and would study, study diligently</w:t>
      </w:r>
    </w:p>
    <w:p>
      <w:r>
        <w:t>{Yo, yes}</w:t>
      </w:r>
    </w:p>
    <w:p>
      <w:r>
        <w:t>[..]…</w:t>
      </w:r>
    </w:p>
    <w:p>
      <w:r>
        <w:t>...[Yes, he sat and studied diligently, th..]</w:t>
      </w:r>
    </w:p>
    <w:p>
      <w:r>
        <w:t>Yes, day and night</w:t>
      </w:r>
    </w:p>
    <w:p>
      <w:r>
        <w:t>[Day and night]</w:t>
      </w:r>
    </w:p>
    <w:p>
      <w:r>
        <w:t>He was a great.., a great Torah scholar, he was a lamdan, always sat in the shul</w:t>
      </w:r>
    </w:p>
    <w:p>
      <w:r>
        <w:t>And his wife was, his spouse, his wife would bring him a little tea, a little coffee, food like this</w:t>
      </w:r>
    </w:p>
    <w:p>
      <w:r>
        <w:t>His home, that was the shul</w:t>
      </w:r>
    </w:p>
    <w:p>
      <w:r>
        <w:t>Only that he would go at night, late at night {…} to sleep; afterward he was.. "constantly in the shul" this Jew was called: Reb Avraham’le, was called: Reb Avraham’le</w:t>
      </w:r>
    </w:p>
    <w:p>
      <w:r>
        <w:t>[Reb Avraham’le]</w:t>
      </w:r>
    </w:p>
    <w:p>
      <w:r>
        <w:t>Yes</w:t>
      </w:r>
    </w:p>
    <w:p>
      <w:r>
        <w:t>He had a daughter, he married off the daughter, and this daughter was a friend of her sister.. with my wife</w:t>
      </w:r>
    </w:p>
    <w:p>
      <w:r>
        <w:t>And this Reb Avraham’le, ah..</w:t>
      </w:r>
    </w:p>
    <w:p>
      <w:r>
        <w:t>{..}, my, my, th.. my household held very highly of Reb Avraham’le</w:t>
      </w:r>
    </w:p>
    <w:p>
      <w:r>
        <w:t>She held him to be like an angel of Hashem</w:t>
      </w:r>
    </w:p>
    <w:p>
      <w:r>
        <w:t>The point is, he said to her: “That she should not look at anything"</w:t>
      </w:r>
    </w:p>
    <w:p>
      <w:r>
        <w:t>{….}, and Reb Avraham..</w:t>
      </w:r>
    </w:p>
    <w:p>
      <w:r>
        <w:t>“And Rebbe Yisroel is a God-fearing Jew, and.. and.. and.. and not to do an act that he became Breslov"</w:t>
      </w:r>
    </w:p>
    <w:p>
      <w:r>
        <w:t>She listened only to Reb Avraham’le</w:t>
      </w:r>
    </w:p>
    <w:p>
      <w:r>
        <w:t>The point is: now that she, that she, that she had regrets, it is like.., there is no one with whom to live..</w:t>
      </w:r>
    </w:p>
    <w:p>
      <w:r>
        <w:t>Such a kind, such a kind.. she says</w:t>
      </w:r>
    </w:p>
    <w:p>
      <w:r>
        <w:t>The point is, th.. he, he, then he said: "That she should be yielding, that she should be..”</w:t>
      </w:r>
    </w:p>
    <w:p>
      <w:r>
        <w:t>In any case, this is my wife</w:t>
      </w:r>
    </w:p>
    <w:p>
      <w:r>
        <w:t>[{..}, so Rebbe Yisroel, you were in the middle of telling me about Rebbe Yisroel, what did Rebbe Yisroel do?]</w:t>
      </w:r>
    </w:p>
    <w:p>
      <w:r>
        <w:t>{..}, what did you say to me? {..}</w:t>
      </w:r>
    </w:p>
    <w:p>
      <w:r>
        <w:t>[So you told me that Rebbe Yisroel.. Kardonner, what did he do?]</w:t>
      </w:r>
    </w:p>
    <w:p>
      <w:r>
        <w:t>He was a neighbor of Reb Avraham</w:t>
      </w:r>
    </w:p>
    <w:p>
      <w:r>
        <w:t>[Yes]</w:t>
      </w:r>
    </w:p>
    <w:p>
      <w:r>
        <w:t>A neighbor of this Jew</w:t>
      </w:r>
    </w:p>
    <w:p>
      <w:r>
        <w:t>And this Jew.. he was an "only son" in Tzfas who was not an oppo.., he, he was a God-fearing Jew, a Torah scholar, a neighbor of Rebbe Yisroel, did not agree with the opposition</w:t>
      </w:r>
    </w:p>
    <w:p>
      <w:r>
        <w:t>In the shul there were all the opponents, in the synagogue where he was, {..}, and.. and.. and.. and.. and he himself did not, {…} and nevertheless I wondered how he did not become a Breslover chasid</w:t>
      </w:r>
    </w:p>
    <w:p>
      <w:r>
        <w:t>Such, such a Jew, and he has a neighbor, Rebbe Yisroel, how does he not enter on Thursday night to Rebbe Yisroel, {yes} but like this, like this is the world, like this is the world, this</w:t>
      </w:r>
    </w:p>
    <w:p>
      <w:r>
        <w:t>. Drawing close to Rabbainu is one of the difficult things</w:t>
      </w:r>
    </w:p>
    <w:p>
      <w:r>
        <w:t>[In truth]</w:t>
      </w:r>
    </w:p>
    <w:p>
      <w:r>
        <w:t>He will be a "Breslover," then he will not be "Reb Avraham’le," he will no longer be "of distinguished lineage"</w:t>
      </w:r>
    </w:p>
    <w:p>
      <w:r>
        <w:t>{…}</w:t>
      </w:r>
    </w:p>
    <w:p>
      <w:r>
        <w:t>I saw how the truth is strong, and this, and this is a known thing</w:t>
      </w:r>
    </w:p>
    <w:p>
      <w:r>
        <w:t>"The lamdan" does not {"play for him"} from chas.., from chasidus, from devoutness (frumkeit)</w:t>
      </w:r>
    </w:p>
    <w:p>
      <w:r>
        <w:t>Only.. "Let us see, let us see how much of a lamdan"</w:t>
      </w:r>
    </w:p>
    <w:p>
      <w:r>
        <w:t>"Shoot, shoot, lamdanus entirely, shoot"</w:t>
      </w:r>
    </w:p>
    <w:p>
      <w:r>
        <w:t>Nu, but, and.. and I, and I was not a lamdan, only a simple man, and nevertheless Reb Avraham’le..</w:t>
      </w:r>
    </w:p>
    <w:p>
      <w:r>
        <w:t>[A simple man, doubled, tripled, quadrupled]</w:t>
      </w:r>
    </w:p>
    <w:p>
      <w:r>
        <w:t>They saw, they saw such a kind of truth, such a kind of self-sacrifice that I showed</w:t>
      </w:r>
    </w:p>
    <w:p>
      <w:r>
        <w:t>Then he.. then he sub.., ah.. then he.. sub.., submitted himself, then he.. did not become an opponent, {…}</w:t>
      </w:r>
    </w:p>
    <w:p>
      <w:r>
        <w:t>{Nu}, afterward {..}, afterward.. {..}</w:t>
      </w:r>
    </w:p>
    <w:p>
      <w:r>
        <w:t>After Yom Kippur I arrived home, and.. {..} I had been in Meron</w:t>
      </w:r>
    </w:p>
    <w:p>
      <w:r>
        <w:t>But, nu, specifically after Yom Kippur, after such a kind of journey there and back</w:t>
      </w:r>
    </w:p>
    <w:p>
      <w:r>
        <w:t>Then there was no taxi, they traveled with donkeys</w:t>
      </w:r>
    </w:p>
    <w:p>
      <w:r>
        <w:t>Then I was so weak, there was such a kind of illness, the heart.. the heart and the intestines are a dangerous thing, it is a known thing, and Hashem had mercy, it became better, and better, and better, {….} and the illness went away without any doctor, without anything, {…}</w:t>
      </w:r>
    </w:p>
    <w:p>
      <w:r>
        <w:t>And this Yom Kippur I remember all the days of my life, {….}</w:t>
      </w:r>
    </w:p>
    <w:p>
      <w:r>
        <w:t>I was already in the world over there, in Meron {..…..} I was almost not in this world</w:t>
      </w:r>
    </w:p>
    <w:p>
      <w:r>
        <w:t>. And.. and after this I saw miracles, that Hashem helped me, that I had a cure without any doctor</w:t>
      </w:r>
    </w:p>
    <w:p>
      <w:r>
        <w:t>{But}.., I attributed it to the merit of Rebbe Shimon, because I traveled to Meron</w:t>
      </w:r>
    </w:p>
    <w:p>
      <w:r>
        <w:t>Specifically because I traveled to Meron and I had self-sacrifice, I gave so much money and arrived in Meron</w:t>
      </w:r>
    </w:p>
    <w:p>
      <w:r>
        <w:t>And it seems to me that I did not do well, and afterward he shouted:</w:t>
      </w:r>
    </w:p>
    <w:p>
      <w:r>
        <w:t>“No, yes, you did well”</w:t>
      </w:r>
    </w:p>
    <w:p>
      <w:r>
        <w:t>[Self-sacrifice, Rabbainu]</w:t>
      </w:r>
    </w:p>
    <w:p>
      <w:r>
        <w:t>{...yes…}, {………..}</w:t>
      </w:r>
    </w:p>
    <w:p>
      <w:r>
        <w:t>[What else do you remember from that period?]</w:t>
      </w:r>
    </w:p>
    <w:p>
      <w:r>
        <w:t>Huh?</w:t>
      </w:r>
    </w:p>
    <w:p>
      <w:r>
        <w:t>[What else do you remember?]</w:t>
      </w:r>
    </w:p>
    <w:p>
      <w:r>
        <w:t>What else do I remember?</w:t>
      </w:r>
    </w:p>
    <w:p>
      <w:r>
        <w:t>[Yes]</w:t>
      </w:r>
    </w:p>
    <w:p>
      <w:r>
        <w:t>{..}.. I will tell you, I will tell you the story of how I was in the desert</w:t>
      </w:r>
    </w:p>
    <w:p>
      <w:r>
        <w:t>When there was no way in nature to come out alive, but, but {.…..}</w:t>
      </w:r>
    </w:p>
    <w:p>
      <w:r>
        <w:t>I was in the desert, {..}, no water, no food, and this is the story of the desert</w:t>
      </w:r>
    </w:p>
    <w:p>
      <w:r>
        <w:t>I will first tell you the main points</w:t>
      </w:r>
    </w:p>
    <w:p>
      <w:r>
        <w:t>[No, everything]</w:t>
      </w:r>
    </w:p>
    <w:p>
      <w:r>
        <w:t>Huh?</w:t>
      </w:r>
    </w:p>
    <w:p>
      <w:r>
        <w:t>[There is time]</w:t>
      </w:r>
    </w:p>
    <w:p>
      <w:r>
        <w:t>There is time, but..</w:t>
      </w:r>
    </w:p>
    <w:p>
      <w:r>
        <w:t>[You told me that you do not tell anything..]</w:t>
      </w:r>
    </w:p>
    <w:p>
      <w:r>
        <w:t>{...}</w:t>
      </w:r>
    </w:p>
    <w:p>
      <w:r>
        <w:t>[Until you know a matter clearly, Rebbe Yisroel]</w:t>
      </w:r>
    </w:p>
    <w:p>
      <w:r>
        <w:t>Oy, oy, oy, oy, oy…</w:t>
      </w:r>
    </w:p>
    <w:p>
      <w:r>
        <w:t>...[You needed to wait until today to say everything? Then you need to say everything, you know..]</w:t>
      </w:r>
    </w:p>
    <w:p>
      <w:r>
        <w:t>The story of the desert was like this:</w:t>
      </w:r>
    </w:p>
    <w:p>
      <w:r>
        <w:t>{…}</w:t>
      </w:r>
    </w:p>
    <w:p>
      <w:r>
        <w:t>My drawing close to the holy Rabbainu, to Rebbe Yisroel</w:t>
      </w:r>
    </w:p>
    <w:p>
      <w:r>
        <w:t>Hashem Yisbarach made it that it was during.. the World War, it was..</w:t>
      </w:r>
    </w:p>
    <w:p>
      <w:r>
        <w:t>Not in the year.., a year of drought, there was hunger, there was hunger</w:t>
      </w:r>
    </w:p>
    <w:p>
      <w:r>
        <w:t>At any rate, I.., this is how it was:</w:t>
      </w:r>
    </w:p>
    <w:p>
      <w:r>
        <w:t>My mother passed away in Rebbe Yisroel’s house</w:t>
      </w:r>
    </w:p>
    <w:p>
      <w:r>
        <w:t>I saw that such things stood before me, I said to Rebbe Yisroel:</w:t>
      </w:r>
    </w:p>
    <w:p>
      <w:r>
        <w:t>“No.., I have.., I have fear perhaps, perhaps, that I will not be able to hold out”</w:t>
      </w:r>
    </w:p>
    <w:p>
      <w:r>
        <w:t>So we came to an agreement:</w:t>
      </w:r>
    </w:p>
    <w:p>
      <w:r>
        <w:t>“That we should make a handclasp, {….} then.. then.. so that the bond should not be torn</w:t>
      </w:r>
    </w:p>
    <w:p>
      <w:r>
        <w:t>We need to see one another every day and every night, whether to study, not to study</w:t>
      </w:r>
    </w:p>
    <w:p>
      <w:r>
        <w:t>But to see one another, we need to see one another, need to see one another</w:t>
      </w:r>
    </w:p>
    <w:p>
      <w:r>
        <w:t>So that we will not be far from one another, from one another, this one in this city, and this one in this city</w:t>
      </w:r>
    </w:p>
    <w:p>
      <w:r>
        <w:t>So that we will not be far, we need to see one another every day and every night”</w:t>
      </w:r>
    </w:p>
    <w:p>
      <w:r>
        <w:t>Such a handclasp</w:t>
      </w:r>
    </w:p>
    <w:p>
      <w:r>
        <w:t>At any rate, this was.. {…}, at any rate, ah..</w:t>
      </w:r>
    </w:p>
    <w:p>
      <w:r>
        <w:t>After the.. after the wedding, after.. then like this:</w:t>
      </w:r>
    </w:p>
    <w:p>
      <w:r>
        <w:t>Rebbe Yisroel arrived in Teveria, af.., af.., after I saw such, such wonders</w:t>
      </w:r>
    </w:p>
    <w:p>
      <w:r>
        <w:t>How he.. went, went from Meron to.., to Teveria, Hashem brought him from Meron to Teveria a.. to me, to the house</w:t>
      </w:r>
    </w:p>
    <w:p>
      <w:r>
        <w:t>He saw such providence, he found such a soul longing for the truth</w:t>
      </w:r>
    </w:p>
    <w:p>
      <w:r>
        <w:t>Longing for the service of Hashem, with self-sacrifice</w:t>
      </w:r>
    </w:p>
    <w:p>
      <w:r>
        <w:t>For him it was one of the grea.., greatest of all things</w:t>
      </w:r>
    </w:p>
    <w:p>
      <w:r>
        <w:t>He left Meron, left Tzfas, no family, no.. no.., no children, no family, nothing</w:t>
      </w:r>
    </w:p>
    <w:p>
      <w:r>
        <w:t>Only Teveria and Yisroel Ber, only the two things</w:t>
      </w:r>
    </w:p>
    <w:p>
      <w:r>
        <w:t>At any rate, Pesach is going to arrive, he.. he.. he brought the family to.. to Teveria</w:t>
      </w:r>
    </w:p>
    <w:p>
      <w:r>
        <w:t>Who will pay for it? One needs to pay for the donkey, he wrote to them that they should come to Teveria</w:t>
      </w:r>
    </w:p>
    <w:p>
      <w:r>
        <w:t>There is no money to pay for the apartment, no money to pay for transporting by donkey, {and he.., yes}</w:t>
      </w:r>
    </w:p>
    <w:p>
      <w:r>
        <w:t>She and the children needed two donkeys</w:t>
      </w:r>
    </w:p>
    <w:p>
      <w:r>
        <w:t>{..}, nu, good, she came to go, she has nowhere to enter, he has no apartment, and.. and Pesach is arriving</w:t>
      </w:r>
    </w:p>
    <w:p>
      <w:r>
        <w:t>Where does one hear such a thing?</w:t>
      </w:r>
    </w:p>
    <w:p>
      <w:r>
        <w:t>At any rate, he brought her to.., brought her to Teveria, and Hashem provided.., Hashem provided an apartment</w:t>
      </w:r>
    </w:p>
    <w:p>
      <w:r>
        <w:t>There was one who gave {..}, who rented out an apartment, and he was in Teveria, so he became a “Teverian”</w:t>
      </w:r>
    </w:p>
    <w:p>
      <w:r>
        <w:t>Just as Yisroel Ber was a “Teverian,” so Rebbe Yisroel became.. a “Teverian”</w:t>
      </w:r>
    </w:p>
    <w:p>
      <w:r>
        <w:t>He brought the wife and the children to Teveria</w:t>
      </w:r>
    </w:p>
    <w:p>
      <w:r>
        <w:t>Shoyn, the time arrived when I needed to get married, it was Elul</w:t>
      </w:r>
    </w:p>
    <w:p>
      <w:r>
        <w:t>{This …. notice}, we were in contact from Chanukah until Elul, almost a year, {…}</w:t>
      </w:r>
    </w:p>
    <w:p>
      <w:r>
        <w:t>The father and the mother were happy, they were happy that I was going to get married in.. in Tzfas</w:t>
      </w:r>
    </w:p>
    <w:p>
      <w:r>
        <w:t>And Rebbe Yisroel became a “Teverian”</w:t>
      </w:r>
    </w:p>
    <w:p>
      <w:r>
        <w:t>Nu, so he will be a “Teverian,” and I will be a “Tzfasite,” shoyn, so consequently he will not be a “Breslover”</w:t>
      </w:r>
    </w:p>
    <w:p>
      <w:r>
        <w:t>Nu, they were happy that I was going to get married in Tzfas, and Rebbe Yisroel was a “Teverian”</w:t>
      </w:r>
    </w:p>
    <w:p>
      <w:r>
        <w:t>He has an apartment in Teveria, and he lives in Teveria, so he is a “Teverian,” nu</w:t>
      </w:r>
    </w:p>
    <w:p>
      <w:r>
        <w:t>Shoyn, after this, the day they traveled to the wedding with donkeys, {..}, ah..</w:t>
      </w:r>
    </w:p>
    <w:p>
      <w:r>
        <w:t>Then on the way the mother says:</w:t>
      </w:r>
    </w:p>
    <w:p>
      <w:r>
        <w:t>“Baruch Hashem, {….}, M.., Master of the World, the Master of the World has compassion</w:t>
      </w:r>
    </w:p>
    <w:p>
      <w:r>
        <w:t>Now, now, now you will be in Tzfas and Rebbe Yisroel will be in Teveria, this is very good”</w:t>
      </w:r>
    </w:p>
    <w:p>
      <w:r>
        <w:t>It was several {…}, several, several.. several donkeys that traveled</w:t>
      </w:r>
    </w:p>
    <w:p>
      <w:r>
        <w:t>The point is: We traveled half an hour, fro.., from behind us came.. Rebbe Yisroel.., he traveled with another {……….} he took the wife and the children, Rebbe Yisroel, on donkeys</w:t>
      </w:r>
    </w:p>
    <w:p>
      <w:r>
        <w:t>It was on that same day, he has a “handclasp,” one needs to see one another every day—“to Tzfas”</w:t>
      </w:r>
    </w:p>
    <w:p>
      <w:r>
        <w:t>Yisroel Ber is traveling to get married, traveling to Tzfas, so he becomes a “Tzfasite”</w:t>
      </w:r>
    </w:p>
    <w:p>
      <w:r>
        <w:t>When Yisroel Ber was in Teveria he was a “Teverian”</w:t>
      </w:r>
    </w:p>
    <w:p>
      <w:r>
        <w:t>Now that he is traveling to Tzfas, to get married, then he needs to be in Tzfas</w:t>
      </w:r>
    </w:p>
    <w:p>
      <w:r>
        <w:t>Where have we heard such a thing..? Such, such a story to tell?</w:t>
      </w:r>
    </w:p>
    <w:p>
      <w:r>
        <w:t>That he found Yisroel Ber who wants to serve Hashem, who wants.., who wants to serve Hashem, he already left all the forms of service, left Meron, left family, left everything</w:t>
      </w:r>
    </w:p>
    <w:p>
      <w:r>
        <w:t>Now that I am traveling to get married in Tzfas, then he returned to being a “Tzfasite”</w:t>
      </w:r>
    </w:p>
    <w:p>
      <w:r>
        <w:t>The point is: My mother saw, saw that they arrived {……} half an hour</w:t>
      </w:r>
    </w:p>
    <w:p>
      <w:r>
        <w:t>{…………..……..} everyone together on donkeys, my mother saw..</w:t>
      </w:r>
    </w:p>
    <w:p>
      <w:r>
        <w:t>That Rebbe Yisroel, with the wife, with the children, were also traveling to the wedding</w:t>
      </w:r>
    </w:p>
    <w:p>
      <w:r>
        <w:t>Nu, nu</w:t>
      </w:r>
    </w:p>
    <w:p>
      <w:r>
        <w:t>At any rate, my wedding was in Meron, we traveled {..} to Tzfas, and the wedding was in Meron {Hashem orchestrated circumstances}, the wedding was in Meron</w:t>
      </w:r>
    </w:p>
    <w:p>
      <w:r>
        <w:t>And.. ah.. and.. and.. and Rebbe Yisroel..</w:t>
      </w:r>
    </w:p>
    <w:p>
      <w:r>
        <w:t>The wedding was in Meron, he too was.., he too arrived in Meron</w:t>
      </w:r>
    </w:p>
    <w:p>
      <w:r>
        <w:t>So he was.. joyous, and Rebbe Yisroel danced at the wedding on that Thursday night</w:t>
      </w:r>
    </w:p>
    <w:p>
      <w:r>
        <w:t>{……} and his pants fell down, and he did not know, they approached him, stopped him {…...…}</w:t>
      </w:r>
    </w:p>
    <w:p>
      <w:r>
        <w:t>[Yes, there were dances from the Upper World.. such dances f.., such a kind..]</w:t>
      </w:r>
    </w:p>
    <w:p>
      <w:r>
        <w:t>Indeed</w:t>
      </w:r>
    </w:p>
    <w:p>
      <w:r>
        <w:t>[From the Upper World]</w:t>
      </w:r>
    </w:p>
    <w:p>
      <w:r>
        <w:t>Yes, his dances were such.. {whatever it is}</w:t>
      </w:r>
    </w:p>
    <w:p>
      <w:r>
        <w:t>What I saw, I saw what was happening, but the world saw that his pants fell down</w:t>
      </w:r>
    </w:p>
    <w:p>
      <w:r>
        <w:t>At any rate, my father-in-law.. he saw something {…}..</w:t>
      </w:r>
    </w:p>
    <w:p>
      <w:r>
        <w:t>That one needs to go out to war, one needs to go out to war</w:t>
      </w:r>
    </w:p>
    <w:p>
      <w:r>
        <w:t>“What does that mean? I will agree to his being a Breslover?”</w:t>
      </w:r>
    </w:p>
    <w:p>
      <w:r>
        <w:t>Shoyn, good, Shabbos is the chuppah.., Friday was the chuppah, Shabbos, what can he {.…}</w:t>
      </w:r>
    </w:p>
    <w:p>
      <w:r>
        <w:t>After the wedding, Sunday we travel home, {….} the second Shabbos arrives..</w:t>
      </w:r>
    </w:p>
    <w:p>
      <w:r>
        <w:t>The second Shabbos, then {..} my father-in-law, I ate at his place on Friday night, “I ate mezonos at his place”</w:t>
      </w:r>
    </w:p>
    <w:p>
      <w:r>
        <w:t>After the food, he takes the key, he locks the door, and..</w:t>
      </w:r>
    </w:p>
    <w:p>
      <w:r>
        <w:t>“Here you will sit, here you will sit, from here you are not going out, on Friday night you are not going to Rebbe Yisroel” the point is, I say to myself: “What is this called, they lock a person in with a key? {What is this?}” Nu, go shout: “Alive and enduring”</w:t>
      </w:r>
    </w:p>
    <w:p>
      <w:r>
        <w:t>He locked {….}, and I was, and I was in confinement, unable to go to Rebbe Yisroel</w:t>
      </w:r>
    </w:p>
    <w:p>
      <w:r>
        <w:t>When it became midnight.. {….} midnight, midnight they go to sleep</w:t>
      </w:r>
    </w:p>
    <w:p>
      <w:r>
        <w:t>“Midnight, Rebbe Yisroel is already asleep, he is asleep, it is possible to open”</w:t>
      </w:r>
    </w:p>
    <w:p>
      <w:r>
        <w:t>{….}, then he went, opened the door</w:t>
      </w:r>
    </w:p>
    <w:p>
      <w:r>
        <w:t>The room for me was.., he rented me a room</w:t>
      </w:r>
    </w:p>
    <w:p>
      <w:r>
        <w:t>“I ate mezonos at his place,” he gave me a room to sleep in, a small room</w:t>
      </w:r>
    </w:p>
    <w:p>
      <w:r>
        <w:t>And my room, when I needed to go, when I needed to go out to the street</w:t>
      </w:r>
    </w:p>
    <w:p>
      <w:r>
        <w:t>There was a way, a way, through him, through his house</w:t>
      </w:r>
    </w:p>
    <w:p>
      <w:r>
        <w:t>From his house {…}, even though he was sure that this late one does not go</w:t>
      </w:r>
    </w:p>
    <w:p>
      <w:r>
        <w:t>He sat and watched, sat at the window, sat at the window and.. and watched, {…..}</w:t>
      </w:r>
    </w:p>
    <w:p>
      <w:r>
        <w:t>He sat at the window, and I went, and I went, h.. he saw that I was going, so he went:</w:t>
      </w:r>
    </w:p>
    <w:p>
      <w:r>
        <w:t>“Gevald, oy.. so late at night and h.., and he is going?”</w:t>
      </w:r>
    </w:p>
    <w:p>
      <w:r>
        <w:t>So he went down and.. and.. and chased after me to catch me, to bring me back</w:t>
      </w:r>
    </w:p>
    <w:p>
      <w:r>
        <w:t>But I ran ahead of him, I ran faster than he did</w:t>
      </w:r>
    </w:p>
    <w:p>
      <w:r>
        <w:t>And I reached Rebbe Yisroel (Kardonner) and told him the story, that he locked and.. and.. and.. and..</w:t>
      </w:r>
    </w:p>
    <w:p>
      <w:r>
        <w:t>I told, I told everything, I told the story, and said that he, ah.. ah.. he will find me here in {….} he will break everything in the house, he will hit, he.. he..</w:t>
      </w:r>
    </w:p>
    <w:p>
      <w:r>
        <w:t>{….}, already I, I am going back</w:t>
      </w:r>
    </w:p>
    <w:p>
      <w:r>
        <w:t>He ran, and I ran from Rebbe Yisroel (Kardonner), we had already seen each other, I ran back</w:t>
      </w:r>
    </w:p>
    <w:p>
      <w:r>
        <w:t>So the way, there was a way from Rebbe Yisroel (Kardonner) to him, one had to pass by the shops that sell meat</w:t>
      </w:r>
    </w:p>
    <w:p>
      <w:r>
        <w:t>And in the previous years they did not sell the bones, the bones they would throw on.., on the street, and the dogs of the city, all the dogs knew there, there {….}</w:t>
      </w:r>
    </w:p>
    <w:p>
      <w:r>
        <w:t>There it is {“the bone factory”}</w:t>
      </w:r>
    </w:p>
    <w:p>
      <w:r>
        <w:t>Nu, I passed there, all the dogs of Tzfas stood and ate the bones</w:t>
      </w:r>
    </w:p>
    <w:p>
      <w:r>
        <w:t>He.. he.. he could not catch me</w:t>
      </w:r>
    </w:p>
    <w:p>
      <w:r>
        <w:t>And there among the dogs, there he caught me, he knocked me down onto the dogs</w:t>
      </w:r>
    </w:p>
    <w:p>
      <w:r>
        <w:t>{..}, he {…} hit</w:t>
      </w:r>
    </w:p>
    <w:p>
      <w:r>
        <w:t>And.. and reached home.. such a kind, such a kind, like this, like this</w:t>
      </w:r>
    </w:p>
    <w:p>
      <w:r>
        <w:t>And the order? What is this called? {What..}…</w:t>
      </w:r>
    </w:p>
    <w:p>
      <w:r>
        <w:br w:type="page"/>
      </w:r>
    </w:p>
    <w:p>
      <w:pPr>
        <w:pStyle w:val="Heading1"/>
      </w:pPr>
      <w:r>
        <w:t>Tape 99</w:t>
      </w:r>
    </w:p>
    <w:p>
      <w:pPr>
        <w:pStyle w:val="Heading2"/>
      </w:pPr>
      <w:r>
        <w:t>Side A (Aleph)</w:t>
      </w:r>
    </w:p>
    <w:p>
      <w:r>
        <w:t>...“Baruch Hashem, I smell the scent of Breslov, stones need to be thrown”</w:t>
      </w:r>
    </w:p>
    <w:p>
      <w:r>
        <w:t>I was, I, I received stones, yes, I am not merely saying</w:t>
      </w:r>
    </w:p>
    <w:p>
      <w:r>
        <w:t>I, I received all the humiliations and all the troubles</w:t>
      </w:r>
    </w:p>
    <w:p>
      <w:r>
        <w:t>[In Teveria]</w:t>
      </w:r>
    </w:p>
    <w:p>
      <w:r>
        <w:t>Aside from the fact that I did not have, that I did not have bread, I had more.. {yes}</w:t>
      </w:r>
    </w:p>
    <w:p>
      <w:r>
        <w:t>Oy, oy, oy, ah, oy, oy..</w:t>
      </w:r>
    </w:p>
    <w:p>
      <w:r>
        <w:t>There is already “Likutay Moharan” in the world</w:t>
      </w:r>
    </w:p>
    <w:p>
      <w:r>
        <w:t>Moshiach, Moshiach will tell us what the “Likutay Moharan” is”</w:t>
      </w:r>
    </w:p>
    <w:p>
      <w:r>
        <w:t>The holy Rabbainu said:</w:t>
      </w:r>
    </w:p>
    <w:p>
      <w:r>
        <w:t>“Moshiach will give an explanation of the “Likutay Moharan”</w:t>
      </w:r>
    </w:p>
    <w:p>
      <w:r>
        <w:t>No tzaddik said that Moshiach would give an explanation {of, of, of his book}</w:t>
      </w:r>
    </w:p>
    <w:p>
      <w:r>
        <w:t>Only the holy Rabbainu, he said:</w:t>
      </w:r>
    </w:p>
    <w:p>
      <w:r>
        <w:t>“And Moshiach will give an explanation of the Likutay Moharan”</w:t>
      </w:r>
    </w:p>
    <w:p>
      <w:r>
        <w:t>The explanation is, every utterance, he explained for us</w:t>
      </w:r>
    </w:p>
    <w:p>
      <w:r>
        <w:t>Everything that we have, all the troubles that we have</w:t>
      </w:r>
    </w:p>
    <w:p>
      <w:r>
        <w:t>To help, to save and to rescue, to heal, and to enliven, yes, yes</w:t>
      </w:r>
    </w:p>
    <w:p>
      <w:r>
        <w:t>And he already prepared everything</w:t>
      </w:r>
    </w:p>
    <w:p>
      <w:r>
        <w:t>If it is necessary to ah.. ah.. revive a dead person? Yes, one can revive from the dead! {yes}</w:t>
      </w:r>
    </w:p>
    <w:p>
      <w:r>
        <w:t>“Who restores souls to dead bodies”</w:t>
      </w:r>
    </w:p>
    <w:p>
      <w:r>
        <w:t>Nu, ah.. ah.. ah.. ah.. ah.. ah.. ah.. ah..</w:t>
      </w:r>
    </w:p>
    <w:p>
      <w:r>
        <w:t>[Raven]</w:t>
      </w:r>
    </w:p>
    <w:p>
      <w:r>
        <w:t>{..}</w:t>
      </w:r>
    </w:p>
    <w:p>
      <w:r>
        <w:t>[Saba and the friends sing and chant:</w:t>
      </w:r>
    </w:p>
    <w:p>
      <w:r>
        <w:t>“Fortunate are we, how good is our portion and how pleasant is our lot..”]</w:t>
      </w:r>
    </w:p>
    <w:p>
      <w:r>
        <w:t>The whole world were {far\opposed}, they did not want:</w:t>
      </w:r>
    </w:p>
    <w:p>
      <w:r>
        <w:t>““Likutay Moharan”? No!”</w:t>
      </w:r>
    </w:p>
    <w:p>
      <w:r>
        <w:t>Nu, nu</w:t>
      </w:r>
    </w:p>
    <w:p>
      <w:r>
        <w:t>[………..]</w:t>
      </w:r>
    </w:p>
    <w:p>
      <w:r>
        <w:t>[…….….]</w:t>
      </w:r>
    </w:p>
    <w:p>
      <w:r>
        <w:t>[Saba, do you want to drink something?]</w:t>
      </w:r>
    </w:p>
    <w:p>
      <w:r>
        <w:t>Eh?</w:t>
      </w:r>
    </w:p>
    <w:p>
      <w:r>
        <w:t>[Do you want to drink something?]</w:t>
      </w:r>
    </w:p>
    <w:p>
      <w:r>
        <w:t>I already drank</w:t>
      </w:r>
    </w:p>
    <w:p>
      <w:r>
        <w:t>[{Good}]</w:t>
      </w:r>
    </w:p>
    <w:p>
      <w:r>
        <w:t>I do not know, every night that passes I do not know how I, how I get up, how I have the spirit of life</w:t>
      </w:r>
    </w:p>
    <w:p>
      <w:r>
        <w:t>I do not know how I live in the world, {what place and whether I know where it is?}</w:t>
      </w:r>
    </w:p>
    <w:p>
      <w:r>
        <w:t>[……….]</w:t>
      </w:r>
    </w:p>
    <w:p>
      <w:r>
        <w:t>[Saba and the friends sing:</w:t>
      </w:r>
    </w:p>
    <w:p>
      <w:r>
        <w:t>“Fortunate are we, how good is our portion and how pleasant is our lot..”]</w:t>
      </w:r>
    </w:p>
    <w:p>
      <w:r>
        <w:t>One utterance from the book “Likutay Tefilos,” from the book of Tehillim, whatever it is</w:t>
      </w:r>
    </w:p>
    <w:p>
      <w:r>
        <w:t>Whoever heard only one utterance from the book of Tehillim, {..}, from the book “Likutay Tefilos”</w:t>
      </w:r>
    </w:p>
    <w:p>
      <w:r>
        <w:t>Became a new person, yes, not, not the previous person</w:t>
      </w:r>
    </w:p>
    <w:p>
      <w:r>
        <w:t>{He only heard} th.. the melody of “Eishes Chayil”</w:t>
      </w:r>
    </w:p>
    <w:p>
      <w:r>
        <w:t>He became new {completely}</w:t>
      </w:r>
    </w:p>
    <w:p>
      <w:r>
        <w:t>Rebbe Yisroel (Kardonner) would pray in private at home, {and he..}</w:t>
      </w:r>
    </w:p>
    <w:p>
      <w:r>
        <w:t>And such an awakening was created in several Jewish souls</w:t>
      </w:r>
    </w:p>
    <w:p>
      <w:r>
        <w:t>They heard such an awakening, such utterances, {holiness}, such a light, so they were completely renewed</w:t>
      </w:r>
    </w:p>
    <w:p>
      <w:r>
        <w:t>Nu, renewed?</w:t>
      </w:r>
    </w:p>
    <w:p>
      <w:r>
        <w:t>More madmen were made</w:t>
      </w:r>
    </w:p>
    <w:p>
      <w:r>
        <w:t>There are already new madmen</w:t>
      </w:r>
    </w:p>
    <w:p>
      <w:r>
        <w:t>Rebbe Yisroel (Kardonner) and I, we {were} two, two Breslovers, one in Tzfas and in Teveria, two towns</w:t>
      </w:r>
    </w:p>
    <w:p>
      <w:r>
        <w:t>There were two Breslovers, {yes, what will you say}</w:t>
      </w:r>
    </w:p>
    <w:p>
      <w:r>
        <w:t>There were two, two Breslovers, this, this was in the world</w:t>
      </w:r>
    </w:p>
    <w:p>
      <w:r>
        <w:t>[Were there no other Breslovers in the Land? Were there no other Breslovers here?]...</w:t>
      </w:r>
    </w:p>
    <w:p>
      <w:r>
        <w:t>……..Shabbos, “Six days.. and on the seventh day” (this was written but is not heard)……..</w:t>
      </w:r>
    </w:p>
    <w:p>
      <w:pPr>
        <w:pStyle w:val="Heading2"/>
      </w:pPr>
      <w:r>
        <w:t>Side B (Bais)</w:t>
      </w:r>
    </w:p>
    <w:p>
      <w:r>
        <w:t>[The supplied transcript explicitly states that this tape side is missing. No wording has been invented.]</w:t>
      </w:r>
    </w:p>
    <w:p>
      <w:r>
        <w:br w:type="page"/>
      </w:r>
    </w:p>
    <w:p>
      <w:pPr>
        <w:pStyle w:val="Heading1"/>
      </w:pPr>
      <w:r>
        <w:t>Tape 100</w:t>
      </w:r>
    </w:p>
    <w:p>
      <w:pPr>
        <w:pStyle w:val="Heading2"/>
      </w:pPr>
      <w:r>
        <w:t>Side A (Aleph)</w:t>
      </w:r>
    </w:p>
    <w:p>
      <w:r>
        <w:t>...{…}</w:t>
      </w:r>
    </w:p>
    <w:p>
      <w:r>
        <w:t>[“Who is the King of Glory,” this, this..</w:t>
      </w:r>
    </w:p>
    <w:p>
      <w:r>
        <w:t>It is written in the Zohar, yes, and all the sleep and.. and all the exile, and..]</w:t>
      </w:r>
    </w:p>
    <w:p>
      <w:r>
        <w:t>Ah..</w:t>
      </w:r>
    </w:p>
    <w:p>
      <w:r>
        <w:t>[It is a great thing; if one does not know what one is saying, it is impossible to pray, the entire prayer is worth nothing, yes] {Yes, right}, oy..</w:t>
      </w:r>
    </w:p>
    <w:p>
      <w:r>
        <w:t>[“Who is the King of Glory”]</w:t>
      </w:r>
    </w:p>
    <w:p>
      <w:r>
        <w:t>Oy</w:t>
      </w:r>
    </w:p>
    <w:p>
      <w:r>
        <w:t>[Oy, oy, do you want help?]</w:t>
      </w:r>
    </w:p>
    <w:p>
      <w:r>
        <w:t>[Do you want to go to the bathroom…?]</w:t>
      </w:r>
    </w:p>
    <w:p>
      <w:r>
        <w:t>No, no, but here {we will sit together}</w:t>
      </w:r>
    </w:p>
    <w:p>
      <w:r>
        <w:t>[Okay, good, good, good, good]</w:t>
      </w:r>
    </w:p>
    <w:p>
      <w:r>
        <w:t>Oy vey, oy vey..</w:t>
      </w:r>
    </w:p>
    <w:p>
      <w:r>
        <w:t>[……..…]</w:t>
      </w:r>
    </w:p>
    <w:p>
      <w:r>
        <w:t>Oy, oy, oy…</w:t>
      </w:r>
    </w:p>
    <w:p>
      <w:r>
        <w:t>[………….]</w:t>
      </w:r>
    </w:p>
    <w:p>
      <w:r>
        <w:t>[.…]…</w:t>
      </w:r>
    </w:p>
    <w:p>
      <w:r>
        <w:t>...[……….]</w:t>
      </w:r>
    </w:p>
    <w:p>
      <w:r>
        <w:t>Good</w:t>
      </w:r>
    </w:p>
    <w:p>
      <w:r>
        <w:t>[………]…</w:t>
      </w:r>
    </w:p>
    <w:p>
      <w:r>
        <w:t>...[Ah, {….}, Sharon, come over to Father for a moment..]</w:t>
      </w:r>
    </w:p>
    <w:p>
      <w:r>
        <w:t>Do you hear? You, do you hear?</w:t>
      </w:r>
    </w:p>
    <w:p>
      <w:r>
        <w:t>[This could be.., excuse me, just a moment, Tzipora wants a moment]</w:t>
      </w:r>
    </w:p>
    <w:p>
      <w:r>
        <w:t>Good, nu, shoyn</w:t>
      </w:r>
    </w:p>
    <w:p>
      <w:r>
        <w:t>[I, am I allowed to listen?]</w:t>
      </w:r>
    </w:p>
    <w:p>
      <w:r>
        <w:t>Yes, yes</w:t>
      </w:r>
    </w:p>
    <w:p>
      <w:r>
        <w:t>[Oh, good, perhaps, perhaps we will pick it up]</w:t>
      </w:r>
    </w:p>
    <w:p>
      <w:r>
        <w:t>This is for all of us</w:t>
      </w:r>
    </w:p>
    <w:p>
      <w:r>
        <w:t>[Oy, good, good, {….}, perhaps to read..]</w:t>
      </w:r>
    </w:p>
    <w:p>
      <w:r>
        <w:t>[Yes, yes, yes, yes, this..]</w:t>
      </w:r>
    </w:p>
    <w:p>
      <w:r>
        <w:t>[Perhaps he will want to read this]</w:t>
      </w:r>
    </w:p>
    <w:p>
      <w:r>
        <w:t>[This..]…</w:t>
      </w:r>
    </w:p>
    <w:p>
      <w:r>
        <w:t>...the legal adviser</w:t>
      </w:r>
    </w:p>
    <w:p>
      <w:r>
        <w:t>[…]</w:t>
      </w:r>
    </w:p>
    <w:p>
      <w:r>
        <w:t>She is the legal adviser</w:t>
      </w:r>
    </w:p>
    <w:p>
      <w:r>
        <w:t>[Yes.. yes, yes, yes]</w:t>
      </w:r>
    </w:p>
    <w:p>
      <w:r>
        <w:t>Yes, in Shazar's days and also today</w:t>
      </w:r>
    </w:p>
    <w:p>
      <w:r>
        <w:t>[Yes]</w:t>
      </w:r>
    </w:p>
    <w:p>
      <w:r>
        <w:t>So I do not know, perhaps she is already retired, no?</w:t>
      </w:r>
    </w:p>
    <w:p>
      <w:r>
        <w:t>[What? I do not think, I do not think]</w:t>
      </w:r>
    </w:p>
    <w:p>
      <w:r>
        <w:t>No?</w:t>
      </w:r>
    </w:p>
    <w:p>
      <w:r>
        <w:t>[Two years ago we were with her]</w:t>
      </w:r>
    </w:p>
    <w:p>
      <w:r>
        <w:t>Eh?</w:t>
      </w:r>
    </w:p>
    <w:p>
      <w:r>
        <w:t>[Two years ago we were with her together]</w:t>
      </w:r>
    </w:p>
    <w:p>
      <w:r>
        <w:t>Yes, yes, yes, yes</w:t>
      </w:r>
    </w:p>
    <w:p>
      <w:r>
        <w:t>[So presumably she is still..]</w:t>
      </w:r>
    </w:p>
    <w:p>
      <w:r>
        <w:t>So you wrote her name too</w:t>
      </w:r>
    </w:p>
    <w:p>
      <w:r>
        <w:t>[Yes, both of them]</w:t>
      </w:r>
    </w:p>
    <w:p>
      <w:r>
        <w:t>So both of them are good</w:t>
      </w:r>
    </w:p>
    <w:p>
      <w:r>
        <w:t>[I said, ask, ask about, ask about the personal relations that there were between Rebbe Yisroel (Kardonner) and President Shazar</w:t>
      </w:r>
    </w:p>
    <w:p>
      <w:r>
        <w:t>In private he told him that he was worthy of the president's chair]</w:t>
      </w:r>
    </w:p>
    <w:p>
      <w:r>
        <w:t>{..}</w:t>
      </w:r>
    </w:p>
    <w:p>
      <w:r>
        <w:t>[I wrote it]</w:t>
      </w:r>
    </w:p>
    <w:p>
      <w:r>
        <w:t>Eh?</w:t>
      </w:r>
    </w:p>
    <w:p>
      <w:r>
        <w:t>[I wrote that the president told you in private:</w:t>
      </w:r>
    </w:p>
    <w:p>
      <w:r>
        <w:t>"That you are worthy of the chair of the presidency," I wrote..]</w:t>
      </w:r>
    </w:p>
    <w:p>
      <w:r>
        <w:t>Oy, good, good, both of them are good</w:t>
      </w:r>
    </w:p>
    <w:p>
      <w:r>
        <w:t>She, Aviva, she knows such things, that there was the connection between me and the president</w:t>
      </w:r>
    </w:p>
    <w:p>
      <w:r>
        <w:t>There was.. Porush, Porush from Agudat Yisrael</w:t>
      </w:r>
    </w:p>
    <w:p>
      <w:r>
        <w:t>[Yes, yes]</w:t>
      </w:r>
    </w:p>
    <w:p>
      <w:r>
        <w:t>Menachem Porush wanted to throw me out of the apartment, and the president fought with him</w:t>
      </w:r>
    </w:p>
    <w:p>
      <w:r>
        <w:t>He is brazen, he did not want.. yes</w:t>
      </w:r>
    </w:p>
    <w:p>
      <w:r>
        <w:t>And she knows everything, it was through her, through Aviva was all, all.. yes</w:t>
      </w:r>
    </w:p>
    <w:p>
      <w:r>
        <w:t>The power of the president, what he did for this</w:t>
      </w:r>
    </w:p>
    <w:p>
      <w:r>
        <w:t>[Yes, yes]</w:t>
      </w:r>
    </w:p>
    <w:p>
      <w:r>
        <w:t>He wanted to give me an "old-age home," an institution</w:t>
      </w:r>
    </w:p>
    <w:p>
      <w:r>
        <w:t>[In Yerushalayim?]</w:t>
      </w:r>
    </w:p>
    <w:p>
      <w:r>
        <w:t>In Yerushalayim, in Talbiya, it is American</w:t>
      </w:r>
    </w:p>
    <w:p>
      <w:r>
        <w:t>[American]</w:t>
      </w:r>
    </w:p>
    <w:p>
      <w:r>
        <w:t>It is like a hotel, it is not..</w:t>
      </w:r>
    </w:p>
    <w:p>
      <w:r>
        <w:t>[….]</w:t>
      </w:r>
    </w:p>
    <w:p>
      <w:r>
        <w:t>Ordinary, yes</w:t>
      </w:r>
    </w:p>
    <w:p>
      <w:r>
        <w:t>He wanted to give me</w:t>
      </w:r>
    </w:p>
    <w:p>
      <w:r>
        <w:t>"Why should you, why should you..?," Menachem, Menachem Porush, "Why should you? I am giving you.." yes</w:t>
      </w:r>
    </w:p>
    <w:p>
      <w:r>
        <w:t>[All good]</w:t>
      </w:r>
    </w:p>
    <w:p>
      <w:r>
        <w:t>Yes, and I did not want, I did not want to go to an institution</w:t>
      </w:r>
    </w:p>
    <w:p>
      <w:r>
        <w:t>[Everything was because of Aharon, because Aharon was in Kfar Saba]</w:t>
      </w:r>
    </w:p>
    <w:p>
      <w:r>
        <w:t>Yes, but she knows what the president..</w:t>
      </w:r>
    </w:p>
    <w:p>
      <w:r>
        <w:t>[Yes, what, what..]</w:t>
      </w:r>
    </w:p>
    <w:p>
      <w:r>
        <w:t>What he did for this, what self-sacrifice he had, yes</w:t>
      </w:r>
    </w:p>
    <w:p>
      <w:r>
        <w:t>And he was brazen, he did not want to listen to him</w:t>
      </w:r>
    </w:p>
    <w:p>
      <w:r>
        <w:t>But in the end, he gave him the address of this man, of the apartment</w:t>
      </w:r>
    </w:p>
    <w:p>
      <w:r>
        <w:t>And the president prevailed upon him to leave me in the apartment all the days of my life</w:t>
      </w:r>
    </w:p>
    <w:p>
      <w:r>
        <w:t>{Yes}</w:t>
      </w:r>
    </w:p>
    <w:p>
      <w:r>
        <w:t>Nu, so in any case she knows what he did for this, yes</w:t>
      </w:r>
    </w:p>
    <w:p>
      <w:r>
        <w:t>That is good, Shulamit, she knows more than Shulamit, yes</w:t>
      </w:r>
    </w:p>
    <w:p>
      <w:r>
        <w:t>She saw the self-sacrifice he had for me, so she, to this day</w:t>
      </w:r>
    </w:p>
    <w:p>
      <w:r>
        <w:t>[And she also knows my name, that I wrote: "Sharon"]</w:t>
      </w:r>
    </w:p>
    <w:p>
      <w:r>
        <w:t>Huh?</w:t>
      </w:r>
    </w:p>
    <w:p>
      <w:r>
        <w:t>[I wrote, I wrote my name, my address, so that they should send the letter to me]</w:t>
      </w:r>
    </w:p>
    <w:p>
      <w:r>
        <w:t>Yes</w:t>
      </w:r>
    </w:p>
    <w:p>
      <w:r>
        <w:t>[So she remembers the episode when we all came to her together]</w:t>
      </w:r>
    </w:p>
    <w:p>
      <w:r>
        <w:t>Ah</w:t>
      </w:r>
    </w:p>
    <w:p>
      <w:r>
        <w:t>[A year and a half, two years ago]</w:t>
      </w:r>
    </w:p>
    <w:p>
      <w:r>
        <w:t>Yes, yes</w:t>
      </w:r>
    </w:p>
    <w:p>
      <w:r>
        <w:t>[We all came together]</w:t>
      </w:r>
    </w:p>
    <w:p>
      <w:r>
        <w:t>Yes</w:t>
      </w:r>
    </w:p>
    <w:p>
      <w:r>
        <w:t>[And she remembers the matter, that she tried to help me]</w:t>
      </w:r>
    </w:p>
    <w:p>
      <w:r>
        <w:t>Yes</w:t>
      </w:r>
    </w:p>
    <w:p>
      <w:r>
        <w:t>[To get out of the trials]</w:t>
      </w:r>
    </w:p>
    <w:p>
      <w:r>
        <w:t>Th.. you wrote that?</w:t>
      </w:r>
    </w:p>
    <w:p>
      <w:r>
        <w:t>[No, but she remembers th..]</w:t>
      </w:r>
    </w:p>
    <w:p>
      <w:r>
        <w:t>You, you remember</w:t>
      </w:r>
    </w:p>
    <w:p>
      <w:r>
        <w:t>[She, she remembers]</w:t>
      </w:r>
    </w:p>
    <w:p>
      <w:r>
        <w:t>She remembers?</w:t>
      </w:r>
    </w:p>
    <w:p>
      <w:r>
        <w:t>[She certainly remembers th..]</w:t>
      </w:r>
    </w:p>
    <w:p>
      <w:r>
        <w:t>Nu, did you speak with her?</w:t>
      </w:r>
    </w:p>
    <w:p>
      <w:r>
        <w:t>[That he ca.., no, but she certainly remembers that we all came to her]</w:t>
      </w:r>
    </w:p>
    <w:p>
      <w:r>
        <w:t>Yes, yes</w:t>
      </w:r>
    </w:p>
    <w:p>
      <w:r>
        <w:t>[And she, she called the airport]</w:t>
      </w:r>
    </w:p>
    <w:p>
      <w:r>
        <w:t>Yes</w:t>
      </w:r>
    </w:p>
    <w:p>
      <w:r>
        <w:t>[….]</w:t>
      </w:r>
    </w:p>
    <w:p>
      <w:r>
        <w:t>Yes, yes, yes, yes ,yes, yes, yes</w:t>
      </w:r>
    </w:p>
    <w:p>
      <w:r>
        <w:t>[To help with the trial]</w:t>
      </w:r>
    </w:p>
    <w:p>
      <w:r>
        <w:t>That was all..</w:t>
      </w:r>
    </w:p>
    <w:p>
      <w:r>
        <w:t>[Everything was for now]</w:t>
      </w:r>
    </w:p>
    <w:p>
      <w:r>
        <w:t>All the sweetening was for this</w:t>
      </w:r>
    </w:p>
    <w:p>
      <w:r>
        <w:t>[For now]</w:t>
      </w:r>
    </w:p>
    <w:p>
      <w:r>
        <w:t>{They} are speaking from the president's office</w:t>
      </w:r>
    </w:p>
    <w:p>
      <w:r>
        <w:t>[Yes, yes]</w:t>
      </w:r>
    </w:p>
    <w:p>
      <w:r>
        <w:t>This, this is not, this is not a simple thing</w:t>
      </w:r>
    </w:p>
    <w:p>
      <w:r>
        <w:t>{You came out} great, yes, this confused them</w:t>
      </w:r>
    </w:p>
    <w:p>
      <w:r>
        <w:t>[Yes]</w:t>
      </w:r>
    </w:p>
    <w:p>
      <w:r>
        <w:t>{You return} and that is all, with everyone, yes</w:t>
      </w:r>
    </w:p>
    <w:p>
      <w:r>
        <w:t>In any case, do you know about this? Tzipora informed..</w:t>
      </w:r>
    </w:p>
    <w:p>
      <w:r>
        <w:t>[Yes, yes, yes, yes, yes, blessed is Hashem]</w:t>
      </w:r>
    </w:p>
    <w:p>
      <w:r>
        <w:t>So, so..</w:t>
      </w:r>
    </w:p>
    <w:p>
      <w:r>
        <w:t>[This..]</w:t>
      </w:r>
    </w:p>
    <w:p>
      <w:r>
        <w:t>So it can happen at any moment</w:t>
      </w:r>
    </w:p>
    <w:p>
      <w:r>
        <w:t>[Yes, yes, yes, Hashem will help]</w:t>
      </w:r>
    </w:p>
    <w:p>
      <w:r>
        <w:t>Today or tomorrow, so we need to be..</w:t>
      </w:r>
    </w:p>
    <w:p>
      <w:r>
        <w:t>[The main thing is that the whole matter must be kept a great secret]</w:t>
      </w:r>
    </w:p>
    <w:p>
      <w:r>
        <w:t>Huh?</w:t>
      </w:r>
    </w:p>
    <w:p>
      <w:r>
        <w:t>[The whole matter must be kept a great secret]</w:t>
      </w:r>
    </w:p>
    <w:p>
      <w:r>
        <w:t>Yes, yes, yes</w:t>
      </w:r>
    </w:p>
    <w:p>
      <w:r>
        <w:t>[The whole matter of the Petek is a great secret from the world]</w:t>
      </w:r>
    </w:p>
    <w:p>
      <w:r>
        <w:t>Yes, {...}</w:t>
      </w:r>
    </w:p>
    <w:p>
      <w:r>
        <w:t>[Please]</w:t>
      </w:r>
    </w:p>
    <w:p>
      <w:r>
        <w:t>[I, bli neder..]</w:t>
      </w:r>
    </w:p>
    <w:p>
      <w:r>
        <w:t>Ah, is this for Mordechai, Mordechai?</w:t>
      </w:r>
    </w:p>
    <w:p>
      <w:r>
        <w:t>[Yo]</w:t>
      </w:r>
    </w:p>
    <w:p>
      <w:r>
        <w:t>[No, this is for the..]</w:t>
      </w:r>
    </w:p>
    <w:p>
      <w:r>
        <w:t>[Do you also want?]</w:t>
      </w:r>
    </w:p>
    <w:p>
      <w:r>
        <w:t>[The rabbi, the rabbi, the rabbi]</w:t>
      </w:r>
    </w:p>
    <w:p>
      <w:r>
        <w:t>No, no, no</w:t>
      </w:r>
    </w:p>
    <w:p>
      <w:r>
        <w:t>[No, no, no]</w:t>
      </w:r>
    </w:p>
    <w:p>
      <w:r>
        <w:t>I do not, not</w:t>
      </w:r>
    </w:p>
    <w:p>
      <w:r>
        <w:t>[For you, Rebbe, nu, for you]</w:t>
      </w:r>
    </w:p>
    <w:p>
      <w:r>
        <w:t>[No, no, no, he drank]</w:t>
      </w:r>
    </w:p>
    <w:p>
      <w:r>
        <w:t>No, no, no, no, no, no</w:t>
      </w:r>
    </w:p>
    <w:p>
      <w:r>
        <w:t>[Abba, this is {…..}, I can give him a little more]</w:t>
      </w:r>
    </w:p>
    <w:p>
      <w:r>
        <w:t>I, I already drank</w:t>
      </w:r>
    </w:p>
    <w:p>
      <w:r>
        <w:t>[….]</w:t>
      </w:r>
    </w:p>
    <w:p>
      <w:r>
        <w:t>[I, bli neder, when you travel to Russia, I, bli neder, bli neder]</w:t>
      </w:r>
    </w:p>
    <w:p>
      <w:r>
        <w:t>Can you travel there?</w:t>
      </w:r>
    </w:p>
    <w:p>
      <w:r>
        <w:t>[Yo, bli neder I am traveling with you]</w:t>
      </w:r>
    </w:p>
    <w:p>
      <w:r>
        <w:t>Do you have an {American} passport?</w:t>
      </w:r>
    </w:p>
    <w:p>
      <w:r>
        <w:t>[Yes, yes]</w:t>
      </w:r>
    </w:p>
    <w:p>
      <w:r>
        <w:t>Yes</w:t>
      </w:r>
    </w:p>
    <w:p>
      <w:r>
        <w:t>[I, I do not want to say a vow, bli neder]</w:t>
      </w:r>
    </w:p>
    <w:p>
      <w:r>
        <w:t>I, you need to do it immediately, the earliest, the very first</w:t>
      </w:r>
    </w:p>
    <w:p>
      <w:r>
        <w:t>[Yes?]</w:t>
      </w:r>
    </w:p>
    <w:p>
      <w:r>
        <w:t>Yes!</w:t>
      </w:r>
    </w:p>
    <w:p>
      <w:r>
        <w:t>[Oh]</w:t>
      </w:r>
    </w:p>
    <w:p>
      <w:r>
        <w:t>To be, to be alive</w:t>
      </w:r>
    </w:p>
    <w:p>
      <w:r>
        <w:t>[Here on Rosh Hashanah, on Rosh Hashanah here]</w:t>
      </w:r>
    </w:p>
    <w:p>
      <w:r>
        <w:t>To be alive in Russia</w:t>
      </w:r>
    </w:p>
    <w:p>
      <w:r>
        <w:t>[Oh.. good, good that you told me]</w:t>
      </w:r>
    </w:p>
    <w:p>
      <w:r>
        <w:t>Yes, yes, certainly</w:t>
      </w:r>
    </w:p>
    <w:p>
      <w:r>
        <w:t>[Yo, that I need to get organized]</w:t>
      </w:r>
    </w:p>
    <w:p>
      <w:r>
        <w:t>Such rectifications that we have no conception</w:t>
      </w:r>
    </w:p>
    <w:p>
      <w:r>
        <w:t>[No, I want to be with you]</w:t>
      </w:r>
    </w:p>
    <w:p>
      <w:r>
        <w:t>To be at, at Rabbainu's tziyun</w:t>
      </w:r>
    </w:p>
    <w:p>
      <w:r>
        <w:t>[No, I..]</w:t>
      </w:r>
    </w:p>
    <w:p>
      <w:r>
        <w:t>In Uman and to say the ten chapters of Psalms, the "Tikkun HaKlali" at the tziyun</w:t>
      </w:r>
    </w:p>
    <w:p>
      <w:r>
        <w:t>[But I want to travel together with you]</w:t>
      </w:r>
    </w:p>
    <w:p>
      <w:r>
        <w:t>Ah, if only</w:t>
      </w:r>
    </w:p>
    <w:p>
      <w:r>
        <w:t>[Bli neder]</w:t>
      </w:r>
    </w:p>
    <w:p>
      <w:r>
        <w:t>Nu, but I have no passport, only..</w:t>
      </w:r>
    </w:p>
    <w:p>
      <w:r>
        <w:t>[Nu, good, but..]</w:t>
      </w:r>
    </w:p>
    <w:p>
      <w:r>
        <w:t>Only an Israeli one</w:t>
      </w:r>
    </w:p>
    <w:p>
      <w:r>
        <w:t>[If they do this, I think they will do this, that they will give you]</w:t>
      </w:r>
    </w:p>
    <w:p>
      <w:r>
        <w:t>Yes?</w:t>
      </w:r>
    </w:p>
    <w:p>
      <w:r>
        <w:t>[This is what is needed now]</w:t>
      </w:r>
    </w:p>
    <w:p>
      <w:r>
        <w:t>No, they will not give me</w:t>
      </w:r>
    </w:p>
    <w:p>
      <w:r>
        <w:t>[No, but he said th..]</w:t>
      </w:r>
    </w:p>
    <w:p>
      <w:r>
        <w:t>Who said?</w:t>
      </w:r>
    </w:p>
    <w:p>
      <w:r>
        <w:t>[He needs to write to the Foreign Ministry]</w:t>
      </w:r>
    </w:p>
    <w:p>
      <w:r>
        <w:t>Huh?</w:t>
      </w:r>
    </w:p>
    <w:p>
      <w:r>
        <w:t>[Yo, that is what they are talking about]</w:t>
      </w:r>
    </w:p>
    <w:p>
      <w:r>
        <w:t>That's it?</w:t>
      </w:r>
    </w:p>
    <w:p>
      <w:r>
        <w:t>[Yo, hey.., he did not understand this]</w:t>
      </w:r>
    </w:p>
    <w:p>
      <w:r>
        <w:t>[What?]</w:t>
      </w:r>
    </w:p>
    <w:p>
      <w:r>
        <w:t>[He did not understand this, that this.. that he would receive a place to travel to..]</w:t>
      </w:r>
    </w:p>
    <w:p>
      <w:r>
        <w:t>[This will enable the Foreign Ministry..]</w:t>
      </w:r>
    </w:p>
    <w:p>
      <w:r>
        <w:t>Nu</w:t>
      </w:r>
    </w:p>
    <w:p>
      <w:r>
        <w:t>[To help.., with Hashem's help..]</w:t>
      </w:r>
    </w:p>
    <w:p>
      <w:r>
        <w:t>Yes</w:t>
      </w:r>
    </w:p>
    <w:p>
      <w:r>
        <w:t>[To do with the.., to make an agreement with the Russians]</w:t>
      </w:r>
    </w:p>
    <w:p>
      <w:r>
        <w:t>Yo</w:t>
      </w:r>
    </w:p>
    <w:p>
      <w:r>
        <w:t>[That we should come with Israeli passports]</w:t>
      </w:r>
    </w:p>
    <w:p>
      <w:r>
        <w:t>For me?</w:t>
      </w:r>
    </w:p>
    <w:p>
      <w:r>
        <w:t>[Yo, yo]</w:t>
      </w:r>
    </w:p>
    <w:p>
      <w:r>
        <w:t>[I asked for a minyan..]</w:t>
      </w:r>
    </w:p>
    <w:p>
      <w:r>
        <w:t>[That is what..]</w:t>
      </w:r>
    </w:p>
    <w:p>
      <w:r>
        <w:t>[I asked for a minyan of people, a minyan]</w:t>
      </w:r>
    </w:p>
    <w:p>
      <w:r>
        <w:t>[A minyan]</w:t>
      </w:r>
    </w:p>
    <w:p>
      <w:r>
        <w:t>[Together with you, so that you will have a minyan at the tziyun on the eve of Rosh Hashanah]</w:t>
      </w:r>
    </w:p>
    <w:p>
      <w:r>
        <w:t>On the eve of Rosh Hashanah?</w:t>
      </w:r>
    </w:p>
    <w:p>
      <w:r>
        <w:t>[Yes, yes]</w:t>
      </w:r>
    </w:p>
    <w:p>
      <w:r>
        <w:t>[A minyan]</w:t>
      </w:r>
    </w:p>
    <w:p>
      <w:r>
        <w:t>Nu, and where? There is, there is, there is..</w:t>
      </w:r>
    </w:p>
    <w:p>
      <w:r>
        <w:t>[The Foreign Ministry]</w:t>
      </w:r>
    </w:p>
    <w:p>
      <w:r>
        <w:t>Nu</w:t>
      </w:r>
    </w:p>
    <w:p>
      <w:r>
        <w:t>[He will approach the Russians regarding a minyan for the eve of Rosh Hashanah, for two days, three, to be in Russia]</w:t>
      </w:r>
    </w:p>
    <w:p>
      <w:r>
        <w:t>Yes</w:t>
      </w:r>
    </w:p>
    <w:p>
      <w:r>
        <w:t>[In honor of Rosh Hashanah in Russia]</w:t>
      </w:r>
    </w:p>
    <w:p>
      <w:r>
        <w:t>Yes</w:t>
      </w:r>
    </w:p>
    <w:p>
      <w:r>
        <w:t>[So..]</w:t>
      </w:r>
    </w:p>
    <w:p>
      <w:r>
        <w:t>[But they will not approve a minyan, {…}, ask for fewer]</w:t>
      </w:r>
    </w:p>
    <w:p>
      <w:r>
        <w:t>[A minyan, a minyan, it is possible to have a shofar and it is possible to do everything, to pray evening, evening..]</w:t>
      </w:r>
    </w:p>
    <w:p>
      <w:r>
        <w:t>[I say bli neder, {I will do this}, I have an American passport]</w:t>
      </w:r>
    </w:p>
    <w:p>
      <w:r>
        <w:t>[Ah, ….]</w:t>
      </w:r>
    </w:p>
    <w:p>
      <w:r>
        <w:t>I did not know, I did not know, this is the.. this is it</w:t>
      </w:r>
    </w:p>
    <w:p>
      <w:r>
        <w:t>[Yo, this]</w:t>
      </w:r>
    </w:p>
    <w:p>
      <w:r>
        <w:t>[That is the request, that is the request]</w:t>
      </w:r>
    </w:p>
    <w:p>
      <w:r>
        <w:t>Ah, I thought perhaps it was for the printing press {...}</w:t>
      </w:r>
    </w:p>
    <w:p>
      <w:r>
        <w:t>[No, no, for..]</w:t>
      </w:r>
    </w:p>
    <w:p>
      <w:r>
        <w:t>But these are Shulamit Kahana, Shulamit</w:t>
      </w:r>
    </w:p>
    <w:p>
      <w:r>
        <w:t>[Yes]</w:t>
      </w:r>
    </w:p>
    <w:p>
      <w:r>
        <w:t>[Yo]</w:t>
      </w:r>
    </w:p>
    <w:p>
      <w:r>
        <w:t>And Aviva</w:t>
      </w:r>
    </w:p>
    <w:p>
      <w:r>
        <w:t>[Yes]</w:t>
      </w:r>
    </w:p>
    <w:p>
      <w:r>
        <w:t>Sarah, she works for her</w:t>
      </w:r>
    </w:p>
    <w:p>
      <w:r>
        <w:t>[Yes]</w:t>
      </w:r>
    </w:p>
    <w:p>
      <w:r>
        <w:t>And they, they, she, Aviva, she knows such things—that I had a connection with the president, such secrets that no person knew of, and she knows, yes</w:t>
      </w:r>
    </w:p>
    <w:p>
      <w:r>
        <w:t>[Which Aviva?]</w:t>
      </w:r>
    </w:p>
    <w:p>
      <w:r>
        <w:t>And he.. Aviva is the legal adviser {{of}}, of the president</w:t>
      </w:r>
    </w:p>
    <w:p>
      <w:r>
        <w:t>[Ah, yes]</w:t>
      </w:r>
    </w:p>
    <w:p>
      <w:r>
        <w:t>[I do not know what happened..]</w:t>
      </w:r>
    </w:p>
    <w:p>
      <w:r>
        <w:t>[Yes]</w:t>
      </w:r>
    </w:p>
    <w:p>
      <w:r>
        <w:t>[I think Aharon traveled..]</w:t>
      </w:r>
    </w:p>
    <w:p>
      <w:r>
        <w:t>{…}</w:t>
      </w:r>
    </w:p>
    <w:p>
      <w:r>
        <w:t>[To Yerushalayim, I called..]…</w:t>
      </w:r>
    </w:p>
    <w:p>
      <w:r>
        <w:t>...I had a dream, that a wealthy man from Yerushalayim came to me</w:t>
      </w:r>
    </w:p>
    <w:p>
      <w:r>
        <w:t>[Yes]</w:t>
      </w:r>
    </w:p>
    <w:p>
      <w:r>
        <w:t>Who is a great miser</w:t>
      </w:r>
    </w:p>
    <w:p>
      <w:r>
        <w:t>[Yes]</w:t>
      </w:r>
    </w:p>
    <w:p>
      <w:r>
        <w:t>'Ma'ayan Shtov'</w:t>
      </w:r>
    </w:p>
    <w:p>
      <w:r>
        <w:t>[Yes]</w:t>
      </w:r>
    </w:p>
    <w:p>
      <w:r>
        <w:t>'Ma'ayan Shtov,' did you hear? Did you hear?</w:t>
      </w:r>
    </w:p>
    <w:p>
      <w:r>
        <w:t>[Yes, yes, yes]</w:t>
      </w:r>
    </w:p>
    <w:p>
      <w:r>
        <w:t>You heard, yes</w:t>
      </w:r>
    </w:p>
    <w:p>
      <w:r>
        <w:t>His father is, his father, I think he is already no longer in the world</w:t>
      </w:r>
    </w:p>
    <w:p>
      <w:r>
        <w:t>But I saw his father, and he came, and we spoke about the matter of the printing press</w:t>
      </w:r>
    </w:p>
    <w:p>
      <w:r>
        <w:t>And the servant said that it costs such and such</w:t>
      </w:r>
    </w:p>
    <w:p>
      <w:r>
        <w:t>[Yes]</w:t>
      </w:r>
    </w:p>
    <w:p>
      <w:r>
        <w:t>So he, so he took out a checkbook</w:t>
      </w:r>
    </w:p>
    <w:p>
      <w:r>
        <w:t>[Yes]</w:t>
      </w:r>
    </w:p>
    <w:p>
      <w:r>
        <w:t>And he gave a check</w:t>
      </w:r>
    </w:p>
    <w:p>
      <w:r>
        <w:t>[..]</w:t>
      </w:r>
    </w:p>
    <w:p>
      <w:r>
        <w:t>A gift, five thousand dollars, he t…</w:t>
      </w:r>
    </w:p>
    <w:p>
      <w:r>
        <w:t>[..]</w:t>
      </w:r>
    </w:p>
    <w:p>
      <w:r>
        <w:t>Yo, and he said to me, he made a check..</w:t>
      </w:r>
    </w:p>
    <w:p>
      <w:r>
        <w:t>[Whatever you want]</w:t>
      </w:r>
    </w:p>
    <w:p>
      <w:r>
        <w:t>{…… to go up}, yes</w:t>
      </w:r>
    </w:p>
    <w:p>
      <w:r>
        <w:t>He is a miser and not.. yes</w:t>
      </w:r>
    </w:p>
    <w:p>
      <w:r>
        <w:t>And he said to me:</w:t>
      </w:r>
    </w:p>
    <w:p>
      <w:r>
        <w:t>“Do not worry, money, and there will be a printing press and there will be money and everything,” yes, yes</w:t>
      </w:r>
    </w:p>
    <w:p>
      <w:r>
        <w:t>Afterward he took out more money, more dollars, another, another ten thousand</w:t>
      </w:r>
    </w:p>
    <w:p>
      <w:r>
        <w:t>He, he, he took out the checkbook, {…}</w:t>
      </w:r>
    </w:p>
    <w:p>
      <w:r>
        <w:t>[….]</w:t>
      </w:r>
    </w:p>
    <w:p>
      <w:r>
        <w:t>He gave a check</w:t>
      </w:r>
    </w:p>
    <w:p>
      <w:r>
        <w:t>[.…]</w:t>
      </w:r>
    </w:p>
    <w:p>
      <w:r>
        <w:t>More..</w:t>
      </w:r>
    </w:p>
    <w:p>
      <w:r>
        <w:t>I was astonished, I know him, that he is not so..</w:t>
      </w:r>
    </w:p>
    <w:p>
      <w:r>
        <w:t>[Does not do so much]</w:t>
      </w:r>
    </w:p>
    <w:p>
      <w:r>
        <w:t>It is because he..</w:t>
      </w:r>
    </w:p>
    <w:p>
      <w:r>
        <w:t>[Yes, yes]</w:t>
      </w:r>
    </w:p>
    <w:p>
      <w:r>
        <w:t>A great miser, yes</w:t>
      </w:r>
    </w:p>
    <w:p>
      <w:r>
        <w:t>Yes, and each time he gave a check</w:t>
      </w:r>
    </w:p>
    <w:p>
      <w:r>
        <w:t>“Ten thousand? Fine, one moment”</w:t>
      </w:r>
    </w:p>
    <w:p>
      <w:r>
        <w:t>He gave a check and says to me each time, and says to me:</w:t>
      </w:r>
    </w:p>
    <w:p>
      <w:r>
        <w:t>“Do not worry, there will be a printing press and there will be, and there will be, and there will be dollars”</w:t>
      </w:r>
    </w:p>
    <w:p>
      <w:r>
        <w:t>[…..]</w:t>
      </w:r>
    </w:p>
    <w:p>
      <w:r>
        <w:t>[Do you hear, this..]</w:t>
      </w:r>
    </w:p>
    <w:p>
      <w:r>
        <w:t>There were, there were more, more, more wealthy people, and he, and he did not let them give checks; he immediately, {he .. gave ………}</w:t>
      </w:r>
    </w:p>
    <w:p>
      <w:r>
        <w:t>And they did not, and they also wanted to give, to make out checks</w:t>
      </w:r>
    </w:p>
    <w:p>
      <w:r>
        <w:t>But he preceded them, he, he preceded them and gave a check, so there was {….}</w:t>
      </w:r>
    </w:p>
    <w:p>
      <w:r>
        <w:t>[He is a spring, a spring, a spring]</w:t>
      </w:r>
    </w:p>
    <w:p>
      <w:r>
        <w:t>A spring</w:t>
      </w:r>
    </w:p>
    <w:p>
      <w:r>
        <w:t>[A spring of dollars]</w:t>
      </w:r>
    </w:p>
    <w:p>
      <w:r>
        <w:t>Yes, ‘Ma'ayan Shtov’</w:t>
      </w:r>
    </w:p>
    <w:p>
      <w:r>
        <w:t>[‘Ma'ayan Shtov,’ a good spring, a good spring, ‘shtov’ is good]</w:t>
      </w:r>
    </w:p>
    <w:p>
      <w:r>
        <w:t>Nu..</w:t>
      </w:r>
    </w:p>
    <w:p>
      <w:r>
        <w:t>[‘Shtov is..]</w:t>
      </w:r>
    </w:p>
    <w:p>
      <w:r>
        <w:t>But we..</w:t>
      </w:r>
    </w:p>
    <w:p>
      <w:r>
        <w:t>[Shtov, shtov, ‘tov’]</w:t>
      </w:r>
    </w:p>
    <w:p>
      <w:r>
        <w:t>No, we do not know what is with Aharon</w:t>
      </w:r>
    </w:p>
    <w:p>
      <w:r>
        <w:t>[..]</w:t>
      </w:r>
    </w:p>
    <w:p>
      <w:r>
        <w:t>[Aharon was, this morning he called, and he told me that he feels there is news] Why not..?</w:t>
      </w:r>
    </w:p>
    <w:p>
      <w:r>
        <w:t>He arranged a meeting at the Agency, why did you not hold the meeting?</w:t>
      </w:r>
    </w:p>
    <w:p>
      <w:r>
        <w:t>[His father was sick, and I do not remember exactly, it was already three weeks ago] Ah.. ah..</w:t>
      </w:r>
    </w:p>
    <w:p>
      <w:r>
        <w:t>[A month ago, three weeks]</w:t>
      </w:r>
    </w:p>
    <w:p>
      <w:r>
        <w:t>Ah..</w:t>
      </w:r>
    </w:p>
    <w:p>
      <w:r>
        <w:t>[Maybe because of the father, maybe.., the father passed away, I do not know]</w:t>
      </w:r>
    </w:p>
    <w:p>
      <w:r>
        <w:t>[The father passed away exactly, I think on Thursday..]</w:t>
      </w:r>
    </w:p>
    <w:p>
      <w:r>
        <w:t>Ah.. ah..</w:t>
      </w:r>
    </w:p>
    <w:p>
      <w:r>
        <w:t>[I do not remember what the reason was]</w:t>
      </w:r>
    </w:p>
    <w:p>
      <w:r>
        <w:t>There, there was a reason, there was a reason</w:t>
      </w:r>
    </w:p>
    <w:p>
      <w:r>
        <w:t>[Not just like that, in the air]</w:t>
      </w:r>
    </w:p>
    <w:p>
      <w:r>
        <w:t>Ah, ah</w:t>
      </w:r>
    </w:p>
    <w:p>
      <w:r>
        <w:t>[No, I remember that he said to me: "You..”]</w:t>
      </w:r>
    </w:p>
    <w:p>
      <w:r>
        <w:t>But, but there were tz..</w:t>
      </w:r>
    </w:p>
    <w:p>
      <w:r>
        <w:t>[“If I do not come, you go to.."]</w:t>
      </w:r>
    </w:p>
    <w:p>
      <w:r>
        <w:t>They had to..</w:t>
      </w:r>
    </w:p>
    <w:p>
      <w:r>
        <w:t>[….. told me]</w:t>
      </w:r>
    </w:p>
    <w:p>
      <w:r>
        <w:t>Notify them that today we cannot meet</w:t>
      </w:r>
    </w:p>
    <w:p>
      <w:r>
        <w:t>[To set, yes]</w:t>
      </w:r>
    </w:p>
    <w:p>
      <w:r>
        <w:t>Ah..</w:t>
      </w:r>
    </w:p>
    <w:p>
      <w:r>
        <w:t>[Another time]</w:t>
      </w:r>
    </w:p>
    <w:p>
      <w:r>
        <w:t>That they should make another time</w:t>
      </w:r>
    </w:p>
    <w:p>
      <w:r>
        <w:t>[Rebbe, you only need to pray that my wife]</w:t>
      </w:r>
    </w:p>
    <w:p>
      <w:r>
        <w:t>[.. this is what..]</w:t>
      </w:r>
    </w:p>
    <w:p>
      <w:r>
        <w:t>Nu</w:t>
      </w:r>
    </w:p>
    <w:p>
      <w:r>
        <w:t>[Pray that my wife and her family]</w:t>
      </w:r>
    </w:p>
    <w:p>
      <w:r>
        <w:t>Nu</w:t>
      </w:r>
    </w:p>
    <w:p>
      <w:r>
        <w:t>[That they should give money]</w:t>
      </w:r>
    </w:p>
    <w:p>
      <w:r>
        <w:t>Yes?</w:t>
      </w:r>
    </w:p>
    <w:p>
      <w:r>
        <w:t>[Their father was a tzaddik, the greatest baal chesed]</w:t>
      </w:r>
    </w:p>
    <w:p>
      <w:r>
        <w:t>Yes?</w:t>
      </w:r>
    </w:p>
    <w:p>
      <w:r>
        <w:t>[And they do not, do not know to whom to give the money?]</w:t>
      </w:r>
    </w:p>
    <w:p>
      <w:r>
        <w:t>{..}</w:t>
      </w:r>
    </w:p>
    <w:p>
      <w:r>
        <w:t>Look, Rebbe..</w:t>
      </w:r>
    </w:p>
    <w:p>
      <w:r>
        <w:t>[Ah..]</w:t>
      </w:r>
    </w:p>
    <w:p>
      <w:r>
        <w:t>Rebbe.. Rebbe, you need to pray, to pray that my wife..</w:t>
      </w:r>
    </w:p>
    <w:p>
      <w:r>
        <w:t>Her father was the baal chesed.., he gave all his money..]</w:t>
      </w:r>
    </w:p>
    <w:p>
      <w:r>
        <w:t>Yes, do they have money?</w:t>
      </w:r>
    </w:p>
    <w:p>
      <w:r>
        <w:t>[Yo]</w:t>
      </w:r>
    </w:p>
    <w:p>
      <w:r>
        <w:t>Yes?</w:t>
      </w:r>
    </w:p>
    <w:p>
      <w:r>
        <w:t>[They have millions]</w:t>
      </w:r>
    </w:p>
    <w:p>
      <w:r>
        <w:t>Yes?</w:t>
      </w:r>
    </w:p>
    <w:p>
      <w:r>
        <w:t>[Yo, you only need to pray..]</w:t>
      </w:r>
    </w:p>
    <w:p>
      <w:r>
        <w:t>Why, why do they not give..]</w:t>
      </w:r>
    </w:p>
    <w:p>
      <w:r>
        <w:t>[Ah]</w:t>
      </w:r>
    </w:p>
    <w:p>
      <w:r>
        <w:t>Until now?</w:t>
      </w:r>
    </w:p>
    <w:p>
      <w:r>
        <w:t>[No, they became disillusioned]</w:t>
      </w:r>
    </w:p>
    <w:p>
      <w:r>
        <w:t>Eh?</w:t>
      </w:r>
    </w:p>
    <w:p>
      <w:r>
        <w:t>[No, I have no influence over them, they became disillusioned because..]</w:t>
      </w:r>
    </w:p>
    <w:p>
      <w:r>
        <w:t>Why?</w:t>
      </w:r>
    </w:p>
    <w:p>
      <w:r>
        <w:t>[Because they got married, there were rabbis, there were people who were not decent]</w:t>
      </w:r>
    </w:p>
    <w:p>
      <w:r>
        <w:t>Not decent</w:t>
      </w:r>
    </w:p>
    <w:p>
      <w:r>
        <w:t>[Yo, but her father, all the money he gave before his death and..]</w:t>
      </w:r>
    </w:p>
    <w:p>
      <w:r>
        <w:t>Ah</w:t>
      </w:r>
    </w:p>
    <w:p>
      <w:r>
        <w:t>[Yo, so you can pray that they should give in her name, of the..]…</w:t>
      </w:r>
    </w:p>
    <w:p>
      <w:r>
        <w:t>...{Here}</w:t>
      </w:r>
    </w:p>
    <w:p>
      <w:r>
        <w:t>[Yes]</w:t>
      </w:r>
    </w:p>
    <w:p>
      <w:r>
        <w:t>Nu, they wanted to, and he also knows them</w:t>
      </w:r>
    </w:p>
    <w:p>
      <w:r>
        <w:t>[Yes]</w:t>
      </w:r>
    </w:p>
    <w:p>
      <w:r>
        <w:t>At any rate…</w:t>
      </w:r>
    </w:p>
    <w:p>
      <w:r>
        <w:t>...[Saba and the friends sing:</w:t>
      </w:r>
    </w:p>
    <w:p>
      <w:r>
        <w:t>“In You our fathers trusted, they trusted and You delivered them</w:t>
      </w:r>
    </w:p>
    <w:p>
      <w:r>
        <w:t>To You they cried and escaped, in You they trusted and were not ashamed..”</w:t>
      </w:r>
    </w:p>
    <w:p>
      <w:r>
        <w:t>“Na Naḥ Naḥma Naḥman MeUman..”]</w:t>
      </w:r>
    </w:p>
    <w:p>
      <w:r>
        <w:t>Oy, oy, Master of the World</w:t>
      </w:r>
    </w:p>
    <w:p>
      <w:r>
        <w:t>[Saba sings:</w:t>
      </w:r>
    </w:p>
    <w:p>
      <w:r>
        <w:t>“For Hashem has comforted Zion, comforted all her ruins, and made her wilderness like Eden, and her desert like the garden of Hashem; joy and gladness shall be found in her, thanksgiving and the sound of song..” and afterward the friends also join in]…</w:t>
      </w:r>
    </w:p>
    <w:p>
      <w:r>
        <w:t>...[Saba and the friends sing:</w:t>
      </w:r>
    </w:p>
    <w:p>
      <w:r>
        <w:t>“A foretaste of the World to Come is the Sabbath day of rest</w:t>
      </w:r>
    </w:p>
    <w:p>
      <w:r>
        <w:t>All who delight in it shall merit abundant joy</w:t>
      </w:r>
    </w:p>
    <w:p>
      <w:r>
        <w:t>From the birth pangs of Mashiach they shall be delivered into relief</w:t>
      </w:r>
    </w:p>
    <w:p>
      <w:r>
        <w:t>Cause our redemption to sprout, and sorrow and sighing shall flee</w:t>
      </w:r>
    </w:p>
    <w:p>
      <w:r>
        <w:t>To delight in delights, fattened fowl and quail and fish, to the good Temple and to the Holy of Holies</w:t>
      </w:r>
    </w:p>
    <w:p>
      <w:r>
        <w:t>A place in which spirits and souls rejoice together</w:t>
      </w:r>
    </w:p>
    <w:p>
      <w:r>
        <w:t>{{Singing}} songs and whisperings</w:t>
      </w:r>
    </w:p>
    <w:p>
      <w:r>
        <w:t>In Yerushalayim, city of beauty”</w:t>
      </w:r>
    </w:p>
    <w:p>
      <w:r>
        <w:t>To the melody of “Na Naḥ”]</w:t>
      </w:r>
    </w:p>
    <w:p>
      <w:r>
        <w:t>[We also want you also to come there..] [Nu]</w:t>
      </w:r>
    </w:p>
    <w:p>
      <w:r>
        <w:t>Ah</w:t>
      </w:r>
    </w:p>
    <w:p>
      <w:r>
        <w:t>Saba sings:</w:t>
      </w:r>
    </w:p>
    <w:p>
      <w:r>
        <w:t>“Harvest has passed, summer has ended, and we have not been saved..”] This melody is, this is hitbodedut</w:t>
      </w:r>
    </w:p>
    <w:p>
      <w:r>
        <w:t>[Yes …]</w:t>
      </w:r>
    </w:p>
    <w:p>
      <w:r>
        <w:t>Of the month of Elul</w:t>
      </w:r>
    </w:p>
    <w:p>
      <w:r>
        <w:t>[Yes]</w:t>
      </w:r>
    </w:p>
    <w:p>
      <w:r>
        <w:t>Our people went, went at night..</w:t>
      </w:r>
    </w:p>
    <w:p>
      <w:r>
        <w:t>[Yes]</w:t>
      </w:r>
    </w:p>
    <w:p>
      <w:r>
        <w:t>To the forest</w:t>
      </w:r>
    </w:p>
    <w:p>
      <w:r>
        <w:t>[Yes, after midnight]</w:t>
      </w:r>
    </w:p>
    <w:p>
      <w:r>
        <w:t>At midnight, after midnight</w:t>
      </w:r>
    </w:p>
    <w:p>
      <w:r>
        <w:t>[Yes]</w:t>
      </w:r>
    </w:p>
    <w:p>
      <w:r>
        <w:t>And cr.., it was a time to cry out</w:t>
      </w:r>
    </w:p>
    <w:p>
      <w:r>
        <w:t>[Yes]</w:t>
      </w:r>
    </w:p>
    <w:p>
      <w:r>
        <w:t>This is in the month of Elul</w:t>
      </w:r>
    </w:p>
    <w:p>
      <w:r>
        <w:t>[Yes, yes]</w:t>
      </w:r>
    </w:p>
    <w:p>
      <w:r>
        <w:t>Then, then ‘harvest has passed’</w:t>
      </w:r>
    </w:p>
    <w:p>
      <w:r>
        <w:t>[Yes]</w:t>
      </w:r>
    </w:p>
    <w:p>
      <w:r>
        <w:t>The month of Elul is already the end, the end, all the summer has already passed</w:t>
      </w:r>
    </w:p>
    <w:p>
      <w:r>
        <w:t>[All the summer, yes]</w:t>
      </w:r>
    </w:p>
    <w:p>
      <w:r>
        <w:t>‘And we have not been saved’</w:t>
      </w:r>
    </w:p>
    <w:p>
      <w:r>
        <w:t>So this was hitbodedut, a kind of hitbodedut</w:t>
      </w:r>
    </w:p>
    <w:p>
      <w:r>
        <w:t>[Saba and the friends continue to sing:</w:t>
      </w:r>
    </w:p>
    <w:p>
      <w:r>
        <w:t>“Harvest has passed, summer has ended, and we have not been saved..”]</w:t>
      </w:r>
    </w:p>
    <w:p>
      <w:r>
        <w:t>There were such sounds in the forest, from the depths of the heart</w:t>
      </w:r>
    </w:p>
    <w:p>
      <w:r>
        <w:t>[Yes]</w:t>
      </w:r>
    </w:p>
    <w:p>
      <w:r>
        <w:t>Where are we? Harvest has passed, already ‘harvest has passed, summer has ended, and we have not been saved’—what will be m..</w:t>
      </w:r>
    </w:p>
    <w:p>
      <w:r>
        <w:t>[..]</w:t>
      </w:r>
    </w:p>
    <w:p>
      <w:r>
        <w:t>When will we merit repentance? When? Elul</w:t>
      </w:r>
    </w:p>
    <w:p>
      <w:r>
        <w:t>[Yes]</w:t>
      </w:r>
    </w:p>
    <w:p>
      <w:r>
        <w:t>Oy</w:t>
      </w:r>
    </w:p>
    <w:p>
      <w:r>
        <w:t>[They are speaking about repentance, this, this..]</w:t>
      </w:r>
    </w:p>
    <w:p>
      <w:r>
        <w:t>[Yes, yes, yes]</w:t>
      </w:r>
    </w:p>
    <w:p>
      <w:r>
        <w:t>[The wording is th..]</w:t>
      </w:r>
    </w:p>
    <w:p>
      <w:r>
        <w:t>[Time has passed..]</w:t>
      </w:r>
    </w:p>
    <w:p>
      <w:r>
        <w:t>‘Harvest has passed, summer has ended,’ all {our prayer}, it is not only the.. {...}</w:t>
      </w:r>
    </w:p>
    <w:p>
      <w:r>
        <w:t>[Yes, yes]</w:t>
      </w:r>
    </w:p>
    <w:p>
      <w:r>
        <w:t>[All our years]</w:t>
      </w:r>
    </w:p>
    <w:p>
      <w:r>
        <w:t>Already everything, has passed, everything has passed and we have not been saved</w:t>
      </w:r>
    </w:p>
    <w:p>
      <w:r>
        <w:t>In a little while we are going to the World of Truth, what will become of us, what will be..”</w:t>
      </w:r>
    </w:p>
    <w:p>
      <w:r>
        <w:t>[Yes, yes, yes]</w:t>
      </w:r>
    </w:p>
    <w:p>
      <w:r>
        <w:t>‘Harvest has passed, summer has ended,’ all, all our lives have passed, all, all, all our strength</w:t>
      </w:r>
    </w:p>
    <w:p>
      <w:r>
        <w:t>Everything has passed and we have not been saved</w:t>
      </w:r>
    </w:p>
    <w:p>
      <w:r>
        <w:t>[You see, this..]</w:t>
      </w:r>
    </w:p>
    <w:p>
      <w:r>
        <w:t>This is a great awakening</w:t>
      </w:r>
    </w:p>
    <w:p>
      <w:r>
        <w:t>[…...]</w:t>
      </w:r>
    </w:p>
    <w:p>
      <w:r>
        <w:t>It is not only this harvest, “harvest has passed..,” it is all, it is..</w:t>
      </w:r>
    </w:p>
    <w:p>
      <w:r>
        <w:t>[It is every summer]</w:t>
      </w:r>
    </w:p>
    <w:p>
      <w:r>
        <w:t>“Harvest has passed”</w:t>
      </w:r>
    </w:p>
    <w:p>
      <w:r>
        <w:t>[All of life]</w:t>
      </w:r>
    </w:p>
    <w:p>
      <w:r>
        <w:t>And we have not been saved, {...}</w:t>
      </w:r>
    </w:p>
    <w:p>
      <w:r>
        <w:t>[Yes]</w:t>
      </w:r>
    </w:p>
    <w:p>
      <w:r>
        <w:t>[Who wrote these songs? No, who..?]</w:t>
      </w:r>
    </w:p>
    <w:p>
      <w:r>
        <w:t>I do not know</w:t>
      </w:r>
    </w:p>
    <w:p>
      <w:r>
        <w:t>[Oh]</w:t>
      </w:r>
    </w:p>
    <w:p>
      <w:r>
        <w:t>I only know that there is such a song</w:t>
      </w:r>
    </w:p>
    <w:p>
      <w:r>
        <w:t>[Yo, yo]</w:t>
      </w:r>
    </w:p>
    <w:p>
      <w:r>
        <w:t>[…………]…</w:t>
      </w:r>
    </w:p>
    <w:p>
      <w:r>
        <w:t>...[Hitbodedut] like this?</w:t>
      </w:r>
    </w:p>
    <w:p>
      <w:r>
        <w:t>[But I do not know what..]</w:t>
      </w:r>
    </w:p>
    <w:p>
      <w:r>
        <w:t>With whom?</w:t>
      </w:r>
    </w:p>
    <w:p>
      <w:r>
        <w:t>[The..]</w:t>
      </w:r>
    </w:p>
    <w:p>
      <w:r>
        <w:t>{….}</w:t>
      </w:r>
    </w:p>
    <w:p>
      <w:r>
        <w:t>[No, in the forest, we went in the forest, he cried out..]</w:t>
      </w:r>
    </w:p>
    <w:p>
      <w:r>
        <w:t>Oy, oy..</w:t>
      </w:r>
    </w:p>
    <w:p>
      <w:r>
        <w:t>[He]</w:t>
      </w:r>
    </w:p>
    <w:p>
      <w:r>
        <w:t>Oy.. Were you never there? {… you heard} from the words of Rebbe Nassan..]</w:t>
      </w:r>
    </w:p>
    <w:p>
      <w:r>
        <w:t>[No, no, he speaks only Hebrew]</w:t>
      </w:r>
    </w:p>
    <w:p>
      <w:r>
        <w:t>Words of Rebbe Nassan..</w:t>
      </w:r>
    </w:p>
    <w:p>
      <w:r>
        <w:t>[….]</w:t>
      </w:r>
    </w:p>
    <w:p>
      <w:r>
        <w:t>{….} To this day, how it came out of his mouth</w:t>
      </w:r>
    </w:p>
    <w:p>
      <w:r>
        <w:t>There was not, then there was not</w:t>
      </w:r>
    </w:p>
    <w:p>
      <w:r>
        <w:t>[……..]</w:t>
      </w:r>
    </w:p>
    <w:p>
      <w:r>
        <w:t>[Yes..]</w:t>
      </w:r>
    </w:p>
    <w:p>
      <w:r>
        <w:t>He.., I was a baker, then there was in Teveria..</w:t>
      </w:r>
    </w:p>
    <w:p>
      <w:r>
        <w:t>[Hebrew, Hebrew, Saba]</w:t>
      </w:r>
    </w:p>
    <w:p>
      <w:r>
        <w:t>Someone opened, a big, a millionaire, the..</w:t>
      </w:r>
    </w:p>
    <w:p>
      <w:r>
        <w:t>[You..]</w:t>
      </w:r>
    </w:p>
    <w:p>
      <w:r>
        <w:t>[Speak Hebrew]</w:t>
      </w:r>
    </w:p>
    <w:p>
      <w:r>
        <w:t>[Speak Hebrew..]</w:t>
      </w:r>
    </w:p>
    <w:p>
      <w:r>
        <w:t>{..}</w:t>
      </w:r>
    </w:p>
    <w:p>
      <w:r>
        <w:t>[He does not understand Hebrew, Rebbe, he does not understand Yiddish]</w:t>
      </w:r>
    </w:p>
    <w:p>
      <w:r>
        <w:t>Before, before many years ago</w:t>
      </w:r>
    </w:p>
    <w:p>
      <w:r>
        <w:t>[Yes]</w:t>
      </w:r>
    </w:p>
    <w:p>
      <w:r>
        <w:t>A hotel opened in Teveria</w:t>
      </w:r>
    </w:p>
    <w:p>
      <w:r>
        <w:t>[Yes]</w:t>
      </w:r>
    </w:p>
    <w:p>
      <w:r>
        <w:t>A hotel with all the indulgences</w:t>
      </w:r>
    </w:p>
    <w:p>
      <w:r>
        <w:t>[Yes]</w:t>
      </w:r>
    </w:p>
    <w:p>
      <w:r>
        <w:t>A special hotel</w:t>
      </w:r>
    </w:p>
    <w:p>
      <w:r>
        <w:t>[Yo]</w:t>
      </w:r>
    </w:p>
    <w:p>
      <w:r>
        <w:t>And the owner, and the owner of the hotel, his name was Feingold</w:t>
      </w:r>
    </w:p>
    <w:p>
      <w:r>
        <w:t>[Yes]</w:t>
      </w:r>
    </w:p>
    <w:p>
      <w:r>
        <w:t>[Feingold]</w:t>
      </w:r>
    </w:p>
    <w:p>
      <w:r>
        <w:t>[Yes]</w:t>
      </w:r>
    </w:p>
    <w:p>
      <w:r>
        <w:t>[All the indulgences]</w:t>
      </w:r>
    </w:p>
    <w:p>
      <w:r>
        <w:t>And he..</w:t>
      </w:r>
    </w:p>
    <w:p>
      <w:r>
        <w:t>[And I remember him]</w:t>
      </w:r>
    </w:p>
    <w:p>
      <w:r>
        <w:t>I was a baker</w:t>
      </w:r>
    </w:p>
    <w:p>
      <w:r>
        <w:t>[Yes]</w:t>
      </w:r>
    </w:p>
    <w:p>
      <w:r>
        <w:t>And he wanted the most, most expert baker and the best and the most..</w:t>
      </w:r>
    </w:p>
    <w:p>
      <w:r>
        <w:t>[Yes]</w:t>
      </w:r>
    </w:p>
    <w:p>
      <w:r>
        <w:t>An expert</w:t>
      </w:r>
    </w:p>
    <w:p>
      <w:r>
        <w:t>[This, this is Saba]</w:t>
      </w:r>
    </w:p>
    <w:p>
      <w:r>
        <w:t>[Yes]</w:t>
      </w:r>
    </w:p>
    <w:p>
      <w:r>
        <w:t>So they said to him:</w:t>
      </w:r>
    </w:p>
    <w:p>
      <w:r>
        <w:t>“Odesser, the Odesser bakery,” yes</w:t>
      </w:r>
    </w:p>
    <w:p>
      <w:r>
        <w:t>So he sent for me</w:t>
      </w:r>
    </w:p>
    <w:p>
      <w:r>
        <w:t>[That was his wife..]</w:t>
      </w:r>
    </w:p>
    <w:p>
      <w:r>
        <w:t>I came, and he bought from me..</w:t>
      </w:r>
    </w:p>
    <w:p>
      <w:r>
        <w:t>[Bread]</w:t>
      </w:r>
    </w:p>
    <w:p>
      <w:r>
        <w:t>Bread</w:t>
      </w:r>
    </w:p>
    <w:p>
      <w:r>
        <w:t>[Yes]</w:t>
      </w:r>
    </w:p>
    <w:p>
      <w:r>
        <w:t>Challah, and bread, yes</w:t>
      </w:r>
    </w:p>
    <w:p>
      <w:r>
        <w:t>[This is a great rabbi, Rabbi Yisroel]</w:t>
      </w:r>
    </w:p>
    <w:p>
      <w:r>
        <w:t>[Rolls]</w:t>
      </w:r>
    </w:p>
    <w:p>
      <w:r>
        <w:t>And he.. eh? What?</w:t>
      </w:r>
    </w:p>
    <w:p>
      <w:r>
        <w:t>[Was this Rabbi Yisroel?]</w:t>
      </w:r>
    </w:p>
    <w:p>
      <w:r>
        <w:t>[No, no]</w:t>
      </w:r>
    </w:p>
    <w:p>
      <w:r>
        <w:t>No..</w:t>
      </w:r>
    </w:p>
    <w:p>
      <w:r>
        <w:t>[No, this was someone who opened a hotel]</w:t>
      </w:r>
    </w:p>
    <w:p>
      <w:r>
        <w:t>[….]</w:t>
      </w:r>
    </w:p>
    <w:p>
      <w:r>
        <w:t>[He did not understand Yiddish]</w:t>
      </w:r>
    </w:p>
    <w:p>
      <w:r>
        <w:t>Slowly, slowly</w:t>
      </w:r>
    </w:p>
    <w:p>
      <w:r>
        <w:t>[Yes, yes, yes]</w:t>
      </w:r>
    </w:p>
    <w:p>
      <w:r>
        <w:t>Yes, I had a bakery</w:t>
      </w:r>
    </w:p>
    <w:p>
      <w:r>
        <w:t>[Yes, yes, yes, yes]</w:t>
      </w:r>
    </w:p>
    <w:p>
      <w:r>
        <w:t>[They needed someone who would be a baker]</w:t>
      </w:r>
    </w:p>
    <w:p>
      <w:r>
        <w:t>[Ah, ah]</w:t>
      </w:r>
    </w:p>
    <w:p>
      <w:r>
        <w:t>[A good baker, you know, so they chose him]</w:t>
      </w:r>
    </w:p>
    <w:p>
      <w:r>
        <w:t>I was a baker, I was a baker, and all the {counsels\foundation} of the bakery</w:t>
      </w:r>
    </w:p>
    <w:p>
      <w:r>
        <w:t>[Ah..]</w:t>
      </w:r>
    </w:p>
    <w:p>
      <w:r>
        <w:t>Nu, and everyone was, was jealous of me:</w:t>
      </w:r>
    </w:p>
    <w:p>
      <w:r>
        <w:t>“Yisroel Ber the Breslover, he made it, he rose on high, to.., higher and higher.. We are all poor, we have no money, and Yisroel Ber the Breslover has a bakery—a bakery? A bakery is, is, is a factory for money..</w:t>
      </w:r>
    </w:p>
    <w:p>
      <w:r>
        <w:t>[Yo]</w:t>
      </w:r>
    </w:p>
    <w:p>
      <w:r>
        <w:t>A bakery? What is that?”</w:t>
      </w:r>
    </w:p>
    <w:p>
      <w:r>
        <w:t>[It is a factory for making money]</w:t>
      </w:r>
    </w:p>
    <w:p>
      <w:r>
        <w:t>And I, everyone was jealous, jealous</w:t>
      </w:r>
    </w:p>
    <w:p>
      <w:r>
        <w:t>[Yes]</w:t>
      </w:r>
    </w:p>
    <w:p>
      <w:r>
        <w:t>And it is a miracle that I did not become blind</w:t>
      </w:r>
    </w:p>
    <w:p>
      <w:r>
        <w:t>The tears came down by themselves, I do not need to think, {to prepare}</w:t>
      </w:r>
    </w:p>
    <w:p>
      <w:r>
        <w:t>To.. that it should come down, that there should be tears</w:t>
      </w:r>
    </w:p>
    <w:p>
      <w:r>
        <w:t>[Yes]</w:t>
      </w:r>
    </w:p>
    <w:p>
      <w:r>
        <w:t>The tears came out by themselves</w:t>
      </w:r>
    </w:p>
    <w:p>
      <w:r>
        <w:t>I did not want to, I, I was afraid that I would be, would be blind</w:t>
      </w:r>
    </w:p>
    <w:p>
      <w:r>
        <w:t>[Yes]</w:t>
      </w:r>
    </w:p>
    <w:p>
      <w:r>
        <w:t>What? These are tears, this, this, this, for the eyes this, this is very terrible</w:t>
      </w:r>
    </w:p>
    <w:p>
      <w:r>
        <w:t>[Yes]</w:t>
      </w:r>
    </w:p>
    <w:p>
      <w:r>
        <w:t>Yes, it takes the light, the light of the eyes</w:t>
      </w:r>
    </w:p>
    <w:p>
      <w:r>
        <w:t>[Yes]</w:t>
      </w:r>
    </w:p>
    <w:p>
      <w:r>
        <w:t>But I did not want to cry</w:t>
      </w:r>
    </w:p>
    <w:p>
      <w:r>
        <w:t>[Yes]</w:t>
      </w:r>
    </w:p>
    <w:p>
      <w:r>
        <w:t>But it came out by itself..</w:t>
      </w:r>
    </w:p>
    <w:p>
      <w:r>
        <w:t>[Why did you cry?]</w:t>
      </w:r>
    </w:p>
    <w:p>
      <w:r>
        <w:t>{Where I was} did not want to, they came down</w:t>
      </w:r>
    </w:p>
    <w:p>
      <w:r>
        <w:t>[Why?]</w:t>
      </w:r>
    </w:p>
    <w:p>
      <w:r>
        <w:t>From the magnitude of the sorrow that I had</w:t>
      </w:r>
    </w:p>
    <w:p>
      <w:r>
        <w:t>[Ah, ah]</w:t>
      </w:r>
    </w:p>
    <w:p>
      <w:r>
        <w:t>[Eh?]</w:t>
      </w:r>
    </w:p>
    <w:p>
      <w:r>
        <w:t>What? What is the money for? What..</w:t>
      </w:r>
    </w:p>
    <w:p>
      <w:r>
        <w:t>[Oh, he cried, that he..]</w:t>
      </w:r>
    </w:p>
    <w:p>
      <w:r>
        <w:t>{What is this?}</w:t>
      </w:r>
    </w:p>
    <w:p>
      <w:r>
        <w:t>[Is making money, yo]</w:t>
      </w:r>
    </w:p>
    <w:p>
      <w:r>
        <w:t>Yes</w:t>
      </w:r>
    </w:p>
    <w:p>
      <w:r>
        <w:t>[Yo, yo, yo]</w:t>
      </w:r>
    </w:p>
    <w:p>
      <w:r>
        <w:t>Yes</w:t>
      </w:r>
    </w:p>
    <w:p>
      <w:r>
        <w:t>[So when did you leave?]</w:t>
      </w:r>
    </w:p>
    <w:p>
      <w:r>
        <w:t>So ah..</w:t>
      </w:r>
    </w:p>
    <w:p>
      <w:r>
        <w:t>[He cried..]</w:t>
      </w:r>
    </w:p>
    <w:p>
      <w:r>
        <w:t>[He began to cry because he began to make money, he began to cry] Feingold..</w:t>
      </w:r>
    </w:p>
    <w:p>
      <w:r>
        <w:t>[He was afraid of becoming blind]</w:t>
      </w:r>
    </w:p>
    <w:p>
      <w:r>
        <w:t>[Feingold?]</w:t>
      </w:r>
    </w:p>
    <w:p>
      <w:r>
        <w:t>Yes</w:t>
      </w:r>
    </w:p>
    <w:p>
      <w:r>
        <w:t>[The owner of the hotel?]</w:t>
      </w:r>
    </w:p>
    <w:p>
      <w:r>
        <w:t>The owner, the owner of the hotel, yes</w:t>
      </w:r>
    </w:p>
    <w:p>
      <w:r>
        <w:t>He was learned in the holy books and he, and he loved to hear words of Torah and..</w:t>
      </w:r>
    </w:p>
    <w:p>
      <w:r>
        <w:t>I spoke with him about Rabbainu, and he was impressed and he..</w:t>
      </w:r>
    </w:p>
    <w:p>
      <w:r>
        <w:t>And I was unique in the world to him, yes</w:t>
      </w:r>
    </w:p>
    <w:p>
      <w:r>
        <w:t>[Yes]</w:t>
      </w:r>
    </w:p>
    <w:p>
      <w:r>
        <w:t>Yes, so he had such a machine, he, many years ago</w:t>
      </w:r>
    </w:p>
    <w:p>
      <w:r>
        <w:t>It was, he had.., a very wealthy man, and he had such a thing</w:t>
      </w:r>
    </w:p>
    <w:p>
      <w:r>
        <w:t>So he said to me:</w:t>
      </w:r>
    </w:p>
    <w:p>
      <w:r>
        <w:t>“I want to hear, I heard that you sing on Shabbos “Aishes Chayil” and..</w:t>
      </w:r>
    </w:p>
    <w:p>
      <w:r>
        <w:t>[Yo]</w:t>
      </w:r>
    </w:p>
    <w:p>
      <w:r>
        <w:t>And zemiros, I want to hear”</w:t>
      </w:r>
    </w:p>
    <w:p>
      <w:r>
        <w:t>So he took this</w:t>
      </w:r>
    </w:p>
    <w:p>
      <w:r>
        <w:t>[Yo]</w:t>
      </w:r>
    </w:p>
    <w:p>
      <w:r>
        <w:t>I, I, and I did not know, I sang</w:t>
      </w:r>
    </w:p>
    <w:p>
      <w:r>
        <w:t>After all, he wanted to hear, so I sang “Aishes Chayil,” yes</w:t>
      </w:r>
    </w:p>
    <w:p>
      <w:r>
        <w:t>Afterward, the following week, he called me and he opened it, and I hear that I..</w:t>
      </w:r>
    </w:p>
    <w:p>
      <w:r>
        <w:t>[Your voice …...]</w:t>
      </w:r>
    </w:p>
    <w:p>
      <w:r>
        <w:t>[That was perhaps..]</w:t>
      </w:r>
    </w:p>
    <w:p>
      <w:r>
        <w:t>This, how can such a thing be?</w:t>
      </w:r>
    </w:p>
    <w:p>
      <w:r>
        <w:t>[Now there is..]</w:t>
      </w:r>
    </w:p>
    <w:p>
      <w:r>
        <w:t>What is this? Yes</w:t>
      </w:r>
    </w:p>
    <w:p>
      <w:r>
        <w:t>[That was..]</w:t>
      </w:r>
    </w:p>
    <w:p>
      <w:r>
        <w:t>[..much more, sixty years..]</w:t>
      </w:r>
    </w:p>
    <w:p>
      <w:r>
        <w:t>[It could be that such a thing before..]</w:t>
      </w:r>
    </w:p>
    <w:p>
      <w:r>
        <w:t>[There was, there was, there was, yo, yo..]</w:t>
      </w:r>
    </w:p>
    <w:p>
      <w:r>
        <w:t>Yes, yes</w:t>
      </w:r>
    </w:p>
    <w:p>
      <w:r>
        <w:t>[Forty years]</w:t>
      </w:r>
    </w:p>
    <w:p>
      <w:r>
        <w:t>Yes</w:t>
      </w:r>
    </w:p>
    <w:p>
      <w:r>
        <w:t>[Yes]</w:t>
      </w:r>
    </w:p>
    <w:p>
      <w:r>
        <w:t>Yes, yes, it was not so {cheap}, but it existed</w:t>
      </w:r>
    </w:p>
    <w:p>
      <w:r>
        <w:t>[There was, there was]</w:t>
      </w:r>
    </w:p>
    <w:p>
      <w:r>
        <w:t>[Yes, yes, yes]</w:t>
      </w:r>
    </w:p>
    <w:p>
      <w:r>
        <w:t>[I told anyway, the way Father told]…</w:t>
      </w:r>
    </w:p>
    <w:p>
      <w:pPr>
        <w:pStyle w:val="Heading2"/>
      </w:pPr>
      <w:r>
        <w:t>Side B (Bais)</w:t>
      </w:r>
    </w:p>
    <w:p>
      <w:r>
        <w:t>...[Saba and the friends sing:</w:t>
      </w:r>
    </w:p>
    <w:p>
      <w:r>
        <w:t>“Shoshanas Yaakov rejoiced and was glad, when together they beheld Mordechai robed in royal blue..]</w:t>
      </w:r>
    </w:p>
    <w:p>
      <w:r>
        <w:t>[This is Mordechai too]</w:t>
      </w:r>
    </w:p>
    <w:p>
      <w:r>
        <w:t>[Saba and the friends continue singing:</w:t>
      </w:r>
    </w:p>
    <w:p>
      <w:r>
        <w:t>Their salvation was forever, and their hope throughout every generation..”]</w:t>
      </w:r>
    </w:p>
    <w:p>
      <w:r>
        <w:t>[Which Mordechai…]</w:t>
      </w:r>
    </w:p>
    <w:p>
      <w:r>
        <w:t>[More is needed]</w:t>
      </w:r>
    </w:p>
    <w:p>
      <w:r>
        <w:t>“Shoshanas Yaakov”</w:t>
      </w:r>
    </w:p>
    <w:p>
      <w:r>
        <w:t>[Shoshanas Yaakov]</w:t>
      </w:r>
    </w:p>
    <w:p>
      <w:r>
        <w:t>It is a great matter, a great matter, a rose, a rose is a matter, it is a very awesome matter, “a rose”</w:t>
      </w:r>
    </w:p>
    <w:p>
      <w:r>
        <w:t>We see in Tehillim</w:t>
      </w:r>
    </w:p>
    <w:p>
      <w:r>
        <w:t>[Yo]</w:t>
      </w:r>
    </w:p>
    <w:p>
      <w:r>
        <w:t>“For the conductor, upon roses”</w:t>
      </w:r>
    </w:p>
    <w:p>
      <w:r>
        <w:t>[Shoshanas, for the conductor]</w:t>
      </w:r>
    </w:p>
    <w:p>
      <w:r>
        <w:t>“Of Asaph,”“Of David” “upon roses,” roses</w:t>
      </w:r>
    </w:p>
    <w:p>
      <w:r>
        <w:t>“Shoshanas Yaakov”..</w:t>
      </w:r>
    </w:p>
    <w:p>
      <w:r>
        <w:t>[“Gladness and rejoicing”]</w:t>
      </w:r>
    </w:p>
    <w:p>
      <w:r>
        <w:t>It is the matter of the chosen of the Jewish people, the rose</w:t>
      </w:r>
    </w:p>
    <w:p>
      <w:r>
        <w:t>[Yo]</w:t>
      </w:r>
    </w:p>
    <w:p>
      <w:r>
        <w:t>A rose is</w:t>
      </w:r>
    </w:p>
    <w:p>
      <w:r>
        <w:t>[On the throne above]</w:t>
      </w:r>
    </w:p>
    <w:p>
      <w:r>
        <w:t>Yes</w:t>
      </w:r>
    </w:p>
    <w:p>
      <w:r>
        <w:t>[On the throne above]</w:t>
      </w:r>
    </w:p>
    <w:p>
      <w:r>
        <w:t>And also..</w:t>
      </w:r>
    </w:p>
    <w:p>
      <w:r>
        <w:t>[From the“Tales of Ancient Times”]</w:t>
      </w:r>
    </w:p>
    <w:p>
      <w:r>
        <w:t>There are roses that.., around, around</w:t>
      </w:r>
    </w:p>
    <w:p>
      <w:r>
        <w:t>[Yo, yo, yo]</w:t>
      </w:r>
    </w:p>
    <w:p>
      <w:r>
        <w:t>Thorns grow</w:t>
      </w:r>
    </w:p>
    <w:p>
      <w:r>
        <w:t>[Yo, oh..]</w:t>
      </w:r>
    </w:p>
    <w:p>
      <w:r>
        <w:t>And the rose, it, it, it knows about the thorns, about the thorns..</w:t>
      </w:r>
    </w:p>
    <w:p>
      <w:r>
        <w:t>[And it has a good fragrance]</w:t>
      </w:r>
    </w:p>
    <w:p>
      <w:r>
        <w:t>{{….}}</w:t>
      </w:r>
    </w:p>
    <w:p>
      <w:r>
        <w:t>[Fragrance, yes]</w:t>
      </w:r>
    </w:p>
    <w:p>
      <w:r>
        <w:t>“Shoshanas Yaakov”..</w:t>
      </w:r>
    </w:p>
    <w:p>
      <w:r>
        <w:t>[They protect it]</w:t>
      </w:r>
    </w:p>
    <w:p>
      <w:r>
        <w:t>It is a great matter, it is Breslov</w:t>
      </w:r>
    </w:p>
    <w:p>
      <w:r>
        <w:t>[So this is Breslov]</w:t>
      </w:r>
    </w:p>
    <w:p>
      <w:r>
        <w:t>“Shoshana Yaakov”, “Shoshana,” “Shoshanas Yaakov,” the choicest of the House of Yaakov</w:t>
      </w:r>
    </w:p>
    <w:p>
      <w:r>
        <w:t>“Shoshanas Yaakov.. rejoiced and was glad,” not only gladness, “rejoicing and gladness”</w:t>
      </w:r>
    </w:p>
    <w:p>
      <w:r>
        <w:t>[“Rejoicing and gladness”]</w:t>
      </w:r>
    </w:p>
    <w:p>
      <w:r>
        <w:t>“When together they beheld Mordechai robed in royal blue”</w:t>
      </w:r>
    </w:p>
    <w:p>
      <w:r>
        <w:t>‘Mordechai’s royal blue,’ Mordechai the Jew, Mordechai the tzaddik, Mordechai is the..</w:t>
      </w:r>
    </w:p>
    <w:p>
      <w:r>
        <w:t>‘Mordechai’s royal blue’</w:t>
      </w:r>
    </w:p>
    <w:p>
      <w:r>
        <w:t>[..]</w:t>
      </w:r>
    </w:p>
    <w:p>
      <w:r>
        <w:t>The light of Mordechai</w:t>
      </w:r>
    </w:p>
    <w:p>
      <w:r>
        <w:t>[That is how it is]</w:t>
      </w:r>
    </w:p>
    <w:p>
      <w:r>
        <w:t>{..}</w:t>
      </w:r>
    </w:p>
    <w:p>
      <w:r>
        <w:t>[This is the victory of the Jewish people]</w:t>
      </w:r>
    </w:p>
    <w:p>
      <w:r>
        <w:t>Oy, oy, oy</w:t>
      </w:r>
    </w:p>
    <w:p>
      <w:r>
        <w:t>[This is the victory of the Jewish people over Rome]</w:t>
      </w:r>
    </w:p>
    <w:p>
      <w:r>
        <w:t>[Saba continues singing:</w:t>
      </w:r>
    </w:p>
    <w:p>
      <w:r>
        <w:t>“Their salvation was forever and their hope throughout every generation</w:t>
      </w:r>
    </w:p>
    <w:p>
      <w:r>
        <w:t>To make known, to make known, to make known, to make known, to make known</w:t>
      </w:r>
    </w:p>
    <w:p>
      <w:r>
        <w:t>That all who hope in You will not be shamed, nor will all who take refuge in You ever be humiliated..”]</w:t>
      </w:r>
    </w:p>
    <w:p>
      <w:r>
        <w:t>[This is not the voice he once had; when he used to sing the whole city would “flow”]</w:t>
      </w:r>
    </w:p>
    <w:p>
      <w:r>
        <w:t>[...]…</w:t>
      </w:r>
    </w:p>
    <w:p>
      <w:r>
        <w:t>...He danced on Purim</w:t>
      </w:r>
    </w:p>
    <w:p>
      <w:r>
        <w:t>[On Purim]</w:t>
      </w:r>
    </w:p>
    <w:p>
      <w:r>
        <w:t>At “to make known , to make known , to make known , to make known to..”, he cannot move on from the word “to make known”</w:t>
      </w:r>
    </w:p>
    <w:p>
      <w:r>
        <w:t>[Saba continues singing:</w:t>
      </w:r>
    </w:p>
    <w:p>
      <w:r>
        <w:t>“To make known, to make known, to make known, to make known, to make known, to make known, to make known, to make known, to make known</w:t>
      </w:r>
    </w:p>
    <w:p>
      <w:r>
        <w:t>That all who hope in You will not be shamed, nor will all who take refuge in You ever be humiliated..”]</w:t>
      </w:r>
    </w:p>
    <w:p>
      <w:r>
        <w:t>This is such encouragement, Purim is light, the light of Mashiach, the light of {. .}</w:t>
      </w:r>
    </w:p>
    <w:p>
      <w:r>
        <w:t>[Yes, this is what Rebbe Nachman wrote, Purim, Purim and Chanukah]</w:t>
      </w:r>
    </w:p>
    <w:p>
      <w:r>
        <w:t>{..}, yes, yes</w:t>
      </w:r>
    </w:p>
    <w:p>
      <w:r>
        <w:t>[Purim and Chanukah]</w:t>
      </w:r>
    </w:p>
    <w:p>
      <w:r>
        <w:t>{You already know}</w:t>
      </w:r>
    </w:p>
    <w:p>
      <w:r>
        <w:t>[Rebbe..]</w:t>
      </w:r>
    </w:p>
    <w:p>
      <w:r>
        <w:t>{There will be} more time to make known to the whole wo.. to make known</w:t>
      </w:r>
    </w:p>
    <w:p>
      <w:r>
        <w:t>[To the whole world]</w:t>
      </w:r>
    </w:p>
    <w:p>
      <w:r>
        <w:t>Yes</w:t>
      </w:r>
    </w:p>
    <w:p>
      <w:r>
        <w:t>[In America, to Russia, to Gorbachev in Russia, to.. to.. to.. to.. in China, in China there is there, in India]</w:t>
      </w:r>
    </w:p>
    <w:p>
      <w:r>
        <w:t>{…}</w:t>
      </w:r>
    </w:p>
    <w:p>
      <w:r>
        <w:t>[To Gandhi]</w:t>
      </w:r>
    </w:p>
    <w:p>
      <w:r>
        <w:t>He makes known</w:t>
      </w:r>
    </w:p>
    <w:p>
      <w:r>
        <w:t>[Father, but afterward you cannot breathe]</w:t>
      </w:r>
    </w:p>
    <w:p>
      <w:r>
        <w:t>[Ah, good]</w:t>
      </w:r>
    </w:p>
    <w:p>
      <w:r>
        <w:t>[He has..]</w:t>
      </w:r>
    </w:p>
    <w:p>
      <w:r>
        <w:t>Good, good</w:t>
      </w:r>
    </w:p>
    <w:p>
      <w:r>
        <w:t>[... in..]…</w:t>
      </w:r>
    </w:p>
    <w:p>
      <w:r>
        <w:t>...[…]</w:t>
      </w:r>
    </w:p>
    <w:p>
      <w:r>
        <w:t>[Father, perhaps the..]…</w:t>
      </w:r>
    </w:p>
    <w:p>
      <w:r>
        <w:t>...[….]</w:t>
      </w:r>
    </w:p>
    <w:p>
      <w:r>
        <w:t>[Baruch Hashem, better and better, better and better]</w:t>
      </w:r>
    </w:p>
    <w:p>
      <w:r>
        <w:t>[Better and better, nu, Rebbe, better and better]</w:t>
      </w:r>
    </w:p>
    <w:p>
      <w:r>
        <w:t>Baruch Hashem</w:t>
      </w:r>
    </w:p>
    <w:p>
      <w:r>
        <w:t>[One sees that this.. they said four months ago that..]</w:t>
      </w:r>
    </w:p>
    <w:p>
      <w:r>
        <w:t>You know, I heard, I heard from several, from Yaakov, that they say</w:t>
      </w:r>
    </w:p>
    <w:p>
      <w:r>
        <w:t>[Yes]</w:t>
      </w:r>
    </w:p>
    <w:p>
      <w:r>
        <w:t>That the note and the amulets, I do not want to say what they say</w:t>
      </w:r>
    </w:p>
    <w:p>
      <w:r>
        <w:t>[We do not know what.. {….}, we do not know, we do not know, {….}, may God grant..]</w:t>
      </w:r>
    </w:p>
    <w:p>
      <w:r>
        <w:t>[….]</w:t>
      </w:r>
    </w:p>
    <w:p>
      <w:r>
        <w:t>[May God grant understanding, nu, what do we know, we..]</w:t>
      </w:r>
    </w:p>
    <w:p>
      <w:r>
        <w:t>[{The entire year}]</w:t>
      </w:r>
    </w:p>
    <w:p>
      <w:r>
        <w:t>[And we are searching for the true tzaddik]</w:t>
      </w:r>
    </w:p>
    <w:p>
      <w:r>
        <w:t>Oh, if only we merit to find him</w:t>
      </w:r>
    </w:p>
    <w:p>
      <w:r>
        <w:t>[Next Sunday?]</w:t>
      </w:r>
    </w:p>
    <w:p>
      <w:r>
        <w:t>If one searches, one finds</w:t>
      </w:r>
    </w:p>
    <w:p>
      <w:r>
        <w:t>[…..]</w:t>
      </w:r>
    </w:p>
    <w:p>
      <w:r>
        <w:t>[Next Sunday]</w:t>
      </w:r>
    </w:p>
    <w:p>
      <w:r>
        <w:t>[Nu, but..]</w:t>
      </w:r>
    </w:p>
    <w:p>
      <w:r>
        <w:t>If one truly searches</w:t>
      </w:r>
    </w:p>
    <w:p>
      <w:r>
        <w:t>[And the Americans..]</w:t>
      </w:r>
    </w:p>
    <w:p>
      <w:r>
        <w:t>[Truly, I all, all my life I searched for the true tzaddik]</w:t>
      </w:r>
    </w:p>
    <w:p>
      <w:r>
        <w:t>[{…..}.. whenever it is convenient for you, another two weeks, another three</w:t>
      </w:r>
    </w:p>
    <w:p>
      <w:r>
        <w:t>And as for this, also prepare for me the background of the story, all.. no, I will prepare it</w:t>
      </w:r>
    </w:p>
    <w:p>
      <w:r>
        <w:t>Because they want to write it, what it will be about and what it concerns]</w:t>
      </w:r>
    </w:p>
    <w:p>
      <w:r>
        <w:t>[We have it in English]</w:t>
      </w:r>
    </w:p>
    <w:p>
      <w:r>
        <w:t>[About the letter..]…</w:t>
      </w:r>
    </w:p>
    <w:p>
      <w:r>
        <w:t>...{...} "to make known" what {this is? this is}..</w:t>
      </w:r>
    </w:p>
    <w:p>
      <w:r>
        <w:t>It entered my soul and it will not, no, it will not leave me ever and forever</w:t>
      </w:r>
    </w:p>
    <w:p>
      <w:r>
        <w:t>[…………..]</w:t>
      </w:r>
    </w:p>
    <w:p>
      <w:r>
        <w:t>[…….…….]</w:t>
      </w:r>
    </w:p>
    <w:p>
      <w:r>
        <w:t>[{….} I am waiting, when you want to walk in the forest..]</w:t>
      </w:r>
    </w:p>
    <w:p>
      <w:r>
        <w:t>{..}</w:t>
      </w:r>
    </w:p>
    <w:p>
      <w:r>
        <w:t>[When you want..]</w:t>
      </w:r>
    </w:p>
    <w:p>
      <w:r>
        <w:t>Now I.., oy</w:t>
      </w:r>
    </w:p>
    <w:p>
      <w:r>
        <w:t>[Now.. now cannot, we..]</w:t>
      </w:r>
    </w:p>
    <w:p>
      <w:r>
        <w:t>Good, good, good, good, oy vey...</w:t>
      </w:r>
    </w:p>
    <w:p>
      <w:r>
        <w:t>...oy, oy, oy</w:t>
      </w:r>
    </w:p>
    <w:p>
      <w:r>
        <w:t>[A little more milk?]</w:t>
      </w:r>
    </w:p>
    <w:p>
      <w:r>
        <w:t>Only I, my back, I know</w:t>
      </w:r>
    </w:p>
    <w:p>
      <w:r>
        <w:t>[Saba, shalom]</w:t>
      </w:r>
    </w:p>
    <w:p>
      <w:r>
        <w:t>Ah, shalom aleichem</w:t>
      </w:r>
    </w:p>
    <w:p>
      <w:r>
        <w:t>[Aharon, Aharon, Aharon, ah.. called me]</w:t>
      </w:r>
    </w:p>
    <w:p>
      <w:r>
        <w:t>Nu</w:t>
      </w:r>
    </w:p>
    <w:p>
      <w:r>
        <w:t>[In Shilo, in Shilo]</w:t>
      </w:r>
    </w:p>
    <w:p>
      <w:r>
        <w:t>Shilo</w:t>
      </w:r>
    </w:p>
    <w:p>
      <w:r>
        <w:t>[On Sunday there will be children there from first grade through sixth grade]</w:t>
      </w:r>
    </w:p>
    <w:p>
      <w:r>
        <w:t>Nu</w:t>
      </w:r>
    </w:p>
    <w:p>
      <w:r>
        <w:t>[Children from age..]</w:t>
      </w:r>
    </w:p>
    <w:p>
      <w:r>
        <w:t>Small children</w:t>
      </w:r>
    </w:p>
    <w:p>
      <w:r>
        <w:t>[From age 10 to 12, or 8 to 12]</w:t>
      </w:r>
    </w:p>
    <w:p>
      <w:r>
        <w:t>Good</w:t>
      </w:r>
    </w:p>
    <w:p>
      <w:r>
        <w:t>[So, yes, we want, but he told me that we should convey to you, that you should be</w:t>
      </w:r>
    </w:p>
    <w:p>
      <w:r>
        <w:t>Prepare yourselves that you are speaking with children]</w:t>
      </w:r>
    </w:p>
    <w:p>
      <w:r>
        <w:t>Speaking, to speak with children?</w:t>
      </w:r>
    </w:p>
    <w:p>
      <w:r>
        <w:t>[About "Stories of Ancient Times," the holy Rabbainu]</w:t>
      </w:r>
    </w:p>
    <w:p>
      <w:r>
        <w:t>{..}, nu, Hashem should {help} us with words</w:t>
      </w:r>
    </w:p>
    <w:p>
      <w:r>
        <w:t>We in these generations, we are completely far from everything</w:t>
      </w:r>
    </w:p>
    <w:p>
      <w:r>
        <w:t>[Yes]</w:t>
      </w:r>
    </w:p>
    <w:p>
      <w:r>
        <w:t>That is the truth</w:t>
      </w:r>
    </w:p>
    <w:p>
      <w:r>
        <w:t>[Yes, yes]</w:t>
      </w:r>
    </w:p>
    <w:p>
      <w:r>
        <w:t>Nu, and nevertheless Hashem is merciful, "Hashem's kindnesses, for we have not been consumed"</w:t>
      </w:r>
    </w:p>
    <w:p>
      <w:r>
        <w:t>Even in these generations, even as we are</w:t>
      </w:r>
    </w:p>
    <w:p>
      <w:r>
        <w:t>If we seek truth, not honor, no, do not pursue, do not want honor and do not pursue honor</w:t>
      </w:r>
    </w:p>
    <w:p>
      <w:r>
        <w:t>Then this is reck.. also taken into account even in these generations</w:t>
      </w:r>
    </w:p>
    <w:p>
      <w:r>
        <w:t>Then we need only surrender ourselves to Hashem</w:t>
      </w:r>
    </w:p>
    <w:p>
      <w:r>
        <w:t>That He should help us merit to speak words of grace, words of faith</w:t>
      </w:r>
    </w:p>
    <w:p>
      <w:r>
        <w:t>Because we are completely far, it is all through kindness, everything in truth and everything through kindness, yes, that is the truth</w:t>
      </w:r>
    </w:p>
    <w:p>
      <w:r>
        <w:t>[Yes, undeserved kindness]</w:t>
      </w:r>
    </w:p>
    <w:p>
      <w:r>
        <w:t>Even we adults, we, who imagine that we want, that we, that we.. yes</w:t>
      </w:r>
    </w:p>
    <w:p>
      <w:r>
        <w:t>Nevertheless, if we conduct our matter in a manner like, in a fixed manner, in an ordinary manner</w:t>
      </w:r>
    </w:p>
    <w:p>
      <w:r>
        <w:t>[Yes, yes]</w:t>
      </w:r>
    </w:p>
    <w:p>
      <w:r>
        <w:t>"Goodbye, good.. yes"</w:t>
      </w:r>
    </w:p>
    <w:p>
      <w:r>
        <w:t>[Yes, yes]</w:t>
      </w:r>
    </w:p>
    <w:p>
      <w:r>
        <w:t>But, but the main thing is that the heart should burn so much for Hashem</w:t>
      </w:r>
    </w:p>
    <w:p>
      <w:r>
        <w:t>"Perhaps when I meet with Leizer or with Yisroel Ber, perhaps some good will come of it, to draw close to Hashem"</w:t>
      </w:r>
    </w:p>
    <w:p>
      <w:r>
        <w:t>This, if not for this, only in an ordinary manner, {I …..}</w:t>
      </w:r>
    </w:p>
    <w:p>
      <w:r>
        <w:t>[Please, Sharon..]</w:t>
      </w:r>
    </w:p>
    <w:p>
      <w:r>
        <w:t>{……}</w:t>
      </w:r>
    </w:p>
    <w:p>
      <w:r>
        <w:t>[Please, drink]</w:t>
      </w:r>
    </w:p>
    <w:p>
      <w:r>
        <w:t>Oy, oy, oy..</w:t>
      </w:r>
    </w:p>
    <w:p>
      <w:r>
        <w:t>[They are standing and talking, so I suggested to them..]</w:t>
      </w:r>
    </w:p>
    <w:p>
      <w:r>
        <w:t>Oy, bring me the pillow fr.. fr.. my pillow from my head..</w:t>
      </w:r>
    </w:p>
    <w:p>
      <w:r>
        <w:t>[….]</w:t>
      </w:r>
    </w:p>
    <w:p>
      <w:r>
        <w:t>Oy, I, I, I think {about this}, yesterday there was with me, {yes}, a large crowd</w:t>
      </w:r>
    </w:p>
    <w:p>
      <w:r>
        <w:t>[A large crowd]</w:t>
      </w:r>
    </w:p>
    <w:p>
      <w:r>
        <w:t>Many students, many Chassidim</w:t>
      </w:r>
    </w:p>
    <w:p>
      <w:r>
        <w:t>[No, no, no, no, no, no, no..]</w:t>
      </w:r>
    </w:p>
    <w:p>
      <w:r>
        <w:t>And I truly if, if.. I truly, I truly</w:t>
      </w:r>
    </w:p>
    <w:p>
      <w:r>
        <w:t>I am not of this type, to come to me to ask {{a request}}</w:t>
      </w:r>
    </w:p>
    <w:p>
      <w:r>
        <w:t>[No, we want people to..]</w:t>
      </w:r>
    </w:p>
    <w:p>
      <w:r>
        <w:t>But nevertheless, what, what did you say, ah, good, good, good, good</w:t>
      </w:r>
    </w:p>
    <w:p>
      <w:r>
        <w:t>It is good that I saw, I, I did not notice, oy vey</w:t>
      </w:r>
    </w:p>
    <w:p>
      <w:r>
        <w:t>The main thing is.. I, I remember my matter, my bond with Rebbe Yisroel (Kardonner)</w:t>
      </w:r>
    </w:p>
    <w:p>
      <w:r>
        <w:t>It was {…. …}, I was..</w:t>
      </w:r>
    </w:p>
    <w:p>
      <w:r>
        <w:t>[Renewed]</w:t>
      </w:r>
    </w:p>
    <w:p>
      <w:r>
        <w:t>All the time, all the years I literally could not, I could not go a moment without Rebbe Yisroel (Kardonner)</w:t>
      </w:r>
    </w:p>
    <w:p>
      <w:r>
        <w:t>I could not live without Rebbe Yisroel (Kardonner)</w:t>
      </w:r>
    </w:p>
    <w:p>
      <w:r>
        <w:t>Because there was such a bond and such a love between us that is unique in the world, that this is not, not, not ordinary</w:t>
      </w:r>
    </w:p>
    <w:p>
      <w:r>
        <w:t>Because our matter, my entire intention was not for the sake of giving honor to Rebbe Yisroel (Kardonner)</w:t>
      </w:r>
    </w:p>
    <w:p>
      <w:r>
        <w:t>My entire intention was..</w:t>
      </w:r>
    </w:p>
    <w:p>
      <w:r>
        <w:t>[To be renewed..]</w:t>
      </w:r>
    </w:p>
    <w:p>
      <w:r>
        <w:t>To seek, to seek, perhaps I will find some light, perhaps he can illuminate some light for me</w:t>
      </w:r>
    </w:p>
    <w:p>
      <w:r>
        <w:t>How, how to serve Hashem in truth, that is the main thing</w:t>
      </w:r>
    </w:p>
    <w:p>
      <w:r>
        <w:t>And he too, the same thing, he did not desire a disciple like me</w:t>
      </w:r>
    </w:p>
    <w:p>
      <w:r>
        <w:t>Only for this, perhaps he would succeed in illuminating within me some, some spark from the holy Rabbainu</w:t>
      </w:r>
    </w:p>
    <w:p>
      <w:r>
        <w:t>So that I would have benefit in this world and in the World to Come, this was the main point of our intention and the main point of our bond</w:t>
      </w:r>
    </w:p>
    <w:p>
      <w:r>
        <w:t>Because of this we succeeded, that it has permanence</w:t>
      </w:r>
    </w:p>
    <w:p>
      <w:r>
        <w:t>It has already been seventy years since Rebbe Yisroel (Kardonner), {already, nu}.. and his matter has not ceased</w:t>
      </w:r>
    </w:p>
    <w:p>
      <w:r>
        <w:t>He, he began with me, began much earlier before me</w:t>
      </w:r>
    </w:p>
    <w:p>
      <w:r>
        <w:t>But this was the whole, the main point of his work, his goal, to leave in this world..</w:t>
      </w:r>
    </w:p>
    <w:p>
      <w:r>
        <w:t>[..]</w:t>
      </w:r>
    </w:p>
    <w:p>
      <w:r>
        <w:t>The light of Rabbainu..</w:t>
      </w:r>
    </w:p>
    <w:p>
      <w:r>
        <w:t>[..]</w:t>
      </w:r>
    </w:p>
    <w:p>
      <w:r>
        <w:t>To bring it into people</w:t>
      </w:r>
    </w:p>
    <w:p>
      <w:r>
        <w:t>[Yes, yes]</w:t>
      </w:r>
    </w:p>
    <w:p>
      <w:r>
        <w:t>Because these people will tell his fellow, {…}, yes</w:t>
      </w:r>
    </w:p>
    <w:p>
      <w:r>
        <w:t>[A new world]</w:t>
      </w:r>
    </w:p>
    <w:p>
      <w:r>
        <w:t>{I will have\ and these} disciples, will make other disciples</w:t>
      </w:r>
    </w:p>
    <w:p>
      <w:r>
        <w:t>And this was his main intention, not to increase his honor and to publicize</w:t>
      </w:r>
    </w:p>
    <w:p>
      <w:r>
        <w:t>That he should be famous - "Rebbe Yisroel, Rebbe Yisroel..”</w:t>
      </w:r>
    </w:p>
    <w:p>
      <w:r>
        <w:t>This, on the contrary, from this aspect he was so modest that there is, there is no modesty like this in the world, he was modest, that he did not know..</w:t>
      </w:r>
    </w:p>
    <w:p>
      <w:r>
        <w:t>He wept before Hashem and he served Hashem with all his strength, with all his soul and all his might</w:t>
      </w:r>
    </w:p>
    <w:p>
      <w:r>
        <w:t>As it is written, "with all your hearts, and with all your souls"</w:t>
      </w:r>
    </w:p>
    <w:p>
      <w:r>
        <w:t>Not only did he say it, he was accustomed to say it like this, yes</w:t>
      </w:r>
    </w:p>
    <w:p>
      <w:r>
        <w:t>[Oy, oy, oy]</w:t>
      </w:r>
    </w:p>
    <w:p>
      <w:r>
        <w:t>And he.., but we too, if we want to succeed, then we need to seek truth</w:t>
      </w:r>
    </w:p>
    <w:p>
      <w:r>
        <w:t>In every matter, only truth</w:t>
      </w:r>
    </w:p>
    <w:p>
      <w:r>
        <w:t>"I want to walk four amos or more, so that perhaps through this</w:t>
      </w:r>
    </w:p>
    <w:p>
      <w:r>
        <w:t>I will merit to hear some word that will be of benefit to me for serving Hashem"</w:t>
      </w:r>
    </w:p>
    <w:p>
      <w:r>
        <w:t>This is the main vitality, not as usual, people are accustomed to travel to an Admor</w:t>
      </w:r>
    </w:p>
    <w:p>
      <w:r>
        <w:t>[Yes, yes, God forbid]</w:t>
      </w:r>
    </w:p>
    <w:p>
      <w:r>
        <w:t>But, {….}</w:t>
      </w:r>
    </w:p>
    <w:p>
      <w:r>
        <w:t>[Baruch Hashem, no, I was not raised among Chassidim, I was not raised</w:t>
      </w:r>
    </w:p>
    <w:p>
      <w:r>
        <w:t>I do not know their customs, I did not grow up among Chassidim</w:t>
      </w:r>
    </w:p>
    <w:p>
      <w:r>
        <w:t>I do not know Chassidic groups]</w:t>
      </w:r>
    </w:p>
    <w:p>
      <w:r>
        <w:t>Oy vey, vey, oy, that is truth</w:t>
      </w:r>
    </w:p>
    <w:p>
      <w:r>
        <w:t>And Rabbainu's matter is only truth</w:t>
      </w:r>
    </w:p>
    <w:p>
      <w:r>
        <w:t>Again, more, more.. good</w:t>
      </w:r>
    </w:p>
    <w:p>
      <w:r>
        <w:t>{"When will I, I perform miracles"}</w:t>
      </w:r>
    </w:p>
    <w:p>
      <w:r>
        <w:t>This..</w:t>
      </w:r>
    </w:p>
    <w:p>
      <w:r>
        <w:t>[Yes, yes]</w:t>
      </w:r>
    </w:p>
    <w:p>
      <w:r>
        <w:t>This is only Rabbainu's matter.. it, it is truth</w:t>
      </w:r>
    </w:p>
    <w:p>
      <w:r>
        <w:t>It is such pure and clear truth, that there has not yet been such truth in the world</w:t>
      </w:r>
    </w:p>
    <w:p>
      <w:r>
        <w:t>All the tzaddikim walk in the ways of truth</w:t>
      </w:r>
    </w:p>
    <w:p>
      <w:r>
        <w:t>But there is truth, there is, there is {. . .}, yes</w:t>
      </w:r>
    </w:p>
    <w:p>
      <w:r>
        <w:t>Rabbainu's truth is the ultimate perfection, after which there is no perfection</w:t>
      </w:r>
    </w:p>
    <w:p>
      <w:r>
        <w:t>His work in the matter, the matter of our bond with Rabbainu</w:t>
      </w:r>
    </w:p>
    <w:p>
      <w:r>
        <w:t>It is only truth, as I was with Rebbe Yisroel (Kardonner)</w:t>
      </w:r>
    </w:p>
    <w:p>
      <w:r>
        <w:t>He was, he believed in Rabbainu, that truly he, he believed, yes</w:t>
      </w:r>
    </w:p>
    <w:p>
      <w:r>
        <w:t>False faith is nothing, a faith of falsehood "I believe"</w:t>
      </w:r>
    </w:p>
    <w:p>
      <w:r>
        <w:t>But it is nothing, it is worth nothing, on the contrary, it causes harm, it, it is nothing</w:t>
      </w:r>
    </w:p>
    <w:p>
      <w:r>
        <w:t>The holy Rabbainu said:</w:t>
      </w:r>
    </w:p>
    <w:p>
      <w:r>
        <w:t>"Before the coming of Moshiach, in the final generations, there will be two klipos," this is what Rabbainu says</w:t>
      </w:r>
    </w:p>
    <w:p>
      <w:r>
        <w:t>"One klipah - heresy</w:t>
      </w:r>
    </w:p>
    <w:p>
      <w:r>
        <w:t>Not to believe in the Torah, {..} mitzvos, {to truly draw close} to Hashem</w:t>
      </w:r>
    </w:p>
    <w:p>
      <w:r>
        <w:t>'Heresy,' this is one klipah</w:t>
      </w:r>
    </w:p>
    <w:p>
      <w:r>
        <w:t>And the second klipah - it is the false beliefs"</w:t>
      </w:r>
    </w:p>
    <w:p>
      <w:r>
        <w:t>There are two klipos, 'heresy,' and 'faith, false beliefs,' yes</w:t>
      </w:r>
    </w:p>
    <w:p>
      <w:r>
        <w:t>But both of them are klipos, this is still the aspect of Amalek</w:t>
      </w:r>
    </w:p>
    <w:p>
      <w:r>
        <w:t>This, this is not.. it has no permanence and nothing comes out of it, on the contrary, it causes harm</w:t>
      </w:r>
    </w:p>
    <w:p>
      <w:r>
        <w:t>And the holy Rabbainu is faith, such pure faith that there has not yet been in the world</w:t>
      </w:r>
    </w:p>
    <w:p>
      <w:r>
        <w:t>For only he can bring into our hearts the ultimate end</w:t>
      </w:r>
    </w:p>
    <w:p>
      <w:r>
        <w:t>The truth, that the main thing is to serve Hashem, without..</w:t>
      </w:r>
    </w:p>
    <w:p>
      <w:r>
        <w:t>{..}, without, without pursuing honor and publicity</w:t>
      </w:r>
    </w:p>
    <w:p>
      <w:r>
        <w:t>Because with, with, with honor and publicity, then there is nothing, it is, it is false beliefs</w:t>
      </w:r>
    </w:p>
    <w:p>
      <w:r>
        <w:t>This is not, this, this is not truth, {yes}</w:t>
      </w:r>
    </w:p>
    <w:p>
      <w:r>
        <w:t>[Abba..]</w:t>
      </w:r>
    </w:p>
    <w:p>
      <w:r>
        <w:t>I remember..</w:t>
      </w:r>
    </w:p>
    <w:p>
      <w:r>
        <w:t>[Do you want a cup of tea?]</w:t>
      </w:r>
    </w:p>
    <w:p>
      <w:r>
        <w:t>Eh?</w:t>
      </w:r>
    </w:p>
    <w:p>
      <w:r>
        <w:t>[No, no, Abba, I do not want to give this]</w:t>
      </w:r>
    </w:p>
    <w:p>
      <w:r>
        <w:t>Eh..</w:t>
      </w:r>
    </w:p>
    <w:p>
      <w:r>
        <w:t>[He will drink tea, Abba..]</w:t>
      </w:r>
    </w:p>
    <w:p>
      <w:r>
        <w:t>Nu</w:t>
      </w:r>
    </w:p>
    <w:p>
      <w:r>
        <w:t>[A cup of tea?]</w:t>
      </w:r>
    </w:p>
    <w:p>
      <w:r>
        <w:t>Good, a cup of tea</w:t>
      </w:r>
    </w:p>
    <w:p>
      <w:r>
        <w:t>[You said so]</w:t>
      </w:r>
    </w:p>
    <w:p>
      <w:r>
        <w:t>Maybe a cup, a cup</w:t>
      </w:r>
    </w:p>
    <w:p>
      <w:r>
        <w:t>[Beer?]</w:t>
      </w:r>
    </w:p>
    <w:p>
      <w:r>
        <w:t>Coffee? No, no, I already drank beer</w:t>
      </w:r>
    </w:p>
    <w:p>
      <w:r>
        <w:t>[Yes]</w:t>
      </w:r>
    </w:p>
    <w:p>
      <w:r>
        <w:t>I want that I should have the stomach, {I do not, I know}, then hot, hot</w:t>
      </w:r>
    </w:p>
    <w:p>
      <w:r>
        <w:t>[..]</w:t>
      </w:r>
    </w:p>
    <w:p>
      <w:r>
        <w:t>Coffee, coffee with milk, for me this is {...}</w:t>
      </w:r>
    </w:p>
    <w:p>
      <w:r>
        <w:t>[Then I will make you coffee on milk, as I always make]</w:t>
      </w:r>
    </w:p>
    <w:p>
      <w:r>
        <w:t>No, no, no</w:t>
      </w:r>
    </w:p>
    <w:p>
      <w:r>
        <w:t>[Why?]</w:t>
      </w:r>
    </w:p>
    <w:p>
      <w:r>
        <w:t>Coffee with m.., coffee with milk, as coffee is made</w:t>
      </w:r>
    </w:p>
    <w:p>
      <w:r>
        <w:t>[Regular]</w:t>
      </w:r>
    </w:p>
    <w:p>
      <w:r>
        <w:t>Yes</w:t>
      </w:r>
    </w:p>
    <w:p>
      <w:r>
        <w:t>[Good]</w:t>
      </w:r>
    </w:p>
    <w:p>
      <w:r>
        <w:t>Oy, Master of the World, oy, Master of the World</w:t>
      </w:r>
    </w:p>
    <w:p>
      <w:r>
        <w:t>We, if we say, merit to say "Likutay Tefilos"</w:t>
      </w:r>
    </w:p>
    <w:p>
      <w:r>
        <w:t>And.. and "Likutay Eitzos,"</w:t>
      </w:r>
    </w:p>
    <w:p>
      <w:r>
        <w:t>"Likutay Halachos"</w:t>
      </w:r>
    </w:p>
    <w:p>
      <w:r>
        <w:t>"Likutay Moharan"</w:t>
      </w:r>
    </w:p>
    <w:p>
      <w:r>
        <w:t>This is everything, this is all our hope and all our vitality and all our Yiddishkeit, and everything</w:t>
      </w:r>
    </w:p>
    <w:p>
      <w:r>
        <w:t>[Saba..]</w:t>
      </w:r>
    </w:p>
    <w:p>
      <w:r>
        <w:t>Everything, everything here {…}</w:t>
      </w:r>
    </w:p>
    <w:p>
      <w:r>
        <w:t>[I want to make a confession of words]</w:t>
      </w:r>
    </w:p>
    <w:p>
      <w:r>
        <w:t>And but, but it depends in our hands, this is {p’ in the writings}, yes</w:t>
      </w:r>
    </w:p>
    <w:p>
      <w:r>
        <w:t>It comes out comes out, comes out and comes out, what we do not, do not grasp</w:t>
      </w:r>
    </w:p>
    <w:p>
      <w:r>
        <w:t>But everything depends in our hands</w:t>
      </w:r>
    </w:p>
    <w:p>
      <w:r>
        <w:t>Everything depends in our hands according to how we are prepared to give over our souls to seek the truth</w:t>
      </w:r>
    </w:p>
    <w:p>
      <w:r>
        <w:t>Not, God forbid, to be stuck in honor, and publicity and the vanities of this world</w:t>
      </w:r>
    </w:p>
    <w:p>
      <w:r>
        <w:t>This, this is all nothing, worth nothing</w:t>
      </w:r>
    </w:p>
    <w:p>
      <w:r>
        <w:t>I saw the truth, Rebbe Yisroel (Kardonner)</w:t>
      </w:r>
    </w:p>
    <w:p>
      <w:r>
        <w:t>I was raised among the great ones of Israel</w:t>
      </w:r>
    </w:p>
    <w:p>
      <w:r>
        <w:t>And certainly a man, an upright man, they would study Torah and were upright and they wanted, but they had no vessels, "There is no craftsman without tools”</w:t>
      </w:r>
    </w:p>
    <w:p>
      <w:r>
        <w:t>They did not have this, they were opponents, they were opponents, so they did not have, they did not have anything, but in truth, if they had been truly upright people</w:t>
      </w:r>
    </w:p>
    <w:p>
      <w:r>
        <w:t>They would, they would have fled {from false beliefs in..} in the holy Rabbainu</w:t>
      </w:r>
    </w:p>
    <w:p>
      <w:r>
        <w:t>And they would have merited to see Rabbainu’s light and would not have been opponents</w:t>
      </w:r>
    </w:p>
    <w:p>
      <w:r>
        <w:t>As Reb Motel, in the end he, he {became}, he, he, he nullified the opposition</w:t>
      </w:r>
    </w:p>
    <w:p>
      <w:r>
        <w:t>He, he is afraid, he was an upright man and he wanted {….}</w:t>
      </w:r>
    </w:p>
    <w:p>
      <w:r>
        <w:t>But because of this Hashem had mercy on him and he did teshuvah in his lifetime</w:t>
      </w:r>
    </w:p>
    <w:p>
      <w:r>
        <w:t>He did teshuvah, teshuvah of teshuvah, this is {….}, this is a great teshuvah</w:t>
      </w:r>
    </w:p>
    <w:p>
      <w:r>
        <w:t>Because he was their Admor, and all of them were immersed from generation to generation, from generation generation in opposition, and even when he said that he was not an opponent, then they did not, in this they did not, did not look to him—in other matters, yes, but in this, that he said he was not an opponent</w:t>
      </w:r>
    </w:p>
    <w:p>
      <w:r>
        <w:t>"What? Who are you? There were such great ones and they were opponents.."</w:t>
      </w:r>
    </w:p>
    <w:p>
      <w:r>
        <w:t>And they did not accept it from him</w:t>
      </w:r>
    </w:p>
    <w:p>
      <w:r>
        <w:t>[“He is Breslov, what is this?”]</w:t>
      </w:r>
    </w:p>
    <w:p>
      <w:r>
        <w:t>Yes</w:t>
      </w:r>
    </w:p>
    <w:p>
      <w:r>
        <w:t>But if he had, had merited, if he had sought truth</w:t>
      </w:r>
    </w:p>
    <w:p>
      <w:r>
        <w:t>What is truth?</w:t>
      </w:r>
    </w:p>
    <w:p>
      <w:r>
        <w:t>Not for me, everything, the Torah is not for, for my honor..</w:t>
      </w:r>
    </w:p>
    <w:p>
      <w:r>
        <w:t>[..]</w:t>
      </w:r>
    </w:p>
    <w:p>
      <w:r>
        <w:t>And not for my sons, not for my generations, and not for the "name"</w:t>
      </w:r>
    </w:p>
    <w:p>
      <w:r>
        <w:t>And not so there will be.., there will be honor and money, livelihood and money</w:t>
      </w:r>
    </w:p>
    <w:p>
      <w:r>
        <w:t>Because among the world, as long as they live, they know that money is nothing</w:t>
      </w:r>
    </w:p>
    <w:p>
      <w:r>
        <w:t>But as long as a person lives he, he wants money, {money\yes}, money and honor, two things</w:t>
      </w:r>
    </w:p>
    <w:p>
      <w:r>
        <w:t>And it is impossible to get out of this except through the ‘Ba’al Tefillah’</w:t>
      </w:r>
    </w:p>
    <w:p>
      <w:r>
        <w:t>He takes one out of money and out of the desires and out of all the sins and from.. this is the main rectification, yes</w:t>
      </w:r>
    </w:p>
    <w:p>
      <w:r>
        <w:t>The ‘Ba’al Tefillah,’ {this is about me}</w:t>
      </w:r>
    </w:p>
    <w:p>
      <w:r>
        <w:t>He.. we, I, am I saying it to you or to you?</w:t>
      </w:r>
    </w:p>
    <w:p>
      <w:r>
        <w:t>I say to me, to myself, I know that I am far from all this</w:t>
      </w:r>
    </w:p>
    <w:p>
      <w:r>
        <w:t>Rebbe Yisroel (Kardonner), he was Rebbe Yisroel (Kardonner)</w:t>
      </w:r>
    </w:p>
    <w:p>
      <w:r>
        <w:t>But I too could have been more than Rebbe Yisroel (Kardonner), yes, this is the holy Rabbainu, he..</w:t>
      </w:r>
    </w:p>
    <w:p>
      <w:r>
        <w:t>And this.. the truth does not accept</w:t>
      </w:r>
    </w:p>
    <w:p>
      <w:r>
        <w:t>He, when he gives gifts, he gives to someone whom he longs for, who cries, he longs</w:t>
      </w:r>
    </w:p>
    <w:p>
      <w:r>
        <w:t>Then he has m.., he gives gifts, he comes to the wedding and he gives gifts</w:t>
      </w:r>
    </w:p>
    <w:p>
      <w:r>
        <w:t>And they said:</w:t>
      </w:r>
    </w:p>
    <w:p>
      <w:r>
        <w:t>"If.., where do we get the beggar? Where do we get him? How do we t.. how do we take the beggar here?</w:t>
      </w:r>
    </w:p>
    <w:p>
      <w:r>
        <w:t>If he were here at the wedding, sheva brachos..</w:t>
      </w:r>
    </w:p>
    <w:p>
      <w:r>
        <w:t>[…]</w:t>
      </w:r>
    </w:p>
    <w:p>
      <w:r>
        <w:t>He would have been, he would have been very happy"</w:t>
      </w:r>
    </w:p>
    <w:p>
      <w:r>
        <w:t>If he were here, he would have been very happy"</w:t>
      </w:r>
    </w:p>
    <w:p>
      <w:r>
        <w:t>What is joy?</w:t>
      </w:r>
    </w:p>
    <w:p>
      <w:r>
        <w:t>What is the joy? Money..</w:t>
      </w:r>
    </w:p>
    <w:p>
      <w:r>
        <w:t>[..]</w:t>
      </w:r>
    </w:p>
    <w:p>
      <w:r>
        <w:t>Or honor? What is joy?</w:t>
      </w:r>
    </w:p>
    <w:p>
      <w:r>
        <w:t>The joy is only pure and clear truth</w:t>
      </w:r>
    </w:p>
    <w:p>
      <w:r>
        <w:t>We, there is already everything in the world that we need, and this, but it is in our hands</w:t>
      </w:r>
    </w:p>
    <w:p>
      <w:r>
        <w:t>From his side, from Rabbainu’s side, he is prepared to give us all the gifts</w:t>
      </w:r>
    </w:p>
    <w:p>
      <w:r>
        <w:t>{Yes, yes, such, everything}</w:t>
      </w:r>
    </w:p>
    <w:p>
      <w:r>
        <w:t>More than Rebbe Yisroel (Kardonner)</w:t>
      </w:r>
    </w:p>
    <w:p>
      <w:r>
        <w:t>But it depends, everything is in our hands according to the desire, according to how prepared we are to sacrifice the..</w:t>
      </w:r>
    </w:p>
    <w:p>
      <w:r>
        <w:t>Everything that is ours for the sake of Hashem</w:t>
      </w:r>
    </w:p>
    <w:p>
      <w:r>
        <w:t>And the main thing is not, not, not to pay attention, to look at the vanities of this world, at the entire world</w:t>
      </w:r>
    </w:p>
    <w:p>
      <w:r>
        <w:t>Only at the truth, the truth is only to pray..</w:t>
      </w:r>
    </w:p>
    <w:p>
      <w:r>
        <w:t>To merit to pray to Hashem with faith and truth, with simplicity</w:t>
      </w:r>
    </w:p>
    <w:p>
      <w:r>
        <w:t>Nu, but how do we, how, how do we pray, how {you}, our prayer, yes</w:t>
      </w:r>
    </w:p>
    <w:p>
      <w:r>
        <w:t>And all our service, this, this has not yet reached even a drop of the sea of what Rabbainu wants</w:t>
      </w:r>
    </w:p>
    <w:p>
      <w:r>
        <w:t>But it is forbidden to fall, and.. and not to think that I am already, already sunk and I am accustomed this way and I cannot change—no!</w:t>
      </w:r>
    </w:p>
    <w:p>
      <w:r>
        <w:t>According to Rabbainu’s words, everyone can change from one extreme to the other, f.. from death to life</w:t>
      </w:r>
    </w:p>
    <w:p>
      <w:r>
        <w:t>He, he, he can, they can change in every..</w:t>
      </w:r>
    </w:p>
    <w:p>
      <w:r>
        <w:t>And this is not only tomorrow, one time, at every moment, every day and at every time</w:t>
      </w:r>
    </w:p>
    <w:p>
      <w:r>
        <w:t>"And in His goodness He renews every day, constantly"</w:t>
      </w:r>
    </w:p>
    <w:p>
      <w:r>
        <w:t>Not only every day, constantly, this is the entire day, every moment of the day, yes</w:t>
      </w:r>
    </w:p>
    <w:p>
      <w:r>
        <w:t>"He renews every day, constantly"</w:t>
      </w:r>
    </w:p>
    <w:p>
      <w:r>
        <w:t>What is this? Every day, is this constantly? What is this? Why do we need to write another "constantly"?</w:t>
      </w:r>
    </w:p>
    <w:p>
      <w:r>
        <w:t>‘Constantly’—even in every day there are several, many moments, {in every…}, yes, so at every moment, constantly, every day</w:t>
      </w:r>
    </w:p>
    <w:p>
      <w:r>
        <w:t>"Constantly the work of Creation," the work of 'Bereishis,' the 'head of the house'</w:t>
      </w:r>
    </w:p>
    <w:p>
      <w:r>
        <w:t>'Bereishis' is 'head of the house,' the master of the house of the world</w:t>
      </w:r>
    </w:p>
    <w:p>
      <w:r>
        <w:t>The master of the house of the world and the tzaddik, foundation of the world, is the holy Rabbainu</w:t>
      </w:r>
    </w:p>
    <w:p>
      <w:r>
        <w:t>Nu, according to how we seek the truth and know, and know and see</w:t>
      </w:r>
    </w:p>
    <w:p>
      <w:r>
        <w:t>And see the truth as it is, that this world is vanity, nothing</w:t>
      </w:r>
    </w:p>
    <w:p>
      <w:r>
        <w:t>As we say every day, every day we say</w:t>
      </w:r>
    </w:p>
    <w:p>
      <w:r>
        <w:t>"A person should always be God-fearing in private and in public, acknowledge the truth, and speak truth..</w:t>
      </w:r>
    </w:p>
    <w:p>
      <w:r>
        <w:t>And speak truth in his heart, and rise early and say, Master of all worlds, not</w:t>
      </w:r>
    </w:p>
    <w:p>
      <w:r>
        <w:t>Not upon our righteousness do we cast our supplications before You, but upon Your abundant mercies"</w:t>
      </w:r>
    </w:p>
    <w:p>
      <w:r>
        <w:t>From our side we are far, standing completely outside</w:t>
      </w:r>
    </w:p>
    <w:p>
      <w:r>
        <w:t>"Not upon our righteousness do we cast our supplications before You, but upon Your abundant mercies</w:t>
      </w:r>
    </w:p>
    <w:p>
      <w:r>
        <w:t>What are we, what are our lives, what is our kindness, what is our righteousness, what are our salvations, what is our strength"</w:t>
      </w:r>
    </w:p>
    <w:p>
      <w:r>
        <w:t>Nothing, what is our strength? What is our might?</w:t>
      </w:r>
    </w:p>
    <w:p>
      <w:r>
        <w:t>"What shall we say before You? Surely all the mighty are as nothing.. before You, and men of renown are as though they had never been"</w:t>
      </w:r>
    </w:p>
    <w:p>
      <w:r>
        <w:t>It is all vanity, oy</w:t>
      </w:r>
    </w:p>
    <w:p>
      <w:r>
        <w:t>"Surely all, all the mighty are as nothing before You," nothing</w:t>
      </w:r>
    </w:p>
    <w:p>
      <w:r>
        <w:t>"And men of renown are as though they had never been," men of renown, famous, men of renown, famous with a great name</w:t>
      </w:r>
    </w:p>
    <w:p>
      <w:r>
        <w:t>"{And men of renown} are as though they had never been," and this is vanity, nothing</w:t>
      </w:r>
    </w:p>
    <w:p>
      <w:r>
        <w:t>Nu, and the main thing is that we need to have mercy on ourselves, to seek Rabbainu, there is</w:t>
      </w:r>
    </w:p>
    <w:p>
      <w:r>
        <w:t>There is everything we need every day and at every time and at every moment</w:t>
      </w:r>
    </w:p>
    <w:p>
      <w:r>
        <w:t>Everything that we ar.., the rectifications, what are the rectifications?</w:t>
      </w:r>
    </w:p>
    <w:p>
      <w:r>
        <w:t>That we merit to renew ourselves from now on at every moment, yes</w:t>
      </w:r>
    </w:p>
    <w:p>
      <w:r>
        <w:t>Not to despair, and not to become confused, to cast ourselves upon Hashem Yisborach, and the holy Rabbainu says:</w:t>
      </w:r>
    </w:p>
    <w:p>
      <w:r>
        <w:t>"I, when the day comes, I cast myself and all, and, and all the matters of</w:t>
      </w:r>
    </w:p>
    <w:p>
      <w:r>
        <w:t>Of my children, of my generations and of, of the grandchildren, everything upon Hashem Yisborach" nu..</w:t>
      </w:r>
    </w:p>
    <w:p>
      <w:r>
        <w:t>He cast, but we can say "I cast," but only, it is only..</w:t>
      </w:r>
    </w:p>
    <w:p>
      <w:r>
        <w:t>But one specifically needs self-sacrifice, literally every day, always every day</w:t>
      </w:r>
    </w:p>
    <w:p>
      <w:r>
        <w:t>"I cast myself {upon You\to You}, Yisborach, and let everything be according to Your will"</w:t>
      </w:r>
    </w:p>
    <w:p>
      <w:r>
        <w:t>This, this is the main salvation, this is the main repentance, this is the main thing of all</w:t>
      </w:r>
    </w:p>
    <w:p>
      <w:r>
        <w:t>Not, not for me, because nothing</w:t>
      </w:r>
    </w:p>
    <w:p>
      <w:r>
        <w:t>We need to sacrifice ourselves to distance this entire world, all the vanities of this world, from our hearts</w:t>
      </w:r>
    </w:p>
    <w:p>
      <w:r>
        <w:t>It is all vanity, vanity</w:t>
      </w:r>
    </w:p>
    <w:p>
      <w:r>
        <w:t>"For, for everything is vanity, men of renown are as though they had never been, and the wise are as though without knowledge, and the discerning are as though without intelligence"</w:t>
      </w:r>
    </w:p>
    <w:p>
      <w:r>
        <w:t>The discerning, what is that? The discerning? Geniuses? This.. {… yes}</w:t>
      </w:r>
    </w:p>
    <w:p>
      <w:r>
        <w:t>"And the discerning are as though without intelligence, for most of their deeds are chaos"</w:t>
      </w:r>
    </w:p>
    <w:p>
      <w:r>
        <w:t>Without the Tzadik it is chaos and void</w:t>
      </w:r>
    </w:p>
    <w:p>
      <w:r>
        <w:t>"For most of their deeds are chaos, and the days of their lives are vanity before You"</w:t>
      </w:r>
    </w:p>
    <w:p>
      <w:r>
        <w:t>Nu, "except for (Saba draws out the word except for) the pure soul"</w:t>
      </w:r>
    </w:p>
    <w:p>
      <w:r>
        <w:t>Truth, this truth, only, only "the pure soul"</w:t>
      </w:r>
    </w:p>
    <w:p>
      <w:r>
        <w:t>For it, the soul, is pure of all the vanities of this world, it, it becomes distanced, yes</w:t>
      </w:r>
    </w:p>
    <w:p>
      <w:r>
        <w:t>The soul already distances itself from all the vanities of this world, it does not want, it does not want all this th.. on the contrary, this.. the world is immersed in this, {…} and we need to sacrifice ourselves to cast it away</w:t>
      </w:r>
    </w:p>
    <w:p>
      <w:r>
        <w:t>[..]</w:t>
      </w:r>
    </w:p>
    <w:p>
      <w:r>
        <w:t>Oy vey, blessed are You, Hashem our God, King of the world, through Whose word everything came to be</w:t>
      </w:r>
    </w:p>
    <w:p>
      <w:r>
        <w:t>[Amen]</w:t>
      </w:r>
    </w:p>
    <w:p>
      <w:r>
        <w:t>Oy vey, oy vey..</w:t>
      </w:r>
    </w:p>
    <w:p>
      <w:r>
        <w:t>Such a blessing, such a prayer as we pray</w:t>
      </w:r>
    </w:p>
    <w:p>
      <w:r>
        <w:t>But it is forbidden to fall, one can.. what is this? Until, now</w:t>
      </w:r>
    </w:p>
    <w:p>
      <w:r>
        <w:t>From now on, from now on, from now on, to renew oneself every moment, I am comp.. I, I am not compelled to remain this way, I can, shoyn now, yes, I am not, I am already a new matter, a new person, yes, and this is {….}..</w:t>
      </w:r>
    </w:p>
    <w:p>
      <w:r>
        <w:t>And the main thing is the holy Rabbainu, the "Likutay Tefilos"</w:t>
      </w:r>
    </w:p>
    <w:p>
      <w:r>
        <w:t>The "Likutay Tefilos" is the "Likutay Moharan," it is the holy Rabbainu</w:t>
      </w:r>
    </w:p>
    <w:p>
      <w:r>
        <w:t>The "Likutay Halachos" is the "Likutay Moharan," it is the holy Rabbainu</w:t>
      </w:r>
    </w:p>
    <w:p>
      <w:r>
        <w:t>The "Likutay Halachos," the "Likutay Eitzos," every utterance that comes from the mouths of Rabbainu and Rebbe Nassan</w:t>
      </w:r>
    </w:p>
    <w:p>
      <w:r>
        <w:t>Rebbe Nassan is one thing; the holy Rabbainu and Rebbe Nassan are the sun and the moon</w:t>
      </w:r>
    </w:p>
    <w:p>
      <w:r>
        <w:t>Yes, day and night</w:t>
      </w:r>
    </w:p>
    <w:p>
      <w:r>
        <w:t>Sun, sun and moon</w:t>
      </w:r>
    </w:p>
    <w:p>
      <w:r>
        <w:t>This.. and we need the moon, and we have no existence without the moon, all our vitality is from the moon</w:t>
      </w:r>
    </w:p>
    <w:p>
      <w:r>
        <w:t>All the fruits and all the plants and all.., and the bread, and without the moon, we have no existence</w:t>
      </w:r>
    </w:p>
    <w:p>
      <w:r>
        <w:t>Yes, the moon is the disciple, it is Yehoshua, it is, it is Rabbainu and Rebbe Nassan</w:t>
      </w:r>
    </w:p>
    <w:p>
      <w:r>
        <w:t>This is the truth, but it is impossible to speak this truth with people</w:t>
      </w:r>
    </w:p>
    <w:p>
      <w:r>
        <w:t>Because they are immersed in what they are immersed in and do not, and do not think that it is th..</w:t>
      </w:r>
    </w:p>
    <w:p>
      <w:r>
        <w:t>Vanity, that this is, as though it is a thing..</w:t>
      </w:r>
    </w:p>
    <w:p>
      <w:r>
        <w:t>“What? What?, are you crazy? You are Breslov</w:t>
      </w:r>
    </w:p>
    <w:p>
      <w:r>
        <w:t>You are crazy, what are you, what are you saying?</w:t>
      </w:r>
    </w:p>
    <w:p>
      <w:r>
        <w:t>Money is nothing? Honor is nothing? You are crazy?"</w:t>
      </w:r>
    </w:p>
    <w:p>
      <w:r>
        <w:t>He cannot understand this</w:t>
      </w:r>
    </w:p>
    <w:p>
      <w:r>
        <w:t>That is how the world is, that is how the world is, there is in the world, there is a world, and there is Rabbainu</w:t>
      </w:r>
    </w:p>
    <w:p>
      <w:r>
        <w:t>Yes, if you want to be immersed in the vanities of this world?</w:t>
      </w:r>
    </w:p>
    <w:p>
      <w:r>
        <w:t>Nu, who, who, who is forcing you?</w:t>
      </w:r>
    </w:p>
    <w:p>
      <w:r>
        <w:t>Yes, and if {you have} intelligence, then {….}, flee to the place where one needs to save yourself</w:t>
      </w:r>
    </w:p>
    <w:p>
      <w:r>
        <w:t>If, and if he does not think about this?</w:t>
      </w:r>
    </w:p>
    <w:p>
      <w:r>
        <w:t>He has mercy on the children, that they should have all the honor in the world and all the money {as an inheritance}</w:t>
      </w:r>
    </w:p>
    <w:p>
      <w:r>
        <w:t>Then, then nothing, he did not do for him {…}.</w:t>
      </w:r>
    </w:p>
    <w:p>
      <w:r>
        <w:br w:type="page"/>
      </w:r>
    </w:p>
    <w:p>
      <w:pPr>
        <w:pStyle w:val="Heading1"/>
      </w:pPr>
      <w:r>
        <w:t>Tape 101</w:t>
      </w:r>
    </w:p>
    <w:p>
      <w:pPr>
        <w:pStyle w:val="Heading2"/>
      </w:pPr>
      <w:r>
        <w:t>Side A (Aleph)</w:t>
      </w:r>
    </w:p>
    <w:p>
      <w:r>
        <w:t>...[Shlomo Carlebach plays and sings a song in English about Rebbe Yisroel:</w:t>
      </w:r>
    </w:p>
    <w:p>
      <w:r>
        <w:t>Afterward he sings the melody of "Who created joy and gladness ... may there be found in her.."]…</w:t>
      </w:r>
    </w:p>
    <w:p>
      <w:r>
        <w:t>...[Say what you want]</w:t>
      </w:r>
    </w:p>
    <w:p>
      <w:r>
        <w:t>At the beginning…</w:t>
      </w:r>
    </w:p>
    <w:p>
      <w:r>
        <w:t>...[…………………………...…..] (Dov Shurin, radio program, English) [……………………...…………..] […………………………………..]…</w:t>
      </w:r>
    </w:p>
    <w:p>
      <w:r>
        <w:t>...(continuation of the radio program)</w:t>
      </w:r>
    </w:p>
    <w:p>
      <w:r>
        <w:t>[I believe in Breslov completely]</w:t>
      </w:r>
    </w:p>
    <w:p>
      <w:r>
        <w:t>[Awesome]</w:t>
      </w:r>
    </w:p>
    <w:p>
      <w:r>
        <w:t>[He is the greatest]</w:t>
      </w:r>
    </w:p>
    <w:p>
      <w:r>
        <w:t>[Okay, thank you very much for calling</w:t>
      </w:r>
    </w:p>
    <w:p>
      <w:r>
        <w:t>[Let us tell everyone that David Leibush and Dov are not connected to any movement, Baruch Hashem</w:t>
      </w:r>
    </w:p>
    <w:p>
      <w:r>
        <w:t>We simply appreciate all kinds of different movements</w:t>
      </w:r>
    </w:p>
    <w:p>
      <w:r>
        <w:t>On the telephone with us right now is a Breslover Chassid, Rebbe Yisroel Dov, who arrived with me on the same airplane</w:t>
      </w:r>
    </w:p>
    <w:p>
      <w:r>
        <w:t>To Eretz Yisrael.., ah.. to America from Eretz Yisrael, and a good week to you, David Leibush has a question] I heard</w:t>
      </w:r>
    </w:p>
    <w:p>
      <w:r>
        <w:t>[What do the Jews need to do with the matter of the Petek that arrived</w:t>
      </w:r>
    </w:p>
    <w:p>
      <w:r>
        <w:t>Against the missionaries' decree of forced conversion?]…</w:t>
      </w:r>
    </w:p>
    <w:p>
      <w:r>
        <w:t>...This, this, this {…}, the holy Rabbainu Rebbe Nachman made known</w:t>
      </w:r>
    </w:p>
    <w:p>
      <w:r>
        <w:t>So this is he, so that he, that the main thing, everything depends on him, the main redemption of all the Jews throughout the entire world, this, this, this depends only on him, only on him</w:t>
      </w:r>
    </w:p>
    <w:p>
      <w:r>
        <w:t>[This is a new matter..]</w:t>
      </w:r>
    </w:p>
    <w:p>
      <w:r>
        <w:t>This is a new light that had not been in the world</w:t>
      </w:r>
    </w:p>
    <w:p>
      <w:r>
        <w:t>And this will conquer all.. the entire world</w:t>
      </w:r>
    </w:p>
    <w:p>
      <w:r>
        <w:t>Do you, do you, do you hear?</w:t>
      </w:r>
    </w:p>
    <w:p>
      <w:r>
        <w:t>[And what, what, what needs to be done against the missionaries?]</w:t>
      </w:r>
    </w:p>
    <w:p>
      <w:r>
        <w:t>I do not hear, I do not hear</w:t>
      </w:r>
    </w:p>
    <w:p>
      <w:r>
        <w:t>[…..against the missionaries?]</w:t>
      </w:r>
    </w:p>
    <w:p>
      <w:r>
        <w:t>Eh? Against the missionaries, against everything, against everything</w:t>
      </w:r>
    </w:p>
    <w:p>
      <w:r>
        <w:t>This.., the main thing is to publicize, to pub.., ah, the main thing is to publicize the name of Rabbainu Rebbe Nachman; it will be publicized throughout the entire world, this is the power, this is the light from the holy Rabbainu Rebbe Nachman of Breslov, who is one, unique, one, o.. o.. one in the entire world, who can help, help the entire world, and th.. the Petek, the letter, what this is, is a new revelation</w:t>
      </w:r>
    </w:p>
    <w:p>
      <w:r>
        <w:t>Na Na Nach Nachma Nachman MeUman—this is a simple, doubled, tripled, quadrupled song</w:t>
      </w:r>
    </w:p>
    <w:p>
      <w:r>
        <w:t>This is a new revelation in the world, until the whole world will know</w:t>
      </w:r>
    </w:p>
    <w:p>
      <w:r>
        <w:t>So that everyone.., the main thing is our holy Rabbainu, Rebbe Nachman; he can save the entire world…</w:t>
      </w:r>
    </w:p>
    <w:p>
      <w:r>
        <w:t>...Na Na Nach Nachma Nachman MeUman</w:t>
      </w:r>
    </w:p>
    <w:p>
      <w:r>
        <w:t>[Okay, Rebbe, with your permission, let us return to what..</w:t>
      </w:r>
    </w:p>
    <w:p>
      <w:r>
        <w:t>This is a ninety-seven-year-old Breslover Hasid, and.. he says that the way to fight the missionaries and everything evil in the world is by pronouncing Rebbe Nachman’s name in the following formula. We want all the people, wherever they are, to join us together, everyone together. Let us try this with the intention of actually bringing our righteous Mashiach: Na Na Nach Nachma Nachman MeUman</w:t>
      </w:r>
    </w:p>
    <w:p>
      <w:r>
        <w:t>Once again, Na Na Nach Nachma Nachman MeUman</w:t>
      </w:r>
    </w:p>
    <w:p>
      <w:r>
        <w:t>And let us invite the Breslover Hasid now to sing with us one more time, and everyone together with him</w:t>
      </w:r>
    </w:p>
    <w:p>
      <w:r>
        <w:t>Na Na Nach Nachma Nachman MeUman..</w:t>
      </w:r>
    </w:p>
    <w:p>
      <w:r>
        <w:t>..Na Na Nach Nachma Nachman MeUman</w:t>
      </w:r>
    </w:p>
    <w:p>
      <w:r>
        <w:t>Everyone, Na Na Nach Nachma Nachman MeUman</w:t>
      </w:r>
    </w:p>
    <w:p>
      <w:r>
        <w:t>Once again, Na Na Nach Nachma Nachman MeUman</w:t>
      </w:r>
    </w:p>
    <w:p>
      <w:r>
        <w:t>One more time, everyone, Na Na Nach Nachma Nachman MeUman</w:t>
      </w:r>
    </w:p>
    <w:p>
      <w:r>
        <w:t>One more time, Na Na Nach Nachma Nachman MeUman, yasher koach, yasher koach]</w:t>
      </w:r>
    </w:p>
    <w:p>
      <w:r>
        <w:t>[…………………]</w:t>
      </w:r>
    </w:p>
    <w:p>
      <w:r>
        <w:t>[We are going to return to your telephone call at 752..]...</w:t>
      </w:r>
    </w:p>
    <w:p>
      <w:r>
        <w:t>...[Allow me just to tell you that.. when he was a young man he.., something happened to him</w:t>
      </w:r>
    </w:p>
    <w:p>
      <w:r>
        <w:t>He was depressed, and. uh.. he, he went to a book, he said, in this closed bookcase here, this book cabinet that no one ever entered, because it was closed with Breslov books, he said that.., what.., the book that he would find, he hoped it would have.., uh.. to help him</w:t>
      </w:r>
    </w:p>
    <w:p>
      <w:r>
        <w:t>with his depression, and then when he opened the book he found a personal note</w:t>
      </w:r>
    </w:p>
    <w:p>
      <w:r>
        <w:t>That is, a paper, a letter from Rebbe Nachman of Breslov to him, and there was proof on the letter that it had been written especially to him, and about this we will sing in another moment..</w:t>
      </w:r>
    </w:p>
    <w:p>
      <w:r>
        <w:t>People who are on the lines, please be patient, stay on the line, but it is worth it. We are going to enjoy this song very much, and we are going to get another opportunity</w:t>
      </w:r>
    </w:p>
    <w:p>
      <w:r>
        <w:t>to say Na Na Nach Nachma Nachman MeUman]</w:t>
      </w:r>
    </w:p>
    <w:p>
      <w:r>
        <w:t>[Dov Shurin sings a song about Saba in English]</w:t>
      </w:r>
    </w:p>
    <w:p>
      <w:r>
        <w:t>...{…}, he studied under him in the yeshiva and he was his student, he studied under him</w:t>
      </w:r>
    </w:p>
    <w:p>
      <w:r>
        <w:t>[What was his name?]</w:t>
      </w:r>
    </w:p>
    <w:p>
      <w:r>
        <w:t>Yes, and he..</w:t>
      </w:r>
    </w:p>
    <w:p>
      <w:r>
        <w:t>[Rav Tzvi Litvak]</w:t>
      </w:r>
    </w:p>
    <w:p>
      <w:r>
        <w:t>Eh?</w:t>
      </w:r>
    </w:p>
    <w:p>
      <w:r>
        <w:t>[Tzvi Litvak?]</w:t>
      </w:r>
    </w:p>
    <w:p>
      <w:r>
        <w:t>[Hirsch]</w:t>
      </w:r>
    </w:p>
    <w:p>
      <w:r>
        <w:t>No, Tzvi Hirsch, Rav, Rav Tzvi, Rav Tzvi Rosenthal</w:t>
      </w:r>
    </w:p>
    <w:p>
      <w:r>
        <w:t>[Oh, I did not know that he was a student of the Chafetz Chaim]</w:t>
      </w:r>
    </w:p>
    <w:p>
      <w:r>
        <w:t>Yes, a student of, of.. of..</w:t>
      </w:r>
    </w:p>
    <w:p>
      <w:r>
        <w:t>[]</w:t>
      </w:r>
    </w:p>
    <w:p>
      <w:r>
        <w:t>Oy vey, oy vey, oy vey, oy, oy, oy vey, oy vey, oy, oy</w:t>
      </w:r>
    </w:p>
    <w:p>
      <w:r>
        <w:t>[What else can be brought?]</w:t>
      </w:r>
    </w:p>
    <w:p>
      <w:r>
        <w:t>Oy vey, oy, oy</w:t>
      </w:r>
    </w:p>
    <w:p>
      <w:r>
        <w:t>It is better for me, the less ea.., eating you give me</w:t>
      </w:r>
    </w:p>
    <w:p>
      <w:r>
        <w:t>[For me, the more the better]</w:t>
      </w:r>
    </w:p>
    <w:p>
      <w:r>
        <w:t>At the time itself I have pleasure, I have much good, the body…</w:t>
      </w:r>
    </w:p>
    <w:p>
      <w:r>
        <w:t>...{but} afterward…</w:t>
      </w:r>
    </w:p>
    <w:p>
      <w:r>
        <w:t>...{….}</w:t>
      </w:r>
    </w:p>
    <w:p>
      <w:r>
        <w:t>[……….…Mashiach]</w:t>
      </w:r>
    </w:p>
    <w:p>
      <w:r>
        <w:t>Oy vey, oy vey</w:t>
      </w:r>
    </w:p>
    <w:p>
      <w:r>
        <w:t>[……]...</w:t>
      </w:r>
    </w:p>
    <w:p>
      <w:r>
        <w:t>...[……………..]</w:t>
      </w:r>
    </w:p>
    <w:p>
      <w:r>
        <w:t>[……………..…]…</w:t>
      </w:r>
    </w:p>
    <w:p>
      <w:r>
        <w:t>...Oy vey, ho, oy vey, oy, oy vey</w:t>
      </w:r>
    </w:p>
    <w:p>
      <w:r>
        <w:t>[…………]</w:t>
      </w:r>
    </w:p>
    <w:p>
      <w:r>
        <w:t>[…………]</w:t>
      </w:r>
    </w:p>
    <w:p>
      <w:r>
        <w:t>Oy vey.. ho, oy, ah, ah, oy, oy, oy, oy, oy</w:t>
      </w:r>
    </w:p>
    <w:p>
      <w:r>
        <w:t>[Rebbe Yisroel]</w:t>
      </w:r>
    </w:p>
    <w:p>
      <w:r>
        <w:t>Oy..</w:t>
      </w:r>
    </w:p>
    <w:p>
      <w:r>
        <w:t>[Rebbe Yisroel]</w:t>
      </w:r>
    </w:p>
    <w:p>
      <w:r>
        <w:t>I see now, then, at the time when what passed over me passed over me, I did not know what it was, I could not, it was difficult for me. It is written in the Gemara: "One who comes, comes, comes to purify himself, they assist him," nu, why do such troubles come to me?</w:t>
      </w:r>
    </w:p>
    <w:p>
      <w:r>
        <w:t>I want to be, to be a servant of Hashem in truth, why, why do troubles come to me?” It was difficult</w:t>
      </w:r>
    </w:p>
    <w:p>
      <w:r>
        <w:t>Oy, yes, "Why?”</w:t>
      </w:r>
    </w:p>
    <w:p>
      <w:r>
        <w:t>But now, that was then, but now, the more time passes</w:t>
      </w:r>
    </w:p>
    <w:p>
      <w:r>
        <w:t>I see and understand and apprehend and recognize that it was such a good that has no measure</w:t>
      </w:r>
    </w:p>
    <w:p>
      <w:r>
        <w:t>Now I will give {…} millions; I want a little persecution, humiliations, troubles—where are they?</w:t>
      </w:r>
    </w:p>
    <w:p>
      <w:r>
        <w:t>They cannot be obtained, only a period, nu, what was was, what was was, and it was all good</w:t>
      </w:r>
    </w:p>
    <w:p>
      <w:r>
        <w:t>Everything was for these generations, to see, to see what, what, what Breslov is, and what power it is…</w:t>
      </w:r>
    </w:p>
    <w:p>
      <w:r>
        <w:t>...{my student}……..{and I had…..}….{then}...{when he said} things that were not nice</w:t>
      </w:r>
    </w:p>
    <w:p>
      <w:r>
        <w:t>Then I got up from the chair and said to him: "I do not want to see you"</w:t>
      </w:r>
    </w:p>
    <w:p>
      <w:r>
        <w:t>I left the room, and I gave with the door, I slammed like.., it, and he remained sitting {...}</w:t>
      </w:r>
    </w:p>
    <w:p>
      <w:r>
        <w:t>Afterward I did not go in to him until the night, on that night to him</w:t>
      </w:r>
    </w:p>
    <w:p>
      <w:r>
        <w:t>And his way was to pray at.. at.. like here</w:t>
      </w:r>
    </w:p>
    <w:p>
      <w:r>
        <w:t>[Vasikin]</w:t>
      </w:r>
    </w:p>
    <w:p>
      <w:r>
        <w:t>Vasikin, yes, yes, he, he did not have a minyan; his Hasidim pray before midday</w:t>
      </w:r>
    </w:p>
    <w:p>
      <w:r>
        <w:t>At nine, ten, he did not look at that; he, he prayed with the Sephardim. Yes, afterward, while he was praying, there was the fire. After the prayer he came, he found a fire, and his daughter tells him that she had a miracle, that she was not burned. Yes, at any rate, then he said to her:</w:t>
      </w:r>
    </w:p>
    <w:p>
      <w:r>
        <w:t>"Ah, this was a punishment for me, that Yisroel Ber, he.. it was a punishment for me, I had arguments.."</w:t>
      </w:r>
    </w:p>
    <w:p>
      <w:r>
        <w:t>This is what he said to his daughter:</w:t>
      </w:r>
    </w:p>
    <w:p>
      <w:r>
        <w:t>"I had arguments with Yisroel Ber, and we became angry with one another, so, so thank God that you were saved</w:t>
      </w:r>
    </w:p>
    <w:p>
      <w:r>
        <w:t>Thank God that you remained alive"</w:t>
      </w:r>
    </w:p>
    <w:p>
      <w:r>
        <w:t>Then she said to him:</w:t>
      </w:r>
    </w:p>
    <w:p>
      <w:r>
        <w:t>"I tell you, I hear the arguments, and I see that he, the right is with him"</w:t>
      </w:r>
    </w:p>
    <w:p>
      <w:r>
        <w:t>Oy vey, what was, who, there are many stories, many hidden matters, what..</w:t>
      </w:r>
    </w:p>
    <w:p>
      <w:r>
        <w:t>Oy, now one would give how much, all the money in the world, for there to be such an incident, yes</w:t>
      </w:r>
    </w:p>
    <w:p>
      <w:r>
        <w:t>Rav Mottel (of Slonim) and Yisroel Ber, and these arguments, {who knows?}</w:t>
      </w:r>
    </w:p>
    <w:p>
      <w:r>
        <w:t>[There will be a new incident, Rebbe Yisroel]</w:t>
      </w:r>
    </w:p>
    <w:p>
      <w:r>
        <w:t>There was {an attack}, there was a period..</w:t>
      </w:r>
    </w:p>
    <w:p>
      <w:r>
        <w:t>[Now there will be a new period]</w:t>
      </w:r>
    </w:p>
    <w:p>
      <w:r>
        <w:t>Ho</w:t>
      </w:r>
    </w:p>
    <w:p>
      <w:r>
        <w:t>["Full and heaped from line to line (P’tz’p’tz’y’h’)"]</w:t>
      </w:r>
    </w:p>
    <w:p>
      <w:r>
        <w:t>Oy, oy, oy, oy, oy</w:t>
      </w:r>
    </w:p>
    <w:p>
      <w:r>
        <w:t>And everything was in its season and in its time</w:t>
      </w:r>
    </w:p>
    <w:p>
      <w:r>
        <w:t>I needed to receive from Rebbe Yisroel, and there was not, and there was not, there was such a possibility</w:t>
      </w:r>
    </w:p>
    <w:p>
      <w:r>
        <w:t>Only through the humiliations and bloodshed, and the troubles that I suffered from everyone</w:t>
      </w:r>
    </w:p>
    <w:p>
      <w:r>
        <w:t>I was alone, alone against everyone; how is such a thing possible?</w:t>
      </w:r>
    </w:p>
    <w:p>
      <w:r>
        <w:t>What I suffered, what passed over me, there are no, no words to speak</w:t>
      </w:r>
    </w:p>
    <w:p>
      <w:r>
        <w:t>However much I tell, there is no more, there is no more anything</w:t>
      </w:r>
    </w:p>
    <w:p>
      <w:r>
        <w:t>Oy, oy, oy, oy vey</w:t>
      </w:r>
    </w:p>
    <w:p>
      <w:r>
        <w:t>How much {that I drew}, that I caused my father and mother pain; my father was blind and was poor, and I did everything to do my father’s will, to fulfill the mitzvah of honoring father and mother, and…</w:t>
      </w:r>
    </w:p>
    <w:p>
      <w:r>
        <w:t>[.…………………………………………]... [.……………………………………………]</w:t>
      </w:r>
    </w:p>
    <w:p>
      <w:r>
        <w:t>Shlomo Carlebach sings a song in English about Saba)…</w:t>
      </w:r>
    </w:p>
    <w:p>
      <w:pPr>
        <w:pStyle w:val="Heading2"/>
      </w:pPr>
      <w:r>
        <w:t>Side B (Bais)</w:t>
      </w:r>
    </w:p>
    <w:p>
      <w:r>
        <w:t>...and for sixty years it was completely secret, did not know, did not..</w:t>
      </w:r>
    </w:p>
    <w:p>
      <w:r>
        <w:t>Only my children—I told them the matter, yes</w:t>
      </w:r>
    </w:p>
    <w:p>
      <w:r>
        <w:t>But.. and also there were a few, select individuals who were holy tzaddikim and friends of mine</w:t>
      </w:r>
    </w:p>
    <w:p>
      <w:r>
        <w:t>I told them, and they accepted it</w:t>
      </w:r>
    </w:p>
    <w:p>
      <w:r>
        <w:t>{...} how, how is it possible to accept it? It is above, above nature</w:t>
      </w:r>
    </w:p>
    <w:p>
      <w:r>
        <w:t>Nu, and they accepted it</w:t>
      </w:r>
    </w:p>
    <w:p>
      <w:r>
        <w:t>The matter was bri.., I must speak, tell it briefly, the essence</w:t>
      </w:r>
    </w:p>
    <w:p>
      <w:r>
        <w:t>Sixty-two years ago there was such an episode, I stumbled, stumbled and fell</w:t>
      </w:r>
    </w:p>
    <w:p>
      <w:r>
        <w:t>It was on the day of {seven}, the Seventeenth of Tammuz, it is a severe fast of the Four Fasts</w:t>
      </w:r>
    </w:p>
    <w:p>
      <w:r>
        <w:t>Before {Tisha B'Av …} for the Destruction, for the Destruction</w:t>
      </w:r>
    </w:p>
    <w:p>
      <w:r>
        <w:t>And I, and I was accustomed to fasting all, all the fasts of Behab</w:t>
      </w:r>
    </w:p>
    <w:p>
      <w:r>
        <w:t>The eve of Rosh Chodesh, all kinds.. yes</w:t>
      </w:r>
    </w:p>
    <w:p>
      <w:r>
        <w:t>And also I would fast every single day</w:t>
      </w:r>
    </w:p>
    <w:p>
      <w:r>
        <w:t>From midnight until after the prayer I did not taste even water, as my holy teacher Rebbe Yisroel (Kardonner) practiced, and on the Seventeenth of Tammuz, which is a severe fast, I fell and stumbled</w:t>
      </w:r>
    </w:p>
    <w:p>
      <w:r>
        <w:t>It seemed to me that I was si.., that I did not feel well and I had to, I had to break the fast</w:t>
      </w:r>
    </w:p>
    <w:p>
      <w:r>
        <w:t>In any event, however it may be, I do not, I am ashamed to tell everything, and I..</w:t>
      </w:r>
    </w:p>
    <w:p>
      <w:r>
        <w:t>In any event I stumbled, a descent, I descended a great descent</w:t>
      </w:r>
    </w:p>
    <w:p>
      <w:r>
        <w:t>And I ate in the morning on this fast day, this, and this weighed upon me, and I had great sorrow</w:t>
      </w:r>
    </w:p>
    <w:p>
      <w:r>
        <w:t>And.. and I fell in.. into such depression, that it was frightening—whoever looked at me, there would fall upon him d.. depression</w:t>
      </w:r>
    </w:p>
    <w:p>
      <w:r>
        <w:t>Because I did not, did not fast</w:t>
      </w:r>
    </w:p>
    <w:p>
      <w:r>
        <w:t>In any event..</w:t>
      </w:r>
    </w:p>
    <w:p>
      <w:r>
        <w:t>And they were all opponents and.. and said:</w:t>
      </w:r>
    </w:p>
    <w:p>
      <w:r>
        <w:t>“That this is the end of, of Breslov, in the end they become crazy”</w:t>
      </w:r>
    </w:p>
    <w:p>
      <w:r>
        <w:t>They thought that this, that I had become crazy, I was always joyful</w:t>
      </w:r>
    </w:p>
    <w:p>
      <w:r>
        <w:t>Suddenly the whole week, Sunday, Monday, Tuesday, Wednesday</w:t>
      </w:r>
    </w:p>
    <w:p>
      <w:r>
        <w:t>In any event I had great sorrow and also did not.. and I could not serve Hashem</w:t>
      </w:r>
    </w:p>
    <w:p>
      <w:r>
        <w:t>I was, I was in darkness, in great sorrow, from such depression, literally as though going out of one's mind</w:t>
      </w:r>
    </w:p>
    <w:p>
      <w:r>
        <w:t>And they all rejoiced, and said:</w:t>
      </w:r>
    </w:p>
    <w:p>
      <w:r>
        <w:t>“This is the end of the Breslov Chassidim”</w:t>
      </w:r>
    </w:p>
    <w:p>
      <w:r>
        <w:t>So I prayed to Hashem that He have mercy on me and take me out of this</w:t>
      </w:r>
    </w:p>
    <w:p>
      <w:r>
        <w:t>And that I am causing, I am thereby causing disgrace, a desecration of Hashem for Breslov</w:t>
      </w:r>
    </w:p>
    <w:p>
      <w:r>
        <w:t>Then, then a {forceful} thought entered my mind, as though someone were standing and saying words to me:</w:t>
      </w:r>
    </w:p>
    <w:p>
      <w:r>
        <w:t>“Go into your room..”</w:t>
      </w:r>
    </w:p>
    <w:p>
      <w:r>
        <w:t>And there I had a cabinet</w:t>
      </w:r>
    </w:p>
    <w:p>
      <w:r>
        <w:t>“Open the cabinet and take out some book, whatever book it may be, do not intend toward any..</w:t>
      </w:r>
    </w:p>
    <w:p>
      <w:r>
        <w:t>Put your hand on a book and take it out and open it, and open it, {...}</w:t>
      </w:r>
    </w:p>
    <w:p>
      <w:r>
        <w:t>Wherever you open it, and there you will find healing for your soul”</w:t>
      </w:r>
    </w:p>
    <w:p>
      <w:r>
        <w:t>Nu, so I had such a {forceful} thought, so I said:</w:t>
      </w:r>
    </w:p>
    <w:p>
      <w:r>
        <w:t>“What, what, what, what can I lose? I will go into the room and I will do it”</w:t>
      </w:r>
    </w:p>
    <w:p>
      <w:r>
        <w:t>Nu, I went into the room and opened the cabinet and took out a book and opened it, and there was there..</w:t>
      </w:r>
    </w:p>
    <w:p>
      <w:r>
        <w:t>Oy, is, is it here? Oh, oh, it is here, yes</w:t>
      </w:r>
    </w:p>
    <w:p>
      <w:r>
        <w:t>This is the photograph, this is a photograph of the Petek</w:t>
      </w:r>
    </w:p>
    <w:p>
      <w:r>
        <w:t>I opened the book and this piece of paper was inside it</w:t>
      </w:r>
    </w:p>
    <w:p>
      <w:r>
        <w:t>I did not pay attention to the paper</w:t>
      </w:r>
    </w:p>
    <w:p>
      <w:r>
        <w:t>“Will the paper be a healing for me? What will {{….}} be for me, paper?”</w:t>
      </w:r>
    </w:p>
    <w:p>
      <w:r>
        <w:t>So I read the halachah where I had opened, perhaps I would find there such words, that would help me</w:t>
      </w:r>
    </w:p>
    <w:p>
      <w:r>
        <w:t>So I read and it revived me, but when I finished, the illness returned as it had been</w:t>
      </w:r>
    </w:p>
    <w:p>
      <w:r>
        <w:t>Then I became discouraged, I thought, Heaven forbid, that I have no..</w:t>
      </w:r>
    </w:p>
    <w:p>
      <w:r>
        <w:t>I have no, no recovery, no hope, no remedy</w:t>
      </w:r>
    </w:p>
    <w:p>
      <w:r>
        <w:t>Then..</w:t>
      </w:r>
    </w:p>
    <w:p>
      <w:r>
        <w:t>Before.. I wanted to return the book to its place</w:t>
      </w:r>
    </w:p>
    <w:p>
      <w:r>
        <w:t>Before I closed the book, I noticed that there were, that there were here, that there were written lines, I began to read</w:t>
      </w:r>
    </w:p>
    <w:p>
      <w:r>
        <w:t>I only began to read, I saw that it was, that it was a wondrous episode</w:t>
      </w:r>
    </w:p>
    <w:p>
      <w:r>
        <w:t>“It was very hard for me to descend to you, my stude..” immediately</w:t>
      </w:r>
    </w:p>
    <w:p>
      <w:r>
        <w:t>And in general I cannot tell it, even if I were able to speak</w:t>
      </w:r>
    </w:p>
    <w:p>
      <w:r>
        <w:t>What I felt, what is in this and what {….}</w:t>
      </w:r>
    </w:p>
    <w:p>
      <w:r>
        <w:t>What there is in this cannot be revealed, cannot be told, cannot be spoken</w:t>
      </w:r>
    </w:p>
    <w:p>
      <w:r>
        <w:t>But.. good, I began to read, and I read it all, to the end I read</w:t>
      </w:r>
    </w:p>
    <w:p>
      <w:r>
        <w:t>As.. immediately when I finished reading, I entered into such joy that..</w:t>
      </w:r>
    </w:p>
    <w:p>
      <w:r>
        <w:t>That was not of this world, only of the World to Come</w:t>
      </w:r>
    </w:p>
    <w:p>
      <w:r>
        <w:t>Such joy, I began to dance and clap my hands with such melodies of joy</w:t>
      </w:r>
    </w:p>
    <w:p>
      <w:r>
        <w:t>And those from the yeshiva heard, they knew that the whole week I was in depression</w:t>
      </w:r>
    </w:p>
    <w:p>
      <w:r>
        <w:t>And now I, they hear that I am in such joy, dancing, yes</w:t>
      </w:r>
    </w:p>
    <w:p>
      <w:r>
        <w:t>So they, they said:</w:t>
      </w:r>
    </w:p>
    <w:p>
      <w:r>
        <w:t>“Now he is completely all right, he already, there is a seal upon.. he is crazy”</w:t>
      </w:r>
    </w:p>
    <w:p>
      <w:r>
        <w:t>They came into the room and took me out to the courtyard, and the whole yeshiva made a circle</w:t>
      </w:r>
    </w:p>
    <w:p>
      <w:r>
        <w:t>And I was in the middle and danced, everyone rejoiced and everyone mocked me:</w:t>
      </w:r>
    </w:p>
    <w:p>
      <w:r>
        <w:t>“The crazy man is dancing”</w:t>
      </w:r>
    </w:p>
    <w:p>
      <w:r>
        <w:t>In general they stood for several hours, several hours, they said:</w:t>
      </w:r>
    </w:p>
    <w:p>
      <w:r>
        <w:t>“He, he is not, he is not tired, we..</w:t>
      </w:r>
    </w:p>
    <w:p>
      <w:r>
        <w:t>We {will be, until tired, legs, ah}, cannot stand”</w:t>
      </w:r>
    </w:p>
    <w:p>
      <w:r>
        <w:t>They all went away, and I remained and danced almost the entire night</w:t>
      </w:r>
    </w:p>
    <w:p>
      <w:r>
        <w:t>Good, and since then, from that night, I acquired a name throughout the city, in Teveria..</w:t>
      </w:r>
    </w:p>
    <w:p>
      <w:r>
        <w:t>I went from the yeshiva into the city, so everyone said, they knew that the Breslover, it is he, he had already become crazy, and I.. nu..</w:t>
      </w:r>
    </w:p>
    <w:p>
      <w:r>
        <w:t>And this is it, this is the Petek</w:t>
      </w:r>
    </w:p>
    <w:p>
      <w:r>
        <w:t>Nu, I have no.., I am telling it as it was, and also I still am not saying everything, only..</w:t>
      </w:r>
    </w:p>
    <w:p>
      <w:r>
        <w:t>And this I know, and likewise, and likewise much</w:t>
      </w:r>
    </w:p>
    <w:p>
      <w:r>
        <w:t>I showed it in Yerushalayim to great Kabbalists in Yerushalayim, yes</w:t>
      </w:r>
    </w:p>
    <w:p>
      <w:r>
        <w:t>And they, and they were astonished, they were so moved by it</w:t>
      </w:r>
    </w:p>
    <w:p>
      <w:r>
        <w:t>In any event I do not need to bring witnesses, it is a witness, it bears witness to itself</w:t>
      </w:r>
    </w:p>
    <w:p>
      <w:r>
        <w:t>Just to see Rabbainu's signature, with, with, with vowel points</w:t>
      </w:r>
    </w:p>
    <w:p>
      <w:r>
        <w:t>“Na.. Na Nach Nachma Nachman MeUman”</w:t>
      </w:r>
    </w:p>
    <w:p>
      <w:r>
        <w:t>That is the signature, this signature..</w:t>
      </w:r>
    </w:p>
    <w:p>
      <w:r>
        <w:t>In his lifetime our holy Rabbainu signed his name on his letters—‘Nachman,’ ‘Nachman’</w:t>
      </w:r>
    </w:p>
    <w:p>
      <w:r>
        <w:t>And here is written “Na Nach Nachma Nachman” with vowel points.. ‘MeUman’</w:t>
      </w:r>
    </w:p>
    <w:p>
      <w:r>
        <w:t>This is the world, the entire world knows “Rebbe Nachman of Breslov,” and here is written ‘MeUman’</w:t>
      </w:r>
    </w:p>
    <w:p>
      <w:r>
        <w:t>Because.. because, because he..</w:t>
      </w:r>
    </w:p>
    <w:p>
      <w:r>
        <w:t>[There]</w:t>
      </w:r>
    </w:p>
    <w:p>
      <w:r>
        <w:t>Dwells in Uman</w:t>
      </w:r>
    </w:p>
    <w:p>
      <w:r>
        <w:t>[In Uman]</w:t>
      </w:r>
    </w:p>
    <w:p>
      <w:r>
        <w:t>Yes, yes</w:t>
      </w:r>
    </w:p>
    <w:p>
      <w:r>
        <w:t>And also he revealed to me, this—that I did not fast on the Seventeenth of Tammuz</w:t>
      </w:r>
    </w:p>
    <w:p>
      <w:r>
        <w:t>No one, no one knew</w:t>
      </w:r>
    </w:p>
    <w:p>
      <w:r>
        <w:t>Yes, would I make a desecration of Hashem, so that they would say Breslov Chassidim do not fast on the Seventeenth of Tammuz?</w:t>
      </w:r>
    </w:p>
    <w:p>
      <w:r>
        <w:t>I, it was secret, yes</w:t>
      </w:r>
    </w:p>
    <w:p>
      <w:r>
        <w:t>And it is also written here: “A sign: the Seventeenth of Tammuz—they will say that you do not fast”</w:t>
      </w:r>
    </w:p>
    <w:p>
      <w:r>
        <w:t>A sign that only I, only I and Hashem Yisborach knew of it, this is the sign</w:t>
      </w:r>
    </w:p>
    <w:p>
      <w:r>
        <w:t>And also here ‘b'Tammuz’ has vowel points, a sheva under the bet, a patach under the tav, a patach, ‘b'Tammuz’</w:t>
      </w:r>
    </w:p>
    <w:p>
      <w:r>
        <w:t>Only this..</w:t>
      </w:r>
    </w:p>
    <w:p>
      <w:r>
        <w:t>First of all, this is the signature, this, this is a new revelation in the world</w:t>
      </w:r>
    </w:p>
    <w:p>
      <w:r>
        <w:t>Because our holy Rabbainu speaks in “Likutay Moharan”</w:t>
      </w:r>
    </w:p>
    <w:p>
      <w:r>
        <w:t>That there is a song, ‘simple, double, triple, quadruple’</w:t>
      </w:r>
    </w:p>
    <w:p>
      <w:r>
        <w:t>That will be revealed in the future through Mashiach Tzidkainu, that will be revealed in the future</w:t>
      </w:r>
    </w:p>
    <w:p>
      <w:r>
        <w:t>{Yes}</w:t>
      </w:r>
    </w:p>
    <w:p>
      <w:r>
        <w:t>And here he reveals that this song, ‘simple, double, triple, quadruple,’ it, it, it is this song, yes</w:t>
      </w:r>
    </w:p>
    <w:p>
      <w:r>
        <w:t>[“Na Nach Nachma Nachman”]</w:t>
      </w:r>
    </w:p>
    <w:p>
      <w:r>
        <w:t>“Na Nach,” oh, oh, yes, with, with vowel points</w:t>
      </w:r>
    </w:p>
    <w:p>
      <w:r>
        <w:t>And also, I still cannot speak about all, all, all, all this matter</w:t>
      </w:r>
    </w:p>
    <w:p>
      <w:r>
        <w:t>What, what I see in this: "It was very, very difficult for me to descend to you"</w:t>
      </w:r>
    </w:p>
    <w:p>
      <w:r>
        <w:t>'To descend to you'—one sees, one sees a descent; all the lines are straight, straight, only.., this is also straight</w:t>
      </w:r>
    </w:p>
    <w:p>
      <w:r>
        <w:t>But 'to descend to you'..</w:t>
      </w:r>
    </w:p>
    <w:p>
      <w:r>
        <w:t>[To you]</w:t>
      </w:r>
    </w:p>
    <w:p>
      <w:r>
        <w:t>It goes down below</w:t>
      </w:r>
    </w:p>
    <w:p>
      <w:r>
        <w:t>[It goes down]</w:t>
      </w:r>
    </w:p>
    <w:p>
      <w:r>
        <w:t>Yes, yes, nu, good</w:t>
      </w:r>
    </w:p>
    <w:p>
      <w:r>
        <w:t>"It was very difficult for me to descend to you"</w:t>
      </w:r>
    </w:p>
    <w:p>
      <w:r>
        <w:t>If for Rabbainu Rebbe Nachman it was difficult to descend to me, 'to descend to you'</w:t>
      </w:r>
    </w:p>
    <w:p>
      <w:r>
        <w:t>This is a descent; Heaven forbid, this is very terrible, yes</w:t>
      </w:r>
    </w:p>
    <w:p>
      <w:r>
        <w:t>Nu, and immediately he strengthens me: "My precious student," "My precious student"</w:t>
      </w:r>
    </w:p>
    <w:p>
      <w:r>
        <w:t>'Student' by itself is not, not enough? "My precious student"</w:t>
      </w:r>
    </w:p>
    <w:p>
      <w:r>
        <w:t>And it also could have been without "My precious student"</w:t>
      </w:r>
    </w:p>
    <w:p>
      <w:r>
        <w:t>"To descend to you to tell you that I have greatly enjoyed your avodah," yes</w:t>
      </w:r>
    </w:p>
    <w:p>
      <w:r>
        <w:t>No, "My precious student," he strengthens me, he, he..</w:t>
      </w:r>
    </w:p>
    <w:p>
      <w:r>
        <w:t>He raises me from below, from the depths of the abyss, and he raises me to the loftiest heights</w:t>
      </w:r>
    </w:p>
    <w:p>
      <w:r>
        <w:t>"My precious student"</w:t>
      </w:r>
    </w:p>
    <w:p>
      <w:r>
        <w:t>"To tell, to tell you that, that I enjoyed, that I enjoyed..”</w:t>
      </w:r>
    </w:p>
    <w:p>
      <w:r>
        <w:t>[Greatly]</w:t>
      </w:r>
    </w:p>
    <w:p>
      <w:r>
        <w:t>"That I greatly enjoyed your avodah, and concerning you I said"</w:t>
      </w:r>
    </w:p>
    <w:p>
      <w:r>
        <w:t>"I greatly enjoyed your avodah" is one thing</w:t>
      </w:r>
    </w:p>
    <w:p>
      <w:r>
        <w:t>"And concerning you I said" is another thing</w:t>
      </w:r>
    </w:p>
    <w:p>
      <w:r>
        <w:t>These are two things</w:t>
      </w:r>
    </w:p>
    <w:p>
      <w:r>
        <w:t>"And concerning you I said"—what did I say concerning you?</w:t>
      </w:r>
    </w:p>
    <w:p>
      <w:r>
        <w:t>Rabbainu Hakadosh said a sichah in his lifetime:</w:t>
      </w:r>
    </w:p>
    <w:p>
      <w:r>
        <w:t>"My fire will burn until the coming of Mashiach"</w:t>
      </w:r>
    </w:p>
    <w:p>
      <w:r>
        <w:t>That is what he said; that is what is written in the sefer Chayay Moharan</w:t>
      </w:r>
    </w:p>
    <w:p>
      <w:r>
        <w:t>And here he reveals: this is what I said, what I said, "My little fire.. my fire will burn until the coming of Mashiach"</w:t>
      </w:r>
    </w:p>
    <w:p>
      <w:r>
        <w:t>Concerning you I said—it is this that I said concerning you</w:t>
      </w:r>
    </w:p>
    <w:p>
      <w:r>
        <w:t>{{….}}</w:t>
      </w:r>
    </w:p>
    <w:p>
      <w:r>
        <w:t>That through {{y.. y.. will come, AV"I}}..</w:t>
      </w:r>
    </w:p>
    <w:p>
      <w:r>
        <w:t>The light will shine until the coming of Mashiach, 'and concerning you I said' this</w:t>
      </w:r>
    </w:p>
    <w:p>
      <w:r>
        <w:t>"And concerning you I said my fire.., my fire will burn until the coming of Mashiach</w:t>
      </w:r>
    </w:p>
    <w:p>
      <w:r>
        <w:t>My little fire will burn until Mashiach will…"</w:t>
      </w:r>
    </w:p>
    <w:p>
      <w:r>
        <w:t>You also know Yiddish?</w:t>
      </w:r>
    </w:p>
    <w:p>
      <w:r>
        <w:t>"My little fire will burn until Mashiach comes"</w:t>
      </w:r>
    </w:p>
    <w:p>
      <w:r>
        <w:t>Nu, "and concerning you I said"</w:t>
      </w:r>
    </w:p>
    <w:p>
      <w:r>
        <w:t>Two things: "I greatly enjoyed your avodah," "and concerning you I said"</w:t>
      </w:r>
    </w:p>
    <w:p>
      <w:r>
        <w:t>You can strengthen yourself: "Be strong and courageous in your avodah"</w:t>
      </w:r>
    </w:p>
    <w:p>
      <w:r>
        <w:t>And he signed; this is already signed. He reveals two things to me</w:t>
      </w:r>
    </w:p>
    <w:p>
      <w:r>
        <w:t>"I greatly enjoyed your avodah," "and concerning you I said," and he signs it</w:t>
      </w:r>
    </w:p>
    <w:p>
      <w:r>
        <w:t>It is finished; this, this is the letter. He informs me of two things</w:t>
      </w:r>
    </w:p>
    <w:p>
      <w:r>
        <w:t>"I greatly enjoyed your avodah"</w:t>
      </w:r>
    </w:p>
    <w:p>
      <w:r>
        <w:t>"And concerning you I said: my little fire will burn until Mashiach comes"</w:t>
      </w:r>
    </w:p>
    <w:p>
      <w:r>
        <w:t>"Be strong and courageous in your avodah"</w:t>
      </w:r>
    </w:p>
    <w:p>
      <w:r>
        <w:t>I was, I, I had completely fallen in my mind, and he: "Be strong.."</w:t>
      </w:r>
    </w:p>
    <w:p>
      <w:r>
        <w:t>If so, "I greatly enjoyed your avodah, and concerning you I said"</w:t>
      </w:r>
    </w:p>
    <w:p>
      <w:r>
        <w:t>You can strengthen yourself: "Be strong and courageous in your avodah"</w:t>
      </w:r>
    </w:p>
    <w:p>
      <w:r>
        <w:t>Also the lines: one, two, three, four, five, six</w:t>
      </w:r>
    </w:p>
    <w:p>
      <w:r>
        <w:t>"In your avodah" is also a line, even, and even one is, this is a line—six</w:t>
      </w:r>
    </w:p>
    <w:p>
      <w:r>
        <w:t>And Rabbainu Hakadosh's signature is on the line, in the line</w:t>
      </w:r>
    </w:p>
    <w:p>
      <w:r>
        <w:t>[The seventh]</w:t>
      </w:r>
    </w:p>
    <w:p>
      <w:r>
        <w:t>The seventh; this is Shabbos. The tzaddik is the aspect of Shabbos</w:t>
      </w:r>
    </w:p>
    <w:p>
      <w:r>
        <w:t>And also there is the secret. Afterward: "And through this, and through this I shall reveal to you a secret, and it is"</w:t>
      </w:r>
    </w:p>
    <w:p>
      <w:r>
        <w:t>A secret: "Full and heaped from line to line (P'tz'p'tz'i'h')"</w:t>
      </w:r>
    </w:p>
    <w:p>
      <w:r>
        <w:t>This, this is the name of the angel of the blowing, of the calling, of the blowing of the shofar</w:t>
      </w:r>
    </w:p>
    <w:p>
      <w:r>
        <w:t>Only this word is in the regular writing that he wrote</w:t>
      </w:r>
    </w:p>
    <w:p>
      <w:r>
        <w:t>These are Rashi letters, and these are regular letters in which people write</w:t>
      </w:r>
    </w:p>
    <w:p>
      <w:r>
        <w:t>And one recognizes that it is handwriting</w:t>
      </w:r>
    </w:p>
    <w:p>
      <w:r>
        <w:t>[His handwriting?]</w:t>
      </w:r>
    </w:p>
    <w:p>
      <w:r>
        <w:t>His handwriting, yes, because.., with this Rashi one does not, does not, does not know</w:t>
      </w:r>
    </w:p>
    <w:p>
      <w:r>
        <w:t>[It is difficult to know]</w:t>
      </w:r>
    </w:p>
    <w:p>
      <w:r>
        <w:t>But this, this is his handwriting, yes</w:t>
      </w:r>
    </w:p>
    <w:p>
      <w:r>
        <w:t>{{AV"I}}</w:t>
      </w:r>
    </w:p>
    <w:p>
      <w:r>
        <w:t>Nu, I, I do not understand this, the secret: "And through strengthening in avodah you will understand it"</w:t>
      </w:r>
    </w:p>
    <w:p>
      <w:r>
        <w:t>If I hold fast in the avodah of Hashem, "you will understand it"</w:t>
      </w:r>
    </w:p>
    <w:p>
      <w:r>
        <w:t>And now he tells—he, he tells me the sign, which only I knew about</w:t>
      </w:r>
    </w:p>
    <w:p>
      <w:r>
        <w:t>All, all.. this was a secret; not everyone, did not know about it, yes</w:t>
      </w:r>
    </w:p>
    <w:p>
      <w:r>
        <w:t>He reveals to me: "The sign of the seventeenth of Tammuz”—this was what had happened</w:t>
      </w:r>
    </w:p>
    <w:p>
      <w:r>
        <w:t>Oy, oy, oy, oy, oy, oy, oy, Ribono Shel Olam, Ribono Shel Olam</w:t>
      </w:r>
    </w:p>
    <w:p>
      <w:r>
        <w:t>In any case, the main thing is the words, which we need to reveal and publicize {….}</w:t>
      </w:r>
    </w:p>
    <w:p>
      <w:r>
        <w:t>And to give our lives for this matter: that the entire Redemption depends upon Rabbainu Rebbe Nachman of Breslov; to study his sefarim. He, this.. every letter, every Torah, every, every word of his is such a light, that he speaks to you, speaks what you need, all the matters that pass over you, that passed over you, that pass over you, and likewise for this one, and likewise this one, and likewise each and every one, and likewise me, and each and every one</w:t>
      </w:r>
    </w:p>
    <w:p>
      <w:r>
        <w:t>And every word Rabbainu revealed is the collective whole of every Jew</w:t>
      </w:r>
    </w:p>
    <w:p>
      <w:r>
        <w:t>What passes over him and what passed over him</w:t>
      </w:r>
    </w:p>
    <w:p>
      <w:r>
        <w:t>His illnesses.. and the remedies—not only the illnesses</w:t>
      </w:r>
    </w:p>
    <w:p>
      <w:r>
        <w:t>He, he, he, he repairs, purifies, and heals all the sick, {all of them}, all the worst ones in the world who have no recovery whatsoever; they have no, yes, no tzaddik can help them</w:t>
      </w:r>
    </w:p>
    <w:p>
      <w:r>
        <w:t>But Rabbainu Rebbe Nachman said:</w:t>
      </w:r>
    </w:p>
    <w:p>
      <w:r>
        <w:t>"And I heal her"</w:t>
      </w:r>
    </w:p>
    <w:p>
      <w:r>
        <w:t>This is the end of the tale of the 'Seven Beggars'</w:t>
      </w:r>
    </w:p>
    <w:p>
      <w:r>
        <w:t>Do you know about the tale, about the tales? Do you have Rabbainu's tales?</w:t>
      </w:r>
    </w:p>
    <w:p>
      <w:r>
        <w:t>[Yes]</w:t>
      </w:r>
    </w:p>
    <w:p>
      <w:r>
        <w:t>Yes, at the end of the tale of the 'Seven Beggars'</w:t>
      </w:r>
    </w:p>
    <w:p>
      <w:r>
        <w:t>At the end of this tale the sixth beggar says—the sixth beggar told a tale, and he said: "The princess received all the bullets with all, with all the poisons, yes, and she fainted, nu, and I.."—this is what the beggar said:</w:t>
      </w:r>
    </w:p>
    <w:p>
      <w:r>
        <w:t>"And I heal her"</w:t>
      </w:r>
    </w:p>
    <w:p>
      <w:r>
        <w:t>This applies to all, to all the Jewish People, to each and every one</w:t>
      </w:r>
    </w:p>
    <w:p>
      <w:r>
        <w:t>"And I heal her"</w:t>
      </w:r>
    </w:p>
    <w:p>
      <w:r>
        <w:t>{There is no one ...}, already {….} she already fell; she received all the bullets and she fell</w:t>
      </w:r>
    </w:p>
    <w:p>
      <w:r>
        <w:t>"And I heal her"</w:t>
      </w:r>
    </w:p>
    <w:p>
      <w:r>
        <w:t>Only "I heal her"</w:t>
      </w:r>
    </w:p>
    <w:p>
      <w:r>
        <w:t>There is, there is no one who can heal this</w:t>
      </w:r>
    </w:p>
    <w:p>
      <w:r>
        <w:t>This.. only, only I</w:t>
      </w:r>
    </w:p>
    <w:p>
      <w:r>
        <w:t>But this is Rabbainu Hakadosh; the beggar said: "And I heal her"</w:t>
      </w:r>
    </w:p>
    <w:p>
      <w:r>
        <w:t>So Rabbainu Hakadosh revealed about, about himself that he is this beggar, that he heals her</w:t>
      </w:r>
    </w:p>
    <w:p>
      <w:r>
        <w:t>"And I heal her" (Saba draws out the word "and I")</w:t>
      </w:r>
    </w:p>
    <w:p>
      <w:r>
        <w:t>He said about himself</w:t>
      </w:r>
    </w:p>
    <w:p>
      <w:r>
        <w:t>["I," "and I"]</w:t>
      </w:r>
    </w:p>
    <w:p>
      <w:r>
        <w:t>Yes, 'I,' yes</w:t>
      </w:r>
    </w:p>
    <w:p>
      <w:r>
        <w:t>Yes, we are fortunate; we already have all the tikkunim and remedies and salvations that each and every one of us needs, through Rabbainu Rebbe Nachman—only Rabbainu Rebbe Nachman</w:t>
      </w:r>
    </w:p>
    <w:p>
      <w:r>
        <w:t>He is the root of the Torah, he is the root of emunah, he is the root of every Jew</w:t>
      </w:r>
    </w:p>
    <w:p>
      <w:r>
        <w:t>However he is situated, to whatever place he descended, in whatever place he is</w:t>
      </w:r>
    </w:p>
    <w:p>
      <w:r>
        <w:t>He, he takes her out; he heals him, yes</w:t>
      </w:r>
    </w:p>
    <w:p>
      <w:r>
        <w:t>What, what is impossible—to heal such a sick person</w:t>
      </w:r>
    </w:p>
    <w:p>
      <w:r>
        <w:t>This is such a sick person who has no, has no, there is no, no remedy for such an illness</w:t>
      </w:r>
    </w:p>
    <w:p>
      <w:r>
        <w:t>But Rabbainu Rebbe Nachman revealed that he indeed can heal and repair everything, yes, yes, nu..</w:t>
      </w:r>
    </w:p>
    <w:p>
      <w:r>
        <w:t>There are in this wondrous matters that are very hidden</w:t>
      </w:r>
    </w:p>
    <w:p>
      <w:r>
        <w:t>But, but it has not been revealed in the world</w:t>
      </w:r>
    </w:p>
    <w:p>
      <w:r>
        <w:t>Because I remember, seventy years ago when I became close to Rabbainu, it was forbidden to study Breslov sefarim; it was forbidden to study Breslov sefarim</w:t>
      </w:r>
    </w:p>
    <w:p>
      <w:r>
        <w:t>I found a Breslov sefer and did not know it was Breslov, and I read in it; then they saw</w:t>
      </w:r>
    </w:p>
    <w:p>
      <w:r>
        <w:t>"What are you doing? You are studying this sefer?"</w:t>
      </w:r>
    </w:p>
    <w:p>
      <w:r>
        <w:t>"Yes"</w:t>
      </w:r>
    </w:p>
    <w:p>
      <w:r>
        <w:t>Then this was the first time I heard that there is Breslov in the world</w:t>
      </w:r>
    </w:p>
    <w:p>
      <w:r>
        <w:t>I had not hear.. no, I, I did not know there is Breslov in the world; then {..} I knew there is Breslov</w:t>
      </w:r>
    </w:p>
    <w:p>
      <w:r>
        <w:t>"You don't know that this is from the Breslov books? It is forbidden to read this"</w:t>
      </w:r>
    </w:p>
    <w:p>
      <w:r>
        <w:t>Blessed be God, today they can read in every synagogue, yes, everyone who wants to study</w:t>
      </w:r>
    </w:p>
    <w:p>
      <w:r>
        <w:t>This, these are markings, signs of the Redemption, markings that we are standing..</w:t>
      </w:r>
    </w:p>
    <w:p>
      <w:r>
        <w:t>That we, according to, according to our understanding, according to our deeds, we already..</w:t>
      </w:r>
    </w:p>
    <w:p>
      <w:r>
        <w:t>Already there is no, no, no rectification at all for sick people like these</w:t>
      </w:r>
    </w:p>
    <w:p>
      <w:r>
        <w:t>But Rabbainu Rebbe Nachman was already in the world, and he..</w:t>
      </w:r>
    </w:p>
    <w:p>
      <w:r>
        <w:t>He can rectify all the illnesses and all, that there is no place that he cannot rectify and heal, yes</w:t>
      </w:r>
    </w:p>
    <w:p>
      <w:r>
        <w:t>{So I.., so….}</w:t>
      </w:r>
    </w:p>
    <w:p>
      <w:r>
        <w:t>When we hear this, then we need to give our lives</w:t>
      </w:r>
    </w:p>
    <w:p>
      <w:r>
        <w:t>To put into our hearts his holy words, his Torah teachings and the prayers and the halachos</w:t>
      </w:r>
    </w:p>
    <w:p>
      <w:r>
        <w:t>There is a book "Likutay..", books, "Likutay Halachos", do you know of this?</w:t>
      </w:r>
    </w:p>
    <w:p>
      <w:r>
        <w:t>[Likutay Halachos, and there is..]</w:t>
      </w:r>
    </w:p>
    <w:p>
      <w:r>
        <w:t>{…}, "Likutay Eitzos"</w:t>
      </w:r>
    </w:p>
    <w:p>
      <w:r>
        <w:t>["Tefillos" and "Eitzos"]</w:t>
      </w:r>
    </w:p>
    <w:p>
      <w:r>
        <w:t>Yes, yes, yes, all of them we need</w:t>
      </w:r>
    </w:p>
    <w:p>
      <w:r>
        <w:t>[Rebbe Nassan, he wrote the..]</w:t>
      </w:r>
    </w:p>
    <w:p>
      <w:r>
        <w:t>Yes, yes, {..}</w:t>
      </w:r>
    </w:p>
    <w:p>
      <w:r>
        <w:t>We need to be expert in the book "Likutay Moharan", our holy Master said</w:t>
      </w:r>
    </w:p>
    <w:p>
      <w:r>
        <w:t>That one needs to be expert in it, so that one can say it by heart forward and backward, even backward, yes</w:t>
      </w:r>
    </w:p>
    <w:p>
      <w:r>
        <w:t>Such expertise is needed in it, because this is all our vitality, every word is all our vitality</w:t>
      </w:r>
    </w:p>
    <w:p>
      <w:r>
        <w:t>Every word of his, even one word</w:t>
      </w:r>
    </w:p>
    <w:p>
      <w:r>
        <w:t>And our holy Master revealed that he is alluded to in a verse, there is a verse in the Bible:</w:t>
      </w:r>
    </w:p>
    <w:p>
      <w:r>
        <w:t>"N'achal N'ovea M'ekor Ch'ochmah"</w:t>
      </w:r>
    </w:p>
    <w:p>
      <w:r>
        <w:t>[….]</w:t>
      </w:r>
    </w:p>
    <w:p>
      <w:r>
        <w:t>And its initial letters are Nachman</w:t>
      </w:r>
    </w:p>
    <w:p>
      <w:r>
        <w:t>And he is alluded to in this verse, "N'achal N'ovea M'ekor Ch'ochmah"</w:t>
      </w:r>
    </w:p>
    <w:p>
      <w:r>
        <w:t>He flows and flows, and flows, a source of wisdom that had not been, such wisdom as had still not been in the world</w:t>
      </w:r>
    </w:p>
    <w:p>
      <w:r>
        <w:t>We have Torah, and all the books of all the Tzadikim, and this is the root of all the Torah</w:t>
      </w:r>
    </w:p>
    <w:p>
      <w:r>
        <w:t>This surpasses everything</w:t>
      </w:r>
    </w:p>
    <w:p>
      <w:r>
        <w:t>Through this we can draw close to the Torah, to know, to see the light of the Torah</w:t>
      </w:r>
    </w:p>
    <w:p>
      <w:r>
        <w:t>In the Torah there are, there are many powers, there is a potion of life and the opposite, yes</w:t>
      </w:r>
    </w:p>
    <w:p>
      <w:r>
        <w:t>And through our holy Master one merits to see the light of the Torah as one should</w:t>
      </w:r>
    </w:p>
    <w:p>
      <w:r>
        <w:t>Because there are, there are very hidden matters in this</w:t>
      </w:r>
    </w:p>
    <w:p>
      <w:r>
        <w:t>But now we see that the entire world, even goyim, the scholars of the goyim</w:t>
      </w:r>
    </w:p>
    <w:p>
      <w:r>
        <w:t>{At ba'unoverta}, at the university they marvel greatly at Rabbainu Rebbe Nachman of Breslov, even goyim</w:t>
      </w:r>
    </w:p>
    <w:p>
      <w:r>
        <w:t>I spoke with several people who know of this, from London and from England and..</w:t>
      </w:r>
    </w:p>
    <w:p>
      <w:r>
        <w:t>They always speak about Rebbe Nachman of Breslov, about the stories, about, about his words, yes</w:t>
      </w:r>
    </w:p>
    <w:p>
      <w:r>
        <w:t>And one sees that the entire world is drawing itself to Rabbainu Rebbe Nachman of Breslov</w:t>
      </w:r>
    </w:p>
    <w:p>
      <w:r>
        <w:t>One sees.., there were many Tzadikim in the world, the holy Baal Shem and his disciples, and.. there were many Tzadikim; they do not speak of anoth.. only there remains for us…</w:t>
      </w:r>
    </w:p>
    <w:p>
      <w:r>
        <w:t>…They always speak about Rebbe Nachman of Breslov, about the stories, about, about his words, yes</w:t>
      </w:r>
    </w:p>
    <w:p>
      <w:r>
        <w:t>And one sees that the entire world is drawing itself to Rabbainu Rebbe Nachman of Breslov</w:t>
      </w:r>
    </w:p>
    <w:p>
      <w:r>
        <w:t>One sees.., there were many Tzadikim in the world, the holy Baal Shem and his disciples, and.. there were many Tzadikim</w:t>
      </w:r>
    </w:p>
    <w:p>
      <w:r>
        <w:t>They do not speak of anoth.. only there remains for us, as though there is one singular person in the world, Rebbe Nachman of Breslov, yes</w:t>
      </w:r>
    </w:p>
    <w:p>
      <w:r>
        <w:t>And so, the main thing for us to derive from this is that we need to give our lives</w:t>
      </w:r>
    </w:p>
    <w:p>
      <w:r>
        <w:t>To be expert in his holy words, then we will merit to..</w:t>
      </w:r>
    </w:p>
    <w:p>
      <w:r>
        <w:t>But with faith</w:t>
      </w:r>
    </w:p>
    <w:p>
      <w:r>
        <w:t>One can study, then not.. be knowledgeable, not {a problem\seeing} anything</w:t>
      </w:r>
    </w:p>
    <w:p>
      <w:r>
        <w:t>If, if, if it is for pride, "I am Breslov", yes</w:t>
      </w:r>
    </w:p>
    <w:p>
      <w:r>
        <w:t>For, for, for, only for pride, "that here I am expert in "Likutay Moharan"”</w:t>
      </w:r>
    </w:p>
    <w:p>
      <w:r>
        <w:t>This.. the main thing is to study so that we will know how to fight, the strategies of battle</w:t>
      </w:r>
    </w:p>
    <w:p>
      <w:r>
        <w:t>How to fight and triumph, to subdue the evil, yes</w:t>
      </w:r>
    </w:p>
    <w:p>
      <w:r>
        <w:t>Oy, oy, oy, oy..</w:t>
      </w:r>
    </w:p>
    <w:p>
      <w:r>
        <w:t>Nu, may the blessed God have mercy on us, and we need great mercy</w:t>
      </w:r>
    </w:p>
    <w:p>
      <w:r>
        <w:t>And this we, I and my companions, saw many wonders from this holy Name</w:t>
      </w:r>
    </w:p>
    <w:p>
      <w:r>
        <w:t>"Na Na Nach Nachma Nachman MayUman"</w:t>
      </w:r>
    </w:p>
    <w:p>
      <w:r>
        <w:t>In America there was such an incident</w:t>
      </w:r>
    </w:p>
    <w:p>
      <w:r>
        <w:t>One secular man heard people speaking, he was in the place together with them, and he heard..</w:t>
      </w:r>
    </w:p>
    <w:p>
      <w:r>
        <w:t>That we, recently we made amulets from this holy Name, "Na Na Nach Nachma Nachman"</w:t>
      </w:r>
    </w:p>
    <w:p>
      <w:r>
        <w:t>And this is efficacious for a person for all the salvations he needs</w:t>
      </w:r>
    </w:p>
    <w:p>
      <w:r>
        <w:t>This, this is a protection, like an amulet, yes</w:t>
      </w:r>
    </w:p>
    <w:p>
      <w:r>
        <w:t>He heard this, and he heard that in a time of trouble, {at a time} when a person suffers some trouble</w:t>
      </w:r>
    </w:p>
    <w:p>
      <w:r>
        <w:t>He should say aloud, besides the amulet, he should say aloud, "Na Na Nach Nachma Nachman MayUman"</w:t>
      </w:r>
    </w:p>
    <w:p>
      <w:r>
        <w:t>Nu, shoyn, he, he heard this and he is secular, he knows nothing</w:t>
      </w:r>
    </w:p>
    <w:p>
      <w:r>
        <w:t>He does not know Torah, {{.…}} faith</w:t>
      </w:r>
    </w:p>
    <w:p>
      <w:r>
        <w:t>He went with one other person in a taxi, and that day there was such cold in America and such snow</w:t>
      </w:r>
    </w:p>
    <w:p>
      <w:r>
        <w:t>And his car broke down completely, without any.. it needs a garage, it needs treatment, yes, medical treatment, it is impossible to..</w:t>
      </w:r>
    </w:p>
    <w:p>
      <w:r>
        <w:t>And the cold was so strong, they could literally die, expire from the cold</w:t>
      </w:r>
    </w:p>
    <w:p>
      <w:r>
        <w:t>And he, {he}…</w:t>
      </w:r>
    </w:p>
    <w:p>
      <w:r>
        <w:t>...An incident, that a girl, a baby a year and a half old, a kettle of water that had been boiling on the fire fell on her, and it fell on her face</w:t>
      </w:r>
    </w:p>
    <w:p>
      <w:r>
        <w:t>Nu, they took her to 'Beilinson' Hospital, and the doctors saw her, and they had great anguish, how she.. she is in great danger, and even if she emerges from the danger, what a face, no, no li..</w:t>
      </w:r>
    </w:p>
    <w:p>
      <w:r>
        <w:t>And her parents saw the trouble, but they did not, did not know anything</w:t>
      </w:r>
    </w:p>
    <w:p>
      <w:r>
        <w:t>They had some, some female relative who had the amulet</w:t>
      </w:r>
    </w:p>
    <w:p>
      <w:r>
        <w:t>She went to visit her, and she placed her amulet on, on the patient</w:t>
      </w:r>
    </w:p>
    <w:p>
      <w:r>
        <w:t>[Baby]</w:t>
      </w:r>
    </w:p>
    <w:p>
      <w:r>
        <w:t>Yes, on the baby</w:t>
      </w:r>
    </w:p>
    <w:p>
      <w:r>
        <w:t>And two days passed and it healed, and the burn went away, as though she had now been born anew</w:t>
      </w:r>
    </w:p>
    <w:p>
      <w:r>
        <w:t>She has a father and mother, everyone knows, the family, and the doctors as well</w:t>
      </w:r>
    </w:p>
    <w:p>
      <w:r>
        <w:t>The doctor who treated her, then he, he went crazy, he said to them:</w:t>
      </w:r>
    </w:p>
    <w:p>
      <w:r>
        <w:t>"What did you do? What, what, what happened?"</w:t>
      </w:r>
    </w:p>
    <w:p>
      <w:r>
        <w:t>So they told him, it is the amulet, she, she gave him the amulet</w:t>
      </w:r>
    </w:p>
    <w:p>
      <w:r>
        <w:t>He took the amulet, and to this day he does not want to return the amulet, {yes}</w:t>
      </w:r>
    </w:p>
    <w:p>
      <w:r>
        <w:t>[He wants to sing a little]</w:t>
      </w:r>
    </w:p>
    <w:p>
      <w:r>
        <w:t>Eh?</w:t>
      </w:r>
    </w:p>
    <w:p>
      <w:r>
        <w:t>[He wants to sing]</w:t>
      </w:r>
    </w:p>
    <w:p>
      <w:r>
        <w:t>Who, who is this?</w:t>
      </w:r>
    </w:p>
    <w:p>
      <w:r>
        <w:t>[This is Yisroel Dagan]</w:t>
      </w:r>
    </w:p>
    <w:p>
      <w:r>
        <w:t>Ah</w:t>
      </w:r>
    </w:p>
    <w:p>
      <w:r>
        <w:t>[It was very hard for me….]</w:t>
      </w:r>
    </w:p>
    <w:p>
      <w:r>
        <w:t>[{….} Shalom Yaish]</w:t>
      </w:r>
    </w:p>
    <w:p>
      <w:r>
        <w:t>Eh?</w:t>
      </w:r>
    </w:p>
    <w:p>
      <w:r>
        <w:t>[Rebbe Shalom Yaish, do you know him?]</w:t>
      </w:r>
    </w:p>
    <w:p>
      <w:r>
        <w:t>Sh.. Shalom..</w:t>
      </w:r>
    </w:p>
    <w:p>
      <w:r>
        <w:t>[Yaish]</w:t>
      </w:r>
    </w:p>
    <w:p>
      <w:r>
        <w:t>{..}</w:t>
      </w:r>
    </w:p>
    <w:p>
      <w:r>
        <w:t>[No, in Teveria]</w:t>
      </w:r>
    </w:p>
    <w:p>
      <w:r>
        <w:t>[He knew.. …. the elder Shalom Yaish]</w:t>
      </w:r>
    </w:p>
    <w:p>
      <w:r>
        <w:t>{..} I do not remember, Yaish, I heard from someone.. his name is Yaish, Yaish</w:t>
      </w:r>
    </w:p>
    <w:p>
      <w:r>
        <w:t>[Yaish, Shalom, Rebbe Shalom Yaish.. he was.. a great Kabbalist….] Is he alive?</w:t>
      </w:r>
    </w:p>
    <w:p>
      <w:r>
        <w:t>[No, he passed away four years ago]</w:t>
      </w:r>
    </w:p>
    <w:p>
      <w:r>
        <w:t>[………………..……]…</w:t>
      </w:r>
    </w:p>
    <w:p>
      <w:r>
        <w:t>...[Shlomo Carlebach sings in English about Saba]…</w:t>
      </w:r>
    </w:p>
    <w:p>
      <w:r>
        <w:br w:type="page"/>
      </w:r>
    </w:p>
    <w:p>
      <w:pPr>
        <w:pStyle w:val="Heading1"/>
      </w:pPr>
      <w:r>
        <w:t>Tape 102</w:t>
      </w:r>
    </w:p>
    <w:p>
      <w:pPr>
        <w:pStyle w:val="Heading2"/>
      </w:pPr>
      <w:r>
        <w:t>Side A (Aleph)</w:t>
      </w:r>
    </w:p>
    <w:p>
      <w:r>
        <w:t>...[Shlomo Carlebach sings in English the contents of the Petek]…</w:t>
      </w:r>
    </w:p>
    <w:p>
      <w:r>
        <w:t>...[Saba and the friends sing:</w:t>
      </w:r>
    </w:p>
    <w:p>
      <w:r>
        <w:t>“The rose of Yaakov rejoiced and was glad when they saw together the royal blue of Mordechai</w:t>
      </w:r>
    </w:p>
    <w:p>
      <w:r>
        <w:t>Their salvation was forever, and their hope in every generation</w:t>
      </w:r>
    </w:p>
    <w:p>
      <w:r>
        <w:t>To make known, to make known, to make known, to make known</w:t>
      </w:r>
    </w:p>
    <w:p>
      <w:r>
        <w:t>That all who hope in You will not be ashamed and will not be humiliated forever, all who take refuge {in Him/in You}..”]</w:t>
      </w:r>
    </w:p>
    <w:p>
      <w:r>
        <w:t>If you can {perhaps} turn on the tape</w:t>
      </w:r>
    </w:p>
    <w:p>
      <w:r>
        <w:t>[It is on, it is on]</w:t>
      </w:r>
    </w:p>
    <w:p>
      <w:r>
        <w:t>[It is on]</w:t>
      </w:r>
    </w:p>
    <w:p>
      <w:r>
        <w:t>You do not want to?</w:t>
      </w:r>
    </w:p>
    <w:p>
      <w:r>
        <w:t>[It is on, on]</w:t>
      </w:r>
    </w:p>
    <w:p>
      <w:r>
        <w:t>Yes?</w:t>
      </w:r>
    </w:p>
    <w:p>
      <w:r>
        <w:t>[Yo]</w:t>
      </w:r>
    </w:p>
    <w:p>
      <w:r>
        <w:t>Nu, th.. to hear, to hear the melodies of, of today</w:t>
      </w:r>
    </w:p>
    <w:p>
      <w:r>
        <w:t>[Ah, to hear the melodies of today, we will sing, no?]</w:t>
      </w:r>
    </w:p>
    <w:p>
      <w:r>
        <w:t>To make known {….}…</w:t>
      </w:r>
    </w:p>
    <w:p>
      <w:r>
        <w:t>...[They sing the melody: “You revealed Yourself”..]…</w:t>
      </w:r>
    </w:p>
    <w:p>
      <w:r>
        <w:t>...[Saba sings:</w:t>
      </w:r>
    </w:p>
    <w:p>
      <w:r>
        <w:t>And all who take refuge {in Him/in You} will not be humiliated forever..”]</w:t>
      </w:r>
    </w:p>
    <w:p>
      <w:r>
        <w:t>{….}, one must repeat {…..} always</w:t>
      </w:r>
    </w:p>
    <w:p>
      <w:r>
        <w:t>“All who take refuge in You will not be humiliated forever”</w:t>
      </w:r>
    </w:p>
    <w:p>
      <w:r>
        <w:t>[Saba continues to sing:</w:t>
      </w:r>
    </w:p>
    <w:p>
      <w:r>
        <w:t>“All who take refuge in You will not be humiliated forever..”]</w:t>
      </w:r>
    </w:p>
    <w:p>
      <w:r>
        <w:t>[“To make known..”]</w:t>
      </w:r>
    </w:p>
    <w:p>
      <w:r>
        <w:t>[Saba continues to sing:</w:t>
      </w:r>
    </w:p>
    <w:p>
      <w:r>
        <w:t>“To make known, to make known, to make known, to make known, to make known</w:t>
      </w:r>
    </w:p>
    <w:p>
      <w:r>
        <w:t>That all who hope in You will not be ashamed and will not be humiliated forever, all who take refuge {in Him/in You}..”]</w:t>
      </w:r>
    </w:p>
    <w:p>
      <w:r>
        <w:t>Now there is another melody</w:t>
      </w:r>
    </w:p>
    <w:p>
      <w:r>
        <w:t>[Yes?]</w:t>
      </w:r>
    </w:p>
    <w:p>
      <w:r>
        <w:t>Yes, “The rose of..,” {yes, that is good}</w:t>
      </w:r>
    </w:p>
    <w:p>
      <w:r>
        <w:t>[Saba and the friends sing:</w:t>
      </w:r>
    </w:p>
    <w:p>
      <w:r>
        <w:t>“The rose of Yaakov rejoiced and was glad when they saw together the royal blue of Mordechai</w:t>
      </w:r>
    </w:p>
    <w:p>
      <w:r>
        <w:t>Their salvation was forever, and their hope in every generation, to make known, to make known, to make known..”]</w:t>
      </w:r>
    </w:p>
    <w:p>
      <w:r>
        <w:t>We need to make it known to ourselves as well</w:t>
      </w:r>
    </w:p>
    <w:p>
      <w:r>
        <w:t>[Saba continues to sing:</w:t>
      </w:r>
    </w:p>
    <w:p>
      <w:r>
        <w:t>“To make known, to make known..”]</w:t>
      </w:r>
    </w:p>
    <w:p>
      <w:r>
        <w:t>This brings forth knowledge, this is very great knowledge</w:t>
      </w:r>
    </w:p>
    <w:p>
      <w:r>
        <w:t>[Saba continues to sing:</w:t>
      </w:r>
    </w:p>
    <w:p>
      <w:r>
        <w:t>“That all who hope in You will not be ashamed and will not be humiliated forever, all who take refuge {in Him/in You}..”</w:t>
      </w:r>
    </w:p>
    <w:p>
      <w:r>
        <w:t>“The rose of Yaakov rejoiced and was glad when they saw together the royal blue of Mordechai..”]</w:t>
      </w:r>
    </w:p>
    <w:p>
      <w:r>
        <w:t>This is the light of the tzaddik, Mordechai the tzaddik, Mordechai, the reverse of Haman-Amalek, {….}</w:t>
      </w:r>
    </w:p>
    <w:p>
      <w:r>
        <w:t>[“Their salvation..”]</w:t>
      </w:r>
    </w:p>
    <w:p>
      <w:r>
        <w:t>[Saba continues to sing:</w:t>
      </w:r>
    </w:p>
    <w:p>
      <w:r>
        <w:t>“Their salvation, their salvation was forever</w:t>
      </w:r>
    </w:p>
    <w:p>
      <w:r>
        <w:t>And their hope, and their hope in every generation..”]</w:t>
      </w:r>
    </w:p>
    <w:p>
      <w:r>
        <w:t>Also in this generation</w:t>
      </w:r>
    </w:p>
    <w:p>
      <w:r>
        <w:t>Not only in every generation, also in this generation, also in.. also upon us</w:t>
      </w:r>
    </w:p>
    <w:p>
      <w:r>
        <w:t>[Saba continues to sing:</w:t>
      </w:r>
    </w:p>
    <w:p>
      <w:r>
        <w:t>“Their salvation, their salvation was forever, and their hope, and their hope in every..”]</w:t>
      </w:r>
    </w:p>
    <w:p>
      <w:r>
        <w:t>“Their hope,” hope, there is hope, no, no, no despair, only hope!</w:t>
      </w:r>
    </w:p>
    <w:p>
      <w:r>
        <w:t>[Saba continues to sing:</w:t>
      </w:r>
    </w:p>
    <w:p>
      <w:r>
        <w:t>“And their hope, and their hope in every generation</w:t>
      </w:r>
    </w:p>
    <w:p>
      <w:r>
        <w:t>To make known, to make known, to make known, that all who hope in You will not be humiliated forever..”]</w:t>
      </w:r>
    </w:p>
    <w:p>
      <w:r>
        <w:t>This one must make known to all creatures, to the whole world</w:t>
      </w:r>
    </w:p>
    <w:p>
      <w:r>
        <w:t>[Saba continues to sing:</w:t>
      </w:r>
    </w:p>
    <w:p>
      <w:r>
        <w:t>“That all who hope in You will not be ashamed and will not..”]</w:t>
      </w:r>
    </w:p>
    <w:p>
      <w:r>
        <w:t>This is great knowledge, also, even we</w:t>
      </w:r>
    </w:p>
    <w:p>
      <w:r>
        <w:t>“That all who hope in You will not be ashamed and will not be humiliated forever, all who take refuge in You”</w:t>
      </w:r>
    </w:p>
    <w:p>
      <w:r>
        <w:t>Oy</w:t>
      </w:r>
    </w:p>
    <w:p>
      <w:r>
        <w:t>[Saba continues to sing:</w:t>
      </w:r>
    </w:p>
    <w:p>
      <w:r>
        <w:t>“The rose of Yaakov rejoiced and was glad when they saw together the royal blue of Mordechai</w:t>
      </w:r>
    </w:p>
    <w:p>
      <w:r>
        <w:t>Their salvation was forever, and their hope in every generation</w:t>
      </w:r>
    </w:p>
    <w:p>
      <w:r>
        <w:t>To make known, to make known, to make known, to make known</w:t>
      </w:r>
    </w:p>
    <w:p>
      <w:r>
        <w:t>That all who hope in You will not be ashamed and will not be humiliated forever, all who take refuge {in Him/in You}..”]</w:t>
      </w:r>
    </w:p>
    <w:p>
      <w:r>
        <w:t>You do not know what this is, let us begin the.. th.. th.. th.. th.. second melody</w:t>
      </w:r>
    </w:p>
    <w:p>
      <w:r>
        <w:t>We need, we need both of them, we need both of them</w:t>
      </w:r>
    </w:p>
    <w:p>
      <w:r>
        <w:t>[Saba continues to sing:</w:t>
      </w:r>
    </w:p>
    <w:p>
      <w:r>
        <w:t>“The rose of Yaakov rejoiced and was glad..”]</w:t>
      </w:r>
    </w:p>
    <w:p>
      <w:r>
        <w:t>{…}, what, what is “rejoiced and was glad”?</w:t>
      </w:r>
    </w:p>
    <w:p>
      <w:r>
        <w:t>[Saba continues to sing:</w:t>
      </w:r>
    </w:p>
    <w:p>
      <w:r>
        <w:t>“When they saw together the royal blue of Mordechai</w:t>
      </w:r>
    </w:p>
    <w:p>
      <w:r>
        <w:t>Their salvation was forever, and their hope in every generation</w:t>
      </w:r>
    </w:p>
    <w:p>
      <w:r>
        <w:t>To make known, to make known, to make known, to make known</w:t>
      </w:r>
    </w:p>
    <w:p>
      <w:r>
        <w:t>That all who hope in You will not be ashamed and will not be humiliated forever, all who take refuge {in Him/in You}</w:t>
      </w:r>
    </w:p>
    <w:p>
      <w:r>
        <w:t>Their salvation was forever, and their hope in every generation..”]</w:t>
      </w:r>
    </w:p>
    <w:p>
      <w:r>
        <w:t>{Yes, nu, come}, why are you silent?</w:t>
      </w:r>
    </w:p>
    <w:p>
      <w:r>
        <w:t>[Saba and the friends continue to sing:</w:t>
      </w:r>
    </w:p>
    <w:p>
      <w:r>
        <w:t>“To make known, to make known, to make known, to make known</w:t>
      </w:r>
    </w:p>
    <w:p>
      <w:r>
        <w:t>That all who hope in You will not be ashamed and will not be humiliated forever, all who take refuge {in Him/in You}..”]</w:t>
      </w:r>
    </w:p>
    <w:p>
      <w:r>
        <w:t>This is great knowledge, that it is only “to make known, to make known, to make known, to make known”</w:t>
      </w:r>
    </w:p>
    <w:p>
      <w:r>
        <w:t>What? — “That all who hope in You will not be ashamed and will not be humiliated forever, all who take refuge in You”</w:t>
      </w:r>
    </w:p>
    <w:p>
      <w:r>
        <w:t>This is what one makes known, makes known to ourselves and to all, and to all, and to the whole city, to the whole world one must</w:t>
      </w:r>
    </w:p>
    <w:p>
      <w:r>
        <w:t>“To make known, to make known, to make known, to make known”</w:t>
      </w:r>
    </w:p>
    <w:p>
      <w:r>
        <w:t>[Saba and the friends continue to sing:</w:t>
      </w:r>
    </w:p>
    <w:p>
      <w:r>
        <w:t>“That all who hope in You will not be ashamed and will not be humiliated forever, all who take refuge in You..”]</w:t>
      </w:r>
    </w:p>
    <w:p>
      <w:r>
        <w:t>Two, of the two melodies I remember, I, I did not hear, I once the first, once the second</w:t>
      </w:r>
    </w:p>
    <w:p>
      <w:r>
        <w:t>I heard these melodies, awak.., I had such an awakening</w:t>
      </w:r>
    </w:p>
    <w:p>
      <w:r>
        <w:t>To this day I feel the, the awakening to this day</w:t>
      </w:r>
    </w:p>
    <w:p>
      <w:r>
        <w:t>When I recall that I once heard, that I heard this melody</w:t>
      </w:r>
    </w:p>
    <w:p>
      <w:r>
        <w:t>Then I become a different person, a different person, the awakening is without end, without limit, yes</w:t>
      </w:r>
    </w:p>
    <w:p>
      <w:r>
        <w:t>And I saw that all those wh.. with whom I rejoiced after the passing of Rebbe Yisroel in Yerushalayim</w:t>
      </w:r>
    </w:p>
    <w:p>
      <w:r>
        <w:t>Rav Shlomo and Rav Nassan, and Rebbe Nassan the husband of Gitteleh, and Rav Gedaliah Berger</w:t>
      </w:r>
    </w:p>
    <w:p>
      <w:r>
        <w:t>I literally saw the resting of the Shechinah</w:t>
      </w:r>
    </w:p>
    <w:p>
      <w:r>
        <w:t>Each one said every word: “to make known, to make known,” {….}</w:t>
      </w:r>
    </w:p>
    <w:p>
      <w:r>
        <w:t>That “their salvation was forever, and their hope in every generation..”</w:t>
      </w:r>
    </w:p>
    <w:p>
      <w:r>
        <w:t>Ay, ay, ay, ay, ay..</w:t>
      </w:r>
    </w:p>
    <w:p>
      <w:r>
        <w:t>To make known, one must make known, one must make known, to cry out.. (Yiddish)</w:t>
      </w:r>
    </w:p>
    <w:p>
      <w:r>
        <w:t>[Saba continues to sing:</w:t>
      </w:r>
    </w:p>
    <w:p>
      <w:r>
        <w:t>“To make known, to make known, to make known, to make known, that all who hope in You..”]</w:t>
      </w:r>
    </w:p>
    <w:p>
      <w:r>
        <w:t>If the world knew this, they would all be tzaddi.., all of them, all of us, all of them holy tzaddikim</w:t>
      </w:r>
    </w:p>
    <w:p>
      <w:r>
        <w:t>Yes, only the main thing, we are in sophistries, we do not believe, how is it possible to repair sick people like us in these generations?</w:t>
      </w:r>
    </w:p>
    <w:p>
      <w:r>
        <w:t>How is it possible?</w:t>
      </w:r>
    </w:p>
    <w:p>
      <w:r>
        <w:t>[{Yes}]</w:t>
      </w:r>
    </w:p>
    <w:p>
      <w:r>
        <w:t>A person despairs of himself</w:t>
      </w:r>
    </w:p>
    <w:p>
      <w:r>
        <w:t>Ah, one must make known, all who hope in You, all who hope in You, this is everyone, all, everyone who hopes in Hashem</w:t>
      </w:r>
    </w:p>
    <w:p>
      <w:r>
        <w:t>Whoever he may be</w:t>
      </w:r>
    </w:p>
    <w:p>
      <w:r>
        <w:t>“All who hope in You will not be ashamed and will not be humiliated, and will not be humiliated forever, all who take refuge in You..”</w:t>
      </w:r>
    </w:p>
    <w:p>
      <w:r>
        <w:t>As the holy Rabbainu explains:</w:t>
      </w:r>
    </w:p>
    <w:p>
      <w:r>
        <w:t>“Be strong, and let your heart take courage..”</w:t>
      </w:r>
    </w:p>
    <w:p>
      <w:r>
        <w:t>Do you remember the conversation there? This conversation, the holy Rabbainu explains the verse:</w:t>
      </w:r>
    </w:p>
    <w:p>
      <w:r>
        <w:t>“Be strong, and let your heart take courage, all who wait for Hashem”</w:t>
      </w:r>
    </w:p>
    <w:p>
      <w:r>
        <w:t>Even whoever he may be</w:t>
      </w:r>
    </w:p>
    <w:p>
      <w:r>
        <w:t>“All.., who wait for Hashem”? “Be strong, and let your heart take courage”</w:t>
      </w:r>
    </w:p>
    <w:p>
      <w:r>
        <w:t>Not to fall, Heaven forbid</w:t>
      </w:r>
    </w:p>
    <w:p>
      <w:r>
        <w:t>Ah, particularly this, this, the holy Rabbainu revealed it, this, this, whoever..</w:t>
      </w:r>
    </w:p>
    <w:p>
      <w:r>
        <w:t>One must derive a matter from matters, one matter from another</w:t>
      </w:r>
    </w:p>
    <w:p>
      <w:r>
        <w:t>The one who revealed this, he is Rebbe {{………}}</w:t>
      </w:r>
    </w:p>
    <w:p>
      <w:r>
        <w:t>“Be strong, and let {{...}},” “be strong and courageous,” yes, as is written in the letter, in the Petek:</w:t>
      </w:r>
    </w:p>
    <w:p>
      <w:r>
        <w:t>“My dear student {you},” “I derived great pleasure from your service,” “and concerning you I said”? Nu</w:t>
      </w:r>
    </w:p>
    <w:p>
      <w:r>
        <w:t>“Let your heart be strong and courageous,” “be strong and courageous,” yes, “in your service”</w:t>
      </w:r>
    </w:p>
    <w:p>
      <w:r>
        <w:t>And immediately the signature, this is the signature, it, it is the knowledge, he makes this known to us, yes</w:t>
      </w:r>
    </w:p>
    <w:p>
      <w:r>
        <w:t>“I derived great pleasure from your service,” as you are</w:t>
      </w:r>
    </w:p>
    <w:p>
      <w:r>
        <w:t>“And concerning you I said, let your hea.., “be strong and courageous in your service”</w:t>
      </w:r>
    </w:p>
    <w:p>
      <w:r>
        <w:t>“Na Nach Nachma Nachman MeUman”</w:t>
      </w:r>
    </w:p>
    <w:p>
      <w:r>
        <w:t>There had not yet been such a signature, not in Rabbainu’s lifetime, only it was revealed in this Petek, a new revelation</w:t>
      </w:r>
    </w:p>
    <w:p>
      <w:r>
        <w:t>That it, it is the song that will be revealed in the future, ‘simple, double, triple, quadruple’</w:t>
      </w:r>
    </w:p>
    <w:p>
      <w:r>
        <w:t>“Na Nach Nachma Nachman MeUman”!</w:t>
      </w:r>
    </w:p>
    <w:p>
      <w:r>
        <w:t>This is a new revelation, this, the redemption, the entire redemption depends upon it!, and..</w:t>
      </w:r>
    </w:p>
    <w:p>
      <w:r>
        <w:t>If we were, we, we say this, then what, what? Who are we? What?</w:t>
      </w:r>
    </w:p>
    <w:p>
      <w:r>
        <w:t>I, I say this way, and the other says this way, yes</w:t>
      </w:r>
    </w:p>
    <w:p>
      <w:r>
        <w:t>But what the holy Rabbainu revealed, still, still not even a drop from the sea</w:t>
      </w:r>
    </w:p>
    <w:p>
      <w:r>
        <w:t>He, he made known only a little that contains much, only a little, a little, a drop from the sea of his greatness</w:t>
      </w:r>
    </w:p>
    <w:p>
      <w:r>
        <w:t>And he knew how we need him for every single utterance of his</w:t>
      </w:r>
    </w:p>
    <w:p>
      <w:r>
        <w:t>In order to recognize Hashem, blessed be He, and to attain fear of Heaven and faith in truth, yes</w:t>
      </w:r>
    </w:p>
    <w:p>
      <w:r>
        <w:t>There will be a new world, there will be, no.., the world now is chaos and void and darkness</w:t>
      </w:r>
    </w:p>
    <w:p>
      <w:r>
        <w:t>Is it not picking it up? It needs to pick up the whole {{…….}} melody and the words, is it, is it picking it up? [Yes]</w:t>
      </w:r>
    </w:p>
    <w:p>
      <w:r>
        <w:t>Yes?</w:t>
      </w:r>
    </w:p>
    <w:p>
      <w:r>
        <w:t>[Yes]</w:t>
      </w:r>
    </w:p>
    <w:p>
      <w:r>
        <w:t>I saw.. truly upright people, holy tzaddikim</w:t>
      </w:r>
    </w:p>
    <w:p>
      <w:r>
        <w:t>I saw how they held themselves in the utmost, in the utmost lowliness, in the utmost lowliness</w:t>
      </w:r>
    </w:p>
    <w:p>
      <w:r>
        <w:t>And he enlivened himself, “to make known, to make known, that all who hope in You..”</w:t>
      </w:r>
    </w:p>
    <w:p>
      <w:r>
        <w:t>Even I, yes, “all who hope in You” means even I as I am, yes</w:t>
      </w:r>
    </w:p>
    <w:p>
      <w:r>
        <w:t>“All who hope in You will not be ashamed and will not be humiliated forever, all who take refuge in You”</w:t>
      </w:r>
    </w:p>
    <w:p>
      <w:r>
        <w:t>This is knowledge of Purim, this is such knowledge, this is simple</w:t>
      </w:r>
    </w:p>
    <w:p>
      <w:r>
        <w:t>But, but there is in it a little that contains much, there is a sea in it, a wellspring of wisdom is in it, in this there are levels, not everyone merits to see the.. what is in it, yes</w:t>
      </w:r>
    </w:p>
    <w:p>
      <w:r>
        <w:t>But everyone was joyous, it was another world, a special world</w:t>
      </w:r>
    </w:p>
    <w:p>
      <w:r>
        <w:t>He, he, he would dance in his world, {..}</w:t>
      </w:r>
    </w:p>
    <w:p>
      <w:r>
        <w:t>Each one had such powers that were different from his fellow</w:t>
      </w:r>
    </w:p>
    <w:p>
      <w:r>
        <w:t>He was in another world, (…), yes</w:t>
      </w:r>
    </w:p>
    <w:p>
      <w:r>
        <w:t>But, but everyone, that is, each one, everyone, everyone merited to feel Rabbainu’s light</w:t>
      </w:r>
    </w:p>
    <w:p>
      <w:r>
        <w:t>Through Rabbainu this is “to make known..,” the holy Rabbainu makes this known to us, yes</w:t>
      </w:r>
    </w:p>
    <w:p>
      <w:r>
        <w:t>“That all who hope in You will not be ashamed and will not be humiliated forever, all who take refuge in You”</w:t>
      </w:r>
    </w:p>
    <w:p>
      <w:r>
        <w:t>This is such knowledge through which one can be completely new every day and at every time</w:t>
      </w:r>
    </w:p>
    <w:p>
      <w:r>
        <w:t>“All who hope in You will not be ashamed and will not be humiliated forever, all who take refuge in You,” even we, even the {……….} in the world and all the wick..</w:t>
      </w:r>
    </w:p>
    <w:p>
      <w:r>
        <w:t>This, this is Purim, Purim is Mordechai the Tzaddik…</w:t>
      </w:r>
    </w:p>
    <w:p>
      <w:r>
        <w:t>...This, this is the tzaddik, Purim is the light of, Purim surpasses everything, everything, ev..</w:t>
      </w:r>
    </w:p>
    <w:p>
      <w:r>
        <w:t>Even Shabbos, even, on, on all the festivals, the joy of Purim</w:t>
      </w:r>
    </w:p>
    <w:p>
      <w:r>
        <w:t>The holy Rabbainu said:</w:t>
      </w:r>
    </w:p>
    <w:p>
      <w:r>
        <w:t>“Previously all beginnings were from Pesach, and now from Purim”</w:t>
      </w:r>
    </w:p>
    <w:p>
      <w:r>
        <w:t>Purim, Purim, what was, what I saw, I saw it is lodged in every..</w:t>
      </w:r>
    </w:p>
    <w:p>
      <w:r>
        <w:t>..I heard this seventy years ago, nu, and how do I remember it now?</w:t>
      </w:r>
    </w:p>
    <w:p>
      <w:r>
        <w:t>It is lodged inside my heart forever</w:t>
      </w:r>
    </w:p>
    <w:p>
      <w:r>
        <w:t>When I saw how they would dance with great joy</w:t>
      </w:r>
    </w:p>
    <w:p>
      <w:r>
        <w:t>“That all who hope in You will not be ashamed and will not be humiliated forever, all who take refuge in You”</w:t>
      </w:r>
    </w:p>
    <w:p>
      <w:r>
        <w:t>They, they put a new spirit into me for all the d.., for the days of my life, yes, yes</w:t>
      </w:r>
    </w:p>
    <w:p>
      <w:r>
        <w:t>They cried out:</w:t>
      </w:r>
    </w:p>
    <w:p>
      <w:r>
        <w:t>“To make known, to make known, to make known, to make known, to make known, to make known”</w:t>
      </w:r>
    </w:p>
    <w:p>
      <w:r>
        <w:t>[Saba sings:</w:t>
      </w:r>
    </w:p>
    <w:p>
      <w:r>
        <w:t>“That all who hope in You will not be ashamed and will not be humiliated forever, all who take refuge {in Him/in You}..”]</w:t>
      </w:r>
    </w:p>
    <w:p>
      <w:r>
        <w:t>“Will not be humiliated forever, all who take refuge in You”</w:t>
      </w:r>
    </w:p>
    <w:p>
      <w:r>
        <w:t>If only we would merit this</w:t>
      </w:r>
    </w:p>
    <w:p>
      <w:r>
        <w:t>Because we do not, do not believe, how is it possible? Such sick people as are in this generation, how is it possible for them to have, to repair them? How is it possible?</w:t>
      </w:r>
    </w:p>
    <w:p>
      <w:r>
        <w:t>We have fallen and become so distant in these generations of darkness, in the orphaned generation, this is an orphaned generation</w:t>
      </w:r>
    </w:p>
    <w:p>
      <w:r>
        <w:t>If there is no holy Rabbainu, the world is.. they do not know of the holy Rabbainu</w:t>
      </w:r>
    </w:p>
    <w:p>
      <w:r>
        <w:t>If the whole world knew of the holy Rabbainu, the redemption would have come long ago</w:t>
      </w:r>
    </w:p>
    <w:p>
      <w:r>
        <w:t>Moshiach would have come long ago</w:t>
      </w:r>
    </w:p>
    <w:p>
      <w:r>
        <w:t>But, but “I have finished and I will finish”</w:t>
      </w:r>
    </w:p>
    <w:p>
      <w:r>
        <w:t>And “their salvation was forever, and their hope in every generation,” yes</w:t>
      </w:r>
    </w:p>
    <w:p>
      <w:r>
        <w:t>As we, as he</w:t>
      </w:r>
    </w:p>
    <w:p>
      <w:r>
        <w:t>The holy Rabbainu said: “Hashem, blessed be He, He, He is always victorious”</w:t>
      </w:r>
    </w:p>
    <w:p>
      <w:r>
        <w:t>Hashem {finishes/is victorious} always</w:t>
      </w:r>
    </w:p>
    <w:p>
      <w:r>
        <w:t>Yo, He.. He finishes as He wills</w:t>
      </w:r>
    </w:p>
    <w:p>
      <w:r>
        <w:t>Even though we see such, what, what..</w:t>
      </w:r>
    </w:p>
    <w:p>
      <w:r>
        <w:t>Who do not believe that they can, that they can have a rectification, then it can be.. yo</w:t>
      </w:r>
    </w:p>
    <w:p>
      <w:r>
        <w:t>Then this.. then..</w:t>
      </w:r>
    </w:p>
    <w:p>
      <w:r>
        <w:t>The holy Rabbainu, the holy Rabbainu already made known..</w:t>
      </w:r>
    </w:p>
    <w:p>
      <w:r>
        <w:t>“That all who hope in You will not be ashamed and will not be humiliated forever, all who take refuge in You”</w:t>
      </w:r>
    </w:p>
    <w:p>
      <w:r>
        <w:t>“Be strong, and let your heart take courage, all who wait for Hashem”</w:t>
      </w:r>
    </w:p>
    <w:p>
      <w:r>
        <w:t>Nu, “all who wait,” we too, yes</w:t>
      </w:r>
    </w:p>
    <w:p>
      <w:r>
        <w:t>{…} And all, and all the worst in the world, and all the distant ones in the world, yes</w:t>
      </w:r>
    </w:p>
    <w:p>
      <w:r>
        <w:t>The holy Rabbainu attained kindnesses, such new wondrous kindnesses, which had never yet existed</w:t>
      </w:r>
    </w:p>
    <w:p>
      <w:r>
        <w:t>Which had not existed, which were not known, which had not been revealed in the world, this is new</w:t>
      </w:r>
    </w:p>
    <w:p>
      <w:r>
        <w:t>He attained in Torah, he attained such perceptions that..</w:t>
      </w:r>
    </w:p>
    <w:p>
      <w:r>
        <w:t>That “there is no despair in the world at all”</w:t>
      </w:r>
    </w:p>
    <w:p>
      <w:r>
        <w:t>Oy vey, yo, oy vey...</w:t>
      </w:r>
    </w:p>
    <w:p>
      <w:r>
        <w:t>...Such, that I literally became nullified, how is it possible to attain this?</w:t>
      </w:r>
    </w:p>
    <w:p>
      <w:r>
        <w:t>Yes, that is how it was</w:t>
      </w:r>
    </w:p>
    <w:p>
      <w:r>
        <w:t>When I heard even a hundred times, however many times I heard from them</w:t>
      </w:r>
    </w:p>
    <w:p>
      <w:r>
        <w:t>“To make known,” “The rose of Yaakov rejoiced and was glad”</w:t>
      </w:r>
    </w:p>
    <w:p>
      <w:r>
        <w:t>It was new to me, as though, as though I had not yet heard it at all, yes</w:t>
      </w:r>
    </w:p>
    <w:p>
      <w:r>
        <w:t>It was with such an awakening, with such faith, with such joy, that it was new</w:t>
      </w:r>
    </w:p>
    <w:p>
      <w:r>
        <w:t>[“To make known..”]</w:t>
      </w:r>
    </w:p>
    <w:p>
      <w:r>
        <w:t>[Saba sings:</w:t>
      </w:r>
    </w:p>
    <w:p>
      <w:r>
        <w:t>“To make known, to make known, to make known, to make known, to make known, that all..”]</w:t>
      </w:r>
    </w:p>
    <w:p>
      <w:r>
        <w:t>What to make known?</w:t>
      </w:r>
    </w:p>
    <w:p>
      <w:r>
        <w:t>[Saba continues to sing:</w:t>
      </w:r>
    </w:p>
    <w:p>
      <w:r>
        <w:t>“That all who hope in You will not be ashamed and will not be humiliated forever, all who take refuge {in Him/in You}..”</w:t>
      </w:r>
    </w:p>
    <w:p>
      <w:r>
        <w:t>“The rose of Yaakov rejoiced and was glad when together they saw Mordechai robed in royal blue</w:t>
      </w:r>
    </w:p>
    <w:p>
      <w:r>
        <w:t>Their salvation, their salvation was forever, and their hope, and their hope in every generation</w:t>
      </w:r>
    </w:p>
    <w:p>
      <w:r>
        <w:t>To make known, to make known, to make known, that all who hope in You will not be ashamed and will not be humiliated forever, all who take refuge in You..”] Ah</w:t>
      </w:r>
    </w:p>
    <w:p>
      <w:r>
        <w:t>This is Purim — “That all who hope in You will not be ashamed and will not be humiliated forever..,” this is the opposite of Amalek</w:t>
      </w:r>
    </w:p>
    <w:p>
      <w:r>
        <w:t>[...]</w:t>
      </w:r>
    </w:p>
    <w:p>
      <w:r>
        <w:t>This is Mordechai, Mordechai the Tzaddik</w:t>
      </w:r>
    </w:p>
    <w:p>
      <w:r>
        <w:t>[The opposite of Amalek]</w:t>
      </w:r>
    </w:p>
    <w:p>
      <w:r>
        <w:t>Amalek, Amalek</w:t>
      </w:r>
    </w:p>
    <w:p>
      <w:r>
        <w:t>Oy, yo, yo, yo, ah</w:t>
      </w:r>
    </w:p>
    <w:p>
      <w:r>
        <w:t>[You saw]</w:t>
      </w:r>
    </w:p>
    <w:p>
      <w:r>
        <w:t>And I saw how the lives of our people were always new</w:t>
      </w:r>
    </w:p>
    <w:p>
      <w:r>
        <w:t>And the joy was lodged on the face and on the whole body</w:t>
      </w:r>
    </w:p>
    <w:p>
      <w:r>
        <w:t>And he had no livelihood and he had no.. he could have confusions</w:t>
      </w:r>
    </w:p>
    <w:p>
      <w:r>
        <w:t>I.. Rav Gedaliah Berger, his wife was sick with tuberculosis, and he was poor, he had no..</w:t>
      </w:r>
    </w:p>
    <w:p>
      <w:r>
        <w:t>He had to l.. through miracles, he lived through miracles</w:t>
      </w:r>
    </w:p>
    <w:p>
      <w:r>
        <w:t>And he was always joyous and always, always served Hashem with joy, and not as he is, yes</w:t>
      </w:r>
    </w:p>
    <w:p>
      <w:r>
        <w:t>One does not see, in the world one does not see such joy, such service, such faith one does not see in the world</w:t>
      </w:r>
    </w:p>
    <w:p>
      <w:r>
        <w:t>Only by Rabbainu, Rebbe Nachman</w:t>
      </w:r>
    </w:p>
    <w:p>
      <w:r>
        <w:t>They did not make themselves, they were made through Rabbainu, through his words</w:t>
      </w:r>
    </w:p>
    <w:p>
      <w:r>
        <w:t>And each one, even in the generations, even.. {….} always</w:t>
      </w:r>
    </w:p>
    <w:p>
      <w:r>
        <w:t>Whoever truly wants and he.. and relies and trusts in, in Hashem, blessed be He, and in the holy Rabbainu, that he will bring us close to Hashem, blessed be He, and to the Torah</w:t>
      </w:r>
    </w:p>
    <w:p>
      <w:r>
        <w:t>It is in his power, like we, we are already lost, we already, without Rabbainu I.. am nothing</w:t>
      </w:r>
    </w:p>
    <w:p>
      <w:r>
        <w:t>It is impossible to repair, it is impossible to heal such sick people</w:t>
      </w:r>
    </w:p>
    <w:p>
      <w:r>
        <w:t>But the holy Rabbainu attained this, that he can heal all..</w:t>
      </w:r>
    </w:p>
    <w:p>
      <w:r>
        <w:t>Even, even those who have no hope at all</w:t>
      </w:r>
    </w:p>
    <w:p>
      <w:r>
        <w:t>And he attained such perceptions, kind.., compassion of Hashem, Hashem’s kindnesses, which had not yet been revealed in the world</w:t>
      </w:r>
    </w:p>
    <w:p>
      <w:r>
        <w:t>So through this he can, he can bring out every, everything</w:t>
      </w:r>
    </w:p>
    <w:p>
      <w:r>
        <w:t>From the abyss, from the mud, from the impurity</w:t>
      </w:r>
    </w:p>
    <w:p>
      <w:r>
        <w:t>[“To make known..”]</w:t>
      </w:r>
    </w:p>
    <w:p>
      <w:r>
        <w:t>Yes</w:t>
      </w:r>
    </w:p>
    <w:p>
      <w:r>
        <w:t>One can sing “To make known” every Shabbos, each and every day, yes, all the days of our lives</w:t>
      </w:r>
    </w:p>
    <w:p>
      <w:r>
        <w:t>[Every day is Purim]…</w:t>
      </w:r>
    </w:p>
    <w:p>
      <w:r>
        <w:t>...[Saba sings:</w:t>
      </w:r>
    </w:p>
    <w:p>
      <w:r>
        <w:t>“Mighty in kingship, chosen according to law, His hosts will say to Him</w:t>
      </w:r>
    </w:p>
    <w:p>
      <w:r>
        <w:t>To You and to You, to You, for to You, to You indeed to You, Yours, Hashem, is the kingship, for to Him..”]</w:t>
      </w:r>
    </w:p>
    <w:p>
      <w:r>
        <w:t>{….}</w:t>
      </w:r>
    </w:p>
    <w:p>
      <w:r>
        <w:t>For..</w:t>
      </w:r>
    </w:p>
    <w:p>
      <w:r>
        <w:t>But he will endure</w:t>
      </w:r>
    </w:p>
    <w:p>
      <w:r>
        <w:t>[Saba continues to sing:</w:t>
      </w:r>
    </w:p>
    <w:p>
      <w:r>
        <w:t>“For Him it is fitting, for Him it is becoming..</w:t>
      </w:r>
    </w:p>
    <w:p>
      <w:r>
        <w:t>Mighty in kingship, chosen according to law, His hosts will say to Him</w:t>
      </w:r>
    </w:p>
    <w:p>
      <w:r>
        <w:t>To You and to You, to You for it is Yours..”]...</w:t>
      </w:r>
    </w:p>
    <w:p>
      <w:pPr>
        <w:pStyle w:val="Heading2"/>
      </w:pPr>
      <w:r>
        <w:t>Side B (Bais)</w:t>
      </w:r>
    </w:p>
    <w:p>
      <w:r>
        <w:t>...The matter, yes, but…</w:t>
      </w:r>
    </w:p>
    <w:p>
      <w:r>
        <w:t>...Before…</w:t>
      </w:r>
    </w:p>
    <w:p>
      <w:r>
        <w:t>…{…} Sixty-three years ago, and for sixty years it was completely secret, no one knew, no..</w:t>
      </w:r>
    </w:p>
    <w:p>
      <w:r>
        <w:t>Only to my children I told the matter, yes</w:t>
      </w:r>
    </w:p>
    <w:p>
      <w:r>
        <w:t>But.. and there were also a few, exceptional individuals who were holy tzaddikim and friends of mine</w:t>
      </w:r>
    </w:p>
    <w:p>
      <w:r>
        <w:t>I told them, and they accepted it</w:t>
      </w:r>
    </w:p>
    <w:p>
      <w:r>
        <w:t>{...} How, how is it possible to accept it? It is above, above nature</w:t>
      </w:r>
    </w:p>
    <w:p>
      <w:r>
        <w:t>Nu, and they accepted it</w:t>
      </w:r>
    </w:p>
    <w:p>
      <w:r>
        <w:t>The matter was in bri.., I am compelled to speak, to tell briefly, the essence</w:t>
      </w:r>
    </w:p>
    <w:p>
      <w:r>
        <w:t>Sixty-two years ago there was such an incident, I stumbled, and.. I stumbled and fell</w:t>
      </w:r>
    </w:p>
    <w:p>
      <w:r>
        <w:t>It was on the day of {sheva}, the Seventeenth of Tammuz, it is a severe fast of the four fasts</w:t>
      </w:r>
    </w:p>
    <w:p>
      <w:r>
        <w:t>Before {Tisha B’Av …} for the destruction, for the destruction</w:t>
      </w:r>
    </w:p>
    <w:p>
      <w:r>
        <w:t>And I, and I was accustomed to fast all, all the Behab fasts</w:t>
      </w:r>
    </w:p>
    <w:p>
      <w:r>
        <w:t>The eve of Rosh Chodesh, all kinds.. yes</w:t>
      </w:r>
    </w:p>
    <w:p>
      <w:r>
        <w:t>And I also made a fast each and every day</w:t>
      </w:r>
    </w:p>
    <w:p>
      <w:r>
        <w:t>From midnight until after the prayer I did not taste even water, as my holy teacher Rebbe Yisroel was accustomed, and on the Seventeenth of Tammuz, which is a severe fast, I fell and stumbled</w:t>
      </w:r>
    </w:p>
    <w:p>
      <w:r>
        <w:t>It seemed to me that I was si.., that I did not feel well and I was compelled, I was compelled to break the fast</w:t>
      </w:r>
    </w:p>
    <w:p>
      <w:r>
        <w:t>In any case, however it may have been, I do not, I am ashamed to tell everything, and I..</w:t>
      </w:r>
    </w:p>
    <w:p>
      <w:r>
        <w:t>In any case I stumbled, a descent, I descended a great descent</w:t>
      </w:r>
    </w:p>
    <w:p>
      <w:r>
        <w:t>And I ate in the morning on this fast day, this, and this weighed upon me, and I had great anguish</w:t>
      </w:r>
    </w:p>
    <w:p>
      <w:r>
        <w:t>And.. and I fell in.. into such sadness, that it was frightening—anyone who looked at me, there would fall upon him fr.., sadness</w:t>
      </w:r>
    </w:p>
    <w:p>
      <w:r>
        <w:t>From the fact that I did not, that I did not make the fast</w:t>
      </w:r>
    </w:p>
    <w:p>
      <w:r>
        <w:t>In any case..</w:t>
      </w:r>
    </w:p>
    <w:p>
      <w:r>
        <w:t>And they were all opponents and.. and said:</w:t>
      </w:r>
    </w:p>
    <w:p>
      <w:r>
        <w:t>“That this is the end of, of Breslov; in the end they become crazy”</w:t>
      </w:r>
    </w:p>
    <w:p>
      <w:r>
        <w:t>They thought that this, that I had become crazy; I was always joyous</w:t>
      </w:r>
    </w:p>
    <w:p>
      <w:r>
        <w:t>Suddenly the whole week, Sunday, Monday, Tuesday, Wednesday</w:t>
      </w:r>
    </w:p>
    <w:p>
      <w:r>
        <w:t>In any case I, I had great anguish and also could not.. and I could not serve Hashem</w:t>
      </w:r>
    </w:p>
    <w:p>
      <w:r>
        <w:t>I was, I was in darkness, in great anguish, from such sadness, literally as though going out of one’s mind</w:t>
      </w:r>
    </w:p>
    <w:p>
      <w:r>
        <w:t>And they all rejoiced, and said:</w:t>
      </w:r>
    </w:p>
    <w:p>
      <w:r>
        <w:t>“This is the end of the Breslov chassidim”</w:t>
      </w:r>
    </w:p>
    <w:p>
      <w:r>
        <w:t>Then I prayed to Hashem that He have mercy on me and take me out of this</w:t>
      </w:r>
    </w:p>
    <w:p>
      <w:r>
        <w:t>And that I am causing, I am causing through this disgrace, a desecration of Hashem for Breslov</w:t>
      </w:r>
    </w:p>
    <w:p>
      <w:r>
        <w:t>Then, then there entered into my thought a {forceful} thought, as though someone is standing and saying words to me:</w:t>
      </w:r>
    </w:p>
    <w:p>
      <w:r>
        <w:t>“Go into your room..”</w:t>
      </w:r>
    </w:p>
    <w:p>
      <w:r>
        <w:t>And there I had a cabinet</w:t>
      </w:r>
    </w:p>
    <w:p>
      <w:r>
        <w:t>“Open the cabinet and take out some book, whatever book it is, do not intend toward any..</w:t>
      </w:r>
    </w:p>
    <w:p>
      <w:r>
        <w:t>Place your hand on a book and take it out and open it, and open it, {...}</w:t>
      </w:r>
    </w:p>
    <w:p>
      <w:r>
        <w:t>Wherever you open it, and there you will find healing for your soul”</w:t>
      </w:r>
    </w:p>
    <w:p>
      <w:r>
        <w:t>Nu, then I had such a {forceful} thought, so I said:</w:t>
      </w:r>
    </w:p>
    <w:p>
      <w:r>
        <w:t>“What, what, what, what can I lose? I will go into the room and I will do it”</w:t>
      </w:r>
    </w:p>
    <w:p>
      <w:r>
        <w:t>Nu, I went into the room and opened the cabinet and took out a book and opened it, and there was there..</w:t>
      </w:r>
    </w:p>
    <w:p>
      <w:r>
        <w:t>Oy, is, is, is it here? Ho, ho, it is here, yes</w:t>
      </w:r>
    </w:p>
    <w:p>
      <w:r>
        <w:t>This is the photocopy, this is a photocopy of the Petek</w:t>
      </w:r>
    </w:p>
    <w:p>
      <w:r>
        <w:t>I opened the book and this piece of paper was inside it</w:t>
      </w:r>
    </w:p>
    <w:p>
      <w:r>
        <w:t>I did not pay attention to the paper</w:t>
      </w:r>
    </w:p>
    <w:p>
      <w:r>
        <w:t>“The paper will be healing for me? What will {{….}} be for me, paper?”</w:t>
      </w:r>
    </w:p>
    <w:p>
      <w:r>
        <w:t>So I read the halachah where I had opened, perhaps I would find words there like these, that would help me</w:t>
      </w:r>
    </w:p>
    <w:p>
      <w:r>
        <w:t>So I read and it enlivened me, but when I finished, the illness returned as it had been</w:t>
      </w:r>
    </w:p>
    <w:p>
      <w:r>
        <w:t>Then I fell in my mind; I thought, Heaven forbid, that I have no..</w:t>
      </w:r>
    </w:p>
    <w:p>
      <w:r>
        <w:t>I have no, no revival, no hope, no remedy</w:t>
      </w:r>
    </w:p>
    <w:p>
      <w:r>
        <w:t>Then..</w:t>
      </w:r>
    </w:p>
    <w:p>
      <w:r>
        <w:t>Before.., I wanted to return the book to its place</w:t>
      </w:r>
    </w:p>
    <w:p>
      <w:r>
        <w:t>Before I closed the book, I noticed that there are, there are here, there are written lines; I began to read</w:t>
      </w:r>
    </w:p>
    <w:p>
      <w:r>
        <w:t>I had only begun to read, I saw that this, that this was a wondrous event</w:t>
      </w:r>
    </w:p>
    <w:p>
      <w:r>
        <w:t>“It was very difficult for me to descend to you, my stude..” Immediately</w:t>
      </w:r>
    </w:p>
    <w:p>
      <w:r>
        <w:t>And altogether I cannot tell, even if I were able to speak</w:t>
      </w:r>
    </w:p>
    <w:p>
      <w:r>
        <w:t>What I felt, what is in this and what {….}</w:t>
      </w:r>
    </w:p>
    <w:p>
      <w:r>
        <w:t>What there is in this cannot be revealed, cannot be told, cannot be spoken</w:t>
      </w:r>
    </w:p>
    <w:p>
      <w:r>
        <w:t>But.. good, I began to read, and I read it all; to the end I read</w:t>
      </w:r>
    </w:p>
    <w:p>
      <w:r>
        <w:t>As.. immediately when I finished reading, I entered into such joy that..</w:t>
      </w:r>
    </w:p>
    <w:p>
      <w:r>
        <w:t>That was not of this world, only of the World to Come</w:t>
      </w:r>
    </w:p>
    <w:p>
      <w:r>
        <w:t>Such joy, I began to dance and clap my hands with such melodies of joy</w:t>
      </w:r>
    </w:p>
    <w:p>
      <w:r>
        <w:t>And those from the yeshivah heard; they knew that I, the whole week I was in sadness</w:t>
      </w:r>
    </w:p>
    <w:p>
      <w:r>
        <w:t>And now I, they hear that I am dancing in such joy, yes</w:t>
      </w:r>
    </w:p>
    <w:p>
      <w:r>
        <w:t>So they, they said:</w:t>
      </w:r>
    </w:p>
    <w:p>
      <w:r>
        <w:t>“Now he is completely all right, he already, there is a stamp upon.. he is crazy”</w:t>
      </w:r>
    </w:p>
    <w:p>
      <w:r>
        <w:t>They entered the room and took me out to the courtyard, and the whole yeshivah made a circle</w:t>
      </w:r>
    </w:p>
    <w:p>
      <w:r>
        <w:t>And I was in the middle and danced; everyone rejoiced and everyone mocked me:</w:t>
      </w:r>
    </w:p>
    <w:p>
      <w:r>
        <w:t>“The crazy man is dancing”</w:t>
      </w:r>
    </w:p>
    <w:p>
      <w:r>
        <w:t>In sum, they stood for several hours, several hours; they said:</w:t>
      </w:r>
    </w:p>
    <w:p>
      <w:r>
        <w:t>“He, he is not, he is not tired, we..</w:t>
      </w:r>
    </w:p>
    <w:p>
      <w:r>
        <w:t>We {will be, until tired, legs, ah}, we cannot stand”</w:t>
      </w:r>
    </w:p>
    <w:p>
      <w:r>
        <w:t>They all went, and I remained and danced almost the entire night</w:t>
      </w:r>
    </w:p>
    <w:p>
      <w:r>
        <w:t>Good, and since then, from that night, I acquired a name throughout the whole city, in Teveria..</w:t>
      </w:r>
    </w:p>
    <w:p>
      <w:r>
        <w:t>I entered from the yeshivah into the city, so everyone said, they knew that the Breslover, this is he, he had already become crazy, and I.. nu..</w:t>
      </w:r>
    </w:p>
    <w:p>
      <w:r>
        <w:t>And this is it, this is the Petek</w:t>
      </w:r>
    </w:p>
    <w:p>
      <w:r>
        <w:t>Nu, I, I have no.., I tell it as it was, and also I still do not say everything, only..</w:t>
      </w:r>
    </w:p>
    <w:p>
      <w:r>
        <w:t>And this I know, and likewise, and likewise much</w:t>
      </w:r>
    </w:p>
    <w:p>
      <w:r>
        <w:t>I showed it in Yerushalayim to great masters of Kabbalah in Yerushalayim, yes</w:t>
      </w:r>
    </w:p>
    <w:p>
      <w:r>
        <w:t>And they, they were astonished, they were so moved by it</w:t>
      </w:r>
    </w:p>
    <w:p>
      <w:r>
        <w:t>In any case, I do not need to bring witnesses; it is a witness, it bears witness to itself</w:t>
      </w:r>
    </w:p>
    <w:p>
      <w:r>
        <w:t>Only to see Rabbainu’s signature, with, with, with vowel points</w:t>
      </w:r>
    </w:p>
    <w:p>
      <w:r>
        <w:t>“Na.. Na Naḥ Naḥma Naḥman MeUman”</w:t>
      </w:r>
    </w:p>
    <w:p>
      <w:r>
        <w:t>This is the signature, this signature..</w:t>
      </w:r>
    </w:p>
    <w:p>
      <w:r>
        <w:t>Rabbainu HaKadosh, in his lifetime, signed his name on his letters—‘Nachman,’ ‘Nachman’</w:t>
      </w:r>
    </w:p>
    <w:p>
      <w:r>
        <w:t>And here is written “Na Naḥ Naḥma Naḥman” with vowel points.. ‘MeUman’</w:t>
      </w:r>
    </w:p>
    <w:p>
      <w:r>
        <w:t>The world, the whole world knows “Rebbe Nachman of Breslov,” and here is written ‘MeUman’</w:t>
      </w:r>
    </w:p>
    <w:p>
      <w:r>
        <w:t>Because th.. because, because he..</w:t>
      </w:r>
    </w:p>
    <w:p>
      <w:r>
        <w:t>[There]</w:t>
      </w:r>
    </w:p>
    <w:p>
      <w:r>
        <w:t>Dwells in Uman</w:t>
      </w:r>
    </w:p>
    <w:p>
      <w:r>
        <w:t>[In Uman]</w:t>
      </w:r>
    </w:p>
    <w:p>
      <w:r>
        <w:t>Yes, yes</w:t>
      </w:r>
    </w:p>
    <w:p>
      <w:r>
        <w:t>And also he revealed to me, this—that I did not fast on the seventeenth of Tammuz</w:t>
      </w:r>
    </w:p>
    <w:p>
      <w:r>
        <w:t>No one, no one knew</w:t>
      </w:r>
    </w:p>
    <w:p>
      <w:r>
        <w:t>Yes, would I make a desecration of Hashem, that they should say Breslover chasidim do not fast on the seventeenth of Tammuz?</w:t>
      </w:r>
    </w:p>
    <w:p>
      <w:r>
        <w:t>I, it was a secret, yes</w:t>
      </w:r>
    </w:p>
    <w:p>
      <w:r>
        <w:t>And it is also written here: “A sign: on the seventeenth of Tammuz they will say that you are not fasting”</w:t>
      </w:r>
    </w:p>
    <w:p>
      <w:r>
        <w:t>A sign that only I, only I and Hashem Yisbarach knew of it; this is the sign</w:t>
      </w:r>
    </w:p>
    <w:p>
      <w:r>
        <w:t>And also here, ‘beTammuz’ with vowel points, a sheva under the beis, a patach under the tav, a patach, ‘beTammuz’</w:t>
      </w:r>
    </w:p>
    <w:p>
      <w:r>
        <w:t>Only this..</w:t>
      </w:r>
    </w:p>
    <w:p>
      <w:r>
        <w:t>First of all, this signature, this, this is a new revelation in the world</w:t>
      </w:r>
    </w:p>
    <w:p>
      <w:r>
        <w:t>Because Rabbainu HaKadosh speaks in “Likutei Moharan”</w:t>
      </w:r>
    </w:p>
    <w:p>
      <w:r>
        <w:t>That there is a song, ‘simple, doubled, tripled, quadrupled’</w:t>
      </w:r>
    </w:p>
    <w:p>
      <w:r>
        <w:t>Which will be revealed in the future through Mashiach Tzidkeinu, which will be revealed in the future</w:t>
      </w:r>
    </w:p>
    <w:p>
      <w:r>
        <w:t>{Yes}</w:t>
      </w:r>
    </w:p>
    <w:p>
      <w:r>
        <w:t>And here he reveals that this song, ‘simple, doubled, tripled, quadrupled,’ it, it, it is this song, yes</w:t>
      </w:r>
    </w:p>
    <w:p>
      <w:r>
        <w:t>[“Na Naḥ Naḥma Naḥman”]</w:t>
      </w:r>
    </w:p>
    <w:p>
      <w:r>
        <w:t>{{“Na Naḥ”}}, oh, oh, yes, with, with vowel points</w:t>
      </w:r>
    </w:p>
    <w:p>
      <w:r>
        <w:t>And also, I still cannot speak of all, all, all, all this matter</w:t>
      </w:r>
    </w:p>
    <w:p>
      <w:r>
        <w:t>What, what I see in this: “It was very, very difficult for me to descend to you”</w:t>
      </w:r>
    </w:p>
    <w:p>
      <w:r>
        <w:t>‘To descend to you’—one sees, one sees a descent; all the lines are straight, straight, only.., this is also straight</w:t>
      </w:r>
    </w:p>
    <w:p>
      <w:r>
        <w:t>But ‘to descend to you’..</w:t>
      </w:r>
    </w:p>
    <w:p>
      <w:r>
        <w:t>[To you]</w:t>
      </w:r>
    </w:p>
    <w:p>
      <w:r>
        <w:t>It descends downward</w:t>
      </w:r>
    </w:p>
    <w:p>
      <w:r>
        <w:t>[It descends]</w:t>
      </w:r>
    </w:p>
    <w:p>
      <w:r>
        <w:t>Yes, yes, nu, good</w:t>
      </w:r>
    </w:p>
    <w:p>
      <w:r>
        <w:t>“It was very difficult for me to descend to you”</w:t>
      </w:r>
    </w:p>
    <w:p>
      <w:r>
        <w:t>If for Rabbainu, Rebbe Nachman, it was difficult to descend to me, ‘to descend to you’</w:t>
      </w:r>
    </w:p>
    <w:p>
      <w:r>
        <w:t>This is a descent; God forbid, this is very terrible, yes</w:t>
      </w:r>
    </w:p>
    <w:p>
      <w:r>
        <w:t>Nu, and immediately he strengthens me: “My precious student,” “My precious student”</w:t>
      </w:r>
    </w:p>
    <w:p>
      <w:r>
        <w:t>‘My student’ by itself is not, not enough? “My precious student”</w:t>
      </w:r>
    </w:p>
    <w:p>
      <w:r>
        <w:t>And also, it could have been without “My precious student”</w:t>
      </w:r>
    </w:p>
    <w:p>
      <w:r>
        <w:t>“To descend to you to tell you that I derived great pleasure from your service,” yes</w:t>
      </w:r>
    </w:p>
    <w:p>
      <w:r>
        <w:t>No, “My precious student,” he strengthens me, he, he..</w:t>
      </w:r>
    </w:p>
    <w:p>
      <w:r>
        <w:t>He raises me from beneath, from the depths of the abyss, and he raises me to the height of the loftiest heights</w:t>
      </w:r>
    </w:p>
    <w:p>
      <w:r>
        <w:t>“My precious student”</w:t>
      </w:r>
    </w:p>
    <w:p>
      <w:r>
        <w:t>“To tell, to tell you that, that I derived pleasure, that I derived pleasure..”</w:t>
      </w:r>
    </w:p>
    <w:p>
      <w:r>
        <w:t>[Great]</w:t>
      </w:r>
    </w:p>
    <w:p>
      <w:r>
        <w:t>“For I derived great pleasure from your service, and about you I said”</w:t>
      </w:r>
    </w:p>
    <w:p>
      <w:r>
        <w:t>“I derived great pleasure from your service” is one thing</w:t>
      </w:r>
    </w:p>
    <w:p>
      <w:r>
        <w:t>“And about you I said” is another thing</w:t>
      </w:r>
    </w:p>
    <w:p>
      <w:r>
        <w:t>These are two things</w:t>
      </w:r>
    </w:p>
    <w:p>
      <w:r>
        <w:t>“And about you I said”—what did I say about you?</w:t>
      </w:r>
    </w:p>
    <w:p>
      <w:r>
        <w:t>Rabbainu HaKadosh said a statement in his lifetime:</w:t>
      </w:r>
    </w:p>
    <w:p>
      <w:r>
        <w:t>“My fire will burn until the coming of Mashiach”</w:t>
      </w:r>
    </w:p>
    <w:p>
      <w:r>
        <w:t>That is how he said it, that is how it is written in the book “Chayei Moharan”</w:t>
      </w:r>
    </w:p>
    <w:p>
      <w:r>
        <w:t>And here he reveals, this is what I said, what I said, “My little fire.. my fire will burn until the coming of Mashiach”—about you I said it, this I said about you</w:t>
      </w:r>
    </w:p>
    <w:p>
      <w:r>
        <w:t>{{….}}</w:t>
      </w:r>
    </w:p>
    <w:p>
      <w:r>
        <w:t>That through {{y.. y.. will come, AVI}}..</w:t>
      </w:r>
    </w:p>
    <w:p>
      <w:r>
        <w:t>The light will shine until the coming of Mashiach; ‘and about you I said’ this</w:t>
      </w:r>
    </w:p>
    <w:p>
      <w:r>
        <w:t>“And about you I said, my fir.., my fire will burn until the coming of Mashiach</w:t>
      </w:r>
    </w:p>
    <w:p>
      <w:r>
        <w:t>My little fire will smolder until Mashiach will…”</w:t>
      </w:r>
    </w:p>
    <w:p>
      <w:r>
        <w:t>Do you know Yiddish too?</w:t>
      </w:r>
    </w:p>
    <w:p>
      <w:r>
        <w:t>“My little fire will smolder until Mashiach will come”</w:t>
      </w:r>
    </w:p>
    <w:p>
      <w:r>
        <w:t>Nu, “and about you I said”</w:t>
      </w:r>
    </w:p>
    <w:p>
      <w:r>
        <w:t>Two things, “I derived great pleasure from your service,” “and about you I said”</w:t>
      </w:r>
    </w:p>
    <w:p>
      <w:r>
        <w:t>You can strengthen yourself: “Be strong and courageous in your service”</w:t>
      </w:r>
    </w:p>
    <w:p>
      <w:r>
        <w:t>And he signed; this is already signed; he reveals two things to me</w:t>
      </w:r>
    </w:p>
    <w:p>
      <w:r>
        <w:t>“I derived great pleasure from your service,” “and about you I said,” and he signs it</w:t>
      </w:r>
    </w:p>
    <w:p>
      <w:r>
        <w:t>It is finished, this, this is the letter; he informs me of two things</w:t>
      </w:r>
    </w:p>
    <w:p>
      <w:r>
        <w:t>“I derived great pleasure from your service”</w:t>
      </w:r>
    </w:p>
    <w:p>
      <w:r>
        <w:t>“And about you I said: my little fire will smolder until Mashiach will come”</w:t>
      </w:r>
    </w:p>
    <w:p>
      <w:r>
        <w:t>“Be strong and courageous in your service”</w:t>
      </w:r>
    </w:p>
    <w:p>
      <w:r>
        <w:t>I was, I, I had fallen completely in my mind, and he: “Be strong..”</w:t>
      </w:r>
    </w:p>
    <w:p>
      <w:r>
        <w:t>If so, “I derived great pleasure from your service, and about you I said”</w:t>
      </w:r>
    </w:p>
    <w:p>
      <w:r>
        <w:t>You can strengthen yourself: “Be strong and courageous in your service”</w:t>
      </w:r>
    </w:p>
    <w:p>
      <w:r>
        <w:t>Also the lines: one, two, three, four, five, six</w:t>
      </w:r>
    </w:p>
    <w:p>
      <w:r>
        <w:t>“In your service” is also even a line, and even one is, this is a line, six</w:t>
      </w:r>
    </w:p>
    <w:p>
      <w:r>
        <w:t>And Rabbainu HaKadosh’s signature is on the line, in the line</w:t>
      </w:r>
    </w:p>
    <w:p>
      <w:r>
        <w:t>[The seventh]</w:t>
      </w:r>
    </w:p>
    <w:p>
      <w:r>
        <w:t>The seventh, this is Shabbos; the tzaddik is the aspect of Shabbos</w:t>
      </w:r>
    </w:p>
    <w:p>
      <w:r>
        <w:t>And also there is the secret; afterward, “And with this, and with this I will reveal to you a secret, and it is”</w:t>
      </w:r>
    </w:p>
    <w:p>
      <w:r>
        <w:t>A secret, “full and heaped from line to line (P'Tz'P'Tz'Y'H)”</w:t>
      </w:r>
    </w:p>
    <w:p>
      <w:r>
        <w:t>This, this is the name of the angel of the blowing, of the calling, of the blowing of the shofar</w:t>
      </w:r>
    </w:p>
    <w:p>
      <w:r>
        <w:t>Only this word is in the regular writing that he wrote</w:t>
      </w:r>
    </w:p>
    <w:p>
      <w:r>
        <w:t>These are Rashi letters, and these are regular letters in which people write</w:t>
      </w:r>
    </w:p>
    <w:p>
      <w:r>
        <w:t>And one recognizes that it is handwriting</w:t>
      </w:r>
    </w:p>
    <w:p>
      <w:r>
        <w:t>[His handwriting?]</w:t>
      </w:r>
    </w:p>
    <w:p>
      <w:r>
        <w:t>His handwriting, yes, because.., with this Rashi script, one does not, does not, does not know</w:t>
      </w:r>
    </w:p>
    <w:p>
      <w:r>
        <w:t>[It is difficult to know]</w:t>
      </w:r>
    </w:p>
    <w:p>
      <w:r>
        <w:t>But this, this is his handwriting, yes</w:t>
      </w:r>
    </w:p>
    <w:p>
      <w:r>
        <w:t>{{AVI}}</w:t>
      </w:r>
    </w:p>
    <w:p>
      <w:r>
        <w:t>Nu, I, I do not understand it, the secret, “And through strengthening service you will understand it”</w:t>
      </w:r>
    </w:p>
    <w:p>
      <w:r>
        <w:t>If I hold fast in the service of Hashem, “you will understand it”</w:t>
      </w:r>
    </w:p>
    <w:p>
      <w:r>
        <w:t>And now he tells, he, he tells me the sign, which only I knew about</w:t>
      </w:r>
    </w:p>
    <w:p>
      <w:r>
        <w:t>Everything, everything.. it was a secret; no one, did not, did not know about it, yes</w:t>
      </w:r>
    </w:p>
    <w:p>
      <w:r>
        <w:t>He reveals to me, “A sign: the seventeenth of Tammuz,” this was what had happened</w:t>
      </w:r>
    </w:p>
    <w:p>
      <w:r>
        <w:t>Oy, oy, oy, oy, oy, oy, oy, Ribono Shel Olam, Ribono Shel Olam</w:t>
      </w:r>
    </w:p>
    <w:p>
      <w:r>
        <w:t>In any case, the essential words, which we need to reveal and publicize {….}</w:t>
      </w:r>
    </w:p>
    <w:p>
      <w:r>
        <w:t>And to give our lives for this matter—that the entire redemption depends upon Rabbainu, Rebbe Nachman of Breslov—to study his books; it is, this.. every letter, every Torah, every, every utterance of his is such a light, that he speaks to you, speaks what you need, all the matters that pass over you, that passed over you, that pass over you, and likewise for this one, and likewise this, and likewise each and every one, and likewise I, and each and every one</w:t>
      </w:r>
    </w:p>
    <w:p>
      <w:r>
        <w:t>And every utterance Rabbainu revealed is the collective whole of every Jew</w:t>
      </w:r>
    </w:p>
    <w:p>
      <w:r>
        <w:t>What passes over him and what passed over him</w:t>
      </w:r>
    </w:p>
    <w:p>
      <w:r>
        <w:t>His illnesses.. and the cures, not only the illnesses</w:t>
      </w:r>
    </w:p>
    <w:p>
      <w:r>
        <w:t>He, he, he, he repairs, purifies, and heals all the sick, {all of them}, all the worst ones in the world</w:t>
      </w:r>
    </w:p>
    <w:p>
      <w:r>
        <w:t>Who have no recovery at all; they have no, yes, no tzaddik can help them</w:t>
      </w:r>
    </w:p>
    <w:p>
      <w:r>
        <w:t>But Rabbainu, Rebbe Nachman, said:</w:t>
      </w:r>
    </w:p>
    <w:p>
      <w:r>
        <w:t>“And I heal her”</w:t>
      </w:r>
    </w:p>
    <w:p>
      <w:r>
        <w:t>This is the end of the tale of the ‘Seven Bettlers’</w:t>
      </w:r>
    </w:p>
    <w:p>
      <w:r>
        <w:t>Do you know about the tale, about the tales? Do you have Rabbainu’s tales?</w:t>
      </w:r>
    </w:p>
    <w:p>
      <w:r>
        <w:t>[Yes]</w:t>
      </w:r>
    </w:p>
    <w:p>
      <w:r>
        <w:t>Yes, there is at the end of the tale of the ‘Seven Bettlers’</w:t>
      </w:r>
    </w:p>
    <w:p>
      <w:r>
        <w:t>At the end of this tale, the sixth Bettler says—the sixth Bettler told a tale, and he said: “The princess received all the bullets with all, with all the poisons, yes, and she fell faint, nu, and I..”; that is what the Bettler said:</w:t>
      </w:r>
    </w:p>
    <w:p>
      <w:r>
        <w:t>“And I heal her”</w:t>
      </w:r>
    </w:p>
    <w:p>
      <w:r>
        <w:t>This applies to all, to all the people of Israel, to each and every one</w:t>
      </w:r>
    </w:p>
    <w:p>
      <w:r>
        <w:t>“And I heal her”</w:t>
      </w:r>
    </w:p>
    <w:p>
      <w:r>
        <w:t>{There is no one ...}, already {….} she has already fallen, received all the bullets, and she fell</w:t>
      </w:r>
    </w:p>
    <w:p>
      <w:r>
        <w:t>“And I heal her”</w:t>
      </w:r>
    </w:p>
    <w:p>
      <w:r>
        <w:t>Only “I heal her”</w:t>
      </w:r>
    </w:p>
    <w:p>
      <w:r>
        <w:t>There is, there is no one who can heal this</w:t>
      </w:r>
    </w:p>
    <w:p>
      <w:r>
        <w:t>It is.. only, only I</w:t>
      </w:r>
    </w:p>
    <w:p>
      <w:r>
        <w:t>But this is Rabbainu Hakadosh; the Bettler said: “And I heal her”</w:t>
      </w:r>
    </w:p>
    <w:p>
      <w:r>
        <w:t>So Rabbainu Hakadosh revealed about, about himself that he is this Bettler, that he heals her</w:t>
      </w:r>
    </w:p>
    <w:p>
      <w:r>
        <w:t>“And I heal her” (Saba draws out the word “and I”)</w:t>
      </w:r>
    </w:p>
    <w:p>
      <w:r>
        <w:t>He said it about himself</w:t>
      </w:r>
    </w:p>
    <w:p>
      <w:r>
        <w:t>[“I,” “and I”]</w:t>
      </w:r>
    </w:p>
    <w:p>
      <w:r>
        <w:t>Yes, ‘I,’ yes</w:t>
      </w:r>
    </w:p>
    <w:p>
      <w:r>
        <w:t>Yes, we are fortunate; we already have all the repairs and cures and salvations that we need, each and every one, through Rabbainu, Rebbe Nachman, only Rabbainu, Rebbe Nachman</w:t>
      </w:r>
    </w:p>
    <w:p>
      <w:r>
        <w:t>He is the root of the Torah, he is the root of faith, he is the root of every Jew</w:t>
      </w:r>
    </w:p>
    <w:p>
      <w:r>
        <w:t>However he is situated, to whatever place he descended, in whatever place he is</w:t>
      </w:r>
    </w:p>
    <w:p>
      <w:r>
        <w:t>He, he brings her out, he heals him, yes</w:t>
      </w:r>
    </w:p>
    <w:p>
      <w:r>
        <w:t>What, what is impossible—to heal such a sick person</w:t>
      </w:r>
    </w:p>
    <w:p>
      <w:r>
        <w:t>This is such a sick person who has no, then he has no, there is, there is no cure for such an illness</w:t>
      </w:r>
    </w:p>
    <w:p>
      <w:r>
        <w:t>But Rabbainu, Rebbe Nachman, revealed that he indeed can heal and repair everything, yes, yes, nu..</w:t>
      </w:r>
    </w:p>
    <w:p>
      <w:r>
        <w:t>There are wondrous matters in this, very hidden</w:t>
      </w:r>
    </w:p>
    <w:p>
      <w:r>
        <w:t>But, but it has not been revealed in the world</w:t>
      </w:r>
    </w:p>
    <w:p>
      <w:r>
        <w:t>Because I remember, seventy years ago, when I drew close to Rabbainu, it was forbidden to study Breslov books, it was forbidden to study Breslov books</w:t>
      </w:r>
    </w:p>
    <w:p>
      <w:r>
        <w:t>I found a Breslov book and did not know that it was Breslov, and I read it; then they saw</w:t>
      </w:r>
    </w:p>
    <w:p>
      <w:r>
        <w:t>“What are you doing? You are studying this book?”</w:t>
      </w:r>
    </w:p>
    <w:p>
      <w:r>
        <w:t>“Yes”</w:t>
      </w:r>
    </w:p>
    <w:p>
      <w:r>
        <w:t>So this was the first time that I heard there was Breslov in the world</w:t>
      </w:r>
    </w:p>
    <w:p>
      <w:r>
        <w:t>I had not hear.. no, I did not, did not know there was Breslov in the world; then {..} I knew there was Breslov</w:t>
      </w:r>
    </w:p>
    <w:p>
      <w:r>
        <w:t>“You do not know that this is one of the Breslov books? It is forbidden to read this”</w:t>
      </w:r>
    </w:p>
    <w:p>
      <w:r>
        <w:t>Baruch Hashem, today they can read in every synagogue, yes, anyone who wants to study</w:t>
      </w:r>
    </w:p>
    <w:p>
      <w:r>
        <w:t>These, these are markings, signs of the redemption, markings that we are standing..</w:t>
      </w:r>
    </w:p>
    <w:p>
      <w:r>
        <w:t>That we, according to, according to our understanding, according to our deeds, we already..</w:t>
      </w:r>
    </w:p>
    <w:p>
      <w:r>
        <w:t>Already there is no, no, no repair at all for such sick people</w:t>
      </w:r>
    </w:p>
    <w:p>
      <w:r>
        <w:t>But Rabbainu, Rebbe Nachman, has already been in the world, and he..</w:t>
      </w:r>
    </w:p>
    <w:p>
      <w:r>
        <w:t>He can repair all the illnesses and all, for there is no place that he cannot repair and heal, yes</w:t>
      </w:r>
    </w:p>
    <w:p>
      <w:r>
        <w:t>{So I.., so….}</w:t>
      </w:r>
    </w:p>
    <w:p>
      <w:r>
        <w:t>When we hear this, then we need to give our lives</w:t>
      </w:r>
    </w:p>
    <w:p>
      <w:r>
        <w:t>To bring into our hearts his holy utterances, his Torahs and the prayers and the halachos</w:t>
      </w:r>
    </w:p>
    <w:p>
      <w:r>
        <w:t>There is a book “Likutei..,” books, “Likutei Halachos”; do you know about that?</w:t>
      </w:r>
    </w:p>
    <w:p>
      <w:r>
        <w:t>[Likutei Halachos, and there is..]</w:t>
      </w:r>
    </w:p>
    <w:p>
      <w:r>
        <w:t>{…}, “Likutei Eitzos”</w:t>
      </w:r>
    </w:p>
    <w:p>
      <w:r>
        <w:t>[“Tefillos” and “Eitzos”]</w:t>
      </w:r>
    </w:p>
    <w:p>
      <w:r>
        <w:t>Yes, yes, yes, we need all of them</w:t>
      </w:r>
    </w:p>
    <w:p>
      <w:r>
        <w:t>[Rebbe Noson, he wrote the..]</w:t>
      </w:r>
    </w:p>
    <w:p>
      <w:r>
        <w:t>Yes, yes, {..}</w:t>
      </w:r>
    </w:p>
    <w:p>
      <w:r>
        <w:t>We need to be proficient in the book “Likutei Moharan”; Rabbainu Hakadosh said</w:t>
      </w:r>
    </w:p>
    <w:p>
      <w:r>
        <w:t>That one needs to be so proficient in it that one can say it by heart forward and backward, even backward, yes</w:t>
      </w:r>
    </w:p>
    <w:p>
      <w:r>
        <w:t>Such proficiency is needed in it, because it is our entire vitality; every utterance is our entire vitality</w:t>
      </w:r>
    </w:p>
    <w:p>
      <w:r>
        <w:t>Every utterance of his, even one utterance</w:t>
      </w:r>
    </w:p>
    <w:p>
      <w:r>
        <w:t>And Rabbainu Hakadosh revealed tha.., that he is alluded to in a verse; there is a verse in the Tanach:</w:t>
      </w:r>
    </w:p>
    <w:p>
      <w:r>
        <w:t>“Naḥal Novea Mekor Ḥochmah”</w:t>
      </w:r>
    </w:p>
    <w:p>
      <w:r>
        <w:t>[….]</w:t>
      </w:r>
    </w:p>
    <w:p>
      <w:r>
        <w:t>And its initial letters spell NaCHMaN</w:t>
      </w:r>
    </w:p>
    <w:p>
      <w:r>
        <w:t>And he is alluded to in this verse, “Naḥal Novea Mekor Ḥochmah”</w:t>
      </w:r>
    </w:p>
    <w:p>
      <w:r>
        <w:t>He flows and flows, and flows, a wellspring of wisdom that had not existed, such wisdom as had not yet existed in the world</w:t>
      </w:r>
    </w:p>
    <w:p>
      <w:r>
        <w:t>We have Torah, and all the books of all the tzaddikim, and this is the root of the entire Torah</w:t>
      </w:r>
    </w:p>
    <w:p>
      <w:r>
        <w:t>This rises above everything</w:t>
      </w:r>
    </w:p>
    <w:p>
      <w:r>
        <w:t>Through this we can draw close to the Torah, to know, to see the light of the Torah</w:t>
      </w:r>
    </w:p>
    <w:p>
      <w:r>
        <w:t>In the Torah there are, there are many powers; there is an elixir of life, and the opposite, yes</w:t>
      </w:r>
    </w:p>
    <w:p>
      <w:r>
        <w:t>And through Rabbainu Hakadosh one merits to see the light of the Torah as one should</w:t>
      </w:r>
    </w:p>
    <w:p>
      <w:r>
        <w:t>Because there are, there are very hidden matters in this</w:t>
      </w:r>
    </w:p>
    <w:p>
      <w:r>
        <w:t>But now we see that the whole world, even non-Jews, the wise men of the non-Jews</w:t>
      </w:r>
    </w:p>
    <w:p>
      <w:r>
        <w:t>{At the univeta}, at the university, they marvel greatly at Rabbainu, Rebbe Nachman of Breslov, even non-Jews</w:t>
      </w:r>
    </w:p>
    <w:p>
      <w:r>
        <w:t>I spoke with several people who know about this, from London and from England, and..</w:t>
      </w:r>
    </w:p>
    <w:p>
      <w:r>
        <w:t>They always speak about Rebbe Nachman of Breslov, about the tales, about, about his utterances, yes</w:t>
      </w:r>
    </w:p>
    <w:p>
      <w:r>
        <w:t>And one sees that the whole world draws itself toward Rabbainu, Rebbe Nachman of Breslov</w:t>
      </w:r>
    </w:p>
    <w:p>
      <w:r>
        <w:t>One sees.., there were many tzaddikim in the world, the holy Baal Shem and his disciples, and.. there were many tzaddikim; they do not speak abou.. only there remains for us.., as though there is one alone in the world, Rebbe Nachman of Breslov, yes, and therefore the main thing for us to take from this is that we need to give our lives</w:t>
      </w:r>
    </w:p>
    <w:p>
      <w:r>
        <w:t>To be proficient in his holy utterances; then we will merit to..</w:t>
      </w:r>
    </w:p>
    <w:p>
      <w:r>
        <w:t>But with faith</w:t>
      </w:r>
    </w:p>
    <w:p>
      <w:r>
        <w:t>One can study, then not.. to be knowledgeable, not {problem\see} anything</w:t>
      </w:r>
    </w:p>
    <w:p>
      <w:r>
        <w:t>If, if, if for the sake of pride, “I am Breslov,” yes</w:t>
      </w:r>
    </w:p>
    <w:p>
      <w:r>
        <w:t>For, for, for, only for the sake of pride, “Look, I am proficient in ‘Likutei Moharan’”</w:t>
      </w:r>
    </w:p>
    <w:p>
      <w:r>
        <w:t>This.. the main thing is to study so that we know how to wage war, the tactics of war</w:t>
      </w:r>
    </w:p>
    <w:p>
      <w:r>
        <w:t>How to wage war and win, to subdue the evil, yes</w:t>
      </w:r>
    </w:p>
    <w:p>
      <w:r>
        <w:t>Oy, oy, oy, oy..</w:t>
      </w:r>
    </w:p>
    <w:p>
      <w:r>
        <w:t>Nu, may Hashem Yisbarach have mercy upon us, and we need great mercy</w:t>
      </w:r>
    </w:p>
    <w:p>
      <w:r>
        <w:t>And this—we, I and my friends, saw many wonders from this holy name</w:t>
      </w:r>
    </w:p>
    <w:p>
      <w:r>
        <w:t>“Na Naḥ Naḥma Naḥman me’Uman”</w:t>
      </w:r>
    </w:p>
    <w:p>
      <w:r>
        <w:t>In America there was such an incident</w:t>
      </w:r>
    </w:p>
    <w:p>
      <w:r>
        <w:t>One secular Jew, he heard people speaking; he was in a place together with them, and he heard..</w:t>
      </w:r>
    </w:p>
    <w:p>
      <w:r>
        <w:t>That we, recently, we made amulets from this holy name, “Na Naḥ Naḥma Naḥman”</w:t>
      </w:r>
    </w:p>
    <w:p>
      <w:r>
        <w:t>And it is propitious for a person for all the salvations he needs</w:t>
      </w:r>
    </w:p>
    <w:p>
      <w:r>
        <w:t>It, it is protection, like an amulet, yes</w:t>
      </w:r>
    </w:p>
    <w:p>
      <w:r>
        <w:t>He heard this, and he, and he heard that in a time of trouble, {at a time} when a person is suffering some trouble</w:t>
      </w:r>
    </w:p>
    <w:p>
      <w:r>
        <w:t>That he should say aloud, besides the amulet, that he should say aloud, “Na Naḥ Naḥma Naḥman me’Uman”</w:t>
      </w:r>
    </w:p>
    <w:p>
      <w:r>
        <w:t>Nu, shoyn, he, he heard this, and he is secular; he knows nothing</w:t>
      </w:r>
    </w:p>
    <w:p>
      <w:r>
        <w:t>Does not know Torah, {{.…}} faith</w:t>
      </w:r>
    </w:p>
    <w:p>
      <w:r>
        <w:t>He traveled with another person in a taxi, and that day there was such cold in America and such snow</w:t>
      </w:r>
    </w:p>
    <w:p>
      <w:r>
        <w:t>And his car broke down completely, without an.. it needs a garage, it needs treatment…</w:t>
      </w:r>
    </w:p>
    <w:p>
      <w:r>
        <w:t>...and his car broke down completely, without an.. it needs a garage, it needs treatment</w:t>
      </w:r>
    </w:p>
    <w:p>
      <w:r>
        <w:t>Yes, medical treatment</w:t>
      </w:r>
    </w:p>
    <w:p>
      <w:r>
        <w:t>It is impossible to..</w:t>
      </w:r>
    </w:p>
    <w:p>
      <w:r>
        <w:t>And the cold was so intense, one could actually die, perish from the cold</w:t>
      </w:r>
    </w:p>
    <w:p>
      <w:r>
        <w:t>And he, {he}…</w:t>
      </w:r>
    </w:p>
    <w:p>
      <w:r>
        <w:t>...trouble, {at a time} when a person is suffering some trouble</w:t>
      </w:r>
    </w:p>
    <w:p>
      <w:r>
        <w:t>That he should say aloud, besides the amulet, that he should say aloud, “Na Naḥ Naḥma Naḥman me’Uman”</w:t>
      </w:r>
    </w:p>
    <w:p>
      <w:r>
        <w:t>Nu, shoyn, he, he heard this, and he is secular; he knows nothing</w:t>
      </w:r>
    </w:p>
    <w:p>
      <w:r>
        <w:t>Does not know Torah, {{.…}} faith</w:t>
      </w:r>
    </w:p>
    <w:p>
      <w:r>
        <w:t>He traveled with another person in a taxi, and that day there was such cold in America and such snow</w:t>
      </w:r>
    </w:p>
    <w:p>
      <w:r>
        <w:t>And his car broke down completely, without an.. it needs a garage, it needs treatment</w:t>
      </w:r>
    </w:p>
    <w:p>
      <w:r>
        <w:t>Yes, medical treatment</w:t>
      </w:r>
    </w:p>
    <w:p>
      <w:r>
        <w:t>It is impossible to..</w:t>
      </w:r>
    </w:p>
    <w:p>
      <w:r>
        <w:t>And the cold was so intense, one could actually die, perish from the cold</w:t>
      </w:r>
    </w:p>
    <w:p>
      <w:r>
        <w:t>And he, {he}…</w:t>
      </w:r>
    </w:p>
    <w:p>
      <w:r>
        <w:t>...a year-and-a-half-old girl; a kettle of water that had been boiling on the fire fell on her</w:t>
      </w:r>
    </w:p>
    <w:p>
      <w:r>
        <w:t>And it fell on her, on her face</w:t>
      </w:r>
    </w:p>
    <w:p>
      <w:r>
        <w:t>Nu, they took her to Beilinson Hospital, and the doctors saw her, and they had great anguish, how she.. she was in great danger, and even if she would emerge from the danger, what a face, no, not li..</w:t>
      </w:r>
    </w:p>
    <w:p>
      <w:r>
        <w:t>And.. and her parents, they saw the trouble, but they did not, did not know anything</w:t>
      </w:r>
    </w:p>
    <w:p>
      <w:r>
        <w:t>They had some, some female relative who had the amulet</w:t>
      </w:r>
    </w:p>
    <w:p>
      <w:r>
        <w:t>She went to visit her, and she placed her amulet on, on the sick one</w:t>
      </w:r>
    </w:p>
    <w:p>
      <w:r>
        <w:t>[Baby girl]</w:t>
      </w:r>
    </w:p>
    <w:p>
      <w:r>
        <w:t>Yes, on the baby girl</w:t>
      </w:r>
    </w:p>
    <w:p>
      <w:r>
        <w:t>And two days passed and she was healed, and the burn went away, as though she had now been born anew</w:t>
      </w:r>
    </w:p>
    <w:p>
      <w:r>
        <w:t>She has a father and mother, the whole family knows, and the doctors also</w:t>
      </w:r>
    </w:p>
    <w:p>
      <w:r>
        <w:t>The doctor who treated her, so he, he went crazy, he said to them:</w:t>
      </w:r>
    </w:p>
    <w:p>
      <w:r>
        <w:t>“What did you do? What, what, what happened?”</w:t>
      </w:r>
    </w:p>
    <w:p>
      <w:r>
        <w:t>So they told him, this is the amulet, she, she gave him the amulet</w:t>
      </w:r>
    </w:p>
    <w:p>
      <w:r>
        <w:t>He took the amulet, and to this day he does not want to return the amulet, {yes}</w:t>
      </w:r>
    </w:p>
    <w:p>
      <w:r>
        <w:t>[He wants to sing a little]</w:t>
      </w:r>
    </w:p>
    <w:p>
      <w:r>
        <w:t>Eh?</w:t>
      </w:r>
    </w:p>
    <w:p>
      <w:r>
        <w:t>[He wants to sing]</w:t>
      </w:r>
    </w:p>
    <w:p>
      <w:r>
        <w:t>Who, who is this?</w:t>
      </w:r>
    </w:p>
    <w:p>
      <w:r>
        <w:t>[This is Yisroel Dagan]</w:t>
      </w:r>
    </w:p>
    <w:p>
      <w:r>
        <w:t>Ah</w:t>
      </w:r>
    </w:p>
    <w:p>
      <w:r>
        <w:t>[It was very difficult for me….]</w:t>
      </w:r>
    </w:p>
    <w:p>
      <w:r>
        <w:t>[{….} Shalom Yaish]</w:t>
      </w:r>
    </w:p>
    <w:p>
      <w:r>
        <w:t>Eh?</w:t>
      </w:r>
    </w:p>
    <w:p>
      <w:r>
        <w:t>[Rebbe Shalom Yaish, do you know him?]</w:t>
      </w:r>
    </w:p>
    <w:p>
      <w:r>
        <w:t>Sh.. Shalom..</w:t>
      </w:r>
    </w:p>
    <w:p>
      <w:r>
        <w:t>[Yaish]</w:t>
      </w:r>
    </w:p>
    <w:p>
      <w:r>
        <w:t>{..}</w:t>
      </w:r>
    </w:p>
    <w:p>
      <w:r>
        <w:t>[No, in Teveria]</w:t>
      </w:r>
    </w:p>
    <w:p>
      <w:r>
        <w:t>[He knew.. …. the elder Shalom Yaish]</w:t>
      </w:r>
    </w:p>
    <w:p>
      <w:r>
        <w:t>{..} I do not remember, Yaish, I heard from someone.. his name is Yaish, Yaish</w:t>
      </w:r>
    </w:p>
    <w:p>
      <w:r>
        <w:t>[Yaish, Shalom, Rebbe Shalom Yaish.. he was.. a great kabbalist….]</w:t>
      </w:r>
    </w:p>
    <w:p>
      <w:r>
        <w:t>Is he alive?</w:t>
      </w:r>
    </w:p>
    <w:p>
      <w:r>
        <w:t>[No, he passed away four years ago]</w:t>
      </w:r>
    </w:p>
    <w:p>
      <w:r>
        <w:t>[………………..……]…</w:t>
      </w:r>
    </w:p>
    <w:p>
      <w:r>
        <w:t>...[Shlomo Carlebach sings in English about Saba]…</w:t>
      </w:r>
    </w:p>
    <w:p>
      <w:r>
        <w:br w:type="page"/>
      </w:r>
    </w:p>
    <w:p>
      <w:pPr>
        <w:pStyle w:val="Heading1"/>
      </w:pPr>
      <w:r>
        <w:t>Tape 103</w:t>
      </w:r>
    </w:p>
    <w:p>
      <w:pPr>
        <w:pStyle w:val="Heading2"/>
      </w:pPr>
      <w:r>
        <w:t>Side A (Aleph)</w:t>
      </w:r>
    </w:p>
    <w:p>
      <w:r>
        <w:t>...[In it is told about the childhood days of Rebbe Yisroel Ber Odesser</w:t>
      </w:r>
    </w:p>
    <w:p>
      <w:r>
        <w:t>Until he reached the age of seventeen, the age at which he became acquainted with Breslov Chassidus, with Rebbe Yisroel (Kardonner)]…</w:t>
      </w:r>
    </w:p>
    <w:p>
      <w:r>
        <w:t>...[What did we say th.. with Father, with Father]</w:t>
      </w:r>
    </w:p>
    <w:p>
      <w:r>
        <w:t>[{Nu}.. he came to awareness at age seven, eight]</w:t>
      </w:r>
    </w:p>
    <w:p>
      <w:r>
        <w:t>[At age eight?]</w:t>
      </w:r>
    </w:p>
    <w:p>
      <w:r>
        <w:t>[Nu, Mattisyahu wants to hear, what did you do at age seven, eight?]</w:t>
      </w:r>
    </w:p>
    <w:p>
      <w:r>
        <w:t>Eh..</w:t>
      </w:r>
    </w:p>
    <w:p>
      <w:r>
        <w:t>[Mattisyahu is “dying” to hear]</w:t>
      </w:r>
    </w:p>
    <w:p>
      <w:r>
        <w:t>[Ah]</w:t>
      </w:r>
    </w:p>
    <w:p>
      <w:r>
        <w:t>Oy, oy</w:t>
      </w:r>
    </w:p>
    <w:p>
      <w:r>
        <w:t>[...]</w:t>
      </w:r>
    </w:p>
    <w:p>
      <w:r>
        <w:t>{I} descended from the roof</w:t>
      </w:r>
    </w:p>
    <w:p>
      <w:r>
        <w:t>[At age eight]</w:t>
      </w:r>
    </w:p>
    <w:p>
      <w:r>
        <w:t>At age six, seven, eight, but at the time when I came to awareness, I was still a small child</w:t>
      </w:r>
    </w:p>
    <w:p>
      <w:r>
        <w:t>I still was not, I was not even able to say Tehillim even</w:t>
      </w:r>
    </w:p>
    <w:p>
      <w:r>
        <w:t>[….]</w:t>
      </w:r>
    </w:p>
    <w:p>
      <w:r>
        <w:t>But the heart was burning for Hashem Yisbarach, and I very much wanted, I loved the Torah very much</w:t>
      </w:r>
    </w:p>
    <w:p>
      <w:r>
        <w:t>Torah study and mitzvos and faith and..</w:t>
      </w:r>
    </w:p>
    <w:p>
      <w:r>
        <w:t>[At age eight?]</w:t>
      </w:r>
    </w:p>
    <w:p>
      <w:r>
        <w:t>Yes, a small child</w:t>
      </w:r>
    </w:p>
    <w:p>
      <w:r>
        <w:t>Then I would descend from the roof, and enter our house..</w:t>
      </w:r>
    </w:p>
    <w:p>
      <w:r>
        <w:t>[Were the parents religious?]</w:t>
      </w:r>
    </w:p>
    <w:p>
      <w:r>
        <w:t>And our house was..</w:t>
      </w:r>
    </w:p>
    <w:p>
      <w:r>
        <w:t>[They were Karlin chassidim]</w:t>
      </w:r>
    </w:p>
    <w:p>
      <w:r>
        <w:t>Like a cave without windows</w:t>
      </w:r>
    </w:p>
    <w:p>
      <w:r>
        <w:t>[Ah, ah]</w:t>
      </w:r>
    </w:p>
    <w:p>
      <w:r>
        <w:t>And the heat was very terrible, and I was like someone whom they immerse, who immerses himself with his clothes in the sea, in water [in sweat, from so much sweat]</w:t>
      </w:r>
    </w:p>
    <w:p>
      <w:r>
        <w:t>From so much sweat</w:t>
      </w:r>
    </w:p>
    <w:p>
      <w:r>
        <w:t>Nu, and I endured it, and.. and when I left the house, I could not breathe</w:t>
      </w:r>
    </w:p>
    <w:p>
      <w:r>
        <w:t>{How beautiful Teveria is}, and I ascended some steps near the roof</w:t>
      </w:r>
    </w:p>
    <w:p>
      <w:r>
        <w:t>Then I felt such vitality, coolness, air</w:t>
      </w:r>
    </w:p>
    <w:p>
      <w:r>
        <w:t>[Yes]</w:t>
      </w:r>
    </w:p>
    <w:p>
      <w:r>
        <w:t>And I descended, and I immediately descended, and..</w:t>
      </w:r>
    </w:p>
    <w:p>
      <w:r>
        <w:t>Oy, oy, oy, oy, oy</w:t>
      </w:r>
    </w:p>
    <w:p>
      <w:r>
        <w:t>But a week passed like this, then Father saw, he saw th.. that I was wasting it</w:t>
      </w:r>
    </w:p>
    <w:p>
      <w:r>
        <w:t>Because I was using the kerosene, and I did not.. the kerosene, we had a bottle of kerosene from Shabbos to Shabbos</w:t>
      </w:r>
    </w:p>
    <w:p>
      <w:r>
        <w:t>So on Sunday, every Sunday they needed to buy a bottle of kerosene, and it was for Shabbos, yes</w:t>
      </w:r>
    </w:p>
    <w:p>
      <w:r>
        <w:t>And I, when.. {when I used}, when I studied by the lamp, then some of the kerosene was missing</w:t>
      </w:r>
    </w:p>
    <w:p>
      <w:r>
        <w:t>So for Shabbos there was no, there was no kerosene, so he said:</w:t>
      </w:r>
    </w:p>
    <w:p>
      <w:r>
        <w:t>“What do you want from me? You are using up my kerosene”</w:t>
      </w:r>
    </w:p>
    <w:p>
      <w:r>
        <w:t>And likewise there was an incident, I loved a mitzvah very much, and even though I did not know</w:t>
      </w:r>
    </w:p>
    <w:p>
      <w:r>
        <w:t>[What a mitzvah is]</w:t>
      </w:r>
    </w:p>
    <w:p>
      <w:r>
        <w:t>But I knew, I felt that the mitzvah of tzedakah is very great</w:t>
      </w:r>
    </w:p>
    <w:p>
      <w:r>
        <w:t>It is a very holy mitzvah, and it is very awesome</w:t>
      </w:r>
    </w:p>
    <w:p>
      <w:r>
        <w:t>In Teveria there was an old man, a great elder, whose name was Rebbe Yosef Noach</w:t>
      </w:r>
    </w:p>
    <w:p>
      <w:r>
        <w:t>[Noach]</w:t>
      </w:r>
    </w:p>
    <w:p>
      <w:r>
        <w:t>He had two names..</w:t>
      </w:r>
    </w:p>
    <w:p>
      <w:r>
        <w:t>[Rebbe Yosef Noach]</w:t>
      </w:r>
    </w:p>
    <w:p>
      <w:r>
        <w:t>Yosef Noach, and he was poor, and he had a wife, and he would go begging from door to door</w:t>
      </w:r>
    </w:p>
    <w:p>
      <w:r>
        <w:t>There are poor people who do not go begging from door to door; he is poor, but they give to him with dignity</w:t>
      </w:r>
    </w:p>
    <w:p>
      <w:r>
        <w:t>{They} give some coin, some tzedakah with dignity, but he would go begging from, from door to door</w:t>
      </w:r>
    </w:p>
    <w:p>
      <w:r>
        <w:t>And I saw that he went begging from door to door, so I had great pity on him</w:t>
      </w:r>
    </w:p>
    <w:p>
      <w:r>
        <w:t>Who knows whether he has a piece of bread to eat?</w:t>
      </w:r>
    </w:p>
    <w:p>
      <w:r>
        <w:t>So in the morning, when I went to cheder, to cheder to study, then Mother.., then Mother gave me</w:t>
      </w:r>
    </w:p>
    <w:p>
      <w:r>
        <w:t>Gave me a slice of bread, so that I would have something to eat until noon, perhaps I would be hungry, perhaps, good</w:t>
      </w:r>
    </w:p>
    <w:p>
      <w:r>
        <w:t>And I was very happy, I took the bread.., she gave me several drops of {bread} on the bread</w:t>
      </w:r>
    </w:p>
    <w:p>
      <w:r>
        <w:t>And I asked her: “Mother, give me a few more, give me two, three drops”</w:t>
      </w:r>
    </w:p>
    <w:p>
      <w:r>
        <w:t>[More]</w:t>
      </w:r>
    </w:p>
    <w:p>
      <w:r>
        <w:t>[Of what?]</w:t>
      </w:r>
    </w:p>
    <w:p>
      <w:r>
        <w:t>So she said to me: “What is this? What? What do you want?</w:t>
      </w:r>
    </w:p>
    <w:p>
      <w:r>
        <w:t>[Drops of what..?]</w:t>
      </w:r>
    </w:p>
    <w:p>
      <w:r>
        <w:t>I need the oil for, for Shabbos”</w:t>
      </w:r>
    </w:p>
    <w:p>
      <w:r>
        <w:t>[Drops of oil]</w:t>
      </w:r>
    </w:p>
    <w:p>
      <w:r>
        <w:t>Yes, oil, kerosene is {oil}</w:t>
      </w:r>
    </w:p>
    <w:p>
      <w:r>
        <w:t>Nu, so I went, I went to cheder, and no one knew</w:t>
      </w:r>
    </w:p>
    <w:p>
      <w:r>
        <w:t>I went to this poor man, and found him at home, and took the slice of bread and gave it to him, and he took it from me and I was so happy that I merited to perform a mitzvah, the mitzvah of tzedakah</w:t>
      </w:r>
    </w:p>
    <w:p>
      <w:r>
        <w:t>I gave him bread to eat, I gave him bread</w:t>
      </w:r>
    </w:p>
    <w:p>
      <w:r>
        <w:t>Nu, and I went to cheder, and this was on Sunday, on Sunday, I already studied, I had begun Chumash</w:t>
      </w:r>
    </w:p>
    <w:p>
      <w:r>
        <w:t>[At age five]</w:t>
      </w:r>
    </w:p>
    <w:p>
      <w:r>
        <w:t>At age five, at age six, but I studied Chumash</w:t>
      </w:r>
    </w:p>
    <w:p>
      <w:r>
        <w:t>So his custom, on the day.., the rebbe’s, on Sunday he would tell them</w:t>
      </w:r>
    </w:p>
    <w:p>
      <w:r>
        <w:t>He would tell them several sections of the lesson that they needed to study that week, from the parashah, he said:</w:t>
      </w:r>
    </w:p>
    <w:p>
      <w:r>
        <w:t>“Children, you know, the parashah of the week is..”</w:t>
      </w:r>
    </w:p>
    <w:p>
      <w:r>
        <w:t>For example, Parashas ‘Noach,’ or ‘Korach,’ Parashas ‘Noach’</w:t>
      </w:r>
    </w:p>
    <w:p>
      <w:r>
        <w:t>So they heard, that “This week is Parashas..</w:t>
      </w:r>
    </w:p>
    <w:p>
      <w:r>
        <w:t>[Noach]</w:t>
      </w:r>
    </w:p>
    <w:p>
      <w:r>
        <w:t>We need to study Parashas ‘Noach’”</w:t>
      </w:r>
    </w:p>
    <w:p>
      <w:r>
        <w:t>Nu, afterward he told them {what it is\an incident}, some, several stories from Parashas ‘Noach’</w:t>
      </w:r>
    </w:p>
    <w:p>
      <w:r>
        <w:t>From the Ark, how large the Ark was, the main points, so that they would know, that they would know {what was being discussed}</w:t>
      </w:r>
    </w:p>
    <w:p>
      <w:r>
        <w:t>[To draw them close to the study]</w:t>
      </w:r>
    </w:p>
    <w:p>
      <w:r>
        <w:t>And at the time of the study they already knew certain things</w:t>
      </w:r>
    </w:p>
    <w:p>
      <w:r>
        <w:t>Good, good</w:t>
      </w:r>
    </w:p>
    <w:p>
      <w:r>
        <w:t>And I, because I had given the bread to the poor man, to..</w:t>
      </w:r>
    </w:p>
    <w:p>
      <w:r>
        <w:t>[To the poor man]</w:t>
      </w:r>
    </w:p>
    <w:p>
      <w:r>
        <w:t>I had nothing to eat, and I was hungry</w:t>
      </w:r>
    </w:p>
    <w:p>
      <w:r>
        <w:t>[Hungry]</w:t>
      </w:r>
    </w:p>
    <w:p>
      <w:r>
        <w:t>I was hungry, and I was by nature of a weak body, a weak body, and.. and.. {..}</w:t>
      </w:r>
    </w:p>
    <w:p>
      <w:r>
        <w:t>And from the magnitude of the weakness, I did not hear at all what he was telling, “This week is Parashas ‘Noach’”</w:t>
      </w:r>
    </w:p>
    <w:p>
      <w:r>
        <w:t>He wants to know which children are good and which children are not good</w:t>
      </w:r>
    </w:p>
    <w:p>
      <w:r>
        <w:t>So he as.., suddenly he stood, he asked this child:</w:t>
      </w:r>
    </w:p>
    <w:p>
      <w:r>
        <w:t>“Tell me, which parashah is this week?”</w:t>
      </w:r>
    </w:p>
    <w:p>
      <w:r>
        <w:t>And when he knew, Parashas ‘Noach,’ he was a good child</w:t>
      </w:r>
    </w:p>
    <w:p>
      <w:r>
        <w:t>But there were children who did not remember; it was necessary to allow time th.. th.. for him to remind us</w:t>
      </w:r>
    </w:p>
    <w:p>
      <w:r>
        <w:t>Parashas ‘Noach,’ he came to me:</w:t>
      </w:r>
    </w:p>
    <w:p>
      <w:r>
        <w:t>“Which parashah is this week?”</w:t>
      </w:r>
    </w:p>
    <w:p>
      <w:r>
        <w:t>I knew nothing, as though I were not in this world, {I was as though in.. in.. in.. another judgment} nu, he waits, he waits and anticipates, perhaps I will remember, I, what is it</w:t>
      </w:r>
    </w:p>
    <w:p>
      <w:r>
        <w:t>But I don't know anything, 'Noach,' 'Noach,' ah, what, what, {what is he waiting for}</w:t>
      </w:r>
    </w:p>
    <w:p>
      <w:r>
        <w:t>So he, he waited and waited for an answer, and there is no answer, no, I don't know</w:t>
      </w:r>
    </w:p>
    <w:p>
      <w:r>
        <w:t>So he asks me:</w:t>
      </w:r>
    </w:p>
    <w:p>
      <w:r>
        <w:t>“Where were you? You weren't, you weren't here at all? Where, where? In what world were you?</w:t>
      </w:r>
    </w:p>
    <w:p>
      <w:r>
        <w:t>What is this? You don't, you {{}}, I am speaking and.. and I am giving all, all my strength</w:t>
      </w:r>
    </w:p>
    <w:p>
      <w:r>
        <w:t>And I, and you don't hear?”</w:t>
      </w:r>
    </w:p>
    <w:p>
      <w:r>
        <w:t>So he was in great anger at me, and struck me</w:t>
      </w:r>
    </w:p>
    <w:p>
      <w:r>
        <w:t>[Blows]</w:t>
      </w:r>
    </w:p>
    <w:p>
      <w:r>
        <w:t>And struck me cruel blows</w:t>
      </w:r>
    </w:p>
    <w:p>
      <w:r>
        <w:t>[Pshh..]</w:t>
      </w:r>
    </w:p>
    <w:p>
      <w:r>
        <w:t>He struck me:</w:t>
      </w:r>
    </w:p>
    <w:p>
      <w:r>
        <w:t>“What is this? I am speaking, and you.., for nothing? And you do not know even what</w:t>
      </w:r>
    </w:p>
    <w:p>
      <w:r>
        <w:t>Even one utterance, where were you?”</w:t>
      </w:r>
    </w:p>
    <w:p>
      <w:r>
        <w:t>And nevertheless, nevertheless, I saw that I need the bread, so.. because I receive blows and these blows, I had pain from the blows, and I also had shame, I was ashamed before the children no, he did not strike even one child, only Yisroel Ber</w:t>
      </w:r>
    </w:p>
    <w:p>
      <w:r>
        <w:t>[The humiliations began from then]</w:t>
      </w:r>
    </w:p>
    <w:p>
      <w:r>
        <w:t>The humiliations were more, more, more, more painful than the blows, {….}</w:t>
      </w:r>
    </w:p>
    <w:p>
      <w:r>
        <w:t>[This is the preparation for Rabbainu]</w:t>
      </w:r>
    </w:p>
    <w:p>
      <w:r>
        <w:t>Oy, oy, I tell all this, so that we should know how much Hashem Yisbarach</w:t>
      </w:r>
    </w:p>
    <w:p>
      <w:r>
        <w:t>[Loves us]</w:t>
      </w:r>
    </w:p>
    <w:p>
      <w:r>
        <w:t>Loves simplicity, I was not a scholar and not.. and.. and.. and.. and.. and..</w:t>
      </w:r>
    </w:p>
    <w:p>
      <w:r>
        <w:t>And only simplicity, in this I was, I loved the Torah and the mitzvos and faith and fear of Heaven very much, and when I saw someone learning, or he, he, he is simple, and he says Tehillim, then I thought: “Ah, this man, this man.. he thinks about, about the true ultimate purpose</w:t>
      </w:r>
    </w:p>
    <w:p>
      <w:r>
        <w:t>This man, fortunate is he, he occupies himself with Tehillim and he learns”</w:t>
      </w:r>
    </w:p>
    <w:p>
      <w:r>
        <w:t>Afterward.. yo, there are several stories, there are several stories</w:t>
      </w:r>
    </w:p>
    <w:p>
      <w:r>
        <w:t>Because I prayed with more fervor than all the children</w:t>
      </w:r>
    </w:p>
    <w:p>
      <w:r>
        <w:t>All the children {…} pray like, ah..</w:t>
      </w:r>
    </w:p>
    <w:p>
      <w:r>
        <w:t>[Ordinarily]</w:t>
      </w:r>
    </w:p>
    <w:p>
      <w:r>
        <w:t>But I counted out the words as one {counts} money, as they count money, and with love and with simplicity, {..}..</w:t>
      </w:r>
    </w:p>
    <w:p>
      <w:r>
        <w:t>[Boruch Atah.. like this]</w:t>
      </w:r>
    </w:p>
    <w:p>
      <w:r>
        <w:t>{…}, in any case, in this synagogue where I prayed, this was the synagogue</w:t>
      </w:r>
    </w:p>
    <w:p>
      <w:r>
        <w:t>Close to us, so I prayed in the synagogue</w:t>
      </w:r>
    </w:p>
    <w:p>
      <w:r>
        <w:t>[Of the Karlin Chassidim?]</w:t>
      </w:r>
    </w:p>
    <w:p>
      <w:r>
        <w:t>This synagogue.., no, no, I was a Karliner, but it was Boyan</w:t>
      </w:r>
    </w:p>
    <w:p>
      <w:r>
        <w:t>[Of the Boyan Chassidim?]</w:t>
      </w:r>
    </w:p>
    <w:p>
      <w:r>
        <w:t>Boyan, but because it was very close, neighboring right by our house, I entered there to pray, and there, in the Boyan synagogue, there was one old Chassid, and he was a distinguished and important man, he was an administrator, he was an administrator of the kollel, he was an administrator, and..</w:t>
      </w:r>
    </w:p>
    <w:p>
      <w:r>
        <w:t>[Ah, an administrator of the kollel]</w:t>
      </w:r>
    </w:p>
    <w:p>
      <w:r>
        <w:t>Yes, and he was a great miser</w:t>
      </w:r>
    </w:p>
    <w:p>
      <w:r>
        <w:t>[What was his name?]</w:t>
      </w:r>
    </w:p>
    <w:p>
      <w:r>
        <w:t>Reb Yaakov Kasir</w:t>
      </w:r>
    </w:p>
    <w:p>
      <w:r>
        <w:t>[Reb Yaakov Kasir]</w:t>
      </w:r>
    </w:p>
    <w:p>
      <w:r>
        <w:t>Reb Yaakov Kasir, yes</w:t>
      </w:r>
    </w:p>
    <w:p>
      <w:r>
        <w:t>This matter {…}, but this was seventy years ago, this is already…</w:t>
      </w:r>
    </w:p>
    <w:p>
      <w:r>
        <w:t>...[ ]</w:t>
      </w:r>
    </w:p>
    <w:p>
      <w:r>
        <w:t>[Now you can continue]</w:t>
      </w:r>
    </w:p>
    <w:p>
      <w:r>
        <w:t>Yo…</w:t>
      </w:r>
    </w:p>
    <w:p>
      <w:r>
        <w:t>...[Was in the synagogue]</w:t>
      </w:r>
    </w:p>
    <w:p>
      <w:r>
        <w:t>I, my father was poor, and he did not have the means to buy me a siddur, a siddur</w:t>
      </w:r>
    </w:p>
    <w:p>
      <w:r>
        <w:t>I, I wanted a siddur with Chatzos, with Tehillim, with Ma'amados, and with all the supplications and prayers</w:t>
      </w:r>
    </w:p>
    <w:p>
      <w:r>
        <w:t>Nu, so Reb Yaakov Kasir gave me every.., gave me almost every day a coin, an important coin</w:t>
      </w:r>
    </w:p>
    <w:p>
      <w:r>
        <w:t>So I took all the coins and gathered them, so that I would have enough to buy a “Kol Bo” siddur</w:t>
      </w:r>
    </w:p>
    <w:p>
      <w:r>
        <w:t>That it should have all, everything {the prayer}..</w:t>
      </w:r>
    </w:p>
    <w:p>
      <w:r>
        <w:t>Nu, and Hashem Yisbarach helped me, there were several circumstances, in Teveria such a siddur was not to be found, such a siddur</w:t>
      </w:r>
    </w:p>
    <w:p>
      <w:r>
        <w:t>Only for children, for praying, but a siddur with all {the matters}, with all, with all.. a “Kol Bo” there was not, only in Yerushalayim</w:t>
      </w:r>
    </w:p>
    <w:p>
      <w:r>
        <w:t>So my mother needed to, she had a trip to Yerushalayim, so I gave her the coins so she would buy me a siddur with.. a “Kol Bo” siddur</w:t>
      </w:r>
    </w:p>
    <w:p>
      <w:r>
        <w:t>[All the prayers]</w:t>
      </w:r>
    </w:p>
    <w:p>
      <w:r>
        <w:t>That it should have Chatzos and Tehillim and Ma'amados and all, and all the supplications and all the prayers</w:t>
      </w:r>
    </w:p>
    <w:p>
      <w:r>
        <w:t>And so it was, she traveled to Yerushalayim, and bought me such a siddur, which was a beauty in the entire city of Teveria</w:t>
      </w:r>
    </w:p>
    <w:p>
      <w:r>
        <w:t>Whoever saw this siddur, he said:</w:t>
      </w:r>
    </w:p>
    <w:p>
      <w:r>
        <w:t>“Oh.. this, such a siddur, who can come to a siddur, such a siddur”</w:t>
      </w:r>
    </w:p>
    <w:p>
      <w:r>
        <w:t>Oy, oy, oy, oy, oy, oy vey..</w:t>
      </w:r>
    </w:p>
    <w:p>
      <w:r>
        <w:t>Nu, and also {in..} until the bar mitzvah I sought only to learn and fulfill the mitzvos and for fear of Heaven and to merit fear of Heaven with faith</w:t>
      </w:r>
    </w:p>
    <w:p>
      <w:r>
        <w:t>After the bar mitzvah, the family came to me {ah, and.. and more friends and my friends they were}</w:t>
      </w:r>
    </w:p>
    <w:p>
      <w:r>
        <w:t>And relatives of the family and friends and.. influenced me and spoke with me, that I need, I became bar mitzvah</w:t>
      </w:r>
    </w:p>
    <w:p>
      <w:r>
        <w:t>So I need to learn a trade, a tailor or a shoemaker, what, which trade, {nu}</w:t>
      </w:r>
    </w:p>
    <w:p>
      <w:r>
        <w:t>{..}</w:t>
      </w:r>
    </w:p>
    <w:p>
      <w:r>
        <w:t>[Nothing]</w:t>
      </w:r>
    </w:p>
    <w:p>
      <w:r>
        <w:t>Yo, and I said:</w:t>
      </w:r>
    </w:p>
    <w:p>
      <w:r>
        <w:t>“No, I, I do not want to learn a trade, I, I want only Torah</w:t>
      </w:r>
    </w:p>
    <w:p>
      <w:r>
        <w:t>Only Torah and fear of Heaven, a trade no, no, no”</w:t>
      </w:r>
    </w:p>
    <w:p>
      <w:r>
        <w:t>So they said to me:</w:t>
      </w:r>
    </w:p>
    <w:p>
      <w:r>
        <w:t>“You need a livelihood, and you are {a ch.. child}, the father cannot, cannot give you {a dowry, and.. and.. and..}</w:t>
      </w:r>
    </w:p>
    <w:p>
      <w:r>
        <w:t>And.. kest (sustenance) {so}, and also you need to support the home”</w:t>
      </w:r>
    </w:p>
    <w:p>
      <w:r>
        <w:t>So I said: “I won't.. any trade”</w:t>
      </w:r>
    </w:p>
    <w:p>
      <w:r>
        <w:t>And I was very stubborn, and did not, and did not learn a trade</w:t>
      </w:r>
    </w:p>
    <w:p>
      <w:r>
        <w:t>And afterward {{….}} when I merited to draw close to Rebbe Yisroel (Kardonner), and I told him the matter</w:t>
      </w:r>
    </w:p>
    <w:p>
      <w:r>
        <w:t>I saw that he derived much satisfaction from this</w:t>
      </w:r>
    </w:p>
    <w:p>
      <w:r>
        <w:t>Because then I did not know about Breslov, only my heart was burning so much for Torah, with love for Torah</w:t>
      </w:r>
    </w:p>
    <w:p>
      <w:r>
        <w:t>{Yo}, and he said to me: “You did well, that you did not learn a trade,” yes</w:t>
      </w:r>
    </w:p>
    <w:p>
      <w:r>
        <w:t>Oy, oy, oy, oy</w:t>
      </w:r>
    </w:p>
    <w:p>
      <w:r>
        <w:t>[Rebbe Yisroel (Kardonner)..]</w:t>
      </w:r>
    </w:p>
    <w:p>
      <w:r>
        <w:t>Shoyn, close it, close it, close it</w:t>
      </w:r>
    </w:p>
    <w:p>
      <w:r>
        <w:t>[How would you pray in.. when you were a Karlin Chassid? Would you shout..?]</w:t>
      </w:r>
    </w:p>
    <w:p>
      <w:r>
        <w:t>Ah, ah</w:t>
      </w:r>
    </w:p>
    <w:p>
      <w:r>
        <w:t>[How would you pray?]</w:t>
      </w:r>
    </w:p>
    <w:p>
      <w:r>
        <w:t>I would shout literally up to, up to the heart of the heavens</w:t>
      </w:r>
    </w:p>
    <w:p>
      <w:r>
        <w:t>[No]</w:t>
      </w:r>
    </w:p>
    <w:p>
      <w:r>
        <w:t>They all shouted, because everyone, because whoever shouted more, he was more of a Chassid, he was more important</w:t>
      </w:r>
    </w:p>
    <w:p>
      <w:r>
        <w:t>[Ah, it was a competition, who would shout louder]</w:t>
      </w:r>
    </w:p>
    <w:p>
      <w:r>
        <w:t>Yes, but I did not intend that this should be for importance, or for some ulterior motive</w:t>
      </w:r>
    </w:p>
    <w:p>
      <w:r>
        <w:t>Only I, my heart was burning for Hashem Yisbarach, and I shouted with such sounds</w:t>
      </w:r>
    </w:p>
    <w:p>
      <w:r>
        <w:t>And beside me was, sat an old man, his name was Reb Kehos</w:t>
      </w:r>
    </w:p>
    <w:p>
      <w:r>
        <w:t>[Reb Kehos?]</w:t>
      </w:r>
    </w:p>
    <w:p>
      <w:r>
        <w:t>Reb Kehos, yes</w:t>
      </w:r>
    </w:p>
    <w:p>
      <w:r>
        <w:t>And.. {..}, and he was, after the prayer he would shout at me and cry, and cry and say:</w:t>
      </w:r>
    </w:p>
    <w:p>
      <w:r>
        <w:t>“What do you want from me? You want to make me, ah..</w:t>
      </w:r>
    </w:p>
    <w:p>
      <w:r>
        <w:t>[Deaf]</w:t>
      </w:r>
    </w:p>
    <w:p>
      <w:r>
        <w:t>{…}, deaf? You will kill me, kill me</w:t>
      </w:r>
    </w:p>
    <w:p>
      <w:r>
        <w:t>You shout, this, this is not a shout, this is in order to kill”</w:t>
      </w:r>
    </w:p>
    <w:p>
      <w:r>
        <w:t>[Would he hit you?]</w:t>
      </w:r>
    </w:p>
    <w:p>
      <w:r>
        <w:t>Ah?</w:t>
      </w:r>
    </w:p>
    <w:p>
      <w:r>
        <w:t>[Would he hit?]</w:t>
      </w:r>
    </w:p>
    <w:p>
      <w:r>
        <w:t>No, no, he wanted to hit, but he was a ben Torah and.. yes, God-fearing</w:t>
      </w:r>
    </w:p>
    <w:p>
      <w:r>
        <w:t>But he could not bear {this}</w:t>
      </w:r>
    </w:p>
    <w:p>
      <w:r>
        <w:t>He was, he suffered great pain from this, I did not know, but he {he felt}</w:t>
      </w:r>
    </w:p>
    <w:p>
      <w:r>
        <w:t>And this I.. th.. his grievance, his anger, I remember as though now, as though he is standing next to me now</w:t>
      </w:r>
    </w:p>
    <w:p>
      <w:r>
        <w:t>And he shouts at me: “What do you want from me?”</w:t>
      </w:r>
    </w:p>
    <w:p>
      <w:r>
        <w:t>[When you were aged thirteen, fourteen</w:t>
      </w:r>
    </w:p>
    <w:p>
      <w:r>
        <w:t>Did you know Reb Mottel of Slonim and the sages?]</w:t>
      </w:r>
    </w:p>
    <w:p>
      <w:r>
        <w:t>Yo, yes</w:t>
      </w:r>
    </w:p>
    <w:p>
      <w:r>
        <w:t>[Yes? You knew them? You learned under them?]</w:t>
      </w:r>
    </w:p>
    <w:p>
      <w:r>
        <w:t>Oy, oy vey</w:t>
      </w:r>
    </w:p>
    <w:p>
      <w:r>
        <w:t>Reb Mottel was a great scholar, and a scholar does not seek mitzvos</w:t>
      </w:r>
    </w:p>
    <w:p>
      <w:r>
        <w:t>Only the main thing, the main thing—the ultimate purpose—is only to learn and to learn, and to learn</w:t>
      </w:r>
    </w:p>
    <w:p>
      <w:r>
        <w:t>And he was a Chassid and God-fearing, and.. and.. and he loved a mitzvah, to do a mitzvah, tzedakah and kindness</w:t>
      </w:r>
    </w:p>
    <w:p>
      <w:r>
        <w:t>So he knew that I have a poor and blind father, so he took me into his home</w:t>
      </w:r>
    </w:p>
    <w:p>
      <w:r>
        <w:t>And learned with me and spoke with me, and drew me very close</w:t>
      </w:r>
    </w:p>
    <w:p>
      <w:r>
        <w:t>And he was to me like, like a father, like a father</w:t>
      </w:r>
    </w:p>
    <w:p>
      <w:r>
        <w:t>And he spoke with me about Chassidus, and also about Admorim, and I received {from him} much</w:t>
      </w:r>
    </w:p>
    <w:p>
      <w:r>
        <w:t>And I thought about Reb Mottel that there is no one greater than him in the world; he is literally an angel</w:t>
      </w:r>
    </w:p>
    <w:p>
      <w:r>
        <w:t>I saw his good character traits; I was always with him by day and by night…</w:t>
      </w:r>
    </w:p>
    <w:p>
      <w:r>
        <w:t>...[To whom did you say it?]</w:t>
      </w:r>
    </w:p>
    <w:p>
      <w:r>
        <w:t>I said it to them</w:t>
      </w:r>
    </w:p>
    <w:p>
      <w:r>
        <w:t>[To whom?]</w:t>
      </w:r>
    </w:p>
    <w:p>
      <w:r>
        <w:t>To.. the people who wanted me to learn a trade</w:t>
      </w:r>
    </w:p>
    <w:p>
      <w:r>
        <w:t>[Ah, you said to the people who wanted you to learn a trade—what did you say to them?]</w:t>
      </w:r>
    </w:p>
    <w:p>
      <w:r>
        <w:t>So, so they said to me:</w:t>
      </w:r>
    </w:p>
    <w:p>
      <w:r>
        <w:t>“From where, from where will you get a livelihood? The yeshivah does not provide a livelihood</w:t>
      </w:r>
    </w:p>
    <w:p>
      <w:r>
        <w:t>[You will not be a rav]</w:t>
      </w:r>
    </w:p>
    <w:p>
      <w:r>
        <w:t>{Furthermore} you will not be a rav, you are not talented, you will not be a rav</w:t>
      </w:r>
    </w:p>
    <w:p>
      <w:r>
        <w:t>[You will not be a rav, not talented, and the yeshivah will not provide you a livelihood]</w:t>
      </w:r>
    </w:p>
    <w:p>
      <w:r>
        <w:t>Yes</w:t>
      </w:r>
    </w:p>
    <w:p>
      <w:r>
        <w:t>[Yes]</w:t>
      </w:r>
    </w:p>
    <w:p>
      <w:r>
        <w:t>So I said: “Bread, bread and water, Hashem Yisbarach will provide that for me {{...}}”</w:t>
      </w:r>
    </w:p>
    <w:p>
      <w:r>
        <w:t>So they said to me:</w:t>
      </w:r>
    </w:p>
    <w:p>
      <w:r>
        <w:t>“Fine, you want to eat bread and water, but the wife and the children, they, they, they also..?”</w:t>
      </w:r>
    </w:p>
    <w:p>
      <w:r>
        <w:t>So I said:</w:t>
      </w:r>
    </w:p>
    <w:p>
      <w:r>
        <w:t>“If Hashem Yisbarach wills, Hashem Yisbarach, I hope that Hashem Yisbarach will give me such a wife</w:t>
      </w:r>
    </w:p>
    <w:p>
      <w:r>
        <w:t>Who will also {eat}.., will want to make do with bread and water”…</w:t>
      </w:r>
    </w:p>
    <w:p>
      <w:r>
        <w:t>...{All} these stories pertain to drawing close to Rabbainu</w:t>
      </w:r>
    </w:p>
    <w:p>
      <w:r>
        <w:t>[Preparation]</w:t>
      </w:r>
    </w:p>
    <w:p>
      <w:r>
        <w:t>Preparation, all, all this</w:t>
      </w:r>
    </w:p>
    <w:p>
      <w:r>
        <w:t>[All the stories of childhood up until Rabbainu—this is preparation]</w:t>
      </w:r>
    </w:p>
    <w:p>
      <w:r>
        <w:t>From the time I was born, from the time that.. all this was preparation for drawing close to Rabbainu, {..}…</w:t>
      </w:r>
    </w:p>
    <w:p>
      <w:r>
        <w:t>...{….much….}</w:t>
      </w:r>
    </w:p>
    <w:p>
      <w:r>
        <w:t>[When you were small, the Karlin Chassidim would drink tea and coffee, and you drank more tea than everyone?]</w:t>
      </w:r>
    </w:p>
    <w:p>
      <w:r>
        <w:t>More than everyone, I shouted more than everyone, {and I drank more}</w:t>
      </w:r>
    </w:p>
    <w:p>
      <w:r>
        <w:t>[More than everyone, in order to be a true Karlin Chassid]</w:t>
      </w:r>
    </w:p>
    <w:p>
      <w:r>
        <w:t>{..}…</w:t>
      </w:r>
    </w:p>
    <w:p>
      <w:r>
        <w:t>...I was in anguish, in very great troubles, and I searched for counsel on how to save myself, and did not, and did not find it until Hashem Yisbarach ar.., I am telling only chapter headings, {not everything}</w:t>
      </w:r>
    </w:p>
    <w:p>
      <w:r>
        <w:t>[No, no, tell, ah..]</w:t>
      </w:r>
    </w:p>
    <w:p>
      <w:r>
        <w:t>But it is impossible, it is impossible to tell everything, {...}</w:t>
      </w:r>
    </w:p>
    <w:p>
      <w:r>
        <w:t>[Tell, what? You remember; I know very well that you remember]</w:t>
      </w:r>
    </w:p>
    <w:p>
      <w:r>
        <w:t>Ah.. {I, ah}, yo</w:t>
      </w:r>
    </w:p>
    <w:p>
      <w:r>
        <w:t>I searched and searched; I found, found Reb Hirsh Litvak</w:t>
      </w:r>
    </w:p>
    <w:p>
      <w:r>
        <w:t>[What did you do with Reb Hirsh Litvak?]</w:t>
      </w:r>
    </w:p>
    <w:p>
      <w:r>
        <w:t>{…….}, he was a student of the “Chofetz Chaim,” and he was the.. glory of the entire city</w:t>
      </w:r>
    </w:p>
    <w:p>
      <w:r>
        <w:t>[Reb Hirsh Litvak?]</w:t>
      </w:r>
    </w:p>
    <w:p>
      <w:r>
        <w:t>And he was, and he was also the glory of the yeshivah</w:t>
      </w:r>
    </w:p>
    <w:p>
      <w:r>
        <w:t>[What counsel did he give you?]</w:t>
      </w:r>
    </w:p>
    <w:p>
      <w:r>
        <w:t>Ah?</w:t>
      </w:r>
    </w:p>
    <w:p>
      <w:r>
        <w:t>[What counsel did he give you?]</w:t>
      </w:r>
    </w:p>
    <w:p>
      <w:r>
        <w:t>What?</w:t>
      </w:r>
    </w:p>
    <w:p>
      <w:r>
        <w:t>[Did Reb Hirsh Litvak give you counsel? What counsel for the service of Hashem did he give you?]</w:t>
      </w:r>
    </w:p>
    <w:p>
      <w:r>
        <w:t>Ah, he, he, he spoke with me</w:t>
      </w:r>
    </w:p>
    <w:p>
      <w:r>
        <w:t>And he knew by heart the.. the entire sefer “Reishis Chochmah”</w:t>
      </w:r>
    </w:p>
    <w:p>
      <w:r>
        <w:t>He studied the sefer “Reishis Chochmah” so much, for several hours every day while standing, yes</w:t>
      </w:r>
    </w:p>
    <w:p>
      <w:r>
        <w:t>And I loved, I loved this, {and I saw this}</w:t>
      </w:r>
    </w:p>
    <w:p>
      <w:r>
        <w:t>And I had great esteem for, for, for Reb Hirsh; Reb Hirsh, he, he studies “Reishis Chochmah” so much, and he—I asked him, and he had mercy on me and studied “Reishis Chochmah” and “Zohar” with me</w:t>
      </w:r>
    </w:p>
    <w:p>
      <w:r>
        <w:t>In order to instill faith and fear of Heaven in me</w:t>
      </w:r>
    </w:p>
    <w:p>
      <w:r>
        <w:t>And afterward, when Hashem Yisbarach brought it about, Hashem Yisbarach knew that I need Rabbainu</w:t>
      </w:r>
    </w:p>
    <w:p>
      <w:r>
        <w:t>So He brought about such circumstances, that I should merit to draw close to Rabbainu</w:t>
      </w:r>
    </w:p>
    <w:p>
      <w:r>
        <w:t>And this, and this was all miracles, miracles and wonders, miracles and wonders</w:t>
      </w:r>
    </w:p>
    <w:p>
      <w:r>
        <w:t>First of all, what, I had {rebbes} before Rebbe Yisroel, and they studied “Reishis Chochmah” with me</w:t>
      </w:r>
    </w:p>
    <w:p>
      <w:r>
        <w:t>And seforim.. and they drew me close to Torah, to Hashem {Yisbarach}</w:t>
      </w:r>
    </w:p>
    <w:p>
      <w:r>
        <w:t>[Would you recite a lot of Tehillim before this?]</w:t>
      </w:r>
    </w:p>
    <w:p>
      <w:r>
        <w:t>Yes</w:t>
      </w:r>
    </w:p>
    <w:p>
      <w:r>
        <w:t>[How much every day?]</w:t>
      </w:r>
    </w:p>
    <w:p>
      <w:r>
        <w:t>That I already do not remember..</w:t>
      </w:r>
    </w:p>
    <w:p>
      <w:r>
        <w:t>[Every day would you..?]</w:t>
      </w:r>
    </w:p>
    <w:p>
      <w:r>
        <w:t>But, but I searched, searched for Tehillim, searched for seforim, and..</w:t>
      </w:r>
    </w:p>
    <w:p>
      <w:r>
        <w:t>[But you drank a lot of tea and coffee]</w:t>
      </w:r>
    </w:p>
    <w:p>
      <w:r>
        <w:t>Yes</w:t>
      </w:r>
    </w:p>
    <w:p>
      <w:r>
        <w:t>Afterward I saw, one can live without tea and coffee</w:t>
      </w:r>
    </w:p>
    <w:p>
      <w:r>
        <w:t>[Perhaps you remember some other story]</w:t>
      </w:r>
    </w:p>
    <w:p>
      <w:r>
        <w:t>In particular, I merited—what I saw from Rebbe Yisroel; I saw that he does not need tea</w:t>
      </w:r>
    </w:p>
    <w:p>
      <w:r>
        <w:t>He gets up at Chatzos and not, without tea, without coffee</w:t>
      </w:r>
    </w:p>
    <w:p>
      <w:r>
        <w:t>[Rebbe Yisroel]</w:t>
      </w:r>
    </w:p>
    <w:p>
      <w:r>
        <w:t>{So..}</w:t>
      </w:r>
    </w:p>
    <w:p>
      <w:r>
        <w:t>[Perhaps you remember some other act of tzedakah that you did when you were small, besides the bread?]</w:t>
      </w:r>
    </w:p>
    <w:p>
      <w:r>
        <w:t>Besides the bread..</w:t>
      </w:r>
    </w:p>
    <w:p>
      <w:r>
        <w:t>No</w:t>
      </w:r>
    </w:p>
    <w:p>
      <w:r>
        <w:t>[No, and yes]</w:t>
      </w:r>
    </w:p>
    <w:p>
      <w:r>
        <w:t>I, there are, there are many things</w:t>
      </w:r>
    </w:p>
    <w:p>
      <w:r>
        <w:t>[I know that you are embarrassed]</w:t>
      </w:r>
    </w:p>
    <w:p>
      <w:r>
        <w:t>Nein (no), but, but I, I do not want to say something that I, that I do not remember clearly</w:t>
      </w:r>
    </w:p>
    <w:p>
      <w:r>
        <w:t>[Hashem..]</w:t>
      </w:r>
    </w:p>
    <w:p>
      <w:r>
        <w:t>Yes</w:t>
      </w:r>
    </w:p>
    <w:p>
      <w:r>
        <w:t>[Let him say what he remembers clearly</w:t>
      </w:r>
    </w:p>
    <w:p>
      <w:r>
        <w:t>. The kerosene and the oil, {it illuminates, so that I, so that I will see clearly}</w:t>
      </w:r>
    </w:p>
    <w:p>
      <w:r>
        <w:t>Father said that I cause him such troubles; I, I burn the, the, the kerosene</w:t>
      </w:r>
    </w:p>
    <w:p>
      <w:r>
        <w:t>And on the day th.. on Erev Shabbos there was no kerosene, “Yisroel Ber, Yisroel Ber came and took the kerosene”</w:t>
      </w:r>
    </w:p>
    <w:p>
      <w:r>
        <w:t>And mother said: “The oil? I need the oil for Shabbos”</w:t>
      </w:r>
    </w:p>
    <w:p>
      <w:r>
        <w:t>I asked for another {shva}, two drops, two {drops}</w:t>
      </w:r>
    </w:p>
    <w:p>
      <w:r>
        <w:t>[Would you get up at Chatzos?]</w:t>
      </w:r>
    </w:p>
    <w:p>
      <w:r>
        <w:t>Ah?</w:t>
      </w:r>
    </w:p>
    <w:p>
      <w:r>
        <w:t>[Sleep at Chatzos?]</w:t>
      </w:r>
    </w:p>
    <w:p>
      <w:r>
        <w:t>Yes, no, no, not exactly at Chatzos, but I loved to get up two hours, three hours before daybreak</w:t>
      </w:r>
    </w:p>
    <w:p>
      <w:r>
        <w:t>[What would you do?]</w:t>
      </w:r>
    </w:p>
    <w:p>
      <w:r>
        <w:t>And I went down.., Tehillim, Chatzos, Tehillim…</w:t>
      </w:r>
    </w:p>
    <w:p>
      <w:r>
        <w:t>...And I was, I was.., Hashem Yisbarach gave me a soul such that I yearned for Torah</w:t>
      </w:r>
    </w:p>
    <w:p>
      <w:r>
        <w:t>I burned for Torah, for fear of Heaven</w:t>
      </w:r>
    </w:p>
    <w:p>
      <w:r>
        <w:t>Nu, I was, I was very {….}</w:t>
      </w:r>
    </w:p>
    <w:p>
      <w:r>
        <w:t>In any case, so what I saw, so.. that Chassidim, Chassidim conduct themselves with simplicity</w:t>
      </w:r>
    </w:p>
    <w:p>
      <w:r>
        <w:t>And I was the “first” and I.., and I was the greatest, the greatest</w:t>
      </w:r>
    </w:p>
    <w:p>
      <w:r>
        <w:t>For example: in Karlin they shout in prayer, and I shouted such shouts that could kill</w:t>
      </w:r>
    </w:p>
    <w:p>
      <w:r>
        <w:t>[You could kill the people]</w:t>
      </w:r>
    </w:p>
    <w:p>
      <w:r>
        <w:t>Yes, Reb Kehos said to me:</w:t>
      </w:r>
    </w:p>
    <w:p>
      <w:r>
        <w:t>“You are killing me, you are making me dead, what do you want from me?”</w:t>
      </w:r>
    </w:p>
    <w:p>
      <w:r>
        <w:t>A story from eighty years ago, or ninety years ago</w:t>
      </w:r>
    </w:p>
    <w:p>
      <w:r>
        <w:t>[You shouted: “I want Rabbainu..”]</w:t>
      </w:r>
    </w:p>
    <w:p>
      <w:r>
        <w:t>Aharon, stop…</w:t>
      </w:r>
    </w:p>
    <w:p>
      <w:r>
        <w:t>...Nu, what was more {….} before the prayer, for example:</w:t>
      </w:r>
    </w:p>
    <w:p>
      <w:r>
        <w:t>They would get up half an hour before dawn</w:t>
      </w:r>
    </w:p>
    <w:p>
      <w:r>
        <w:t>“They got up half an hour before dawn..”, so they were called: “The great ovdim, the great tzaddikim of the generation”</w:t>
      </w:r>
    </w:p>
    <w:p>
      <w:r>
        <w:t>“He gets up half an hour before dawn”</w:t>
      </w:r>
    </w:p>
    <w:p>
      <w:r>
        <w:t>{So Rebbe Yisroel is already praying}, and.. and.. and.. and.. and when they get up..</w:t>
      </w:r>
    </w:p>
    <w:p>
      <w:r>
        <w:t>[One needs to drink]</w:t>
      </w:r>
    </w:p>
    <w:p>
      <w:r>
        <w:t>Washing the hands, “First, begin to drink.. to drink”</w:t>
      </w:r>
    </w:p>
    <w:p>
      <w:r>
        <w:t>Nu, I saw that one needs to drink, I too.., I too.. saw.. “Drinking, drinking”</w:t>
      </w:r>
    </w:p>
    <w:p>
      <w:r>
        <w:t>And after this they lie on the bench, lie on the bench for an hour, or two</w:t>
      </w:r>
    </w:p>
    <w:p>
      <w:r>
        <w:t>[..]</w:t>
      </w:r>
    </w:p>
    <w:p>
      <w:r>
        <w:t>When I drew close to him..</w:t>
      </w:r>
    </w:p>
    <w:p>
      <w:r>
        <w:t>After this Hashem Yisbarach helped me, and I saw Rebbe Yisroel</w:t>
      </w:r>
    </w:p>
    <w:p>
      <w:r>
        <w:t>“What is with them? They get up half an hour before dawn, and they are already “the tzaddikim of the generation”</w:t>
      </w:r>
    </w:p>
    <w:p>
      <w:r>
        <w:t>And Rebbe Yisroel gets up at Chatzos, and no one knows anything</w:t>
      </w:r>
    </w:p>
    <w:p>
      <w:r>
        <w:t>And he does not need tea, he does not need anything, he needs only a mikveh, and.. and.. and.. and.. {..}” And subsequently Rebbe Yisroel (Kardonner)..</w:t>
      </w:r>
    </w:p>
    <w:p>
      <w:r>
        <w:t>[Did you go to the mikveh? Before Rebbe Yisroel (Kardonner), did you go to the mikveh?]</w:t>
      </w:r>
    </w:p>
    <w:p>
      <w:r>
        <w:t>Yes</w:t>
      </w:r>
    </w:p>
    <w:p>
      <w:r>
        <w:t>[Yes, every day?]</w:t>
      </w:r>
    </w:p>
    <w:p>
      <w:r>
        <w:t>Yes</w:t>
      </w:r>
    </w:p>
    <w:p>
      <w:r>
        <w:t>[Would the Karlin Chassidim go to the mikveh?]</w:t>
      </w:r>
    </w:p>
    <w:p>
      <w:r>
        <w:t>Yes, yes, not every day, but I, I was..</w:t>
      </w:r>
    </w:p>
    <w:p>
      <w:r>
        <w:t>[From what age did you begin going to the mikveh?]</w:t>
      </w:r>
    </w:p>
    <w:p>
      <w:r>
        <w:t>{..}, ah?</w:t>
      </w:r>
    </w:p>
    <w:p>
      <w:r>
        <w:t>[From what age did you go to the mikveh]</w:t>
      </w:r>
    </w:p>
    <w:p>
      <w:r>
        <w:t>Before the bar mitzvah, ah, after the bar mitzvah it already was, ah..</w:t>
      </w:r>
    </w:p>
    <w:p>
      <w:r>
        <w:t>There could not be a day without a mikveh</w:t>
      </w:r>
    </w:p>
    <w:p>
      <w:r>
        <w:t>Before the bar mitzvah, sometimes I went, I, I went</w:t>
      </w:r>
    </w:p>
    <w:p>
      <w:r>
        <w:t>{..}</w:t>
      </w:r>
    </w:p>
    <w:p>
      <w:r>
        <w:t>[..]</w:t>
      </w:r>
    </w:p>
    <w:p>
      <w:r>
        <w:t>{…..}</w:t>
      </w:r>
    </w:p>
    <w:p>
      <w:r>
        <w:t>This is all what, what, what, what, what passed over me</w:t>
      </w:r>
    </w:p>
    <w:p>
      <w:r>
        <w:t>This was all preparation for the “wedding,” preparation for drawing close to Rabbainu</w:t>
      </w:r>
    </w:p>
    <w:p>
      <w:r>
        <w:t>This is what I yearned for and wanted—only Torah and prayer and.. and.. and.. and.. and truth and..</w:t>
      </w:r>
    </w:p>
    <w:p>
      <w:r>
        <w:t>To be hidden, no, t.. no.. yes</w:t>
      </w:r>
    </w:p>
    <w:p>
      <w:r>
        <w:t>And Hashem saw, this, this.. {……}</w:t>
      </w:r>
    </w:p>
    <w:p>
      <w:r>
        <w:t>[..]</w:t>
      </w:r>
    </w:p>
    <w:p>
      <w:r>
        <w:t>My heart, to be in this palace</w:t>
      </w:r>
    </w:p>
    <w:p>
      <w:r>
        <w:t>[It goes to waste if you do not know Rabbainu]</w:t>
      </w:r>
    </w:p>
    <w:p>
      <w:r>
        <w:t>Yes, certainly, {…}</w:t>
      </w:r>
    </w:p>
    <w:p>
      <w:r>
        <w:t>But, but such as these we had not yet seen, exalted, exalted, one sees a Breslov Chassid, “the Chassid”</w:t>
      </w:r>
    </w:p>
    <w:p>
      <w:r>
        <w:t>But such as these we had not seen..</w:t>
      </w:r>
    </w:p>
    <w:p>
      <w:r>
        <w:t>Money is nothing, and the body is nothing, and no one helps anything</w:t>
      </w:r>
    </w:p>
    <w:p>
      <w:r>
        <w:t>Only Hashem Yisbarach, the Torah and.. and the mitzvos</w:t>
      </w:r>
    </w:p>
    <w:p>
      <w:r>
        <w:t>Where does one see such people?</w:t>
      </w:r>
    </w:p>
    <w:p>
      <w:r>
        <w:t>Even.. even among the Breslov Chassidim there were great ones, there were, there were precious Jews, true Jews</w:t>
      </w:r>
    </w:p>
    <w:p>
      <w:r>
        <w:t>{There were}, only su.. such as Rebbe Yisroel (Kardonner), presumably they knew</w:t>
      </w:r>
    </w:p>
    <w:p>
      <w:r>
        <w:t>Such people—what Rebbe Yisroel (Kardonner) could do, no one can do</w:t>
      </w:r>
    </w:p>
    <w:p>
      <w:r>
        <w:t>Such a kind of utterly abandoned one, such a, “such as these..”</w:t>
      </w:r>
    </w:p>
    <w:p>
      <w:r>
        <w:t>[He would leave his children, leave the family]</w:t>
      </w:r>
    </w:p>
    <w:p>
      <w:r>
        <w:t>{ Yo}, th..</w:t>
      </w:r>
    </w:p>
    <w:p>
      <w:r>
        <w:t>There is great wisdom in this; within this simplicity there is {..} profound wisdom</w:t>
      </w:r>
    </w:p>
    <w:p>
      <w:r>
        <w:t>Su.., such a kind of wisdom that does not exist in the world, within this sim.., within this simplicity</w:t>
      </w:r>
    </w:p>
    <w:p>
      <w:r>
        <w:t>[And what is the wisdom?]</w:t>
      </w:r>
    </w:p>
    <w:p>
      <w:r>
        <w:t>Such a kind of th.. th.. it is wisdom, what.. what.. what—there is no one with whom to speak {…}</w:t>
      </w:r>
    </w:p>
    <w:p>
      <w:r>
        <w:t>[A servant of Hashem]</w:t>
      </w:r>
    </w:p>
    <w:p>
      <w:r>
        <w:t>Certainly, certainly</w:t>
      </w:r>
    </w:p>
    <w:p>
      <w:r>
        <w:t>I saw among the Chassidim what they are, so there are precious Jews {among them}</w:t>
      </w:r>
    </w:p>
    <w:p>
      <w:r>
        <w:t>{Humility, …}, humility is a precious thing, a precious trait—humility</w:t>
      </w:r>
    </w:p>
    <w:p>
      <w:r>
        <w:t>But, he wanted everyone to know that he is humble, {…}</w:t>
      </w:r>
    </w:p>
    <w:p>
      <w:r>
        <w:t>[Ah.. ah.. ah.. this is what Rabbainu writes in one of the teachings]</w:t>
      </w:r>
    </w:p>
    <w:p>
      <w:r>
        <w:t>{Yes}</w:t>
      </w:r>
    </w:p>
    <w:p>
      <w:r>
        <w:t>. And likewise he is a “scholar”</w:t>
      </w:r>
    </w:p>
    <w:p>
      <w:r>
        <w:t>He wants, wants the entire world to think, that he should have a name: “He is such a kind of scholar, one of a kind in the world”</w:t>
      </w:r>
    </w:p>
    <w:p>
      <w:r>
        <w:t>Yes, it is not enough for him that he is a scholar, no</w:t>
      </w:r>
    </w:p>
    <w:p>
      <w:r>
        <w:t>[They need to know, to make it known]</w:t>
      </w:r>
    </w:p>
    <w:p>
      <w:r>
        <w:t>Yes</w:t>
      </w:r>
    </w:p>
    <w:p>
      <w:r>
        <w:t>{Oy, oy, oy, oy, oy}..</w:t>
      </w:r>
    </w:p>
    <w:p>
      <w:r>
        <w:t>Yes.. what {..}…</w:t>
      </w:r>
    </w:p>
    <w:p>
      <w:r>
        <w:t>...{…} more such things</w:t>
      </w:r>
    </w:p>
    <w:p>
      <w:r>
        <w:t>So this.. this is only main points, this is only some something of what I saw with my eyes, this {no one can know} such things…</w:t>
      </w:r>
    </w:p>
    <w:p>
      <w:pPr>
        <w:pStyle w:val="Heading2"/>
      </w:pPr>
      <w:r>
        <w:t>Side B (Bais)</w:t>
      </w:r>
    </w:p>
    <w:p>
      <w:r>
        <w:t>...{that he.. can ….}, and how can he reach Rebbe Yisroel (Kardonner)?</w:t>
      </w:r>
    </w:p>
    <w:p>
      <w:r>
        <w:t>{…}, there was only one way, one way for this</w:t>
      </w:r>
    </w:p>
    <w:p>
      <w:r>
        <w:t>On Thursday night he would go to.. to.. the ‘Slonim Chassidim,’ yes</w:t>
      </w:r>
    </w:p>
    <w:p>
      <w:r>
        <w:t>And.. so he decided: “I will go to Rebbe Yisroel (Kardonner) on Thursday night and no one will know…</w:t>
      </w:r>
    </w:p>
    <w:p>
      <w:r>
        <w:t>...[This is not all right]…</w:t>
      </w:r>
    </w:p>
    <w:p>
      <w:r>
        <w:t>...Oy, oy, oy, oy</w:t>
      </w:r>
    </w:p>
    <w:p>
      <w:r>
        <w:t>[Yes]</w:t>
      </w:r>
    </w:p>
    <w:p>
      <w:r>
        <w:t>Ah.. about the incident with Reb Hirsh Litvak</w:t>
      </w:r>
    </w:p>
    <w:p>
      <w:r>
        <w:t>I, and.. and.. I have more details that I remembered, that this.., that transpired in this matter</w:t>
      </w:r>
    </w:p>
    <w:p>
      <w:r>
        <w:t>Can I, can I speak Yiddish?</w:t>
      </w:r>
    </w:p>
    <w:p>
      <w:r>
        <w:t>[Yes, speak Yiddish, {..}..]</w:t>
      </w:r>
    </w:p>
    <w:p>
      <w:r>
        <w:t>Do you understand?</w:t>
      </w:r>
    </w:p>
    <w:p>
      <w:r>
        <w:t>[Yes, I understand, just speak well, clearly]</w:t>
      </w:r>
    </w:p>
    <w:p>
      <w:r>
        <w:t>{…}</w:t>
      </w:r>
    </w:p>
    <w:p>
      <w:r>
        <w:t>[Oh.. oh. Wait, wait, this is not good]…</w:t>
      </w:r>
    </w:p>
    <w:p>
      <w:r>
        <w:t>...[{..}, it is working]</w:t>
      </w:r>
    </w:p>
    <w:p>
      <w:r>
        <w:t>{And this}, about this, about this story with Reb Hirsh Litvak, so.. so..</w:t>
      </w:r>
    </w:p>
    <w:p>
      <w:r>
        <w:t>What I recorded regarding drawing close, there are only main points</w:t>
      </w:r>
    </w:p>
    <w:p>
      <w:r>
        <w:t>[..]</w:t>
      </w:r>
    </w:p>
    <w:p>
      <w:r>
        <w:t>He was a Jew, Reb Hirsh Litvak, but there are in this such {.. …..}, such, such..</w:t>
      </w:r>
    </w:p>
    <w:p>
      <w:r>
        <w:t>Oy vey.. oy vey.. oy vey.. {…}</w:t>
      </w:r>
    </w:p>
    <w:p>
      <w:r>
        <w:t>[Nu, what other news is there?]</w:t>
      </w:r>
    </w:p>
    <w:p>
      <w:r>
        <w:t>This Reb Hirsh Litvak, th.. in short</w:t>
      </w:r>
    </w:p>
    <w:p>
      <w:r>
        <w:t>He was “one” in Teveria, he was the great one.., everyone esteemed him, the whole city, a ‘small city,’ and he was.., they called him, his name was, “Reb Hirsh Litvak”</w:t>
      </w:r>
    </w:p>
    <w:p>
      <w:r>
        <w:t>You—a Jew who is a Litvak (Lithuanian)—laughs at.. at Chassidim, {with} stories, with.., {from this}</w:t>
      </w:r>
    </w:p>
    <w:p>
      <w:r>
        <w:t>In any case, they esteemed him very much</w:t>
      </w:r>
    </w:p>
    <w:p>
      <w:r>
        <w:t>He studied a lot, {..}, he studied the “Reishis Chochmah”</w:t>
      </w:r>
    </w:p>
    <w:p>
      <w:r>
        <w:t>He knew the “Reishis Chochmah” by heart</w:t>
      </w:r>
    </w:p>
    <w:p>
      <w:r>
        <w:t>And he.. and.. and he not only studied the “Reishis Chochmah,” he would fulfill what.., what he studied</w:t>
      </w:r>
    </w:p>
    <w:p>
      <w:r>
        <w:t>He, he, he sought, he.., he yearned</w:t>
      </w:r>
    </w:p>
    <w:p>
      <w:r>
        <w:t>The principle is: I was.., he studied with me; afterward, when I reached Rebbe Yisroel (Kardonner)</w:t>
      </w:r>
    </w:p>
    <w:p>
      <w:r>
        <w:t>I left all the rabbis, and Reb Hirsh as well</w:t>
      </w:r>
    </w:p>
    <w:p>
      <w:r>
        <w:t>There was a great bond between us.., a bond with l.., with love, such a love, true love</w:t>
      </w:r>
    </w:p>
    <w:p>
      <w:r>
        <w:t>We were friends even though he.., there was a great distance from him to me, there was a great distance</w:t>
      </w:r>
    </w:p>
    <w:p>
      <w:r>
        <w:t>So I.. {…}, he saw what I was suffering from this</w:t>
      </w:r>
    </w:p>
    <w:p>
      <w:r>
        <w:t>{..}, this is not Yerushalayim, it is a small city, everyone, everyone, everyone knew</w:t>
      </w:r>
    </w:p>
    <w:p>
      <w:r>
        <w:t>So.. everyone wondered how a person could “bear” such kinds of troubles</w:t>
      </w:r>
    </w:p>
    <w:p>
      <w:r>
        <w:t>Such kinds of humiliations, such kinds of troubles</w:t>
      </w:r>
    </w:p>
    <w:p>
      <w:r>
        <w:t>And this Reb Hirsh—so specifically from this opposition, it entered his heart that here there is a great thing</w:t>
      </w:r>
    </w:p>
    <w:p>
      <w:r>
        <w:t>That this is.. a.. a.. above Chassidus</w:t>
      </w:r>
    </w:p>
    <w:p>
      <w:r>
        <w:t>Nu, I did not know what he had.., in his heart, do I know?</w:t>
      </w:r>
    </w:p>
    <w:p>
      <w:r>
        <w:t>But I was with him with, with a {..} great bond, with love, like, like o.., one, one soul</w:t>
      </w:r>
    </w:p>
    <w:p>
      <w:r>
        <w:t>So I said to him {..}, to the friend, I said to him:</w:t>
      </w:r>
    </w:p>
    <w:p>
      <w:r>
        <w:t>“Reb Hirsh, you will go in to Rebbe Yisroel (Kardonner), and he will study a teaching in ‘Likutay Moharan’ with you</w:t>
      </w:r>
    </w:p>
    <w:p>
      <w:r>
        <w:t>It will become known to you such.., such things, that you, that you know, what, what..</w:t>
      </w:r>
    </w:p>
    <w:p>
      <w:r>
        <w:t>You have never yet tasted such a taste”</w:t>
      </w:r>
    </w:p>
    <w:p>
      <w:r>
        <w:t>Nu, he, he had it in his heart, that is how it was, and I say to him, nu, so how does he go in to Rebbe Yisroel (Kardonner)?</w:t>
      </w:r>
    </w:p>
    <w:p>
      <w:r>
        <w:t>So, so, so, when I suffer such troubles, {..}, he can endure such {troubles}</w:t>
      </w:r>
    </w:p>
    <w:p>
      <w:r>
        <w:t>Ah.. “Tell, tell, tell—what way does one make to go in to Rebbe Yisroel (Kardonner)?”</w:t>
      </w:r>
    </w:p>
    <w:p>
      <w:r>
        <w:t>And Rebbe Yisroel (Kardonner) lived beside the ‘shuls’ (synagogues), beside the Karlin one, beside the Slonim one</w:t>
      </w:r>
    </w:p>
    <w:p>
      <w:r>
        <w:t>His house was beside all the ‘shuls’</w:t>
      </w:r>
    </w:p>
    <w:p>
      <w:r>
        <w:t>Nu, he, he, he cannot go in to Rebbe Yisroel (Kardonner)</w:t>
      </w:r>
    </w:p>
    <w:p>
      <w:r>
        <w:t>He arrived {…} at.. at a plan: he goes on Thursday night to the Slonim one</w:t>
      </w:r>
    </w:p>
    <w:p>
      <w:r>
        <w:t>Nu, how, how much distance is there from Slonim to.. to Rebbe Yisroel (Kardonner)?—A few steps!</w:t>
      </w:r>
    </w:p>
    <w:p>
      <w:r>
        <w:t>From Rebbe Yisroel’s house to the Slunimers</w:t>
      </w:r>
    </w:p>
    <w:p>
      <w:r>
        <w:t>So instead of going to the Slunimers, he would go in to Rebbe Yisroel, and it was at night, Thursday night, who would know?</w:t>
      </w:r>
    </w:p>
    <w:p>
      <w:r>
        <w:t>That was very good</w:t>
      </w:r>
    </w:p>
    <w:p>
      <w:r>
        <w:t>The point is: several weeks passed with him being with Rebbe Yisroel; Rebbe Yisroel taught him</w:t>
      </w:r>
    </w:p>
    <w:p>
      <w:r>
        <w:t>And s.., and.. and told him ab.. about Rabbainu, {..}.. ab.. about the secret of our holy Rabbainu</w:t>
      </w:r>
    </w:p>
    <w:p>
      <w:r>
        <w:t>So he decided:</w:t>
      </w:r>
    </w:p>
    <w:p>
      <w:r>
        <w:t>“I will be the second ‘Yisroel Ber,’ the second "madman," I will be.. I will be..</w:t>
      </w:r>
    </w:p>
    <w:p>
      <w:r>
        <w:t>I.., I want to be a ‘Breslover Chassid,’ but how? How?”</w:t>
      </w:r>
    </w:p>
    <w:p>
      <w:r>
        <w:t>Nu, he went to Rebbe Yisroel for several weeks, and the Slunimers saw {..}:</w:t>
      </w:r>
    </w:p>
    <w:p>
      <w:r>
        <w:t>This Litvak, Rav Hirsch Litvak, h.., he stopped coming on Thursday nights</w:t>
      </w:r>
    </w:p>
    <w:p>
      <w:r>
        <w:t>They asked his father-in-law i.. in the shul, they asked.., they asked him:</w:t>
      </w:r>
    </w:p>
    <w:p>
      <w:r>
        <w:t>Where? Where? In some place? What is your son-in-law Rav Hirsch Litvak doing?</w:t>
      </w:r>
    </w:p>
    <w:p>
      <w:r>
        <w:t>He does not come to us on Thursday nights”</w:t>
      </w:r>
    </w:p>
    <w:p>
      <w:r>
        <w:t>So he said:</w:t>
      </w:r>
    </w:p>
    <w:p>
      <w:r>
        <w:t>“I do not know, I will ask, I will ask at home, what is this? Why, why does he not go?”</w:t>
      </w:r>
    </w:p>
    <w:p>
      <w:r>
        <w:t>He asked at home — “Oy vey.."</w:t>
      </w:r>
    </w:p>
    <w:p>
      <w:r>
        <w:t>“He goes every.., he does not miss any Thursday night, he goes every Thursday night! He does not go?”</w:t>
      </w:r>
    </w:p>
    <w:p>
      <w:r>
        <w:t>So a suspicion fell upon them:</w:t>
      </w:r>
    </w:p>
    <w:p>
      <w:r>
        <w:t>“Maybe he goes.., Rebbe Yisroel’s house is not far from the Slunimers</w:t>
      </w:r>
    </w:p>
    <w:p>
      <w:r>
        <w:t>He goes in.., he goes to Rebbe Yisroel"</w:t>
      </w:r>
    </w:p>
    <w:p>
      <w:r>
        <w:t>{..}, the point is, he told them:</w:t>
      </w:r>
    </w:p>
    <w:p>
      <w:r>
        <w:t>The wife said this — "that he goes every Thursday night"..”</w:t>
      </w:r>
    </w:p>
    <w:p>
      <w:r>
        <w:t>So a suspicion entered them:</w:t>
      </w:r>
    </w:p>
    <w:p>
      <w:r>
        <w:t>“This Rav Hirsch has become a ‘Breslover Chassid,’ he goes to Rebbe Yisroel"</w:t>
      </w:r>
    </w:p>
    <w:p>
      <w:r>
        <w:t>Th.., they had him, they had him followed, and they watched him and caught him, caught him going in to Rebbe Yisroel</w:t>
      </w:r>
    </w:p>
    <w:p>
      <w:r>
        <w:t>Nu, nu, there was an uproar, there was an uproar among the Slunimers, and by them it was always {…}</w:t>
      </w:r>
    </w:p>
    <w:p>
      <w:r>
        <w:t>His father-in-law and his mother-in-law:</w:t>
      </w:r>
    </w:p>
    <w:p>
      <w:r>
        <w:t>“What did you learn from Yisroel Ber, you will become Breslov?</w:t>
      </w:r>
    </w:p>
    <w:p>
      <w:r>
        <w:t>We will not tolerate this, under no circumstances!”</w:t>
      </w:r>
    </w:p>
    <w:p>
      <w:r>
        <w:t>The point is, he, he decided: {so it will be}.., he would endure what, what they would do to him</w:t>
      </w:r>
    </w:p>
    <w:p>
      <w:r>
        <w:t>But he saw that he was suffering so much, that he could not "bear" it</w:t>
      </w:r>
    </w:p>
    <w:p>
      <w:r>
        <w:t>So he said:</w:t>
      </w:r>
    </w:p>
    <w:p>
      <w:r>
        <w:t>“I also want to be a ‘Breslover Chassid’"</w:t>
      </w:r>
    </w:p>
    <w:p>
      <w:r>
        <w:t>So Rebbe Yisroel told him:</w:t>
      </w:r>
    </w:p>
    <w:p>
      <w:r>
        <w:t>“Here in Teveria you can.., you cannot, {..}, you need to travel to Yerushalayim</w:t>
      </w:r>
    </w:p>
    <w:p>
      <w:r>
        <w:t>In Yerushalayim there are precious Jews, the Chass.., precious, precious Jews, so.. travel to Yerushalayim</w:t>
      </w:r>
    </w:p>
    <w:p>
      <w:r>
        <w:t>Receive from Rav Shlomo Wexler, fr.. from others"</w:t>
      </w:r>
    </w:p>
    <w:p>
      <w:r>
        <w:t>Nu, so he went from Teveria to Yerushalayim on foot</w:t>
      </w:r>
    </w:p>
    <w:p>
      <w:r>
        <w:t>He was a mighty man, a great mighty man, he could.., he could walk..</w:t>
      </w:r>
    </w:p>
    <w:p>
      <w:r>
        <w:t>Even throughout all the years he could walk on foot</w:t>
      </w:r>
    </w:p>
    <w:p>
      <w:r>
        <w:t>Nu, so he.., it was Friday</w:t>
      </w:r>
    </w:p>
    <w:p>
      <w:r>
        <w:t>Friday, he took a tallis and tefillin and went to pray, and did not arrive home</w:t>
      </w:r>
    </w:p>
    <w:p>
      <w:r>
        <w:t>Nu, at home {..}, he did not arrive for a day, two days, he was not there</w:t>
      </w:r>
    </w:p>
    <w:p>
      <w:r>
        <w:t>Presumably ,perhaps, perhaps he is learning in the shul, perhaps.., he will arrive later</w:t>
      </w:r>
    </w:p>
    <w:p>
      <w:r>
        <w:t>It passed, it became half the day and h.., and.. and Rav Hirsch was not here</w:t>
      </w:r>
    </w:p>
    <w:p>
      <w:r>
        <w:t>“They descended upon me,” upon me into the house:</w:t>
      </w:r>
    </w:p>
    <w:p>
      <w:r>
        <w:t>“Tell us, where is Rav Hirsch’eh?”</w:t>
      </w:r>
    </w:p>
    <w:p>
      <w:r>
        <w:t>“Maybe, I do not know, what does that mean? Am I, am I some.., the keeper of Rav Hirsch?” {..} The point is: then they, they went, they sent to his family, his family in Tzfas</w:t>
      </w:r>
    </w:p>
    <w:p>
      <w:r>
        <w:t>They thought perhaps.. there had been a dispute at home, b.., why, why, why, he wants to be Breslov, there became.. fire.. a dispute, fire</w:t>
      </w:r>
    </w:p>
    <w:p>
      <w:r>
        <w:t>“Uh.. perhaps he traveled to Tzfas, to the family"</w:t>
      </w:r>
    </w:p>
    <w:p>
      <w:r>
        <w:t>They sent at midday, on Friday they sent a man with a horse to Tzfas</w:t>
      </w:r>
    </w:p>
    <w:p>
      <w:r>
        <w:t>So that he should notify them, uh.. that he should bring him, {…}</w:t>
      </w:r>
    </w:p>
    <w:p>
      <w:r>
        <w:t>It did not enter their minds that he went to Yerushalayim, uh.. if he went, he went to Tzfas</w:t>
      </w:r>
    </w:p>
    <w:p>
      <w:r>
        <w:t>They arrived in Tzfas, he.., he was not there, not there in Tzfas</w:t>
      </w:r>
    </w:p>
    <w:p>
      <w:r>
        <w:t>He was not in any {place}</w:t>
      </w:r>
    </w:p>
    <w:p>
      <w:r>
        <w:t>After that they came to him, {..}, nu, they came to me and to Rebbe Yisroel:</w:t>
      </w:r>
    </w:p>
    <w:p>
      <w:r>
        <w:t>“Where is Rav Hirsch? What did you do? Where is Rav Hirsch?</w:t>
      </w:r>
    </w:p>
    <w:p>
      <w:r>
        <w:t>You made the woman a widow, and the children orphans!</w:t>
      </w:r>
    </w:p>
    <w:p>
      <w:r>
        <w:t>Nu, in what, in what place is Rav Hirsch?”</w:t>
      </w:r>
    </w:p>
    <w:p>
      <w:r>
        <w:t>The point is: they went—there was a mukhtar in Teveria, whatever he was, the entire government was him</w:t>
      </w:r>
    </w:p>
    <w:p>
      <w:r>
        <w:t>And.. he took bribes, {…}, and gave bribes, and th.., all the government officials</w:t>
      </w:r>
    </w:p>
    <w:p>
      <w:r>
        <w:t>They were.., Mordechai was their "crown"</w:t>
      </w:r>
    </w:p>
    <w:p>
      <w:r>
        <w:t>The point is: {…}, so they went to him, to Mordechai, and.. gave him money; they told him the story:</w:t>
      </w:r>
    </w:p>
    <w:p>
      <w:r>
        <w:t>“So.. so.. he became.., he wants to be Breslov, became Breslov</w:t>
      </w:r>
    </w:p>
    <w:p>
      <w:r>
        <w:t>And.. and.. and.. on Friday he wanted to pray and did not return</w:t>
      </w:r>
    </w:p>
    <w:p>
      <w:r>
        <w:t>The Breslovers do such things, they take the father, th.. the father away from the children</w:t>
      </w:r>
    </w:p>
    <w:p>
      <w:r>
        <w:t>{….}.. with this, Friday!.. and.. {..}”</w:t>
      </w:r>
    </w:p>
    <w:p>
      <w:r>
        <w:t>{The point is}: this, this, this mukhtar saw that this was "good business"</w:t>
      </w:r>
    </w:p>
    <w:p>
      <w:r>
        <w:t>He.. he made a complaint, and.. he made a complaint</w:t>
      </w:r>
    </w:p>
    <w:p>
      <w:r>
        <w:t>At that time it was wartime</w:t>
      </w:r>
    </w:p>
    <w:p>
      <w:r>
        <w:t>He made th.., such a th.. th.. complaint, and.. Shabbos morning I stand up to pray</w:t>
      </w:r>
    </w:p>
    <w:p>
      <w:r>
        <w:t>A policeman arrives and he takes me to prison</w:t>
      </w:r>
    </w:p>
    <w:p>
      <w:r>
        <w:t>[Shabbos morning?]</w:t>
      </w:r>
    </w:p>
    <w:p>
      <w:r>
        <w:t>Shabbos morning</w:t>
      </w:r>
    </w:p>
    <w:p>
      <w:r>
        <w:t>Yes, Friday, Friday he.., Rav Hirsch was missing, his wife and the family arrived</w:t>
      </w:r>
    </w:p>
    <w:p>
      <w:r>
        <w:t>They threw stones, broke the door of the house</w:t>
      </w:r>
    </w:p>
    <w:p>
      <w:r>
        <w:t>[At Rebbe Yisroel’s, at Rebbe Yisroel Kardonner’s?]</w:t>
      </w:r>
    </w:p>
    <w:p>
      <w:r>
        <w:t>In Rebbe Yisroel’s house, yes, {..}, such stones, {vos iz dos?}</w:t>
      </w:r>
    </w:p>
    <w:p>
      <w:r>
        <w:t>There were small children, they threw at the children, and.. and at the house, {..}</w:t>
      </w:r>
    </w:p>
    <w:p>
      <w:r>
        <w:t>They threw stones one after another</w:t>
      </w:r>
    </w:p>
    <w:p>
      <w:r>
        <w:t>The point is: they broke his water {hinternshan}; at that time there were no {konten}</w:t>
      </w:r>
    </w:p>
    <w:p>
      <w:r>
        <w:t>The water {hinternshan}, they broke his {hinternshan}</w:t>
      </w:r>
    </w:p>
    <w:p>
      <w:r>
        <w:t>They broke all the utensils of the house with the stones, and Rebbe Yisroel did not {…}..</w:t>
      </w:r>
    </w:p>
    <w:p>
      <w:r>
        <w:t>“Where is Rav Hirsch”</w:t>
      </w:r>
    </w:p>
    <w:p>
      <w:r>
        <w:t>Shabbos morning they took me to prison</w:t>
      </w:r>
    </w:p>
    <w:p>
      <w:r>
        <w:t>In prison.. {…} about to arrive, this.. this..</w:t>
      </w:r>
    </w:p>
    <w:p>
      <w:r>
        <w:t>[An officer]</w:t>
      </w:r>
    </w:p>
    <w:p>
      <w:r>
        <w:t>The officer; they brought me in with policemen</w:t>
      </w:r>
    </w:p>
    <w:p>
      <w:r>
        <w:t>“You must say, where is he, Rav Hirsch? Where, where, where? In what place is Rav Hirsch?</w:t>
      </w:r>
    </w:p>
    <w:p>
      <w:r>
        <w:t>If you do not tell.. the truth! If you do not tell the truth, then, then {..}</w:t>
      </w:r>
    </w:p>
    <w:p>
      <w:r>
        <w:t>We will give you such, uh.. {klap}, such blows, that you will not be able to bear"</w:t>
      </w:r>
    </w:p>
    <w:p>
      <w:r>
        <w:t>They took me, {..}, put me on the ground, raised my legs</w:t>
      </w:r>
    </w:p>
    <w:p>
      <w:r>
        <w:t>They tied the legs with, {..} a large stick</w:t>
      </w:r>
    </w:p>
    <w:p>
      <w:r>
        <w:t>A policeman stood on this side, and a policeman on that side, and my legs were up..</w:t>
      </w:r>
    </w:p>
    <w:p>
      <w:r>
        <w:t>So they would give the legs such.. so.. so he would not get up</w:t>
      </w:r>
    </w:p>
    <w:p>
      <w:r>
        <w:t>I saw, so I.. saw the policemen with, with the sticks, with, with, {with this kind} the point is, I said:</w:t>
      </w:r>
    </w:p>
    <w:p>
      <w:r>
        <w:t>“{Amzol}, perhaps he traveled to Yerushalayim"</w:t>
      </w:r>
    </w:p>
    <w:p>
      <w:r>
        <w:t>They say:</w:t>
      </w:r>
    </w:p>
    <w:p>
      <w:r>
        <w:t>No! Not perhaps! He went—you must say! The point is: we will send you..”</w:t>
      </w:r>
    </w:p>
    <w:p>
      <w:r>
        <w:t>“Perhaps he traveled to Yerushalayim, I am not.., I am not informed, I do not know, but it is {perhaps}” They sent, they sent on Shabbos to look for him, to look for him i.. on th.. in the settlements..</w:t>
      </w:r>
    </w:p>
    <w:p>
      <w:r>
        <w:t>[Shabbos?]</w:t>
      </w:r>
    </w:p>
    <w:p>
      <w:r>
        <w:t>Yes, as far, as far as Afula</w:t>
      </w:r>
    </w:p>
    <w:p>
      <w:r>
        <w:t>The point is: late at night they found him i.. i..{..}, in a settlement, not far fr..</w:t>
      </w:r>
    </w:p>
    <w:p>
      <w:r>
        <w:t>Fr.. fr.. from Afula, fr.. from Haifa</w:t>
      </w:r>
    </w:p>
    <w:p>
      <w:r>
        <w:t>They found him, and he did not want to go, {…}, he was stronger than he was</w:t>
      </w:r>
    </w:p>
    <w:p>
      <w:r>
        <w:t>So he told him that I was confined in prison and Rebbe Yisroel would also be in prison</w:t>
      </w:r>
    </w:p>
    <w:p>
      <w:r>
        <w:t>If he does not arrive.. {…} we will suffer such..</w:t>
      </w:r>
    </w:p>
    <w:p>
      <w:r>
        <w:t>The point is: {..{}, they brought him, late at night they brought him</w:t>
      </w:r>
    </w:p>
    <w:p>
      <w:r>
        <w:t>{the story}</w:t>
      </w:r>
    </w:p>
    <w:p>
      <w:r>
        <w:t>Late at night they brought him, when they brought him..</w:t>
      </w:r>
    </w:p>
    <w:p>
      <w:r>
        <w:t>[Pshh..]</w:t>
      </w:r>
    </w:p>
    <w:p>
      <w:r>
        <w:t>The.. my family went, my family went to this mukhtar:</w:t>
      </w:r>
    </w:p>
    <w:p>
      <w:r>
        <w:t>“{..}, Rav Hir.., Rav Hirsch is already here, permit Yisroel Ber to leave the prison</w:t>
      </w:r>
    </w:p>
    <w:p>
      <w:r>
        <w:t>And if they take him into the army, if they take him then..”</w:t>
      </w:r>
    </w:p>
    <w:p>
      <w:r>
        <w:t>It was Tur.., there were Turks</w:t>
      </w:r>
    </w:p>
    <w:p>
      <w:r>
        <w:t>“If they take him into the army, they know that he.., will no longer return alive</w:t>
      </w:r>
    </w:p>
    <w:p>
      <w:r>
        <w:t>They do not give food, they do not give clothing, they cause suffering, and from hunger, and they die</w:t>
      </w:r>
    </w:p>
    <w:p>
      <w:r>
        <w:t>{..}, he must be gotten out”</w:t>
      </w:r>
    </w:p>
    <w:p>
      <w:r>
        <w:t>The point is: my family go to Mordechai, and he says:</w:t>
      </w:r>
    </w:p>
    <w:p>
      <w:r>
        <w:t>“Good, I hear, they will release him, I will see how to release him</w:t>
      </w:r>
    </w:p>
    <w:p>
      <w:r>
        <w:t>But at night they do not permit release from prison, it is a law!”</w:t>
      </w:r>
    </w:p>
    <w:p>
      <w:r>
        <w:t>We wanted it to be as soon as possible, so they gave him money</w:t>
      </w:r>
    </w:p>
    <w:p>
      <w:r>
        <w:t>[Who was this Mordechai?]</w:t>
      </w:r>
    </w:p>
    <w:p>
      <w:r>
        <w:t>Mordechai.., Mordechai the mukhtar</w:t>
      </w:r>
    </w:p>
    <w:p>
      <w:r>
        <w:t>[Mo.., “Mordechai the mukhtar,” a Jew?]</w:t>
      </w:r>
    </w:p>
    <w:p>
      <w:r>
        <w:t>A Jew, {..}</w:t>
      </w:r>
    </w:p>
    <w:p>
      <w:r>
        <w:t>[Ah.. he was the mukhtar]</w:t>
      </w:r>
    </w:p>
    <w:p>
      <w:r>
        <w:t>He was was the mukhtar, and.. {..}, he was an informer, for money he did {such a … deed}</w:t>
      </w:r>
    </w:p>
    <w:p>
      <w:r>
        <w:t>[Yes, I understand]</w:t>
      </w:r>
    </w:p>
    <w:p>
      <w:r>
        <w:t>{Ah}</w:t>
      </w:r>
    </w:p>
    <w:p>
      <w:r>
        <w:t>In any event, I left on Fri.., late at night</w:t>
      </w:r>
    </w:p>
    <w:p>
      <w:r>
        <w:t>And though they do not permit leaving the prison at night, he got me out, I left..</w:t>
      </w:r>
    </w:p>
    <w:p>
      <w:r>
        <w:t>[Money, for money]</w:t>
      </w:r>
    </w:p>
    <w:p>
      <w:r>
        <w:t>Yes, and I was already not at home, I was afraid that perhaps they would take me to prison again</w:t>
      </w:r>
    </w:p>
    <w:p>
      <w:r>
        <w:t>They hid me, and I was in.. in.. in.. in.., the synagogue</w:t>
      </w:r>
    </w:p>
    <w:p>
      <w:r>
        <w:t>In the synagogue, then, Sunday, S.., Sunday, {..} it was late at night, and Sunday in the synagogue..</w:t>
      </w:r>
    </w:p>
    <w:p>
      <w:r>
        <w:t>“Mincha,” they came to pray Mincha, they say, they say:</w:t>
      </w:r>
    </w:p>
    <w:p>
      <w:r>
        <w:t>“So Rebbe Yisroel punished Mordechai”</w:t>
      </w:r>
    </w:p>
    <w:p>
      <w:r>
        <w:t>They, M.. Mordechai, they put him in prison, Sunday, {…}..</w:t>
      </w:r>
    </w:p>
    <w:p>
      <w:r>
        <w:t>[Mordechai the mukhtar?]</w:t>
      </w:r>
    </w:p>
    <w:p>
      <w:r>
        <w:t>Yes</w:t>
      </w:r>
    </w:p>
    <w:p>
      <w:r>
        <w:t>[And how?]</w:t>
      </w:r>
    </w:p>
    <w:p>
      <w:r>
        <w:t>They informed on him</w:t>
      </w:r>
    </w:p>
    <w:p>
      <w:r>
        <w:t>[Because he released you back?]</w:t>
      </w:r>
    </w:p>
    <w:p>
      <w:r>
        <w:t>{..}</w:t>
      </w:r>
    </w:p>
    <w:p>
      <w:r>
        <w:t>[Because he released you at night?]</w:t>
      </w:r>
    </w:p>
    <w:p>
      <w:r>
        <w:t>No, not because of that</w:t>
      </w:r>
    </w:p>
    <w:p>
      <w:r>
        <w:t>[Ah.. over another matter]</w:t>
      </w:r>
    </w:p>
    <w:p>
      <w:r>
        <w:t>No, they informed on him because, because he.. because he was a spy</w:t>
      </w:r>
    </w:p>
    <w:p>
      <w:r>
        <w:t>[Ah, yes]</w:t>
      </w:r>
    </w:p>
    <w:p>
      <w:r>
        <w:t>Yes, a sp.., spy</w:t>
      </w:r>
    </w:p>
    <w:p>
      <w:r>
        <w:t>Nu, ah.. in.. in the city they said that Mordechai would evade it, Mordechai.. {..}</w:t>
      </w:r>
    </w:p>
    <w:p>
      <w:r>
        <w:t>But he had no way to evade it, he had a trial, and they sent him to Istanbul, they sent him</w:t>
      </w:r>
    </w:p>
    <w:p>
      <w:r>
        <w:t>And still there, not upon us, there he passed away, in.. in.. in Istanbul</w:t>
      </w:r>
    </w:p>
    <w:p>
      <w:r>
        <w:t>After that, late at night</w:t>
      </w:r>
    </w:p>
    <w:p>
      <w:r>
        <w:t>(…..)</w:t>
      </w:r>
    </w:p>
    <w:p>
      <w:r>
        <w:t>‘The story of Rav Hirsch Litvak’</w:t>
      </w:r>
    </w:p>
    <w:p>
      <w:r>
        <w:t>[Oy vey, nu, and what happened with Rav Hirsch Litvak? What became of him?]</w:t>
      </w:r>
    </w:p>
    <w:p>
      <w:r>
        <w:t>W.. with Rav Hirsch Litvak?</w:t>
      </w:r>
    </w:p>
    <w:p>
      <w:r>
        <w:t>[Yes]</w:t>
      </w:r>
    </w:p>
    <w:p>
      <w:r>
        <w:t>Yes, late at night they brought him</w:t>
      </w:r>
    </w:p>
    <w:p>
      <w:r>
        <w:t>Nu, on Sunday they held a meeting.. in secret</w:t>
      </w:r>
    </w:p>
    <w:p>
      <w:r>
        <w:t>They brought the wife, and his father-in-law, and the family, with Rav Hirsch, and they made him understand, so..</w:t>
      </w:r>
    </w:p>
    <w:p>
      <w:r>
        <w:t>“You are obligated to make a written document, that you are forbidden to speak with Rebbe Yisroel, and not with Yisroel Ber</w:t>
      </w:r>
    </w:p>
    <w:p>
      <w:r>
        <w:t>And you are forbidden to study Breslov books”</w:t>
      </w:r>
    </w:p>
    <w:p>
      <w:r>
        <w:t>Good, they made a written document, but, ah, but they ma.., but {..}</w:t>
      </w:r>
    </w:p>
    <w:p>
      <w:r>
        <w:t>They wanted from him, in addition to the document, that he give a “handshake pledge”</w:t>
      </w:r>
    </w:p>
    <w:p>
      <w:r>
        <w:t>So he gave a “handsh.. {..}”, he could not evade it, so he gave a “handshake pledge” and all the things—indeed I, indeed I, I studied in the yeshiva and he also studied in the yeshiva</w:t>
      </w:r>
    </w:p>
    <w:p>
      <w:r>
        <w:t>So he.. saw that there was no one in the courtyard, {..}, only I and he</w:t>
      </w:r>
    </w:p>
    <w:p>
      <w:r>
        <w:t>He stood far away, I, I stood on this, this path and he stood on this path</w:t>
      </w:r>
    </w:p>
    <w:p>
      <w:r>
        <w:t>He did not turn his head toward me, only he spoke, spoke to the wall:</w:t>
      </w:r>
    </w:p>
    <w:p>
      <w:r>
        <w:t>“Yisroel Ber, I have to tell you some th.. thing, but I am forbidden, ah..</w:t>
      </w:r>
    </w:p>
    <w:p>
      <w:r>
        <w:t>But go to the field, I will arrive, I will go out to you”</w:t>
      </w:r>
    </w:p>
    <w:p>
      <w:r>
        <w:t>I say:</w:t>
      </w:r>
    </w:p>
    <w:p>
      <w:r>
        <w:t>“Yes, yes, yes”</w:t>
      </w:r>
    </w:p>
    <w:p>
      <w:r>
        <w:t>I too spoke to the wall</w:t>
      </w:r>
    </w:p>
    <w:p>
      <w:r>
        <w:t>We went, not here, here, not here, not here, not here, so that no one would hear</w:t>
      </w:r>
    </w:p>
    <w:p>
      <w:r>
        <w:t>He is forbidden, forbidden to speak with me</w:t>
      </w:r>
    </w:p>
    <w:p>
      <w:r>
        <w:t>We went out to the field outside, outside, in the field outside, he arrives t.. tells the whole story:</w:t>
      </w:r>
    </w:p>
    <w:p>
      <w:r>
        <w:t>“So they made the meet.., the meeting, and the family, and the wife, with his father-in-law, and.. and made such a written document</w:t>
      </w:r>
    </w:p>
    <w:p>
      <w:r>
        <w:t>And.. {…}, and a handsh.., and a “handshake pledge”</w:t>
      </w:r>
    </w:p>
    <w:p>
      <w:r>
        <w:t>I say to him:</w:t>
      </w:r>
    </w:p>
    <w:p>
      <w:r>
        <w:t>“Rav Hirsch, what is this with you? Why did you give a handshake pledge? And why did you sign?</w:t>
      </w:r>
    </w:p>
    <w:p>
      <w:r>
        <w:t>What, what can they {..}? What can they do to you? Wh.. wh.. what.. what? Why did you act like this?”</w:t>
      </w:r>
    </w:p>
    <w:p>
      <w:r>
        <w:t>He says:</w:t>
      </w:r>
    </w:p>
    <w:p>
      <w:r>
        <w:t>“One who stipulates against what is written in the Torah—his stipulation is null</w:t>
      </w:r>
    </w:p>
    <w:p>
      <w:r>
        <w:t>For if someone swears, someone swears that he will give a “handshake pledge” not to put on tefillin</w:t>
      </w:r>
    </w:p>
    <w:p>
      <w:r>
        <w:t>Not to observe Shabbos, is it worth anything? {….}”</w:t>
      </w:r>
    </w:p>
    <w:p>
      <w:r>
        <w:t>I said: “{….}”</w:t>
      </w:r>
    </w:p>
    <w:p>
      <w:r>
        <w:t>The point is: I went in, ah.. I heard this from Rav Hirsch, what no one knew</w:t>
      </w:r>
    </w:p>
    <w:p>
      <w:r>
        <w:t>Because the opponents took care that it be without anyone knowing</w:t>
      </w:r>
    </w:p>
    <w:p>
      <w:r>
        <w:t>And if he, he.. {..} had not called me to go out to the field outside, and told me, I would not have known of it</w:t>
      </w:r>
    </w:p>
    <w:p>
      <w:r>
        <w:t>And during that week.. he passed away, passed away on Friday, Fri.., ah, ah..</w:t>
      </w:r>
    </w:p>
    <w:p>
      <w:r>
        <w:t>Thursday night, Fri.., yo, Thursday night</w:t>
      </w:r>
    </w:p>
    <w:p>
      <w:r>
        <w:t>[That was on Sunday, and he passed away Thursday night?]</w:t>
      </w:r>
    </w:p>
    <w:p>
      <w:r>
        <w:t>Yes</w:t>
      </w:r>
    </w:p>
    <w:p>
      <w:r>
        <w:t>Such a strong man as Rav Hirsch, yes.. {..}</w:t>
      </w:r>
    </w:p>
    <w:p>
      <w:r>
        <w:t>We heard, on Tues.., Tuesday they heard that Rav Hirsch is sleeping, and the doctor, and.. and..</w:t>
      </w:r>
    </w:p>
    <w:p>
      <w:r>
        <w:t>And there was a great doctor in Teveria, they brought the doctor, so he said:</w:t>
      </w:r>
    </w:p>
    <w:p>
      <w:r>
        <w:t>“He has such a kind of illness..”</w:t>
      </w:r>
    </w:p>
    <w:p>
      <w:r>
        <w:t>He says:</w:t>
      </w:r>
    </w:p>
    <w:p>
      <w:r>
        <w:t>“Beyond hope, they cannot, they cannot do anything</w:t>
      </w:r>
    </w:p>
    <w:p>
      <w:r>
        <w:t>Th.. he.. he.. he.. he.. {..}, {he will not rise from this}”</w:t>
      </w:r>
    </w:p>
    <w:p>
      <w:r>
        <w:t>And.. nu, ah.. then the whole city went, the children from the Talmud Torah, from the yeshiva, midrash</w:t>
      </w:r>
    </w:p>
    <w:p>
      <w:r>
        <w:t>Ah.. I went to plead for Rav Hirsch, s.. such a kind, such, such, he is in such danger</w:t>
      </w:r>
    </w:p>
    <w:p>
      <w:r>
        <w:t>They went to plead “hafarfiren” (to arrange the situation), so his wife also arrived there</w:t>
      </w:r>
    </w:p>
    <w:p>
      <w:r>
        <w:t>And.. Rebbe Yisroel and I were also there, I said to Rebbe Yisroel:</w:t>
      </w:r>
    </w:p>
    <w:p>
      <w:r>
        <w:t>His wife.., Rav Hirsch's wife is also here, here”</w:t>
      </w:r>
    </w:p>
    <w:p>
      <w:r>
        <w:t>He says:</w:t>
      </w:r>
    </w:p>
    <w:p>
      <w:r>
        <w:t>“So, she is here? You go, you go there! To his father-in-law, to Rav Hirsch</w:t>
      </w:r>
    </w:p>
    <w:p>
      <w:r>
        <w:t>And tell them to tear up the written document! That they should tear up the written document”</w:t>
      </w:r>
    </w:p>
    <w:p>
      <w:r>
        <w:t>I.. myself went immediately, she was there, {…}, I entered the house</w:t>
      </w:r>
    </w:p>
    <w:p>
      <w:r>
        <w:t>He, Rav Hirsch recognized me, he says:</w:t>
      </w:r>
    </w:p>
    <w:p>
      <w:r>
        <w:t>“Yisroel Ber, run away immediately! My wife will, you, you, {..}, kill you, you here”</w:t>
      </w:r>
    </w:p>
    <w:p>
      <w:r>
        <w:t>I say to him: “She, she is at the Rambam, she, she is at the graves of tzaddikim”</w:t>
      </w:r>
    </w:p>
    <w:p>
      <w:r>
        <w:t>He says: “So”</w:t>
      </w:r>
    </w:p>
    <w:p>
      <w:r>
        <w:t>Here, I speak to his father-in-law, and Rav Kehat was sitting, the one whom I made “dead,” this Rav Kehat also sat there; his father-in-law was a Karliner, and he too was a Karliner, they sat, they sat like brothers</w:t>
      </w:r>
    </w:p>
    <w:p>
      <w:r>
        <w:t>So he lies sleeping, poor man, such a young married man, {…}</w:t>
      </w:r>
    </w:p>
    <w:p>
      <w:r>
        <w:t>Then Rav Kehat said, then said.. to his father-in-law:</w:t>
      </w:r>
    </w:p>
    <w:p>
      <w:r>
        <w:t>“Tear up the written document! Let him live and let him be a Breslover, tear up the written document!</w:t>
      </w:r>
    </w:p>
    <w:p>
      <w:r>
        <w:t>Afterward, as things continue, we will see what to do, tear up the written document!”</w:t>
      </w:r>
    </w:p>
    <w:p>
      <w:r>
        <w:t>He says:</w:t>
      </w:r>
    </w:p>
    <w:p>
      <w:r>
        <w:t>“No, under no circumstances, I will not tear it up”</w:t>
      </w:r>
    </w:p>
    <w:p>
      <w:r>
        <w:t>It was.. ah.. ah.. Thurs.., Th.. Th.. Th.. Thursday night, Thursday</w:t>
      </w:r>
    </w:p>
    <w:p>
      <w:r>
        <w:t>Nu, o.. o.. that night he, he, he passed away</w:t>
      </w:r>
    </w:p>
    <w:p>
      <w:r>
        <w:t>[And..]</w:t>
      </w:r>
    </w:p>
    <w:p>
      <w:r>
        <w:t>And I saw him that night, before I knew that he had passed away</w:t>
      </w:r>
    </w:p>
    <w:p>
      <w:r>
        <w:t>I saw him i.. in a dream, I, I had a dream:</w:t>
      </w:r>
    </w:p>
    <w:p>
      <w:r>
        <w:t>{..}, how I am walking in the street and Reb Hirsh comes toward me.., comes, comes, and approaches me and speaks with me</w:t>
      </w:r>
    </w:p>
    <w:p>
      <w:r>
        <w:t>I say:</w:t>
      </w:r>
    </w:p>
    <w:p>
      <w:r>
        <w:t>“Reb Hirsh, what are you doing? I am ready, but, but how are you doing such a thing?</w:t>
      </w:r>
    </w:p>
    <w:p>
      <w:r>
        <w:t>You are standing beside me, and if someone sees?”</w:t>
      </w:r>
    </w:p>
    <w:p>
      <w:r>
        <w:t>He says:</w:t>
      </w:r>
    </w:p>
    <w:p>
      <w:r>
        <w:t>“I decided, so whatever will be will be, {he}, I will not {part} from Rebbe Yisroel</w:t>
      </w:r>
    </w:p>
    <w:p>
      <w:r>
        <w:t>And not fr.., I will not {part} from him, and it will be.. and.. whatever will be will be”</w:t>
      </w:r>
    </w:p>
    <w:p>
      <w:r>
        <w:t>Nu, shoyn, I went to the mikveh, we undress in the mikveh, one beside the other</w:t>
      </w:r>
    </w:p>
    <w:p>
      <w:r>
        <w:t>We went down, we went down.., I was afraid, if someone comes and sees that Reb Hirsh is speaking with me</w:t>
      </w:r>
    </w:p>
    <w:p>
      <w:r>
        <w:t>We were, {….}, the two of us here in the mikveh</w:t>
      </w:r>
    </w:p>
    <w:p>
      <w:r>
        <w:t>I went down into the mikveh, as I want to enter i.. i.., into the mik.., I immerse</w:t>
      </w:r>
    </w:p>
    <w:p>
      <w:r>
        <w:t>I wake up, see that it is a dream, so I woke up, I woke up, I hear th.. th.. sounds of weeping; I went out to the street, outside, they told me that Reb Hirsh had already passed away</w:t>
      </w:r>
    </w:p>
    <w:p>
      <w:r>
        <w:t>[And this, this one of his.. this is the father-in-law who did not want to tear up the document, what was his name?]</w:t>
      </w:r>
    </w:p>
    <w:p>
      <w:r>
        <w:t>His father-in-law?</w:t>
      </w:r>
    </w:p>
    <w:p>
      <w:r>
        <w:t>[Yes]</w:t>
      </w:r>
    </w:p>
    <w:p>
      <w:r>
        <w:t>{..}, this is his father-in-law, what was his father-in-law called?</w:t>
      </w:r>
    </w:p>
    <w:p>
      <w:r>
        <w:t>[Yes]</w:t>
      </w:r>
    </w:p>
    <w:p>
      <w:r>
        <w:t>Zalman.. {they called him}, his name was “Zalman Glis”</w:t>
      </w:r>
    </w:p>
    <w:p>
      <w:r>
        <w:t>[“Zalman Glis”]</w:t>
      </w:r>
    </w:p>
    <w:p>
      <w:r>
        <w:t>Yes</w:t>
      </w:r>
    </w:p>
    <w:p>
      <w:r>
        <w:t>[Did he not have regrets about this? Did he not know that because of this he passed away?]</w:t>
      </w:r>
    </w:p>
    <w:p>
      <w:r>
        <w:t>I do not know, I.., {he..}, he was “straight” with them, {…}</w:t>
      </w:r>
    </w:p>
    <w:p>
      <w:r>
        <w:t>[After th.. incident, you did not speak with them? You did not see them?]</w:t>
      </w:r>
    </w:p>
    <w:p>
      <w:r>
        <w:t>With whom? With his father-in-law?</w:t>
      </w:r>
    </w:p>
    <w:p>
      <w:r>
        <w:t>[Yes]</w:t>
      </w:r>
    </w:p>
    <w:p>
      <w:r>
        <w:t>No, no</w:t>
      </w:r>
    </w:p>
    <w:p>
      <w:r>
        <w:t>They “turned” it around, they said:</w:t>
      </w:r>
    </w:p>
    <w:p>
      <w:r>
        <w:t>“Because he went to Yerushalayim, he walked so much with his legs, with this</w:t>
      </w:r>
    </w:p>
    <w:p>
      <w:r>
        <w:t>So, so he passed away”</w:t>
      </w:r>
    </w:p>
    <w:p>
      <w:r>
        <w:t>Do I know? They can insert, they can insert anything, {he}</w:t>
      </w:r>
    </w:p>
    <w:p>
      <w:r>
        <w:t>[Ahh..]</w:t>
      </w:r>
    </w:p>
    <w:p>
      <w:r>
        <w:t>Yes, and I told, I—, I entered into the city {…} from the yeshiva</w:t>
      </w:r>
    </w:p>
    <w:p>
      <w:r>
        <w:t>I told Rebbe Yisroel what Reb Hirsh had told me</w:t>
      </w:r>
    </w:p>
    <w:p>
      <w:r>
        <w:t>So he.., so Rebbe Yisroel gave a sigh over this</w:t>
      </w:r>
    </w:p>
    <w:p>
      <w:r>
        <w:t>Such.. straight, like someone does on the head {vil paken kop}, yes, he gave a sigh</w:t>
      </w:r>
    </w:p>
    <w:p>
      <w:r>
        <w:t>[Sorrow]</w:t>
      </w:r>
    </w:p>
    <w:p>
      <w:r>
        <w:t>So I told him, that Reb Hirsh said:</w:t>
      </w:r>
    </w:p>
    <w:p>
      <w:r>
        <w:t>“One who stipulates against what is written in the Torah—his stipulation is null,” because of this he..</w:t>
      </w:r>
    </w:p>
    <w:p>
      <w:r>
        <w:t>But, ah.. because of “sanctification of the Name,” he needed to uphold “sanctification of the Name,” he should not have submitted, yes</w:t>
      </w:r>
    </w:p>
    <w:p>
      <w:r>
        <w:t>[Could you not have gone and torn it up by force?]</w:t>
      </w:r>
    </w:p>
    <w:p>
      <w:r>
        <w:t>Who?</w:t>
      </w:r>
    </w:p>
    <w:p>
      <w:r>
        <w:t>[You]</w:t>
      </w:r>
    </w:p>
    <w:p>
      <w:r>
        <w:t>What are you talking about? {…} to the document? Could I get to the document?</w:t>
      </w:r>
    </w:p>
    <w:p>
      <w:r>
        <w:t>It was with, it was with his father-in-law.. would he show me the document?</w:t>
      </w:r>
    </w:p>
    <w:p>
      <w:r>
        <w:t>And do we know? And if Reb Hirsh had not told me, then to this day we would not have known of it</w:t>
      </w:r>
    </w:p>
    <w:p>
      <w:r>
        <w:t>[Understand]</w:t>
      </w:r>
    </w:p>
    <w:p>
      <w:r>
        <w:t>‘The story of Reb Hirsh Litvak’…</w:t>
      </w:r>
    </w:p>
    <w:p>
      <w:r>
        <w:t>...Something, I have {…}</w:t>
      </w:r>
    </w:p>
    <w:p>
      <w:r>
        <w:t>[When you were confined in prison, yes]</w:t>
      </w:r>
    </w:p>
    <w:p>
      <w:r>
        <w:t>{..}.. yes, Shabbos morning they put me into prison</w:t>
      </w:r>
    </w:p>
    <w:p>
      <w:r>
        <w:t>[Yes, Shabbos morning, into the prison]</w:t>
      </w:r>
    </w:p>
    <w:p>
      <w:r>
        <w:t>So my mother went to the ‘shuls,’ my mother.. I was by her.. s.. such..</w:t>
      </w:r>
    </w:p>
    <w:p>
      <w:r>
        <w:t>So she went to the ‘shuls,’ she wept very much, she wept very much, they put me into prison; “an awakening” (un kropen) arose among the Slonimers, “an awakening,” one of th.., th.., the greatest of them [Mordechai?]</w:t>
      </w:r>
    </w:p>
    <w:p>
      <w:r>
        <w:t>{…………}</w:t>
      </w:r>
    </w:p>
    <w:p>
      <w:r>
        <w:t>[Was Mordechai not the greatest?]</w:t>
      </w:r>
    </w:p>
    <w:p>
      <w:r>
        <w:t>Which Mordechai? Mordechai the mukhtar?</w:t>
      </w:r>
    </w:p>
    <w:p>
      <w:r>
        <w:t>[No, what was his name? M..]</w:t>
      </w:r>
    </w:p>
    <w:p>
      <w:r>
        <w:t>Reb Mottel, Reb Mottel</w:t>
      </w:r>
    </w:p>
    <w:p>
      <w:r>
        <w:t>[Was Reb Mottel not the greatest?]</w:t>
      </w:r>
    </w:p>
    <w:p>
      <w:r>
        <w:t>. Reb Mottel, no, Reb Mottel, not Reb Mottel, someone else</w:t>
      </w:r>
    </w:p>
    <w:p>
      <w:r>
        <w:t>One great one, very great, fr.. from the Chassidim</w:t>
      </w:r>
    </w:p>
    <w:p>
      <w:r>
        <w:t>[Yes]</w:t>
      </w:r>
    </w:p>
    <w:p>
      <w:r>
        <w:t>He said {…}</w:t>
      </w:r>
    </w:p>
    <w:p>
      <w:r>
        <w:t>[Is he alive?]</w:t>
      </w:r>
    </w:p>
    <w:p>
      <w:r>
        <w:t>{..}, no, he has already not been here for a long time, he passed away young, yes</w:t>
      </w:r>
    </w:p>
    <w:p>
      <w:r>
        <w:t>He.. {..}, she approached the Holy Ark, and she wept, she pleaded:</w:t>
      </w:r>
    </w:p>
    <w:p>
      <w:r>
        <w:t>“Jews, save him, they will take him into the army,” they knew, yes</w:t>
      </w:r>
    </w:p>
    <w:p>
      <w:r>
        <w:t>They said: “It is a mitzvah upon him, it is a mitzvah upon him, that he should not be a Breslover,” {…}</w:t>
      </w:r>
    </w:p>
    <w:p>
      <w:r>
        <w:t>And this Reb Hirsh, they also said, that I him, I had been his student and had been with him (oven dose)</w:t>
      </w:r>
    </w:p>
    <w:p>
      <w:r>
        <w:t>I dra.., I drew him t.. to Breslov</w:t>
      </w:r>
    </w:p>
    <w:p>
      <w:r>
        <w:t>“It is a mitzvah upon him”</w:t>
      </w:r>
    </w:p>
    <w:p>
      <w:r>
        <w:t>[“It is a mitzvah upon him”]</w:t>
      </w:r>
    </w:p>
    <w:p>
      <w:r>
        <w:t>Yes</w:t>
      </w:r>
    </w:p>
    <w:p>
      <w:r>
        <w:t>(Saba laughs)…</w:t>
      </w:r>
    </w:p>
    <w:p>
      <w:r>
        <w:t>...{…}, Rebbe Yisroel too</w:t>
      </w:r>
    </w:p>
    <w:p>
      <w:r>
        <w:t>[Ah, you were taken to prison..]</w:t>
      </w:r>
    </w:p>
    <w:p>
      <w:r>
        <w:t>Yes</w:t>
      </w:r>
    </w:p>
    <w:p>
      <w:r>
        <w:t>[And they went to Rebbe Yisroel on Shabbos morning]</w:t>
      </w:r>
    </w:p>
    <w:p>
      <w:r>
        <w:t>They confined me, and went to Rebbe Yisroel</w:t>
      </w:r>
    </w:p>
    <w:p>
      <w:r>
        <w:t>[They confined you, and went on Shabbos morning to Rebbe Yisroel]</w:t>
      </w:r>
    </w:p>
    <w:p>
      <w:r>
        <w:t>A little later</w:t>
      </w:r>
    </w:p>
    <w:p>
      <w:r>
        <w:t>[Mordechai the mukhtar?]</w:t>
      </w:r>
    </w:p>
    <w:p>
      <w:r>
        <w:t>Mordechai the mukhtar, with a sold.., with..</w:t>
      </w:r>
    </w:p>
    <w:p>
      <w:r>
        <w:t>[With a sold..]</w:t>
      </w:r>
    </w:p>
    <w:p>
      <w:r>
        <w:t>With a policeman</w:t>
      </w:r>
    </w:p>
    <w:p>
      <w:r>
        <w:t>[With a policeman]</w:t>
      </w:r>
    </w:p>
    <w:p>
      <w:r>
        <w:t>Yes</w:t>
      </w:r>
    </w:p>
    <w:p>
      <w:r>
        <w:t>And there.., Rebbe Yisroel's house was among.. all.., all the ‘shuls’ of Teveria</w:t>
      </w:r>
    </w:p>
    <w:p>
      <w:r>
        <w:t>Of the Sephardim, of the Poles</w:t>
      </w:r>
    </w:p>
    <w:p>
      <w:r>
        <w:t>[They also wanted to put him into prison?]</w:t>
      </w:r>
    </w:p>
    <w:p>
      <w:r>
        <w:t>Eh?</w:t>
      </w:r>
    </w:p>
    <w:p>
      <w:r>
        <w:t>[They went to put him into prison?]</w:t>
      </w:r>
    </w:p>
    <w:p>
      <w:r>
        <w:t>To take Rebbe Yisroel also to prison</w:t>
      </w:r>
    </w:p>
    <w:p>
      <w:r>
        <w:t>[Shabbos morning?]</w:t>
      </w:r>
    </w:p>
    <w:p>
      <w:r>
        <w:t>Yes</w:t>
      </w:r>
    </w:p>
    <w:p>
      <w:r>
        <w:t>[Besides you, Rebbe Yisroel too {…}]</w:t>
      </w:r>
    </w:p>
    <w:p>
      <w:r>
        <w:t>Yes, yes, Rebbe Yisroel and I</w:t>
      </w:r>
    </w:p>
    <w:p>
      <w:r>
        <w:t>But the law, they had a law among the Turks, the Turks had the name of a “savage man”</w:t>
      </w:r>
    </w:p>
    <w:p>
      <w:r>
        <w:t>There was a law.. so th.. today.., so th.. the ‘foreign,’ {..}, th..</w:t>
      </w:r>
    </w:p>
    <w:p>
      <w:r>
        <w:t>[‘Foreign national’]</w:t>
      </w:r>
    </w:p>
    <w:p>
      <w:r>
        <w:t>‘Foreign national,’ yes</w:t>
      </w:r>
    </w:p>
    <w:p>
      <w:r>
        <w:t>[There was a law of the ‘foreign national’]</w:t>
      </w:r>
    </w:p>
    <w:p>
      <w:r>
        <w:t>{…}, there was a law: that it was forbidden to enter his house</w:t>
      </w:r>
    </w:p>
    <w:p>
      <w:r>
        <w:t>If they found him in the street, they could take him to prison, but to take him out of the house, there was a law that it was forbidden</w:t>
      </w:r>
    </w:p>
    <w:p>
      <w:r>
        <w:t>[There was]</w:t>
      </w:r>
    </w:p>
    <w:p>
      <w:r>
        <w:t>And Rebbe Yisroel was the nat.., the n..</w:t>
      </w:r>
    </w:p>
    <w:p>
      <w:r>
        <w:t>[‘A national..’]</w:t>
      </w:r>
    </w:p>
    <w:p>
      <w:r>
        <w:t>Th.. th.. ‘foreign national’</w:t>
      </w:r>
    </w:p>
    <w:p>
      <w:r>
        <w:t>[..]</w:t>
      </w:r>
    </w:p>
    <w:p>
      <w:r>
        <w:t>Fr.. fr.. Galicia, {..}..</w:t>
      </w:r>
    </w:p>
    <w:p>
      <w:r>
        <w:t>They did not d.., th.. so, ah..</w:t>
      </w:r>
    </w:p>
    <w:p>
      <w:r>
        <w:t>Mordechai the mukhtar with the policeman had.., they could not enter the house</w:t>
      </w:r>
    </w:p>
    <w:p>
      <w:r>
        <w:t>And Rebbe Yisroel at that time offered a prayer.., his prayer was always, he said..</w:t>
      </w:r>
    </w:p>
    <w:p>
      <w:r>
        <w:t>But at that time.. he knew.., his family, and my family came to Rebbe Yisroel: “What are you doing? What have you done?</w:t>
      </w:r>
    </w:p>
    <w:p>
      <w:r>
        <w:t>You took this Reb Hirsh and Yisroel Ber {….} you did”.. {…}</w:t>
      </w:r>
    </w:p>
    <w:p>
      <w:r>
        <w:t>Nu, and he, and he, and he at that time, at that time offered such a prayer..</w:t>
      </w:r>
    </w:p>
    <w:p>
      <w:r>
        <w:t>This Mordechai with a policeman at the house, {..}, i.. it was forbidden to enter the house, so he stood at the door, and now before the prayer, and there were among th.. th.. th.. th.. th.. maskilim, and among the Zionists, maskilim, {..}, they went to the ‘shul’ {la'amod klap pushte}, to pra.., also to pray; so they saw that there “stood” such a kind of uproar, such a kind of.., everyone, all those going to the ‘shul’ are standing beside Rebbe Yisroel's house, and the family is standing, and.. and.. shouting “Gevald,” such “Wh.., where is Reb Hirsh? And where is Yisroel Ber?”</w:t>
      </w:r>
    </w:p>
    <w:p>
      <w:r>
        <w:t>The point is: they stood beside, beside the policeman with Mordechai, and these fellows heard the prayer, the prayer entered into their hearts, so they said: “Mordechai..”</w:t>
      </w:r>
    </w:p>
    <w:p>
      <w:r>
        <w:t>[The Zionists]</w:t>
      </w:r>
    </w:p>
    <w:p>
      <w:r>
        <w:t>Yes, they were three fellows</w:t>
      </w:r>
    </w:p>
    <w:p>
      <w:r>
        <w:t>[Three Zionists]</w:t>
      </w:r>
    </w:p>
    <w:p>
      <w:r>
        <w:t>Three fellows, and all of them were th.. ‘great men of the city,’ ‘great men of the city,’ people were afraid of them; one had a station of, of flour, a “wealthy man”</w:t>
      </w:r>
    </w:p>
    <w:p>
      <w:r>
        <w:t>And one was a merchant.., the greatest timber merchant, “Leibel Neiberg,” Neiberg</w:t>
      </w:r>
    </w:p>
    <w:p>
      <w:r>
        <w:t>And one was the ‘great one’ of the pharmacies in Teveria, the biggest pharmacy, “Sternberg” the biggest pharmacy in Teveria, this was a “household name,” yes</w:t>
      </w:r>
    </w:p>
    <w:p>
      <w:r>
        <w:t>These thre.., these three, nu, Mordechai was afraid, afraid of them</w:t>
      </w:r>
    </w:p>
    <w:p>
      <w:r>
        <w:t>They were “wealthy men,” and they, and.. and.. and.. and could do something, could do harm</w:t>
      </w:r>
    </w:p>
    <w:p>
      <w:r>
        <w:t>So, so they said:</w:t>
      </w:r>
    </w:p>
    <w:p>
      <w:r>
        <w:t>“{Find a way}, th.. that you should go”</w:t>
      </w:r>
    </w:p>
    <w:p>
      <w:r>
        <w:t>So he went, and did not “imprison” Rebbe Yisroel</w:t>
      </w:r>
    </w:p>
    <w:p>
      <w:r>
        <w:t>They went in to Rebbe Yisroel after the prayer; Rebbe Yisroel, they spoke with him:</w:t>
      </w:r>
    </w:p>
    <w:p>
      <w:r>
        <w:t>“What is this for us? And what? What are you..? What are you..? What is this here?</w:t>
      </w:r>
    </w:p>
    <w:p>
      <w:r>
        <w:t>An outcry in the city, such a gevaldig kind, with Reb Hirsh Litvak and Yisroel Ber?..</w:t>
      </w:r>
    </w:p>
    <w:p>
      <w:r>
        <w:t>What is this here? What is this?”</w:t>
      </w:r>
    </w:p>
    <w:p>
      <w:r>
        <w:t>[What did he say to them?]</w:t>
      </w:r>
    </w:p>
    <w:p>
      <w:r>
        <w:t>The point is: {..} he.. he.. he said.., spoke about Rabbainu; they received from him, they asked several things and he answered them with such a kind of wisdom, that they nullified themselves before him</w:t>
      </w:r>
    </w:p>
    <w:p>
      <w:r>
        <w:t>The point is: afterward, afterward they esteemed him</w:t>
      </w:r>
    </w:p>
    <w:p>
      <w:r>
        <w:t>These three fellows, they esteemed Rebbe Yisroel</w:t>
      </w:r>
    </w:p>
    <w:p>
      <w:r>
        <w:t>. They had, they had, they had a request of Rebbe Yisroel, that he lend them something, books fr.. from Breslov books, yes</w:t>
      </w:r>
    </w:p>
    <w:p>
      <w:r>
        <w:t>{Yes..}…</w:t>
      </w:r>
    </w:p>
    <w:p>
      <w:r>
        <w:t>...[Now you will tell how you became a Breslover]</w:t>
      </w:r>
    </w:p>
    <w:p>
      <w:r>
        <w:t>Ah.. no, no</w:t>
      </w:r>
    </w:p>
    <w:p>
      <w:r>
        <w:t>[You do not have strength?]</w:t>
      </w:r>
    </w:p>
    <w:p>
      <w:r>
        <w:t>{…}…</w:t>
      </w:r>
    </w:p>
    <w:p>
      <w:r>
        <w:t>...{….}.. and.. and I spoke with him about Rabbainu [With whom did you speak about Rabbainu?]</w:t>
      </w:r>
    </w:p>
    <w:p>
      <w:r>
        <w:t>With Shmuel Horowitz</w:t>
      </w:r>
    </w:p>
    <w:p>
      <w:r>
        <w:t>[The father.., Amram’s father?]</w:t>
      </w:r>
    </w:p>
    <w:p>
      <w:r>
        <w:t>About Rebbe Yisroel..</w:t>
      </w:r>
    </w:p>
    <w:p>
      <w:r>
        <w:t>[Rebbe Shmuel Horowitz, Amram’s father?]</w:t>
      </w:r>
    </w:p>
    <w:p>
      <w:r>
        <w:t>{..}, Amram’s grandfather</w:t>
      </w:r>
    </w:p>
    <w:p>
      <w:r>
        <w:t>[Amram’s grandfather?]</w:t>
      </w:r>
    </w:p>
    <w:p>
      <w:r>
        <w:t>Yes</w:t>
      </w:r>
    </w:p>
    <w:p>
      <w:r>
        <w:t>[Nu]</w:t>
      </w:r>
    </w:p>
    <w:p>
      <w:r>
        <w:t>Nu, he was a Chabadnik, {..}</w:t>
      </w:r>
    </w:p>
    <w:p>
      <w:r>
        <w:t>[He was a Chabadnik? The grandfather was a Chabadnik?]</w:t>
      </w:r>
    </w:p>
    <w:p>
      <w:r>
        <w:t>Yes, his father.. yes, Chabad, {..}, Lubavitch, by them there was such a Lubavitch.. {yes} afterward he became, became a Breslover, I told him about Rabbainu, and.. he left Chabad and.. and.. and.. {….}, reached Rabbainu {…}, yes</w:t>
      </w:r>
    </w:p>
    <w:p>
      <w:r>
        <w:t>Nu, there is much, one cannot speak, there is, there is much</w:t>
      </w:r>
    </w:p>
    <w:p>
      <w:r>
        <w:t>[You do not want to speak..]</w:t>
      </w:r>
    </w:p>
    <w:p>
      <w:r>
        <w:t>{…}…</w:t>
      </w:r>
    </w:p>
    <w:p>
      <w:r>
        <w:t>...{There was} such, such a Rebbe Yisroel, such.. such service that one does not see</w:t>
      </w:r>
    </w:p>
    <w:p>
      <w:r>
        <w:t>In the whole world one does not see.., I was among God-fearing Jews, what {…..}, what there was..</w:t>
      </w:r>
    </w:p>
    <w:p>
      <w:r>
        <w:t>The honor, th.. th.. their name was such, they were angels, angels</w:t>
      </w:r>
    </w:p>
    <w:p>
      <w:r>
        <w:t>A.. actual angels, not only an angel</w:t>
      </w:r>
    </w:p>
    <w:p>
      <w:r>
        <w:t>Nu, I threw away everything, all, all {..}</w:t>
      </w:r>
    </w:p>
    <w:p>
      <w:r>
        <w:t>I saw the service of Rabbainu, I saw the true truth</w:t>
      </w:r>
    </w:p>
    <w:p>
      <w:r>
        <w:t>Nu, and.. this is not, this is not.., I.., one sees such a R.. Reb Hirsh was stronger than I</w:t>
      </w:r>
    </w:p>
    <w:p>
      <w:r>
        <w:t>He knew “Reishis Chochmah” by heart, he was th.., a Torah scholar, and I a simple man, a child, a simple child</w:t>
      </w:r>
    </w:p>
    <w:p>
      <w:r>
        <w:t>Nu, and he could not {(oys tayl) hold on}</w:t>
      </w:r>
    </w:p>
    <w:p>
      <w:r>
        <w:t>And.. I was, and I was, and.. and I had.. I won all the wars</w:t>
      </w:r>
    </w:p>
    <w:p>
      <w:r>
        <w:t>And I was strong, “whatever will be,” whatever will be…</w:t>
      </w:r>
    </w:p>
    <w:p>
      <w:r>
        <w:br w:type="page"/>
      </w:r>
    </w:p>
    <w:p>
      <w:pPr>
        <w:pStyle w:val="Heading1"/>
      </w:pPr>
      <w:r>
        <w:t>Tape 104</w:t>
      </w:r>
    </w:p>
    <w:p>
      <w:pPr>
        <w:pStyle w:val="Heading2"/>
      </w:pPr>
      <w:r>
        <w:t>Side A (Aleph)</w:t>
      </w:r>
    </w:p>
    <w:p>
      <w:r>
        <w:t>...new, oy, vey..</w:t>
      </w:r>
    </w:p>
    <w:p>
      <w:r>
        <w:t>Oy, oy, oy, oy, what we have now in the world</w:t>
      </w:r>
    </w:p>
    <w:p>
      <w:r>
        <w:t>{If} we do not become crazy from the magnitude of the joy, it is a miracle, it too is a miracle</w:t>
      </w:r>
    </w:p>
    <w:p>
      <w:r>
        <w:t>What would we have done without Rabbainu?</w:t>
      </w:r>
    </w:p>
    <w:p>
      <w:r>
        <w:t>What is this? Who, who can help, help us? {So if} there is already Rabbainu, we have, we have everything</w:t>
      </w:r>
    </w:p>
    <w:p>
      <w:r>
        <w:t>If I am here..</w:t>
      </w:r>
    </w:p>
    <w:p>
      <w:r>
        <w:t>[Everything, everything is here]</w:t>
      </w:r>
    </w:p>
    <w:p>
      <w:r>
        <w:t>Everything is here</w:t>
      </w:r>
    </w:p>
    <w:p>
      <w:r>
        <w:t>And also the men of Rabbainu were such holy tzaddikim, that the whole world, the whole world, they were a secret</w:t>
      </w:r>
    </w:p>
    <w:p>
      <w:r>
        <w:t>Like Rabbainu, a secret from the whole world, like, like.. yes</w:t>
      </w:r>
    </w:p>
    <w:p>
      <w:r>
        <w:t>The men of Rabbainu and the men of Rebbe Nassan were also hidden, a secret from the whole world, yes</w:t>
      </w:r>
    </w:p>
    <w:p>
      <w:r>
        <w:t>They do not, do not know, do not know what this is</w:t>
      </w:r>
    </w:p>
    <w:p>
      <w:r>
        <w:t>I merited only to see Rebbe Yisroel, he, he was already, already of the latter generations, {yes} I saw his truth, his humility, his life, his prayer</w:t>
      </w:r>
    </w:p>
    <w:p>
      <w:r>
        <w:t>It was a kind, a kind of thing, not of this world, in the aspect of the future, in the aspect of after the coming of Moshiach, yes</w:t>
      </w:r>
    </w:p>
    <w:p>
      <w:r>
        <w:t>He was bound to Rabbainu so much, with such love, and with such yearnings, with jo.., so..</w:t>
      </w:r>
    </w:p>
    <w:p>
      <w:r>
        <w:t>He was, he was, everyone knew that he was a matter, a special matter, yes</w:t>
      </w:r>
    </w:p>
    <w:p>
      <w:r>
        <w:t>He was always in joy, Rebbe Yisroel ‘Tshak’</w:t>
      </w:r>
    </w:p>
    <w:p>
      <w:r>
        <w:t>This is one of the names he had in the world, Rebbe Yisroel Breslover, Rebbe.. Rebbe Yisroel</w:t>
      </w:r>
    </w:p>
    <w:p>
      <w:r>
        <w:t>And in Uman his name was Rebbe Yisroel ‘Tshak’; why ‘Tshak’? ‘Tshak’ is..</w:t>
      </w:r>
    </w:p>
    <w:p>
      <w:r>
        <w:t>[Joy, joy]</w:t>
      </w:r>
    </w:p>
    <w:p>
      <w:r>
        <w:t>It is such a joy, that is ‘Tshak,’ ‘Tshak’ is a joy that rises above all the joys</w:t>
      </w:r>
    </w:p>
    <w:p>
      <w:r>
        <w:t>Such a joy, so, so they called him Rebbe Yisroel, Rebbe Yisroel “Tshak”</w:t>
      </w:r>
    </w:p>
    <w:p>
      <w:r>
        <w:t>He was always, always in joy, he was always dancing, and he was always in joy</w:t>
      </w:r>
    </w:p>
    <w:p>
      <w:r>
        <w:t>Oy, and we, blessed is Hashem, that we live in the world, in this world now, in such darkness, this is an orphaned generation</w:t>
      </w:r>
    </w:p>
    <w:p>
      <w:r>
        <w:t>Without Rabbainu, then all the learners and all the great ones are orphans, they know nothing</w:t>
      </w:r>
    </w:p>
    <w:p>
      <w:r>
        <w:t>They have no father, they have no mother, there is none; our holy Rabbainu is the father, he is the mother, he is everything</w:t>
      </w:r>
    </w:p>
    <w:p>
      <w:r>
        <w:t>He is the Torah, he is the faith, everything is Rabbainu</w:t>
      </w:r>
    </w:p>
    <w:p>
      <w:r>
        <w:t>Nu, and they do not, and do not want to know, with their clevernesses</w:t>
      </w:r>
    </w:p>
    <w:p>
      <w:r>
        <w:t>“What? All, all the great ones do not know, only, only Breslov, only Rebbe Nachman”</w:t>
      </w:r>
    </w:p>
    <w:p>
      <w:r>
        <w:t>Yes, {they do not.., they cannot against us, they need to accept this}, yes</w:t>
      </w:r>
    </w:p>
    <w:p>
      <w:r>
        <w:t>And also the liars, the liars of Breslov, they also had something, ah.. falsehood, falsehood</w:t>
      </w:r>
    </w:p>
    <w:p>
      <w:r>
        <w:t>Truth is only Breslov, this, this.. and falsehood is not Breslov, it is another world, {it is from New York}</w:t>
      </w:r>
    </w:p>
    <w:p>
      <w:r>
        <w:t>Oy..</w:t>
      </w:r>
    </w:p>
    <w:p>
      <w:r>
        <w:t>And there was in Eretz Yisroel, there were men of Rabbainu and men of Rebbe Nassan who traveled..</w:t>
      </w:r>
    </w:p>
    <w:p>
      <w:r>
        <w:t>Our holy Rabbainu warned, that every one of Yisroel needs to be in Eretz Yisroel</w:t>
      </w:r>
    </w:p>
    <w:p>
      <w:r>
        <w:t>Whether to settle, whether not, but Eretz Yisroel, he needs {{to me\to be}}</w:t>
      </w:r>
    </w:p>
    <w:p>
      <w:r>
        <w:t>B.., but {{without}} Rebbe Nassan</w:t>
      </w:r>
    </w:p>
    <w:p>
      <w:r>
        <w:t>He went to Eretz Yisroel, a poor man with, with, with a family, who have no livelihood</w:t>
      </w:r>
    </w:p>
    <w:p>
      <w:r>
        <w:t>And he traveled to Eretz Yisroel</w:t>
      </w:r>
    </w:p>
    <w:p>
      <w:r>
        <w:t>So we travel, we travel to America in one day</w:t>
      </w:r>
    </w:p>
    <w:p>
      <w:r>
        <w:t>But to Eretz Yisroel, they would travel with such self-sacrifice, it was like the World to Come, {it is not}, yes, and our holy Rabbainu traveled; there were wondrous miracles, how he remained alive</w:t>
      </w:r>
    </w:p>
    <w:p>
      <w:r>
        <w:t>Fr.. from the journey to Eretz Yisroel</w:t>
      </w:r>
    </w:p>
    <w:p>
      <w:r>
        <w:t>And he had only walked four amos in Eretz Yisroel, he, he already said, that he, he..</w:t>
      </w:r>
    </w:p>
    <w:p>
      <w:r>
        <w:t>He received everything that he wanted, yes</w:t>
      </w:r>
    </w:p>
    <w:p>
      <w:r>
        <w:t>What is this? What is Rabbainu and his men, and the men of Rebbe.., the men of Rabbainu, and the books of Rabbainu</w:t>
      </w:r>
    </w:p>
    <w:p>
      <w:r>
        <w:t>It is a special matter, which is a secret from the whole world</w:t>
      </w:r>
    </w:p>
    <w:p>
      <w:r>
        <w:t>If this were revealed in the world, there would already have been the coming of th.. Moshiach would already have come, and there would already have been the redemption</w:t>
      </w:r>
    </w:p>
    <w:p>
      <w:r>
        <w:t>This, this, this is everything</w:t>
      </w:r>
    </w:p>
    <w:p>
      <w:r>
        <w:t>And this note is.. “Na Naḥ,” this is a secret matter that no.., a secret from all the worlds</w:t>
      </w:r>
    </w:p>
    <w:p>
      <w:r>
        <w:t>No, no, no created being knew of this secret “Na Naḥ”</w:t>
      </w:r>
    </w:p>
    <w:p>
      <w:r>
        <w:t>And here in the note he, he, he revealed, he revealed who Rebbe Nachman is</w:t>
      </w:r>
    </w:p>
    <w:p>
      <w:r>
        <w:t>Who, who Breslov is, who Rebbe Nachman is, “Na Naḥ..” with, with vowel points, “Na Naḥ Naḥma Naḥman MeUman” oy, oy, oy, and this too is a miracle, that we do not go mad from the magnitude of the joy</w:t>
      </w:r>
    </w:p>
    <w:p>
      <w:r>
        <w:t>That should have been, been ours, yes, it is a miracle, a miracle</w:t>
      </w:r>
    </w:p>
    <w:p>
      <w:r>
        <w:t>What we have now in the generation, in this generation of darkness..</w:t>
      </w:r>
    </w:p>
    <w:p>
      <w:r>
        <w:t>[We do not go mad from the magnitude of the darkness]</w:t>
      </w:r>
    </w:p>
    <w:p>
      <w:r>
        <w:t>{…}</w:t>
      </w:r>
    </w:p>
    <w:p>
      <w:r>
        <w:t>[……...]</w:t>
      </w:r>
    </w:p>
    <w:p>
      <w:r>
        <w:t>We should have, we all should have gone in every, every, every place with dancing and joy</w:t>
      </w:r>
    </w:p>
    <w:p>
      <w:r>
        <w:t>What, with dancing and joy, yes</w:t>
      </w:r>
    </w:p>
    <w:p>
      <w:r>
        <w:t>[But Shaul says that they read the note, and they ask:</w:t>
      </w:r>
    </w:p>
    <w:p>
      <w:r>
        <w:t>“What is this? What is this? Everyone who sees the note, and has not yet heard, “What is this? What is this?”]</w:t>
      </w:r>
    </w:p>
    <w:p>
      <w:r>
        <w:t>Yes</w:t>
      </w:r>
    </w:p>
    <w:p>
      <w:r>
        <w:t>[They ask, he says, everyone who takes it and does not..]</w:t>
      </w:r>
    </w:p>
    <w:p>
      <w:r>
        <w:t>Nu, what? {..}</w:t>
      </w:r>
    </w:p>
    <w:p>
      <w:r>
        <w:t>[“What is this? What is this”]</w:t>
      </w:r>
    </w:p>
    <w:p>
      <w:r>
        <w:t>This, everyone can answer this, this is Rabbainu revealing..</w:t>
      </w:r>
    </w:p>
    <w:p>
      <w:r>
        <w:t>[That he is the song]</w:t>
      </w:r>
    </w:p>
    <w:p>
      <w:r>
        <w:t>That he is this song, which will turn the whole world to Hashem Yisborach, to the Torah</w:t>
      </w:r>
    </w:p>
    <w:p>
      <w:r>
        <w:t>“Na Naḥ,” ‘simple, doubled, tripled, quadrupled’</w:t>
      </w:r>
    </w:p>
    <w:p>
      <w:r>
        <w:t>‘Na’ with a patach, “Na Naḥ Naḥma Naḥman MeUman”</w:t>
      </w:r>
    </w:p>
    <w:p>
      <w:r>
        <w:t>And ‘MeUman’ too is, is, is extraordinary, the world..</w:t>
      </w:r>
    </w:p>
    <w:p>
      <w:r>
        <w:t>[“From Breslov”]</w:t>
      </w:r>
    </w:p>
    <w:p>
      <w:r>
        <w:t>They know ‘Breslov,’ Rebbe Nachman from Breslov</w:t>
      </w:r>
    </w:p>
    <w:p>
      <w:r>
        <w:t>[“And a redeemer shall come to Zion,” “And a redeemer shall come to Zion”]</w:t>
      </w:r>
    </w:p>
    <w:p>
      <w:r>
        <w:t>And in the note it is written ‘MeUman’..</w:t>
      </w:r>
    </w:p>
    <w:p>
      <w:r>
        <w:t>[Rebbe Yisroel..]</w:t>
      </w:r>
    </w:p>
    <w:p>
      <w:r>
        <w:t>MeUman means that it was written and signed in Uman; how did it come to me?</w:t>
      </w:r>
    </w:p>
    <w:p>
      <w:r>
        <w:t>[There is another meaning to this, Rebbe Yisroel]</w:t>
      </w:r>
    </w:p>
    <w:p>
      <w:r>
        <w:t>Ah</w:t>
      </w:r>
    </w:p>
    <w:p>
      <w:r>
        <w:t>[“And a redeemer shall come to Zion”]</w:t>
      </w:r>
    </w:p>
    <w:p>
      <w:r>
        <w:t>“And a redeemer shall come to Zion”</w:t>
      </w:r>
    </w:p>
    <w:p>
      <w:r>
        <w:t>To the tziyun of, of Rabbainu in Uman, the redeemer will also come</w:t>
      </w:r>
    </w:p>
    <w:p>
      <w:r>
        <w:t>[That is why it is in Uman]</w:t>
      </w:r>
    </w:p>
    <w:p>
      <w:r>
        <w:t>{….}</w:t>
      </w:r>
    </w:p>
    <w:p>
      <w:r>
        <w:t>[That is why it is in Uman]</w:t>
      </w:r>
    </w:p>
    <w:p>
      <w:r>
        <w:t>“MeUman” {{yes}}, from the place where he is found there, yes, from Uman</w:t>
      </w:r>
    </w:p>
    <w:p>
      <w:r>
        <w:t>And the holy Rabbainu {he will be}, he saw that they were worried; it was before, before the passing</w:t>
      </w:r>
    </w:p>
    <w:p>
      <w:r>
        <w:t>So they said, so they {worried}:</w:t>
      </w:r>
    </w:p>
    <w:p>
      <w:r>
        <w:t>“What, what will we do? Who, who will give us life?</w:t>
      </w:r>
    </w:p>
    <w:p>
      <w:r>
        <w:t>Who will have mercy on us? Who, who, who will speak? Who, who will heal us? What will become of us?”, yes</w:t>
      </w:r>
    </w:p>
    <w:p>
      <w:r>
        <w:t>So Rabbainu said—they worried greatly—so Rabbainu said:</w:t>
      </w:r>
    </w:p>
    <w:p>
      <w:r>
        <w:t>“What are you worried about? When I go before you, you are worried?”</w:t>
      </w:r>
    </w:p>
    <w:p>
      <w:r>
        <w:t>And he also said several talks about this:</w:t>
      </w:r>
    </w:p>
    <w:p>
      <w:r>
        <w:t>If you will be, if you will be together, I will be with you; nu, then what are you worried about?</w:t>
      </w:r>
    </w:p>
    <w:p>
      <w:r>
        <w:t>So he is with us, if we, if we give our heart to the Torah, to.. to the truth, to the light of truth</w:t>
      </w:r>
    </w:p>
    <w:p>
      <w:r>
        <w:t>Then we are a different matter, we become an entirely different matter from the world</w:t>
      </w:r>
    </w:p>
    <w:p>
      <w:r>
        <w:t>The whole world is immersed in the vanities of this world, the whole world</w:t>
      </w:r>
    </w:p>
    <w:p>
      <w:r>
        <w:t>From small to great, everyone seeks vitality to live, for the sons, for the grandsons, for..</w:t>
      </w:r>
    </w:p>
    <w:p>
      <w:r>
        <w:t>Everyone {runs here}, and wants to snatch the whole world for himself, all, all the honor and all, and all the greatness, and all..</w:t>
      </w:r>
    </w:p>
    <w:p>
      <w:r>
        <w:t>Oy vey, oy vey, oy vey, what..</w:t>
      </w:r>
    </w:p>
    <w:p>
      <w:r>
        <w:t>{….} throughout the world, and the holy Rabbainu is, he, he is unique in the world</w:t>
      </w:r>
    </w:p>
    <w:p>
      <w:r>
        <w:t>Rebbe Nassan said: “The world is mad, and I, only I recognized one normal person,” {yes}</w:t>
      </w:r>
    </w:p>
    <w:p>
      <w:r>
        <w:t>Nu, he is the opposite of all the secular people, and the opposite of all the Chassidim, and the opposite of the whole world, yes</w:t>
      </w:r>
    </w:p>
    <w:p>
      <w:r>
        <w:t>And he defeats them all; he, he, he gives one silence, and he conquers the whole world</w:t>
      </w:r>
    </w:p>
    <w:p>
      <w:r>
        <w:t>Oy, the silence, which defeated—it is his silence, that of the “Beggar,” it, it</w:t>
      </w:r>
    </w:p>
    <w:p>
      <w:r>
        <w:t>It is {an answer} to all the questions they think about him, and they ask questions:</w:t>
      </w:r>
    </w:p>
    <w:p>
      <w:r>
        <w:t>“What is this? What is this? There was the holy Baal Shem Tov and the holy Ari, and all, and all the tzaddikim</w:t>
      </w:r>
    </w:p>
    <w:p>
      <w:r>
        <w:t>What? Only, only.. what? And Moshe, Moshe Rabbainu? What is this?”</w:t>
      </w:r>
    </w:p>
    <w:p>
      <w:r>
        <w:t>Oy vey, oy vey</w:t>
      </w:r>
    </w:p>
    <w:p>
      <w:r>
        <w:t>And not all of our people knew the secret either; not all of them merited, only each one according to what he estimates in his heart</w:t>
      </w:r>
    </w:p>
    <w:p>
      <w:r>
        <w:t>According to the self-sacrifice, according to, according to the desire, according to how he.. yes</w:t>
      </w:r>
    </w:p>
    <w:p>
      <w:r>
        <w:t>Oy, oy, oy vey, oy vey, oy vey, oy vey..</w:t>
      </w:r>
    </w:p>
    <w:p>
      <w:r>
        <w:t>I do not.., I.., may Hashem Yisborach have mercy on me, I caused it for myself through my sins, through my sins I caused it</w:t>
      </w:r>
    </w:p>
    <w:p>
      <w:r>
        <w:t>I caused everything through my sins—what I suffer with my eyes, that I, that I cannot see, no</w:t>
      </w:r>
    </w:p>
    <w:p>
      <w:r>
        <w:t>It is a punishment from Heaven, it is a great punishment; this is all my vitality, ours</w:t>
      </w:r>
    </w:p>
    <w:p>
      <w:r>
        <w:t>The holy Rabbainu, “Likutey Tefillos,” the “Likutey Moharan” and the “Likutey Halachos,” what we have</w:t>
      </w:r>
    </w:p>
    <w:p>
      <w:r>
        <w:t>This, this, this.. {and I} will have a beautiful wedding, yes</w:t>
      </w:r>
    </w:p>
    <w:p>
      <w:r>
        <w:t>But we need, need to set our heart with self-sacrifice only on Rabbainu, to be normal</w:t>
      </w:r>
    </w:p>
    <w:p>
      <w:r>
        <w:t>[To be..?]</w:t>
      </w:r>
    </w:p>
    <w:p>
      <w:r>
        <w:t>Normal, yes, as he is normal, yes, yes</w:t>
      </w:r>
    </w:p>
    <w:p>
      <w:r>
        <w:t>And not to pay attention to the world; he has an {argument\fig} in his pocket and he gives it</w:t>
      </w:r>
    </w:p>
    <w:p>
      <w:r>
        <w:t>This is the scholar, {argument, argument, argument, argument, and he falls into this without more..}</w:t>
      </w:r>
    </w:p>
    <w:p>
      <w:r>
        <w:t>It is a great privilege, it is a greatly wondrous matter, that I merited to know Rebbe Yisroel</w:t>
      </w:r>
    </w:p>
    <w:p>
      <w:r>
        <w:t>However much, much I merited is good</w:t>
      </w:r>
    </w:p>
    <w:p>
      <w:r>
        <w:t>He was hidden even from me, he was hidden; Rabbainu’s people were hidden, yes</w:t>
      </w:r>
    </w:p>
    <w:p>
      <w:r>
        <w:t>Like Rabbainu, he was hidden from the whole world</w:t>
      </w:r>
    </w:p>
    <w:p>
      <w:r>
        <w:t>And he gives one silence, and he already conquers the whole world</w:t>
      </w:r>
    </w:p>
    <w:p>
      <w:r>
        <w:t>For everything they say about him and the questions they ask about him</w:t>
      </w:r>
    </w:p>
    <w:p>
      <w:r>
        <w:t>He gives one silence, and it is an answer to everything, to all the..</w:t>
      </w:r>
    </w:p>
    <w:p>
      <w:r>
        <w:t>And the holy Rabbainu says:</w:t>
      </w:r>
    </w:p>
    <w:p>
      <w:r>
        <w:t>What I strongly warn about Rosh Hashanah, that everyone should be with Rabbainu on Rosh Hashanah</w:t>
      </w:r>
    </w:p>
    <w:p>
      <w:r>
        <w:t>Something that no tzaddik was, was particular about; there is Yom Kippur, Sukkos, Pesach, Shavuos</w:t>
      </w:r>
    </w:p>
    <w:p>
      <w:r>
        <w:t>But not specifically, specifically Rosh Hashanah? Only the holy Rabbainu is</w:t>
      </w:r>
    </w:p>
    <w:p>
      <w:r>
        <w:t>“And the essence of my entire matter is Rosh Hashanah”; he {{judges\sustains}} the whole world</w:t>
      </w:r>
    </w:p>
    <w:p>
      <w:r>
        <w:t>He, on Rosh Hashanah he is occupied with what he does with us and with, and with all Yisroel</w:t>
      </w:r>
    </w:p>
    <w:p>
      <w:r>
        <w:t>What he do.., what is done.., is done by him {{such words as these}}</w:t>
      </w:r>
    </w:p>
    <w:p>
      <w:r>
        <w:t>{He is} with us, yes, with sick people like these</w:t>
      </w:r>
    </w:p>
    <w:p>
      <w:r>
        <w:t>{And also} in “Sippurey Maasiyos,” the last ‘Beggar,’ the ‘sixth Beggar,’ what he boasted of, yes</w:t>
      </w:r>
    </w:p>
    <w:p>
      <w:r>
        <w:t>He, he, the princess, the princess..</w:t>
      </w:r>
    </w:p>
    <w:p>
      <w:r>
        <w:t>[The cruel king shot arrows]</w:t>
      </w:r>
    </w:p>
    <w:p>
      <w:r>
        <w:t>The cruel king..</w:t>
      </w:r>
    </w:p>
    <w:p>
      <w:r>
        <w:t>[He said, I heal her]</w:t>
      </w:r>
    </w:p>
    <w:p>
      <w:r>
        <w:t>He, he saw, he saw that she, that she, that she would slay him</w:t>
      </w:r>
    </w:p>
    <w:p>
      <w:r>
        <w:t>So {the king} did not know what to do—to drive her away, then she would come to another king, yo</w:t>
      </w:r>
    </w:p>
    <w:p>
      <w:r>
        <w:t>And he is in greater danger; she can slay him, yes</w:t>
      </w:r>
    </w:p>
    <w:p>
      <w:r>
        <w:t>And to keep, to live with her, he is afraid; she will slay him. What should he do with her?</w:t>
      </w:r>
    </w:p>
    <w:p>
      <w:r>
        <w:t>So he said, so he said, they need to.. he went with the soldiers; they told him that she was wandering near near the river, near the water, yes</w:t>
      </w:r>
    </w:p>
    <w:p>
      <w:r>
        <w:t>So he went with his soldiers, and he said to shoot her, whatever will be will be</w:t>
      </w:r>
    </w:p>
    <w:p>
      <w:r>
        <w:t>So they shot her with all, all, all kinds of arrows; they shot all kinds of poison into her; she fell faint</w:t>
      </w:r>
    </w:p>
    <w:p>
      <w:r>
        <w:t>And the ‘Beggar’ said: “And I heal her,” and the holy Rabbainu told this story then. He speaks—</w:t>
      </w:r>
    </w:p>
    <w:p>
      <w:r>
        <w:t>Rebbe Nassan—that this story, Rabbainu’s motions that he made, the motions with the eyes and with the hands</w:t>
      </w:r>
    </w:p>
    <w:p>
      <w:r>
        <w:t>This, this is such a wonder, that there is nothing in the world like this story, what the holy Rabbainu hinted</w:t>
      </w:r>
    </w:p>
    <w:p>
      <w:r>
        <w:t>And this note is hints, this, this is the truth, that the main thing is, is Rabbainu, that the mai is Rabbainu</w:t>
      </w:r>
    </w:p>
    <w:p>
      <w:r>
        <w:t>He is this song that will be revealed in the future, he is Rabbainu {"Na Naḥ Naḥma Naḥman MeUman"}</w:t>
      </w:r>
    </w:p>
    <w:p>
      <w:r>
        <w:t>This, this is a secret that.. from all the worlds</w:t>
      </w:r>
    </w:p>
    <w:p>
      <w:r>
        <w:t>All the worlds, all.. everyone knew that the holy Rabbainu is such a genius, that there is none like him</w:t>
      </w:r>
    </w:p>
    <w:p>
      <w:r>
        <w:t>He was in Eretz Yisroel, and there was, the disciples of the Baal Shem Tov were Torah greats, geniuses, geniuses of the land</w:t>
      </w:r>
    </w:p>
    <w:p>
      <w:r>
        <w:t>Holy geniuses, {yes}, and they completed the.., the Shas, they, they</w:t>
      </w:r>
    </w:p>
    <w:p>
      <w:r>
        <w:t>They were always occupied with Torah and mitzvos, with Torah and good deeds, yes</w:t>
      </w:r>
    </w:p>
    <w:p>
      <w:r>
        <w:t>So..</w:t>
      </w:r>
    </w:p>
    <w:p>
      <w:r>
        <w:t>So they, they completed, they were all geniuses, they completed the entire Shas, and were expert in the Shas, and in every place bo yo, some Rashi {from the Torah} was hidden {from them}, did you see this? {. .}</w:t>
      </w:r>
    </w:p>
    <w:p>
      <w:r>
        <w:t>So everyone, this one says here, and this one says here, and this one says here, and the holy Rabbainu was among them and said nothing, so they understood, that he sits in silence, and his silence is {because he knows}, that he knows</w:t>
      </w:r>
    </w:p>
    <w:p>
      <w:r>
        <w:t>So they asked him that he, that he should tell them where the Rashi is, yes</w:t>
      </w:r>
    </w:p>
    <w:p>
      <w:r>
        <w:t>So he, he, he, he told them, "In Gemara Zevachim”</w:t>
      </w:r>
    </w:p>
    <w:p>
      <w:r>
        <w:t>{..}, who knows Gemara Zevachim, {who knows which letter}</w:t>
      </w:r>
    </w:p>
    <w:p>
      <w:r>
        <w:t>Ah.. Zevachim, Menachos, this, this, this is the building of the Temple, this, this is about the sacrifices and..</w:t>
      </w:r>
    </w:p>
    <w:p>
      <w:r>
        <w:t>{And he}: "On such-and-such a page it is found”</w:t>
      </w:r>
    </w:p>
    <w:p>
      <w:r>
        <w:t>{So it was found there, so they all were already like this.., it revived them}</w:t>
      </w:r>
    </w:p>
    <w:p>
      <w:r>
        <w:t>They were all depressed, they</w:t>
      </w:r>
    </w:p>
    <w:p>
      <w:r>
        <w:t>"We, we, I completed the entire Shas, yo, and why do I not know where the Rashi is?", yes, yes, yes</w:t>
      </w:r>
    </w:p>
    <w:p>
      <w:r>
        <w:t>None of them knew, did not know, and this one says here, and this one says here, and this..</w:t>
      </w:r>
    </w:p>
    <w:p>
      <w:r>
        <w:t>And the holy Rabbainu was silent, he was also sitting among them</w:t>
      </w:r>
    </w:p>
    <w:p>
      <w:r>
        <w:t>So they understood, that he was laughing at them all, he knows, yes</w:t>
      </w:r>
    </w:p>
    <w:p>
      <w:r>
        <w:t>So they asked him to tell them, and he told them</w:t>
      </w:r>
    </w:p>
    <w:p>
      <w:r>
        <w:t>This, this is such a light that he, he, he conquers the whole world, he, he, he transforms the whole world</w:t>
      </w:r>
    </w:p>
    <w:p>
      <w:r>
        <w:t>The talk, just this talk, what Rabbainu says, King David said this:</w:t>
      </w:r>
    </w:p>
    <w:p>
      <w:r>
        <w:t>"Great is Hashem and exceedingly praised, and His greatness is unfathomable", what more do you want than this? Yes</w:t>
      </w:r>
    </w:p>
    <w:p>
      <w:r>
        <w:t>And the holy Rabbainu said a talk, great, in these words:</w:t>
      </w:r>
    </w:p>
    <w:p>
      <w:r>
        <w:t>"Great is Hashem, and {nothing at all} is known"</w:t>
      </w:r>
    </w:p>
    <w:p>
      <w:r>
        <w:t>Even your matter, what you, what is done with you</w:t>
      </w:r>
    </w:p>
    <w:p>
      <w:r>
        <w:t>But there is a matter whereby everything is transformed for the good, this, yes, yes, he strengthens us, as you are, yo</w:t>
      </w:r>
    </w:p>
    <w:p>
      <w:r>
        <w:t>"Great is Hashem, and nothing at all is known", the tzaddik knows, {yes}</w:t>
      </w:r>
    </w:p>
    <w:p>
      <w:r>
        <w:t>Oy, oy, oy, and we need to sacrifice ourselves at every moment</w:t>
      </w:r>
    </w:p>
    <w:p>
      <w:r>
        <w:t>That we bring into ourselves all the words of Rabbainu, and the "Sichos HaRan" and "Likutey Moharan" and "Likutey Tefillos"</w:t>
      </w:r>
    </w:p>
    <w:p>
      <w:r>
        <w:t>If we were expert in this as we need to be, then we could help the whole world</w:t>
      </w:r>
    </w:p>
    <w:p>
      <w:r>
        <w:t>If every soul of Yisroel, if we would gather, we would tell them, ah..{….}</w:t>
      </w:r>
    </w:p>
    <w:p>
      <w:r>
        <w:t>"Likutey Moharan" {already has everything}, in this Torah, {…..}</w:t>
      </w:r>
    </w:p>
    <w:p>
      <w:r>
        <w:t>And in every word {{of mine}} that Rabbainu revealed, in "Chayei Moharan" this, this is all hidden and sealed</w:t>
      </w:r>
    </w:p>
    <w:p>
      <w:r>
        <w:t>The holy Rabbainu revealed only some, some drop from the sea</w:t>
      </w:r>
    </w:p>
    <w:p>
      <w:r>
        <w:t>Oy, oy, oy</w:t>
      </w:r>
    </w:p>
    <w:p>
      <w:r>
        <w:t>I, this is us, we in this world, oy</w:t>
      </w:r>
    </w:p>
    <w:p>
      <w:r>
        <w:t>We should have sacrificed ourselves to fulfill, to bring into our hearts all the words of Rabbainu in "Sichos HaRan"</w:t>
      </w:r>
    </w:p>
    <w:p>
      <w:r>
        <w:t>And "Likutey Moharan" and "Sippurey Maasiyos" and "the talks”, and..</w:t>
      </w:r>
    </w:p>
    <w:p>
      <w:r>
        <w:t>Where are we? What? What, are you sleeping? I have, there is such a Torah, oy..</w:t>
      </w:r>
    </w:p>
    <w:p>
      <w:r>
        <w:t>The Torah "I will sing to my God while I exist" can bring the whole world back to Hashem Yisborach</w:t>
      </w:r>
    </w:p>
    <w:p>
      <w:r>
        <w:t>"I will sing to my God while I exist", "And yet a little while, and there is no wicked one"</w:t>
      </w:r>
    </w:p>
    <w:p>
      <w:r>
        <w:t>At any rate this is a matter, oy, that we should have been a different matter from the whole world</w:t>
      </w:r>
    </w:p>
    <w:p>
      <w:r>
        <w:t>We are a different matter</w:t>
      </w:r>
    </w:p>
    <w:p>
      <w:r>
        <w:t>The holy Rabbainu cleanses us of all the impurities, of all, all the sins, of all, all the filth</w:t>
      </w:r>
    </w:p>
    <w:p>
      <w:r>
        <w:t>What? What work does he have with us, and to occupy himself with us? Ah..</w:t>
      </w:r>
    </w:p>
    <w:p>
      <w:r>
        <w:t>Such sick people who have no, that, that we could not have reached any rectification, any healing</w:t>
      </w:r>
    </w:p>
    <w:p>
      <w:r>
        <w:t>He will be despaired</w:t>
      </w:r>
    </w:p>
    <w:p>
      <w:r>
        <w:t>But the holy Rabbainu revealed: "There is no despair at all in the world"</w:t>
      </w:r>
    </w:p>
    <w:p>
      <w:r>
        <w:t>Why? He, he revealed this: "There is no despair at all in the world",</w:t>
      </w:r>
    </w:p>
    <w:p>
      <w:r>
        <w:t>"When I am here, when you have, when you have me here, then there is no despair at all in the world"</w:t>
      </w:r>
    </w:p>
    <w:p>
      <w:r>
        <w:t>But, God forbid, but when you do not accept this as you need to, then, then it is not good</w:t>
      </w:r>
    </w:p>
    <w:p>
      <w:r>
        <w:t>So when we {need but}</w:t>
      </w:r>
    </w:p>
    <w:p>
      <w:r>
        <w:t>Oy, fortunate are we that we merited in this darkness and in such concealment</w:t>
      </w:r>
    </w:p>
    <w:p>
      <w:r>
        <w:t>{…} we know of the matter of Rabbainu, that he is such a wonder, that he, that he indeed can rectify us</w:t>
      </w:r>
    </w:p>
    <w:p>
      <w:r>
        <w:t>We.., the Other Side gave, shot into us all kinds of poison, all kinds of bullets, and she fell faint, faint</w:t>
      </w:r>
    </w:p>
    <w:p>
      <w:r>
        <w:t>{Yes}, "And I heal her"</w:t>
      </w:r>
    </w:p>
    <w:p>
      <w:r>
        <w:t>What is this all day, today airplanes?</w:t>
      </w:r>
    </w:p>
    <w:p>
      <w:r>
        <w:t>[I do not know, either to Lebanon or training]</w:t>
      </w:r>
    </w:p>
    <w:p>
      <w:r>
        <w:t>Eh? Training, could be</w:t>
      </w:r>
    </w:p>
    <w:p>
      <w:r>
        <w:t>[Or Lebanon..]</w:t>
      </w:r>
    </w:p>
    <w:p>
      <w:r>
        <w:t>Gideon, Gideon was here for, for shelters, apparently they, they, they are thinking about..</w:t>
      </w:r>
    </w:p>
    <w:p>
      <w:r>
        <w:t>About wars, oy, but they are preparing themselves</w:t>
      </w:r>
    </w:p>
    <w:p>
      <w:r>
        <w:t>[The Syrians]</w:t>
      </w:r>
    </w:p>
    <w:p>
      <w:r>
        <w:t>Eh?</w:t>
      </w:r>
    </w:p>
    <w:p>
      <w:r>
        <w:t>[The Syrians]</w:t>
      </w:r>
    </w:p>
    <w:p>
      <w:r>
        <w:t>No, we are preparing ourselves to make shelters and..</w:t>
      </w:r>
    </w:p>
    <w:p>
      <w:r>
        <w:t>[Yes, may Hashem have mercy]</w:t>
      </w:r>
    </w:p>
    <w:p>
      <w:r>
        <w:t>May Hashem have mercy on us</w:t>
      </w:r>
    </w:p>
    <w:p>
      <w:r>
        <w:t>[The secular people, they have no understanding, they are only wars, wars, wars]</w:t>
      </w:r>
    </w:p>
    <w:p>
      <w:r>
        <w:t>{This will be….}</w:t>
      </w:r>
    </w:p>
    <w:p>
      <w:r>
        <w:t>[We too, the religious too, everyone, but, all of us, but..]</w:t>
      </w:r>
    </w:p>
    <w:p>
      <w:r>
        <w:t>And one sees, that the holy Rabbainu found even in the ultimate falsehood some, some good point</w:t>
      </w:r>
    </w:p>
    <w:p>
      <w:r>
        <w:t>He said, blessed is Hashem, that they, that the liars, the rebbes</w:t>
      </w:r>
    </w:p>
    <w:p>
      <w:r>
        <w:t>[Have a Jewish head]</w:t>
      </w:r>
    </w:p>
    <w:p>
      <w:r>
        <w:t>Yes</w:t>
      </w:r>
    </w:p>
    <w:p>
      <w:r>
        <w:t>[Something]</w:t>
      </w:r>
    </w:p>
    <w:p>
      <w:r>
        <w:t>{Good} they, they have a {beard}, they are leaders with, with, with sidelocks, and with.. yes</w:t>
      </w:r>
    </w:p>
    <w:p>
      <w:r>
        <w:t>What would we have done?</w:t>
      </w:r>
    </w:p>
    <w:p>
      <w:r>
        <w:t>[And they do not go in the garments of the gentiles]</w:t>
      </w:r>
    </w:p>
    <w:p>
      <w:r>
        <w:t>Yes</w:t>
      </w:r>
    </w:p>
    <w:p>
      <w:r>
        <w:t>Oy, oy, oy..</w:t>
      </w:r>
    </w:p>
    <w:p>
      <w:r>
        <w:t>But the falsehood is, is such a wonder</w:t>
      </w:r>
    </w:p>
    <w:p>
      <w:r>
        <w:t>How can he wage war against the whole world, against all the gentiles, against the whole world, what? One</w:t>
      </w:r>
    </w:p>
    <w:p>
      <w:r>
        <w:t>How he laughs at them all</w:t>
      </w:r>
    </w:p>
    <w:p>
      <w:r>
        <w:t>He made Rebbe Nassan and all his men, in every, and likewise in each and every generation</w:t>
      </w:r>
    </w:p>
    <w:p>
      <w:r>
        <w:t>Whoever merits to touch a drop from the sea, and to touch {. .} Rabbainu, this, this is a miracle, a miracle and a wonder, yes</w:t>
      </w:r>
    </w:p>
    <w:p>
      <w:r>
        <w:t>Oy, oy, oy, oy, oy, oy</w:t>
      </w:r>
    </w:p>
    <w:p>
      <w:r>
        <w:t>I saw Rebbe Yisroel was one in the world</w:t>
      </w:r>
    </w:p>
    <w:p>
      <w:r>
        <w:t>The holy Rabbainu had Rebbe Yisroel (Kardonner) in Eretz Yisroel</w:t>
      </w:r>
    </w:p>
    <w:p>
      <w:r>
        <w:t>But nevertheless, even Rebbe Yisroel had not yet {…..}</w:t>
      </w:r>
    </w:p>
    <w:p>
      <w:r>
        <w:t>But, but I saw what I saw, what, what he merited</w:t>
      </w:r>
    </w:p>
    <w:p>
      <w:r>
        <w:t>He also stood like Rabbainu, he, he, he stood against the whole world, he laughed at all, at them all</w:t>
      </w:r>
    </w:p>
    <w:p>
      <w:r>
        <w:t>He would speak with everyone, yes, but in his heart, what was, what, what he merited to know in his heart</w:t>
      </w:r>
    </w:p>
    <w:p>
      <w:r>
        <w:t>And also the matter of Rosh Hashanah in Meron</w:t>
      </w:r>
    </w:p>
    <w:p>
      <w:r>
        <w:t>I think, that in the former time before Meron, it was in Tzfas, the men of Rabbainu, the men of Rebbe Nassan, yes</w:t>
      </w:r>
    </w:p>
    <w:p>
      <w:r>
        <w:t>They were, the whole world knew that this was Breslov, that these were Breslov Chassidim,, yes</w:t>
      </w:r>
    </w:p>
    <w:p>
      <w:r>
        <w:t>They, apparently they were in Tzfas for Rosh Hashanah, yes</w:t>
      </w:r>
    </w:p>
    <w:p>
      <w:r>
        <w:t>Only Rebbe Yisroel, Rebbe Yisroel, because of the magnitude of his vitality that he had from Meron, from the “holy Zohar” and.. yes</w:t>
      </w:r>
    </w:p>
    <w:p>
      <w:r>
        <w:t>He, he, he wanted to be in Meron on Rosh Hashanah, yes</w:t>
      </w:r>
    </w:p>
    <w:p>
      <w:r>
        <w:t>But the essence is only Rabbainu</w:t>
      </w:r>
    </w:p>
    <w:p>
      <w:r>
        <w:t>{Rebbe Yisroel is…….}, Rebbe Shimon, the Rashbi did not say that one needs to be with him on Rosh Hashanah</w:t>
      </w:r>
    </w:p>
    <w:p>
      <w:r>
        <w:t>“Why are you coming? Did I tell you to come to me on Rosh Hashanah? Go to the one who said it, go to him</w:t>
      </w:r>
    </w:p>
    <w:p>
      <w:r>
        <w:t>Only the holy Rabbainu said this”</w:t>
      </w:r>
    </w:p>
    <w:p>
      <w:r>
        <w:t>Oy vey, what there is in this, {. . .}, I merited to hear the first time this melody</w:t>
      </w:r>
    </w:p>
    <w:p>
      <w:r>
        <w:t>This is the melody of Rosh Hashanah, this is the first one, “Adirei Emunah”</w:t>
      </w:r>
    </w:p>
    <w:p>
      <w:r>
        <w:t>What this is, what this is, this is the key to the whole Rosh Hashanah, it opens all, all the gates, all the..</w:t>
      </w:r>
    </w:p>
    <w:p>
      <w:r>
        <w:t>And likewise all the motions of, of, of Rosh Hashanah, of the prayer</w:t>
      </w:r>
    </w:p>
    <w:p>
      <w:r>
        <w:t>All our nusach and all our melodies, what there was on Rosh Hashanah</w:t>
      </w:r>
    </w:p>
    <w:p>
      <w:r>
        <w:t>[Saba hums the melody of: “A foretaste of the World to Come..”]</w:t>
      </w:r>
    </w:p>
    <w:p>
      <w:r>
        <w:t>{What there is}.. this is the melody of “Areshet Sefateinu,” it was as though the chazzan stood before Hashem Yisborach</w:t>
      </w:r>
    </w:p>
    <w:p>
      <w:r>
        <w:t>And pleaded with Him with the face and with the hands, yes</w:t>
      </w:r>
    </w:p>
    <w:p>
      <w:r>
        <w:t>[Is this “A foretaste of the World to Come”? Saba, is this not the melody “A foretaste of the World to Come”?..]</w:t>
      </w:r>
    </w:p>
    <w:p>
      <w:r>
        <w:t>Yo, yo, yo, the holy Rebbe Yisroel, Rebbe Yisroel sang this</w:t>
      </w:r>
    </w:p>
    <w:p>
      <w:r>
        <w:t>[Ah, “A foretaste of the World to Come”]</w:t>
      </w:r>
    </w:p>
    <w:p>
      <w:r>
        <w:t>[Saba sings: “A foretaste of the World to Come, the Sabbath day of rest..”]</w:t>
      </w:r>
    </w:p>
    <w:p>
      <w:r>
        <w:t>Again, “A foretaste of the World to Come,” “A foretaste of the World to Come,” he cannot go and part from it</w:t>
      </w:r>
    </w:p>
    <w:p>
      <w:r>
        <w:t>“The Sabbath day of rest,” the Sabbath of rest</w:t>
      </w:r>
    </w:p>
    <w:p>
      <w:r>
        <w:t>[Saba continues to sing:</w:t>
      </w:r>
    </w:p>
    <w:p>
      <w:r>
        <w:t>“All who delight in it will merit abundant joy</w:t>
      </w:r>
    </w:p>
    <w:p>
      <w:r>
        <w:t>A foretaste of the World to Come, the Sabbath day of rest, all who delight..”]</w:t>
      </w:r>
    </w:p>
    <w:p>
      <w:r>
        <w:t>That is how it is, Rebbe Yisroel used to sing like this</w:t>
      </w:r>
    </w:p>
    <w:p>
      <w:r>
        <w:t>[Saba continues to sing:</w:t>
      </w:r>
    </w:p>
    <w:p>
      <w:r>
        <w:t>“..will merit abundant joy, from the birth pangs of Moshiach..”]</w:t>
      </w:r>
    </w:p>
    <w:p>
      <w:r>
        <w:t>{New}, this is a {strong\new} melody</w:t>
      </w:r>
    </w:p>
    <w:p>
      <w:r>
        <w:t>[Saba continues to sing: “From the birth pangs of Moshiach..”]</w:t>
      </w:r>
    </w:p>
    <w:p>
      <w:r>
        <w:t>What are the birth pangs of Moshiach? All the desires and all, and the whole world, and all the vanities of the world, yes</w:t>
      </w:r>
    </w:p>
    <w:p>
      <w:r>
        <w:t>[Saba continues to sing: “They will be delivered into relief, cause our redemption to flourish..”]</w:t>
      </w:r>
    </w:p>
    <w:p>
      <w:r>
        <w:t>He, he entreated Hashem Yisborach: “Have mercy, have mercy”</w:t>
      </w:r>
    </w:p>
    <w:p>
      <w:r>
        <w:t>[Saba continues to sing: “Cause our redemption to flourish, and sorrow and sighing shall flee..”]</w:t>
      </w:r>
    </w:p>
    <w:p>
      <w:r>
        <w:t>He cannot go onward</w:t>
      </w:r>
    </w:p>
    <w:p>
      <w:r>
        <w:t>[Saba continues to sing: “Cause to flourish, and sorrow and sighing shall flee, to delight in delights..”]</w:t>
      </w:r>
    </w:p>
    <w:p>
      <w:r>
        <w:t>These are the two melodies, this.. this is of Rosh Hashanah, and Rebbe Yisroel, he sang them</w:t>
      </w:r>
    </w:p>
    <w:p>
      <w:r>
        <w:t>And he tasted in this such a taste, which the whole world does not, does not know in their lives</w:t>
      </w:r>
    </w:p>
    <w:p>
      <w:r>
        <w:t>Such holiness, and whoever hears the melody becomes a different matter, just to hear the melody</w:t>
      </w:r>
    </w:p>
    <w:p>
      <w:r>
        <w:t>This, this they sang.. on Rosh Hashanah</w:t>
      </w:r>
    </w:p>
    <w:p>
      <w:r>
        <w:t>And had I not, and had I not merited to see even some spark, what did I see, what</w:t>
      </w:r>
    </w:p>
    <w:p>
      <w:r>
        <w:t>Oy, oy, oy</w:t>
      </w:r>
    </w:p>
    <w:p>
      <w:r>
        <w:t>But I merited, I gave my soul, I was one madman in Teveria, who danced alone</w:t>
      </w:r>
    </w:p>
    <w:p>
      <w:r>
        <w:t>It was a spectacle, this, “What is this? Yes, where does he get this from? What is this?</w:t>
      </w:r>
    </w:p>
    <w:p>
      <w:r>
        <w:t>He, he is a poor man, he has nothing for Shabbos, he has, he has nothing</w:t>
      </w:r>
    </w:p>
    <w:p>
      <w:r>
        <w:t>And how does he do it, dancing, dancing alone?, one does not see such a thing”</w:t>
      </w:r>
    </w:p>
    <w:p>
      <w:r>
        <w:t>What, I made dust and ashes of them, yes</w:t>
      </w:r>
    </w:p>
    <w:p>
      <w:r>
        <w:t>I gave them heart disease, do you know, what, what there is in the world? There is such a melody</w:t>
      </w:r>
    </w:p>
    <w:p>
      <w:r>
        <w:t>Oy, Master of the World, and.. and I derive a lesson from this, that it..</w:t>
      </w:r>
    </w:p>
    <w:p>
      <w:r>
        <w:t>What, what I went through in the matter of drawing close to Rabbainu, it was a preparation, a preparation</w:t>
      </w:r>
    </w:p>
    <w:p>
      <w:r>
        <w:t>It was, I now see in retrospect, that it was good, I suffered what I suffered and.. and I thought:</w:t>
      </w:r>
    </w:p>
    <w:p>
      <w:r>
        <w:t>“Who knows if I will hold out? The whole world is laughing, what, what, what…”</w:t>
      </w:r>
    </w:p>
    <w:p>
      <w:r>
        <w:t>And I laughed at them all, and I danced {for this}, and they, I made dust and ashes of them</w:t>
      </w:r>
    </w:p>
    <w:p>
      <w:r>
        <w:t>Of all, all the great opponents and the geniuses, all of them, yes</w:t>
      </w:r>
    </w:p>
    <w:p>
      <w:r>
        <w:t>They did not know what, what this was, {yes}</w:t>
      </w:r>
    </w:p>
    <w:p>
      <w:r>
        <w:t>I caused them such distress, that cannot be estimated</w:t>
      </w:r>
    </w:p>
    <w:p>
      <w:r>
        <w:t>“What? Is there such a thing in the world, Yisroel Ber dances throughout the world?</w:t>
      </w:r>
    </w:p>
    <w:p>
      <w:r>
        <w:t>Where are we? Where is the Torah and where is.. {what, what}”</w:t>
      </w:r>
    </w:p>
    <w:p>
      <w:r>
        <w:t>I see, were it not for this, there would not have been {the Torah was given} in Tzfas, in the world, words like these</w:t>
      </w:r>
    </w:p>
    <w:p>
      <w:r>
        <w:t>I, I speak what I saw, that is enough, this, this too is good, yes</w:t>
      </w:r>
    </w:p>
    <w:p>
      <w:r>
        <w:t>I saw such a person who was, who through Rabbainu’s power, through the power of hisbodedus, through Rabbainu’s power, through the power of the teachings</w:t>
      </w:r>
    </w:p>
    <w:p>
      <w:r>
        <w:t>These prayers, merited this, merited what he merited, and he laughed at them all</w:t>
      </w:r>
    </w:p>
    <w:p>
      <w:r>
        <w:t>And there were many who argued with me:</w:t>
      </w:r>
    </w:p>
    <w:p>
      <w:r>
        <w:t>“What will become of you? What is this? What is this with you? What are these dancing and joy?</w:t>
      </w:r>
    </w:p>
    <w:p>
      <w:r>
        <w:t>What, what, what? Take a Gemara and.. and..”</w:t>
      </w:r>
    </w:p>
    <w:p>
      <w:r>
        <w:t>Oy, oy vey, precisely, if only now I, I think, if only I had suffered more and more, and more</w:t>
      </w:r>
    </w:p>
    <w:p>
      <w:r>
        <w:t>It would have been better, yes</w:t>
      </w:r>
    </w:p>
    <w:p>
      <w:r>
        <w:t>Oy, oy vey, oy vey, what I went through, what I suffered, it is impossible to describe and tell</w:t>
      </w:r>
    </w:p>
    <w:p>
      <w:r>
        <w:t>[…………]</w:t>
      </w:r>
    </w:p>
    <w:p>
      <w:r>
        <w:t>[………...]</w:t>
      </w:r>
    </w:p>
    <w:p>
      <w:r>
        <w:t>Now I see Rav Moshe Kliers and Rav Mottel of Slonim, I..</w:t>
      </w:r>
    </w:p>
    <w:p>
      <w:r>
        <w:t>[Saba]</w:t>
      </w:r>
    </w:p>
    <w:p>
      <w:r>
        <w:t>Ah</w:t>
      </w:r>
    </w:p>
    <w:p>
      <w:r>
        <w:t>[I have news]</w:t>
      </w:r>
    </w:p>
    <w:p>
      <w:r>
        <w:t>What is it?</w:t>
      </w:r>
    </w:p>
    <w:p>
      <w:r>
        <w:t>[I made a handshake pledge with Alon]</w:t>
      </w:r>
    </w:p>
    <w:p>
      <w:r>
        <w:t>Ah?</w:t>
      </w:r>
    </w:p>
    <w:p>
      <w:r>
        <w:t>[I made a handshake pledge with Alon]</w:t>
      </w:r>
    </w:p>
    <w:p>
      <w:r>
        <w:t>What did you do?</w:t>
      </w:r>
    </w:p>
    <w:p>
      <w:r>
        <w:t>[With Alon, a handshake pledge]</w:t>
      </w:r>
    </w:p>
    <w:p>
      <w:r>
        <w:t>A handshake pledge?</w:t>
      </w:r>
    </w:p>
    <w:p>
      <w:r>
        <w:t>[Yes]</w:t>
      </w:r>
    </w:p>
    <w:p>
      <w:r>
        <w:t>What?</w:t>
      </w:r>
    </w:p>
    <w:p>
      <w:r>
        <w:t>[That we learn one page every day in the “Kitzur,” until we finish it]</w:t>
      </w:r>
    </w:p>
    <w:p>
      <w:r>
        <w:t>In the Kitzur?</w:t>
      </w:r>
    </w:p>
    <w:p>
      <w:r>
        <w:t>[Shulchan Aruch]</w:t>
      </w:r>
    </w:p>
    <w:p>
      <w:r>
        <w:t>In the “Kitzur Shulchan Aruch”?</w:t>
      </w:r>
    </w:p>
    <w:p>
      <w:r>
        <w:t>[Until we finish it]</w:t>
      </w:r>
    </w:p>
    <w:p>
      <w:r>
        <w:t>Nu, if only, if only, if only</w:t>
      </w:r>
    </w:p>
    <w:p>
      <w:r>
        <w:t>[Yes, this will strengthen us]</w:t>
      </w:r>
    </w:p>
    <w:p>
      <w:r>
        <w:t>The holy Rabbainu, {yes}</w:t>
      </w:r>
    </w:p>
    <w:p>
      <w:r>
        <w:t>[..I said a handshake pledge]</w:t>
      </w:r>
    </w:p>
    <w:p>
      <w:r>
        <w:t>And we need to be proficient in the “Kitzur Shulchan Aruch”</w:t>
      </w:r>
    </w:p>
    <w:p>
      <w:r>
        <w:t>[“Kitzur,” it will be called “Kitzur”]</w:t>
      </w:r>
    </w:p>
    <w:p>
      <w:r>
        <w:t>Like.. yo, every, every word there, every law, we will have</w:t>
      </w:r>
    </w:p>
    <w:p>
      <w:r>
        <w:t>[By heart]</w:t>
      </w:r>
    </w:p>
    <w:p>
      <w:r>
        <w:t>Yes</w:t>
      </w:r>
    </w:p>
    <w:p>
      <w:r>
        <w:t>[Good, all right, we started now]</w:t>
      </w:r>
    </w:p>
    <w:p>
      <w:r>
        <w:t>If only</w:t>
      </w:r>
    </w:p>
    <w:p>
      <w:r>
        <w:t>[I made a handshake pledge with him, {we said}.. that he watches over me, and I watch over him]</w:t>
      </w:r>
    </w:p>
    <w:p>
      <w:r>
        <w:t>Nu, and also, and also one needs to rise at midnight</w:t>
      </w:r>
    </w:p>
    <w:p>
      <w:r>
        <w:t>[Midnight? Good, wait]</w:t>
      </w:r>
    </w:p>
    <w:p>
      <w:r>
        <w:t>For this, also give a handshake pledge about midnight</w:t>
      </w:r>
    </w:p>
    <w:p>
      <w:r>
        <w:t>[Good]</w:t>
      </w:r>
    </w:p>
    <w:p>
      <w:r>
        <w:t>[He also said about midnight]</w:t>
      </w:r>
    </w:p>
    <w:p>
      <w:r>
        <w:t>[About midnight, you wake me, and I wake you]</w:t>
      </w:r>
    </w:p>
    <w:p>
      <w:r>
        <w:t>[Midnight]</w:t>
      </w:r>
    </w:p>
    <w:p>
      <w:r>
        <w:t>[Give us a midnight lesson]</w:t>
      </w:r>
    </w:p>
    <w:p>
      <w:r>
        <w:t>[I am not making a joke……]</w:t>
      </w:r>
    </w:p>
    <w:p>
      <w:r>
        <w:t>{Apparently} everyone..</w:t>
      </w:r>
    </w:p>
    <w:p>
      <w:r>
        <w:t>[We are finished, I am going to sleep]</w:t>
      </w:r>
    </w:p>
    <w:p>
      <w:r>
        <w:t>All Tzfas will say: “What? What kind? What? Such Breslovers, we have not seen</w:t>
      </w:r>
    </w:p>
    <w:p>
      <w:r>
        <w:t>They rise at midnight, study “Shulchan Aruch””</w:t>
      </w:r>
    </w:p>
    <w:p>
      <w:r>
        <w:t>This is what the holy Rabbainu wants, that we be proficient; he said:</w:t>
      </w:r>
    </w:p>
    <w:p>
      <w:r>
        <w:t>“On every day that one does not study “Shulchan Aruch,” even some se’if</w:t>
      </w:r>
    </w:p>
    <w:p>
      <w:r>
        <w:t>At any rate, some se’if, each and every day some se’if or siman from “Shulchan Aruch” will be missing</w:t>
      </w:r>
    </w:p>
    <w:p>
      <w:r>
        <w:t>This is {the segulah} of the soul, this..</w:t>
      </w:r>
    </w:p>
    <w:p>
      <w:r>
        <w:t>He wanted us to be proficient in all, in all the “Turim” and in all the “Shulchan Aruch,” that we be proficient by heart</w:t>
      </w:r>
    </w:p>
    <w:p>
      <w:r>
        <w:t>For this is the service of Hashem</w:t>
      </w:r>
    </w:p>
    <w:p>
      <w:r>
        <w:t>And they gave their souls; with Rabbainu there were great, great ones of the world, not, not ordinary people</w:t>
      </w:r>
    </w:p>
    <w:p>
      <w:r>
        <w:t>Master Kabbalists, Rebbe Yudel was a great miracle-worker, he was a great master Kabbalist, and a tzaddik and holy, but..</w:t>
      </w:r>
    </w:p>
    <w:p>
      <w:r>
        <w:t>He, the holy Rabbainu, told him to speak with the limbs; he was complaining to Rabbainu</w:t>
      </w:r>
    </w:p>
    <w:p>
      <w:r>
        <w:t>That his body, it..</w:t>
      </w:r>
    </w:p>
    <w:p>
      <w:r>
        <w:t>[Wants everything]</w:t>
      </w:r>
    </w:p>
    <w:p>
      <w:r>
        <w:t>It is such a body, that he does not know what to do with it, yes, yes, so he said to him:</w:t>
      </w:r>
    </w:p>
    <w:p>
      <w:r>
        <w:t>“Speak with the body..”…</w:t>
      </w:r>
    </w:p>
    <w:p>
      <w:pPr>
        <w:pStyle w:val="Heading2"/>
      </w:pPr>
      <w:r>
        <w:t>Side B (Bais)</w:t>
      </w:r>
    </w:p>
    <w:p>
      <w:r>
        <w:t>...I was.., such are the ways of Rabbainu, he takes the worst and the simplest</w:t>
      </w:r>
    </w:p>
    <w:p>
      <w:r>
        <w:t>And.. and knows nothing, like a beast, {but}, but I need you</w:t>
      </w:r>
    </w:p>
    <w:p>
      <w:r>
        <w:t>Yes, I want a beast, I, I, I need you</w:t>
      </w:r>
    </w:p>
    <w:p>
      <w:r>
        <w:t>He gave me such {foods}, that I thought, God forbid, who knows, who knows what will become of me? I will go mad, what, what? Without a father and mother, without a family, without.. everyone was, and I was alone {…} and.. with Rebbe Yisroel</w:t>
      </w:r>
    </w:p>
    <w:p>
      <w:r>
        <w:t>And Rebbe Yisroel would laugh at everyone, he would rise at midnight, no one knew</w:t>
      </w:r>
    </w:p>
    <w:p>
      <w:r>
        <w:t>And he was</w:t>
      </w:r>
    </w:p>
    <w:p>
      <w:r>
        <w:t>…{……..}</w:t>
      </w:r>
    </w:p>
    <w:p>
      <w:r>
        <w:t>[Na Naḥ Naḥma Naḥman MeUman]</w:t>
      </w:r>
    </w:p>
    <w:p>
      <w:r>
        <w:t>[………..]…</w:t>
      </w:r>
    </w:p>
    <w:p>
      <w:r>
        <w:t>...when the time came to pray, then he was forced to stop, yes</w:t>
      </w:r>
    </w:p>
    <w:p>
      <w:r>
        <w:t>To make, to make a break, a pause, yes, after all, the time for prayer had arrived</w:t>
      </w:r>
    </w:p>
    <w:p>
      <w:r>
        <w:t>Then it was, it was necessary, he, he sacrificed himself to stop</w:t>
      </w:r>
    </w:p>
    <w:p>
      <w:r>
        <w:t>One needs to stop, one needs, one needs to pray</w:t>
      </w:r>
    </w:p>
    <w:p>
      <w:r>
        <w:t>He had so many words to speak with Hashem Yisborach, that it was not enough for him</w:t>
      </w:r>
    </w:p>
    <w:p>
      <w:r>
        <w:t>He needed to speak, speak, speak, and with such weeping, with such yearnings, th..</w:t>
      </w:r>
    </w:p>
    <w:p>
      <w:r>
        <w:t>That the world does not know what this is</w:t>
      </w:r>
    </w:p>
    <w:p>
      <w:r>
        <w:t>{This, yes}</w:t>
      </w:r>
    </w:p>
    <w:p>
      <w:r>
        <w:t>[Good, midnight too, I made with him, a handshake pledge]</w:t>
      </w:r>
    </w:p>
    <w:p>
      <w:r>
        <w:t>Yes?</w:t>
      </w:r>
    </w:p>
    <w:p>
      <w:r>
        <w:t>[I told him, now I am afraid to get involved..]</w:t>
      </w:r>
    </w:p>
    <w:p>
      <w:r>
        <w:t>Nu, now..</w:t>
      </w:r>
    </w:p>
    <w:p>
      <w:r>
        <w:t>[I am going to sleep]</w:t>
      </w:r>
    </w:p>
    <w:p>
      <w:r>
        <w:t>You are going to sleep?</w:t>
      </w:r>
    </w:p>
    <w:p>
      <w:r>
        <w:t>[In order to rise at midnight]</w:t>
      </w:r>
    </w:p>
    <w:p>
      <w:r>
        <w:t>First of all, go to sleep</w:t>
      </w:r>
    </w:p>
    <w:p>
      <w:r>
        <w:t>[No, no, without joking, this is without joking]</w:t>
      </w:r>
    </w:p>
    <w:p>
      <w:r>
        <w:t>Nu</w:t>
      </w:r>
    </w:p>
    <w:p>
      <w:r>
        <w:t>[He is also afraid]</w:t>
      </w:r>
    </w:p>
    <w:p>
      <w:r>
        <w:t>Yo, he, he.. Shaul and Sharon are, between themselves and..</w:t>
      </w:r>
    </w:p>
    <w:p>
      <w:r>
        <w:t>[Shaul does not need to, Shaul already rises every midnight every day for an entire year, he does not..]</w:t>
      </w:r>
    </w:p>
    <w:p>
      <w:r>
        <w:t>But he will wake you</w:t>
      </w:r>
    </w:p>
    <w:p>
      <w:r>
        <w:t>[Sharon]</w:t>
      </w:r>
    </w:p>
    <w:p>
      <w:r>
        <w:t>He does not need to</w:t>
      </w:r>
    </w:p>
    <w:p>
      <w:r>
        <w:t>[No, let him wake Sharon, I.., since I have Alon]</w:t>
      </w:r>
    </w:p>
    <w:p>
      <w:r>
        <w:t>[Blessed is Hashem, blessed is Hashem, I merit]</w:t>
      </w:r>
    </w:p>
    <w:p>
      <w:r>
        <w:t>[He should wake Sharon, I have Alon]</w:t>
      </w:r>
    </w:p>
    <w:p>
      <w:r>
        <w:t>Alon also needs someone to awaken him</w:t>
      </w:r>
    </w:p>
    <w:p>
      <w:r>
        <w:t>[He will wake me and I will wake him, this will be a desecration of th..]</w:t>
      </w:r>
    </w:p>
    <w:p>
      <w:r>
        <w:t>Nu, we will see, we will see</w:t>
      </w:r>
    </w:p>
    <w:p>
      <w:r>
        <w:t>[There will be a desecration of Hashem upon us]</w:t>
      </w:r>
    </w:p>
    <w:p>
      <w:r>
        <w:t>Yes</w:t>
      </w:r>
    </w:p>
    <w:p>
      <w:r>
        <w:t>[“What is this? They made such a printing press, and they do not even rise at midnight?”]</w:t>
      </w:r>
    </w:p>
    <w:p>
      <w:r>
        <w:t>Yes, what is this? Without midnight, is this, is this Breslov?</w:t>
      </w:r>
    </w:p>
    <w:p>
      <w:r>
        <w:t>[Yes, right, right, this is right, Rebbe Yisroel, this is right, there will be a desecration of Hashem]</w:t>
      </w:r>
    </w:p>
    <w:p>
      <w:r>
        <w:t>To enter the Garden of Eden, into the prayer, without midnight?</w:t>
      </w:r>
    </w:p>
    <w:p>
      <w:r>
        <w:t>[It is impossible]</w:t>
      </w:r>
    </w:p>
    <w:p>
      <w:r>
        <w:t>No, what, what kind of prayer is this?.. without midnight?</w:t>
      </w:r>
    </w:p>
    <w:p>
      <w:r>
        <w:t>Oy, the midnight, the midnight of Rebbe Yisroel, oy, the midnight of the men, of the men of Rabbainu, of..</w:t>
      </w:r>
    </w:p>
    <w:p>
      <w:r>
        <w:t>Such midnight, who has it? Who has some, some spark of this, th..th..</w:t>
      </w:r>
    </w:p>
    <w:p>
      <w:r>
        <w:t>That he should feel what midnight is, what is midnight?</w:t>
      </w:r>
    </w:p>
    <w:p>
      <w:r>
        <w:t>It is all of Judaism, all the Torah and all the faith, and all the self-sacrifice, “midnight”</w:t>
      </w:r>
    </w:p>
    <w:p>
      <w:r>
        <w:t>And the holy Rabbainu gave this; the Men of the Great Assembly gave, gave us three prayers a day</w:t>
      </w:r>
    </w:p>
    <w:p>
      <w:r>
        <w:t>Shacharis, Minchah, and Maariv</w:t>
      </w:r>
    </w:p>
    <w:p>
      <w:r>
        <w:t>Rabbainu came and added a prayer – “midnight,” {...}</w:t>
      </w:r>
    </w:p>
    <w:p>
      <w:r>
        <w:t>[‘Tikkun Leah,’ and Tikkun..]</w:t>
      </w:r>
    </w:p>
    <w:p>
      <w:r>
        <w:t>‘Tikkun Rachel’ and ‘Tikkun Leah,’ “midnight”</w:t>
      </w:r>
    </w:p>
    <w:p>
      <w:r>
        <w:t>Oy vey, oy vey, what, what th..</w:t>
      </w:r>
    </w:p>
    <w:p>
      <w:r>
        <w:t>I do not know, by what merit I merited this, but I passed through, passed through such places, that God forbid</w:t>
      </w:r>
    </w:p>
    <w:p>
      <w:r>
        <w:t>My life was, I did not want to live such a life, what I suffered</w:t>
      </w:r>
    </w:p>
    <w:p>
      <w:r>
        <w:t>Such lowliness, such humiliations and such troubles</w:t>
      </w:r>
    </w:p>
    <w:p>
      <w:r>
        <w:t>And now, I see in retrospect, that this is all the good and all.. and there is no good like this, “..midnight”</w:t>
      </w:r>
    </w:p>
    <w:p>
      <w:r>
        <w:t>One word – “midnight”</w:t>
      </w:r>
    </w:p>
    <w:p>
      <w:r>
        <w:t>[………………..…….]</w:t>
      </w:r>
    </w:p>
    <w:p>
      <w:r>
        <w:t>[……………………...]</w:t>
      </w:r>
    </w:p>
    <w:p>
      <w:r>
        <w:t>[Rebbe Yisroel, I know why you made the tikkun for me, for this]</w:t>
      </w:r>
    </w:p>
    <w:p>
      <w:r>
        <w:t>Ah..</w:t>
      </w:r>
    </w:p>
    <w:p>
      <w:r>
        <w:t>[Because I do not rise at midnight and do not study, so now I will begin…...]</w:t>
      </w:r>
    </w:p>
    <w:p>
      <w:r>
        <w:t>If we had merited this, we would have awakened all of Tzfas</w:t>
      </w:r>
    </w:p>
    <w:p>
      <w:r>
        <w:t>This would have awakened, this would have brought an awakening throughout, throughout the surroundings, throughout.. yes</w:t>
      </w:r>
    </w:p>
    <w:p>
      <w:r>
        <w:t>This does not act for nothing, it acts, the self-sacrifice there is for this, and our self-sacrifice</w:t>
      </w:r>
    </w:p>
    <w:p>
      <w:r>
        <w:t>The holy Rabbainu said: “Midnight, the fourth prayer, this is midnight”</w:t>
      </w:r>
    </w:p>
    <w:p>
      <w:r>
        <w:t>And in this world:</w:t>
      </w:r>
    </w:p>
    <w:p>
      <w:r>
        <w:t>“Midnight? This is for the great ones of the world, what? Simple people, midnight?</w:t>
      </w:r>
    </w:p>
    <w:p>
      <w:r>
        <w:t>What? Who, who are you? What is this? Midnight is for you?”</w:t>
      </w:r>
    </w:p>
    <w:p>
      <w:r>
        <w:t>And the holy Rabbainu came and gave each one of us, “midnight,” “midnight,” “midnight”</w:t>
      </w:r>
    </w:p>
    <w:p>
      <w:r>
        <w:t>What this is, it is the opposite of the world</w:t>
      </w:r>
    </w:p>
    <w:p>
      <w:r>
        <w:t>“What is this? Midnight? What is this? This, this is only the madmen, the Breslovers, what is this?</w:t>
      </w:r>
    </w:p>
    <w:p>
      <w:r>
        <w:t>This is the time of {sleep}.., the choicest time of sleep, what is this? What does he want?</w:t>
      </w:r>
    </w:p>
    <w:p>
      <w:r>
        <w:t>What is he doing? What are they doing? Are they mad? They rise at midnight and go to the fields?</w:t>
      </w:r>
    </w:p>
    <w:p>
      <w:r>
        <w:t>To the field? There are wild animals there, and snakes and scorpions, and Arabs and harmful beings…..”, {yes, so is the whole world} and the holy Rabbainu said: “If he had an only son,” just so, in these words:</w:t>
      </w:r>
    </w:p>
    <w:p>
      <w:r>
        <w:t>“I would send him to practice hisbodedus,” yes, to the field, yes</w:t>
      </w:r>
    </w:p>
    <w:p>
      <w:r>
        <w:t>What is there in the field? What, is a room not good? A room is also good, but in the field it is better</w:t>
      </w:r>
    </w:p>
    <w:p>
      <w:r>
        <w:t>In the field they do not know at all, and does not know, and no one knows</w:t>
      </w:r>
    </w:p>
    <w:p>
      <w:r>
        <w:t>He comes in the morning, and they do not know what he did at midnight, midnight, the midnight prayer, the middle of the night</w:t>
      </w:r>
    </w:p>
    <w:p>
      <w:r>
        <w:t>{..}, and we would pray with.. with such an awakening, that it would awaken all</w:t>
      </w:r>
    </w:p>
    <w:p>
      <w:r>
        <w:t>All, all the world, yes</w:t>
      </w:r>
    </w:p>
    <w:p>
      <w:r>
        <w:t>This, we give all our vitality to Hashem Yisborach, “midnight”</w:t>
      </w:r>
    </w:p>
    <w:p>
      <w:r>
        <w:t>What is this? Midnight, midnight is a time of sleep, what, do they {not need to\begin} sleep</w:t>
      </w:r>
    </w:p>
    <w:p>
      <w:r>
        <w:t>{Nu, now midnight}, what is this?</w:t>
      </w:r>
    </w:p>
    <w:p>
      <w:r>
        <w:t>This is the time, the time of sleep, this is the main time of sleep, after midnight</w:t>
      </w:r>
    </w:p>
    <w:p>
      <w:r>
        <w:t>[…...]</w:t>
      </w:r>
    </w:p>
    <w:p>
      <w:r>
        <w:t>What is this? Tzfas does not know, perhaps they will know afterward, when we rise in the middle of the night, and we will not let them.. we will shout in the field, then they will hear, “What is this? What is this? Who is that there?.. [If only..] madmen” […………]</w:t>
      </w:r>
    </w:p>
    <w:p>
      <w:r>
        <w:t>[This.., if you made the tikkun for me for this, then fortunate are you, Rebbe Yisroel, fortunate are you]</w:t>
      </w:r>
    </w:p>
    <w:p>
      <w:r>
        <w:t>Yes, at midnight all the harmful beings are killed, the prayer of midnight, what?</w:t>
      </w:r>
    </w:p>
    <w:p>
      <w:r>
        <w:t>The supplications and the prayers of midnight, of midnight, such verses</w:t>
      </w:r>
    </w:p>
    <w:p>
      <w:r>
        <w:t>Oy vey, that they awaken the heart, and in the morning when one begins to pray</w:t>
      </w:r>
    </w:p>
    <w:p>
      <w:r>
        <w:t>One prays the whole, the whole prayer is special, such as there is none in the world, yes</w:t>
      </w:r>
    </w:p>
    <w:p>
      <w:r>
        <w:t>Midnight makes such prayers</w:t>
      </w:r>
    </w:p>
    <w:p>
      <w:r>
        <w:t>[Garden of Eden]</w:t>
      </w:r>
    </w:p>
    <w:p>
      <w:r>
        <w:t>Oy vey, oy..</w:t>
      </w:r>
    </w:p>
    <w:p>
      <w:r>
        <w:t>He would rise at midnight, and would go to the mikveh, to the mikveh</w:t>
      </w:r>
    </w:p>
    <w:p>
      <w:r>
        <w:t>In Tzfas it is very cold, you know</w:t>
      </w:r>
    </w:p>
    <w:p>
      <w:r>
        <w:t>And in winter and at night, in the middle of the night, ho ho, the cold, yes, he went in a cold mikveh, to the mikveh, yes</w:t>
      </w:r>
    </w:p>
    <w:p>
      <w:r>
        <w:t>Without a candle, and it was such darkness, that one could, could die {inside all the darkness, yes}</w:t>
      </w:r>
    </w:p>
    <w:p>
      <w:r>
        <w:t>And he went like this to the mikveh, yes, and from the mikveh he went, went amid the rains, amid the waters, amid the winds</w:t>
      </w:r>
    </w:p>
    <w:p>
      <w:r>
        <w:t>He went outside the city</w:t>
      </w:r>
    </w:p>
    <w:p>
      <w:r>
        <w:t>Nu, nu, and all of Tzfas was sleeping, all of Tzfas, only he, only one “Breslover” was awake</w:t>
      </w:r>
    </w:p>
    <w:p>
      <w:r>
        <w:t>And who, who knew? Who knew his weeping, his yearnings, his prayers, of the middle of the night</w:t>
      </w:r>
    </w:p>
    <w:p>
      <w:r>
        <w:t>Of the destruction, the destruction of the Holy Temple, this is the destruction of our Holy Temple</w:t>
      </w:r>
    </w:p>
    <w:p>
      <w:r>
        <w:t>The heart and the legs and everything, the whole body is immersed in what it is immersed in, yes, yes</w:t>
      </w:r>
    </w:p>
    <w:p>
      <w:r>
        <w:t>And one argues in the midnight prayer with Hashem Yisborach: “What will become of us?”</w:t>
      </w:r>
    </w:p>
    <w:p>
      <w:r>
        <w:t>The prayers of, of the middle of the night, the verses</w:t>
      </w:r>
    </w:p>
    <w:p>
      <w:r>
        <w:t>Such an awakening, such an awakening as there is none in the world.. not for nothing</w:t>
      </w:r>
    </w:p>
    <w:p>
      <w:r>
        <w:t>What kind of avodah is this? This is avodah, avodah, such service of Hashem, as there is none in the world</w:t>
      </w:r>
    </w:p>
    <w:p>
      <w:r>
        <w:t>No one knew of this, no one knew how Rebbe Yisroel sacrificed himself for the middle of the night</w:t>
      </w:r>
    </w:p>
    <w:p>
      <w:r>
        <w:t>What, he was flesh and blood like us, it was hard for him to rise in the middle of the night and to go, and to go outside the city, oy</w:t>
      </w:r>
    </w:p>
    <w:p>
      <w:r>
        <w:t>He took a rag, and held the shoes, so that the neighbors would not hear that he was going, yes</w:t>
      </w:r>
    </w:p>
    <w:p>
      <w:r>
        <w:t>And he went with, with the socks, and no one heard and did not know, and not, not, not, not, not at the time th.. [airplane]</w:t>
      </w:r>
    </w:p>
    <w:p>
      <w:r>
        <w:t>Ah, one needs to tell them, where is Shaul? Shaul should also write in English, that they should tell all the soldiers</w:t>
      </w:r>
    </w:p>
    <w:p>
      <w:r>
        <w:t>Who are going to war and into a place of danger, and.. and there are dangers, they should say, they should say only “Na Nach”</w:t>
      </w:r>
    </w:p>
    <w:p>
      <w:r>
        <w:t>[I took a soldier in Meron]</w:t>
      </w:r>
    </w:p>
    <w:p>
      <w:r>
        <w:t>Yes</w:t>
      </w:r>
    </w:p>
    <w:p>
      <w:r>
        <w:t>[He said to me.., I said to him: “Where do you serve?”]</w:t>
      </w:r>
    </w:p>
    <w:p>
      <w:r>
        <w:t>Yo</w:t>
      </w:r>
    </w:p>
    <w:p>
      <w:r>
        <w:t>[He said: “In Lebanon”]</w:t>
      </w:r>
    </w:p>
    <w:p>
      <w:r>
        <w:t>In Lebanon?</w:t>
      </w:r>
    </w:p>
    <w:p>
      <w:r>
        <w:t>[I said to him: “Take the amulet, put it on yourself, take a note, say “Na Na Nach</w:t>
      </w:r>
    </w:p>
    <w:p>
      <w:r>
        <w:t>If there is some something, if you shoot a rifle, only “Na Na Nach,” everywhere “Na Nach,” this will save you”; happy, he went]</w:t>
      </w:r>
    </w:p>
    <w:p>
      <w:r>
        <w:t>Yes?</w:t>
      </w:r>
    </w:p>
    <w:p>
      <w:r>
        <w:t>[Like this, like this, until everyone goes mad, I did not tell him, not money, not money</w:t>
      </w:r>
    </w:p>
    <w:p>
      <w:r>
        <w:t>Take, put the note, you are at war, there is some something in Lebanon, terrorists</w:t>
      </w:r>
    </w:p>
    <w:p>
      <w:r>
        <w:t>This will save you and protect you from all the dangers that pass over you]</w:t>
      </w:r>
    </w:p>
    <w:p>
      <w:r>
        <w:t>He should say it with melody and with joy</w:t>
      </w:r>
    </w:p>
    <w:p>
      <w:r>
        <w:t>[I told him, only this, whenever there are dangers, the “Na Na Nach” should not leave your mind, this is what he said, all right] Yes</w:t>
      </w:r>
    </w:p>
    <w:p>
      <w:r>
        <w:t>[He took the amulet, put it into his pocket, the note, both an amulet and a note]</w:t>
      </w:r>
    </w:p>
    <w:p>
      <w:r>
        <w:t>Ah</w:t>
      </w:r>
    </w:p>
    <w:p>
      <w:r>
        <w:t>[So that he should not forget.. what, perhaps they are doing something in Lebanon, do I know?]</w:t>
      </w:r>
    </w:p>
    <w:p>
      <w:r>
        <w:t>All day</w:t>
      </w:r>
    </w:p>
    <w:p>
      <w:r>
        <w:t>[Because one hears fighter planes passing all the time]</w:t>
      </w:r>
    </w:p>
    <w:p>
      <w:r>
        <w:t>[Sometimes they shell in Lebanon]</w:t>
      </w:r>
    </w:p>
    <w:p>
      <w:r>
        <w:t>Yes?</w:t>
      </w:r>
    </w:p>
    <w:p>
      <w:r>
        <w:t>[The terrorists]</w:t>
      </w:r>
    </w:p>
    <w:p>
      <w:r>
        <w:t>Yes?</w:t>
      </w:r>
    </w:p>
    <w:p>
      <w:r>
        <w:t>[Yes, now they are talking, the sh”deldim, that they want elections, elections]</w:t>
      </w:r>
    </w:p>
    <w:p>
      <w:r>
        <w:t>Ah</w:t>
      </w:r>
    </w:p>
    <w:p>
      <w:r>
        <w:t>[Perhaps there will be some elections]</w:t>
      </w:r>
    </w:p>
    <w:p>
      <w:r>
        <w:t>They too speak of “Na Na Nach,” they hear that there is “Na Nach,” what is this? What is this? They ask:</w:t>
      </w:r>
    </w:p>
    <w:p>
      <w:r>
        <w:t>“What is this? What is this, “Na Na Nach”?</w:t>
      </w:r>
    </w:p>
    <w:p>
      <w:r>
        <w:t>[They will yet ask, they will have such questions, that they will go mad]</w:t>
      </w:r>
    </w:p>
    <w:p>
      <w:r>
        <w:t>[…………]</w:t>
      </w:r>
    </w:p>
    <w:p>
      <w:r>
        <w:t>[………...]</w:t>
      </w:r>
    </w:p>
    <w:p>
      <w:r>
        <w:t>Leizer</w:t>
      </w:r>
    </w:p>
    <w:p>
      <w:r>
        <w:t>[Yes]</w:t>
      </w:r>
    </w:p>
    <w:p>
      <w:r>
        <w:t>Make me..</w:t>
      </w:r>
    </w:p>
    <w:p>
      <w:r>
        <w:t>[There is no milk]</w:t>
      </w:r>
    </w:p>
    <w:p>
      <w:r>
        <w:t>Make it without milk</w:t>
      </w:r>
    </w:p>
    <w:p>
      <w:r>
        <w:t>[Go bring milk from Buchbinder]</w:t>
      </w:r>
    </w:p>
    <w:p>
      <w:r>
        <w:t>From Buchbinder</w:t>
      </w:r>
    </w:p>
    <w:p>
      <w:r>
        <w:t>[No, go bring milk from Buchbinder, what is there?]</w:t>
      </w:r>
    </w:p>
    <w:p>
      <w:r>
        <w:t>No, no, it is hard for him, it will be, it will be without milk, what is there?</w:t>
      </w:r>
    </w:p>
    <w:p>
      <w:r>
        <w:t>[He is a young man]</w:t>
      </w:r>
    </w:p>
    <w:p>
      <w:r>
        <w:t>No, no</w:t>
      </w:r>
    </w:p>
    <w:p>
      <w:r>
        <w:t>[He said that it is a miracle, he told me it is a miracle, that his wife is pregnant]</w:t>
      </w:r>
    </w:p>
    <w:p>
      <w:r>
        <w:t>Ah?</w:t>
      </w:r>
    </w:p>
    <w:p>
      <w:r>
        <w:t>[It is a miracle, a great miracle, that his wife is pregnant, it is such a miracle, he told me]</w:t>
      </w:r>
    </w:p>
    <w:p>
      <w:r>
        <w:t>Yes, yes, yes</w:t>
      </w:r>
    </w:p>
    <w:p>
      <w:r>
        <w:t>He brought her out of all the troubles</w:t>
      </w:r>
    </w:p>
    <w:p>
      <w:r>
        <w:t>[Oy, Rabbainu, Rabbainu]</w:t>
      </w:r>
    </w:p>
    <w:p>
      <w:r>
        <w:t>Oy, but that he is in “Toldos Aharon,” this is not, this is not a thing, a good thing</w:t>
      </w:r>
    </w:p>
    <w:p>
      <w:r>
        <w:t>[Who? Leizer?]</w:t>
      </w:r>
    </w:p>
    <w:p>
      <w:r>
        <w:t>Leizer</w:t>
      </w:r>
    </w:p>
    <w:p>
      <w:r>
        <w:t>[Let him rise at midnight and pray vasikin, then everything will be all right</w:t>
      </w:r>
    </w:p>
    <w:p>
      <w:r>
        <w:t>And let him not sleep on me until eight in the morning, then he will be all right]</w:t>
      </w:r>
    </w:p>
    <w:p>
      <w:r>
        <w:t>Oy, oy, oy</w:t>
      </w:r>
    </w:p>
    <w:p>
      <w:r>
        <w:t>[He is a weak man, he is weak in body]</w:t>
      </w:r>
    </w:p>
    <w:p>
      <w:r>
        <w:t>Who, who? Leizer?</w:t>
      </w:r>
    </w:p>
    <w:p>
      <w:r>
        <w:t>[Leizer]</w:t>
      </w:r>
    </w:p>
    <w:p>
      <w:r>
        <w:t>Leizer? He looks, he looks strong</w:t>
      </w:r>
    </w:p>
    <w:p>
      <w:r>
        <w:t>[I do not know, he is weak.. he is thin like half a matchstick]</w:t>
      </w:r>
    </w:p>
    <w:p>
      <w:r>
        <w:t>Yes, I do not know</w:t>
      </w:r>
    </w:p>
    <w:p>
      <w:r>
        <w:t>Oy, oy, oy, oy, oy, oy, oy, oy..</w:t>
      </w:r>
    </w:p>
    <w:p>
      <w:r>
        <w:t>How many words Rebbe Yisroel spoke with me, all his words were</w:t>
      </w:r>
    </w:p>
    <w:p>
      <w:r>
        <w:t>“Perhaps I will succeed in putting into Yisroel Ber some word, some, some light of Hashem Yisborach</w:t>
      </w:r>
    </w:p>
    <w:p>
      <w:r>
        <w:t>Some.. perhaps he will have some good from this,” yes</w:t>
      </w:r>
    </w:p>
    <w:p>
      <w:r>
        <w:t>And he, and blessed is Hashem, he succeeded, and I sit here in bed, and I speak and tell what I saw</w:t>
      </w:r>
    </w:p>
    <w:p>
      <w:r>
        <w:t>What I.. what I saw, such wonders, such wonders, midnight, one does not see in the whole world</w:t>
      </w:r>
    </w:p>
    <w:p>
      <w:r>
        <w:t>The entire yeshivah was awake until before the middle of the night, and in the middle of the night they went to sleep</w:t>
      </w:r>
    </w:p>
    <w:p>
      <w:r>
        <w:t>[Yes, I knew]</w:t>
      </w:r>
    </w:p>
    <w:p>
      <w:r>
        <w:t>And they rose three hours into the day</w:t>
      </w:r>
    </w:p>
    <w:p>
      <w:r>
        <w:t>[He, Shazar, Shazar asked: “Who is this madman who is weeping, who is weeping, I hear such cries?”, Shazar:</w:t>
      </w:r>
    </w:p>
    <w:p>
      <w:r>
        <w:t>“Who is this madman?”, they told him: “This is a Breslover”]</w:t>
      </w:r>
    </w:p>
    <w:p>
      <w:r>
        <w:t>Yo</w:t>
      </w:r>
    </w:p>
    <w:p>
      <w:r>
        <w:t>{Yes}</w:t>
      </w:r>
    </w:p>
    <w:p>
      <w:r>
        <w:t>Then he came to me [Who?]</w:t>
      </w:r>
    </w:p>
    <w:p>
      <w:r>
        <w:t>[Yes..][Yes..]Shazar</w:t>
      </w:r>
    </w:p>
    <w:p>
      <w:r>
        <w:t>[Yes..]</w:t>
      </w:r>
    </w:p>
    <w:p>
      <w:r>
        <w:t>[Yes..]</w:t>
      </w:r>
    </w:p>
    <w:p>
      <w:r>
        <w:t>To the yeshivah</w:t>
      </w:r>
    </w:p>
    <w:p>
      <w:r>
        <w:t>[He came with the guard]</w:t>
      </w:r>
    </w:p>
    <w:p>
      <w:r>
        <w:t>Ah?</w:t>
      </w:r>
    </w:p>
    <w:p>
      <w:r>
        <w:t>[With the bodyguard, you told me, that he came with the guard]</w:t>
      </w:r>
    </w:p>
    <w:p>
      <w:r>
        <w:t>Yes, he took with him some person, a friend who was with him, he took him with him, he.., it was a time of danger</w:t>
      </w:r>
    </w:p>
    <w:p>
      <w:r>
        <w:t>At the time when there were riots, Arabs killed, killed Jews</w:t>
      </w:r>
    </w:p>
    <w:p>
      <w:r>
        <w:t>[In Teveria]</w:t>
      </w:r>
    </w:p>
    <w:p>
      <w:r>
        <w:t>In Teveria and in Tzfas, it was a time, a time when there was not..</w:t>
      </w:r>
    </w:p>
    <w:p>
      <w:r>
        <w:t>[This was before the “War of Independence”?]</w:t>
      </w:r>
    </w:p>
    <w:p>
      <w:r>
        <w:t>After the “War of Independence</w:t>
      </w:r>
    </w:p>
    <w:p>
      <w:r>
        <w:t>[After]</w:t>
      </w:r>
    </w:p>
    <w:p>
      <w:r>
        <w:t>At the time, in..</w:t>
      </w:r>
    </w:p>
    <w:p>
      <w:r>
        <w:t>[49, 1950?]</w:t>
      </w:r>
    </w:p>
    <w:p>
      <w:r>
        <w:t>At the time when the English entered Eretz Yisroel</w:t>
      </w:r>
    </w:p>
    <w:p>
      <w:r>
        <w:t>[Shazar?]</w:t>
      </w:r>
    </w:p>
    <w:p>
      <w:r>
        <w:t>Ah?</w:t>
      </w:r>
    </w:p>
    <w:p>
      <w:r>
        <w:t>[You knew Shazar in the time of the English? How could that be]</w:t>
      </w:r>
    </w:p>
    <w:p>
      <w:r>
        <w:t>5717.</w:t>
      </w:r>
    </w:p>
    <w:p>
      <w:r>
        <w:t>[5717 is one thousand nine hundred…?]</w:t>
      </w:r>
    </w:p>
    <w:p>
      <w:r>
        <w:t>In any case, he came with someone, and he, he went, and he remained alone</w:t>
      </w:r>
    </w:p>
    <w:p>
      <w:r>
        <w:t>And I walked with him as far as the {second} floor, I walked with him, and he, he passed along the way in peace</w:t>
      </w:r>
    </w:p>
    <w:p>
      <w:r>
        <w:t>I went, I returned, blessed is Hashem, in peace, yes</w:t>
      </w:r>
    </w:p>
    <w:p>
      <w:r>
        <w:t>[………….]</w:t>
      </w:r>
    </w:p>
    <w:p>
      <w:r>
        <w:t>And we studied in “Likutei Moharan,” I do not remember which Torah..</w:t>
      </w:r>
    </w:p>
    <w:p>
      <w:r>
        <w:t>[………]</w:t>
      </w:r>
    </w:p>
    <w:p>
      <w:r>
        <w:t>[……...]</w:t>
      </w:r>
    </w:p>
    <w:p>
      <w:r>
        <w:t>5717</w:t>
      </w:r>
    </w:p>
    <w:p>
      <w:r>
        <w:t>[Thirty years ago]</w:t>
      </w:r>
    </w:p>
    <w:p>
      <w:r>
        <w:t>Yes, yes</w:t>
      </w:r>
    </w:p>
    <w:p>
      <w:r>
        <w:t>[This was after the English left]</w:t>
      </w:r>
    </w:p>
    <w:p>
      <w:r>
        <w:t>Yes, eh?</w:t>
      </w:r>
    </w:p>
    <w:p>
      <w:r>
        <w:t>[That was nine years..]</w:t>
      </w:r>
    </w:p>
    <w:p>
      <w:r>
        <w:t>Yes, yes, yes, nein, nein, the British caused all the troubles in Eretz Yisroel, all the {{…...}}</w:t>
      </w:r>
    </w:p>
    <w:p>
      <w:r>
        <w:t>[No, that was after this, Rebbe Yisroel, that was after this]</w:t>
      </w:r>
    </w:p>
    <w:p>
      <w:r>
        <w:t>{..}</w:t>
      </w:r>
    </w:p>
    <w:p>
      <w:r>
        <w:t>[’17, that was in 1957, after the “Sinai War,” after the “Sinai War”]</w:t>
      </w:r>
    </w:p>
    <w:p>
      <w:r>
        <w:t>Sinai</w:t>
      </w:r>
    </w:p>
    <w:p>
      <w:r>
        <w:t>[No?]</w:t>
      </w:r>
    </w:p>
    <w:p>
      <w:r>
        <w:t>There were troubles from Arabs.. no? Oy, oy vey, vey, vey, oy vey, oy vey. Oy vey, oy vey</w:t>
      </w:r>
    </w:p>
    <w:p>
      <w:r>
        <w:t>It is miracles and wonders that I am alive, and I sit here and tell and speak of Rebbe Yisroel, of midnight, of..</w:t>
      </w:r>
    </w:p>
    <w:p>
      <w:r>
        <w:t>What, what kind of, what kind of service our men performed, the men of Rabbainu, what service</w:t>
      </w:r>
    </w:p>
    <w:p>
      <w:r>
        <w:t>He gave us difficult forms of service, “midnight,” nu, who, who, who can withstand this? What is this?</w:t>
      </w:r>
    </w:p>
    <w:p>
      <w:r>
        <w:t>At midnight time, time, time, is it a time to weep? At midnight it is the time of sleep, yes</w:t>
      </w:r>
    </w:p>
    <w:p>
      <w:r>
        <w:t>The whole world sleeps then, only, only the Breslovers</w:t>
      </w:r>
    </w:p>
    <w:p>
      <w:r>
        <w:t>Oy, the holy Rabbainu himself chose for us, the choicest time to sleep, and he said:</w:t>
      </w:r>
    </w:p>
    <w:p>
      <w:r>
        <w:t>“No, rise and go out, and go out in the winter, in the winds and the rains outside, among, among the trees, there you should go” how, th.. th..</w:t>
      </w:r>
    </w:p>
    <w:p>
      <w:r>
        <w:t>The king’s daughter, she, she fled..</w:t>
      </w:r>
    </w:p>
    <w:p>
      <w:r>
        <w:t>She went to sleep, and in the morning they did not know where she was, yes, he, she was lost</w:t>
      </w:r>
    </w:p>
    <w:p>
      <w:r>
        <w:t>The king said: “The not-good should take you,” nu, nu</w:t>
      </w:r>
    </w:p>
    <w:p>
      <w:r>
        <w:t>And the viceroy sacrificed himself, and went in the fields and in the deserts, yes, to search for the king’s daughter</w:t>
      </w:r>
    </w:p>
    <w:p>
      <w:r>
        <w:t>[Saba, do you want a little cake?]</w:t>
      </w:r>
    </w:p>
    <w:p>
      <w:r>
        <w:t>I do not, give, give, take for yourselves</w:t>
      </w:r>
    </w:p>
    <w:p>
      <w:r>
        <w:t>[Money no, but this, yes, money no, but cake yes]</w:t>
      </w:r>
    </w:p>
    <w:p>
      <w:r>
        <w:t>No, only money, no</w:t>
      </w:r>
    </w:p>
    <w:p>
      <w:r>
        <w:t>[Cake, yes]</w:t>
      </w:r>
    </w:p>
    <w:p>
      <w:r>
        <w:t>Take a knife, here, here you have a knife</w:t>
      </w:r>
    </w:p>
    <w:p>
      <w:r>
        <w:t>The holy Rabbainu, what he does, what he does to us</w:t>
      </w:r>
    </w:p>
    <w:p>
      <w:r>
        <w:t>Midnight, the fourth prayer is midnight, there is Shacharis, Minchah, Maariv, and midnight is Rabbainu</w:t>
      </w:r>
    </w:p>
    <w:p>
      <w:r>
        <w:t>[…………]</w:t>
      </w:r>
    </w:p>
    <w:p>
      <w:r>
        <w:t>[Blessed are You, Hashem our God, King of the world, “Who creates varieties of nourishment..”]</w:t>
      </w:r>
    </w:p>
    <w:p>
      <w:r>
        <w:t>Amen</w:t>
      </w:r>
    </w:p>
    <w:p>
      <w:r>
        <w:t>I saw how Rebbe Yisroel was, went in garments, in simple garments</w:t>
      </w:r>
    </w:p>
    <w:p>
      <w:r>
        <w:t>[Like this]</w:t>
      </w:r>
    </w:p>
    <w:p>
      <w:r>
        <w:t>Ah {…}, yes, and the body was bones and skin</w:t>
      </w:r>
    </w:p>
    <w:p>
      <w:r>
        <w:t>[Thin]</w:t>
      </w:r>
    </w:p>
    <w:p>
      <w:r>
        <w:t>Yes</w:t>
      </w:r>
    </w:p>
    <w:p>
      <w:r>
        <w:t>[Like Leizer]</w:t>
      </w:r>
    </w:p>
    <w:p>
      <w:r>
        <w:t>No..</w:t>
      </w:r>
    </w:p>
    <w:p>
      <w:r>
        <w:t>[More than that? More than that?]</w:t>
      </w:r>
    </w:p>
    <w:p>
      <w:r>
        <w:t>[…….]</w:t>
      </w:r>
    </w:p>
    <w:p>
      <w:r>
        <w:t>Oy, oy, oy, the body was not pleased with Rebbe Yisroel, the body, he gave it bread and tea</w:t>
      </w:r>
    </w:p>
    <w:p>
      <w:r>
        <w:t>[But he ruled over it]</w:t>
      </w:r>
    </w:p>
    <w:p>
      <w:r>
        <w:t>Yes</w:t>
      </w:r>
    </w:p>
    <w:p>
      <w:r>
        <w:t>[It was not pleased, but he ruled over it]</w:t>
      </w:r>
    </w:p>
    <w:p>
      <w:r>
        <w:t>Ah..</w:t>
      </w:r>
    </w:p>
    <w:p>
      <w:r>
        <w:t>[If only I would rule like that]</w:t>
      </w:r>
    </w:p>
    <w:p>
      <w:r>
        <w:t>Ah, ah, ah, ai, ai, ai..</w:t>
      </w:r>
    </w:p>
    <w:p>
      <w:r>
        <w:t>What did Rabbainu want from us? Why did he give us midnight? That it is so difficult?</w:t>
      </w:r>
    </w:p>
    <w:p>
      <w:r>
        <w:t>[He wants, that we should be tzaddikim, Rebbe Yisroel, whoever wants to be with you, he must be a tzaddik</w:t>
      </w:r>
    </w:p>
    <w:p>
      <w:r>
        <w:t>If he does not want th.., he needs to go]</w:t>
      </w:r>
    </w:p>
    <w:p>
      <w:r>
        <w:t>Ahh..</w:t>
      </w:r>
    </w:p>
    <w:p>
      <w:r>
        <w:t>[Whoever wants to be close to the Petek, he must be a tzaddik, if not, he can go home] Oy, oy, oy, oy..</w:t>
      </w:r>
    </w:p>
    <w:p>
      <w:r>
        <w:t>[………...……]</w:t>
      </w:r>
    </w:p>
    <w:p>
      <w:r>
        <w:t>[…………...…]</w:t>
      </w:r>
    </w:p>
    <w:p>
      <w:r>
        <w:t>And also Rebbe Yisroel would fast, from midnight until midday, he would pray midnight and the Shacharis prayer, ‘Tikkun Chatzos’ and the Shacharis prayer and hisbodedus</w:t>
      </w:r>
    </w:p>
    <w:p>
      <w:r>
        <w:t>[‘Tikkun Chatzos,’ hisbodedus, Zohar, Shacharis, halachos, Gemara, and afterward to eat]</w:t>
      </w:r>
    </w:p>
    <w:p>
      <w:r>
        <w:t>Oy, oy, oy, oy, oy..</w:t>
      </w:r>
    </w:p>
    <w:p>
      <w:r>
        <w:t>[………….……]</w:t>
      </w:r>
    </w:p>
    <w:p>
      <w:r>
        <w:t>[……………..……]</w:t>
      </w:r>
    </w:p>
    <w:p>
      <w:r>
        <w:t>Ah, yes, yes, yes, I had fears, I would go in the field to practice hisbodedus at night, I had fears; once I saw a wolf, yes</w:t>
      </w:r>
    </w:p>
    <w:p>
      <w:r>
        <w:t>[Yes?]</w:t>
      </w:r>
    </w:p>
    <w:p>
      <w:r>
        <w:t>Yes, you have not seen a wolf?</w:t>
      </w:r>
    </w:p>
    <w:p>
      <w:r>
        <w:t>[No]</w:t>
      </w:r>
    </w:p>
    <w:p>
      <w:r>
        <w:t>I saw several times</w:t>
      </w:r>
    </w:p>
    <w:p>
      <w:r>
        <w:t>[I do not know what it looks like]</w:t>
      </w:r>
    </w:p>
    <w:p>
      <w:r>
        <w:t>I, I went to practice hisbodedus, and I saw a wolf, a wolf is like a dog, like a dog</w:t>
      </w:r>
    </w:p>
    <w:p>
      <w:r>
        <w:t>But it is fierce, it, it is strong</w:t>
      </w:r>
    </w:p>
    <w:p>
      <w:r>
        <w:t>[More than a dog]</w:t>
      </w:r>
    </w:p>
    <w:p>
      <w:r>
        <w:t>Bigger</w:t>
      </w:r>
    </w:p>
    <w:p>
      <w:r>
        <w:t>[It is bigger]</w:t>
      </w:r>
    </w:p>
    <w:p>
      <w:r>
        <w:t>Bigger</w:t>
      </w:r>
    </w:p>
    <w:p>
      <w:r>
        <w:t>[It is like a donkey]</w:t>
      </w:r>
    </w:p>
    <w:p>
      <w:r>
        <w:t>No, no</w:t>
      </w:r>
    </w:p>
    <w:p>
      <w:r>
        <w:t>[Half a donkey]</w:t>
      </w:r>
    </w:p>
    <w:p>
      <w:r>
        <w:t>No, no, no, a kind of dog, but big, bigger, a kind of dog like this</w:t>
      </w:r>
    </w:p>
    <w:p>
      <w:r>
        <w:t>[It is dangerous, it is dangerous, right?]</w:t>
      </w:r>
    </w:p>
    <w:p>
      <w:r>
        <w:t>Yes, also its face and its eyes, they, fear falls {upon you}</w:t>
      </w:r>
    </w:p>
    <w:p>
      <w:r>
        <w:t>[Yes]</w:t>
      </w:r>
    </w:p>
    <w:p>
      <w:r>
        <w:t>Because one feels that it is a wild animal that can eat, th..</w:t>
      </w:r>
    </w:p>
    <w:p>
      <w:r>
        <w:t>[Meat, raw meat]</w:t>
      </w:r>
    </w:p>
    <w:p>
      <w:r>
        <w:t>{It will attack}, but, blessed is Hashem, I saw that the wolf went, went on its way, yes</w:t>
      </w:r>
    </w:p>
    <w:p>
      <w:r>
        <w:t>And did not harm me, yes</w:t>
      </w:r>
    </w:p>
    <w:p>
      <w:r>
        <w:t>[Like the Arab with the weapon, who came out at you one time]</w:t>
      </w:r>
    </w:p>
    <w:p>
      <w:r>
        <w:t>[What did you do when you saw the wolf? Did you shout or stand in place?]</w:t>
      </w:r>
    </w:p>
    <w:p>
      <w:r>
        <w:t>Eh?</w:t>
      </w:r>
    </w:p>
    <w:p>
      <w:r>
        <w:t>[When you saw the wolf, what did you do? Did you pray that it should go, were you praying, that it should go]</w:t>
      </w:r>
    </w:p>
    <w:p>
      <w:r>
        <w:t>I, I, I looked at it, and it looked at me</w:t>
      </w:r>
    </w:p>
    <w:p>
      <w:r>
        <w:t>It was afraid of me, and I was afraid of it, so we looked at one another, “What will be, what will be here?”</w:t>
      </w:r>
    </w:p>
    <w:p>
      <w:r>
        <w:t>[They said, hello]</w:t>
      </w:r>
    </w:p>
    <w:p>
      <w:r>
        <w:t>Yes</w:t>
      </w:r>
    </w:p>
    <w:p>
      <w:r>
        <w:t>[You told me, that once you came out of the field]</w:t>
      </w:r>
    </w:p>
    <w:p>
      <w:r>
        <w:t>Oy</w:t>
      </w:r>
    </w:p>
    <w:p>
      <w:r>
        <w:t>[And suddenly an Arab came upon you with a weapon]</w:t>
      </w:r>
    </w:p>
    <w:p>
      <w:r>
        <w:t>Eh?</w:t>
      </w:r>
    </w:p>
    <w:p>
      <w:r>
        <w:t>[Once you came out of the field]</w:t>
      </w:r>
    </w:p>
    <w:p>
      <w:r>
        <w:t>In Meron, this, this was in Meron</w:t>
      </w:r>
    </w:p>
    <w:p>
      <w:r>
        <w:t>[An Arab came upon you with a weapon]</w:t>
      </w:r>
    </w:p>
    <w:p>
      <w:r>
        <w:t>In Meron, a terrorist, a terrorist</w:t>
      </w:r>
    </w:p>
    <w:p>
      <w:r>
        <w:t>[Terrorist]</w:t>
      </w:r>
    </w:p>
    <w:p>
      <w:r>
        <w:t>But I had a miracle from Hashem Yisborach, he could have killed me, and they would not even have known where I was</w:t>
      </w:r>
    </w:p>
    <w:p>
      <w:r>
        <w:t>Nu, but {Your people}.., there was a miracle, that the terrorist was afraid, perhaps there are many Jews wh..</w:t>
      </w:r>
    </w:p>
    <w:p>
      <w:r>
        <w:t>[What, one will go…]</w:t>
      </w:r>
    </w:p>
    <w:p>
      <w:r>
        <w:t>That they are searching for terrorists, that they kill, that they.. so he, he kept silent</w:t>
      </w:r>
    </w:p>
    <w:p>
      <w:r>
        <w:t>And went with the weapon, and went on his way, and I went on my way, and I was saved from the weapon, from the terrorist</w:t>
      </w:r>
    </w:p>
    <w:p>
      <w:r>
        <w:t>[So you heard him, you heard him?]</w:t>
      </w:r>
    </w:p>
    <w:p>
      <w:r>
        <w:t>He was afraid, if he fires a shot, then he..</w:t>
      </w:r>
    </w:p>
    <w:p>
      <w:r>
        <w:t>[He saw you, and you saw him?]</w:t>
      </w:r>
    </w:p>
    <w:p>
      <w:r>
        <w:t>Eh? Yes, certainly</w:t>
      </w:r>
    </w:p>
    <w:p>
      <w:r>
        <w:t>I went from here to here, and he went from here to here, {there was….}</w:t>
      </w:r>
    </w:p>
    <w:p>
      <w:r>
        <w:t>[They saw one another]</w:t>
      </w:r>
    </w:p>
    <w:p>
      <w:r>
        <w:t>Yes, yes, and he had, and he goes with, went with a weapon</w:t>
      </w:r>
    </w:p>
    <w:p>
      <w:r>
        <w:t>He went with a weapon, and could have killed me in one moment</w:t>
      </w:r>
    </w:p>
    <w:p>
      <w:r>
        <w:t>And he was afraid, if he fired, if, if, if the Jews heard, if they heard a shot</w:t>
      </w:r>
    </w:p>
    <w:p>
      <w:r>
        <w:t>Then they would search for the terrorists, they would search for terrorists</w:t>
      </w:r>
    </w:p>
    <w:p>
      <w:r>
        <w:t>What is this?</w:t>
      </w:r>
    </w:p>
    <w:p>
      <w:r>
        <w:t>[What should I do with this?]</w:t>
      </w:r>
    </w:p>
    <w:p>
      <w:r>
        <w:t>What is this?</w:t>
      </w:r>
    </w:p>
    <w:p>
      <w:r>
        <w:t>[The ring, she returned the ring]</w:t>
      </w:r>
    </w:p>
    <w:p>
      <w:r>
        <w:t>Who?</w:t>
      </w:r>
    </w:p>
    <w:p>
      <w:r>
        <w:t>[The bride]</w:t>
      </w:r>
    </w:p>
    <w:p>
      <w:r>
        <w:t>Returned</w:t>
      </w:r>
    </w:p>
    <w:p>
      <w:r>
        <w:t>[Yes]</w:t>
      </w:r>
    </w:p>
    <w:p>
      <w:r>
        <w:t>He has no, he has no garments, clothes with her</w:t>
      </w:r>
    </w:p>
    <w:p>
      <w:r>
        <w:t>[Nothing at all]</w:t>
      </w:r>
    </w:p>
    <w:p>
      <w:r>
        <w:t>No, nothing, nothing, eh?</w:t>
      </w:r>
    </w:p>
    <w:p>
      <w:r>
        <w:t>[Only a ring]</w:t>
      </w:r>
    </w:p>
    <w:p>
      <w:r>
        <w:t>What {now}…</w:t>
      </w:r>
    </w:p>
    <w:p>
      <w:r>
        <w:t>…[………]</w:t>
      </w:r>
    </w:p>
    <w:p>
      <w:r>
        <w:t>[…………]</w:t>
      </w:r>
    </w:p>
    <w:p>
      <w:r>
        <w:t>{..}</w:t>
      </w:r>
    </w:p>
    <w:p>
      <w:r>
        <w:t>[I want to eat..]</w:t>
      </w:r>
    </w:p>
    <w:p>
      <w:r>
        <w:t>Eh?</w:t>
      </w:r>
    </w:p>
    <w:p>
      <w:r>
        <w:t>[To eat redemption, I want]</w:t>
      </w:r>
    </w:p>
    <w:p>
      <w:r>
        <w:t>Oy.. {..}</w:t>
      </w:r>
    </w:p>
    <w:p>
      <w:r>
        <w:t>They do not need to eat, but I am a sick man</w:t>
      </w:r>
    </w:p>
    <w:p>
      <w:r>
        <w:t>If you do not give me food, then not {{….}}</w:t>
      </w:r>
    </w:p>
    <w:p>
      <w:r>
        <w:t>Then I will travel to.., {{I will jump, eh, to Eretz Yisroel}}</w:t>
      </w:r>
    </w:p>
    <w:p>
      <w:r>
        <w:t>[Good, eat there]…</w:t>
      </w:r>
    </w:p>
    <w:p>
      <w:r>
        <w:t>...[Here it is America, this is different food] Oy..</w:t>
      </w:r>
    </w:p>
    <w:p>
      <w:r>
        <w:t>[There one needs to tithe, “terumos and maasros”]</w:t>
      </w:r>
    </w:p>
    <w:p>
      <w:r>
        <w:t>Yo</w:t>
      </w:r>
    </w:p>
    <w:p>
      <w:r>
        <w:t>[There there is no tomato juice, only here]</w:t>
      </w:r>
    </w:p>
    <w:p>
      <w:r>
        <w:t>[Are you leaving this outside for me, or is this.., or do I throw it in the garbage?]</w:t>
      </w:r>
    </w:p>
    <w:p>
      <w:r>
        <w:t>[Here, here, yes]</w:t>
      </w:r>
    </w:p>
    <w:p>
      <w:r>
        <w:t>[……]</w:t>
      </w:r>
    </w:p>
    <w:p>
      <w:r>
        <w:t>{Take th..\like this}</w:t>
      </w:r>
    </w:p>
    <w:p>
      <w:r>
        <w:t>[Everything is all right, if you..]</w:t>
      </w:r>
    </w:p>
    <w:p>
      <w:r>
        <w:t>[No, he wants them, he wants them, he wants the garments]</w:t>
      </w:r>
    </w:p>
    <w:p>
      <w:r>
        <w:t>Oy, oy vey.. oy.. oy, oy, oy</w:t>
      </w:r>
    </w:p>
    <w:p>
      <w:r>
        <w:t>[Oy, oy, oy..]</w:t>
      </w:r>
    </w:p>
    <w:p>
      <w:r>
        <w:t>I am so accustomed to.. to such lowliness and to suffering troubles, I am already accustomed to it</w:t>
      </w:r>
    </w:p>
    <w:p>
      <w:r>
        <w:t>And blessed is Hashem, everything was in its due time and at its proper time, and everything was kept for now</w:t>
      </w:r>
    </w:p>
    <w:p>
      <w:r>
        <w:t>And also the letter from sixty-three years ago, yes, was preparation for now</w:t>
      </w:r>
    </w:p>
    <w:p>
      <w:r>
        <w:t>For sixty years it was, it was without publicity, yes</w:t>
      </w:r>
    </w:p>
    <w:p>
      <w:r>
        <w:t>I told Rabbi Shlomo Wexler, distinguished people, my friends, but not publicly</w:t>
      </w:r>
    </w:p>
    <w:p>
      <w:r>
        <w:t>[Rebbe Yisroel, I think that all of us here were born for the letter]</w:t>
      </w:r>
    </w:p>
    <w:p>
      <w:r>
        <w:t>What? What?</w:t>
      </w:r>
    </w:p>
    <w:p>
      <w:r>
        <w:t>[We were all born for the letter]</w:t>
      </w:r>
    </w:p>
    <w:p>
      <w:r>
        <w:t>And the letter was before they were born, {yes}</w:t>
      </w:r>
    </w:p>
    <w:p>
      <w:r>
        <w:t>[…]</w:t>
      </w:r>
    </w:p>
    <w:p>
      <w:r>
        <w:t>Ah..</w:t>
      </w:r>
    </w:p>
    <w:p>
      <w:r>
        <w:t>Blessed is Hashem, blessed is Hashem, we have a house and a kitchen and fire</w:t>
      </w:r>
    </w:p>
    <w:p>
      <w:r>
        <w:t>And we can drink, bread can be bought, blessed is Hashem, in abundance</w:t>
      </w:r>
    </w:p>
    <w:p>
      <w:r>
        <w:t>And it is possible to drink, and to eat bread with tea and live a good life</w:t>
      </w:r>
    </w:p>
    <w:p>
      <w:r>
        <w:t>[With a little sausage with th..]</w:t>
      </w:r>
    </w:p>
    <w:p>
      <w:r>
        <w:t>In America, “they are from the Land of Israel,” how we come, come to America</w:t>
      </w:r>
    </w:p>
    <w:p>
      <w:r>
        <w:t>And conquer a room and a kitchen and water and everything that is needed, we have here</w:t>
      </w:r>
    </w:p>
    <w:p>
      <w:r>
        <w:t>W.., the whole world was created for us, yes</w:t>
      </w:r>
    </w:p>
    <w:p>
      <w:r>
        <w:t>[When will we receive a large printing press?]</w:t>
      </w:r>
    </w:p>
    <w:p>
      <w:r>
        <w:t>{..}</w:t>
      </w:r>
    </w:p>
    <w:p>
      <w:r>
        <w:t>[We still need to receive a printing press and fill the houses of Israel with books and that is it]</w:t>
      </w:r>
    </w:p>
    <w:p>
      <w:r>
        <w:t>Everything, the Shabbos of th.., the Shabboses of now are the preparation for the printing press</w:t>
      </w:r>
    </w:p>
    <w:p>
      <w:r>
        <w:t>First of all we conquer America, afterward the whole world</w:t>
      </w:r>
    </w:p>
    <w:p>
      <w:r>
        <w:t>Not we, the letter, everything is the letter, for, how are we here?</w:t>
      </w:r>
    </w:p>
    <w:p>
      <w:r>
        <w:t>If not for the letter, we have nothing to do in America</w:t>
      </w:r>
    </w:p>
    <w:p>
      <w:r>
        <w:t>[That is right, but..]</w:t>
      </w:r>
    </w:p>
    <w:p>
      <w:r>
        <w:t>Ay, ay, ay, ay..</w:t>
      </w:r>
    </w:p>
    <w:p>
      <w:r>
        <w:t>Such wonders of Hashem, such a letter that did not..</w:t>
      </w:r>
    </w:p>
    <w:p>
      <w:r>
        <w:t>One does not hear, we have not heard and it is not possible to enter into the mind, w.., such a miracle and wonder, in this generation of darkness</w:t>
      </w:r>
    </w:p>
    <w:p>
      <w:r>
        <w:t>[Rebbe Yisroel, what are the points, the points?]</w:t>
      </w:r>
    </w:p>
    <w:p>
      <w:r>
        <w:t>The points? The points are great secrets, the letters with the points</w:t>
      </w:r>
    </w:p>
    <w:p>
      <w:r>
        <w:t>And is it impossible to read “Nachman” without points?</w:t>
      </w:r>
    </w:p>
    <w:p>
      <w:r>
        <w:t>Oy, every.. there is a point on ‘Na..</w:t>
      </w:r>
    </w:p>
    <w:p>
      <w:r>
        <w:t>Na’ - patach</w:t>
      </w:r>
    </w:p>
    <w:p>
      <w:r>
        <w:t>Naḥ’ - patach sheva</w:t>
      </w:r>
    </w:p>
    <w:p>
      <w:r>
        <w:t>Naḥma’</w:t>
      </w:r>
    </w:p>
    <w:p>
      <w:r>
        <w:t>‘Naḥman - everything is points</w:t>
      </w:r>
    </w:p>
    <w:p>
      <w:r>
        <w:t>And also it is ‘simple, doubled..,’ why not five? Why not three? Only four</w:t>
      </w:r>
    </w:p>
    <w:p>
      <w:r>
        <w:t>It is ‘simple, doubled, tripled, fourfold’</w:t>
      </w:r>
    </w:p>
    <w:p>
      <w:r>
        <w:t>This is the melody that will be played in the future by our righteous Mashiach, to rectify the world</w:t>
      </w:r>
    </w:p>
    <w:p>
      <w:r>
        <w:t>And this song is, he reveals here in this letter, that it is this song:</w:t>
      </w:r>
    </w:p>
    <w:p>
      <w:r>
        <w:t>‘Simple, doubled, tripled, fourfold,’ “Na Naḥ Naḥma Naḥman.. MeUman”</w:t>
      </w:r>
    </w:p>
    <w:p>
      <w:r>
        <w:t>Oy, oy, oy..</w:t>
      </w:r>
    </w:p>
    <w:p>
      <w:r>
        <w:t>There is free choice, we, we needed to be holy tzaddikim, not to ask anyone in the whole world</w:t>
      </w:r>
    </w:p>
    <w:p>
      <w:r>
        <w:t>Yes, when there is such a {thing} of wonder, in this darkness there is such a wonder, such a letter</w:t>
      </w:r>
    </w:p>
    <w:p>
      <w:r>
        <w:t>How was it signed? And how was it written? And how.. {...}</w:t>
      </w:r>
    </w:p>
    <w:p>
      <w:r>
        <w:t>The sign is that no human being knew of this, only, only I and Hashem Yisborach</w:t>
      </w:r>
    </w:p>
    <w:p>
      <w:r>
        <w:t>And also how did it enter the cabinet, in Teveria, into the cabinet</w:t>
      </w:r>
    </w:p>
    <w:p>
      <w:r>
        <w:t>And I opened the book, opened it and saw the piece of paper</w:t>
      </w:r>
    </w:p>
    <w:p>
      <w:r>
        <w:t>And I did not pay attention to it, “What? Paper? What is this paper? What will the paper do for me?”</w:t>
      </w:r>
    </w:p>
    <w:p>
      <w:r>
        <w:t>And it will conquer the whole world, this paper</w:t>
      </w:r>
    </w:p>
    <w:p>
      <w:r>
        <w:t>This is us, the world laughs at us</w:t>
      </w:r>
    </w:p>
    <w:p>
      <w:r>
        <w:t>“What? They are fools, they, they, they say such things</w:t>
      </w:r>
    </w:p>
    <w:p>
      <w:r>
        <w:t>How is it possible for us to know such a thing?”</w:t>
      </w:r>
    </w:p>
    <w:p>
      <w:r>
        <w:t>But there is a tzaddik, Rabbainu Rebbe Nachman, who is this, this, this, he is entirely, entirely a miracle</w:t>
      </w:r>
    </w:p>
    <w:p>
      <w:r>
        <w:t>Every word that came out of his mouth, everything he revealed and all his matters and every soul that drew close to him</w:t>
      </w:r>
    </w:p>
    <w:p>
      <w:r>
        <w:t>And every book that is printed, this all pertains to the redemption, because he is the essence of the redemption</w:t>
      </w:r>
    </w:p>
    <w:p>
      <w:r>
        <w:t>And this is alluded to in this, in this letter, “Na Naḥ Nachm..” he is the redemption, this is the song that will be played</w:t>
      </w:r>
    </w:p>
    <w:p>
      <w:r>
        <w:t>This is a song of kindness that will be played in the future, it is this song, yes</w:t>
      </w:r>
    </w:p>
    <w:p>
      <w:r>
        <w:t>Oy, oy, oy, oy..</w:t>
      </w:r>
    </w:p>
    <w:p>
      <w:r>
        <w:t>We hold in hand, all the miracles, they were, they were, temporary, were only in their times, in the time, temporary</w:t>
      </w:r>
    </w:p>
    <w:p>
      <w:r>
        <w:t>And now we, the miracles of Egypt and other miracles are written in the Torah, miracles, miracles, miracles</w:t>
      </w:r>
    </w:p>
    <w:p>
      <w:r>
        <w:t>But we do not see, we believe in the Torah that there were miracles [..]</w:t>
      </w:r>
    </w:p>
    <w:p>
      <w:r>
        <w:t>Certainly</w:t>
      </w:r>
    </w:p>
    <w:p>
      <w:r>
        <w:t>But this is alive and enduring, this is alive and enduring, and this is such a miracle</w:t>
      </w:r>
    </w:p>
    <w:p>
      <w:r>
        <w:t>How did it come to Teveria? And how did it come to the book?</w:t>
      </w:r>
    </w:p>
    <w:p>
      <w:r>
        <w:t>And how did I open the book and the letter was there?</w:t>
      </w:r>
    </w:p>
    <w:p>
      <w:r>
        <w:t>And one sees such providence with the eyes, one sees such wonders that are impossible, above nature, yes</w:t>
      </w:r>
    </w:p>
    <w:p>
      <w:r>
        <w:t>And the holy Rabbainu writes about me, about Yisroel Ber:</w:t>
      </w:r>
    </w:p>
    <w:p>
      <w:r>
        <w:t>“About you I said: My little fire will smolder until Mashiach comes”</w:t>
      </w:r>
    </w:p>
    <w:p>
      <w:r>
        <w:t>The holy Rabbainu said this:</w:t>
      </w:r>
    </w:p>
    <w:p>
      <w:r>
        <w:t>“My little fire will smolder until Mashiach comes”</w:t>
      </w:r>
    </w:p>
    <w:p>
      <w:r>
        <w:t>He promised that he, that his fire would not be extinguished</w:t>
      </w:r>
    </w:p>
    <w:p>
      <w:r>
        <w:t>Then this that I said then, this is “about you I said”</w:t>
      </w:r>
    </w:p>
    <w:p>
      <w:r>
        <w:t>“And about you I said: My little fire will smolder until Mashiach comes”</w:t>
      </w:r>
    </w:p>
    <w:p>
      <w:r>
        <w:t>[“‘Let us make man’ was said for your sake”]</w:t>
      </w:r>
    </w:p>
    <w:p>
      <w:r>
        <w:t>Oy, oy..</w:t>
      </w:r>
    </w:p>
    <w:p>
      <w:r>
        <w:t>This, this is a wonder, a wonder, everything is a wonder, how he.. if it were some leader of the generation, a scholar and a tzaddik and.. yes, but no, a simple man like me, and still, and I know myself, it is impossible for me..</w:t>
      </w:r>
    </w:p>
    <w:p>
      <w:r>
        <w:t>How did he come, he, he, he, he took, he took Yisroel Ber</w:t>
      </w:r>
    </w:p>
    <w:p>
      <w:r>
        <w:t>He first brought me close to the holy Rabbainu, yes</w:t>
      </w:r>
    </w:p>
    <w:p>
      <w:r>
        <w:t>To draw close to the holy Rabbainu with such self-sacrifice, with coura.., with such courage, yes</w:t>
      </w:r>
    </w:p>
    <w:p>
      <w:r>
        <w:t>And.. and afterward the matter of the letter, the matter of the letter</w:t>
      </w:r>
    </w:p>
    <w:p>
      <w:r>
        <w:t>Sixty years it, and it is alive and endur.., it is present in the world, a piece of thin paper</w:t>
      </w:r>
    </w:p>
    <w:p>
      <w:r>
        <w:t>A piece of paper, how does it endure for sixty years?</w:t>
      </w:r>
    </w:p>
    <w:p>
      <w:r>
        <w:t>Even a human being of sixty years is already an old man, yes</w:t>
      </w:r>
    </w:p>
    <w:p>
      <w:r>
        <w:t>And a piece of paper is alive for sixty-three years, how is it present in the world?</w:t>
      </w:r>
    </w:p>
    <w:p>
      <w:r>
        <w:t>And also it was in great dangers, I sent it to Poland before the war</w:t>
      </w:r>
    </w:p>
    <w:p>
      <w:r>
        <w:t>To Poland, and they returned it to me, and I received it in.. in the mail</w:t>
      </w:r>
    </w:p>
    <w:p>
      <w:r>
        <w:t>And this was a miracle, a miracle, a miracle, yes</w:t>
      </w:r>
    </w:p>
    <w:p>
      <w:r>
        <w:t>Oy..</w:t>
      </w:r>
    </w:p>
    <w:p>
      <w:r>
        <w:t>Oy, oy…</w:t>
      </w:r>
    </w:p>
    <w:p>
      <w:r>
        <w:t>...the letter, then Hashem Yisborach sent Aharon, it was through him</w:t>
      </w:r>
    </w:p>
    <w:p>
      <w:r>
        <w:t>And were it not for Aharon, the letter would not have been revealed</w:t>
      </w:r>
    </w:p>
    <w:p>
      <w:r>
        <w:t>[Not I, it is you, what am I]</w:t>
      </w:r>
    </w:p>
    <w:p>
      <w:r>
        <w:t>[Yes, it is you, you]</w:t>
      </w:r>
    </w:p>
    <w:p>
      <w:r>
        <w:t>[No, no]</w:t>
      </w:r>
    </w:p>
    <w:p>
      <w:r>
        <w:t>What do you have?</w:t>
      </w:r>
    </w:p>
    <w:p>
      <w:r>
        <w:t>[What? I have nothing]</w:t>
      </w:r>
    </w:p>
    <w:p>
      <w:r>
        <w:t>[He awakened the letter, Saba]</w:t>
      </w:r>
    </w:p>
    <w:p>
      <w:r>
        <w:t>Eh?</w:t>
      </w:r>
    </w:p>
    <w:p>
      <w:r>
        <w:t>{..}[What? This? What? This?] Yes, what, what is this?[This is a tape recorder]{..}[What? This? What? This?] Yes, what, what is this?[This is a tape recorder][He awakened the letter]</w:t>
      </w:r>
    </w:p>
    <w:p>
      <w:r>
        <w:t>{..}</w:t>
      </w:r>
    </w:p>
    <w:p>
      <w:r>
        <w:t>[What? This? What? This?] Yes, what, what is this?</w:t>
      </w:r>
    </w:p>
    <w:p>
      <w:r>
        <w:t>[This is a tape recorder]</w:t>
      </w:r>
    </w:p>
    <w:p>
      <w:r>
        <w:t>{..}</w:t>
      </w:r>
    </w:p>
    <w:p>
      <w:r>
        <w:t>[What? This? What? This?] Yes, what, what is this?</w:t>
      </w:r>
    </w:p>
    <w:p>
      <w:r>
        <w:t>[This is a tape recorder]</w:t>
      </w:r>
    </w:p>
    <w:p>
      <w:r>
        <w:t>Ah, I thought that this was {written here}</w:t>
      </w:r>
    </w:p>
    <w:p>
      <w:r>
        <w:t>Oy, oy, oy, such a wonder</w:t>
      </w:r>
    </w:p>
    <w:p>
      <w:r>
        <w:t>The letter, for sixty years, was sleeping and did not, did not do anything, no, no publicity and no this, yes</w:t>
      </w:r>
    </w:p>
    <w:p>
      <w:r>
        <w:t>And after sixty years it awakened, awakened slowly, slowly, yes</w:t>
      </w:r>
    </w:p>
    <w:p>
      <w:r>
        <w:t>And it said, and says:</w:t>
      </w:r>
    </w:p>
    <w:p>
      <w:r>
        <w:t>“Here I am, I have come now, I am coming, yes, to rectify the world”</w:t>
      </w:r>
    </w:p>
    <w:p>
      <w:r>
        <w:t>[Kobi is a great wonder, Kobi, Kobi is a great wonder, Rebbe Yisroel]</w:t>
      </w:r>
    </w:p>
    <w:p>
      <w:r>
        <w:t>Eh?</w:t>
      </w:r>
    </w:p>
    <w:p>
      <w:r>
        <w:t>[Even if you came to America the previous time only for Yaakov, it was worthwhile]</w:t>
      </w:r>
    </w:p>
    <w:p>
      <w:r>
        <w:t>Yes</w:t>
      </w:r>
    </w:p>
    <w:p>
      <w:r>
        <w:t>[Yes]</w:t>
      </w:r>
    </w:p>
    <w:p>
      <w:r>
        <w:t>[What does the note say? “Here I am”]</w:t>
      </w:r>
    </w:p>
    <w:p>
      <w:r>
        <w:t>[Yes]</w:t>
      </w:r>
    </w:p>
    <w:p>
      <w:r>
        <w:t>Blessed is Hashem</w:t>
      </w:r>
    </w:p>
    <w:p>
      <w:r>
        <w:t>[It says “Here I am”]</w:t>
      </w:r>
    </w:p>
    <w:p>
      <w:r>
        <w:t>Oy</w:t>
      </w:r>
    </w:p>
    <w:p>
      <w:r>
        <w:t>[The note says “Here I am” about itself]</w:t>
      </w:r>
    </w:p>
    <w:p>
      <w:r>
        <w:t>Oy</w:t>
      </w:r>
    </w:p>
    <w:p>
      <w:r>
        <w:t>[I want th..]</w:t>
      </w:r>
    </w:p>
    <w:p>
      <w:r>
        <w:t>When will you take me back?</w:t>
      </w:r>
    </w:p>
    <w:p>
      <w:r>
        <w:t>[When?]</w:t>
      </w:r>
    </w:p>
    <w:p>
      <w:r>
        <w:t>Yes</w:t>
      </w:r>
    </w:p>
    <w:p>
      <w:r>
        <w:t>[Chizkiyahu, when are they taking him back?]</w:t>
      </w:r>
    </w:p>
    <w:p>
      <w:r>
        <w:t>[When Mashiach comes]</w:t>
      </w:r>
    </w:p>
    <w:p>
      <w:r>
        <w:t>[“Is there good soup here, tomato juice?”]</w:t>
      </w:r>
    </w:p>
    <w:p>
      <w:r>
        <w:t>“I need money for a ticket”</w:t>
      </w:r>
    </w:p>
    <w:p>
      <w:r>
        <w:t>[There is]</w:t>
      </w:r>
    </w:p>
    <w:p>
      <w:r>
        <w:t>He says to me.. soup, I need money</w:t>
      </w:r>
    </w:p>
    <w:p>
      <w:r>
        <w:t>[There is the Master of the World, ask Him whether you need money for a ticket or redemption? One of the two]</w:t>
      </w:r>
    </w:p>
    <w:p>
      <w:r>
        <w:t>Ah, oy</w:t>
      </w:r>
    </w:p>
    <w:p>
      <w:r>
        <w:t>It is good that you agreed to two weeks</w:t>
      </w:r>
    </w:p>
    <w:p>
      <w:r>
        <w:t>[Me?]</w:t>
      </w:r>
    </w:p>
    <w:p>
      <w:r>
        <w:t>Nu, and if it will be three weeks? Then..</w:t>
      </w:r>
    </w:p>
    <w:p>
      <w:r>
        <w:t>[So what?]</w:t>
      </w:r>
    </w:p>
    <w:p>
      <w:r>
        <w:t>{….}</w:t>
      </w:r>
    </w:p>
    <w:p>
      <w:r>
        <w:t>[I did not agree to two weeks]</w:t>
      </w:r>
    </w:p>
    <w:p>
      <w:r>
        <w:t>Then.. you agreed, you said: "Good, let him come for two weeks"</w:t>
      </w:r>
    </w:p>
    <w:p>
      <w:r>
        <w:t>[I agreed, I am ready even for one day, Rebbe Yisroel, I am ready for a day, for one day</w:t>
      </w:r>
    </w:p>
    <w:p>
      <w:r>
        <w:t>I am ready for one day, only let there be redemption]</w:t>
      </w:r>
    </w:p>
    <w:p>
      <w:r>
        <w:t>Only that he should come</w:t>
      </w:r>
    </w:p>
    <w:p>
      <w:r>
        <w:t>[Yes, even tomorrow, only tomorrow and that is it, let there be redemption</w:t>
      </w:r>
    </w:p>
    <w:p>
      <w:r>
        <w:t>"Two weeks," I will not give you; without a vow, from now until the redemption I will not separate from you]</w:t>
      </w:r>
    </w:p>
    <w:p>
      <w:r>
        <w:t>{..}</w:t>
      </w:r>
    </w:p>
    <w:p>
      <w:r>
        <w:t>[Wherever you go, I am after you, Rebbe Yisroel, Rebbe Yisroel]</w:t>
      </w:r>
    </w:p>
    <w:p>
      <w:r>
        <w:t>{..}</w:t>
      </w:r>
    </w:p>
    <w:p>
      <w:r>
        <w:t>[From now until the redemption I am not leaving you</w:t>
      </w:r>
    </w:p>
    <w:p>
      <w:r>
        <w:t>I cannot live for one day if you are not beside me; I am like dead, Rebbe Yisroel]</w:t>
      </w:r>
    </w:p>
    <w:p>
      <w:r>
        <w:t>Eh?</w:t>
      </w:r>
    </w:p>
    <w:p>
      <w:r>
        <w:t>[I am like dead if you are not beside me; I will pursue you from the end of the world to the end] Oh..</w:t>
      </w:r>
    </w:p>
    <w:p>
      <w:r>
        <w:t>[I will not leave you until Moshiach comes]</w:t>
      </w:r>
    </w:p>
    <w:p>
      <w:r>
        <w:t>{..}</w:t>
      </w:r>
    </w:p>
    <w:p>
      <w:r>
        <w:t>[Like, like glue, like the mud that was in Yavne'el, that is how I will be with you; I will not leave you] Oy</w:t>
      </w:r>
    </w:p>
    <w:p>
      <w:r>
        <w:t>[I cannot; I am like dead]</w:t>
      </w:r>
    </w:p>
    <w:p>
      <w:r>
        <w:t>Hey...</w:t>
      </w:r>
    </w:p>
    <w:p>
      <w:r>
        <w:t>...then {came}…</w:t>
      </w:r>
    </w:p>
    <w:p>
      <w:r>
        <w:t>…[… a tzaddik from Yerushalayim]</w:t>
      </w:r>
    </w:p>
    <w:p>
      <w:r>
        <w:t>[…...]</w:t>
      </w:r>
    </w:p>
    <w:p>
      <w:r>
        <w:t>Ay, ay, ay, nu, ay..</w:t>
      </w:r>
    </w:p>
    <w:p>
      <w:r>
        <w:t>I bless you with all my heart, that Hashem Yisborach should bless you with all kinds of salvations, with all kinds of..</w:t>
      </w:r>
    </w:p>
    <w:p>
      <w:r>
        <w:t>[Amen]</w:t>
      </w:r>
    </w:p>
    <w:p>
      <w:r>
        <w:t>successes</w:t>
      </w:r>
    </w:p>
    <w:p>
      <w:r>
        <w:t>[[Amen]]</w:t>
      </w:r>
    </w:p>
    <w:p>
      <w:r>
        <w:t>And most importantly, that we should merit to draw close to Hashem Yisborach in truth, we and our offspring</w:t>
      </w:r>
    </w:p>
    <w:p>
      <w:r>
        <w:t>[Amen]</w:t>
      </w:r>
    </w:p>
    <w:p>
      <w:r>
        <w:t>Yes, and our generations and all the Jewish people, that we should merit complete repentance, to return to the Torah, to return to faith</w:t>
      </w:r>
    </w:p>
    <w:p>
      <w:r>
        <w:t>[Amen]</w:t>
      </w:r>
    </w:p>
    <w:p>
      <w:r>
        <w:t>And everything will be, certainly, through Rabbainu Rebbe Nachman; that is how he revealed, yes</w:t>
      </w:r>
    </w:p>
    <w:p>
      <w:r>
        <w:t>["Na Na-ch"]</w:t>
      </w:r>
    </w:p>
    <w:p>
      <w:r>
        <w:t>"Na..," yes</w:t>
      </w:r>
    </w:p>
    <w:p>
      <w:r>
        <w:t>[Amen]</w:t>
      </w:r>
    </w:p>
    <w:p>
      <w:r>
        <w:t>Ah</w:t>
      </w:r>
    </w:p>
    <w:p>
      <w:r>
        <w:t>[My daughter also, she also wants a blessing]</w:t>
      </w:r>
    </w:p>
    <w:p>
      <w:r>
        <w:t>Nu, the Creator of the world should help that she be delivered in everything she needs</w:t>
      </w:r>
    </w:p>
    <w:p>
      <w:r>
        <w:t>[The right one.., the right match]</w:t>
      </w:r>
    </w:p>
    <w:p>
      <w:r>
        <w:t>The right match..</w:t>
      </w:r>
    </w:p>
    <w:p>
      <w:r>
        <w:t>[A Torah scholar and one who fears Heaven]</w:t>
      </w:r>
    </w:p>
    <w:p>
      <w:r>
        <w:t>Speedily, speedily, good.., a good match..</w:t>
      </w:r>
    </w:p>
    <w:p>
      <w:r>
        <w:t>[Amen, amen]</w:t>
      </w:r>
    </w:p>
    <w:p>
      <w:r>
        <w:t>And every good thing</w:t>
      </w:r>
    </w:p>
    <w:p>
      <w:r>
        <w:t>[Amen]</w:t>
      </w:r>
    </w:p>
    <w:p>
      <w:r>
        <w:t>And all the children—you will see "Yiddishe nachas"</w:t>
      </w:r>
    </w:p>
    <w:p>
      <w:r>
        <w:t>[Amen, amen]</w:t>
      </w:r>
    </w:p>
    <w:p>
      <w:r>
        <w:t>[It is beautiful, beautiful zemiros]</w:t>
      </w:r>
    </w:p>
    <w:p>
      <w:r>
        <w:t>[I saw the pictures of Rebbe Yisroel]</w:t>
      </w:r>
    </w:p>
    <w:p>
      <w:r>
        <w:t>The pictures? What pictures? Ah, from the newspaper</w:t>
      </w:r>
    </w:p>
    <w:p>
      <w:r>
        <w:t>[No, no, Yaakov took pictures]</w:t>
      </w:r>
    </w:p>
    <w:p>
      <w:r>
        <w:t>Ah, Yaakov?</w:t>
      </w:r>
    </w:p>
    <w:p>
      <w:r>
        <w:t>[Holtzberg]</w:t>
      </w:r>
    </w:p>
    <w:p>
      <w:r>
        <w:t>Yaakov Holtzberg?</w:t>
      </w:r>
    </w:p>
    <w:p>
      <w:r>
        <w:t>[Yes]</w:t>
      </w:r>
    </w:p>
    <w:p>
      <w:r>
        <w:t>Who, who, who..</w:t>
      </w:r>
    </w:p>
    <w:p>
      <w:r>
        <w:t>[In Israel]</w:t>
      </w:r>
    </w:p>
    <w:p>
      <w:r>
        <w:t>Eh?</w:t>
      </w:r>
    </w:p>
    <w:p>
      <w:r>
        <w:t>[In Eretz Yisroel]</w:t>
      </w:r>
    </w:p>
    <w:p>
      <w:r>
        <w:t>When?</w:t>
      </w:r>
    </w:p>
    <w:p>
      <w:r>
        <w:t>[I do not know]</w:t>
      </w:r>
    </w:p>
    <w:p>
      <w:r>
        <w:t>[He did not see it?]</w:t>
      </w:r>
    </w:p>
    <w:p>
      <w:r>
        <w:t>[He did not see..]</w:t>
      </w:r>
    </w:p>
    <w:p>
      <w:r>
        <w:t>Oy…</w:t>
      </w:r>
    </w:p>
    <w:p>
      <w:r>
        <w:br w:type="page"/>
      </w:r>
    </w:p>
    <w:p>
      <w:pPr>
        <w:pStyle w:val="Heading1"/>
      </w:pPr>
      <w:r>
        <w:t>Tape 105</w:t>
      </w:r>
    </w:p>
    <w:p>
      <w:pPr>
        <w:pStyle w:val="Heading2"/>
      </w:pPr>
      <w:r>
        <w:t>Side A (Aleph)</w:t>
      </w:r>
    </w:p>
    <w:p>
      <w:r>
        <w:t>...Ah, Rabbainu Hakadosh said, he, all his days:</w:t>
      </w:r>
    </w:p>
    <w:p>
      <w:r>
        <w:t>"Never did I, did I drink even water before the prayer"</w:t>
      </w:r>
    </w:p>
    <w:p>
      <w:r>
        <w:t>From midnight until after the prayer he did not taste even water</w:t>
      </w:r>
    </w:p>
    <w:p>
      <w:r>
        <w:t>I saw this, and I would also fulfill this, not to drink water {before the prayer}</w:t>
      </w:r>
    </w:p>
    <w:p>
      <w:r>
        <w:t>{I saw one like this}</w:t>
      </w:r>
    </w:p>
    <w:p>
      <w:r>
        <w:t>I saw this; never did I, did I drink even water before the prayer</w:t>
      </w:r>
    </w:p>
    <w:p>
      <w:r>
        <w:t>{All my days, before}</w:t>
      </w:r>
    </w:p>
    <w:p>
      <w:r>
        <w:t>So I, I saw this, I did, also did this way</w:t>
      </w:r>
    </w:p>
    <w:p>
      <w:r>
        <w:t>Not to taste anything before the prayer, even water, even, {water}</w:t>
      </w:r>
    </w:p>
    <w:p>
      <w:r>
        <w:t>[…….]…</w:t>
      </w:r>
    </w:p>
    <w:p>
      <w:r>
        <w:t>...I derived pleasure from this; I saw, Rabbainu Hakadosh did not taste even water before the prayer…</w:t>
      </w:r>
    </w:p>
    <w:p>
      <w:r>
        <w:t>...Then, then there was such strength; I did not want, did not, did not want, because..</w:t>
      </w:r>
    </w:p>
    <w:p>
      <w:r>
        <w:t>..the body</w:t>
      </w:r>
    </w:p>
    <w:p>
      <w:r>
        <w:t>[Yes]</w:t>
      </w:r>
    </w:p>
    <w:p>
      <w:r>
        <w:t>It wants to eat, it wants to sleep, {it wants}..; Rabbainu Hakadosh said to it:</w:t>
      </w:r>
    </w:p>
    <w:p>
      <w:r>
        <w:t>"Not according to your will, according to my will," {yes}</w:t>
      </w:r>
    </w:p>
    <w:p>
      <w:r>
        <w:t>I also saw that Rabbainu Hakadosh did not taste even water before the prayer, {..}</w:t>
      </w:r>
    </w:p>
    <w:p>
      <w:r>
        <w:t>There was such strength for him, that it was like carrion, like something that is, that is not good, that is forbidden</w:t>
      </w:r>
    </w:p>
    <w:p>
      <w:r>
        <w:t>Before the prayer, neither eating nor drinking</w:t>
      </w:r>
    </w:p>
    <w:p>
      <w:r>
        <w:t>And I remember the nusach and the.. of, of, {his}, service of Hashem, {yes}</w:t>
      </w:r>
    </w:p>
    <w:p>
      <w:r>
        <w:t>I remember, Rebbe Yisroel would say prayers; his prayers were with sweetness, with such deveikus</w:t>
      </w:r>
    </w:p>
    <w:p>
      <w:r>
        <w:t>As if, as if he, he {could not with all, on every, every}..</w:t>
      </w:r>
    </w:p>
    <w:p>
      <w:r>
        <w:t>There was such strength for him; I {read}, that Rabbainu Hakadosh did not, did not eat before the prayer</w:t>
      </w:r>
    </w:p>
    <w:p>
      <w:r>
        <w:t>He did not taste even water before the prayer</w:t>
      </w:r>
    </w:p>
    <w:p>
      <w:r>
        <w:t>And I remember that such strength entered me, that I did not want to taste even water before the prayer</w:t>
      </w:r>
    </w:p>
    <w:p>
      <w:r>
        <w:t>It is written in the Sichos, Rabbainu Hakadosh.. he did not, did not want to eat; they gave him, ah..</w:t>
      </w:r>
    </w:p>
    <w:p>
      <w:r>
        <w:t>At night the mother gave him something to eat, {yes}, and he did not, did not want; he did not, did not want to eat</w:t>
      </w:r>
    </w:p>
    <w:p>
      <w:r>
        <w:t>So the mother said to Rabbainu, said to Rabbainu:</w:t>
      </w:r>
    </w:p>
    <w:p>
      <w:r>
        <w:t>"From where will you have strength? You do not eat anything, and how, how will you have strength to serve Hashem?"</w:t>
      </w:r>
    </w:p>
    <w:p>
      <w:r>
        <w:t>So he said {to me}: "I have another strength, not from eating, only from other things, not from eating</w:t>
      </w:r>
    </w:p>
    <w:p>
      <w:r>
        <w:t>I have strength, I receive strength from this.. from a thing, from other things</w:t>
      </w:r>
    </w:p>
    <w:p>
      <w:r>
        <w:t>[What things? Saba, from what things?]</w:t>
      </w:r>
    </w:p>
    <w:p>
      <w:r>
        <w:t>And I also have such people, who do not, who do not want to taste anything at all before the prayer</w:t>
      </w:r>
    </w:p>
    <w:p>
      <w:r>
        <w:t>And that life is from "Wisdom gives life to its possessors," from another thing</w:t>
      </w:r>
    </w:p>
    <w:p>
      <w:r>
        <w:t>For he has vitality, "Wisdom gives life to its possessors""</w:t>
      </w:r>
    </w:p>
    <w:p>
      <w:r>
        <w:t>{what\Na}…</w:t>
      </w:r>
    </w:p>
    <w:p>
      <w:r>
        <w:t>...We have, the Jewish people, we have such a privilege, that we have such a Rebbe</w:t>
      </w:r>
    </w:p>
    <w:p>
      <w:r>
        <w:t>Who teaches us not to eat and not to drink, only to serve Hashem…</w:t>
      </w:r>
    </w:p>
    <w:p>
      <w:r>
        <w:t>...We receive strength, {which is called}, "Wisdom gives life to its possessors"</w:t>
      </w:r>
    </w:p>
    <w:p>
      <w:r>
        <w:t>Not, not, not from a biscuit and not from other things</w:t>
      </w:r>
    </w:p>
    <w:p>
      <w:r>
        <w:t>We receive strength {in a thing..} in "Wisdom gives life to its possessors"…</w:t>
      </w:r>
    </w:p>
    <w:p>
      <w:r>
        <w:t>...[……]</w:t>
      </w:r>
    </w:p>
    <w:p>
      <w:r>
        <w:t>"And I also have people who live only by "Wisdom gives life to its possessors"; they have strength from this"…</w:t>
      </w:r>
    </w:p>
    <w:p>
      <w:r>
        <w:t>...{Rabbainu} said: "All the Jews need to come live in Eretz Yisroel"…</w:t>
      </w:r>
    </w:p>
    <w:p>
      <w:r>
        <w:t>...{And he attained} all kinds of his words, from {his} wisdom</w:t>
      </w:r>
    </w:p>
    <w:p>
      <w:r>
        <w:t>The whole world will be a completely different world</w:t>
      </w:r>
    </w:p>
    <w:p>
      <w:r>
        <w:t>Yes…</w:t>
      </w:r>
    </w:p>
    <w:p>
      <w:r>
        <w:t>...[……….]…</w:t>
      </w:r>
    </w:p>
    <w:p>
      <w:r>
        <w:t>...to find at the Kosel</w:t>
      </w:r>
    </w:p>
    <w:p>
      <w:r>
        <w:t>[What did you find at the Kosel? Rebbe Yisroel]</w:t>
      </w:r>
    </w:p>
    <w:p>
      <w:r>
        <w:t>{That is how it was}</w:t>
      </w:r>
    </w:p>
    <w:p>
      <w:r>
        <w:t>[The "Likutei Tefillos"?]</w:t>
      </w:r>
    </w:p>
    <w:p>
      <w:r>
        <w:t>Yes</w:t>
      </w:r>
    </w:p>
    <w:p>
      <w:r>
        <w:t>[Yes?]…</w:t>
      </w:r>
    </w:p>
    <w:p>
      <w:r>
        <w:t>...[Rebbe Yisroel, today at the Kosel there are many "Likutei Tefillos"]</w:t>
      </w:r>
    </w:p>
    <w:p>
      <w:r>
        <w:t>Yes?</w:t>
      </w:r>
    </w:p>
    <w:p>
      <w:r>
        <w:t>[There are many "writings," there are many "Likutei Moharan," many "Tikkun Haklali"] Yes</w:t>
      </w:r>
    </w:p>
    <w:p>
      <w:r>
        <w:t>[Yes]</w:t>
      </w:r>
    </w:p>
    <w:p>
      <w:r>
        <w:t>This is a sign of Moshiach, {..}</w:t>
      </w:r>
    </w:p>
    <w:p>
      <w:r>
        <w:t>[Yes, it has already become an ordinary thing]</w:t>
      </w:r>
    </w:p>
    <w:p>
      <w:r>
        <w:t>Yes?</w:t>
      </w:r>
    </w:p>
    <w:p>
      <w:r>
        <w:t>[Yes, accepted]</w:t>
      </w:r>
    </w:p>
    <w:p>
      <w:r>
        <w:t>[………...]…</w:t>
      </w:r>
    </w:p>
    <w:p>
      <w:r>
        <w:t>...{time} at the Kotel, and a little of your house</w:t>
      </w:r>
    </w:p>
    <w:p>
      <w:r>
        <w:t>[…….]…</w:t>
      </w:r>
    </w:p>
    <w:p>
      <w:r>
        <w:t>...Oy, what will be, what this is</w:t>
      </w:r>
    </w:p>
    <w:p>
      <w:r>
        <w:t>{….}, the time has arrived, behold the “Likutay Tefilos” has been revealed in the world</w:t>
      </w:r>
    </w:p>
    <w:p>
      <w:r>
        <w:t>{To know}, we do not know anything about what effects it brings about in the world</w:t>
      </w:r>
    </w:p>
    <w:p>
      <w:r>
        <w:t>Every utterance of his, it is a rectification {and matters}, the vitality of the entire world, the entire world..</w:t>
      </w:r>
    </w:p>
    <w:p>
      <w:r>
        <w:t>..Blessed is Hashem, that we merited in these generations such a light, {a wonder}, such a wonder</w:t>
      </w:r>
    </w:p>
    <w:p>
      <w:r>
        <w:t>[…...]…</w:t>
      </w:r>
    </w:p>
    <w:p>
      <w:r>
        <w:t>...{He said several times}: “It is very good, but it is Breslov”</w:t>
      </w:r>
    </w:p>
    <w:p>
      <w:r>
        <w:t>{The honor is not needed}, “but it is Breslov”</w:t>
      </w:r>
    </w:p>
    <w:p>
      <w:r>
        <w:t>{He came} someone to the Kotel and said “Likutay Tefilos,” so he said:</w:t>
      </w:r>
    </w:p>
    <w:p>
      <w:r>
        <w:t>“It is all my vitality”</w:t>
      </w:r>
    </w:p>
    <w:p>
      <w:r>
        <w:t>They said to him:</w:t>
      </w:r>
    </w:p>
    <w:p>
      <w:r>
        <w:t>“What are you saying? — that it is Breslov”</w:t>
      </w:r>
    </w:p>
    <w:p>
      <w:r>
        <w:t>[………….….]…</w:t>
      </w:r>
    </w:p>
    <w:p>
      <w:r>
        <w:t>...I was a.. among the first who went to war with the entire world</w:t>
      </w:r>
    </w:p>
    <w:p>
      <w:r>
        <w:t>[……...]…</w:t>
      </w:r>
    </w:p>
    <w:p>
      <w:r>
        <w:t>...{This one} from France, he found “Likutay Tefilos” here at the Kotel, so he said: “I will not do {without a heart}, I already, I will be Breslov, I am compelled to have it, it is already my {vitality}, I am compelled to have it”</w:t>
      </w:r>
    </w:p>
    <w:p>
      <w:r>
        <w:t>[………...]</w:t>
      </w:r>
    </w:p>
    <w:p>
      <w:r>
        <w:t>[Rebbe Yisroel, who is this? Who is this one from France?]</w:t>
      </w:r>
    </w:p>
    <w:p>
      <w:r>
        <w:t>{It was this.. I} forgot his name</w:t>
      </w:r>
    </w:p>
    <w:p>
      <w:r>
        <w:t>[…….…]</w:t>
      </w:r>
    </w:p>
    <w:p>
      <w:r>
        <w:t>[……….]…</w:t>
      </w:r>
    </w:p>
    <w:p>
      <w:r>
        <w:t>...He came into the world only for me</w:t>
      </w:r>
    </w:p>
    <w:p>
      <w:r>
        <w:t>[……..]</w:t>
      </w:r>
    </w:p>
    <w:p>
      <w:r>
        <w:t>If there is someone else, come, come, {come}</w:t>
      </w:r>
    </w:p>
    <w:p>
      <w:r>
        <w:t>There is you also, come, come, come, {what are you waiting for}…</w:t>
      </w:r>
    </w:p>
    <w:p>
      <w:r>
        <w:t>...{But do not forget} and remember also at home, that there is “Likutay Tef.., conversations}</w:t>
      </w:r>
    </w:p>
    <w:p>
      <w:r>
        <w:t>[…….]</w:t>
      </w:r>
    </w:p>
    <w:p>
      <w:r>
        <w:t>[…….]…</w:t>
      </w:r>
    </w:p>
    <w:p>
      <w:r>
        <w:t>...It has been revealed, revealed—a light of, a light of Moshiach</w:t>
      </w:r>
    </w:p>
    <w:p>
      <w:r>
        <w:t>[……….]…</w:t>
      </w:r>
    </w:p>
    <w:p>
      <w:r>
        <w:t>...“Oy, it is very good, ho, ho..”</w:t>
      </w:r>
    </w:p>
    <w:p>
      <w:r>
        <w:t>They said to him:</w:t>
      </w:r>
    </w:p>
    <w:p>
      <w:r>
        <w:t>“What are you saying? What are you saying? He is a Breslov chassid”</w:t>
      </w:r>
    </w:p>
    <w:p>
      <w:r>
        <w:t>He says to him:</w:t>
      </w:r>
    </w:p>
    <w:p>
      <w:r>
        <w:t>“He may be from Breslov, but he is good..”</w:t>
      </w:r>
    </w:p>
    <w:p>
      <w:r>
        <w:t>[…….….]</w:t>
      </w:r>
    </w:p>
    <w:p>
      <w:r>
        <w:t>“He may be from Breslov, but he is good”…</w:t>
      </w:r>
    </w:p>
    <w:p>
      <w:r>
        <w:t>...Afterward he also came {to him}, “Nu, there is room for you too”</w:t>
      </w:r>
    </w:p>
    <w:p>
      <w:r>
        <w:t>He can receive the entire world</w:t>
      </w:r>
    </w:p>
    <w:p>
      <w:r>
        <w:t>[Who can receive the entire world?]</w:t>
      </w:r>
    </w:p>
    <w:p>
      <w:r>
        <w:t>The “Likutay Tefilos”</w:t>
      </w:r>
    </w:p>
    <w:p>
      <w:r>
        <w:t>[Receive or bring close?]</w:t>
      </w:r>
    </w:p>
    <w:p>
      <w:r>
        <w:t>[He said receive..]</w:t>
      </w:r>
    </w:p>
    <w:p>
      <w:r>
        <w:t>He will conquer the entire world</w:t>
      </w:r>
    </w:p>
    <w:p>
      <w:r>
        <w:t>[……..]</w:t>
      </w:r>
    </w:p>
    <w:p>
      <w:r>
        <w:t>[……..]…</w:t>
      </w:r>
    </w:p>
    <w:p>
      <w:r>
        <w:t>...{This} can receive the entire world</w:t>
      </w:r>
    </w:p>
    <w:p>
      <w:r>
        <w:t>And the joy will be great in the world, in the world</w:t>
      </w:r>
    </w:p>
    <w:p>
      <w:r>
        <w:t>When the “Likutay Tefilos” is revealed</w:t>
      </w:r>
    </w:p>
    <w:p>
      <w:r>
        <w:t>{Yes}, every utterance is the vitality of everyone, it gives vitality to the entire world, to all of Yisroel</w:t>
      </w:r>
    </w:p>
    <w:p>
      <w:r>
        <w:t>[….…]</w:t>
      </w:r>
    </w:p>
    <w:p>
      <w:r>
        <w:t>[…….]</w:t>
      </w:r>
    </w:p>
    <w:p>
      <w:r>
        <w:t>I {because of\reveal} gave him the “Likutay Tefilos,” he came and said to me:</w:t>
      </w:r>
    </w:p>
    <w:p>
      <w:r>
        <w:t>“It is very good, I also want {to show me this}, what there is in the world”</w:t>
      </w:r>
    </w:p>
    <w:p>
      <w:r>
        <w:t>{The father} came and he said to me:</w:t>
      </w:r>
    </w:p>
    <w:p>
      <w:r>
        <w:t>“Ho.. the truth is I did not know} that there is “Likutay Tefilos” {here..}</w:t>
      </w:r>
    </w:p>
    <w:p>
      <w:r>
        <w:t>I did not know what it is”…</w:t>
      </w:r>
    </w:p>
    <w:p>
      <w:r>
        <w:t>...{I} have a piece of paper, and it is the vitality of the entire world</w:t>
      </w:r>
    </w:p>
    <w:p>
      <w:r>
        <w:t>{{Even}} a small piece of paper, and it conquers the entire world…</w:t>
      </w:r>
    </w:p>
    <w:p>
      <w:r>
        <w:t>...This is the hospital of the entire world</w:t>
      </w:r>
    </w:p>
    <w:p>
      <w:r>
        <w:t>[What, what is the hospital of the entire world, the “Likutay Tefilos” or the Kotel?]</w:t>
      </w:r>
    </w:p>
    <w:p>
      <w:r>
        <w:t>[…….]</w:t>
      </w:r>
    </w:p>
    <w:p>
      <w:r>
        <w:t>[The “Likutay Tefilos”?]</w:t>
      </w:r>
    </w:p>
    <w:p>
      <w:r>
        <w:t>{The world..}, the “Likutay Tefilos” gave birth to the Kotel, gave birth to everything, all the teachings</w:t>
      </w:r>
    </w:p>
    <w:p>
      <w:r>
        <w:t>[The “Likutay Tefilos” beside the Kotel—that surpasses everything]</w:t>
      </w:r>
    </w:p>
    <w:p>
      <w:r>
        <w:t>[…...]</w:t>
      </w:r>
    </w:p>
    <w:p>
      <w:r>
        <w:t>[All those who say “Likutay Tefilos” beside the Kotel?]…</w:t>
      </w:r>
    </w:p>
    <w:p>
      <w:r>
        <w:t>...Oy, oy vey</w:t>
      </w:r>
    </w:p>
    <w:p>
      <w:r>
        <w:t>He said to me: “Oy vey, I did not know what it is, I did not know”</w:t>
      </w:r>
    </w:p>
    <w:p>
      <w:r>
        <w:t>[….…..]</w:t>
      </w:r>
    </w:p>
    <w:p>
      <w:r>
        <w:t>[……...]...</w:t>
      </w:r>
    </w:p>
    <w:p>
      <w:r>
        <w:t>...{He said to them}, the entire world, it will conquer the entire world</w:t>
      </w:r>
    </w:p>
    <w:p>
      <w:r>
        <w:t>[………]...</w:t>
      </w:r>
    </w:p>
    <w:p>
      <w:r>
        <w:t>...“{Breslov}, but he is very good”…</w:t>
      </w:r>
    </w:p>
    <w:p>
      <w:r>
        <w:t>Every word, {it is} Torah and prayer of our holy Rabbainu, he is our Rebbe and the Rebbe of the entire world […….…]</w:t>
      </w:r>
    </w:p>
    <w:p>
      <w:r>
        <w:t>[……….]…</w:t>
      </w:r>
    </w:p>
    <w:p>
      <w:r>
        <w:t>...{Someone will be and will read} from “Likutay Tefilos,” at the Kotel, and said “Likutay Tefilos,” he said:</w:t>
      </w:r>
    </w:p>
    <w:p>
      <w:r>
        <w:t>“Ho, ho, very good, I did not know there is “Likutay Tefilos””</w:t>
      </w:r>
    </w:p>
    <w:p>
      <w:r>
        <w:t>“But, he.., what? You do not know? But he is from Breslov, what are you saying? He is from Breslov” “But {it} is good”</w:t>
      </w:r>
    </w:p>
    <w:p>
      <w:r>
        <w:t>[……...]…</w:t>
      </w:r>
    </w:p>
    <w:p>
      <w:r>
        <w:t>...{Brought, brought……} beside the Kotel, {that there should also be for him}, also in Hebrew</w:t>
      </w:r>
    </w:p>
    <w:p>
      <w:r>
        <w:t>[…...]</w:t>
      </w:r>
    </w:p>
    <w:p>
      <w:r>
        <w:t>[Excuse me, Rebbe Yisroel, what did you say?]</w:t>
      </w:r>
    </w:p>
    <w:p>
      <w:r>
        <w:t>I have no strength…</w:t>
      </w:r>
    </w:p>
    <w:p>
      <w:r>
        <w:t>...{He will come} home and tell them:</w:t>
      </w:r>
    </w:p>
    <w:p>
      <w:r>
        <w:t>“In Yerushalayim there is a hospital that heals all the illnesses f.. for free”…</w:t>
      </w:r>
    </w:p>
    <w:p>
      <w:r>
        <w:t>...[He is from France, he is from France]</w:t>
      </w:r>
    </w:p>
    <w:p>
      <w:r>
        <w:t>It is possible to arrive from France</w:t>
      </w:r>
    </w:p>
    <w:p>
      <w:r>
        <w:t>[Is it possible to ask for a blessing for livelihood?]…</w:t>
      </w:r>
    </w:p>
    <w:p>
      <w:r>
        <w:t>...{…}</w:t>
      </w:r>
    </w:p>
    <w:p>
      <w:r>
        <w:t>He will {change} the entire world, he heals the entire world, {{…. ….}}</w:t>
      </w:r>
    </w:p>
    <w:p>
      <w:r>
        <w:t>What madman would not, not, buy a paper, for their whole household, so that they should have healing? [What…… ]…</w:t>
      </w:r>
    </w:p>
    <w:p>
      <w:r>
        <w:t>...{To the entire Kotel he will make} “Likutay Tefilos”</w:t>
      </w:r>
    </w:p>
    <w:p>
      <w:r>
        <w:t>It heals and gives vitality and strengthens everyone, it renews and strengthens everyone, a new soul…</w:t>
      </w:r>
    </w:p>
    <w:p>
      <w:r>
        <w:t>...I can {rectify\tell}</w:t>
      </w:r>
    </w:p>
    <w:p>
      <w:r>
        <w:t>The healings and salvations that are there on Rosh Hashanah at the Kotel…</w:t>
      </w:r>
    </w:p>
    <w:p>
      <w:r>
        <w:t>...[……]...</w:t>
      </w:r>
    </w:p>
    <w:p>
      <w:r>
        <w:t>...{He will arrive} here</w:t>
      </w:r>
    </w:p>
    <w:p>
      <w:r>
        <w:t>[He needs to want them to come here, and receive the healing here]</w:t>
      </w:r>
    </w:p>
    <w:p>
      <w:r>
        <w:t>Yes</w:t>
      </w:r>
    </w:p>
    <w:p>
      <w:r>
        <w:t>[…...he will come]…</w:t>
      </w:r>
    </w:p>
    <w:p>
      <w:r>
        <w:t>...{Until you bring down} full of illnesses, and here it is full of healings, nu, they will come here…</w:t>
      </w:r>
    </w:p>
    <w:p>
      <w:r>
        <w:t>...And they will have all the healings for all, all the illnesses…</w:t>
      </w:r>
    </w:p>
    <w:p>
      <w:r>
        <w:t>...{….}</w:t>
      </w:r>
    </w:p>
    <w:p>
      <w:r>
        <w:t>[Yes.. {good night}]</w:t>
      </w:r>
    </w:p>
    <w:p>
      <w:r>
        <w:t>“Do not speak about money at all”...</w:t>
      </w:r>
    </w:p>
    <w:p>
      <w:r>
        <w:t>...[Do not speak about money at all..]</w:t>
      </w:r>
    </w:p>
    <w:p>
      <w:r>
        <w:t>Only about healing, healing</w:t>
      </w:r>
    </w:p>
    <w:p>
      <w:r>
        <w:t>[…]</w:t>
      </w:r>
    </w:p>
    <w:p>
      <w:r>
        <w:t>[…….]</w:t>
      </w:r>
    </w:p>
    <w:p>
      <w:r>
        <w:t>{..}…</w:t>
      </w:r>
    </w:p>
    <w:p>
      <w:r>
        <w:t>...{I did not say they will come} that there are many sick people here, they will come and find everyone healthy, then they will not have {the benefit} and a livelihood...</w:t>
      </w:r>
    </w:p>
    <w:p>
      <w:r>
        <w:t>...If they come, then they will know, everyone will know</w:t>
      </w:r>
    </w:p>
    <w:p>
      <w:r>
        <w:t>Only come, come, come, come, come</w:t>
      </w:r>
    </w:p>
    <w:p>
      <w:r>
        <w:t>[….Perhaps it is possible..]…</w:t>
      </w:r>
    </w:p>
    <w:p>
      <w:r>
        <w:t>...{{… …. …}},</w:t>
      </w:r>
    </w:p>
    <w:p>
      <w:r>
        <w:t>{If we had more books, the main thing is return} for all, all the healings</w:t>
      </w:r>
    </w:p>
    <w:p>
      <w:r>
        <w:t>This can {heal}.., everyone…</w:t>
      </w:r>
    </w:p>
    <w:p>
      <w:r>
        <w:t>...[Saba sings “Na Nach Nachma Nachman Me’Uman..”]</w:t>
      </w:r>
    </w:p>
    <w:p>
      <w:r>
        <w:t>He will give healings to all the gravely ill, whom it is im-, impossible to help</w:t>
      </w:r>
    </w:p>
    <w:p>
      <w:r>
        <w:t>{Already immediately they}, will be healed…</w:t>
      </w:r>
    </w:p>
    <w:p>
      <w:r>
        <w:t>...{…} in the world illnesses, such illnesses, yes, then immediately they will have a complete healing</w:t>
      </w:r>
    </w:p>
    <w:p>
      <w:r>
        <w:t>{Yes}…</w:t>
      </w:r>
    </w:p>
    <w:p>
      <w:r>
        <w:t>...[….Perhaps if you travel b.. to speak with him from there, perhaps..]</w:t>
      </w:r>
    </w:p>
    <w:p>
      <w:r>
        <w:t>Everyone will come to Yerushalayim, to the Kotel, and everyone will return with a complete healing, {}</w:t>
      </w:r>
    </w:p>
    <w:p>
      <w:r>
        <w:t>{This will be}, the entire world will be {filled\amazed}, all, all the sick people in the world will come {to me} here</w:t>
      </w:r>
    </w:p>
    <w:p>
      <w:r>
        <w:t>[Rebbe Yisroel, but will the doctors be angry?]</w:t>
      </w:r>
    </w:p>
    <w:p>
      <w:r>
        <w:t>{No}, they will have to believe</w:t>
      </w:r>
    </w:p>
    <w:p>
      <w:r>
        <w:t>[Yes?]</w:t>
      </w:r>
    </w:p>
    <w:p>
      <w:r>
        <w:t>Yes</w:t>
      </w:r>
    </w:p>
    <w:p>
      <w:r>
        <w:t>[The doctors too?]</w:t>
      </w:r>
    </w:p>
    <w:p>
      <w:r>
        <w:t>Certainly, {because} this is the time that there is, {th.. … in every utterance th.. there is.., it, it is healing for all the sick}</w:t>
      </w:r>
    </w:p>
    <w:p>
      <w:r>
        <w:t>{...}…</w:t>
      </w:r>
    </w:p>
    <w:p>
      <w:r>
        <w:t>...[He does not, he does not want to speak]...</w:t>
      </w:r>
    </w:p>
    <w:p>
      <w:r>
        <w:t>...{If} they come to Eretz Yisroel, they will receive healing</w:t>
      </w:r>
    </w:p>
    <w:p>
      <w:r>
        <w:t>[...]…</w:t>
      </w:r>
    </w:p>
    <w:p>
      <w:r>
        <w:t>...{One can see that our Torah}</w:t>
      </w:r>
    </w:p>
    <w:p>
      <w:r>
        <w:t>This is a matter in which it is necessary to overturn the Torah, not according to the wise men of, of now, only according to our wise men—faith and prayer and Torah</w:t>
      </w:r>
    </w:p>
    <w:p>
      <w:r>
        <w:t>[I am Wiesenfeld’s son-in-law]</w:t>
      </w:r>
    </w:p>
    <w:p>
      <w:r>
        <w:t>Eh?</w:t>
      </w:r>
    </w:p>
    <w:p>
      <w:r>
        <w:t>[I, I am Wiesenfeld’s son-in-law]</w:t>
      </w:r>
    </w:p>
    <w:p>
      <w:r>
        <w:t>[You asked about him, you asked about him last week]…</w:t>
      </w:r>
    </w:p>
    <w:p>
      <w:r>
        <w:t>...[I am Wiesenfeld’s son-in-law]</w:t>
      </w:r>
    </w:p>
    <w:p>
      <w:r>
        <w:t>Eh?</w:t>
      </w:r>
    </w:p>
    <w:p>
      <w:r>
        <w:t>[I, I am Wiesenfeld’s son-in-law]</w:t>
      </w:r>
    </w:p>
    <w:p>
      <w:r>
        <w:t>[You asked about him, you asked about him last week]</w:t>
      </w:r>
    </w:p>
    <w:p>
      <w:r>
        <w:t>[Wiesenfeld’s son-in-law]</w:t>
      </w:r>
    </w:p>
    <w:p>
      <w:r>
        <w:t>Wiesenfeld</w:t>
      </w:r>
    </w:p>
    <w:p>
      <w:r>
        <w:t>[Yes, I am his son-in-law, I am his son-in-law]</w:t>
      </w:r>
    </w:p>
    <w:p>
      <w:r>
        <w:t>Wiesenfeld is {the kohen}, Wiesenfeld</w:t>
      </w:r>
    </w:p>
    <w:p>
      <w:r>
        <w:t>And if there will be {a desire in you} to tell him that you are mistaken</w:t>
      </w:r>
    </w:p>
    <w:p>
      <w:r>
        <w:t>It is not enough that he is Wiesenfeld; one can make mistakes</w:t>
      </w:r>
    </w:p>
    <w:p>
      <w:r>
        <w:t>The main thing {the foundation….} {what are you doing to\….of} Judaism, is the holy Torah</w:t>
      </w:r>
    </w:p>
    <w:p>
      <w:r>
        <w:t>And each and every utterance of the Torah has {the} power to turn the entire world over</w:t>
      </w:r>
    </w:p>
    <w:p>
      <w:r>
        <w:t>{……..}, but one needs {to know\to be careful}</w:t>
      </w:r>
    </w:p>
    <w:p>
      <w:r>
        <w:t>{…} and we have such a Torah, which is {{…..}} one in the world</w:t>
      </w:r>
    </w:p>
    <w:p>
      <w:r>
        <w:t>{{……..}}, and he does not, he does not..</w:t>
      </w:r>
    </w:p>
    <w:p>
      <w:r>
        <w:t>And he will not make peace with this, with the fact that the sages of today taught the children not according to the Torah and not..</w:t>
      </w:r>
    </w:p>
    <w:p>
      <w:r>
        <w:t>Everything needs to be turned to the opposite, to the opposite, to the opposite, like the holy Rabbainu</w:t>
      </w:r>
    </w:p>
    <w:p>
      <w:r>
        <w:t>He, he came into the world to turn, to turn everything to the opposite</w:t>
      </w:r>
    </w:p>
    <w:p>
      <w:r>
        <w:t>{..}..</w:t>
      </w:r>
    </w:p>
    <w:p>
      <w:r>
        <w:t>Because he has such truth, and such wisdom, that he can turn everything from one opposite to the other opposite</w:t>
      </w:r>
    </w:p>
    <w:p>
      <w:r>
        <w:t>He teaches {us} with the Torah, {the Torah}</w:t>
      </w:r>
    </w:p>
    <w:p>
      <w:r>
        <w:t>{And he will bring} us into such faith, into such truth, as never existed</w:t>
      </w:r>
    </w:p>
    <w:p>
      <w:r>
        <w:t>He will turn the entire world completely to the opposite</w:t>
      </w:r>
    </w:p>
    <w:p>
      <w:r>
        <w:t>He does not need much time; just one utterance from the “Sippurei Maasiyos” subdues them all, {and it becomes} {and they will be ashamed and will know in this city}, and they will say that this.. “This, this, this is what we waited for, this is what we hoped for”</w:t>
      </w:r>
    </w:p>
    <w:p>
      <w:r>
        <w:t>And he will turn everything, everything to the opposite; everything needs to be turned to the complete opposite, {..}</w:t>
      </w:r>
    </w:p>
    <w:p>
      <w:r>
        <w:t>I was with Rebbe Yisroel, {{….. …… …}}</w:t>
      </w:r>
    </w:p>
    <w:p>
      <w:r>
        <w:t>All the light and all the Torah, and he, and he did not want {to hear from him}, {and that our Torah is not}…</w:t>
      </w:r>
    </w:p>
    <w:p>
      <w:r>
        <w:t>...{And he will take} the entire world will be ashamed of all their wisdoms, yes</w:t>
      </w:r>
    </w:p>
    <w:p>
      <w:r>
        <w:t>It does not take many years; just Rabbainu, with one utterance, turns everything, everything over</w:t>
      </w:r>
    </w:p>
    <w:p>
      <w:r>
        <w:t>The holy Rabbainu said in the Sichos: “There is a matter through which everything is turned to good”</w:t>
      </w:r>
    </w:p>
    <w:p>
      <w:r>
        <w:t>Who is this matter? We do not know</w:t>
      </w:r>
    </w:p>
    <w:p>
      <w:r>
        <w:t>The holy Rabbainu {adapted} himself to us, and he shines for us..</w:t>
      </w:r>
    </w:p>
    <w:p>
      <w:r>
        <w:t>Everything {he knows}, our Torah</w:t>
      </w:r>
    </w:p>
    <w:p>
      <w:r>
        <w:t>And these geniuses need to dig pits for themselves from the magnitude of the shame, that we have such a Torah and do not se.., see such wonders, what an.,. {we}, our offspring, will see</w:t>
      </w:r>
    </w:p>
    <w:p>
      <w:r>
        <w:t>We still have not known their power, which they have in their heart</w:t>
      </w:r>
    </w:p>
    <w:p>
      <w:r>
        <w:t>We need to turn everything over, everything</w:t>
      </w:r>
    </w:p>
    <w:p>
      <w:r>
        <w:t>They wanted, God forbid, to turn the entire Torah according to.., according to their opinion, no, no..</w:t>
      </w:r>
    </w:p>
    <w:p>
      <w:r>
        <w:t>This is not what we waited for, {not this..}</w:t>
      </w:r>
    </w:p>
    <w:p>
      <w:r>
        <w:t>That we should be people of truth, {yes{}, our Torah teaches {and reveals} to us the truth of every thing, the truth</w:t>
      </w:r>
    </w:p>
    <w:p>
      <w:r>
        <w:t>Yes</w:t>
      </w:r>
    </w:p>
    <w:p>
      <w:r>
        <w:t>{Who, ah..} when some years pass, they will all be ashamed and nullified</w:t>
      </w:r>
    </w:p>
    <w:p>
      <w:r>
        <w:t>Compared to one utterance of, of the holy Rabbainu, of the holy Torah</w:t>
      </w:r>
    </w:p>
    <w:p>
      <w:r>
        <w:t>{And this will be}</w:t>
      </w:r>
    </w:p>
    <w:p>
      <w:r>
        <w:t>It needs to be turned.. from one opposite to the other opposite</w:t>
      </w:r>
    </w:p>
    <w:p>
      <w:r>
        <w:t>{{There will only be the holy Rabbainu}}</w:t>
      </w:r>
    </w:p>
    <w:p>
      <w:r>
        <w:t>He shines such lights into us, that we need thousands of years to work on some, some utterance of theirs—such wisdom, such truth, there is no.., there still has not been in the world, {and there is no\and there is} in the world</w:t>
      </w:r>
    </w:p>
    <w:p>
      <w:r>
        <w:t>It needs to be turned over, {..}</w:t>
      </w:r>
    </w:p>
    <w:p>
      <w:r>
        <w:t>“There is a matter through which everything is turned to good”</w:t>
      </w:r>
    </w:p>
    <w:p>
      <w:r>
        <w:t>What is the good? Torah and prayer and faith</w:t>
      </w:r>
    </w:p>
    <w:p>
      <w:r>
        <w:t>Yes, {{..}}yes, {{..}}and everyone who is compassionate, {{the holy Rabbainu}} gives him such gifts</w:t>
      </w:r>
    </w:p>
    <w:p>
      <w:r>
        <w:t>Yes, {{..}}</w:t>
      </w:r>
    </w:p>
    <w:p>
      <w:r>
        <w:t>Yes, {{..}}</w:t>
      </w:r>
    </w:p>
    <w:p>
      <w:r>
        <w:t>Such Torah, such truth, such faith, such wisdom, new, which does not exist in the world</w:t>
      </w:r>
    </w:p>
    <w:p>
      <w:r>
        <w:t>They will be ashamed and make graves and bury themselves from the magnitude of the shame before our holy Torah</w:t>
      </w:r>
    </w:p>
    <w:p>
      <w:r>
        <w:t>And before the foundation of the holy Rabbainu, which already exists in the world</w:t>
      </w:r>
    </w:p>
    <w:p>
      <w:r>
        <w:t>In one moment he turns them all over, {{……}}, everything to good</w:t>
      </w:r>
    </w:p>
    <w:p>
      <w:r>
        <w:t>With one utterance of his he turns the entire world over, all the sages; he shows them that they know nothing [the apikorsim in.. in Uman]</w:t>
      </w:r>
    </w:p>
    <w:p>
      <w:r>
        <w:t>Yes, certainly</w:t>
      </w:r>
    </w:p>
    <w:p>
      <w:r>
        <w:t>[Hirsch Ber, Hirsch Ber, he swore by.., to.. to Rabbainu..]</w:t>
      </w:r>
    </w:p>
    <w:p>
      <w:r>
        <w:t>What he has already revealed, every utterance of his, for the entire world, for all {the people} who want repentance</w:t>
      </w:r>
    </w:p>
    <w:p>
      <w:r>
        <w:t>And there will be, ah.. the tzaddik will {remove\atone} for us</w:t>
      </w:r>
    </w:p>
    <w:p>
      <w:r>
        <w:t>The holy Rabbainu gave, he already knows how {to turn the entire world over}</w:t>
      </w:r>
    </w:p>
    <w:p>
      <w:r>
        <w:t>And how {to shine into us….}, and how {…...…}</w:t>
      </w:r>
    </w:p>
    <w:p>
      <w:r>
        <w:t>He, he teaches each and every Jewish soul such Torah, and such faith, as never existed</w:t>
      </w:r>
    </w:p>
    <w:p>
      <w:r>
        <w:t>And there will be an entirely new world</w:t>
      </w:r>
    </w:p>
    <w:p>
      <w:r>
        <w:t>We do not know at all what there is in the world</w:t>
      </w:r>
    </w:p>
    <w:p>
      <w:r>
        <w:t>{The light of} the holy Rabbainu shines in every utterance of his, {and says to everyone\in every.., and in everyone}</w:t>
      </w:r>
    </w:p>
    <w:p>
      <w:r>
        <w:t>How {.. ….} to serve Hashem, and how to believe in Hashem and in the Torah</w:t>
      </w:r>
    </w:p>
    <w:p>
      <w:r>
        <w:t>Ay, the gentiles will all go</w:t>
      </w:r>
    </w:p>
    <w:p>
      <w:r>
        <w:t>{No one speaks of this.., fr.. fr.. who teaches from them, who speaks fr.. fr.. who needs them?}</w:t>
      </w:r>
    </w:p>
    <w:p>
      <w:r>
        <w:t>There already is, there already is such a “Sippurei Maasiyos”; they will all be ashamed before each and every utterance of the stories</w:t>
      </w:r>
    </w:p>
    <w:p>
      <w:r>
        <w:t>{Yes}</w:t>
      </w:r>
    </w:p>
    <w:p>
      <w:r>
        <w:t>And they will all be turned over…</w:t>
      </w:r>
    </w:p>
    <w:p>
      <w:pPr>
        <w:pStyle w:val="Heading2"/>
      </w:pPr>
      <w:r>
        <w:t>Side B (Bais)</w:t>
      </w:r>
    </w:p>
    <w:p>
      <w:r>
        <w:t>...{They cannot bear it}</w:t>
      </w:r>
    </w:p>
    <w:p>
      <w:r>
        <w:t>{What}, such a light has never yet existed in the world, and they will {dig} graves, {…}, yes</w:t>
      </w:r>
    </w:p>
    <w:p>
      <w:r>
        <w:t>What we already, but we see that our righteous Mashiach will rectify and atone and turn everything over</w:t>
      </w:r>
    </w:p>
    <w:p>
      <w:r>
        <w:t>Everything, to good and to blessing</w:t>
      </w:r>
    </w:p>
    <w:p>
      <w:r>
        <w:t>Oy, how {Rebbe Yisroel} loved every Jewish child, every child</w:t>
      </w:r>
    </w:p>
    <w:p>
      <w:r>
        <w:t>He ,he said everything, and left such wisdom in the world</w:t>
      </w:r>
    </w:p>
    <w:p>
      <w:r>
        <w:t>So that they will want only to speak about how one merits to fulfill the Torah</w:t>
      </w:r>
    </w:p>
    <w:p>
      <w:r>
        <w:t>Still more, still more, still..</w:t>
      </w:r>
    </w:p>
    <w:p>
      <w:r>
        <w:t>Such lights have been revealed in the world; they are in each and every Torah that Rabbainu revealed</w:t>
      </w:r>
    </w:p>
    <w:p>
      <w:r>
        <w:t>{The entire world needed to merit and fulfill this to the end}</w:t>
      </w:r>
    </w:p>
    <w:p>
      <w:r>
        <w:t>The essence of life, our main thing, such truth, such wisdom, that all the sages of the world of the gentiles</w:t>
      </w:r>
    </w:p>
    <w:p>
      <w:r>
        <w:t>Will be ashamed and draw near {….}</w:t>
      </w:r>
    </w:p>
    <w:p>
      <w:r>
        <w:t>The holy Rabbainu will turn the entire world to Hashem Yisbarach, to true wisdom, yes</w:t>
      </w:r>
    </w:p>
    <w:p>
      <w:r>
        <w:t>And there will be such a {generation\good} in the world as never existed</w:t>
      </w:r>
    </w:p>
    <w:p>
      <w:r>
        <w:t>A generation of such wisdom and faith, as still has not existed in the world, yes</w:t>
      </w:r>
    </w:p>
    <w:p>
      <w:r>
        <w:t>[It is truly close, it is close]</w:t>
      </w:r>
    </w:p>
    <w:p>
      <w:r>
        <w:t>[In one moment]</w:t>
      </w:r>
    </w:p>
    <w:p>
      <w:r>
        <w:t>Yes, he knows how to prevail, and with one utterance of his he can turn the entire world over</w:t>
      </w:r>
    </w:p>
    <w:p>
      <w:r>
        <w:t>He can make known {……….}, {I want everyone to merit to see ….}</w:t>
      </w:r>
    </w:p>
    <w:p>
      <w:r>
        <w:t>What the Torah is, what the Torah is, our Torah</w:t>
      </w:r>
    </w:p>
    <w:p>
      <w:r>
        <w:t>He, with one utterance, turns them all over, everything, to Torah, to faith, to truth</w:t>
      </w:r>
    </w:p>
    <w:p>
      <w:r>
        <w:t>In each and every utterance of his, {oy, there will be another generation}</w:t>
      </w:r>
    </w:p>
    <w:p>
      <w:r>
        <w:t>[Rabbainu said that Mashiach will be..]</w:t>
      </w:r>
    </w:p>
    <w:p>
      <w:r>
        <w:t>{…}</w:t>
      </w:r>
    </w:p>
    <w:p>
      <w:r>
        <w:t>[From his grandchildren, yes?]</w:t>
      </w:r>
    </w:p>
    <w:p>
      <w:r>
        <w:t>Yes</w:t>
      </w:r>
    </w:p>
    <w:p>
      <w:r>
        <w:t>With one utterance of his {he turns over}, with one Torah he turns the entire world over with one utterance {there already are in the world} such wisdoms, that everyone will know of Hashem Yisbarach</w:t>
      </w:r>
    </w:p>
    <w:p>
      <w:r>
        <w:t>Only of Hashem Yisbarach, and the Torah and faith and the truth</w:t>
      </w:r>
    </w:p>
    <w:p>
      <w:r>
        <w:t>[When will this be? When?]</w:t>
      </w:r>
    </w:p>
    <w:p>
      <w:r>
        <w:t>We already have such “Likutay Halachos,” such a “Likutay Eitzos,” such a “Likutay Moharan”</w:t>
      </w:r>
    </w:p>
    <w:p>
      <w:r>
        <w:t>For every Torah teaching is a light that illuminates the whole world, {}</w:t>
      </w:r>
    </w:p>
    <w:p>
      <w:r>
        <w:t>All the nations will envy us, yes, yes</w:t>
      </w:r>
    </w:p>
    <w:p>
      <w:r>
        <w:t>And they will see, and they will see with their eyes, that they are only donkeys</w:t>
      </w:r>
    </w:p>
    <w:p>
      <w:r>
        <w:t>[They will see with their eyes that they are only donkeys]</w:t>
      </w:r>
    </w:p>
    <w:p>
      <w:r>
        <w:t>[With the.. one who resembles a donkey]</w:t>
      </w:r>
    </w:p>
    <w:p>
      <w:r>
        <w:t>What? He likes to sleep?</w:t>
      </w:r>
    </w:p>
    <w:p>
      <w:r>
        <w:t>[He wants to sleep]</w:t>
      </w:r>
    </w:p>
    <w:p>
      <w:r>
        <w:t>Oh, oh, oh..</w:t>
      </w:r>
    </w:p>
    <w:p>
      <w:r>
        <w:t>[It is almost chatzos]</w:t>
      </w:r>
    </w:p>
    <w:p>
      <w:r>
        <w:t>Yes?</w:t>
      </w:r>
    </w:p>
    <w:p>
      <w:r>
        <w:t>[Almost, still…]</w:t>
      </w:r>
    </w:p>
    <w:p>
      <w:r>
        <w:t>[Give him, the best ...]</w:t>
      </w:r>
    </w:p>
    <w:p>
      <w:r>
        <w:t>[In Meron they would say chatzos with Reb Shmuel Horowitz, and with Reb Yankel Bereztsky] Huh?</w:t>
      </w:r>
    </w:p>
    <w:p>
      <w:r>
        <w:t>[Reb Yankel Bereztsky]</w:t>
      </w:r>
    </w:p>
    <w:p>
      <w:r>
        <w:t>Yankel {needs to merit it}</w:t>
      </w:r>
    </w:p>
    <w:p>
      <w:r>
        <w:t>[You would say "Tikkun Chatzos" in Meron]</w:t>
      </w:r>
    </w:p>
    <w:p>
      <w:r>
        <w:t>Oy, what we have, what I saw with my own eyes, what we have</w:t>
      </w:r>
    </w:p>
    <w:p>
      <w:r>
        <w:t>Such vitality, such faith, such truth, that everyone will be transformed, it will be {…}</w:t>
      </w:r>
    </w:p>
    <w:p>
      <w:r>
        <w:t>And they will be utterly ashamed, they will be utterly nullified before one utterance of {Rabbainu's Torah}</w:t>
      </w:r>
    </w:p>
    <w:p>
      <w:r>
        <w:t>It will overturn, such power has never yet existed in the world</w:t>
      </w:r>
    </w:p>
    <w:p>
      <w:r>
        <w:t>And every utterance will have the power to turn the whole world toward Hashem Yisborach</w:t>
      </w:r>
    </w:p>
    <w:p>
      <w:r>
        <w:t>Oy vey, whoever heard the prayer of, of Rebbe Yisroel, he feels what I</w:t>
      </w:r>
    </w:p>
    <w:p>
      <w:r>
        <w:t>What I am saying, what I am making known {and revealing}, it is such a light</w:t>
      </w:r>
    </w:p>
    <w:p>
      <w:r>
        <w:t>[…..]</w:t>
      </w:r>
    </w:p>
    <w:p>
      <w:r>
        <w:t>That all the sages, all the gaonim will be ashamed and utterly nullified</w:t>
      </w:r>
    </w:p>
    <w:p>
      <w:r>
        <w:t>[…….]</w:t>
      </w:r>
    </w:p>
    <w:p>
      <w:r>
        <w:t>Nu, can I sleep too?</w:t>
      </w:r>
    </w:p>
    <w:p>
      <w:r>
        <w:t>[Do you want to sleep?]</w:t>
      </w:r>
    </w:p>
    <w:p>
      <w:r>
        <w:t>[……..]</w:t>
      </w:r>
    </w:p>
    <w:p>
      <w:r>
        <w:t>[……..]</w:t>
      </w:r>
    </w:p>
    <w:p>
      <w:r>
        <w:t>{…}, we do not need to sleep, only to speak about what we have {in the soul}</w:t>
      </w:r>
    </w:p>
    <w:p>
      <w:r>
        <w:t>[…….]</w:t>
      </w:r>
    </w:p>
    <w:p>
      <w:r>
        <w:t>[Only.. what? To speak..?]</w:t>
      </w:r>
    </w:p>
    <w:p>
      <w:r>
        <w:t>[To speak about something in cash…...]</w:t>
      </w:r>
    </w:p>
    <w:p>
      <w:r>
        <w:t>The whole world {will be ashamed} and will be nullified and ashamed before every utterance of, of Rabbainu, of blessed memory, yes, and this is already in the world, everything is here</w:t>
      </w:r>
    </w:p>
    <w:p>
      <w:r>
        <w:t>[Only Tehillim is needed, Tehillim]</w:t>
      </w:r>
    </w:p>
    <w:p>
      <w:r>
        <w:t>It is here, we do not need to labor, he already illuminates {….}</w:t>
      </w:r>
    </w:p>
    <w:p>
      <w:r>
        <w:t>{He...}, with each and every utterance he overturns the whole world</w:t>
      </w:r>
    </w:p>
    <w:p>
      <w:r>
        <w:t>Oy, oy, I merited to hear and to see {how a person is situated…}</w:t>
      </w:r>
    </w:p>
    <w:p>
      <w:r>
        <w:t>Such faith and such truth do not, do not, have not yet been revealed</w:t>
      </w:r>
    </w:p>
    <w:p>
      <w:r>
        <w:t>{…...}</w:t>
      </w:r>
    </w:p>
    <w:p>
      <w:r>
        <w:t>[Do you want to sleep? Rebbe Yisroel]</w:t>
      </w:r>
    </w:p>
    <w:p>
      <w:r>
        <w:t>{…}</w:t>
      </w:r>
    </w:p>
    <w:p>
      <w:r>
        <w:t>[Do you want to sleep?]</w:t>
      </w:r>
    </w:p>
    <w:p>
      <w:r>
        <w:t>{…….}</w:t>
      </w:r>
    </w:p>
    <w:p>
      <w:r>
        <w:t>I merited to hear and to see such utterances, {which are the words of Hashem Elokim}</w:t>
      </w:r>
    </w:p>
    <w:p>
      <w:r>
        <w:t>It is such wisdom throughout the whole world, that everyone will be transformed, everyone {then they will be} the opposite</w:t>
      </w:r>
    </w:p>
    <w:p>
      <w:r>
        <w:t>I heard how he pleaded before Hashem Yisborach, {pleaded, yes}</w:t>
      </w:r>
    </w:p>
    <w:p>
      <w:r>
        <w:t>Pleaded how he, he, he felt that he was far from Hashem Yisborach, from the Torah</w:t>
      </w:r>
    </w:p>
    <w:p>
      <w:r>
        <w:t>And how he.. cried and pleaded before Hashem Yisborach:</w:t>
      </w:r>
    </w:p>
    <w:p>
      <w:r>
        <w:t>{{And I.., what is this writing telling me?}}</w:t>
      </w:r>
    </w:p>
    <w:p>
      <w:r>
        <w:t>[Did he go in the field? Rebbe.., he went in the field]</w:t>
      </w:r>
    </w:p>
    <w:p>
      <w:r>
        <w:t>[……]</w:t>
      </w:r>
    </w:p>
    <w:p>
      <w:r>
        <w:t>[Did he go in the field?]</w:t>
      </w:r>
    </w:p>
    <w:p>
      <w:r>
        <w:t>{….}</w:t>
      </w:r>
    </w:p>
    <w:p>
      <w:r>
        <w:t>Ah, give me a little cola, {…} is already asleep, no?</w:t>
      </w:r>
    </w:p>
    <w:p>
      <w:r>
        <w:t>[Do you want gas?]</w:t>
      </w:r>
    </w:p>
    <w:p>
      <w:r>
        <w:t>{Blessed}.. through Whose word everything came to be..</w:t>
      </w:r>
    </w:p>
    <w:p>
      <w:r>
        <w:t>[[Amen]]…</w:t>
      </w:r>
    </w:p>
    <w:p>
      <w:r>
        <w:t>...{{He can ….. ….}}, {such a light}</w:t>
      </w:r>
    </w:p>
    <w:p>
      <w:r>
        <w:t>Is there already another like our holy Rabbainu in the world? {There will be no other}</w:t>
      </w:r>
    </w:p>
    <w:p>
      <w:r>
        <w:t>All the opponents, they will all be ashamed and regret having abandoned the {truth}, ah.. such holy Torah</w:t>
      </w:r>
    </w:p>
    <w:p>
      <w:r>
        <w:t>He illuminates the entire Torah, it is such a light as never existed before, entirely new</w:t>
      </w:r>
    </w:p>
    <w:p>
      <w:r>
        <w:t>I want to sleep</w:t>
      </w:r>
    </w:p>
    <w:p>
      <w:r>
        <w:t>[…….]…</w:t>
      </w:r>
    </w:p>
    <w:p>
      <w:r>
        <w:t>...{I truly merited} to hear such holy utterances</w:t>
      </w:r>
    </w:p>
    <w:p>
      <w:r>
        <w:t>Such truth, {that it illuminates everything for him…}...</w:t>
      </w:r>
    </w:p>
    <w:p>
      <w:r>
        <w:t>...{………} our holy Rabbainu</w:t>
      </w:r>
    </w:p>
    <w:p>
      <w:r>
        <w:t>Rebbe Shimon, the initials spell Shimon, how does it go?</w:t>
      </w:r>
    </w:p>
    <w:p>
      <w:r>
        <w:t>["A w'atcher and h'oly one f'rom h'eaven d'escended"]</w:t>
      </w:r>
    </w:p>
    <w:p>
      <w:r>
        <w:t>"A w'atcher and h'oly one f'rom h'eaven d'escended", {the initials spell Shimon}</w:t>
      </w:r>
    </w:p>
    <w:p>
      <w:r>
        <w:t>["A w'atcher and h'oly one f'rom h'eaven d'escended"]</w:t>
      </w:r>
    </w:p>
    <w:p>
      <w:r>
        <w:t>"A w'atcher and h'oly one f'rom h'eaven d'escended", the initials spell Shimo"n</w:t>
      </w:r>
    </w:p>
    <w:p>
      <w:r>
        <w:t>[Yes]</w:t>
      </w:r>
    </w:p>
    <w:p>
      <w:r>
        <w:t>"A watcher and holy one"</w:t>
      </w:r>
    </w:p>
    <w:p>
      <w:r>
        <w:t>[Yes]…</w:t>
      </w:r>
    </w:p>
    <w:p>
      <w:r>
        <w:t>...I heard that he took a Sephardi woman</w:t>
      </w:r>
    </w:p>
    <w:p>
      <w:r>
        <w:t>Have you heard of this?</w:t>
      </w:r>
    </w:p>
    <w:p>
      <w:r>
        <w:t>[No, no, no]</w:t>
      </w:r>
    </w:p>
    <w:p>
      <w:r>
        <w:t>Yes</w:t>
      </w:r>
    </w:p>
    <w:p>
      <w:r>
        <w:t>[How is that? How?]</w:t>
      </w:r>
    </w:p>
    <w:p>
      <w:r>
        <w:t>That is how it was, that is what I heard</w:t>
      </w:r>
    </w:p>
    <w:p>
      <w:r>
        <w:t>[Who? Rebbe Nachman Horodenker?]</w:t>
      </w:r>
    </w:p>
    <w:p>
      <w:r>
        <w:t>Yes</w:t>
      </w:r>
    </w:p>
    <w:p>
      <w:r>
        <w:t>[Rabbi Nachman's grandfather]</w:t>
      </w:r>
    </w:p>
    <w:p>
      <w:r>
        <w:t>Rabbi Nachman's grandfather</w:t>
      </w:r>
    </w:p>
    <w:p>
      <w:r>
        <w:t>{The main thing is she}, she was a great righteous woman, she had the merit that Rebbe Nachman Horodenker was her husband</w:t>
      </w:r>
    </w:p>
    <w:p>
      <w:r>
        <w:t>Rebbe Nachman Horodenker was a distinguished disciple of, of {..}</w:t>
      </w:r>
    </w:p>
    <w:p>
      <w:r>
        <w:t>[The Baal Shem Tov]</w:t>
      </w:r>
    </w:p>
    <w:p>
      <w:r>
        <w:t>The Baal Shem Tov</w:t>
      </w:r>
    </w:p>
    <w:p>
      <w:r>
        <w:t>[What was, what was her name?]</w:t>
      </w:r>
    </w:p>
    <w:p>
      <w:r>
        <w:t>Huh?</w:t>
      </w:r>
    </w:p>
    <w:p>
      <w:r>
        <w:t>[What was her name?]</w:t>
      </w:r>
    </w:p>
    <w:p>
      <w:r>
        <w:t>{I do not know}</w:t>
      </w:r>
    </w:p>
    <w:p>
      <w:r>
        <w:t>What..</w:t>
      </w:r>
    </w:p>
    <w:p>
      <w:r>
        <w:t>{His wife's name may have been Tzipporah}</w:t>
      </w:r>
    </w:p>
    <w:p>
      <w:r>
        <w:t>And Tzipporah was Rabbainu's mother</w:t>
      </w:r>
    </w:p>
    <w:p>
      <w:r>
        <w:t>[Yes]</w:t>
      </w:r>
    </w:p>
    <w:p>
      <w:r>
        <w:t>Ah..</w:t>
      </w:r>
    </w:p>
    <w:p>
      <w:r>
        <w:t>{And she gave birth to, ah, the father.., to Rabbainu}</w:t>
      </w:r>
    </w:p>
    <w:p>
      <w:r>
        <w:t>{……… Yisroel Nachman}</w:t>
      </w:r>
    </w:p>
    <w:p>
      <w:r>
        <w:t>[Yes]…</w:t>
      </w:r>
    </w:p>
    <w:p>
      <w:r>
        <w:t>...Rebbe Nachman Horodenker traveled to Eretz Yisroel</w:t>
      </w:r>
    </w:p>
    <w:p>
      <w:r>
        <w:t>And on the way in Istanbul, he took a Sephardi wife, perhaps…</w:t>
      </w:r>
    </w:p>
    <w:p>
      <w:r>
        <w:t>...His gravesite is in Teveria</w:t>
      </w:r>
    </w:p>
    <w:p>
      <w:r>
        <w:t>[Yes]…</w:t>
      </w:r>
    </w:p>
    <w:p>
      <w:r>
        <w:t>...He passed away in Teveria</w:t>
      </w:r>
    </w:p>
    <w:p>
      <w:r>
        <w:t>[Yes, yes, but that was after..]</w:t>
      </w:r>
    </w:p>
    <w:p>
      <w:r>
        <w:t>So he was {buried}.., he was in Eretz Yisroel and our holy Rabbainu was also in Eretz Yisroel [Yes]…</w:t>
      </w:r>
    </w:p>
    <w:p>
      <w:r>
        <w:t>..."The Baal Shem Tov wanted to be in Eretz Yisroel, and no, and no he was</w:t>
      </w:r>
    </w:p>
    <w:p>
      <w:r>
        <w:t>I was in Eretz Yisroel"…</w:t>
      </w:r>
    </w:p>
    <w:p>
      <w:r>
        <w:t>...How he was in.., how Rabbainu went up to Eretz Yisroel</w:t>
      </w:r>
    </w:p>
    <w:p>
      <w:r>
        <w:t>There were such miracles and wonders, that the world did not know that Rabbi Nachman had come</w:t>
      </w:r>
    </w:p>
    <w:p>
      <w:r>
        <w:t>{..}, Yisroel Nachman son, son of Simcha…</w:t>
      </w:r>
    </w:p>
    <w:p>
      <w:r>
        <w:t>...Rebbe Nachman Horodenker came to Istanbul and married a woman, and Rabbainu was born, and Rabbainu was born</w:t>
      </w:r>
    </w:p>
    <w:p>
      <w:r>
        <w:t>{{…}}, {was born} Rabbainu Nachman…</w:t>
      </w:r>
    </w:p>
    <w:p>
      <w:r>
        <w:t>...{{… … ……}}, {there was not, there was not}</w:t>
      </w:r>
    </w:p>
    <w:p>
      <w:r>
        <w:t>There were the wars of, of Napoleon…</w:t>
      </w:r>
    </w:p>
    <w:p>
      <w:r>
        <w:t>...Napoleon was.., he wanted to kill all the Jews, Napoleon</w:t>
      </w:r>
    </w:p>
    <w:p>
      <w:r>
        <w:t>And our holy Rabbainu spoke with him…</w:t>
      </w:r>
    </w:p>
    <w:p>
      <w:r>
        <w:t>...With Napoleon…</w:t>
      </w:r>
    </w:p>
    <w:p>
      <w:r>
        <w:t>...He came to Istanbul and..</w:t>
      </w:r>
    </w:p>
    <w:p>
      <w:r>
        <w:t>He came t.. to me.. to Eretz Yisroel</w:t>
      </w:r>
    </w:p>
    <w:p>
      <w:r>
        <w:t>Our holy Rabbainu, when he was in the Land.., in Teveria, in Eretz Yisroel</w:t>
      </w:r>
    </w:p>
    <w:p>
      <w:r>
        <w:t>Was at the holy gravesite of Rebbe Nachman Horodenker</w:t>
      </w:r>
    </w:p>
    <w:p>
      <w:r>
        <w:t>{Do you understand?}, you see, do you remember this?</w:t>
      </w:r>
    </w:p>
    <w:p>
      <w:r>
        <w:t>[No, I do not remember]</w:t>
      </w:r>
    </w:p>
    <w:p>
      <w:r>
        <w:t>Yes</w:t>
      </w:r>
    </w:p>
    <w:p>
      <w:r>
        <w:t>[Yes]…</w:t>
      </w:r>
    </w:p>
    <w:p>
      <w:r>
        <w:t>...There is one long gravesite, it is written there, {that in 5525}, and this is Rabbi Nachman's grandfather</w:t>
      </w:r>
    </w:p>
    <w:p>
      <w:r>
        <w:t>{{It was like ….}}, one long gravesite…</w:t>
      </w:r>
    </w:p>
    <w:p>
      <w:r>
        <w:t>...{… Rabbainu merited}, merited to come to Eretz Yisroel, and.. and said:</w:t>
      </w:r>
    </w:p>
    <w:p>
      <w:r>
        <w:t>"The Baal Shem Tov did not merit it, I merited Eretz Yisroel"</w:t>
      </w:r>
    </w:p>
    <w:p>
      <w:r>
        <w:t>And said: "All Jews need to come live in.. Eretz Yisroel"</w:t>
      </w:r>
    </w:p>
    <w:p>
      <w:r>
        <w:t>Even now one sees this, that the French and all, and the whole world travel to Eretz Yisroel…</w:t>
      </w:r>
    </w:p>
    <w:p>
      <w:r>
        <w:t>...Rebbe Nachman Horodenker was the grandfather of our holy Rabbainu…</w:t>
      </w:r>
    </w:p>
    <w:p>
      <w:r>
        <w:t>...Our holy Rabbainu was in Eretz Yisroel, he was at the grave of his grandfather Rebbe Nachman Horodenker, it is written in the Sichos</w:t>
      </w:r>
    </w:p>
    <w:p>
      <w:r>
        <w:t>[Yes]…</w:t>
      </w:r>
    </w:p>
    <w:p>
      <w:r>
        <w:t>...{Will already regret it}</w:t>
      </w:r>
    </w:p>
    <w:p>
      <w:r>
        <w:t>[Yes]</w:t>
      </w:r>
    </w:p>
    <w:p>
      <w:r>
        <w:t>Yes, {..}</w:t>
      </w:r>
    </w:p>
    <w:p>
      <w:r>
        <w:t>All those who did not merit to draw close to Rabbainu, oh, they will have Gehinnom, such a Gehinnom</w:t>
      </w:r>
    </w:p>
    <w:p>
      <w:r>
        <w:t>They abandoned such a treasure</w:t>
      </w:r>
    </w:p>
    <w:p>
      <w:r>
        <w:t>So new, such as had never existed in the world</w:t>
      </w:r>
    </w:p>
    <w:p>
      <w:r>
        <w:t>Our holy Rabbainu, he made known to us and revealed to us the drop from the sea of what he</w:t>
      </w:r>
    </w:p>
    <w:p>
      <w:r>
        <w:t>He is {"Na Na Nach Nachma Nachman}.. of Uman"</w:t>
      </w:r>
    </w:p>
    <w:p>
      <w:r>
        <w:t>All the scholars did not know, did not, did not feel and did not see and did not, and they do not know what this is, yes</w:t>
      </w:r>
    </w:p>
    <w:p>
      <w:r>
        <w:t>Only we still do not know, but we will know soon, more than the whole world</w:t>
      </w:r>
    </w:p>
    <w:p>
      <w:r>
        <w:t>[[Amen]]</w:t>
      </w:r>
    </w:p>
    <w:p>
      <w:r>
        <w:t>Where will you pray on Rosh Hashanah?</w:t>
      </w:r>
    </w:p>
    <w:p>
      <w:r>
        <w:t>[Where will Saba be?]</w:t>
      </w:r>
    </w:p>
    <w:p>
      <w:r>
        <w:t>Huh, where? - "With Saba"</w:t>
      </w:r>
    </w:p>
    <w:p>
      <w:r>
        <w:t>[Where, where, where were you?]</w:t>
      </w:r>
    </w:p>
    <w:p>
      <w:r>
        <w:t>Ah, ah</w:t>
      </w:r>
    </w:p>
    <w:p>
      <w:r>
        <w:t>[Where will Rebbe Yisroel be?]</w:t>
      </w:r>
    </w:p>
    <w:p>
      <w:r>
        <w:t>Huh?</w:t>
      </w:r>
    </w:p>
    <w:p>
      <w:r>
        <w:t>[Where will Rebbe Yisroel be?]</w:t>
      </w:r>
    </w:p>
    <w:p>
      <w:r>
        <w:t>So I, I will come, I do not know yet, because I am sick, I know where</w:t>
      </w:r>
    </w:p>
    <w:p>
      <w:r>
        <w:t>But I want to be among people who are, who are drawing close to Rabbainu</w:t>
      </w:r>
    </w:p>
    <w:p>
      <w:r>
        <w:t>[Blessed is Hashem]</w:t>
      </w:r>
    </w:p>
    <w:p>
      <w:r>
        <w:t>They will be {{….}} president of the state, {what, what}</w:t>
      </w:r>
    </w:p>
    <w:p>
      <w:r>
        <w:t>[We need to draw him close]</w:t>
      </w:r>
    </w:p>
    <w:p>
      <w:r>
        <w:t>He will draw close</w:t>
      </w:r>
    </w:p>
    <w:p>
      <w:r>
        <w:t>[Yes?]</w:t>
      </w:r>
    </w:p>
    <w:p>
      <w:r>
        <w:t>Here, the whole world, he will rectify the whole world, all the rectifications depend only on drawing close to Rabbainu</w:t>
      </w:r>
    </w:p>
    <w:p>
      <w:r>
        <w:t>[The entire redemption]</w:t>
      </w:r>
    </w:p>
    <w:p>
      <w:r>
        <w:t>The entire rectification of the whole world, ours and that of the whole world, depends only on the rectification, on drawing close to Rabbainu [Blessed is Hashem, that we merited]</w:t>
      </w:r>
    </w:p>
    <w:p>
      <w:r>
        <w:t>We merited, and we will merit and we will live and see</w:t>
      </w:r>
    </w:p>
    <w:p>
      <w:r>
        <w:t>There are another three months until Rosh Hashanah</w:t>
      </w:r>
    </w:p>
    <w:p>
      <w:r>
        <w:t>[Yes, yes, with Hashem's help, we are in.. in Yerushalayim]</w:t>
      </w:r>
    </w:p>
    <w:p>
      <w:r>
        <w:t>Yerushalayim</w:t>
      </w:r>
    </w:p>
    <w:p>
      <w:r>
        <w:t>[Yes, at the Kosel, beside the Kosel]</w:t>
      </w:r>
    </w:p>
    <w:p>
      <w:r>
        <w:t>Yes, yes</w:t>
      </w:r>
    </w:p>
    <w:p>
      <w:r>
        <w:t>[With Hashem's help]</w:t>
      </w:r>
    </w:p>
    <w:p>
      <w:r>
        <w:t>The Kosel or, or at Rashbi</w:t>
      </w:r>
    </w:p>
    <w:p>
      <w:r>
        <w:t>[Ah, yes, yes, where you are, we, we are going]</w:t>
      </w:r>
    </w:p>
    <w:p>
      <w:r>
        <w:t>{We will see, no problem}</w:t>
      </w:r>
    </w:p>
    <w:p>
      <w:r>
        <w:t>[If you are at the Kosel, we are at the Kosel]</w:t>
      </w:r>
    </w:p>
    <w:p>
      <w:r>
        <w:t>I prayed all the days of my life with Rebbe Yisroel (Kardonner) {at the Kosel}, at.. at..</w:t>
      </w:r>
    </w:p>
    <w:p>
      <w:r>
        <w:t>[Rashbi]</w:t>
      </w:r>
    </w:p>
    <w:p>
      <w:r>
        <w:t>At Rashbi</w:t>
      </w:r>
    </w:p>
    <w:p>
      <w:r>
        <w:t>[Yes]</w:t>
      </w:r>
    </w:p>
    <w:p>
      <w:r>
        <w:t>And now Yerushalayim was conquered, perhaps ah.. {he conquered} that we should be in Yerushalayim at the “Western Wall”</w:t>
      </w:r>
    </w:p>
    <w:p>
      <w:r>
        <w:t>The “Western Wall” is the place of all the tzaddikim, of all the souls</w:t>
      </w:r>
    </w:p>
    <w:p>
      <w:r>
        <w:t>[Yes, yes]…</w:t>
      </w:r>
    </w:p>
    <w:p>
      <w:r>
        <w:t>...{Yes}, we have great miracles that we remained with Rabbainu</w:t>
      </w:r>
    </w:p>
    <w:p>
      <w:r>
        <w:t>Because all of Eretz Yisroel were opponents of Rabbainu</w:t>
      </w:r>
    </w:p>
    <w:p>
      <w:r>
        <w:t>[Yes, he writes that there were very many opponents]</w:t>
      </w:r>
    </w:p>
    <w:p>
      <w:r>
        <w:t>All this, he.. made a book</w:t>
      </w:r>
    </w:p>
    <w:p>
      <w:r>
        <w:t>[Yes, yes]</w:t>
      </w:r>
    </w:p>
    <w:p>
      <w:r>
        <w:t>So that we should know..</w:t>
      </w:r>
    </w:p>
    <w:p>
      <w:r>
        <w:t>[Very beautiful]</w:t>
      </w:r>
    </w:p>
    <w:p>
      <w:r>
        <w:t>So that we should know..</w:t>
      </w:r>
    </w:p>
    <w:p>
      <w:r>
        <w:t>[A little]</w:t>
      </w:r>
    </w:p>
    <w:p>
      <w:r>
        <w:t>What can {be portrayed in a book}</w:t>
      </w:r>
    </w:p>
    <w:p>
      <w:r>
        <w:t>[You also need to make a book]</w:t>
      </w:r>
    </w:p>
    <w:p>
      <w:r>
        <w:t>Eh?</w:t>
      </w:r>
    </w:p>
    <w:p>
      <w:r>
        <w:t>[You also need to make a book]</w:t>
      </w:r>
    </w:p>
    <w:p>
      <w:r>
        <w:t>I have no eyes, today I do not see, {I do not\but I} hear</w:t>
      </w:r>
    </w:p>
    <w:p>
      <w:r>
        <w:t>But this is one, I, Shmuel, one mouth</w:t>
      </w:r>
    </w:p>
    <w:p>
      <w:r>
        <w:t>{We .. then} merited to draw close to Rabbainu, at a time when all, all of Yerushalayim were..</w:t>
      </w:r>
    </w:p>
    <w:p>
      <w:r>
        <w:t>[Against]</w:t>
      </w:r>
    </w:p>
    <w:p>
      <w:r>
        <w:t>{Opponents}…</w:t>
      </w:r>
    </w:p>
    <w:p>
      <w:r>
        <w:t>...They did not have, neither a garment nor bread nor clothing, {they had nothing}</w:t>
      </w:r>
    </w:p>
    <w:p>
      <w:r>
        <w:t>Until now all the children say:</w:t>
      </w:r>
    </w:p>
    <w:p>
      <w:r>
        <w:t>“What kind of father {of mine..}, of ours? He does not give us {a little} bread”…</w:t>
      </w:r>
    </w:p>
    <w:p>
      <w:r>
        <w:t>...{Such words} had never been since the day the world was created</w:t>
      </w:r>
    </w:p>
    <w:p>
      <w:r>
        <w:t>Only the holy Rabbainu {informed them of this orally, yes, yes}, to the “Western Wall”</w:t>
      </w:r>
    </w:p>
    <w:p>
      <w:r>
        <w:t>Who is the Rebbe? “R'osh B'nei Y'isroel” is the Rebbe</w:t>
      </w:r>
    </w:p>
    <w:p>
      <w:r>
        <w:t>Rebbe Nachman of Breslov is the Rebbe</w:t>
      </w:r>
    </w:p>
    <w:p>
      <w:r>
        <w:t>{What will be with all the great ones and all the rabbis}, {all of you} go away from here</w:t>
      </w:r>
    </w:p>
    <w:p>
      <w:r>
        <w:t>{All of you, go away from here}</w:t>
      </w:r>
    </w:p>
    <w:p>
      <w:r>
        <w:t>[…]</w:t>
      </w:r>
    </w:p>
    <w:p>
      <w:r>
        <w:t>M.. m.. m.. m.. m.. {… ….}</w:t>
      </w:r>
    </w:p>
    <w:p>
      <w:r>
        <w:t>[…]</w:t>
      </w:r>
    </w:p>
    <w:p>
      <w:r>
        <w:t>{Teveria}</w:t>
      </w:r>
    </w:p>
    <w:p>
      <w:r>
        <w:t>[From Teveria]</w:t>
      </w:r>
    </w:p>
    <w:p>
      <w:r>
        <w:t>Who say that they are the Rebbe</w:t>
      </w:r>
    </w:p>
    <w:p>
      <w:r>
        <w:t>You are a Rebbe? {Good, let us see you, come to me}</w:t>
      </w:r>
    </w:p>
    <w:p>
      <w:r>
        <w:t>{Blessed is Hashem, ah, our father …… } he is not a liar, he is the Rebbe</w:t>
      </w:r>
    </w:p>
    <w:p>
      <w:r>
        <w:t>He, {has compassion and..}, he is among the Rebbe's students, a student, Rebbe, student</w:t>
      </w:r>
    </w:p>
    <w:p>
      <w:r>
        <w:t>Blessed is Hashem, we are among his students</w:t>
      </w:r>
    </w:p>
    <w:p>
      <w:r>
        <w:t>[Blessed is Hashem]</w:t>
      </w:r>
    </w:p>
    <w:p>
      <w:r>
        <w:t>Of the holy Rabbainu</w:t>
      </w:r>
    </w:p>
    <w:p>
      <w:r>
        <w:t>All the great ones will be ashamed and nullified and completely nullified</w:t>
      </w:r>
    </w:p>
    <w:p>
      <w:r>
        <w:t>Who is the Rebbe? “R'osh B'nei Y'isroel” {…}</w:t>
      </w:r>
    </w:p>
    <w:p>
      <w:r>
        <w:t>Who is “R'osh B'nei Y'isroel”? “Na Naḥ Naḥma Naḥman meUman”</w:t>
      </w:r>
    </w:p>
    <w:p>
      <w:r>
        <w:t>He is “R'osh B'nei Y'isroel,” he is the Rebbe</w:t>
      </w:r>
    </w:p>
    <w:p>
      <w:r>
        <w:t>{{….}}</w:t>
      </w:r>
    </w:p>
    <w:p>
      <w:r>
        <w:t>I merited to know men of truth, students of Rabbainu, I merited to know</w:t>
      </w:r>
    </w:p>
    <w:p>
      <w:r>
        <w:t>I saw the Karliner, I saw all, all the liars</w:t>
      </w:r>
    </w:p>
    <w:p>
      <w:r>
        <w:t>None remained, only the holy Rabbainu, he is the Rebbe</w:t>
      </w:r>
    </w:p>
    <w:p>
      <w:r>
        <w:t>[………]</w:t>
      </w:r>
    </w:p>
    <w:p>
      <w:r>
        <w:t>[………]</w:t>
      </w:r>
    </w:p>
    <w:p>
      <w:r>
        <w:t>He came from Poland, he was a great novelty</w:t>
      </w:r>
    </w:p>
    <w:p>
      <w:r>
        <w:t>Ahh, someone came from Germany, f.. f.. from Germany? From Poland!</w:t>
      </w:r>
    </w:p>
    <w:p>
      <w:r>
        <w:t>[……...]</w:t>
      </w:r>
    </w:p>
    <w:p>
      <w:r>
        <w:t>[….…..]</w:t>
      </w:r>
    </w:p>
    <w:p>
      <w:r>
        <w:t>They will all be nullified and ashamed, all the great ones, all the geniuses, {who were in the world}</w:t>
      </w:r>
    </w:p>
    <w:p>
      <w:r>
        <w:t>“We have sinned, we have acted perversely, we have transgressed, {we have robbed\we have betrayed}, we have acted wickedly” {oh.. oh..}</w:t>
      </w:r>
    </w:p>
    <w:p>
      <w:r>
        <w:t>{{But your father said about me, Mashiach}}</w:t>
      </w:r>
    </w:p>
    <w:p>
      <w:r>
        <w:t>The Gemara, there is a Gemara, that Mashiach will come in a year of blessing, blessed is Hashem, this year is a year of blessing [……..]</w:t>
      </w:r>
    </w:p>
    <w:p>
      <w:r>
        <w:t>[..……]…</w:t>
      </w:r>
    </w:p>
    <w:p>
      <w:r>
        <w:t>...[……..]</w:t>
      </w:r>
    </w:p>
    <w:p>
      <w:r>
        <w:t>[………..]</w:t>
      </w:r>
    </w:p>
    <w:p>
      <w:r>
        <w:t>...{…. …..}</w:t>
      </w:r>
    </w:p>
    <w:p>
      <w:r>
        <w:t>Tell Saba:</w:t>
      </w:r>
    </w:p>
    <w:p>
      <w:r>
        <w:t>“Fortunate are you that you are not a Rebbe.. If you were a Rebbe, what would have become of me?”</w:t>
      </w:r>
    </w:p>
    <w:p>
      <w:r>
        <w:t>You tell Father: “Blessed is Hashem, that you are not a Rebbe”</w:t>
      </w:r>
    </w:p>
    <w:p>
      <w:r>
        <w:t>{Yes}</w:t>
      </w:r>
    </w:p>
    <w:p>
      <w:r>
        <w:t>All the geniuses and all the great ones of the world will be ashamed and nullified before Rabbainu, one man, one utterance from the “Likutey Moharan” will defeat {{..}}, the whole world, one utterance g…</w:t>
      </w:r>
    </w:p>
    <w:p>
      <w:r>
        <w:t>...“I have finished and I will finish” no tzaddik said, only the holy Rabbainu [“I have triumphed and I will triumph”]</w:t>
      </w:r>
    </w:p>
    <w:p>
      <w:r>
        <w:t>They all {had a Rebbe}, Rabbainu {came\said}:</w:t>
      </w:r>
    </w:p>
    <w:p>
      <w:r>
        <w:t>“I will defeat the whole world</w:t>
      </w:r>
    </w:p>
    <w:p>
      <w:r>
        <w:t>I, I, I, I am the Rebbe, I, I, I, I, I, I, I”</w:t>
      </w:r>
    </w:p>
    <w:p>
      <w:r>
        <w:t>And the whole world will be ashamed</w:t>
      </w:r>
    </w:p>
    <w:p>
      <w:r>
        <w:t>He will ask all the great ones: “Who is the Rebbe?”</w:t>
      </w:r>
    </w:p>
    <w:p>
      <w:r>
        <w:t>And they will all say: “You are the Rebbe, not the liars, you are the Rebbe”…</w:t>
      </w:r>
    </w:p>
    <w:p>
      <w:r>
        <w:t>...[Rebbe Yisroel]</w:t>
      </w:r>
    </w:p>
    <w:p>
      <w:r>
        <w:t>Who is the Rebbe?</w:t>
      </w:r>
    </w:p>
    <w:p>
      <w:r>
        <w:t>[Rebbe Yisroel]</w:t>
      </w:r>
    </w:p>
    <w:p>
      <w:r>
        <w:t>[{A portion}]</w:t>
      </w:r>
    </w:p>
    <w:p>
      <w:r>
        <w:t>What is here?</w:t>
      </w:r>
    </w:p>
    <w:p>
      <w:r>
        <w:t>[This..]</w:t>
      </w:r>
    </w:p>
    <w:p>
      <w:r>
        <w:t>{Is this an eye? I also do not want it}…</w:t>
      </w:r>
    </w:p>
    <w:p>
      <w:r>
        <w:t>...There was Rebbe Naftali</w:t>
      </w:r>
    </w:p>
    <w:p>
      <w:r>
        <w:t>[…...]</w:t>
      </w:r>
    </w:p>
    <w:p>
      <w:r>
        <w:t>And Rebbe Naftali, a great elder</w:t>
      </w:r>
    </w:p>
    <w:p>
      <w:r>
        <w:t>[…..]</w:t>
      </w:r>
    </w:p>
    <w:p>
      <w:r>
        <w:t>[Rebbe Naftali..]</w:t>
      </w:r>
    </w:p>
    <w:p>
      <w:r>
        <w:t>He was {….} close to a hundred, Naftali</w:t>
      </w:r>
    </w:p>
    <w:p>
      <w:r>
        <w:t>[Yesterday, yesterday he told Ambash, that he needs to name his son ‘Naftali’] He told me a few moments before he died, told me..</w:t>
      </w:r>
    </w:p>
    <w:p>
      <w:r>
        <w:t>He asked me: “Who is the Rebbe?”</w:t>
      </w:r>
    </w:p>
    <w:p>
      <w:r>
        <w:t>So, do I know? He knows, he said:</w:t>
      </w:r>
    </w:p>
    <w:p>
      <w:r>
        <w:t>“The Rebbe, I, I, ‘R'osh B'nei Y'isroel,’ the initial letters are Rebbe”</w:t>
      </w:r>
    </w:p>
    <w:p>
      <w:r>
        <w:t>[………]</w:t>
      </w:r>
    </w:p>
    <w:p>
      <w:r>
        <w:t>[……]</w:t>
      </w:r>
    </w:p>
    <w:p>
      <w:r>
        <w:t>Where..?</w:t>
      </w:r>
    </w:p>
    <w:p>
      <w:r>
        <w:t>...Who is the Rebbe? “R'osh B'nei Y'isroel,” it is already written in.. in “Likutey Moharan”:</w:t>
      </w:r>
    </w:p>
    <w:p>
      <w:r>
        <w:t>“R'osh B'nei Y'isroel,” the initial letters are Rebbe, he is the Rebbe, {{. .}}</w:t>
      </w:r>
    </w:p>
    <w:p>
      <w:r>
        <w:t>He revealed before everyone, {{ah, he, he revealed}}</w:t>
      </w:r>
    </w:p>
    <w:p>
      <w:r>
        <w:t>{{…}}, the “Likutey Moharan” is for all Yisroel, “Likutey Moharan”</w:t>
      </w:r>
    </w:p>
    <w:p>
      <w:r>
        <w:t>“R'osh B'nei Y'isroel”.. its initial letters are Rebbe…</w:t>
      </w:r>
    </w:p>
    <w:p>
      <w:r>
        <w:t>...No, there is no {afternoon, afternoon} he does not have</w:t>
      </w:r>
    </w:p>
    <w:p>
      <w:r>
        <w:t>[…...]…</w:t>
      </w:r>
    </w:p>
    <w:p>
      <w:r>
        <w:t>...He will ask all the rabbis: “Who is the Rebbe?”…</w:t>
      </w:r>
    </w:p>
    <w:p>
      <w:r>
        <w:t>...{Blessed is Hashem}, the holy Rabbainu has already revealed who the Rebbe is</w:t>
      </w:r>
    </w:p>
    <w:p>
      <w:r>
        <w:t>“R'osh B'nei Y'isroel” its initial letters are Rebbe</w:t>
      </w:r>
    </w:p>
    <w:p>
      <w:r>
        <w:t>[……..]</w:t>
      </w:r>
    </w:p>
    <w:p>
      <w:r>
        <w:t>[….….]</w:t>
      </w:r>
    </w:p>
    <w:p>
      <w:r>
        <w:t>{Now\The rule is}, the liars will say:</w:t>
      </w:r>
    </w:p>
    <w:p>
      <w:r>
        <w:t>“The Rebbe is the holy Rabbainu, Rebbe Nachman, he is the Rebbe”</w:t>
      </w:r>
    </w:p>
    <w:p>
      <w:r>
        <w:t>All the great ones and all the geniuses will say, will say..</w:t>
      </w:r>
    </w:p>
    <w:p>
      <w:r>
        <w:t>Mashiach will ask them: “Who is the Rebbe?”</w:t>
      </w:r>
    </w:p>
    <w:p>
      <w:r>
        <w:t>Then they will all tell and say: “The Rebbe, you are the Rebbe, you [plural] is the Rebbe”…</w:t>
      </w:r>
    </w:p>
    <w:p>
      <w:r>
        <w:t>...There will not be one who will say: “The Rebbe is this one”</w:t>
      </w:r>
    </w:p>
    <w:p>
      <w:r>
        <w:t>Only the holy Rabbainu, everyone will agree</w:t>
      </w:r>
    </w:p>
    <w:p>
      <w:r>
        <w:t>[When? Saba]</w:t>
      </w:r>
    </w:p>
    <w:p>
      <w:r>
        <w:t>Eh?</w:t>
      </w:r>
    </w:p>
    <w:p>
      <w:r>
        <w:t>[When? Saba]</w:t>
      </w:r>
    </w:p>
    <w:p>
      <w:r>
        <w:t>Tomorrow, no, another three weeks</w:t>
      </w:r>
    </w:p>
    <w:p>
      <w:r>
        <w:t>[Three weeks?]</w:t>
      </w:r>
    </w:p>
    <w:p>
      <w:r>
        <w:t>[[{…{..].…… ….}}]</w:t>
      </w:r>
    </w:p>
    <w:p>
      <w:r>
        <w:t>...Everyone will ask {{………}}, they will come to the Kosel and ask and say:</w:t>
      </w:r>
    </w:p>
    <w:p>
      <w:r>
        <w:t>“Who is the Rebbe?”</w:t>
      </w:r>
    </w:p>
    <w:p>
      <w:r>
        <w:t>[…..]</w:t>
      </w:r>
    </w:p>
    <w:p>
      <w:r>
        <w:t>[…..]</w:t>
      </w:r>
    </w:p>
    <w:p>
      <w:r>
        <w:t>{Then} they will all say:</w:t>
      </w:r>
    </w:p>
    <w:p>
      <w:r>
        <w:t>“The Rebbe is “R'osh B'nei Y'isroel””</w:t>
      </w:r>
    </w:p>
    <w:p>
      <w:r>
        <w:t>[This is cola with lemon]…</w:t>
      </w:r>
    </w:p>
    <w:p>
      <w:r>
        <w:t>...[…...]…</w:t>
      </w:r>
    </w:p>
    <w:p>
      <w:r>
        <w:t>...{{…}}</w:t>
      </w:r>
    </w:p>
    <w:p>
      <w:r>
        <w:t>The Rebbe, the holy Rabbainu has already revealed who the Rebbe is</w:t>
      </w:r>
    </w:p>
    <w:p>
      <w:r>
        <w:t>“R'osh B'nei Y'isroel.., it is written in “Likutey Moharan”:</w:t>
      </w:r>
    </w:p>
    <w:p>
      <w:r>
        <w:t>““R'osh B'nei Y'isroel” the initial letters are Rebbe”</w:t>
      </w:r>
    </w:p>
    <w:p>
      <w:r>
        <w:t>[……]…</w:t>
      </w:r>
    </w:p>
    <w:p>
      <w:r>
        <w:t>...“R'osh B'nei Y'isroel” the initial letters are Rebbe</w:t>
      </w:r>
    </w:p>
    <w:p>
      <w:r>
        <w:t>{{…….. written in “Likutey Moharan”}}…</w:t>
      </w:r>
    </w:p>
    <w:p>
      <w:r>
        <w:br w:type="page"/>
      </w:r>
    </w:p>
    <w:p>
      <w:pPr>
        <w:pStyle w:val="Heading1"/>
      </w:pPr>
      <w:r>
        <w:t>Tape 106</w:t>
      </w:r>
    </w:p>
    <w:p>
      <w:pPr>
        <w:pStyle w:val="Heading2"/>
      </w:pPr>
      <w:r>
        <w:t>Side A (Aleph)</w:t>
      </w:r>
    </w:p>
    <w:p>
      <w:r>
        <w:t>...{..}…</w:t>
      </w:r>
    </w:p>
    <w:p>
      <w:r>
        <w:t>...{..calculation}, "very near"</w:t>
      </w:r>
    </w:p>
    <w:p>
      <w:r>
        <w:t>How.., make whatever calculation you want</w:t>
      </w:r>
    </w:p>
    <w:p>
      <w:r>
        <w:t>[………….]</w:t>
      </w:r>
    </w:p>
    <w:p>
      <w:r>
        <w:t>[……..…..]…</w:t>
      </w:r>
    </w:p>
    <w:p>
      <w:r>
        <w:t>...[Saba and the friends call out: Ah.. ah..]…</w:t>
      </w:r>
    </w:p>
    <w:p>
      <w:r>
        <w:t>...Why does it not say what year? Why "very near"? Nu..</w:t>
      </w:r>
    </w:p>
    <w:p>
      <w:r>
        <w:t>{I, ah..}, we do not know anything</w:t>
      </w:r>
    </w:p>
    <w:p>
      <w:r>
        <w:t>{1:57}</w:t>
      </w:r>
    </w:p>
    <w:p>
      <w:r>
        <w:t>[…………]</w:t>
      </w:r>
    </w:p>
    <w:p>
      <w:r>
        <w:t>[…….…..]</w:t>
      </w:r>
    </w:p>
    <w:p>
      <w:r>
        <w:t>Ah, I want…</w:t>
      </w:r>
    </w:p>
    <w:p>
      <w:r>
        <w:t>...{What? What does he say there?}…</w:t>
      </w:r>
    </w:p>
    <w:p>
      <w:r>
        <w:t>..."The time of the Redemption is very near," nu, nu, nu, nu, nu</w:t>
      </w:r>
    </w:p>
    <w:p>
      <w:r>
        <w:t>[Shalom, Rebbe Yisroel]…</w:t>
      </w:r>
    </w:p>
    <w:p>
      <w:r>
        <w:t>...{If they want another}, another sheet of paper, no? {….}</w:t>
      </w:r>
    </w:p>
    <w:p>
      <w:r>
        <w:t>[…….]</w:t>
      </w:r>
    </w:p>
    <w:p>
      <w:r>
        <w:t>When I saw it, I wanted to see what would then be on the second sheet of paper, no, no, nothing</w:t>
      </w:r>
    </w:p>
    <w:p>
      <w:r>
        <w:t>Only one sheet of paper—"The time of the Redemption is very near"</w:t>
      </w:r>
    </w:p>
    <w:p>
      <w:r>
        <w:t>[“The time of the Redemption is very near”]</w:t>
      </w:r>
    </w:p>
    <w:p>
      <w:r>
        <w:t>[………]…</w:t>
      </w:r>
    </w:p>
    <w:p>
      <w:r>
        <w:t>...{very}, nu, make a calculation, what is "very near"?</w:t>
      </w:r>
    </w:p>
    <w:p>
      <w:r>
        <w:t>[…...]…</w:t>
      </w:r>
    </w:p>
    <w:p>
      <w:r>
        <w:t>...{..}...</w:t>
      </w:r>
    </w:p>
    <w:p>
      <w:r>
        <w:t>...Tomorrow is Shabbos, from the night it is Shabbos…</w:t>
      </w:r>
    </w:p>
    <w:p>
      <w:r>
        <w:t>...perhaps}…</w:t>
      </w:r>
    </w:p>
    <w:p>
      <w:r>
        <w:t>...{I will be able to go}</w:t>
      </w:r>
    </w:p>
    <w:p>
      <w:r>
        <w:t>[With Hashem's help]…</w:t>
      </w:r>
    </w:p>
    <w:p>
      <w:r>
        <w:t>...with one fresh egg…</w:t>
      </w:r>
    </w:p>
    <w:p>
      <w:r>
        <w:t>...{fresh}, with olive oil</w:t>
      </w:r>
    </w:p>
    <w:p>
      <w:r>
        <w:t>[Yes, Saba]…</w:t>
      </w:r>
    </w:p>
    <w:p>
      <w:r>
        <w:t>..."{The time of the Redemption}is very near"</w:t>
      </w:r>
    </w:p>
    <w:p>
      <w:r>
        <w:t>Nu, you do not know what that is? When?</w:t>
      </w:r>
    </w:p>
    <w:p>
      <w:r>
        <w:t>[When? Saba, when?]</w:t>
      </w:r>
    </w:p>
    <w:p>
      <w:r>
        <w:t>"Very near," I do not know any more…</w:t>
      </w:r>
    </w:p>
    <w:p>
      <w:r>
        <w:t>...Light some candle, so that we can light the.. the candles of Yom Tov</w:t>
      </w:r>
    </w:p>
    <w:p>
      <w:r>
        <w:t>We need to light one candle for the house, a candle</w:t>
      </w:r>
    </w:p>
    <w:p>
      <w:r>
        <w:t>[…..]…</w:t>
      </w:r>
    </w:p>
    <w:p>
      <w:r>
        <w:t>...(..)...</w:t>
      </w:r>
    </w:p>
    <w:p>
      <w:r>
        <w:t>..."very near"…</w:t>
      </w:r>
    </w:p>
    <w:p>
      <w:r>
        <w:t>...[Rabbainu's books?]</w:t>
      </w:r>
    </w:p>
    <w:p>
      <w:r>
        <w:t>Yes…</w:t>
      </w:r>
    </w:p>
    <w:p>
      <w:r>
        <w:t>...{and he..}…</w:t>
      </w:r>
    </w:p>
    <w:p>
      <w:r>
        <w:t>...Every utterance of his, it is Redemption for us and for our descendants, always</w:t>
      </w:r>
    </w:p>
    <w:p>
      <w:r>
        <w:t>[…]…</w:t>
      </w:r>
    </w:p>
    <w:p>
      <w:r>
        <w:t>...It will be secret, not to publicize</w:t>
      </w:r>
    </w:p>
    <w:p>
      <w:r>
        <w:t>[…….]…</w:t>
      </w:r>
    </w:p>
    <w:p>
      <w:r>
        <w:t>...{..ourselves} also do not know the year, and what day, and what...</w:t>
      </w:r>
    </w:p>
    <w:p>
      <w:r>
        <w:t>...{know nothing}, "very near," {that} is the end…</w:t>
      </w:r>
    </w:p>
    <w:p>
      <w:r>
        <w:t>...Who is this?</w:t>
      </w:r>
    </w:p>
    <w:p>
      <w:r>
        <w:t>[Daniel Eliyahu]</w:t>
      </w:r>
    </w:p>
    <w:p>
      <w:r>
        <w:t>Daniel Eliyahu, will you come on Sunday?</w:t>
      </w:r>
    </w:p>
    <w:p>
      <w:r>
        <w:t>[Yes, Saba, yes, with Hashem's help]</w:t>
      </w:r>
    </w:p>
    <w:p>
      <w:r>
        <w:t>You need to eat, you know?</w:t>
      </w:r>
    </w:p>
    <w:p>
      <w:r>
        <w:t>[Yes, a fresh egg and a roll..]</w:t>
      </w:r>
    </w:p>
    <w:p>
      <w:r>
        <w:t>[Olive oil]</w:t>
      </w:r>
    </w:p>
    <w:p>
      <w:r>
        <w:t>[And olive oil]</w:t>
      </w:r>
    </w:p>
    <w:p>
      <w:r>
        <w:t>[And olive oil]</w:t>
      </w:r>
    </w:p>
    <w:p>
      <w:r>
        <w:t>[And also cola]</w:t>
      </w:r>
    </w:p>
    <w:p>
      <w:r>
        <w:t>[And cola also]…</w:t>
      </w:r>
    </w:p>
    <w:p>
      <w:r>
        <w:t>...[From holiness, I am far from holiness]</w:t>
      </w:r>
    </w:p>
    <w:p>
      <w:r>
        <w:t>Far..?</w:t>
      </w:r>
    </w:p>
    <w:p>
      <w:r>
        <w:t>[From holiness, holiness, Saba, I am far from holiness]</w:t>
      </w:r>
    </w:p>
    <w:p>
      <w:r>
        <w:t>Ah, nu, prayer, there is counsel, there are already counsels from Hashem, from Rabbainu Hakadosh, from Hashem Yisborach</w:t>
      </w:r>
    </w:p>
    <w:p>
      <w:r>
        <w:t>He received from Hashem Yisborach…</w:t>
      </w:r>
    </w:p>
    <w:p>
      <w:r>
        <w:t>...[Prayer]</w:t>
      </w:r>
    </w:p>
    <w:p>
      <w:r>
        <w:t>Amen…</w:t>
      </w:r>
    </w:p>
    <w:p>
      <w:r>
        <w:t>...and to engage in Torah and tefillin.., Torah and prayer</w:t>
      </w:r>
    </w:p>
    <w:p>
      <w:r>
        <w:t>And "Likutey Tefillos," this, "Likutey Tefillos" is, this can {help..}</w:t>
      </w:r>
    </w:p>
    <w:p>
      <w:r>
        <w:t>[With "Likutey Tefillos," can he strengthen himself?]</w:t>
      </w:r>
    </w:p>
    <w:p>
      <w:r>
        <w:t>Yes</w:t>
      </w:r>
    </w:p>
    <w:p>
      <w:r>
        <w:t>[But it is hard for him to pray, Rebbe Yisroel]</w:t>
      </w:r>
    </w:p>
    <w:p>
      <w:r>
        <w:t>Ah?</w:t>
      </w:r>
    </w:p>
    <w:p>
      <w:r>
        <w:t>[It is hard for him to pray, he does not manage to pray</w:t>
      </w:r>
    </w:p>
    <w:p>
      <w:r>
        <w:t>So he is asking for some counsel that you have, some counsel, so that he can overcome]</w:t>
      </w:r>
    </w:p>
    <w:p>
      <w:r>
        <w:t>He should pray to Hashem Yisborach as he can, and speak as we speak with Hashem Yisborach</w:t>
      </w:r>
    </w:p>
    <w:p>
      <w:r>
        <w:t>And tell Him everything, and pray before Him, that He should give him the understanding to overcome</w:t>
      </w:r>
    </w:p>
    <w:p>
      <w:r>
        <w:t>To overcome and engage in Torah and prayer, {{and here}}…</w:t>
      </w:r>
    </w:p>
    <w:p>
      <w:r>
        <w:t>...(..)...</w:t>
      </w:r>
    </w:p>
    <w:p>
      <w:r>
        <w:t>...{in this world}, Hashem Yisborach knows, we do not know…</w:t>
      </w:r>
    </w:p>
    <w:p>
      <w:r>
        <w:t>...{...} after a hundred, {{but}} every moment is in Hashem's hand, not in our hands…</w:t>
      </w:r>
    </w:p>
    <w:p>
      <w:r>
        <w:t>...{and thinks about the person}, the reckoning is in the hand of Hakadosh Baruch Hu…</w:t>
      </w:r>
    </w:p>
    <w:p>
      <w:r>
        <w:t>...{It is forbidden} to hasten, it is forbidden to take actions, that is all</w:t>
      </w:r>
    </w:p>
    <w:p>
      <w:r>
        <w:t>However much he has, however many moments he still has to live, this is called "killing a soul"</w:t>
      </w:r>
    </w:p>
    <w:p>
      <w:r>
        <w:t>Give me the.. {….}, yes…</w:t>
      </w:r>
    </w:p>
    <w:p>
      <w:r>
        <w:t>...according to the reckoning Above, every moment</w:t>
      </w:r>
    </w:p>
    <w:p>
      <w:r>
        <w:t>It is forbidden to set a hastening, oy vey, or to shorten or, or to hasten, it is forbidden, this is called "killing a soul"</w:t>
      </w:r>
    </w:p>
    <w:p>
      <w:r>
        <w:t>For a moment, for two moments, five moments, but "killing a soul"</w:t>
      </w:r>
    </w:p>
    <w:p>
      <w:r>
        <w:t>I feel that I still have, still have what to do in this world</w:t>
      </w:r>
    </w:p>
    <w:p>
      <w:r>
        <w:t>So it is forbidden to hasten, it is forbidden to take actions…</w:t>
      </w:r>
    </w:p>
    <w:p>
      <w:r>
        <w:t>...I made a mistake, I slept, nu, but this was how the providence was</w:t>
      </w:r>
    </w:p>
    <w:p>
      <w:r>
        <w:t>I could have waited until, until, until now, or, or until hours later, we do not know</w:t>
      </w:r>
    </w:p>
    <w:p>
      <w:r>
        <w:t>But it is forbidden, {easily} one can cause "killing a soul"</w:t>
      </w:r>
    </w:p>
    <w:p>
      <w:r>
        <w:t>It is terrible, very terrible</w:t>
      </w:r>
    </w:p>
    <w:p>
      <w:r>
        <w:t>It is forbidden to hasten or shorten, only as it is, it is the reckoning Above, not in our hands</w:t>
      </w:r>
    </w:p>
    <w:p>
      <w:r>
        <w:t>Perhaps give a little more hot to.. to the tea, a little, so that it will warm up {more}, if possible</w:t>
      </w:r>
    </w:p>
    <w:p>
      <w:r>
        <w:t>If there is a fire</w:t>
      </w:r>
    </w:p>
    <w:p>
      <w:r>
        <w:t>{What time\did you hear}?</w:t>
      </w:r>
    </w:p>
    <w:p>
      <w:r>
        <w:t>This is not called {causing}, he drinks, if he does not want, he does not drink</w:t>
      </w:r>
    </w:p>
    <w:p>
      <w:r>
        <w:t>As long as he is alive, he is as he wants, he wants, he drinks, he does not want, he does not drink…</w:t>
      </w:r>
    </w:p>
    <w:p>
      <w:r>
        <w:t>...{..} make it be very hot [You want it to be very hot] yes, it will cool slowly, slowly…</w:t>
      </w:r>
    </w:p>
    <w:p>
      <w:r>
        <w:t>...[What did you say?]</w:t>
      </w:r>
    </w:p>
    <w:p>
      <w:r>
        <w:t>Ah, good, good, good</w:t>
      </w:r>
    </w:p>
    <w:p>
      <w:r>
        <w:t>[What did you say? I did not hear what you said just now]</w:t>
      </w:r>
    </w:p>
    <w:p>
      <w:r>
        <w:t>It does not matter, I do not remember</w:t>
      </w:r>
    </w:p>
    <w:p>
      <w:r>
        <w:t>[I was outside]</w:t>
      </w:r>
    </w:p>
    <w:p>
      <w:r>
        <w:t>Shoyn</w:t>
      </w:r>
    </w:p>
    <w:p>
      <w:r>
        <w:t>[I want to know]</w:t>
      </w:r>
    </w:p>
    <w:p>
      <w:r>
        <w:t>I repeated my words, that it is forbidden to cause hastening or, or, or to shorten, or..</w:t>
      </w:r>
    </w:p>
    <w:p>
      <w:r>
        <w:t>It is forbidden to be clever, until the moment arrives, even if he gives millions</w:t>
      </w:r>
    </w:p>
    <w:p>
      <w:r>
        <w:t>He cannot add even a moment {..….}, nothing</w:t>
      </w:r>
    </w:p>
    <w:p>
      <w:r>
        <w:t>When his time ends, then, then it arrives at the time and at the moment…</w:t>
      </w:r>
    </w:p>
    <w:p>
      <w:r>
        <w:t>...If he does not drink, if he drinks a lot, it is all in Hashem's hand, every moment of life</w:t>
      </w:r>
    </w:p>
    <w:p>
      <w:r>
        <w:t>[Shimon Matoudi chants: "Anim Zemiros.."]…</w:t>
      </w:r>
    </w:p>
    <w:p>
      <w:r>
        <w:t>...[Shimon Matoudi chants: "Anim Zemiros.."]…</w:t>
      </w:r>
    </w:p>
    <w:p>
      <w:r>
        <w:t>...[Shimon Matoudi sings: "Anim Zemiros.."</w:t>
      </w:r>
    </w:p>
    <w:p>
      <w:r>
        <w:t>Afterward he sings: "Na Nach Nachma Nachman Meuman" to the above melody]</w:t>
      </w:r>
    </w:p>
    <w:p>
      <w:r>
        <w:t>Ho…</w:t>
      </w:r>
    </w:p>
    <w:p>
      <w:r>
        <w:t>...[Shimon Matoudi continues chanting the above melody]...</w:t>
      </w:r>
    </w:p>
    <w:p>
      <w:r>
        <w:t>...{…} Wait, until the time arrives, not like this…</w:t>
      </w:r>
    </w:p>
    <w:p>
      <w:r>
        <w:t>...(..)...</w:t>
      </w:r>
    </w:p>
    <w:p>
      <w:r>
        <w:t>...[Shimon Matoudi chants the melody of: "Fortunate are we, how good is our portion.."]…</w:t>
      </w:r>
    </w:p>
    <w:p>
      <w:r>
        <w:t>...[Saba and Shimon Matoudi sing:</w:t>
      </w:r>
    </w:p>
    <w:p>
      <w:r>
        <w:t>"Our greatness and our glory Moshiach Tzidkeinu will reveal.."]</w:t>
      </w:r>
    </w:p>
    <w:p>
      <w:r>
        <w:t>What time is it?</w:t>
      </w:r>
    </w:p>
    <w:p>
      <w:r>
        <w:t>[Half past twelve at night]</w:t>
      </w:r>
    </w:p>
    <w:p>
      <w:r>
        <w:t>{Twelve?}</w:t>
      </w:r>
    </w:p>
    <w:p>
      <w:r>
        <w:t>[Yes]</w:t>
      </w:r>
    </w:p>
    <w:p>
      <w:r>
        <w:t>Midnight</w:t>
      </w:r>
    </w:p>
    <w:p>
      <w:r>
        <w:t>[Almost, yes, almost]</w:t>
      </w:r>
    </w:p>
    <w:p>
      <w:r>
        <w:t>[Shimon continues chanting the melody of: "Our greatness and our glory Moshiach Tzidkeinu will reveal.."</w:t>
      </w:r>
    </w:p>
    <w:p>
      <w:r>
        <w:t>Afterward he and Saba chant the melody of: "Na Nach.."</w:t>
      </w:r>
    </w:p>
    <w:p>
      <w:r>
        <w:t>And then Saba begins to sing Our Greatness and Our Glory to the above melody, and Shimon joins in..]</w:t>
      </w:r>
    </w:p>
    <w:p>
      <w:r>
        <w:t>{Nu, vet kumen (arrived)?}</w:t>
      </w:r>
    </w:p>
    <w:p>
      <w:r>
        <w:t>[Yes]</w:t>
      </w:r>
    </w:p>
    <w:p>
      <w:r>
        <w:t>[Shimon continues singing Our Greatness and Our Glory to the above melody</w:t>
      </w:r>
    </w:p>
    <w:p>
      <w:r>
        <w:t>And then he sings the contents of the note: "Na Nach Nachma Nachman Meuman.."</w:t>
      </w:r>
    </w:p>
    <w:p>
      <w:r>
        <w:t>And then he sings "the great elder Na Nach Nachma Nachman Meuman.." to the above melody]…</w:t>
      </w:r>
    </w:p>
    <w:p>
      <w:r>
        <w:t>...[These are the notes]</w:t>
      </w:r>
    </w:p>
    <w:p>
      <w:r>
        <w:t>{…}, ah.. {that it should be in.. in.. the pocket}</w:t>
      </w:r>
    </w:p>
    <w:p>
      <w:r>
        <w:t>[These are notes in French]</w:t>
      </w:r>
    </w:p>
    <w:p>
      <w:r>
        <w:t>French?</w:t>
      </w:r>
    </w:p>
    <w:p>
      <w:r>
        <w:t>[Yes, with the translation in French, the note is here, and on the other side, the translation in French</w:t>
      </w:r>
    </w:p>
    <w:p>
      <w:r>
        <w:t>Rebbe Yisroel, is the translation good? The translation they made, is it good?]</w:t>
      </w:r>
    </w:p>
    <w:p>
      <w:r>
        <w:t>Ah, {I do not know}, ah</w:t>
      </w:r>
    </w:p>
    <w:p>
      <w:r>
        <w:t>The non-Jews do not have the vessels to understand and speak of this</w:t>
      </w:r>
    </w:p>
    <w:p>
      <w:r>
        <w:t>Non-Jews, animals, donkeys</w:t>
      </w:r>
    </w:p>
    <w:p>
      <w:r>
        <w:t>Human beings are only us, Jews, all the non-Jews are animals</w:t>
      </w:r>
    </w:p>
    <w:p>
      <w:r>
        <w:t>So says Rabbainu</w:t>
      </w:r>
    </w:p>
    <w:p>
      <w:r>
        <w:t>[Rebbe Yisroel, where is it, which is holiest, Yerushalayim or, or Tzfas and Meron?]</w:t>
      </w:r>
    </w:p>
    <w:p>
      <w:r>
        <w:t>Ah? What Yerushalayim?</w:t>
      </w:r>
    </w:p>
    <w:p>
      <w:r>
        <w:t>[Where, which place is holiest, Yerushalayim or Tzfas and Meron? Which place is holiest?]</w:t>
      </w:r>
    </w:p>
    <w:p>
      <w:r>
        <w:t>Ah</w:t>
      </w:r>
    </w:p>
    <w:p>
      <w:r>
        <w:t>[Yerushalayim?]</w:t>
      </w:r>
    </w:p>
    <w:p>
      <w:r>
        <w:t>Together</w:t>
      </w:r>
    </w:p>
    <w:p>
      <w:r>
        <w:t>This, the.. Rabbainu Hakadosh is {above everything\surpassed everyone}</w:t>
      </w:r>
    </w:p>
    <w:p>
      <w:r>
        <w:t>All the tikkunim and all the Torah, it is all, all, every utterance of his</w:t>
      </w:r>
    </w:p>
    <w:p>
      <w:r>
        <w:t>It is the entire Torah, encompassing the entire Torah and all the souls of Yisroel, and all the remedies and all the salvations</w:t>
      </w:r>
    </w:p>
    <w:p>
      <w:r>
        <w:t>[But which, which place is the holiest, Yerushalayim or Tzfas and Meron?]</w:t>
      </w:r>
    </w:p>
    <w:p>
      <w:r>
        <w:t>It is all one</w:t>
      </w:r>
    </w:p>
    <w:p>
      <w:r>
        <w:t>The tzaddik is the Beis HaMikdash, he, he is the "Foundation Stone," he is everything</w:t>
      </w:r>
    </w:p>
    <w:p>
      <w:r>
        <w:t>{And wherever he is} Rabbainu Hakadosh is a matter, ah.. completely new</w:t>
      </w:r>
    </w:p>
    <w:p>
      <w:r>
        <w:t>So {{. .}} one cannot speak, it is forbidden to speak {. .} such wonders…</w:t>
      </w:r>
    </w:p>
    <w:p>
      <w:r>
        <w:t>..."{There is a matter} whereby everything is transformed for the good"…</w:t>
      </w:r>
    </w:p>
    <w:p>
      <w:r>
        <w:t>...[Rebbe Yisroel, but you received the note, not for nothing, not for no reason did you receive the note]</w:t>
      </w:r>
    </w:p>
    <w:p>
      <w:r>
        <w:t>[He surpassed the, ah.. what is his name? Rebbe Nassan]</w:t>
      </w:r>
    </w:p>
    <w:p>
      <w:r>
        <w:t>Baruch Hashem, I was saved from fame and honor</w:t>
      </w:r>
    </w:p>
    <w:p>
      <w:r>
        <w:t>No, no boasting, no greatness can enter into me</w:t>
      </w:r>
    </w:p>
    <w:p>
      <w:r>
        <w:t>I was lowly to the ultimate degree of lowliness, yes</w:t>
      </w:r>
    </w:p>
    <w:p>
      <w:r>
        <w:t>{This}…</w:t>
      </w:r>
    </w:p>
    <w:p>
      <w:r>
        <w:t>...yes</w:t>
      </w:r>
    </w:p>
    <w:p>
      <w:r>
        <w:t>{This} is only Rabbainu Hakadosh, he can make such a thing, such lowliness</w:t>
      </w:r>
    </w:p>
    <w:p>
      <w:r>
        <w:t>Rabbainu Hakadosh cleanses us of every kind of pride, every kind of desire, every kind of {..}</w:t>
      </w:r>
    </w:p>
    <w:p>
      <w:r>
        <w:t>And he will rectify us, he will rectify the entire world</w:t>
      </w:r>
    </w:p>
    <w:p>
      <w:r>
        <w:t>That is what he said, what he said…</w:t>
      </w:r>
    </w:p>
    <w:p>
      <w:r>
        <w:t>...ah, such a Rebbe, ah, ah, such a Rebbe</w:t>
      </w:r>
    </w:p>
    <w:p>
      <w:r>
        <w:t>[Saba and the friends sing:</w:t>
      </w:r>
    </w:p>
    <w:p>
      <w:r>
        <w:t>"Our greatness and our glory Mashiach Tzidkainu will reveal.." to the tune of "Na NaCh.."]…</w:t>
      </w:r>
    </w:p>
    <w:p>
      <w:r>
        <w:t>...[Saba sings:</w:t>
      </w:r>
    </w:p>
    <w:p>
      <w:r>
        <w:t>"Our greatness and our song and our glory Mashiach Tzidkainu will reveal.." to the tune of "Na NaCh.."]…</w:t>
      </w:r>
    </w:p>
    <w:p>
      <w:r>
        <w:t>...[Saba and the friends sing: "Our greatness and our glory Mashiach Tzidkainu will reveal.."</w:t>
      </w:r>
    </w:p>
    <w:p>
      <w:r>
        <w:t>(Saba sings Our greatness and our glory and our joy Mashiach Tzidkainu will reveal..”]...</w:t>
      </w:r>
    </w:p>
    <w:p>
      <w:r>
        <w:t>...[…]</w:t>
      </w:r>
    </w:p>
    <w:p>
      <w:r>
        <w:t>What? Is it finished?</w:t>
      </w:r>
    </w:p>
    <w:p>
      <w:r>
        <w:t>[He said, apparently]</w:t>
      </w:r>
    </w:p>
    <w:p>
      <w:r>
        <w:t>Ask</w:t>
      </w:r>
    </w:p>
    <w:p>
      <w:r>
        <w:t>[He, he said, he]</w:t>
      </w:r>
    </w:p>
    <w:p>
      <w:r>
        <w:t>["I have finished and I will finish"]</w:t>
      </w:r>
    </w:p>
    <w:p>
      <w:r>
        <w:t>"{Our greatness} and our glory," it is not finished</w:t>
      </w:r>
    </w:p>
    <w:p>
      <w:r>
        <w:t>[It is not finished, Baruch Hashem]…</w:t>
      </w:r>
    </w:p>
    <w:p>
      <w:r>
        <w:t>...ah, ah, ah</w:t>
      </w:r>
    </w:p>
    <w:p>
      <w:r>
        <w:t>[Saba sings: "Our greatness and our glory Mashiach Tzidkainu will reveal.."]…</w:t>
      </w:r>
    </w:p>
    <w:p>
      <w:r>
        <w:t>...There is here.. a spring, such a sweet spring, so, the water is so {it is} good</w:t>
      </w:r>
    </w:p>
    <w:p>
      <w:r>
        <w:t>And also the fruit {that flows}, that grows in this place, is from the spring</w:t>
      </w:r>
    </w:p>
    <w:p>
      <w:r>
        <w:t>They have all the flavors in the world</w:t>
      </w:r>
    </w:p>
    <w:p>
      <w:r>
        <w:t>[………..]</w:t>
      </w:r>
    </w:p>
    <w:p>
      <w:r>
        <w:t>[………..]</w:t>
      </w:r>
    </w:p>
    <w:p>
      <w:r>
        <w:t>[Do you know this? Have you eaten from these fruits?]</w:t>
      </w:r>
    </w:p>
    <w:p>
      <w:r>
        <w:t>Yes, I was there with Rebbe Yisroel (Kardonner)</w:t>
      </w:r>
    </w:p>
    <w:p>
      <w:r>
        <w:t>[These are the fruits that grow..]</w:t>
      </w:r>
    </w:p>
    <w:p>
      <w:r>
        <w:t>The spring produces such fruits, so tasty, so..</w:t>
      </w:r>
    </w:p>
    <w:p>
      <w:r>
        <w:t>That there are, there are none in the world, so good and sweet…</w:t>
      </w:r>
    </w:p>
    <w:p>
      <w:r>
        <w:t>...[Saba, there are there, there are there in the vicinity more springs, there are, there are many springs there in the vicinity]</w:t>
      </w:r>
    </w:p>
    <w:p>
      <w:r>
        <w:t>Yes, yes, certainly</w:t>
      </w:r>
    </w:p>
    <w:p>
      <w:r>
        <w:t>[And they are all good]</w:t>
      </w:r>
    </w:p>
    <w:p>
      <w:r>
        <w:t>They are all good, yes, yes</w:t>
      </w:r>
    </w:p>
    <w:p>
      <w:r>
        <w:t>The water is {..}, like water of Gan Eden…</w:t>
      </w:r>
    </w:p>
    <w:p>
      <w:r>
        <w:t>...{…}…</w:t>
      </w:r>
    </w:p>
    <w:p>
      <w:r>
        <w:t>...The only son of Rebbe Yisroel (Kardonner) was already close to bar mitzvah, and passed away…</w:t>
      </w:r>
    </w:p>
    <w:p>
      <w:r>
        <w:t>...{He had} precious faculties {very\to learn}…</w:t>
      </w:r>
    </w:p>
    <w:p>
      <w:r>
        <w:t>...[Did he know about Rabbainu, the child? The child Mordechai] Mordechai</w:t>
      </w:r>
    </w:p>
    <w:p>
      <w:r>
        <w:t>[Did he know about Rabbainu]</w:t>
      </w:r>
    </w:p>
    <w:p>
      <w:r>
        <w:t>Ah, yes</w:t>
      </w:r>
    </w:p>
    <w:p>
      <w:r>
        <w:t>[His father taught him]</w:t>
      </w:r>
    </w:p>
    <w:p>
      <w:r>
        <w:t>Yes, certainly</w:t>
      </w:r>
    </w:p>
    <w:p>
      <w:r>
        <w:t>And I came each time, and we studied "Likutay Moharan," and spoke about Rabbainu</w:t>
      </w:r>
    </w:p>
    <w:p>
      <w:r>
        <w:t>[With the child? With Mordechai?]</w:t>
      </w:r>
    </w:p>
    <w:p>
      <w:r>
        <w:t>Yes..</w:t>
      </w:r>
    </w:p>
    <w:p>
      <w:r>
        <w:t>{..}[Beside the father]yes, yes, beside the father[…...]…{..}[Beside the father]yes, yes, beside the father[…...]…..[He, is he beside his father in Teveria now? Is he buried in Teveria? The child?]</w:t>
      </w:r>
    </w:p>
    <w:p>
      <w:r>
        <w:t>{..}</w:t>
      </w:r>
    </w:p>
    <w:p>
      <w:r>
        <w:t>[Beside the father]</w:t>
      </w:r>
    </w:p>
    <w:p>
      <w:r>
        <w:t>Yes, yes, beside the father</w:t>
      </w:r>
    </w:p>
    <w:p>
      <w:r>
        <w:t>[…...]…</w:t>
      </w:r>
    </w:p>
    <w:p>
      <w:r>
        <w:t>{..}</w:t>
      </w:r>
    </w:p>
    <w:p>
      <w:r>
        <w:t>[Beside the father]</w:t>
      </w:r>
    </w:p>
    <w:p>
      <w:r>
        <w:t>Yes, yes, beside the father</w:t>
      </w:r>
    </w:p>
    <w:p>
      <w:r>
        <w:t>[…...]…</w:t>
      </w:r>
    </w:p>
    <w:p>
      <w:pPr>
        <w:pStyle w:val="Heading2"/>
      </w:pPr>
      <w:r>
        <w:t>Side B (Bais)</w:t>
      </w:r>
    </w:p>
    <w:p>
      <w:r>
        <w:t>...You merited a great mitzvah</w:t>
      </w:r>
    </w:p>
    <w:p>
      <w:r>
        <w:t>Baruch Hashem, Hashem Yisborach does not abandon me, I am sick, I cannot walk from here to there</w:t>
      </w:r>
    </w:p>
    <w:p>
      <w:r>
        <w:t>Nu, Heaven forbid, I could have died, and Hashem Yisborach does not abandon me</w:t>
      </w:r>
    </w:p>
    <w:p>
      <w:r>
        <w:t>He gives me food, gives me food and drink…</w:t>
      </w:r>
    </w:p>
    <w:p>
      <w:r>
        <w:t>...You are going to the mikveh, hurry, one must hurry and make haste in this world</w:t>
      </w:r>
    </w:p>
    <w:p>
      <w:r>
        <w:t>{Yo}, every moment is an accounting</w:t>
      </w:r>
    </w:p>
    <w:p>
      <w:r>
        <w:t>Hashem Yisborach {did……...}…</w:t>
      </w:r>
    </w:p>
    <w:p>
      <w:r>
        <w:t>...{They kill Yisroel, and they will receive great blows}</w:t>
      </w:r>
    </w:p>
    <w:p>
      <w:r>
        <w:t>Hashem Yisborach acts in order, in order that He will be able to strike them great blows</w:t>
      </w:r>
    </w:p>
    <w:p>
      <w:r>
        <w:t>And so, now they were killing Yisroel, but from this great blows are born for all the nations…</w:t>
      </w:r>
    </w:p>
    <w:p>
      <w:r>
        <w:t>...They want Yerushalayim, the Beis HaMikdash, nu, nu, He will give them blows</w:t>
      </w:r>
    </w:p>
    <w:p>
      <w:r>
        <w:t>Oh, oh, oh.. such blows</w:t>
      </w:r>
    </w:p>
    <w:p>
      <w:r>
        <w:t>They kill Yisroel, Hashem Yisborach will already give them blows, oh, oh.. {oh, oh, oh}..</w:t>
      </w:r>
    </w:p>
    <w:p>
      <w:r>
        <w:t>He lets them kill Yisroel, but through this He will be able to give them very great blows…</w:t>
      </w:r>
    </w:p>
    <w:p>
      <w:r>
        <w:t>...This, ah.. belonged to the nations, we took it{?}…</w:t>
      </w:r>
    </w:p>
    <w:p>
      <w:r>
        <w:t>...The Jews guard us, Heaven forbid, they could have killed us, all of us here</w:t>
      </w:r>
    </w:p>
    <w:p>
      <w:r>
        <w:t>Hashem Yisborach guards us, He gives us good weapons, and He gives {Pharaoh} each time {such blows} ah, gives them blows…</w:t>
      </w:r>
    </w:p>
    <w:p>
      <w:r>
        <w:t>...{They}, the nations kill Yisroel, in order, Hashem Yisborach wants to take vengeance upon them</w:t>
      </w:r>
    </w:p>
    <w:p>
      <w:r>
        <w:t>He wants to give them great blows, {so He}</w:t>
      </w:r>
    </w:p>
    <w:p>
      <w:r>
        <w:t>Not for nothing</w:t>
      </w:r>
    </w:p>
    <w:p>
      <w:r>
        <w:t>He lets them kill Yisroel, so that He will give them great blows</w:t>
      </w:r>
    </w:p>
    <w:p>
      <w:r>
        <w:t>Yerushalayim is ours, everything is ours, all the nations will go away from here, this is not.. this is our land, {yes}…</w:t>
      </w:r>
    </w:p>
    <w:p>
      <w:r>
        <w:t>...He will give all the nations great blows</w:t>
      </w:r>
    </w:p>
    <w:p>
      <w:r>
        <w:t>One wind after America and after England and after Russia, one wind…</w:t>
      </w:r>
    </w:p>
    <w:p>
      <w:r>
        <w:t>...[Saba sings: "Na NaCh NaChma NaChman MeUman.."]</w:t>
      </w:r>
    </w:p>
    <w:p>
      <w:r>
        <w:t>It gladdens everything, gladdens the whole, the entire world, only the nations, no</w:t>
      </w:r>
    </w:p>
    <w:p>
      <w:r>
        <w:t>The nations will remain beneath the stones</w:t>
      </w:r>
    </w:p>
    <w:p>
      <w:r>
        <w:t>[At the bottom of the pit, yo]...</w:t>
      </w:r>
    </w:p>
    <w:p>
      <w:r>
        <w:t>...{That is it}, but Jews, not even a fingernail will be lost…</w:t>
      </w:r>
    </w:p>
    <w:p>
      <w:r>
        <w:t>...I, I, I slept last night in some place</w:t>
      </w:r>
    </w:p>
    <w:p>
      <w:r>
        <w:t>[Yes]</w:t>
      </w:r>
    </w:p>
    <w:p>
      <w:r>
        <w:t>So the whole night I did not sleep, only, only, only the one playing "Na NaCh NaChma NaChman MeUman"…</w:t>
      </w:r>
    </w:p>
    <w:p>
      <w:r>
        <w:t>...[Saba sings: "Na NaCh NaChma NaChman MeUman.."]</w:t>
      </w:r>
    </w:p>
    <w:p>
      <w:r>
        <w:t>He laughs at everything, at the entire world</w:t>
      </w:r>
    </w:p>
    <w:p>
      <w:r>
        <w:t>[Yes]</w:t>
      </w:r>
    </w:p>
    <w:p>
      <w:r>
        <w:t>He, only the melody "Na NaCh," this, the entire world has its rectification</w:t>
      </w:r>
    </w:p>
    <w:p>
      <w:r>
        <w:t>The entire world is already in complete rectification…</w:t>
      </w:r>
    </w:p>
    <w:p>
      <w:r>
        <w:t>...The entire way I prayed for you</w:t>
      </w:r>
    </w:p>
    <w:p>
      <w:r>
        <w:t>[Yes]</w:t>
      </w:r>
    </w:p>
    <w:p>
      <w:r>
        <w:t>{And I sang} the melody "Na NaCh"</w:t>
      </w:r>
    </w:p>
    <w:p>
      <w:r>
        <w:t>[Saba sings: "Na NaCh NaChma NaChman MeUman.."]…</w:t>
      </w:r>
    </w:p>
    <w:p>
      <w:r>
        <w:t>...Ah, Rabbainu Hakadosh says: "Joy is a remedy"</w:t>
      </w:r>
    </w:p>
    <w:p>
      <w:r>
        <w:t>[Joy is a remedy]</w:t>
      </w:r>
    </w:p>
    <w:p>
      <w:r>
        <w:t>{For all}, for the whole body, "joy"</w:t>
      </w:r>
    </w:p>
    <w:p>
      <w:r>
        <w:t>And it is written in Rabbainu Hakadosh's book: "It is a great mitzvah to always be joyful"</w:t>
      </w:r>
    </w:p>
    <w:p>
      <w:r>
        <w:t>{Not only must one, ah, be joy.., joyful}, "always," always be joyful</w:t>
      </w:r>
    </w:p>
    <w:p>
      <w:r>
        <w:t>{Azoy…….}, so it is written in "Likutay Moharan":</w:t>
      </w:r>
    </w:p>
    <w:p>
      <w:r>
        <w:t>"It is a great mitzvah to always be joyful"</w:t>
      </w:r>
    </w:p>
    <w:p>
      <w:r>
        <w:t>It is an {easy\good} thing</w:t>
      </w:r>
    </w:p>
    <w:p>
      <w:r>
        <w:t>[………..]</w:t>
      </w:r>
    </w:p>
    <w:p>
      <w:r>
        <w:t>[………..]…</w:t>
      </w:r>
    </w:p>
    <w:p>
      <w:r>
        <w:t>...Because I already was, I was in the house of {royalty}, and in the hand of the {Angel} of Death</w:t>
      </w:r>
    </w:p>
    <w:p>
      <w:r>
        <w:t>He did not want to let me out, but I sang "Na NaCh"</w:t>
      </w:r>
    </w:p>
    <w:p>
      <w:r>
        <w:t>So this killed him, he fled, fled</w:t>
      </w:r>
    </w:p>
    <w:p>
      <w:r>
        <w:t>I had already been close to death more than once, and I had no hope whatsoever of living</w:t>
      </w:r>
    </w:p>
    <w:p>
      <w:r>
        <w:t>[Yes]</w:t>
      </w:r>
    </w:p>
    <w:p>
      <w:r>
        <w:t>And Baruch Hashem Rabbainu Hakadosh revived me, and brought me out of everything, yes</w:t>
      </w:r>
    </w:p>
    <w:p>
      <w:r>
        <w:t>And when I sing, sing melodies, sing "Na Na Nach," then already {cannot, each one, all, everyone} flee</w:t>
      </w:r>
    </w:p>
    <w:p>
      <w:r>
        <w:t>I danced by myself, the sons did not dance, did not dance with me</w:t>
      </w:r>
    </w:p>
    <w:p>
      <w:r>
        <w:t>[But on Shabboses, on holidays they did, yes]…</w:t>
      </w:r>
    </w:p>
    <w:p>
      <w:r>
        <w:t>...[Something unusual]</w:t>
      </w:r>
    </w:p>
    <w:p>
      <w:r>
        <w:t>[Yes, we told him]</w:t>
      </w:r>
    </w:p>
    <w:p>
      <w:r>
        <w:t>[You told him, yes, it was something, how I lay here..]</w:t>
      </w:r>
    </w:p>
    <w:p>
      <w:r>
        <w:t>[Yes..]</w:t>
      </w:r>
    </w:p>
    <w:p>
      <w:r>
        <w:t>[Helpless, I actually thought that was it, I..]</w:t>
      </w:r>
    </w:p>
    <w:p>
      <w:r>
        <w:t>[Yes]</w:t>
      </w:r>
    </w:p>
    <w:p>
      <w:r>
        <w:t>[I was finished, and at three in the morning I woke up..]</w:t>
      </w:r>
    </w:p>
    <w:p>
      <w:r>
        <w:t>[A new person]</w:t>
      </w:r>
    </w:p>
    <w:p>
      <w:r>
        <w:t>[New]</w:t>
      </w:r>
    </w:p>
    <w:p>
      <w:r>
        <w:t>[Hashem will help]...</w:t>
      </w:r>
    </w:p>
    <w:p>
      <w:r>
        <w:t>...[It is written, Abba, it is written, "Hashem's salvation is like the blink of an eye"]</w:t>
      </w:r>
    </w:p>
    <w:p>
      <w:r>
        <w:t>Do you know who I am? Rabbainu Hakadosh said {{. .}} to his people:</w:t>
      </w:r>
    </w:p>
    <w:p>
      <w:r>
        <w:t>"Do you know who I am? I am "Na Na Nach Nachma.."</w:t>
      </w:r>
    </w:p>
    <w:p>
      <w:r>
        <w:t>[MeUman]</w:t>
      </w:r>
    </w:p>
    <w:p>
      <w:r>
        <w:t>"Nachman MeUman," I am the Rebbe of all Yisroel"...</w:t>
      </w:r>
    </w:p>
    <w:p>
      <w:r>
        <w:t>...[Saba sings: "Na Na Nach Nachma Nachman MeUman.."]…</w:t>
      </w:r>
    </w:p>
    <w:p>
      <w:r>
        <w:t>...Rabbainu Hakadosh said to his people:</w:t>
      </w:r>
    </w:p>
    <w:p>
      <w:r>
        <w:t>"Do you know who I am? No, no..</w:t>
      </w:r>
    </w:p>
    <w:p>
      <w:r>
        <w:t>I am "Na Na Nach Nachma Nachman..”</w:t>
      </w:r>
    </w:p>
    <w:p>
      <w:r>
        <w:t>[MeUman]</w:t>
      </w:r>
    </w:p>
    <w:p>
      <w:r>
        <w:t>"MeUman," I am {yo} the Rebbe of all.. {to make known\Jewish} the Jews"...</w:t>
      </w:r>
    </w:p>
    <w:p>
      <w:r>
        <w:t>...All the nations, the Americans and the English and all the nations are receiving great blows…</w:t>
      </w:r>
    </w:p>
    <w:p>
      <w:r>
        <w:t>...[..Will there be peace or will there not be peace?]</w:t>
      </w:r>
    </w:p>
    <w:p>
      <w:r>
        <w:t>Ah.. Moshiach will come, he..</w:t>
      </w:r>
    </w:p>
    <w:p>
      <w:r>
        <w:t>[Ah, then there will be peace]</w:t>
      </w:r>
    </w:p>
    <w:p>
      <w:r>
        <w:t>{There will be pe..} peace already</w:t>
      </w:r>
    </w:p>
    <w:p>
      <w:r>
        <w:t>[There will be peace when Moshiach comes]…</w:t>
      </w:r>
    </w:p>
    <w:p>
      <w:r>
        <w:t>...And Rabbainu Hakadosh said to me: "About you I said..," in the letter</w:t>
      </w:r>
    </w:p>
    <w:p>
      <w:r>
        <w:t>[Yes, in the letter]</w:t>
      </w:r>
    </w:p>
    <w:p>
      <w:r>
        <w:t>{{..}}, "And about you I said, my.. my fire will burn until the coming of Moshiach"</w:t>
      </w:r>
    </w:p>
    <w:p>
      <w:r>
        <w:t>[Moshiach]</w:t>
      </w:r>
    </w:p>
    <w:p>
      <w:r>
        <w:t>So I need to be {..} until the end, ah, Moshiach will come, {{and rec.., receive}} the letter, {..}...</w:t>
      </w:r>
    </w:p>
    <w:p>
      <w:r>
        <w:t>...Every utterance of.., that he left us from his books</w:t>
      </w:r>
    </w:p>
    <w:p>
      <w:r>
        <w:t>[..][..]He said that every word is the entire Torah and all the tzaddikim and all Yisroel</w:t>
      </w:r>
    </w:p>
    <w:p>
      <w:r>
        <w:t>[..]</w:t>
      </w:r>
    </w:p>
    <w:p>
      <w:r>
        <w:t>[..]</w:t>
      </w:r>
    </w:p>
    <w:p>
      <w:r>
        <w:t>In one word, that is how he, he..</w:t>
      </w:r>
    </w:p>
    <w:p>
      <w:r>
        <w:t>[Yes]</w:t>
      </w:r>
    </w:p>
    <w:p>
      <w:r>
        <w:t>Can {{to.. to me.. to you}} include the entire Torah</w:t>
      </w:r>
    </w:p>
    <w:p>
      <w:r>
        <w:t>[Tzipporah, can you bring him a chair, maybe..] the entire Torah</w:t>
      </w:r>
    </w:p>
    <w:p>
      <w:r>
        <w:t>[Put.., put it here for him, Tzipporah]</w:t>
      </w:r>
    </w:p>
    <w:p>
      <w:r>
        <w:t>[Come …. sit]…</w:t>
      </w:r>
    </w:p>
    <w:p>
      <w:r>
        <w:t>...Every utterance of his is our entire life and our healings..</w:t>
      </w:r>
    </w:p>
    <w:p>
      <w:r>
        <w:t>[So come..]</w:t>
      </w:r>
    </w:p>
    <w:p>
      <w:r>
        <w:t>And our salvations</w:t>
      </w:r>
    </w:p>
    <w:p>
      <w:r>
        <w:t>[Sit here]</w:t>
      </w:r>
    </w:p>
    <w:p>
      <w:r>
        <w:t>Every utterance of his, that he left..</w:t>
      </w:r>
    </w:p>
    <w:p>
      <w:r>
        <w:t>[..]</w:t>
      </w:r>
    </w:p>
    <w:p>
      <w:r>
        <w:t>For us, that is what he said, and that is what we see..</w:t>
      </w:r>
    </w:p>
    <w:p>
      <w:r>
        <w:t>[You have not tasted anything yet..]</w:t>
      </w:r>
    </w:p>
    <w:p>
      <w:r>
        <w:t>Th..</w:t>
      </w:r>
    </w:p>
    <w:p>
      <w:r>
        <w:t>[You "Tzipalon,” come]</w:t>
      </w:r>
    </w:p>
    <w:p>
      <w:r>
        <w:t>(Saba laughs)</w:t>
      </w:r>
    </w:p>
    <w:p>
      <w:r>
        <w:t>[Come, come..]</w:t>
      </w:r>
    </w:p>
    <w:p>
      <w:r>
        <w:t>[Let him learn, ah, Tzipporah]</w:t>
      </w:r>
    </w:p>
    <w:p>
      <w:r>
        <w:t>[…]</w:t>
      </w:r>
    </w:p>
    <w:p>
      <w:r>
        <w:t>[…...It is all right]</w:t>
      </w:r>
    </w:p>
    <w:p>
      <w:r>
        <w:t>[No, no need, no need]</w:t>
      </w:r>
    </w:p>
    <w:p>
      <w:r>
        <w:t>[Good, take it, yes, you..]…</w:t>
      </w:r>
    </w:p>
    <w:p>
      <w:r>
        <w:t>...Nu..</w:t>
      </w:r>
    </w:p>
    <w:p>
      <w:r>
        <w:t>[The telephone..]</w:t>
      </w:r>
    </w:p>
    <w:p>
      <w:r>
        <w:t>{You…} feel better?</w:t>
      </w:r>
    </w:p>
    <w:p>
      <w:r>
        <w:t>[Yes, yes, yes, yes, yes, I feel better, already I feel better]</w:t>
      </w:r>
    </w:p>
    <w:p>
      <w:r>
        <w:t>{..} yes</w:t>
      </w:r>
    </w:p>
    <w:p>
      <w:r>
        <w:t>[Yes, yes]</w:t>
      </w:r>
    </w:p>
    <w:p>
      <w:r>
        <w:t>"Na Na Nach," then everything is good</w:t>
      </w:r>
    </w:p>
    <w:p>
      <w:r>
        <w:t>ְַַ</w:t>
      </w:r>
    </w:p>
    <w:p>
      <w:r>
        <w:t>[Yes]</w:t>
      </w:r>
    </w:p>
    <w:p>
      <w:r>
        <w:t>Only "Na Na Nach Nachma Nachman MeUman"</w:t>
      </w:r>
    </w:p>
    <w:p>
      <w:r>
        <w:t>That is everything, the entire Torah and all Yisroel and all.. everything</w:t>
      </w:r>
    </w:p>
    <w:p>
      <w:r>
        <w:t>All the healings and all the salvations, everything in one utterance...</w:t>
      </w:r>
    </w:p>
    <w:p>
      <w:r>
        <w:t>...[Good, I..]</w:t>
      </w:r>
    </w:p>
    <w:p>
      <w:r>
        <w:t>It is a universal melody..</w:t>
      </w:r>
    </w:p>
    <w:p>
      <w:r>
        <w:t>[..I very much wanted to travel with him]</w:t>
      </w:r>
    </w:p>
    <w:p>
      <w:r>
        <w:t>A universal melody</w:t>
      </w:r>
    </w:p>
    <w:p>
      <w:r>
        <w:t>[A universal melody]</w:t>
      </w:r>
    </w:p>
    <w:p>
      <w:r>
        <w:t>"N.. Na Na Nach Nachma Nachman MeUman"</w:t>
      </w:r>
    </w:p>
    <w:p>
      <w:r>
        <w:t>[..]</w:t>
      </w:r>
    </w:p>
    <w:p>
      <w:r>
        <w:t>This is "It is a great mitzvah to always be happy"</w:t>
      </w:r>
    </w:p>
    <w:p>
      <w:r>
        <w:t>So the whole world sings it, the whole world, even non-Jews sing it</w:t>
      </w:r>
    </w:p>
    <w:p>
      <w:r>
        <w:t>[…..]</w:t>
      </w:r>
    </w:p>
    <w:p>
      <w:r>
        <w:t>He gives life to and renews and rectifies all Yisroel</w:t>
      </w:r>
    </w:p>
    <w:p>
      <w:r>
        <w:t>{…}, when Moshiach comes, there will be a new world, not the world of now, {there will be} a new world</w:t>
      </w:r>
    </w:p>
    <w:p>
      <w:r>
        <w:t>[Yes]...</w:t>
      </w:r>
    </w:p>
    <w:p>
      <w:r>
        <w:t>...What there is now..</w:t>
      </w:r>
    </w:p>
    <w:p>
      <w:r>
        <w:t>[Shimon, drink]</w:t>
      </w:r>
    </w:p>
    <w:p>
      <w:r>
        <w:t>In the world, and what has been revealed now, they did not..</w:t>
      </w:r>
    </w:p>
    <w:p>
      <w:r>
        <w:t>[…]</w:t>
      </w:r>
    </w:p>
    <w:p>
      <w:r>
        <w:t>Know, and they know nothing, all the scholars and all the great ones know nothing, even {…}</w:t>
      </w:r>
    </w:p>
    <w:p>
      <w:r>
        <w:t>One utterance of Rabbainu, it is the totality of the entire Torah and all Yisroel and all the healings and all the salvations, {..this}</w:t>
      </w:r>
    </w:p>
    <w:p>
      <w:r>
        <w:t>Not {}, not me, what am I? Rabbainu Hakadosh said so</w:t>
      </w:r>
    </w:p>
    <w:p>
      <w:r>
        <w:t>{Yes}, and if he said it, yes, {{. .}} the halakha follows him</w:t>
      </w:r>
    </w:p>
    <w:p>
      <w:r>
        <w:t>In the Gemara there is, "The halakha follows Rav Nachman, and the halakha follows Rav Nachman, and the halakha follows Rav Nachman.."</w:t>
      </w:r>
    </w:p>
    <w:p>
      <w:r>
        <w:t>So says the Gemara, "And the halakha is like Nachmani," he comforts us from our deeds {…} he is {Nachman\merciful}, he will comfort all Yisroel, {and will be elevated} and will rectify all Yisroel...</w:t>
      </w:r>
    </w:p>
    <w:p>
      <w:r>
        <w:t>...{Menane'ach} and comforts and rectifies all Yisroel</w:t>
      </w:r>
    </w:p>
    <w:p>
      <w:r>
        <w:t>[Yes, ……]</w:t>
      </w:r>
    </w:p>
    <w:p>
      <w:r>
        <w:t>[...]</w:t>
      </w:r>
    </w:p>
    <w:p>
      <w:r>
        <w:t>That is what he said</w:t>
      </w:r>
    </w:p>
    <w:p>
      <w:r>
        <w:t>[Yes, Abba, Yitzchak wants you to sing zemi..]</w:t>
      </w:r>
    </w:p>
    <w:p>
      <w:r>
        <w:t>What?</w:t>
      </w:r>
    </w:p>
    <w:p>
      <w:r>
        <w:t>[He wants you to sing, sing zemiros, "Atik Yomin," sing zemi.., sing..]</w:t>
      </w:r>
    </w:p>
    <w:p>
      <w:r>
        <w:t>["Atik Yomin," nu]</w:t>
      </w:r>
    </w:p>
    <w:p>
      <w:r>
        <w:t>Nu</w:t>
      </w:r>
    </w:p>
    <w:p>
      <w:r>
        <w:t>[On Shabbos night we would sing]</w:t>
      </w:r>
    </w:p>
    <w:p>
      <w:r>
        <w:t>[Zemiros]</w:t>
      </w:r>
    </w:p>
    <w:p>
      <w:r>
        <w:t>[Zemiros]</w:t>
      </w:r>
    </w:p>
    <w:p>
      <w:r>
        <w:t>[Shabbos zemiros]...</w:t>
      </w:r>
    </w:p>
    <w:p>
      <w:r>
        <w:t>..."Atik Yomin"</w:t>
      </w:r>
    </w:p>
    <w:p>
      <w:r>
        <w:t>[Yo, nu, sing, sing]</w:t>
      </w:r>
    </w:p>
    <w:p>
      <w:r>
        <w:t>[Saba and his children sing:</w:t>
      </w:r>
    </w:p>
    <w:p>
      <w:r>
        <w:t>"Atik Yomin………</w:t>
      </w:r>
    </w:p>
    <w:p>
      <w:r>
        <w:t>Re'uta dilei degalei lei levatala lechol kelipin (His will that He revealed to him, to nullify all the kelipos) yeshavei lon benukveihon veyitmarun bego kefin (He will place them in their crevices and they will be hidden inside rocks) arei hashta beminchata becheduta…” (For now, at the time of Mincha, in His joy…)]…</w:t>
      </w:r>
    </w:p>
    <w:p>
      <w:r>
        <w:t>...There are three meals, {come …} Shabbos in the evening {...}</w:t>
      </w:r>
    </w:p>
    <w:p>
      <w:r>
        <w:t>[Then will you sing zemiros?]</w:t>
      </w:r>
    </w:p>
    <w:p>
      <w:r>
        <w:t>Yes</w:t>
      </w:r>
    </w:p>
    <w:p>
      <w:r>
        <w:t>[Ho..]</w:t>
      </w:r>
    </w:p>
    <w:p>
      <w:r>
        <w:t>[Ho]</w:t>
      </w:r>
    </w:p>
    <w:p>
      <w:r>
        <w:t>[Now..]</w:t>
      </w:r>
    </w:p>
    <w:p>
      <w:r>
        <w:t>[Ho….. yes]</w:t>
      </w:r>
    </w:p>
    <w:p>
      <w:r>
        <w:t>And we will sing: "Na Na Nach Nachma Nachman MeUman"...</w:t>
      </w:r>
    </w:p>
    <w:p>
      <w:r>
        <w:t>...["Asader Lis'udasa"]</w:t>
      </w:r>
    </w:p>
    <w:p>
      <w:r>
        <w:t>{Asader..}</w:t>
      </w:r>
    </w:p>
    <w:p>
      <w:r>
        <w:t>[Ah]</w:t>
      </w:r>
    </w:p>
    <w:p>
      <w:r>
        <w:t>[Nu..]</w:t>
      </w:r>
    </w:p>
    <w:p>
      <w:r>
        <w:t>[Saba sings the song:</w:t>
      </w:r>
    </w:p>
    <w:p>
      <w:r>
        <w:t>"Asader Lis'udasa betzafra deShabbata.. va'azamin bah hashta Atika Kadisha…..”]…</w:t>
      </w:r>
    </w:p>
    <w:p>
      <w:r>
        <w:t>...[And Rebbe Yisroel, what is written: "And with this I will reveal to you a secret, and it is full and heaped from line to line"] I do not know</w:t>
      </w:r>
    </w:p>
    <w:p>
      <w:r>
        <w:t>["(P'tz'p'tz'i'h')," now did you understand?]</w:t>
      </w:r>
    </w:p>
    <w:p>
      <w:r>
        <w:t>"{(P'tz'p'tz'i'h')}" is the blowing of the shofar</w:t>
      </w:r>
    </w:p>
    <w:p>
      <w:r>
        <w:t>It is an awesome secret</w:t>
      </w:r>
    </w:p>
    <w:p>
      <w:r>
        <w:t>[Because it is written in the Petek: "And with strength of service you will understand it"]</w:t>
      </w:r>
    </w:p>
    <w:p>
      <w:r>
        <w:t>Nu</w:t>
      </w:r>
    </w:p>
    <w:p>
      <w:r>
        <w:t>[But now you understand]</w:t>
      </w:r>
    </w:p>
    <w:p>
      <w:r>
        <w:t>No, no, I have not yet merited</w:t>
      </w:r>
    </w:p>
    <w:p>
      <w:r>
        <w:t>[No?]</w:t>
      </w:r>
    </w:p>
    <w:p>
      <w:r>
        <w:t>I have not yet merited, but the words of Rabbainu Hakadosh..</w:t>
      </w:r>
    </w:p>
    <w:p>
      <w:r>
        <w:t>[Are fulfilled]</w:t>
      </w:r>
    </w:p>
    <w:p>
      <w:r>
        <w:t>They are faithful</w:t>
      </w:r>
    </w:p>
    <w:p>
      <w:r>
        <w:t>Everything he revealed, that he speaks, he, this contains the entire Torah and all, and all the wisdom, and all the To..</w:t>
      </w:r>
    </w:p>
    <w:p>
      <w:r>
        <w:t>[For all Yisroel]</w:t>
      </w:r>
    </w:p>
    <w:p>
      <w:r>
        <w:t>Yo, no, there has not yet been an innovation {like this} in the world, new</w:t>
      </w:r>
    </w:p>
    <w:p>
      <w:r>
        <w:t>[But now there is]</w:t>
      </w:r>
    </w:p>
    <w:p>
      <w:r>
        <w:t>Leave me alone, I am going..</w:t>
      </w:r>
    </w:p>
    <w:p>
      <w:r>
        <w:t>[Rebbe Yisroel, what you said at night, that you received three Peteks</w:t>
      </w:r>
    </w:p>
    <w:p>
      <w:r>
        <w:t>Not only one Petek, but another two, another several Peteks</w:t>
      </w:r>
    </w:p>
    <w:p>
      <w:r>
        <w:t>You said tonight that you received three Peteks, three Peteks]</w:t>
      </w:r>
    </w:p>
    <w:p>
      <w:r>
        <w:t>Three</w:t>
      </w:r>
    </w:p>
    <w:p>
      <w:r>
        <w:t>[Petek, three Peteks]</w:t>
      </w:r>
    </w:p>
    <w:p>
      <w:r>
        <w:t>Yes, yes, what I said is entirely true</w:t>
      </w:r>
    </w:p>
    <w:p>
      <w:r>
        <w:t>[Yes, yes, but what, what is the difference between this Petek and the two Peteks?]</w:t>
      </w:r>
    </w:p>
    <w:p>
      <w:r>
        <w:t>I do not know, that is how it is, a miracle from Heaven, it is not, beyond nature</w:t>
      </w:r>
    </w:p>
    <w:p>
      <w:r>
        <w:t>[But you did not reveal the latter Peteks, yes, the.. others, yes</w:t>
      </w:r>
    </w:p>
    <w:p>
      <w:r>
        <w:t>And this is "full and heaped from line to line"]</w:t>
      </w:r>
    </w:p>
    <w:p>
      <w:r>
        <w:t>Who is this?</w:t>
      </w:r>
    </w:p>
    <w:p>
      <w:r>
        <w:t>[Ilan]</w:t>
      </w:r>
    </w:p>
    <w:p>
      <w:r>
        <w:t>Ilan</w:t>
      </w:r>
    </w:p>
    <w:p>
      <w:r>
        <w:t>[And what is "full and heaped from line to line," Rebbe Yisroel]</w:t>
      </w:r>
    </w:p>
    <w:p>
      <w:r>
        <w:t>{..}</w:t>
      </w:r>
    </w:p>
    <w:p>
      <w:r>
        <w:t>["Full and heaped from line to line," what is it?]</w:t>
      </w:r>
    </w:p>
    <w:p>
      <w:r>
        <w:t>{..}</w:t>
      </w:r>
    </w:p>
    <w:p>
      <w:r>
        <w:t>[What is the meaning?]</w:t>
      </w:r>
    </w:p>
    <w:p>
      <w:r>
        <w:t>I perceive some, some light, some spark, but no, who can understand the words, the words of Rabbainu</w:t>
      </w:r>
    </w:p>
    <w:p>
      <w:r>
        <w:t>This, this, this, this has not yet been in the world.. such a wonder, such a light</w:t>
      </w:r>
    </w:p>
    <w:p>
      <w:r>
        <w:t>That he will rectify, he will rectify the whole world completely</w:t>
      </w:r>
    </w:p>
    <w:p>
      <w:r>
        <w:t>All of us as we are</w:t>
      </w:r>
    </w:p>
    <w:p>
      <w:r>
        <w:t>But he, he, it is forbidden to raise objections and to be difficult, "this, this, this”, only faith, only faith especially in such a holy Tzaddik as Rabbainu, it is entirely faith, only faith</w:t>
      </w:r>
    </w:p>
    <w:p>
      <w:r>
        <w:t>If not? God forbid, then it is nothing</w:t>
      </w:r>
    </w:p>
    <w:p>
      <w:r>
        <w:t>Only faith in truth, this is a truth that had not been in the world, it has still not been revealed in the world…</w:t>
      </w:r>
    </w:p>
    <w:p>
      <w:r>
        <w:t>...{..} that something like a drop from the sea was revealed</w:t>
      </w:r>
    </w:p>
    <w:p>
      <w:r>
        <w:t>This too</w:t>
      </w:r>
    </w:p>
    <w:p>
      <w:r>
        <w:t>This is a matter of wonder and wonder, and wonder, th..without measure…</w:t>
      </w:r>
    </w:p>
    <w:p>
      <w:r>
        <w:t>...[That is a little cola, Rebbe Yisroel]</w:t>
      </w:r>
    </w:p>
    <w:p>
      <w:r>
        <w:t>I made a blessing beforehand…</w:t>
      </w:r>
    </w:p>
    <w:p>
      <w:r>
        <w:t>...This is a secret matter, which had not been in the world, th..</w:t>
      </w:r>
    </w:p>
    <w:p>
      <w:r>
        <w:t>Before all the Tzaddikim, a secret, a secret, a secret, such a secret "A novelty like me has still never been in the world"…</w:t>
      </w:r>
    </w:p>
    <w:p>
      <w:r>
        <w:t>...[Rebbe Yisroel, but in..]</w:t>
      </w:r>
    </w:p>
    <w:p>
      <w:r>
        <w:t>I have no strength</w:t>
      </w:r>
    </w:p>
    <w:p>
      <w:r>
        <w:t>[Yes, but in the "Tikkunei Zohar," there are several allusions to the Petek, in the "Tikkunei Zohar"]</w:t>
      </w:r>
    </w:p>
    <w:p>
      <w:r>
        <w:t>Oy</w:t>
      </w:r>
    </w:p>
    <w:p>
      <w:r>
        <w:t>[Rebbe.., Rebbe Shimon knew a little of this]</w:t>
      </w:r>
    </w:p>
    <w:p>
      <w:r>
        <w:t>{Yes, yes}</w:t>
      </w:r>
    </w:p>
    <w:p>
      <w:r>
        <w:t>[Yes]</w:t>
      </w:r>
    </w:p>
    <w:p>
      <w:r>
        <w:t>It is forbidden to speak, it is forbidden to think</w:t>
      </w:r>
    </w:p>
    <w:p>
      <w:r>
        <w:t>[No, I am not thinking, I am asking]</w:t>
      </w:r>
    </w:p>
    <w:p>
      <w:r>
        <w:t>{This} is a secret matter, entirely a secret, which had not, which, which has still not been revealed in the world</w:t>
      </w:r>
    </w:p>
    <w:p>
      <w:r>
        <w:t>This is our holy Rabbainu</w:t>
      </w:r>
    </w:p>
    <w:p>
      <w:r>
        <w:t>[Rebbe Yisroel, did Rabbainu write the Petek two hundred years ago, or when he sent it to you?</w:t>
      </w:r>
    </w:p>
    <w:p>
      <w:r>
        <w:t>Seventy years ago?]</w:t>
      </w:r>
    </w:p>
    <w:p>
      <w:r>
        <w:t>{{{….}}}, how long since I found {it}</w:t>
      </w:r>
    </w:p>
    <w:p>
      <w:r>
        <w:t>[He wrote it..]</w:t>
      </w:r>
    </w:p>
    <w:p>
      <w:r>
        <w:t>This is not the work of human hands, it is not, it is truth, truth</w:t>
      </w:r>
    </w:p>
    <w:p>
      <w:r>
        <w:t>{{Just as …}} Hashem Yisborach is truth and the Torah is truth, this is truth, only truth…</w:t>
      </w:r>
    </w:p>
    <w:p>
      <w:r>
        <w:t>...This is part of a piece of paper I took out of.. out of.. the pouch</w:t>
      </w:r>
    </w:p>
    <w:p>
      <w:r>
        <w:t>It was written in very large and beautiful letters:</w:t>
      </w:r>
    </w:p>
    <w:p>
      <w:r>
        <w:t>"The time of the redemption is very near", {the near}</w:t>
      </w:r>
    </w:p>
    <w:p>
      <w:r>
        <w:t>[..]…</w:t>
      </w:r>
    </w:p>
    <w:p>
      <w:r>
        <w:t>...{He gave me} a pouch of a scroll, and I took it out, some part of the scroll remained in my hand and there was written there what Rabbainu zal said</w:t>
      </w:r>
    </w:p>
    <w:p>
      <w:r>
        <w:t>[Nachman]</w:t>
      </w:r>
    </w:p>
    <w:p>
      <w:r>
        <w:t>This is what Rabbainu zal said, these th.. these words:</w:t>
      </w:r>
    </w:p>
    <w:p>
      <w:r>
        <w:t>"The time of the redemption is very near"</w:t>
      </w:r>
    </w:p>
    <w:p>
      <w:r>
        <w:t>"Very near", because it could be a thousand years, also near, yes</w:t>
      </w:r>
    </w:p>
    <w:p>
      <w:r>
        <w:t>It is not written which day and which month and which year, only "very near"</w:t>
      </w:r>
    </w:p>
    <w:p>
      <w:r>
        <w:t>Not a day and not a month and not a year, "very near"</w:t>
      </w:r>
    </w:p>
    <w:p>
      <w:r>
        <w:t>Make calculations, whatever you want</w:t>
      </w:r>
    </w:p>
    <w:p>
      <w:r>
        <w:t>{Yes . .} "very near"</w:t>
      </w:r>
    </w:p>
    <w:p>
      <w:r>
        <w:t>We know nothing, we do not know which year, which month</w:t>
      </w:r>
    </w:p>
    <w:p>
      <w:r>
        <w:t>Which month, that we know from the Gemara, Nissan, yes</w:t>
      </w:r>
    </w:p>
    <w:p>
      <w:r>
        <w:t>But which year, which time, only "the time of the redemption is very near"</w:t>
      </w:r>
    </w:p>
    <w:p>
      <w:r>
        <w:t>{There is some year}</w:t>
      </w:r>
    </w:p>
    <w:p>
      <w:r>
        <w:t>There is no, no candle lighting, eh? Not Shabbos and not a festival, so there is no candle lighting</w:t>
      </w:r>
    </w:p>
    <w:p>
      <w:r>
        <w:t>Only "the time of the redemption is very near"</w:t>
      </w:r>
    </w:p>
    <w:p>
      <w:r>
        <w:t>This is the {I took out} part of paper that remained in my hand, then, then he read, four words were written, says, Rabbainu zal said four words:</w:t>
      </w:r>
    </w:p>
    <w:p>
      <w:r>
        <w:t>"The time of the redemption is very near"</w:t>
      </w:r>
    </w:p>
    <w:p>
      <w:r>
        <w:t>Who knows when this is? Which year?</w:t>
      </w:r>
    </w:p>
    <w:p>
      <w:r>
        <w:t>It could be a thousand years, also "very near", what is "very near"?</w:t>
      </w:r>
    </w:p>
    <w:p>
      <w:r>
        <w:t>We do not know when</w:t>
      </w:r>
    </w:p>
    <w:p>
      <w:r>
        <w:t>Only "the time of the redemption is very near"</w:t>
      </w:r>
    </w:p>
    <w:p>
      <w:r>
        <w:t>It is not, not a month and not a year and not any.. we know nothing, nothing, no</w:t>
      </w:r>
    </w:p>
    <w:p>
      <w:r>
        <w:t>What is the meaning of "very near"?</w:t>
      </w:r>
    </w:p>
    <w:p>
      <w:r>
        <w:t>Do you want to {know} when?</w:t>
      </w:r>
    </w:p>
    <w:p>
      <w:r>
        <w:t>These four words were on the paper, such beauty, with such writing</w:t>
      </w:r>
    </w:p>
    <w:p>
      <w:r>
        <w:t>"The time of the redemption is very near"</w:t>
      </w:r>
    </w:p>
    <w:p>
      <w:r>
        <w:t>{We will understand, we will see}, "very near"</w:t>
      </w:r>
    </w:p>
    <w:p>
      <w:r>
        <w:t>Where is the "very near"? When will "very near" be?</w:t>
      </w:r>
    </w:p>
    <w:p>
      <w:r>
        <w:t>I wanted to take out another paper, it was not {possible}, it was already closed</w:t>
      </w:r>
    </w:p>
    <w:p>
      <w:r>
        <w:t>[Rebbe Yisroel, was this in a dream or while awake?]</w:t>
      </w:r>
    </w:p>
    <w:p>
      <w:r>
        <w:t>Eh?</w:t>
      </w:r>
    </w:p>
    <w:p>
      <w:r>
        <w:t>[Was this in a dream, or while awake?]</w:t>
      </w:r>
    </w:p>
    <w:p>
      <w:r>
        <w:t>I do not know, I do not know</w:t>
      </w:r>
    </w:p>
    <w:p>
      <w:r>
        <w:t>It was in a dream, I saw Rebbe Yisroel, {{…}}, Rebbe Yisroel (Kardonner)</w:t>
      </w:r>
    </w:p>
    <w:p>
      <w:r>
        <w:t>And he gave me the.., {the scroll}, the scroll, he, he gave it to me</w:t>
      </w:r>
    </w:p>
    <w:p>
      <w:r>
        <w:t>I opened and took out part of the scroll, there was a piece of paper, and our holy Rabbainu read four words:</w:t>
      </w:r>
    </w:p>
    <w:p>
      <w:r>
        <w:t>"The time of the redemption is very near"</w:t>
      </w:r>
    </w:p>
    <w:p>
      <w:r>
        <w:t>Nu, "very near" could be a thousand years, also "very near"</w:t>
      </w:r>
    </w:p>
    <w:p>
      <w:r>
        <w:t>We know nothing, nothing</w:t>
      </w:r>
    </w:p>
    <w:p>
      <w:r>
        <w:t>Which, which year, which, when, nothing, we know nothing</w:t>
      </w:r>
    </w:p>
    <w:p>
      <w:r>
        <w:t>Only what is written in the Gemara, that the redemption is in Nissan</w:t>
      </w:r>
    </w:p>
    <w:p>
      <w:r>
        <w:t>{{"In Nissan they were redeemed, and in Nissan they will be redeemed"}}</w:t>
      </w:r>
    </w:p>
    <w:p>
      <w:r>
        <w:t>But which year we do not know</w:t>
      </w:r>
    </w:p>
    <w:p>
      <w:r>
        <w:t>The sun does not want to move, {then the sun}, I do not want to say anything</w:t>
      </w:r>
    </w:p>
    <w:p>
      <w:r>
        <w:t>Which year? I do not want to say</w:t>
      </w:r>
    </w:p>
    <w:p>
      <w:r>
        <w:t>Only we know, that "very near", "very {near}", we do not know when</w:t>
      </w:r>
    </w:p>
    <w:p>
      <w:r>
        <w:t>If the sun will go, go, then also no, we do not know which year, which, no, we know nothing</w:t>
      </w:r>
    </w:p>
    <w:p>
      <w:r>
        <w:t>"Very near", we will make a calculation of what "very near" is, you have no strength</w:t>
      </w:r>
    </w:p>
    <w:p>
      <w:r>
        <w:t>A wind entered, a good wind, a pleasant wind, a very good wind</w:t>
      </w:r>
    </w:p>
    <w:p>
      <w:r>
        <w:t>"Very near", yes, yes, we do not know what the meaning of "very near" is</w:t>
      </w:r>
    </w:p>
    <w:p>
      <w:r>
        <w:t>What is this?</w:t>
      </w:r>
    </w:p>
    <w:p>
      <w:r>
        <w:t>[It is an egg with oil, Saba, and a roll]…</w:t>
      </w:r>
    </w:p>
    <w:p>
      <w:r>
        <w:t>...I do not know what the meaning of "very near" is</w:t>
      </w:r>
    </w:p>
    <w:p>
      <w:r>
        <w:t>We know nothing, as it was</w:t>
      </w:r>
    </w:p>
    <w:p>
      <w:r>
        <w:t>[Saba]</w:t>
      </w:r>
    </w:p>
    <w:p>
      <w:r>
        <w:t>Do you know what "very near" is?</w:t>
      </w:r>
    </w:p>
    <w:p>
      <w:r>
        <w:t>[Yes, yes, yes, Saba, I know]</w:t>
      </w:r>
    </w:p>
    <w:p>
      <w:r>
        <w:t>Ah, yes?</w:t>
      </w:r>
    </w:p>
    <w:p>
      <w:r>
        <w:t>[Yes]</w:t>
      </w:r>
    </w:p>
    <w:p>
      <w:r>
        <w:t>Let us hear</w:t>
      </w:r>
    </w:p>
    <w:p>
      <w:r>
        <w:t>[When Rabbainu becomes known in the world, that is "very near"]</w:t>
      </w:r>
    </w:p>
    <w:p>
      <w:r>
        <w:t>{..}</w:t>
      </w:r>
    </w:p>
    <w:p>
      <w:r>
        <w:t>[That Rabbainu]</w:t>
      </w:r>
    </w:p>
    <w:p>
      <w:r>
        <w:t>Nu, who can say an explanation of what "very near" is?</w:t>
      </w:r>
    </w:p>
    <w:p>
      <w:r>
        <w:t>It is not written a hundred, a hundred years, or, or a thousand years, no, "very near", we know nothing</w:t>
      </w:r>
    </w:p>
    <w:p>
      <w:r>
        <w:t>[Rebbe Yisroel]</w:t>
      </w:r>
    </w:p>
    <w:p>
      <w:r>
        <w:t>What?</w:t>
      </w:r>
    </w:p>
    <w:p>
      <w:r>
        <w:t>["Very near", "very near", Rebbe.., Rebbe Yisroel]</w:t>
      </w:r>
    </w:p>
    <w:p>
      <w:r>
        <w:t>We know nothing, "very near", nu</w:t>
      </w:r>
    </w:p>
    <w:p>
      <w:r>
        <w:t>We know when this {will be}, "very near"…</w:t>
      </w:r>
    </w:p>
    <w:p>
      <w:r>
        <w:t>...What is the meaning of "very near"? No, we do not know…</w:t>
      </w:r>
    </w:p>
    <w:p>
      <w:r>
        <w:t>...{Some} piece of paper from the scroll, and our holy Rabbainu read four, four words:</w:t>
      </w:r>
    </w:p>
    <w:p>
      <w:r>
        <w:t>"The time of the redemption is very near"</w:t>
      </w:r>
    </w:p>
    <w:p>
      <w:r>
        <w:t>So we know nothing</w:t>
      </w:r>
    </w:p>
    <w:p>
      <w:r>
        <w:t>When will all this be "very near"?, when will it be? This we do not know</w:t>
      </w:r>
    </w:p>
    <w:p>
      <w:r>
        <w:t>It is "very near"…</w:t>
      </w:r>
    </w:p>
    <w:p>
      <w:r>
        <w:t>...I wanted to take out another, another paper, to see what was written there</w:t>
      </w:r>
    </w:p>
    <w:p>
      <w:r>
        <w:t>No, it is not, it was closed, it is impossible to take out another paper, this is enough</w:t>
      </w:r>
    </w:p>
    <w:p>
      <w:r>
        <w:t>"The time of the redemption is very near"...</w:t>
      </w:r>
    </w:p>
    <w:p>
      <w:r>
        <w:t>...{….}</w:t>
      </w:r>
    </w:p>
    <w:p>
      <w:r>
        <w:t>Thus it was written on the paper: "The time of the redemption is very near"</w:t>
      </w:r>
    </w:p>
    <w:p>
      <w:r>
        <w:t>[……...]</w:t>
      </w:r>
    </w:p>
    <w:p>
      <w:r>
        <w:t>[……...]</w:t>
      </w:r>
    </w:p>
    <w:p>
      <w:r>
        <w:t>Do you want to wait? You can wait</w:t>
      </w:r>
    </w:p>
    <w:p>
      <w:r>
        <w:t>[Saba, Saba, that is right]</w:t>
      </w:r>
    </w:p>
    <w:p>
      <w:r>
        <w:t>The redemption will be, it will be revealed to every one of the Jews, of Yisroel, it will be revealed, such a light will be revealed</w:t>
      </w:r>
    </w:p>
    <w:p>
      <w:r>
        <w:t>That all the sins will be mitzvos</w:t>
      </w:r>
    </w:p>
    <w:p>
      <w:r>
        <w:t>{{…}}, "There is a matter in which everything is transformed for the good"</w:t>
      </w:r>
    </w:p>
    <w:p>
      <w:r>
        <w:t>[Yes, who is this matter?]</w:t>
      </w:r>
    </w:p>
    <w:p>
      <w:r>
        <w:t>This, this…</w:t>
      </w:r>
    </w:p>
    <w:p>
      <w:r>
        <w:br w:type="page"/>
      </w:r>
    </w:p>
    <w:p>
      <w:pPr>
        <w:pStyle w:val="Heading1"/>
      </w:pPr>
      <w:r>
        <w:t>Tape 107</w:t>
      </w:r>
    </w:p>
    <w:p>
      <w:pPr>
        <w:pStyle w:val="Heading2"/>
      </w:pPr>
      <w:r>
        <w:t>Side A (Aleph)</w:t>
      </w:r>
    </w:p>
    <w:p>
      <w:r>
        <w:t>...{…}, so I, I already, already signed my name — "Na Na ch"</w:t>
      </w:r>
    </w:p>
    <w:p>
      <w:r>
        <w:t>And do you know what "Na Na ch" is? Nu, say, if you know, say what "Na Nach" is</w:t>
      </w:r>
    </w:p>
    <w:p>
      <w:r>
        <w:t>[...]</w:t>
      </w:r>
    </w:p>
    <w:p>
      <w:r>
        <w:t>[Saba and the friends sing: "Na Na ch Na cham Na ch man MeUman.."]…</w:t>
      </w:r>
    </w:p>
    <w:p>
      <w:r>
        <w:t>...after that you can say what you want, I already said my {name}, "Na Na ch"; what is "Na Na ch"?</w:t>
      </w:r>
    </w:p>
    <w:p>
      <w:r>
        <w:t>[Rebbe Yisroel, there is a pidyon, Rebbe Yisroel, there is charity, a pidyon]</w:t>
      </w:r>
    </w:p>
    <w:p>
      <w:r>
        <w:t>[They are requesting a pidyon, Rebbe Yisroel, someone is requesting a pidyon]</w:t>
      </w:r>
    </w:p>
    <w:p>
      <w:r>
        <w:t>[…….]</w:t>
      </w:r>
    </w:p>
    <w:p>
      <w:r>
        <w:t>We will go to the synagogue, we will hear that everyone there is singing "Na Na ch"…</w:t>
      </w:r>
    </w:p>
    <w:p>
      <w:r>
        <w:t>...the Petek will be new every day, not as it already came for a year</w:t>
      </w:r>
    </w:p>
    <w:p>
      <w:r>
        <w:t>It will be new every day, it will be new</w:t>
      </w:r>
    </w:p>
    <w:p>
      <w:r>
        <w:t>{Yes}</w:t>
      </w:r>
    </w:p>
    <w:p>
      <w:r>
        <w:t>[Saba and the friends continue singing: "Na Nach Na cham Nach man MeUman.."]…</w:t>
      </w:r>
    </w:p>
    <w:p>
      <w:r>
        <w:t>...[Saba and the friends continue singing: "Na Na ch Na cham Na ch man MeUman.."]…</w:t>
      </w:r>
    </w:p>
    <w:p>
      <w:r>
        <w:t>...{So I am the Rebbe}..</w:t>
      </w:r>
    </w:p>
    <w:p>
      <w:r>
        <w:t>"R'osh B'nei Y'israel"—the initials are Rebb"e; I am the Rebb'"e</w:t>
      </w:r>
    </w:p>
    <w:p>
      <w:r>
        <w:t>{Who says this?}</w:t>
      </w:r>
    </w:p>
    <w:p>
      <w:r>
        <w:t>"Na Na ch Na cham Na ch man MeUman," {I say it all}…</w:t>
      </w:r>
    </w:p>
    <w:p>
      <w:r>
        <w:t>...[["Na Na ch Na cham Na ch man MeUman.."]]</w:t>
      </w:r>
    </w:p>
    <w:p>
      <w:r>
        <w:t>Who am I, I, I, "R'osh B'nei Y'israel"—the initials are Rebb"e; do you know what that is?</w:t>
      </w:r>
    </w:p>
    <w:p>
      <w:r>
        <w:t>I am the Rebb'"e, yes</w:t>
      </w:r>
    </w:p>
    <w:p>
      <w:r>
        <w:t>[Rebbe Yisroel]</w:t>
      </w:r>
    </w:p>
    <w:p>
      <w:r>
        <w:t>And you do not know me—who am I? I am "Na Na ch Na cham Na ch man MeUman"</w:t>
      </w:r>
    </w:p>
    <w:p>
      <w:r>
        <w:t>He will tell the whole world that you do not know what "Na Na ch" is; how will you {know}?</w:t>
      </w:r>
    </w:p>
    <w:p>
      <w:r>
        <w:t>{……..to help}</w:t>
      </w:r>
    </w:p>
    <w:p>
      <w:r>
        <w:t>{{}}…</w:t>
      </w:r>
    </w:p>
    <w:p>
      <w:r>
        <w:t>...{For what will you forgive}…</w:t>
      </w:r>
    </w:p>
    <w:p>
      <w:r>
        <w:t>...all kinds…</w:t>
      </w:r>
    </w:p>
    <w:p>
      <w:r>
        <w:t>...{……….with the mind..}…</w:t>
      </w:r>
    </w:p>
    <w:p>
      <w:r>
        <w:t>...{…..}…</w:t>
      </w:r>
    </w:p>
    <w:p>
      <w:r>
        <w:t>...a new {matter}, {..}, an exceedingly awesome wonder: there has never been such a light; only our holy Rabbainu, Rebbe Nachman, can help us, he can shine within us"</w:t>
      </w:r>
    </w:p>
    <w:p>
      <w:r>
        <w:t>{{}} wisdom and Torah, and such wisdom and knowledge, that a person becomes different</w:t>
      </w:r>
    </w:p>
    <w:p>
      <w:r>
        <w:t>He cannot bear the {vanity} of this world, yo</w:t>
      </w:r>
    </w:p>
    <w:p>
      <w:r>
        <w:t>So we, we.. need {me} to have mercy on us</w:t>
      </w:r>
    </w:p>
    <w:p>
      <w:r>
        <w:t>There is such a light in the world, which will change the world, the entire world, from one extreme to the other</w:t>
      </w:r>
    </w:p>
    <w:p>
      <w:r>
        <w:t>The world seeks money, {desires}, but this, this world is not, not anything; everyone is nothing; the main thing is {… … …..}..</w:t>
      </w:r>
    </w:p>
    <w:p>
      <w:r>
        <w:t>..the main thing is that we have now merited such a wondrous light, which never existed before, which will change the entire world</w:t>
      </w:r>
    </w:p>
    <w:p>
      <w:r>
        <w:t>And everyone will seek the truth</w:t>
      </w:r>
    </w:p>
    <w:p>
      <w:r>
        <w:t>{And there will be a world}.., in any case, I merited seeing the words of Rebbe Nachman</w:t>
      </w:r>
    </w:p>
    <w:p>
      <w:r>
        <w:t>I merited seeing what we have</w:t>
      </w:r>
    </w:p>
    <w:p>
      <w:r>
        <w:t>{In the world} such wisdom, that all the money in the entire world, with all the desires, is not worth a penny</w:t>
      </w:r>
    </w:p>
    <w:p>
      <w:r>
        <w:t>A penny—it is not worth even one penny</w:t>
      </w:r>
    </w:p>
    <w:p>
      <w:r>
        <w:t>The main thing is only to know Hashem, blessed be He, and the Torah, and faith and truth</w:t>
      </w:r>
    </w:p>
    <w:p>
      <w:r>
        <w:t>Without this there is no world at all, there is no money, there is no, {there is nothing}</w:t>
      </w:r>
    </w:p>
    <w:p>
      <w:r>
        <w:t>In any case..</w:t>
      </w:r>
    </w:p>
    <w:p>
      <w:r>
        <w:t>I passed through, passed through such a world, that I feel that this..</w:t>
      </w:r>
    </w:p>
    <w:p>
      <w:r>
        <w:t>I could die from the magnitude of the fear—how, how, how can one, can one smell an aroma from the desires?</w:t>
      </w:r>
    </w:p>
    <w:p>
      <w:r>
        <w:t>How w..? What, what, what, what, what is this?</w:t>
      </w:r>
    </w:p>
    <w:p>
      <w:r>
        <w:t>It is nothing; all the desires, all the money, are not worth one penny</w:t>
      </w:r>
    </w:p>
    <w:p>
      <w:r>
        <w:t>The main thing is only to know and to fear Hashem and the Torah</w:t>
      </w:r>
    </w:p>
    <w:p>
      <w:r>
        <w:t>And everything is worth nothing</w:t>
      </w:r>
    </w:p>
    <w:p>
      <w:r>
        <w:t>The main thing is {only} the Torah and true wisdom</w:t>
      </w:r>
    </w:p>
    <w:p>
      <w:r>
        <w:t>Wisdom without truth, it is not, not worth anything</w:t>
      </w:r>
    </w:p>
    <w:p>
      <w:r>
        <w:t>The main thing is that we need {he} to.. incline an ear, and hear that we now have in this world such wisdom, which changes the person completely</w:t>
      </w:r>
    </w:p>
    <w:p>
      <w:r>
        <w:t>He, he tastes some taste, he feels a carcass, all kinds of smells in the world</w:t>
      </w:r>
    </w:p>
    <w:p>
      <w:r>
        <w:t>All kinds of bad smells in the world—it is all worth nothing, not even one penny</w:t>
      </w:r>
    </w:p>
    <w:p>
      <w:r>
        <w:t>The main thing is only to seek truth</w:t>
      </w:r>
    </w:p>
    <w:p>
      <w:r>
        <w:t>And everything, this entire world, with all the money and with all the desires, is not worth one penny</w:t>
      </w:r>
    </w:p>
    <w:p>
      <w:r>
        <w:t>The main thing is only to know the Torah and Hashem, blessed be He, and the truth; without this there is no life at all</w:t>
      </w:r>
    </w:p>
    <w:p>
      <w:r>
        <w:t>Without this, all the life {in the world} is not worth it, is worth nothing</w:t>
      </w:r>
    </w:p>
    <w:p>
      <w:r>
        <w:t>I merited; Hashem, blessed be He, gave me, He gave me such a gift</w:t>
      </w:r>
    </w:p>
    <w:p>
      <w:r>
        <w:t>Which is all my vitality, and the vitality and joy of the entire world</w:t>
      </w:r>
    </w:p>
    <w:p>
      <w:r>
        <w:t>{{There is no}}, the money and the desires, everything is not worth one penny, is worth nothing</w:t>
      </w:r>
    </w:p>
    <w:p>
      <w:r>
        <w:t>The main thing is only to know Hashem and the Torah</w:t>
      </w:r>
    </w:p>
    <w:p>
      <w:r>
        <w:t>Without this there is no, no life, there is no, there is no, there is nothing</w:t>
      </w:r>
    </w:p>
    <w:p>
      <w:r>
        <w:t>I {this is ….. a wonder}, Hashem, blessed be He, had mercy on me, and I merited seeing what there is now in the world</w:t>
      </w:r>
    </w:p>
    <w:p>
      <w:r>
        <w:t>Our holy Rabbainu, Rebbe Nachman of Breslov</w:t>
      </w:r>
    </w:p>
    <w:p>
      <w:r>
        <w:t>He can change the entire world, so that it will be..</w:t>
      </w:r>
    </w:p>
    <w:p>
      <w:r>
        <w:t>So that they will not look at any of the desires at all, so that they will not look at money at all</w:t>
      </w:r>
    </w:p>
    <w:p>
      <w:r>
        <w:t>Only the main thing, the main thing, is to know Hashem and the Torah; without this there is no life at all</w:t>
      </w:r>
    </w:p>
    <w:p>
      <w:r>
        <w:t>{..}</w:t>
      </w:r>
    </w:p>
    <w:p>
      <w:r>
        <w:t>This.. is worth nothing; without {true} wisdom, all of life, all the money, is not worth even a penny</w:t>
      </w:r>
    </w:p>
    <w:p>
      <w:r>
        <w:t>It is worth nothing; the main vitality is only to know the Torah and Hashem, blessed be He</w:t>
      </w:r>
    </w:p>
    <w:p>
      <w:r>
        <w:t>Without this there is no life at all, there is no, there is nothing</w:t>
      </w:r>
    </w:p>
    <w:p>
      <w:r>
        <w:t>And..the entire world chases after the desires</w:t>
      </w:r>
    </w:p>
    <w:p>
      <w:r>
        <w:t>But afterward they ask him: "What did you gain?"</w:t>
      </w:r>
    </w:p>
    <w:p>
      <w:r>
        <w:t>"I gained nothing"</w:t>
      </w:r>
    </w:p>
    <w:p>
      <w:r>
        <w:t>Without true wisdom, without the Torah, it is not worth it; all our lives are worth nothing, everything, the entire world</w:t>
      </w:r>
    </w:p>
    <w:p>
      <w:r>
        <w:t>The main thing is to seek truth, to seek life</w:t>
      </w:r>
    </w:p>
    <w:p>
      <w:r>
        <w:t>That is death, that honor kills a person</w:t>
      </w:r>
    </w:p>
    <w:p>
      <w:r>
        <w:t>It is worth nothing; his entire life and all his money are worth nothing</w:t>
      </w:r>
    </w:p>
    <w:p>
      <w:r>
        <w:t>Everything I am saying, I am not exaggerating, and I do not want to be wiser than the entire world</w:t>
      </w:r>
    </w:p>
    <w:p>
      <w:r>
        <w:t>The main wisdom and vitality are only the Torah {itself} and true wisdom</w:t>
      </w:r>
    </w:p>
    <w:p>
      <w:r>
        <w:t>Without this there is no, no life at all, no money at all, there is nothing</w:t>
      </w:r>
    </w:p>
    <w:p>
      <w:r>
        <w:t>{I ... bear in this world}, {this is because} everyone chases</w:t>
      </w:r>
    </w:p>
    <w:p>
      <w:r>
        <w:t>{The desire comes: “Take the money, come, come to me, come to me"}</w:t>
      </w:r>
    </w:p>
    <w:p>
      <w:r>
        <w:t>{"Where?”}</w:t>
      </w:r>
    </w:p>
    <w:p>
      <w:r>
        <w:t>{"Ah.. if not this, I have no time to go out, to.. to.. to.. speak with him"}</w:t>
      </w:r>
    </w:p>
    <w:p>
      <w:r>
        <w:t>Our entire life is worth nothing; the main thing is only the Torah, the Torah of Yisroel, {that sings to God}, the Torah and the truth</w:t>
      </w:r>
    </w:p>
    <w:p>
      <w:r>
        <w:t>Without this there is no life at all; it is worth nothing</w:t>
      </w:r>
    </w:p>
    <w:p>
      <w:r>
        <w:t>The main thing is to seek truth—what do we have from all of life, from all the money, from all the desires?</w:t>
      </w:r>
    </w:p>
    <w:p>
      <w:r>
        <w:t>What? It is worth nothing, like a carcass</w:t>
      </w:r>
    </w:p>
    <w:p>
      <w:r>
        <w:t>How am I situated here and here, and thinking about the world—what kind of world is this? {And where are you found?}</w:t>
      </w:r>
    </w:p>
    <w:p>
      <w:r>
        <w:t>Such a world, a world of desires</w:t>
      </w:r>
    </w:p>
    <w:p>
      <w:r>
        <w:t>He is ready and prepared to kill him, to kill himself for the desires</w:t>
      </w:r>
    </w:p>
    <w:p>
      <w:r>
        <w:t>What does he have from this? What is there in this?</w:t>
      </w:r>
    </w:p>
    <w:p>
      <w:r>
        <w:t>{And this, it is not worth even a moment to delay for this, to.. speak, speak about this}, yes</w:t>
      </w:r>
    </w:p>
    <w:p>
      <w:r>
        <w:t>But now a light will come, such a light in the world, that everyone will cast away, and they will not be able to bear the desires</w:t>
      </w:r>
    </w:p>
    <w:p>
      <w:r>
        <w:t>What? What, what, what, what is there in this?</w:t>
      </w:r>
    </w:p>
    <w:p>
      <w:r>
        <w:t>They leave all the money, and he goes to be buried—what, what does he have? {{What does he have from this?}}</w:t>
      </w:r>
    </w:p>
    <w:p>
      <w:r>
        <w:t>The main thing is only the Torah, and our holy faith and the mitzvos</w:t>
      </w:r>
    </w:p>
    <w:p>
      <w:r>
        <w:t>That is all our vitality, and there is no life at all without this</w:t>
      </w:r>
    </w:p>
    <w:p>
      <w:r>
        <w:t>I {and laugh..\remember..}, and I cry over myself; over myself I cry</w:t>
      </w:r>
    </w:p>
    <w:p>
      <w:r>
        <w:t>What? What aroma do you have from the desires?</w:t>
      </w:r>
    </w:p>
    <w:p>
      <w:r>
        <w:t>It smells a bad smell, worse than a carcass</w:t>
      </w:r>
    </w:p>
    <w:p>
      <w:r>
        <w:t>All the money and all the desires are worth nothing</w:t>
      </w:r>
    </w:p>
    <w:p>
      <w:r>
        <w:t>{Why} all the desires and all the money are worth nothing</w:t>
      </w:r>
    </w:p>
    <w:p>
      <w:r>
        <w:t>Only to seek truth, to seek Torah and mitzvos; that is the essence of life; without this there is no life at all</w:t>
      </w:r>
    </w:p>
    <w:p>
      <w:r>
        <w:t>It is worth nothing</w:t>
      </w:r>
    </w:p>
    <w:p>
      <w:r>
        <w:t>I {{already see}} while I am alive; it is miracles from Hashem, blessed be He, that I am alive and see such a world</w:t>
      </w:r>
    </w:p>
    <w:p>
      <w:r>
        <w:t>that he seeks lusts, money, is worth nothing</w:t>
      </w:r>
    </w:p>
    <w:p>
      <w:r>
        <w:t>Ahh.. thank God, now in the world there is the light of Rabbainu Rebbe Nachman</w:t>
      </w:r>
    </w:p>
    <w:p>
      <w:r>
        <w:t>which changes the whole world, it illuminates the truth in them</w:t>
      </w:r>
    </w:p>
    <w:p>
      <w:r>
        <w:t>All the money is worth nothing, all the lust is worth nothing</w:t>
      </w:r>
    </w:p>
    <w:p>
      <w:r>
        <w:t>The main thing is only to seek Torah and mitzvos; without this there is no life at all</w:t>
      </w:r>
    </w:p>
    <w:p>
      <w:r>
        <w:t>And all the springs from all the lusts are not worth even one penny</w:t>
      </w:r>
    </w:p>
    <w:p>
      <w:r>
        <w:t>{I am alive, what a miracle}, when I am alive, I am here</w:t>
      </w:r>
    </w:p>
    <w:p>
      <w:r>
        <w:t>One can die from the magnitude of the sorrow, that there are lusts—what is this?</w:t>
      </w:r>
    </w:p>
    <w:p>
      <w:r>
        <w:t>If he has any sense?</w:t>
      </w:r>
    </w:p>
    <w:p>
      <w:r>
        <w:t>The main thing is only the Torah and the mitzvos and Shabbos, for only we Jews are unique in the world</w:t>
      </w:r>
    </w:p>
    <w:p>
      <w:r>
        <w:t>who feel that it is vanity; he has no, they have nothing, and they do not have, neither money nor.. {and this}</w:t>
      </w:r>
    </w:p>
    <w:p>
      <w:r>
        <w:t>The main thing, {the.. this is because it is} the main length of our days, "they are our life and the length of our days"</w:t>
      </w:r>
    </w:p>
    <w:p>
      <w:r>
        <w:t>Aside from this there is no life at all; it is not worth even one penny</w:t>
      </w:r>
    </w:p>
    <w:p>
      <w:r>
        <w:t>The main thing is, the main thing is, let us take Rebbe Nachman's books, and show the whole world that this is a great mistake</w:t>
      </w:r>
    </w:p>
    <w:p>
      <w:r>
        <w:t>There is nothing in it, all the money and all the lusts are nothing, are not, only in the Angel of Death, yes</w:t>
      </w:r>
    </w:p>
    <w:p>
      <w:r>
        <w:t>The main thing is to understand and comprehend what we have, what vitality</w:t>
      </w:r>
    </w:p>
    <w:p>
      <w:r>
        <w:t>{{…...\only that there should be mo..}}, more paper, more papers, ah, American ones</w:t>
      </w:r>
    </w:p>
    <w:p>
      <w:r>
        <w:t>It is all vanity; all the money and all the lusts, everything is vanity</w:t>
      </w:r>
    </w:p>
    <w:p>
      <w:r>
        <w:t>We need only to seek a.., Torah, truth; it all passes l.. like a passing shadow, literally nothing</w:t>
      </w:r>
    </w:p>
    <w:p>
      <w:r>
        <w:t>There is no, {what is it worth?} a.., he has nothing</w:t>
      </w:r>
    </w:p>
    <w:p>
      <w:r>
        <w:t>When we remember that we are Jews, and we, the Holy One, blessed be He, had mercy on us and gave us the Torah and Shabbos and the mitzvos</w:t>
      </w:r>
    </w:p>
    <w:p>
      <w:r>
        <w:t>then that is life, but all this is worth nothing</w:t>
      </w:r>
    </w:p>
    <w:p>
      <w:r>
        <w:t>Yes, all the papers are not, of America, of France, no, not worth anything, anything, {yes}</w:t>
      </w:r>
    </w:p>
    <w:p>
      <w:r>
        <w:t>It is a great pity on the world, that they have such an illness: it is possible to smell the odor of lusts</w:t>
      </w:r>
    </w:p>
    <w:p>
      <w:r>
        <w:t>It is possible, one must flee from them</w:t>
      </w:r>
    </w:p>
    <w:p>
      <w:r>
        <w:t>One must seek for them only life</w:t>
      </w:r>
    </w:p>
    <w:p>
      <w:r>
        <w:t>This is not life, it is death</w:t>
      </w:r>
    </w:p>
    <w:p>
      <w:r>
        <w:t>The lusts are death; it brings a person all the troubles and all the lusts and all the.. {….}</w:t>
      </w:r>
    </w:p>
    <w:p>
      <w:r>
        <w:t>But thank God, I am unique in the world</w:t>
      </w:r>
    </w:p>
    <w:p>
      <w:r>
        <w:t>and I, just to see the "Likutey Tefilos" from Rebbe Nachman and his disciple, his holy disciple Rebbe Nassan</w:t>
      </w:r>
    </w:p>
    <w:p>
      <w:r>
        <w:t>He can show the whole world that they are all mistaken</w:t>
      </w:r>
    </w:p>
    <w:p>
      <w:r>
        <w:t>{How is it: "It is worth nothing, he is such a Rebbe, it is worth like nothing"}</w:t>
      </w:r>
    </w:p>
    <w:p>
      <w:r>
        <w:t>Oh, we, the people of Israel, we are unique in the world; a time will come when everyone will see in God, the light of the Torah</w:t>
      </w:r>
    </w:p>
    <w:p>
      <w:r>
        <w:t>And everyone will {want} to know what Torah is, what {this is}, what {..}</w:t>
      </w:r>
    </w:p>
    <w:p>
      <w:r>
        <w:t>What is money? Everyone will flee from it as from.. will flee from it</w:t>
      </w:r>
    </w:p>
    <w:p>
      <w:r>
        <w:t>A time will come when everyone will see it and understand it</w:t>
      </w:r>
    </w:p>
    <w:p>
      <w:r>
        <w:t>The.. that it is worth nothing, {...}</w:t>
      </w:r>
    </w:p>
    <w:p>
      <w:r>
        <w:t>"Money, money, money"</w:t>
      </w:r>
    </w:p>
    <w:p>
      <w:r>
        <w:t>The whole world is mistaken; they think th..</w:t>
      </w:r>
    </w:p>
    <w:p>
      <w:r>
        <w:t>"Ah.. this, what does he have, yes, let's see"</w:t>
      </w:r>
    </w:p>
    <w:p>
      <w:r>
        <w:t>He opens his hand and shows him: "Ah, this I have”</w:t>
      </w:r>
    </w:p>
    <w:p>
      <w:r>
        <w:t>{As always}</w:t>
      </w:r>
    </w:p>
    <w:p>
      <w:r>
        <w:t>Do you want money? — It is worth nothing</w:t>
      </w:r>
    </w:p>
    <w:p>
      <w:r>
        <w:t>Do you want lusts? — They are worth nothing</w:t>
      </w:r>
    </w:p>
    <w:p>
      <w:r>
        <w:t>What for?</w:t>
      </w:r>
    </w:p>
    <w:p>
      <w:r>
        <w:t>He goes around and sees a world that is entirely falsehood, falsehood, worth nothing</w:t>
      </w:r>
    </w:p>
    <w:p>
      <w:r>
        <w:t>All the lusts and all the money and all.. are worth nothing</w:t>
      </w:r>
    </w:p>
    <w:p>
      <w:r>
        <w:t>The main thing is only to know God and the Torah; without this there is nothing</w:t>
      </w:r>
    </w:p>
    <w:p>
      <w:r>
        <w:t>{Yo}, we can rejoice greatly; we are Jews, we, the Holy One, blessed be He, gave us such a Torah</w:t>
      </w:r>
    </w:p>
    <w:p>
      <w:r>
        <w:t>such holiness, such goodness, that in the entire world there is no way to pay for it, {worth nothing}</w:t>
      </w:r>
    </w:p>
    <w:p>
      <w:r>
        <w:t>And one must travel through the world, and know the truth, that the whole world is in falsehood, and it has no</w:t>
      </w:r>
    </w:p>
    <w:p>
      <w:r>
        <w:t>It has no {value} at all, it has nothing</w:t>
      </w:r>
    </w:p>
    <w:p>
      <w:r>
        <w:t>{The World to Come comes, comes, comes, comes, comes, comes}</w:t>
      </w:r>
    </w:p>
    <w:p>
      <w:r>
        <w:t>Right, he, he sought {truth}</w:t>
      </w:r>
    </w:p>
    <w:p>
      <w:r>
        <w:t>{Yes, nu, and the whole world is nullified to the creatures and does not see}</w:t>
      </w:r>
    </w:p>
    <w:p>
      <w:r>
        <w:t>There is nothing, {{they}} have nothing</w:t>
      </w:r>
    </w:p>
    <w:p>
      <w:r>
        <w:t>Our holy Rabbainu, Rebbe Nachman, revealed this; he revealed that this, the whole world wants</w:t>
      </w:r>
    </w:p>
    <w:p>
      <w:r>
        <w:t>to grab the money, to grab the lusts, and does not {find.., find} anything</w:t>
      </w:r>
    </w:p>
    <w:p>
      <w:r>
        <w:t>And thank God, I am ill, and I see how the world</w:t>
      </w:r>
    </w:p>
    <w:p>
      <w:r>
        <w:t>The.. {he, he revealed this, from Breslov they does not know}, he.. he does not know, {..}</w:t>
      </w:r>
    </w:p>
    <w:p>
      <w:r>
        <w:t>The whole world {every day\all of it} seeks lusts, yes, they are not, worth nothing</w:t>
      </w:r>
    </w:p>
    <w:p>
      <w:r>
        <w:t>Thank God, we are the Jewish people; thank God, we have such a Torah, such wisdom</w:t>
      </w:r>
    </w:p>
    <w:p>
      <w:r>
        <w:t>which is the vitality of the whole world</w:t>
      </w:r>
    </w:p>
    <w:p>
      <w:r>
        <w:t>And the whole world, they, they seek money, and it is worth nothing</w:t>
      </w:r>
    </w:p>
    <w:p>
      <w:r>
        <w:t>{With one palm he does:} "Come to me, come to me"</w:t>
      </w:r>
    </w:p>
    <w:p>
      <w:r>
        <w:t>"Then good”</w:t>
      </w:r>
    </w:p>
    <w:p>
      <w:r>
        <w:t>"Come, then take, take, {there is, nu, and come here}”</w:t>
      </w:r>
    </w:p>
    <w:p>
      <w:r>
        <w:t>See if there is here, if there is in this hand, if there is money, if there is..</w:t>
      </w:r>
    </w:p>
    <w:p>
      <w:r>
        <w:t>Not anything, not anything, no, all the money and all the lusts, no, only Torah and mitzvos</w:t>
      </w:r>
    </w:p>
    <w:p>
      <w:r>
        <w:t>[May I receive a blessing?]</w:t>
      </w:r>
    </w:p>
    <w:p>
      <w:r>
        <w:t>{….}</w:t>
      </w:r>
    </w:p>
    <w:p>
      <w:r>
        <w:t>I was a child, and I saw what I saw, and thank God I see the truth</w:t>
      </w:r>
    </w:p>
    <w:p>
      <w:r>
        <w:t>that all the money and all the lusts are not worth even merely speaking them, {not} worth anything</w:t>
      </w:r>
    </w:p>
    <w:p>
      <w:r>
        <w:t>The main truth is faith, the Torah, the Torah and the mitzvos, the truth</w:t>
      </w:r>
    </w:p>
    <w:p>
      <w:r>
        <w:t>Falsehood has no, has no value at all, like nothing, like, like the {{shekels}} of Russia</w:t>
      </w:r>
    </w:p>
    <w:p>
      <w:r>
        <w:t>{Yes, ah, of}, of Russia</w:t>
      </w:r>
    </w:p>
    <w:p>
      <w:r>
        <w:t>[Ruble, ruble]</w:t>
      </w:r>
    </w:p>
    <w:p>
      <w:r>
        <w:t>All their money is worth nothing</w:t>
      </w:r>
    </w:p>
    <w:p>
      <w:r>
        <w:t>And we need to seek the truth among ourselves</w:t>
      </w:r>
    </w:p>
    <w:p>
      <w:r>
        <w:t>such truth, such sweetness, such a taste, there is none in the entire world</w:t>
      </w:r>
    </w:p>
    <w:p>
      <w:r>
        <w:t>I, thank God, had a connection with great people, with wealthy people, yes</w:t>
      </w:r>
    </w:p>
    <w:p>
      <w:r>
        <w:t>And I see it, no, without any exaggeration, that they are all not worth anything, even one penny, {yes}</w:t>
      </w:r>
    </w:p>
    <w:p>
      <w:r>
        <w:t>Only the Torah and the mitzvos</w:t>
      </w:r>
    </w:p>
    <w:p>
      <w:r>
        <w:t>With the Torah and the mitzvos there is life, there is, there is every good; without this there is nothing</w:t>
      </w:r>
    </w:p>
    <w:p>
      <w:r>
        <w:t>I saw.. great people, and they have great wisdom</w:t>
      </w:r>
    </w:p>
    <w:p>
      <w:r>
        <w:t>And the whole world thinks that they have, they have nothing</w:t>
      </w:r>
    </w:p>
    <w:p>
      <w:r>
        <w:t>This is only the main thing, that we have the Torah and the mitzvos; without this there is nothing</w:t>
      </w:r>
    </w:p>
    <w:p>
      <w:r>
        <w:t>Thank God {…..}</w:t>
      </w:r>
    </w:p>
    <w:p>
      <w:r>
        <w:t>{And I am alone at home, I.. I.. came}</w:t>
      </w:r>
    </w:p>
    <w:p>
      <w:r>
        <w:t>And the world is searching—someone wants to have mercy on himself, and there is no, no, no, only money, {money}</w:t>
      </w:r>
    </w:p>
    <w:p>
      <w:r>
        <w:t>{But they have no compassion}, all the lusts are worth nothing</w:t>
      </w:r>
    </w:p>
    <w:p>
      <w:r>
        <w:t>Only to seek truth, our holy Torah</w:t>
      </w:r>
    </w:p>
    <w:p>
      <w:r>
        <w:t>And all the non-Jews will die from the magnitude of the sorrow they will have, when they see that there is no, no, it is nothing</w:t>
      </w:r>
    </w:p>
    <w:p>
      <w:r>
        <w:t>They are worth nothing, all the money and all..</w:t>
      </w:r>
    </w:p>
    <w:p>
      <w:r>
        <w:t>Oy, just see, just how many words, how many words of the book "Likutey Tefilos"</w:t>
      </w:r>
    </w:p>
    <w:p>
      <w:r>
        <w:t>The whole world will come and search: where, where is "Likutey Tefilos"? Where is "Likutey Halachos"?</w:t>
      </w:r>
    </w:p>
    <w:p>
      <w:r>
        <w:t>Such lights, such wonders; the whole world with all the lusts is worth nothing</w:t>
      </w:r>
    </w:p>
    <w:p>
      <w:r>
        <w:t>And we need to {..} seek</w:t>
      </w:r>
    </w:p>
    <w:p>
      <w:r>
        <w:t>{Who, whoever th..}</w:t>
      </w:r>
    </w:p>
    <w:p>
      <w:r>
        <w:t>{They are nothing}, all the money, it, it is worth nothing</w:t>
      </w:r>
    </w:p>
    <w:p>
      <w:r>
        <w:t>All the money with all the lusts, with.., everything is worth nothing</w:t>
      </w:r>
    </w:p>
    <w:p>
      <w:r>
        <w:t>[May I receive a blessing?]</w:t>
      </w:r>
    </w:p>
    <w:p>
      <w:r>
        <w:t>Ah..</w:t>
      </w:r>
    </w:p>
    <w:p>
      <w:r>
        <w:t>Oy vey, there is such true wisdom in the world; every word is worth millions, billions, for one word, and all the money in the world is nothing, all the lusts are nothing, and there is nothing</w:t>
      </w:r>
    </w:p>
    <w:p>
      <w:r>
        <w:t>{{{{.., .., … …..}}}}</w:t>
      </w:r>
    </w:p>
    <w:p>
      <w:r>
        <w:t>And this I saw with my own eyes; I saw "Likutey Tefilos" from Rabbainu Rebbe Nachman</w:t>
      </w:r>
    </w:p>
    <w:p>
      <w:r>
        <w:t>His every utterance will give life to the whole world</w:t>
      </w:r>
    </w:p>
    <w:p>
      <w:r>
        <w:t>His every utterance gives life and heals, he gives good life to us and to all Yisroel</w:t>
      </w:r>
    </w:p>
    <w:p>
      <w:r>
        <w:t>And they think that he is crazy, he speaks of desires, and it is worth nothing</w:t>
      </w:r>
    </w:p>
    <w:p>
      <w:r>
        <w:t>"What is this? Is he crazy? What? What is this?”</w:t>
      </w:r>
    </w:p>
    <w:p>
      <w:r>
        <w:t>A time will come, our righteous Mashiach will come, and everyone will see {and it will be, and this will be}</w:t>
      </w:r>
    </w:p>
    <w:p>
      <w:r>
        <w:t>They will see the truth, that everything is nothing, worth nothing</w:t>
      </w:r>
    </w:p>
    <w:p>
      <w:r>
        <w:t>Only the truth, the holy Torah and the mitzvos, "Fortunate are we, how good is our portion"</w:t>
      </w:r>
    </w:p>
    <w:p>
      <w:r>
        <w:t>All the gentiles are worth nothing, and.. with all their money</w:t>
      </w:r>
    </w:p>
    <w:p>
      <w:r>
        <w:t>With all, with all their desires, it is not worth even one prutah</w:t>
      </w:r>
    </w:p>
    <w:p>
      <w:r>
        <w:t>[...worth nothing, only to serve Hashem….]</w:t>
      </w:r>
    </w:p>
    <w:p>
      <w:r>
        <w:t>Ah, I have life, boruch Hashem</w:t>
      </w:r>
    </w:p>
    <w:p>
      <w:r>
        <w:t>[………]</w:t>
      </w:r>
    </w:p>
    <w:p>
      <w:r>
        <w:t>[……...]</w:t>
      </w:r>
    </w:p>
    <w:p>
      <w:r>
        <w:t>There is such a light in the world, such wonders, and every utterance is all our vitality</w:t>
      </w:r>
    </w:p>
    <w:p>
      <w:r>
        <w:t>Oy, oy vey, vey, vey, vey, vey, what a pity, what a pity, to see such a world, and it has nothing</w:t>
      </w:r>
    </w:p>
    <w:p>
      <w:r>
        <w:t>He, I.. they, they have nothing from all the money, whatever there will be</w:t>
      </w:r>
    </w:p>
    <w:p>
      <w:r>
        <w:t>What, there will be more money, that too will be nothing</w:t>
      </w:r>
    </w:p>
    <w:p>
      <w:r>
        <w:t>But the Torah and the mitzvos, if one sees such a "Likutay Tefilos," which illuminates the entire Torah for us</w:t>
      </w:r>
    </w:p>
    <w:p>
      <w:r>
        <w:t>It illuminates all {vitality}, with all our vitality {and it was, and he has}</w:t>
      </w:r>
    </w:p>
    <w:p>
      <w:r>
        <w:t>Ah</w:t>
      </w:r>
    </w:p>
    <w:p>
      <w:r>
        <w:t>We need, we have no avodah, only need to dance and rejoice greatly that we are Jews</w:t>
      </w:r>
    </w:p>
    <w:p>
      <w:r>
        <w:t>That we have such a Torah</w:t>
      </w:r>
    </w:p>
    <w:p>
      <w:r>
        <w:t>[…...]…</w:t>
      </w:r>
    </w:p>
    <w:p>
      <w:pPr>
        <w:pStyle w:val="Heading2"/>
      </w:pPr>
      <w:r>
        <w:t>Side B (Bais)</w:t>
      </w:r>
    </w:p>
    <w:p>
      <w:r>
        <w:t>...{..}, this world is all vanity, there is nothing in it</w:t>
      </w:r>
    </w:p>
    <w:p>
      <w:r>
        <w:t>Ah.. the money is not money, and.. and all, everything is nothing</w:t>
      </w:r>
    </w:p>
    <w:p>
      <w:r>
        <w:t>Our holy Rabbainu is present in the world, and he has.. such vitality</w:t>
      </w:r>
    </w:p>
    <w:p>
      <w:r>
        <w:t>He brought to the world such vitality and delight and gratification that do not exist in the world</w:t>
      </w:r>
    </w:p>
    <w:p>
      <w:r>
        <w:t>But the world will truly search, and everyone will say and see that everything is vanity</w:t>
      </w:r>
    </w:p>
    <w:p>
      <w:r>
        <w:t>[Can I receive a blessing? Can I receive a blessing?]</w:t>
      </w:r>
    </w:p>
    <w:p>
      <w:r>
        <w:t>We have Rabbainu, such utterances, which are all the vitality, our vitality, all..</w:t>
      </w:r>
    </w:p>
    <w:p>
      <w:r>
        <w:t>What is this? What kind of world is this? How, how can one bear such a smell, the smell of a carcass, such a smell</w:t>
      </w:r>
    </w:p>
    <w:p>
      <w:r>
        <w:t>[…..…]</w:t>
      </w:r>
    </w:p>
    <w:p>
      <w:r>
        <w:t>[……..]</w:t>
      </w:r>
    </w:p>
    <w:p>
      <w:r>
        <w:t>Boruch Hashem, I am now unique, for whoever hears, he, he is very astonished:</w:t>
      </w:r>
    </w:p>
    <w:p>
      <w:r>
        <w:t>"What is this? Is he crazy? This world is nothing?"</w:t>
      </w:r>
    </w:p>
    <w:p>
      <w:r>
        <w:t>Ah, yes, yes, nothing, worth nothing, even one prutah</w:t>
      </w:r>
    </w:p>
    <w:p>
      <w:r>
        <w:t>I am already lying in bed, yes</w:t>
      </w:r>
    </w:p>
    <w:p>
      <w:r>
        <w:t>And I feel how good it is for me, and how much vitality we have, we have from every utterance of the Torah, from every..</w:t>
      </w:r>
    </w:p>
    <w:p>
      <w:r>
        <w:t>These are such lights, that the whole world will be</w:t>
      </w:r>
    </w:p>
    <w:p>
      <w:r>
        <w:t>That we will see all {how, ah, everything one}</w:t>
      </w:r>
    </w:p>
    <w:p>
      <w:r>
        <w:t>{Falsehood}, everything is falsehood, and everything is nothing</w:t>
      </w:r>
    </w:p>
    <w:p>
      <w:r>
        <w:t>Boruch Hashem, no, one does not need much, only to take one light, a small piece of paper</w:t>
      </w:r>
    </w:p>
    <w:p>
      <w:r>
        <w:t>He finds such lights there, which give us life and gladden us</w:t>
      </w:r>
    </w:p>
    <w:p>
      <w:r>
        <w:t>{That is it, boruch Hashem}</w:t>
      </w:r>
    </w:p>
    <w:p>
      <w:r>
        <w:t>I have, boruch Hashem, every good, yes</w:t>
      </w:r>
    </w:p>
    <w:p>
      <w:r>
        <w:t>I had a father, a mother and sisters and more, a large family</w:t>
      </w:r>
    </w:p>
    <w:p>
      <w:r>
        <w:t>And they all lived such a life, they all have, they have {money}</w:t>
      </w:r>
    </w:p>
    <w:p>
      <w:r>
        <w:t>How did they leave {{..}} such a life? How did they leave such a Torah?</w:t>
      </w:r>
    </w:p>
    <w:p>
      <w:r>
        <w:t>How did {we leave} such a light, such joy and life, who has it?</w:t>
      </w:r>
    </w:p>
    <w:p>
      <w:r>
        <w:t>{Yes}</w:t>
      </w:r>
    </w:p>
    <w:p>
      <w:r>
        <w:t>I, boruch Hashem I am alive, boruch Hashem</w:t>
      </w:r>
    </w:p>
    <w:p>
      <w:r>
        <w:t>What, there are not many people in the world like us, yes</w:t>
      </w:r>
    </w:p>
    <w:p>
      <w:r>
        <w:t>Who have, who have such delight and joy</w:t>
      </w:r>
    </w:p>
    <w:p>
      <w:r>
        <w:t>There is no joy in the world, only the Torah and the mitzvos, and everything is vanity, worth nothing</w:t>
      </w:r>
    </w:p>
    <w:p>
      <w:r>
        <w:t>All the money is worth nothing</w:t>
      </w:r>
    </w:p>
    <w:p>
      <w:r>
        <w:t>But wi.., now the good time will already come, this time, when our righteous Mashiach will come</w:t>
      </w:r>
    </w:p>
    <w:p>
      <w:r>
        <w:t>And they will know, all {who come into} the world will know and recognize {what} will become of them</w:t>
      </w:r>
    </w:p>
    <w:p>
      <w:r>
        <w:t>They will have all Gehinnom, all kinds of Gehinnom, all kinds of troubles in the world</w:t>
      </w:r>
    </w:p>
    <w:p>
      <w:r>
        <w:t>And the main thing is only whoever will be, whoever fulfills the Torah and searches for Torah, and searches for truth</w:t>
      </w:r>
    </w:p>
    <w:p>
      <w:r>
        <w:t>Only a piece of paper from "Likutay Tefilos" can—the whole world {will see}, yes</w:t>
      </w:r>
    </w:p>
    <w:p>
      <w:r>
        <w:t>The world is crazy, Rebbe Nassan, the student of Rabbainu, said:</w:t>
      </w:r>
    </w:p>
    <w:p>
      <w:r>
        <w:t>"I know the whole world, they are all crazy, everyone is crazy, crazy"</w:t>
      </w:r>
    </w:p>
    <w:p>
      <w:r>
        <w:t>{Yes}</w:t>
      </w:r>
    </w:p>
    <w:p>
      <w:r>
        <w:t>We have nothing but the Torah and the mitzvos, this is the vitality, these are the true lives that we have..</w:t>
      </w:r>
    </w:p>
    <w:p>
      <w:r>
        <w:t>Whoever senses the smell of desires, it is the smell of all kinds of bad smells in the world, and all kinds of {evils}</w:t>
      </w:r>
    </w:p>
    <w:p>
      <w:r>
        <w:t>So we need to speak of this, that the whole world is mistaken</w:t>
      </w:r>
    </w:p>
    <w:p>
      <w:r>
        <w:t>But our righteous Mashiach will come, and reveal to the whole world that they are all nothing</w:t>
      </w:r>
    </w:p>
    <w:p>
      <w:r>
        <w:t>Without the Torah there is nothing</w:t>
      </w:r>
    </w:p>
    <w:p>
      <w:r>
        <w:t>He cannot receive even a little of {the theft\the money}, yes</w:t>
      </w:r>
    </w:p>
    <w:p>
      <w:r>
        <w:t>What? What is this? Such vanity, such madness, what? What? What is this?</w:t>
      </w:r>
    </w:p>
    <w:p>
      <w:r>
        <w:t>{{Ya, ya}}, yes, yes</w:t>
      </w:r>
    </w:p>
    <w:p>
      <w:r>
        <w:t>The book "Likutay Tefilos" is already in the world, and all the holy utterances that our holy Rabbainu revealed and all his holy students, what, what is there, that we have, such life, such good life</w:t>
      </w:r>
    </w:p>
    <w:p>
      <w:r>
        <w:t>(Saba sings: ya, ya, ya, ya, ah, ah, ah, ah, ah..)</w:t>
      </w:r>
    </w:p>
    <w:p>
      <w:r>
        <w:t>I am already above all of you</w:t>
      </w:r>
    </w:p>
    <w:p>
      <w:r>
        <w:t>And boruch Hashem, and boruch Hashem I, boruch Hashem</w:t>
      </w:r>
    </w:p>
    <w:p>
      <w:r>
        <w:t>I suffered and suffer, and I feel such vitality, such Torah</w:t>
      </w:r>
    </w:p>
    <w:p>
      <w:r>
        <w:t>That every utterance—not, the whole world is worth nothing compared with every utterance of the holy Torah</w:t>
      </w:r>
    </w:p>
    <w:p>
      <w:r>
        <w:t>{So} what do they have?</w:t>
      </w:r>
    </w:p>
    <w:p>
      <w:r>
        <w:t>Ah.. ah. .ah.. ah..</w:t>
      </w:r>
    </w:p>
    <w:p>
      <w:r>
        <w:t>Our holy Rabbainu and his holy student Rebbe Nassan said:</w:t>
      </w:r>
    </w:p>
    <w:p>
      <w:r>
        <w:t>"That we two, two people in the whole world, we laugh at the whole world"</w:t>
      </w:r>
    </w:p>
    <w:p>
      <w:r>
        <w:t>(Saba laughs)</w:t>
      </w:r>
    </w:p>
    <w:p>
      <w:r>
        <w:t>Boruch Hashem, boruch Hashem, Ribono Shel Olam, oy, oy</w:t>
      </w:r>
    </w:p>
    <w:p>
      <w:r>
        <w:t>Fortunate are we, I see such holy ones.. see such true things, truth</w:t>
      </w:r>
    </w:p>
    <w:p>
      <w:r>
        <w:t>Clean truth {……..}</w:t>
      </w:r>
    </w:p>
    <w:p>
      <w:r>
        <w:t>Oy vey, oy vey, and.. and.. what is this? Where is the world? What is this? What kind of world is this?</w:t>
      </w:r>
    </w:p>
    <w:p>
      <w:r>
        <w:t>Only our holy Rabbainu said to Rebbe Nassan:</w:t>
      </w:r>
    </w:p>
    <w:p>
      <w:r>
        <w:t>"We laugh at the whole world"</w:t>
      </w:r>
    </w:p>
    <w:p>
      <w:r>
        <w:t>Two people, they laugh at everyone, at the whole world</w:t>
      </w:r>
    </w:p>
    <w:p>
      <w:r>
        <w:t>Yoa, yoa, yoa, yoa, yoa</w:t>
      </w:r>
    </w:p>
    <w:p>
      <w:r>
        <w:t>[…….]</w:t>
      </w:r>
    </w:p>
    <w:p>
      <w:r>
        <w:t>What kind of world?</w:t>
      </w:r>
    </w:p>
    <w:p>
      <w:r>
        <w:t>We, {said}, Rabbainu and Rebbe Nassan, and his holy student, these are two people, he said to him:</w:t>
      </w:r>
    </w:p>
    <w:p>
      <w:r>
        <w:t>"We two laugh at the whole world"</w:t>
      </w:r>
    </w:p>
    <w:p>
      <w:r>
        <w:t>What do they have?</w:t>
      </w:r>
    </w:p>
    <w:p>
      <w:r>
        <w:t>Joy, joy</w:t>
      </w:r>
    </w:p>
    <w:p>
      <w:r>
        <w:t>Oy, our holy Rabbainu prepared such treasures {{as these}} for us, such lights, which will give life</w:t>
      </w:r>
    </w:p>
    <w:p>
      <w:r>
        <w:t>Yes, and the whole world will see how it is {mistaken}, and the money is nothing, all the desires are nothing</w:t>
      </w:r>
    </w:p>
    <w:p>
      <w:r>
        <w:t>For what? For what is this needed?</w:t>
      </w:r>
    </w:p>
    <w:p>
      <w:r>
        <w:t>{This is how they write}</w:t>
      </w:r>
    </w:p>
    <w:p>
      <w:r>
        <w:t>It is only a small piece of paper from Rebbe Nassan, {give me this}, from Rabbainu</w:t>
      </w:r>
    </w:p>
    <w:p>
      <w:r>
        <w:t>Such lights, that every utterance is worth the whole world, {in one word}</w:t>
      </w:r>
    </w:p>
    <w:p>
      <w:r>
        <w:t>It is nothing, worth nothing</w:t>
      </w:r>
    </w:p>
    <w:p>
      <w:r>
        <w:t>Our holy Rabbainu and Rebbe Nassan laughed at the whole world</w:t>
      </w:r>
    </w:p>
    <w:p>
      <w:r>
        <w:t>[……….]</w:t>
      </w:r>
    </w:p>
    <w:p>
      <w:r>
        <w:t>[……….]</w:t>
      </w:r>
    </w:p>
    <w:p>
      <w:r>
        <w:t>Our holy Rabbainu took me for a few moments, {and tasted me, the taste of truth}</w:t>
      </w:r>
    </w:p>
    <w:p>
      <w:r>
        <w:t>{Desire\goodness} like this.. such wisdom, such truth, there is none in the whole world</w:t>
      </w:r>
    </w:p>
    <w:p>
      <w:r>
        <w:t>He will give life to the whole world, everyone will see the truth, everyone will see, that they are all in falsehood</w:t>
      </w:r>
    </w:p>
    <w:p>
      <w:r>
        <w:t>The whole world is falsehood, it has nothing, there is nothing, there is nothing</w:t>
      </w:r>
    </w:p>
    <w:p>
      <w:r>
        <w:t>All the money with the desires are nothing, it is worth nothing, not even one prutah</w:t>
      </w:r>
    </w:p>
    <w:p>
      <w:r>
        <w:t>{Yoa, yoa}..</w:t>
      </w:r>
    </w:p>
    <w:p>
      <w:r>
        <w:t>Ah, ah, ah, ah, ah, ah</w:t>
      </w:r>
    </w:p>
    <w:p>
      <w:r>
        <w:t>Rebbe Nassan said:</w:t>
      </w:r>
    </w:p>
    <w:p>
      <w:r>
        <w:t>"I merited to know one who is normal, the whole world is crazy, I saw only one normal person" Rebbe Nassan, he saw the "Likutay Moharan," the teachings, he said to the whole world</w:t>
      </w:r>
    </w:p>
    <w:p>
      <w:r>
        <w:t>What are you {laughing at}, what are you laughing at, what? What do you have?</w:t>
      </w:r>
    </w:p>
    <w:p>
      <w:r>
        <w:t>Do you have some thing? {What, what light, what light after this?}</w:t>
      </w:r>
    </w:p>
    <w:p>
      <w:r>
        <w:t>Oy, our holy Rabbainu, every piece of {finger}</w:t>
      </w:r>
    </w:p>
    <w:p>
      <w:r>
        <w:t>Such lights, that they are all {days}.., all our days and the length of our days</w:t>
      </w:r>
    </w:p>
    <w:p>
      <w:r>
        <w:t>There is "Likutay Moharan," it is enough for the whole world, to put such a light into them</w:t>
      </w:r>
    </w:p>
    <w:p>
      <w:r>
        <w:t>That everyone will cast away all the desires, and they will not be able to bear them</w:t>
      </w:r>
    </w:p>
    <w:p>
      <w:r>
        <w:t>{It will be} "Get out of here"</w:t>
      </w:r>
    </w:p>
    <w:p>
      <w:r>
        <w:t>How many crazy people will take some, will take all our treasures</w:t>
      </w:r>
    </w:p>
    <w:p>
      <w:r>
        <w:t>And they will not be able to pay even one prutah, worth nothing</w:t>
      </w:r>
    </w:p>
    <w:p>
      <w:r>
        <w:t>{Oy}, to hear only one teaching of Rabbainu, enough for the whole world that they should see..</w:t>
      </w:r>
    </w:p>
    <w:p>
      <w:r>
        <w:t>[For der melech…. (Before the king….)]</w:t>
      </w:r>
    </w:p>
    <w:p>
      <w:r>
        <w:t>Yes</w:t>
      </w:r>
    </w:p>
    <w:p>
      <w:r>
        <w:t>[…..]</w:t>
      </w:r>
    </w:p>
    <w:p>
      <w:r>
        <w:t>Such joy, such life, there is none in the whole world</w:t>
      </w:r>
    </w:p>
    <w:p>
      <w:r>
        <w:t>He left us such teachings, such a "Likutay Tefilos"</w:t>
      </w:r>
    </w:p>
    <w:p>
      <w:r>
        <w:t>{What? The world is crazy, m.. m..}, are you crazy?</w:t>
      </w:r>
    </w:p>
    <w:p>
      <w:r>
        <w:t>{If not, then this is not life}</w:t>
      </w:r>
    </w:p>
    <w:p>
      <w:r>
        <w:t>Oy, our holy Rabbainu, oy, {he made known……}</w:t>
      </w:r>
    </w:p>
    <w:p>
      <w:r>
        <w:t>With such holy foods, such holy ones, such precious ones</w:t>
      </w:r>
    </w:p>
    <w:p>
      <w:r>
        <w:t>There is no life, only this is the essence of life, the Torah and the mitzvos, the whole world is worth nothing</w:t>
      </w:r>
    </w:p>
    <w:p>
      <w:r>
        <w:t>President Shazar said to the whole world:</w:t>
      </w:r>
    </w:p>
    <w:p>
      <w:r>
        <w:t>"Let him come to me</w:t>
      </w:r>
    </w:p>
    <w:p>
      <w:r>
        <w:t>All of you do not have one utterance of what he has, this is our holy Rabbainu, this is our holy Rabbainu Rebbe Nachman" Such vitality, such life, what is with you?</w:t>
      </w:r>
    </w:p>
    <w:p>
      <w:r>
        <w:t>Oy, such a "Likutay Tefilos," the whole world needs it at every moment, the whole world</w:t>
      </w:r>
    </w:p>
    <w:p>
      <w:r>
        <w:t>Ah.. there is one crazy person, who, who studies the books of Rebbe Nachman of Breslov</w:t>
      </w:r>
    </w:p>
    <w:p>
      <w:r>
        <w:t>They see what he has, what he has already gained, everything that {{he has}}</w:t>
      </w:r>
    </w:p>
    <w:p>
      <w:r>
        <w:t>(Saba shouts: Ah, ah, ah, ah..)</w:t>
      </w:r>
    </w:p>
    <w:p>
      <w:r>
        <w:t>{Chava} I want to eat, yes, but what is there to eat?</w:t>
      </w:r>
    </w:p>
    <w:p>
      <w:r>
        <w:t>To eat?</w:t>
      </w:r>
    </w:p>
    <w:p>
      <w:r>
        <w:t>Crazy people, come, come, come, come, come, come, come, come</w:t>
      </w:r>
    </w:p>
    <w:p>
      <w:r>
        <w:t>{Such food}, ah.. ah.. ah.. ah..</w:t>
      </w:r>
    </w:p>
    <w:p>
      <w:r>
        <w:t>Such crazy people..</w:t>
      </w:r>
    </w:p>
    <w:p>
      <w:r>
        <w:t>(31:24)</w:t>
      </w:r>
    </w:p>
    <w:p>
      <w:r>
        <w:t>...There is no time to take money, what money, what {will they say here}, there is..</w:t>
      </w:r>
    </w:p>
    <w:p>
      <w:r>
        <w:t>Only one utterance from Rabbainu {includes the entire whole world}, it {….}</w:t>
      </w:r>
    </w:p>
    <w:p>
      <w:r>
        <w:t>They have no life at all, they have nothing</w:t>
      </w:r>
    </w:p>
    <w:p>
      <w:r>
        <w:t>President Shazar, he said to everyone:</w:t>
      </w:r>
    </w:p>
    <w:p>
      <w:r>
        <w:t>"He lives a better life than all of you"</w:t>
      </w:r>
    </w:p>
    <w:p>
      <w:r>
        <w:t>His wife wanted a divorce:</w:t>
      </w:r>
    </w:p>
    <w:p>
      <w:r>
        <w:t>"Such a president, who has a friend Yisroel Ber, is worth nothing"</w:t>
      </w:r>
    </w:p>
    <w:p>
      <w:r>
        <w:t>What is this? Yes, ah.. ah..</w:t>
      </w:r>
    </w:p>
    <w:p>
      <w:r>
        <w:t>Ay, blessed are You, Hashem our God, King of the world, through Whose word everything came to be</w:t>
      </w:r>
    </w:p>
    <w:p>
      <w:r>
        <w:t>{What}, ah..</w:t>
      </w:r>
    </w:p>
    <w:p>
      <w:r>
        <w:t>..[This is "Who creates the fruit of the ground"]</w:t>
      </w:r>
    </w:p>
    <w:p>
      <w:r>
        <w:t>Ah..</w:t>
      </w:r>
    </w:p>
    <w:p>
      <w:r>
        <w:t>[This is "Who creates the fruit of the ground"]</w:t>
      </w:r>
    </w:p>
    <w:p>
      <w:r>
        <w:t>{Who creates the fruit of the ground}, Who creates the fruit of the ground</w:t>
      </w:r>
    </w:p>
    <w:p>
      <w:r>
        <w:t>[Amen]</w:t>
      </w:r>
    </w:p>
    <w:p>
      <w:r>
        <w:t>{[…………………………………...]}...</w:t>
      </w:r>
    </w:p>
    <w:p>
      <w:r>
        <w:t>...{That they gave me}, ah.. ah..</w:t>
      </w:r>
    </w:p>
    <w:p>
      <w:r>
        <w:t>Herzog, to travel with him to every place I want</w:t>
      </w:r>
    </w:p>
    <w:p>
      <w:r>
        <w:t>[Yes]</w:t>
      </w:r>
    </w:p>
    <w:p>
      <w:r>
        <w:t>[…..]…</w:t>
      </w:r>
    </w:p>
    <w:p>
      <w:r>
        <w:t>...{All these} crazy people</w:t>
      </w:r>
    </w:p>
    <w:p>
      <w:r>
        <w:t>There are many {crazy people} in the world</w:t>
      </w:r>
    </w:p>
    <w:p>
      <w:r>
        <w:t>We laugh-, laugh at everyone, at all the crazy people</w:t>
      </w:r>
    </w:p>
    <w:p>
      <w:r>
        <w:t>[……….……..]…</w:t>
      </w:r>
    </w:p>
    <w:p>
      <w:r>
        <w:t>...At the whole world</w:t>
      </w:r>
    </w:p>
    <w:p>
      <w:r>
        <w:t>We have our holy Rabbainu, he laughs at everyone</w:t>
      </w:r>
    </w:p>
    <w:p>
      <w:r>
        <w:t>Nu..</w:t>
      </w:r>
    </w:p>
    <w:p>
      <w:r>
        <w:t>{...}…</w:t>
      </w:r>
    </w:p>
    <w:p>
      <w:r>
        <w:t>...{In every place} from the whole world to search for truth, yes…</w:t>
      </w:r>
    </w:p>
    <w:p>
      <w:r>
        <w:t>...{Day} of the Petek</w:t>
      </w:r>
    </w:p>
    <w:p>
      <w:r>
        <w:t>[Yes, today you received the Petek, seventy-one years ago]</w:t>
      </w:r>
    </w:p>
    <w:p>
      <w:r>
        <w:t>Seventy-one years</w:t>
      </w:r>
    </w:p>
    <w:p>
      <w:r>
        <w:t>[Yes, mazel tov]…</w:t>
      </w:r>
    </w:p>
    <w:p>
      <w:r>
        <w:t>...{…}</w:t>
      </w:r>
    </w:p>
    <w:p>
      <w:r>
        <w:t>[……..]…</w:t>
      </w:r>
    </w:p>
    <w:p>
      <w:r>
        <w:t>...Need to get up…</w:t>
      </w:r>
    </w:p>
    <w:p>
      <w:r>
        <w:t>...Completely, completely far from the world, far from the whole world</w:t>
      </w:r>
    </w:p>
    <w:p>
      <w:r>
        <w:t>And I, I delight very much in this, I have joy from this</w:t>
      </w:r>
    </w:p>
    <w:p>
      <w:r>
        <w:t>Hashem Yisborach wants {………...…..}, then it is impossible to estimate {and….}</w:t>
      </w:r>
    </w:p>
    <w:p>
      <w:r>
        <w:t>[To come to Yerushalayim]…</w:t>
      </w:r>
    </w:p>
    <w:p>
      <w:r>
        <w:t>...What this is, what this is</w:t>
      </w:r>
    </w:p>
    <w:p>
      <w:r>
        <w:t>{..}, I have here, I have gratification here, {sitting, I have no disturbers}, I have no "wise men" {wh.. wh..} who will tell me of {the rebbe} of theirs, I do not {{want …..}}, I love clean truth</w:t>
      </w:r>
    </w:p>
    <w:p>
      <w:r>
        <w:t>And this is the essence of all essences, truth, truth and faith, two good things</w:t>
      </w:r>
    </w:p>
    <w:p>
      <w:r>
        <w:t>Boruch Hashem I see, Hashem Yisborach gave me a window, a window here, a window here</w:t>
      </w:r>
    </w:p>
    <w:p>
      <w:r>
        <w:t>There is, boruch Hashem, air, {there are in this} good windows</w:t>
      </w:r>
    </w:p>
    <w:p>
      <w:r>
        <w:t>But what I saw, what is this {…..}, what I saw, I cannot cool my heart</w:t>
      </w:r>
    </w:p>
    <w:p>
      <w:r>
        <w:t>{….}, I sat with several people, merchants, I said to them:</w:t>
      </w:r>
    </w:p>
    <w:p>
      <w:r>
        <w:t>"That all the money and all the merchandise are nothing, for what?"</w:t>
      </w:r>
    </w:p>
    <w:p>
      <w:r>
        <w:t>Yes, and they were very astonished:</w:t>
      </w:r>
    </w:p>
    <w:p>
      <w:r>
        <w:t>"There is a person who, who laughs at them"</w:t>
      </w:r>
    </w:p>
    <w:p>
      <w:r>
        <w:t>{"You speak the truth"}</w:t>
      </w:r>
    </w:p>
    <w:p>
      <w:r>
        <w:t>Truth is only Hashem Yisborach alone, what this is, we do not merit to understand and grasp this</w:t>
      </w:r>
    </w:p>
    <w:p>
      <w:r>
        <w:t>I saw, saw a person, that the whole world, {… …..}, that the whole world did not {count} as anything to him</w:t>
      </w:r>
    </w:p>
    <w:p>
      <w:r>
        <w:t>{….}, I knew such a person, to whom all the money and the whole world were worth nothing</w:t>
      </w:r>
    </w:p>
    <w:p>
      <w:r>
        <w:t>Where do {they..} take this from?</w:t>
      </w:r>
    </w:p>
    <w:p>
      <w:r>
        <w:t>Such truth, and also faith, such faith in Hashem Yisborach, in the Torah</w:t>
      </w:r>
    </w:p>
    <w:p>
      <w:r>
        <w:t>Who w.., who c.., who can tell, who can estimate?</w:t>
      </w:r>
    </w:p>
    <w:p>
      <w:r>
        <w:t>He was.., he always was, was longing {for truth}, to serve Hashem Yisborach in truth</w:t>
      </w:r>
    </w:p>
    <w:p>
      <w:r>
        <w:t>And he illuminated me, yes, he did me a great favor</w:t>
      </w:r>
    </w:p>
    <w:p>
      <w:r>
        <w:t>I saw {that if he does not have}, not to believe {in}.., {in the obligation to be}</w:t>
      </w:r>
    </w:p>
    <w:p>
      <w:r>
        <w:t>No, no, no need for all this</w:t>
      </w:r>
    </w:p>
    <w:p>
      <w:r>
        <w:t>Enough, what, what, a piece of bread.. and olive oil</w:t>
      </w:r>
    </w:p>
    <w:p>
      <w:r>
        <w:t>For {whom, what?} to give {to give} {money}</w:t>
      </w:r>
    </w:p>
    <w:p>
      <w:r>
        <w:t>I laugh {{what.….}}, yes</w:t>
      </w:r>
    </w:p>
    <w:p>
      <w:r>
        <w:t>What? What do you want? Money?</w:t>
      </w:r>
    </w:p>
    <w:p>
      <w:r>
        <w:t>[Shalom Rebbe Yisroel]…</w:t>
      </w:r>
    </w:p>
    <w:p>
      <w:r>
        <w:t>...Our holy Rabbainu takes souls, kosher souls, with such truth, that there is no such truth in the world</w:t>
      </w:r>
    </w:p>
    <w:p>
      <w:r>
        <w:t>There is no one in the world, even one, who longs and wants, and wants, and wants, {but there is none, it is hard}</w:t>
      </w:r>
    </w:p>
    <w:p>
      <w:r>
        <w:t>But this is very hard</w:t>
      </w:r>
    </w:p>
    <w:p>
      <w:r>
        <w:t>Boruch Hashem, {…….}, Hashem Yisborach will have mercy on us, ah</w:t>
      </w:r>
    </w:p>
    <w:p>
      <w:r>
        <w:t>If he wants us to serve Hashem in truth, a person thinks clever ideas:</w:t>
      </w:r>
    </w:p>
    <w:p>
      <w:r>
        <w:t>"Maybe this way, maybe this way, maybe this way"</w:t>
      </w:r>
    </w:p>
    <w:p>
      <w:r>
        <w:t>{Yes}, and one does not need all this, one does not need {this}</w:t>
      </w:r>
    </w:p>
    <w:p>
      <w:r>
        <w:t>A piece of bread and olive oil, good, for what does one need {the "give me the good"}</w:t>
      </w:r>
    </w:p>
    <w:p>
      <w:r>
        <w:t>I saw how th.. {...}, how there is one man, who..</w:t>
      </w:r>
    </w:p>
    <w:p>
      <w:r>
        <w:t>{…}, he does not care about all, all this world, all, all the money and all the desires, {no..}…</w:t>
      </w:r>
    </w:p>
    <w:p>
      <w:r>
        <w:br w:type="page"/>
      </w:r>
    </w:p>
    <w:p>
      <w:pPr>
        <w:pStyle w:val="Heading1"/>
      </w:pPr>
      <w:r>
        <w:t>Tape 108</w:t>
      </w:r>
    </w:p>
    <w:p>
      <w:pPr>
        <w:pStyle w:val="Heading2"/>
      </w:pPr>
      <w:r>
        <w:t>Side A (Aleph)</w:t>
      </w:r>
    </w:p>
    <w:p>
      <w:r>
        <w:t>...{I had} a grandfather, and he was a rabbi in Odessa, the rabbi of Odessa</w:t>
      </w:r>
    </w:p>
    <w:p>
      <w:r>
        <w:t>Everyone treated him with great honor, {he was}, he was a good leader, {yes}</w:t>
      </w:r>
    </w:p>
    <w:p>
      <w:r>
        <w:t>Oy, I loved him so much, he n.., without any</w:t>
      </w:r>
    </w:p>
    <w:p>
      <w:r>
        <w:t>Without all, everything became vanity, it is nothing, it is nothing</w:t>
      </w:r>
    </w:p>
    <w:p>
      <w:r>
        <w:t>“What is this? Are you crazy? {You …} need this and this, and this, and this? What? What for?”</w:t>
      </w:r>
    </w:p>
    <w:p>
      <w:r>
        <w:t>I laugh, I alone…</w:t>
      </w:r>
    </w:p>
    <w:p>
      <w:r>
        <w:t>...Such a kind of pity, if one merits to understand with the intellect</w:t>
      </w:r>
    </w:p>
    <w:p>
      <w:r>
        <w:t>Then all the things of this world, it is th.. everything th.. everything is nothing</w:t>
      </w:r>
    </w:p>
    <w:p>
      <w:r>
        <w:t>Money is nothing, honor is nothing</w:t>
      </w:r>
    </w:p>
    <w:p>
      <w:r>
        <w:t>And he was clean, he was, every thing was for him.. refined {{…}} and clean, yes</w:t>
      </w:r>
    </w:p>
    <w:p>
      <w:r>
        <w:t>Baruch Hashem, when I was a small child, a small child</w:t>
      </w:r>
    </w:p>
    <w:p>
      <w:r>
        <w:t>I took, took a book from Rabbainu, and in the cabinet I had books</w:t>
      </w:r>
    </w:p>
    <w:p>
      <w:r>
        <w:t>There was, this book made a great impression on me, “Sichos,” “Sichos {HaRan},” his, these are his conversations</w:t>
      </w:r>
    </w:p>
    <w:p>
      <w:r>
        <w:t>Ay, I loved him with a love of the soul, there is no love like this in the world</w:t>
      </w:r>
    </w:p>
    <w:p>
      <w:r>
        <w:t>{And loves} Hashem Yisborach with such a love, that there is no love like this in the world</w:t>
      </w:r>
    </w:p>
    <w:p>
      <w:r>
        <w:t>Baruch Hashem, I saw from my friends, I, I saw, and they did not see</w:t>
      </w:r>
    </w:p>
    <w:p>
      <w:r>
        <w:t>I have no.., I did not have satisfaction from them, {taking} clevernesses</w:t>
      </w:r>
    </w:p>
    <w:p>
      <w:r>
        <w:t>{…}, but.. I spoke with them, I gave them to understand, but they did not want</w:t>
      </w:r>
    </w:p>
    <w:p>
      <w:r>
        <w:t>“What for?”</w:t>
      </w:r>
    </w:p>
    <w:p>
      <w:r>
        <w:t>And he loves very much to hear such conversations, that the vanity of the world is nothing, worth nothing</w:t>
      </w:r>
    </w:p>
    <w:p>
      <w:r>
        <w:t>Poor ones, {……..} that there should be pity, {….} that there should be pity</w:t>
      </w:r>
    </w:p>
    <w:p>
      <w:r>
        <w:t>And if you continue to go in truth {and serve} Hashem, then Hashem Yisborach will help, will help you</w:t>
      </w:r>
    </w:p>
    <w:p>
      <w:r>
        <w:t>And He will give you good gifts</w:t>
      </w:r>
    </w:p>
    <w:p>
      <w:r>
        <w:t>And I see, when I drew close to Rabbainu Hakadosh, and became a Breslover chassid</w:t>
      </w:r>
    </w:p>
    <w:p>
      <w:r>
        <w:t>The whole city in Teveria came to me:</w:t>
      </w:r>
    </w:p>
    <w:p>
      <w:r>
        <w:t>“Oy, are you crazy? Breslov? {Granted} Karlin {is not so terrible}, but not Breslov”</w:t>
      </w:r>
    </w:p>
    <w:p>
      <w:r>
        <w:t>And I broke Karlin and all {{….}}, the liars, I could not tolerate it</w:t>
      </w:r>
    </w:p>
    <w:p>
      <w:r>
        <w:t>Hashem Yisborach illuminated good merchandise for me</w:t>
      </w:r>
    </w:p>
    <w:p>
      <w:r>
        <w:t>Rebbe Yisroel, he was, he, he, he, he wanted to do good for me, yes</w:t>
      </w:r>
    </w:p>
    <w:p>
      <w:r>
        <w:t>Ah.. “That you should not pursue this world so much, what for?”</w:t>
      </w:r>
    </w:p>
    <w:p>
      <w:r>
        <w:t>{Baruch Hashem}, Hashem Yisborach loves us, and gives us {{. .}}, in every.., always, good gifts, such gifts, that they had “drasha gishnak,” he “drasha gishnak”</w:t>
      </w:r>
    </w:p>
    <w:p>
      <w:r>
        <w:t>Everyone can merit.. in every place and at every time</w:t>
      </w:r>
    </w:p>
    <w:p>
      <w:r>
        <w:t>And Hashem Yisborach wants us to be, to be, to be related by marriage, related by marriage with, with</w:t>
      </w:r>
    </w:p>
    <w:p>
      <w:r>
        <w:t>Learned, clean people, if he will truly believe, {this is without measure}</w:t>
      </w:r>
    </w:p>
    <w:p>
      <w:r>
        <w:t>{….Such}, there are such people, whom I do not ask: “What do you need {to wait} for?”...</w:t>
      </w:r>
    </w:p>
    <w:p>
      <w:r>
        <w:t>...He understands that I know with the intellect, I, what is the money and honor for? What for?</w:t>
      </w:r>
    </w:p>
    <w:p>
      <w:r>
        <w:t>Hashem Yisborach loves us, and He gives us such gifts, that are worth the whole world</w:t>
      </w:r>
    </w:p>
    <w:p>
      <w:r>
        <w:t>They can be divided among the whole world</w:t>
      </w:r>
    </w:p>
    <w:p>
      <w:r>
        <w:t>He was pure of soul, {pure} of heart, pure of tongue, tongue.. truly an angel</w:t>
      </w:r>
    </w:p>
    <w:p>
      <w:r>
        <w:t>{{{{He .}}}}</w:t>
      </w:r>
    </w:p>
    <w:p>
      <w:r>
        <w:t>That he does not, does not, does not love all this, “Go, go away from me”</w:t>
      </w:r>
    </w:p>
    <w:p>
      <w:r>
        <w:t>And when I come here, Baruch Hashem, I have satisfaction, here it is good, here it is good, here it is good</w:t>
      </w:r>
    </w:p>
    <w:p>
      <w:r>
        <w:t>Baruch Hashem, that I find good things, gifts</w:t>
      </w:r>
    </w:p>
    <w:p>
      <w:r>
        <w:t>What do you need all the money for? What for?</w:t>
      </w:r>
    </w:p>
    <w:p>
      <w:r>
        <w:t>And he merited to illuminate within me, to illuminate within me such precious things, that do not exist in the world</w:t>
      </w:r>
    </w:p>
    <w:p>
      <w:r>
        <w:t>There is no i.., there is nothing like this in the world</w:t>
      </w:r>
    </w:p>
    <w:p>
      <w:r>
        <w:t>{From this} I have much to tell and to speak, but it is very difficult for me</w:t>
      </w:r>
    </w:p>
    <w:p>
      <w:r>
        <w:t>But this is Rebbe Yisroel, whenever he would see, that I love the truth</w:t>
      </w:r>
    </w:p>
    <w:p>
      <w:r>
        <w:t>{.. He did not have …. ……}</w:t>
      </w:r>
    </w:p>
    <w:p>
      <w:r>
        <w:t>My father did not know that I was Breslov, no, I did not tell him</w:t>
      </w:r>
    </w:p>
    <w:p>
      <w:r>
        <w:t>{What for, that it should be, th..}, that he should hold by what he holds</w:t>
      </w:r>
    </w:p>
    <w:p>
      <w:r>
        <w:t>And I, and I have, Baruch Hashem, precious things {that are}, precious</w:t>
      </w:r>
    </w:p>
    <w:p>
      <w:r>
        <w:t>He, he said to me:</w:t>
      </w:r>
    </w:p>
    <w:p>
      <w:r>
        <w:t>“I see that you are Breslov, I have no satisfaction, I have no satisfaction from this</w:t>
      </w:r>
    </w:p>
    <w:p>
      <w:r>
        <w:t>Why? Karlin is good, but Breslov? Who, who, who? Who wants Breslov?”</w:t>
      </w:r>
    </w:p>
    <w:p>
      <w:r>
        <w:t>[……..]</w:t>
      </w:r>
    </w:p>
    <w:p>
      <w:r>
        <w:t>[….….]</w:t>
      </w:r>
    </w:p>
    <w:p>
      <w:r>
        <w:t>And when I find one man, who wants Breslov, then, then I am very rich</w:t>
      </w:r>
    </w:p>
    <w:p>
      <w:r>
        <w:t>When I found one man who wants Breslov</w:t>
      </w:r>
    </w:p>
    <w:p>
      <w:r>
        <w:t>Who can estimate? Who can speak?</w:t>
      </w:r>
    </w:p>
    <w:p>
      <w:r>
        <w:t>Upon his heart were written all the {{…., ….}}, all the beliefs</w:t>
      </w:r>
    </w:p>
    <w:p>
      <w:r>
        <w:t>And he left me, he wanted, he saw that I was not so much, ah..</w:t>
      </w:r>
    </w:p>
    <w:p>
      <w:r>
        <w:t>{{…}}, not so much..</w:t>
      </w:r>
    </w:p>
    <w:p>
      <w:r>
        <w:t>[…]</w:t>
      </w:r>
    </w:p>
    <w:p>
      <w:r>
        <w:t>Ah, then he gave me {..}, he said, he said:</w:t>
      </w:r>
    </w:p>
    <w:p>
      <w:r>
        <w:t>“Good, good, you {are mistaken, this is good\need to shout}, good, good, good, good, good”</w:t>
      </w:r>
    </w:p>
    <w:p>
      <w:r>
        <w:t>(Saba laughs)</w:t>
      </w:r>
    </w:p>
    <w:p>
      <w:r>
        <w:t>Ay.. my father said to me:</w:t>
      </w:r>
    </w:p>
    <w:p>
      <w:r>
        <w:t>“I do not want {{…}}, that you should be Karlin, I want {that you should be}, ah, I love Breslov” I said to him:</w:t>
      </w:r>
    </w:p>
    <w:p>
      <w:r>
        <w:t>“Father, you will have, you will have..</w:t>
      </w:r>
    </w:p>
    <w:p>
      <w:r>
        <w:t>Yes, you will see, you will see how good Breslov is, you will see”</w:t>
      </w:r>
    </w:p>
    <w:p>
      <w:r>
        <w:t>And so it was</w:t>
      </w:r>
    </w:p>
    <w:p>
      <w:r>
        <w:t>I said to him:</w:t>
      </w:r>
    </w:p>
    <w:p>
      <w:r>
        <w:t>“Father, listen to what I am saying here, only Breslov!”</w:t>
      </w:r>
    </w:p>
    <w:p>
      <w:r>
        <w:t>[……….]</w:t>
      </w:r>
    </w:p>
    <w:p>
      <w:r>
        <w:t>[……]</w:t>
      </w:r>
    </w:p>
    <w:p>
      <w:r>
        <w:t>He did not want, {“You are Breslov? We are Breslovers?”}</w:t>
      </w:r>
    </w:p>
    <w:p>
      <w:r>
        <w:t>But I, then I.. explained to him, that it is a good thing</w:t>
      </w:r>
    </w:p>
    <w:p>
      <w:r>
        <w:t>And I succeeded, {how..}, I, I did not, did not want, did not want to leave him</w:t>
      </w:r>
    </w:p>
    <w:p>
      <w:r>
        <w:t>[……..]</w:t>
      </w:r>
    </w:p>
    <w:p>
      <w:r>
        <w:t>Oy vey, oy vey, ah..</w:t>
      </w:r>
    </w:p>
    <w:p>
      <w:r>
        <w:t>When he saw, that I love his words {and all the rest, ...}</w:t>
      </w:r>
    </w:p>
    <w:p>
      <w:r>
        <w:t>He had great satisfaction and great delight</w:t>
      </w:r>
    </w:p>
    <w:p>
      <w:r>
        <w:t>{...}, I need to lie down a little</w:t>
      </w:r>
    </w:p>
    <w:p>
      <w:r>
        <w:t>[….]</w:t>
      </w:r>
    </w:p>
    <w:p>
      <w:r>
        <w:t>Good</w:t>
      </w:r>
    </w:p>
    <w:p>
      <w:r>
        <w:t>[….]…</w:t>
      </w:r>
    </w:p>
    <w:p>
      <w:r>
        <w:t>...I, Baruch Hashem, had intellect, and I understood that Rebbe Yisroel is, he..</w:t>
      </w:r>
    </w:p>
    <w:p>
      <w:r>
        <w:t>{……………}</w:t>
      </w:r>
    </w:p>
    <w:p>
      <w:r>
        <w:t>[……...]…</w:t>
      </w:r>
    </w:p>
    <w:p>
      <w:r>
        <w:t>...Such things, what, what.. {..}, that revived me…</w:t>
      </w:r>
    </w:p>
    <w:p>
      <w:r>
        <w:t>...{Very good}</w:t>
      </w:r>
    </w:p>
    <w:p>
      <w:r>
        <w:t>He thought, perhaps, perhaps, perhaps, perhaps they are not so good…</w:t>
      </w:r>
    </w:p>
    <w:p>
      <w:r>
        <w:t>...Such joy, when he saw that I was drawn after Breslov</w:t>
      </w:r>
    </w:p>
    <w:p>
      <w:r>
        <w:t>There was no one who.. who would give him some good reward…</w:t>
      </w:r>
    </w:p>
    <w:p>
      <w:r>
        <w:t>...He came to Teveria for me, for me, {for one man, already this}...</w:t>
      </w:r>
    </w:p>
    <w:p>
      <w:r>
        <w:t>...{…} cannot tolerate, cannot tolerate, {move}…</w:t>
      </w:r>
    </w:p>
    <w:p>
      <w:r>
        <w:t>...Are you Breslov?…</w:t>
      </w:r>
    </w:p>
    <w:p>
      <w:r>
        <w:t>... A great thing was made in our hearts</w:t>
      </w:r>
    </w:p>
    <w:p>
      <w:r>
        <w:t>I loved Rebbe Yisroel and Rebbe Yisroel loved me, {in the end, in the end this was}</w:t>
      </w:r>
    </w:p>
    <w:p>
      <w:r>
        <w:t>In the merit of this the {complete} redemption grew…</w:t>
      </w:r>
    </w:p>
    <w:p>
      <w:r>
        <w:t>...{ He}, “Breslov is good?”</w:t>
      </w:r>
    </w:p>
    <w:p>
      <w:r>
        <w:t>I {kept}.., I thought:</w:t>
      </w:r>
    </w:p>
    <w:p>
      <w:r>
        <w:t>“Let us see if he will hold out”</w:t>
      </w:r>
    </w:p>
    <w:p>
      <w:r>
        <w:t>He did not, could not hold out, {this, this is to fear and to distance oneself}</w:t>
      </w:r>
    </w:p>
    <w:p>
      <w:r>
        <w:t>{...}…</w:t>
      </w:r>
    </w:p>
    <w:p>
      <w:r>
        <w:t>...(..)...</w:t>
      </w:r>
    </w:p>
    <w:p>
      <w:r>
        <w:t>...{We built} good lives, very, very precious things</w:t>
      </w:r>
    </w:p>
    <w:p>
      <w:r>
        <w:t>I {…} loved Breslov very much</w:t>
      </w:r>
    </w:p>
    <w:p>
      <w:r>
        <w:t>Baruch Hashem, Baruch Hashem</w:t>
      </w:r>
    </w:p>
    <w:p>
      <w:r>
        <w:t>I would hold out, and love Breslov very much…</w:t>
      </w:r>
    </w:p>
    <w:p>
      <w:r>
        <w:t>...{Oy vey, oy, oy, oy, oy vey, oy, oy vey}</w:t>
      </w:r>
    </w:p>
    <w:p>
      <w:r>
        <w:t>How can one lie down when there are already wonders in the world, such wondrous lights</w:t>
      </w:r>
    </w:p>
    <w:p>
      <w:r>
        <w:t>That had not existed since the day the world was created, it has still not been revealed, only Rabbainu Hakadosh revealed a drop from the sea…</w:t>
      </w:r>
    </w:p>
    <w:p>
      <w:r>
        <w:t>...What do you say about this? I cannot give an explanation of this, “My precious student”</w:t>
      </w:r>
    </w:p>
    <w:p>
      <w:r>
        <w:t>“Very much..,” this is the note that I found in the book</w:t>
      </w:r>
    </w:p>
    <w:p>
      <w:r>
        <w:t>“It was very difficult for me to descend to you {t..}my precious student to tell you that I derived very much pleasure from your service and concerning you I said, my little fire will smolder until Mashiach comes”</w:t>
      </w:r>
    </w:p>
    <w:p>
      <w:r>
        <w:t>{To descend}…</w:t>
      </w:r>
    </w:p>
    <w:p>
      <w:r>
        <w:t>..."And with this I will reveal a secret to you", "(P'tz'p'tz'y'h')" this is {{the intention}} of blowing the shofar on Rosh Hashanah…</w:t>
      </w:r>
    </w:p>
    <w:p>
      <w:r>
        <w:t>...[……]</w:t>
      </w:r>
    </w:p>
    <w:p>
      <w:r>
        <w:t>The holy gaon, Rav Alfandari, he was a gaon…</w:t>
      </w:r>
    </w:p>
    <w:p>
      <w:r>
        <w:t>...and he came to Teveria, I went to him, I asked him:</w:t>
      </w:r>
    </w:p>
    <w:p>
      <w:r>
        <w:t>"I want to attend to him"</w:t>
      </w:r>
    </w:p>
    <w:p>
      <w:r>
        <w:t>And he heard one prayer that I said from "Likutay Tefillos," so he said:</w:t>
      </w:r>
    </w:p>
    <w:p>
      <w:r>
        <w:t>"I need to be your attendant..”</w:t>
      </w:r>
    </w:p>
    <w:p>
      <w:r>
        <w:t>[Have you heard this already?]</w:t>
      </w:r>
    </w:p>
    <w:p>
      <w:r>
        <w:t>"I want, no, I do not want you to attend to me, I need to attend to you"…</w:t>
      </w:r>
    </w:p>
    <w:p>
      <w:r>
        <w:t>...and he asked the administrators of the yeshiva to have compassion, that they give me bread for the children</w:t>
      </w:r>
    </w:p>
    <w:p>
      <w:r>
        <w:t>For small children, only bread, they said to him:</w:t>
      </w:r>
    </w:p>
    <w:p>
      <w:r>
        <w:t>"We will listen to you about everything, only this, no, I, he, he studies every day, the whole day, "Likutay Halachos"</w:t>
      </w:r>
    </w:p>
    <w:p>
      <w:r>
        <w:t>{Nu}, we will give him?"…</w:t>
      </w:r>
    </w:p>
    <w:p>
      <w:r>
        <w:t>...only in his honor, because he {{….}}, would ask, they gave me half a lira per month</w:t>
      </w:r>
    </w:p>
    <w:p>
      <w:r>
        <w:t>For bread for the children…</w:t>
      </w:r>
    </w:p>
    <w:p>
      <w:r>
        <w:t>...we had a kabbalist, Rav Yom Tov Zoldnik, do you know who this is?</w:t>
      </w:r>
    </w:p>
    <w:p>
      <w:r>
        <w:t>[He had a beverage store]</w:t>
      </w:r>
    </w:p>
    <w:p>
      <w:r>
        <w:t>Ah, yes, yes, beverages</w:t>
      </w:r>
    </w:p>
    <w:p>
      <w:r>
        <w:t>[In Shaarei Chesed, in Shaarei Chesed]</w:t>
      </w:r>
    </w:p>
    <w:p>
      <w:r>
        <w:t>Shaarei Chesed</w:t>
      </w:r>
    </w:p>
    <w:p>
      <w:r>
        <w:t>[……]</w:t>
      </w:r>
    </w:p>
    <w:p>
      <w:r>
        <w:t>[……]</w:t>
      </w:r>
    </w:p>
    <w:p>
      <w:r>
        <w:t>I said to him: "I am sending the children back, they have no bread to eat"</w:t>
      </w:r>
    </w:p>
    <w:p>
      <w:r>
        <w:t>He did not answer me, I had no bread</w:t>
      </w:r>
    </w:p>
    <w:p>
      <w:r>
        <w:t>Afterward he became ill with a lung ailment, and he passed away, I had complaints against Hashem:</w:t>
      </w:r>
    </w:p>
    <w:p>
      <w:r>
        <w:t>"Why did he pass away? He could have lived a long time, why did he pass away?"</w:t>
      </w:r>
    </w:p>
    <w:p>
      <w:r>
        <w:t>Oy vey, what I suffered because of the.. "Breslov, Breslov, Breslov”…</w:t>
      </w:r>
    </w:p>
    <w:p>
      <w:r>
        <w:t>...{………}, and I suffered what I suffered, what is impossible to describe</w:t>
      </w:r>
    </w:p>
    <w:p>
      <w:r>
        <w:t>Now you, you were a teacher with children, no?</w:t>
      </w:r>
    </w:p>
    <w:p>
      <w:r>
        <w:t>[Yes]</w:t>
      </w:r>
    </w:p>
    <w:p>
      <w:r>
        <w:t>And now not?</w:t>
      </w:r>
    </w:p>
    <w:p>
      <w:r>
        <w:t>[Now a little]</w:t>
      </w:r>
    </w:p>
    <w:p>
      <w:r>
        <w:t>Ah?</w:t>
      </w:r>
    </w:p>
    <w:p>
      <w:r>
        <w:t>[A little older]</w:t>
      </w:r>
    </w:p>
    <w:p>
      <w:r>
        <w:t>Older..</w:t>
      </w:r>
    </w:p>
    <w:p>
      <w:r>
        <w:t>[Two who are thirteen years old, now two children thirteen years old, no longer children]</w:t>
      </w:r>
    </w:p>
    <w:p>
      <w:r>
        <w:t>Oy vey, do you have children?</w:t>
      </w:r>
    </w:p>
    <w:p>
      <w:r>
        <w:t>[Yes]</w:t>
      </w:r>
    </w:p>
    <w:p>
      <w:r>
        <w:t>Ah, ah, oy…</w:t>
      </w:r>
    </w:p>
    <w:p>
      <w:r>
        <w:t>...I want to live in Yerushalayim</w:t>
      </w:r>
    </w:p>
    <w:p>
      <w:r>
        <w:t>[Good]</w:t>
      </w:r>
    </w:p>
    <w:p>
      <w:r>
        <w:t>Nu, if you have an apartment in Yerushalayim, and you have some small room for me</w:t>
      </w:r>
    </w:p>
    <w:p>
      <w:r>
        <w:t>For a bed and a small table, then good</w:t>
      </w:r>
    </w:p>
    <w:p>
      <w:r>
        <w:t>[Baruch Hashem, there is]</w:t>
      </w:r>
    </w:p>
    <w:p>
      <w:r>
        <w:t>There is</w:t>
      </w:r>
    </w:p>
    <w:p>
      <w:r>
        <w:t>[Yes]</w:t>
      </w:r>
    </w:p>
    <w:p>
      <w:r>
        <w:t>Good, from here I will travel to Yerushalayim</w:t>
      </w:r>
    </w:p>
    <w:p>
      <w:r>
        <w:t>[Good]</w:t>
      </w:r>
    </w:p>
    <w:p>
      <w:r>
        <w:t>Do you know how to drive?</w:t>
      </w:r>
    </w:p>
    <w:p>
      <w:r>
        <w:t>[Yes]…</w:t>
      </w:r>
    </w:p>
    <w:p>
      <w:r>
        <w:t>...Yoa, yoa, we have a book from our holy Rabbainu, and its name is..</w:t>
      </w:r>
    </w:p>
    <w:p>
      <w:r>
        <w:t>The name of the book is "Megillas Setarim," he revealed the day and the month and the year, when Mashiach Tzidkeinu will come, yes, this is the book, and the book is with, with Rabbainu's friends, Rabbainu's disciples, the book, the book—in short, in any event I know of this, that there is a book whose name is "Megillas Setarim"</w:t>
      </w:r>
    </w:p>
    <w:p>
      <w:r>
        <w:t>Our holy Rabbainu revealed the day and the year and the month that.. that Mashiach Tzidkeinu will come…</w:t>
      </w:r>
    </w:p>
    <w:p>
      <w:r>
        <w:t>...Shoin, do not leave us, do not go away from me, only to eat</w:t>
      </w:r>
    </w:p>
    <w:p>
      <w:r>
        <w:t>[Good]</w:t>
      </w:r>
    </w:p>
    <w:p>
      <w:r>
        <w:t>Ah?</w:t>
      </w:r>
    </w:p>
    <w:p>
      <w:r>
        <w:t>[Good]</w:t>
      </w:r>
    </w:p>
    <w:p>
      <w:r>
        <w:t>Good…</w:t>
      </w:r>
    </w:p>
    <w:p>
      <w:r>
        <w:t>...my father, he was a Karlin chassid</w:t>
      </w:r>
    </w:p>
    <w:p>
      <w:r>
        <w:t>And Baruch Hashem, I merited, through Rabbainu's merit, to leave this completely</w:t>
      </w:r>
    </w:p>
    <w:p>
      <w:r>
        <w:t>[To leave this]</w:t>
      </w:r>
    </w:p>
    <w:p>
      <w:r>
        <w:t>Because there is no rebbe, there is no rebbe, only Rabbainu is the Rebbe…</w:t>
      </w:r>
    </w:p>
    <w:p>
      <w:r>
        <w:t>...I felt and I feel, that the entire redemption depends…</w:t>
      </w:r>
    </w:p>
    <w:p>
      <w:r>
        <w:t>…And our holy Rabbainu said:</w:t>
      </w:r>
    </w:p>
    <w:p>
      <w:r>
        <w:t>"Mashiach will give an explanation of the story.., of the "Likutay Moharan""</w:t>
      </w:r>
    </w:p>
    <w:p>
      <w:r>
        <w:t>This is a very awesome secret, {ah}, the secret of the redemption</w:t>
      </w:r>
    </w:p>
    <w:p>
      <w:r>
        <w:t>Ah, oy vey…</w:t>
      </w:r>
    </w:p>
    <w:p>
      <w:r>
        <w:t>...our holy Rabbainu revealed when the coming of Mashiach will be, yes</w:t>
      </w:r>
    </w:p>
    <w:p>
      <w:r>
        <w:t>A matter {that was not.., was in a great secret}, it was not publicized, {{…}}</w:t>
      </w:r>
    </w:p>
    <w:p>
      <w:r>
        <w:t>Only our holy Rabbainu revealed it in the book, and no person knows, only Rabbainu and Rebbe Nassan…</w:t>
      </w:r>
    </w:p>
    <w:p>
      <w:r>
        <w:t>...on Rosh Hashanah were you {..} in.. in Uman?</w:t>
      </w:r>
    </w:p>
    <w:p>
      <w:r>
        <w:t>[I was in Yerushalayim]</w:t>
      </w:r>
    </w:p>
    <w:p>
      <w:r>
        <w:t>Ah?</w:t>
      </w:r>
    </w:p>
    <w:p>
      <w:r>
        <w:t>[We were a minyan in Yerushalayim, Saba, a minyan of friends]</w:t>
      </w:r>
    </w:p>
    <w:p>
      <w:r>
        <w:t>{..}, the main thing is Uman</w:t>
      </w:r>
    </w:p>
    <w:p>
      <w:r>
        <w:t>Our holy Rabbainu said: "Whoever comes to me, this is {Uman\craftsmanship}"</w:t>
      </w:r>
    </w:p>
    <w:p>
      <w:r>
        <w:t>[But nevertheless we hope that he will be in Yerushalayim one day]</w:t>
      </w:r>
    </w:p>
    <w:p>
      <w:r>
        <w:t>Ah?</w:t>
      </w:r>
    </w:p>
    <w:p>
      <w:r>
        <w:t>[We expect that he will be in Yerushalayim one day, nevertheless</w:t>
      </w:r>
    </w:p>
    <w:p>
      <w:r>
        <w:t>You also told us that this is very necessary]</w:t>
      </w:r>
    </w:p>
    <w:p>
      <w:r>
        <w:t>What?</w:t>
      </w:r>
    </w:p>
    <w:p>
      <w:r>
        <w:t>[You once said that this is very necessary, that Rabbainu be in Yerushalayim]</w:t>
      </w:r>
    </w:p>
    <w:p>
      <w:r>
        <w:t>{..}…</w:t>
      </w:r>
    </w:p>
    <w:p>
      <w:r>
        <w:t>...Rebbe Yisroel came from Chevron to Teveria, and found me in Teveria</w:t>
      </w:r>
    </w:p>
    <w:p>
      <w:r>
        <w:t>And at that time, a great commotion arose in Teveria:</w:t>
      </w:r>
    </w:p>
    <w:p>
      <w:r>
        <w:t>"Yisroel Ber became Breslov," yes</w:t>
      </w:r>
    </w:p>
    <w:p>
      <w:r>
        <w:t>And also the parents, my mother and father, my father was blind, and would cry before me:</w:t>
      </w:r>
    </w:p>
    <w:p>
      <w:r>
        <w:t>"I do not want Breslov"</w:t>
      </w:r>
    </w:p>
    <w:p>
      <w:r>
        <w:t>I said:</w:t>
      </w:r>
    </w:p>
    <w:p>
      <w:r>
        <w:t>"I want only Breslov"…</w:t>
      </w:r>
    </w:p>
    <w:p>
      <w:r>
        <w:t>...our holy Rabbainu, there is a book, "Megillas Setarim," in it Rabbainu revealed the day and the month and the year when Mashiach will come…</w:t>
      </w:r>
    </w:p>
    <w:p>
      <w:r>
        <w:t>...he revealed, but no one knows, only Rabbainu and Rebbe Nassan, but he revealed</w:t>
      </w:r>
    </w:p>
    <w:p>
      <w:r>
        <w:t>[He revealed]</w:t>
      </w:r>
    </w:p>
    <w:p>
      <w:r>
        <w:t>The day {on which} Mashiach will come…</w:t>
      </w:r>
    </w:p>
    <w:p>
      <w:r>
        <w:t>...the month and the year, they do not know…</w:t>
      </w:r>
    </w:p>
    <w:p>
      <w:r>
        <w:t>...[...]</w:t>
      </w:r>
    </w:p>
    <w:p>
      <w:r>
        <w:t>We need to rejoice and dance in every.., in every place, in every..</w:t>
      </w:r>
    </w:p>
    <w:p>
      <w:r>
        <w:t>This is the main thing of everything</w:t>
      </w:r>
    </w:p>
    <w:p>
      <w:r>
        <w:t>[Ah]</w:t>
      </w:r>
    </w:p>
    <w:p>
      <w:r>
        <w:t>The main foundation and root of everything</w:t>
      </w:r>
    </w:p>
    <w:p>
      <w:r>
        <w:t>This is the rectification…</w:t>
      </w:r>
    </w:p>
    <w:p>
      <w:r>
        <w:t>…(Saba laughs)...</w:t>
      </w:r>
    </w:p>
    <w:p>
      <w:r>
        <w:t>...[The friends sing: "Na Na-ch Na-chma Na-chman MeUman.."]…</w:t>
      </w:r>
    </w:p>
    <w:p>
      <w:r>
        <w:t>...[The friends sing: "Na Na-ch Na-chma Na-chman MeUman.."]…</w:t>
      </w:r>
    </w:p>
    <w:p>
      <w:r>
        <w:t>...there is "Likutay Halachos," what this is, this is the entire redemption and the entire salvation, {..}</w:t>
      </w:r>
    </w:p>
    <w:p>
      <w:r>
        <w:t>Every utterance of Rabbainu, of Rebbe Nassan, they are all our vitality..</w:t>
      </w:r>
    </w:p>
    <w:p>
      <w:r>
        <w:t>..they do not... {and the world}, the world makes sophisticated calculations…</w:t>
      </w:r>
    </w:p>
    <w:p>
      <w:r>
        <w:t>...what is hitbodedut? - A conversation, he converses before Hashem</w:t>
      </w:r>
    </w:p>
    <w:p>
      <w:r>
        <w:t>He tells and speaks to Hashem about everything, all the..</w:t>
      </w:r>
    </w:p>
    <w:p>
      <w:r>
        <w:t>..what, what to do, with what counsel that he should come}, {…..}</w:t>
      </w:r>
    </w:p>
    <w:p>
      <w:r>
        <w:t>And we find in the Torah that this is the concept, 'sichah' is 'Mashiach,' Mashiach, Mashiach, and he speaks before Hashem, ah, "And Yitzchak went out to converse in the field," he went {…..}…</w:t>
      </w:r>
    </w:p>
    <w:p>
      <w:r>
        <w:t>...{he went}</w:t>
      </w:r>
    </w:p>
    <w:p>
      <w:r>
        <w:t>He had a conversation, he spoke, he told and spoke with Hashem about, about everything</w:t>
      </w:r>
    </w:p>
    <w:p>
      <w:r>
        <w:t>This is Mashiach, 'Mashiach' from the language of 'sichah'</w:t>
      </w:r>
    </w:p>
    <w:p>
      <w:r>
        <w:t>The concept of Mashiach is conversation, to speak with Hashem and to pray before Hashem</w:t>
      </w:r>
    </w:p>
    <w:p>
      <w:r>
        <w:t>"With all your heart and with all your soul and with all.."</w:t>
      </w:r>
    </w:p>
    <w:p>
      <w:r>
        <w:t>Ah, but he is like, like, like his truth [Rabbainu's], there was none in the world</w:t>
      </w:r>
    </w:p>
    <w:p>
      <w:r>
        <w:t>He burns, like, like Rebbe Nassan said:</w:t>
      </w:r>
    </w:p>
    <w:p>
      <w:r>
        <w:t>"In Breslov a fire burns, give the fire {to Hashem}, in my heart"</w:t>
      </w:r>
    </w:p>
    <w:p>
      <w:r>
        <w:t>"In Breslov a fire burns, put the fire into my heart"</w:t>
      </w:r>
    </w:p>
    <w:p>
      <w:r>
        <w:t>{{…. will come}}</w:t>
      </w:r>
    </w:p>
    <w:p>
      <w:r>
        <w:t>And we see that Hashem gave him the name 'Mashiach,' it is from the language of 'sichah'</w:t>
      </w:r>
    </w:p>
    <w:p>
      <w:r>
        <w:t>This is that he always spoke before Hashem</w:t>
      </w:r>
    </w:p>
    <w:p>
      <w:r>
        <w:t>This is Mashiach, Mashiach, he is conversation, he always speaks with Hashem</w:t>
      </w:r>
    </w:p>
    <w:p>
      <w:r>
        <w:t>{Oy}, a gaon like Rabbainu, there was none, "A novelty like me has still never been in the world"</w:t>
      </w:r>
    </w:p>
    <w:p>
      <w:r>
        <w:t>What is the novelty? {{the name}} Mashiach, and that Mashiach will come {{….}} Hashem always</w:t>
      </w:r>
    </w:p>
    <w:p>
      <w:r>
        <w:t>[……..]</w:t>
      </w:r>
    </w:p>
    <w:p>
      <w:r>
        <w:t>[……..]...</w:t>
      </w:r>
    </w:p>
    <w:p>
      <w:r>
        <w:t>...Ay, Rebbe Nassan {says}.., explains and elucidates what Rabbainu said</w:t>
      </w:r>
    </w:p>
    <w:p>
      <w:r>
        <w:t>He traveled from Breslov to Uman after the fire, and on this road, Rabbainu revealed such utterances</w:t>
      </w:r>
    </w:p>
    <w:p>
      <w:r>
        <w:t>That it is impossible to reveal {things ...} {without this}, {without\who} this, {{….}}</w:t>
      </w:r>
    </w:p>
    <w:p>
      <w:r>
        <w:t>From where is this? To say: "Master of the Universe," this is all the wisdom</w:t>
      </w:r>
    </w:p>
    <w:p>
      <w:r>
        <w:t>{This surpasses.., surpasses this entire concept}</w:t>
      </w:r>
    </w:p>
    <w:p>
      <w:r>
        <w:t>And to always cry before Hashem</w:t>
      </w:r>
    </w:p>
    <w:p>
      <w:r>
        <w:t>Conversation is the concept of Mashiach, Mashiach, he speaks and tells before Hashem everything that passes over him</w:t>
      </w:r>
    </w:p>
    <w:p>
      <w:r>
        <w:t>This is conversation, {to sing to Hashem}, {yes}</w:t>
      </w:r>
    </w:p>
    <w:p>
      <w:r>
        <w:t>The whole world, even the scholars and the gaonim, are far from this</w:t>
      </w:r>
    </w:p>
    <w:p>
      <w:r>
        <w:t>“{What is this?} Prayer? What?</w:t>
      </w:r>
    </w:p>
    <w:p>
      <w:r>
        <w:t>Also the name “Nachman,” it is a concept of consolation and words, to speak with Hashem</w:t>
      </w:r>
    </w:p>
    <w:p>
      <w:r>
        <w:t>“Na Na-ch Na-chma Na-chman MeUman”</w:t>
      </w:r>
    </w:p>
    <w:p>
      <w:r>
        <w:t>Ho, where {did he go?}, he cast away all the clevernesses and all..</w:t>
      </w:r>
    </w:p>
    <w:p>
      <w:r>
        <w:t>“Only prayer, {.., what is this?}”</w:t>
      </w:r>
    </w:p>
    <w:p>
      <w:r>
        <w:t>The whole world did not want to accept</w:t>
      </w:r>
    </w:p>
    <w:p>
      <w:r>
        <w:t>“What is prayer? What? What will come of this, if he says “Master of the Universe”?</w:t>
      </w:r>
    </w:p>
    <w:p>
      <w:r>
        <w:t>“Father, Father, Father, Father, have mercy on me, merciful Father, have mercy on me..”</w:t>
      </w:r>
    </w:p>
    <w:p>
      <w:r>
        <w:t>{Ho, yes}</w:t>
      </w:r>
    </w:p>
    <w:p>
      <w:r>
        <w:t>I saw how Rebbe Yisroel cried with tears at.., to Rebbe Shimon at the holy gravesite</w:t>
      </w:r>
    </w:p>
    <w:p>
      <w:r>
        <w:t>And until it became in the house, like pouring a bucket of water, from the tears, from his tears</w:t>
      </w:r>
    </w:p>
    <w:p>
      <w:r>
        <w:t>He cried, I do not know how he.., there is so much water in a person, so many tears…</w:t>
      </w:r>
    </w:p>
    <w:p>
      <w:pPr>
        <w:pStyle w:val="Heading2"/>
      </w:pPr>
      <w:r>
        <w:t>Side B (Bais)</w:t>
      </w:r>
    </w:p>
    <w:p>
      <w:r>
        <w:t>...{..}, “Father, You are merciful, have mercy on me, have mercy on me</w:t>
      </w:r>
    </w:p>
    <w:p>
      <w:r>
        <w:t>I want to sleep and eat, what will be the ultimate purpose of this?</w:t>
      </w:r>
    </w:p>
    <w:p>
      <w:r>
        <w:t>{Have mercy on me}, that I should know how to eat, how to serve Hashem”…</w:t>
      </w:r>
    </w:p>
    <w:p>
      <w:r>
        <w:t>...{…} his tears, Rebbe Yisroel's, who cried, cried at the gravesite of, of, of Rebbe Shimon</w:t>
      </w:r>
    </w:p>
    <w:p>
      <w:r>
        <w:t>It was on the ground as though a bucket of water, water, had been poured</w:t>
      </w:r>
    </w:p>
    <w:p>
      <w:r>
        <w:t>In the winter, in the morning, {as though poured} on the ground it was, it was full of water from the tears</w:t>
      </w:r>
    </w:p>
    <w:p>
      <w:r>
        <w:t>He cried before Hashem that He should have mercy on him</w:t>
      </w:r>
    </w:p>
    <w:p>
      <w:r>
        <w:t>Ah, ah</w:t>
      </w:r>
    </w:p>
    <w:p>
      <w:r>
        <w:t>I have no language at all to speak about this, {that Rabbainu says ...}, Rabbainu and his men</w:t>
      </w:r>
    </w:p>
    <w:p>
      <w:r>
        <w:t>They cried before Hashem {that He should give them fear of Heaven}</w:t>
      </w:r>
    </w:p>
    <w:p>
      <w:r>
        <w:t>What did he say, what did he ask</w:t>
      </w:r>
    </w:p>
    <w:p>
      <w:r>
        <w:t>{That he should be}, he should be alone with Hashem, that he should speak and converse with Hashem</w:t>
      </w:r>
    </w:p>
    <w:p>
      <w:r>
        <w:t>Ah, ah..</w:t>
      </w:r>
    </w:p>
    <w:p>
      <w:r>
        <w:t>The pains and suffering that pass over you, this is a great sweetening</w:t>
      </w:r>
    </w:p>
    <w:p>
      <w:r>
        <w:t>We do not, do not understand that this is good, {…}</w:t>
      </w:r>
    </w:p>
    <w:p>
      <w:r>
        <w:t>To wash a little, ah.. {...}, to wash a little the.. {...} this world, {yes}</w:t>
      </w:r>
    </w:p>
    <w:p>
      <w:r>
        <w:t>[Yes]</w:t>
      </w:r>
    </w:p>
    <w:p>
      <w:r>
        <w:t>Everyone, all the great ones and all the rabbis laughed {at me}, at Breslov</w:t>
      </w:r>
    </w:p>
    <w:p>
      <w:r>
        <w:t>And all of them, they need to make graves, and bury themselves alive, yes, {from what, what they did} do you remember what Breslov is?</w:t>
      </w:r>
    </w:p>
    <w:p>
      <w:r>
        <w:t>[……...]</w:t>
      </w:r>
    </w:p>
    <w:p>
      <w:r>
        <w:t>From the time you went to “cheder,” {they would laugh}</w:t>
      </w:r>
    </w:p>
    <w:p>
      <w:r>
        <w:t>[“Breslover”]</w:t>
      </w:r>
    </w:p>
    <w:p>
      <w:r>
        <w:t>{That they are not Breslov, this, this is the opposite of being Breslov}</w:t>
      </w:r>
    </w:p>
    <w:p>
      <w:r>
        <w:t>I thought whether I would remain on the path, but Hashem is very great</w:t>
      </w:r>
    </w:p>
    <w:p>
      <w:r>
        <w:t>And now He gave me another gift, another</w:t>
      </w:r>
    </w:p>
    <w:p>
      <w:r>
        <w:t>{There will be, there will be Breslovers in abundance}…</w:t>
      </w:r>
    </w:p>
    <w:p>
      <w:r>
        <w:t>...[Saba, here is soup, Saba, hot soup, hot soup]</w:t>
      </w:r>
    </w:p>
    <w:p>
      <w:r>
        <w:t>They ask, as.., they asked:</w:t>
      </w:r>
    </w:p>
    <w:p>
      <w:r>
        <w:t>“For whom do they need, you need so much cement</w:t>
      </w:r>
    </w:p>
    <w:p>
      <w:r>
        <w:t>[Cement, yes]</w:t>
      </w:r>
    </w:p>
    <w:p>
      <w:r>
        <w:t>What for? For whom?”</w:t>
      </w:r>
    </w:p>
    <w:p>
      <w:r>
        <w:t>[The Arabs ask what you need so much cement for…]</w:t>
      </w:r>
    </w:p>
    <w:p>
      <w:r>
        <w:t>Now they say:</w:t>
      </w:r>
    </w:p>
    <w:p>
      <w:r>
        <w:t>“We are wise, now we understand, what so much cement is for”</w:t>
      </w:r>
    </w:p>
    <w:p>
      <w:r>
        <w:t>[……………………..….……]</w:t>
      </w:r>
    </w:p>
    <w:p>
      <w:r>
        <w:t>[………………………..…]…</w:t>
      </w:r>
    </w:p>
    <w:p>
      <w:r>
        <w:t>...We want Yerushalayim, we want the Holy Temple {you do not know about this?}...</w:t>
      </w:r>
    </w:p>
    <w:p>
      <w:r>
        <w:t>...We told them: “Wait a year, wait a little, you will have everything”...</w:t>
      </w:r>
    </w:p>
    <w:p>
      <w:r>
        <w:t>...(Saba laughs, a melody is heard in the background)</w:t>
      </w:r>
    </w:p>
    <w:p>
      <w:r>
        <w:t>They could not understand: “What is so much, so much cement for?”</w:t>
      </w:r>
    </w:p>
    <w:p>
      <w:r>
        <w:t>So now they say: “We.., we already understand, we already know the secret”…</w:t>
      </w:r>
    </w:p>
    <w:p>
      <w:r>
        <w:t>...[Saba and the friends sing and someone plays:</w:t>
      </w:r>
    </w:p>
    <w:p>
      <w:r>
        <w:t>“Fortunate are we, how good is our portion..”]…</w:t>
      </w:r>
    </w:p>
    <w:p>
      <w:r>
        <w:t>...[The friends sing and play the melody of: “Na Na-ch..”</w:t>
      </w:r>
    </w:p>
    <w:p>
      <w:r>
        <w:t>.Afterward they sing and play: “In You our fathers trusted..”</w:t>
      </w:r>
    </w:p>
    <w:p>
      <w:r>
        <w:t>(Saba shouts “trusted, trusted, trusted”)</w:t>
      </w:r>
    </w:p>
    <w:p>
      <w:r>
        <w:t>Afterward they play the melody of: “Who will give me a wing like a dove..”]…</w:t>
      </w:r>
    </w:p>
    <w:p>
      <w:r>
        <w:t>...{Oy}, what I suffered from Breslov, you heard</w:t>
      </w:r>
    </w:p>
    <w:p>
      <w:r>
        <w:t>[Yes, yes, I heard]…</w:t>
      </w:r>
    </w:p>
    <w:p>
      <w:r>
        <w:t>...To kill me and Rebbe Yisroel, because we {became} Breslov…</w:t>
      </w:r>
    </w:p>
    <w:p>
      <w:r>
        <w:t>...I was ready to kill, to kill, the gentiles, the gentiles who hate Yisroel</w:t>
      </w:r>
    </w:p>
    <w:p>
      <w:r>
        <w:t>And he promised them, he gave them money {…..}</w:t>
      </w:r>
    </w:p>
    <w:p>
      <w:r>
        <w:t>We were in danger, Rebbe Yisroel and I</w:t>
      </w:r>
    </w:p>
    <w:p>
      <w:r>
        <w:t>And Baruch Hashem, Hashem saved us from the gentiles, from the Jews, {yes}, and we remained alive</w:t>
      </w:r>
    </w:p>
    <w:p>
      <w:r>
        <w:t>[Baruch Hashem]…</w:t>
      </w:r>
    </w:p>
    <w:p>
      <w:r>
        <w:t>...{….}, a young widow remained with, with ten children</w:t>
      </w:r>
    </w:p>
    <w:p>
      <w:r>
        <w:t>And I, Baruch Hashem, helped them as much as possible..</w:t>
      </w:r>
    </w:p>
    <w:p>
      <w:r>
        <w:t>..“I do not, do not want.., a Breslov son-in-law, I do not want”</w:t>
      </w:r>
    </w:p>
    <w:p>
      <w:r>
        <w:t>I said to him:</w:t>
      </w:r>
    </w:p>
    <w:p>
      <w:r>
        <w:t>“What is this? Your wife?, no, this is not a matter that belongs to you, it is me, and whichever chassid I want, I, I will be” then he said to me:</w:t>
      </w:r>
    </w:p>
    <w:p>
      <w:r>
        <w:t>“Yes, be, but Breslov, no”…</w:t>
      </w:r>
    </w:p>
    <w:p>
      <w:r>
        <w:t>...Ay.. Rebbe Yisroel and I, every single day there were different miracles, there were miracles</w:t>
      </w:r>
    </w:p>
    <w:p>
      <w:r>
        <w:t>We {were}, we were living through miracles, not in the way of nature</w:t>
      </w:r>
    </w:p>
    <w:p>
      <w:r>
        <w:t>[…...]</w:t>
      </w:r>
    </w:p>
    <w:p>
      <w:r>
        <w:t>Ahh..</w:t>
      </w:r>
    </w:p>
    <w:p>
      <w:r>
        <w:t>He fought with me for a time, my father-in-law</w:t>
      </w:r>
    </w:p>
    <w:p>
      <w:r>
        <w:t>He wanted to kill me and Rebbe Yisroel, so that we would not be Breslov</w:t>
      </w:r>
    </w:p>
    <w:p>
      <w:r>
        <w:t>{And I paid them no heed}, I will go with Rebbe Yisroel</w:t>
      </w:r>
    </w:p>
    <w:p>
      <w:r>
        <w:t>[What are you saying? Saba]</w:t>
      </w:r>
    </w:p>
    <w:p>
      <w:r>
        <w:t>They wanted to kill me and Rebbe Yisroel</w:t>
      </w:r>
    </w:p>
    <w:p>
      <w:r>
        <w:t>[Who? Your father-in-law?]</w:t>
      </w:r>
    </w:p>
    <w:p>
      <w:r>
        <w:t>Ah?</w:t>
      </w:r>
    </w:p>
    <w:p>
      <w:r>
        <w:t>[Your father-in-law?]</w:t>
      </w:r>
    </w:p>
    <w:p>
      <w:r>
        <w:t>Yes</w:t>
      </w:r>
    </w:p>
    <w:p>
      <w:r>
        <w:t>[Why did he want to kill you? Saba] {..}</w:t>
      </w:r>
    </w:p>
    <w:p>
      <w:r>
        <w:t>]Because you were a Breslover?]…</w:t>
      </w:r>
    </w:p>
    <w:p>
      <w:r>
        <w:t>...{No}, I will not say a thing that is not</w:t>
      </w:r>
    </w:p>
    <w:p>
      <w:r>
        <w:t>I hate falsehood, and cannot tolerate, tolerate its smell, yes</w:t>
      </w:r>
    </w:p>
    <w:p>
      <w:r>
        <w:t>[Rebbe Yisroel, do you know about Rabbainu?]</w:t>
      </w:r>
    </w:p>
    <w:p>
      <w:r>
        <w:t>Ah?</w:t>
      </w:r>
    </w:p>
    <w:p>
      <w:r>
        <w:t>[Do you know about Rabbainu?]</w:t>
      </w:r>
    </w:p>
    <w:p>
      <w:r>
        <w:t>Nothing…</w:t>
      </w:r>
    </w:p>
    <w:p>
      <w:r>
        <w:t>...Everything that is known about Rabbainu is nothing, not even like a drop from the sea…</w:t>
      </w:r>
    </w:p>
    <w:p>
      <w:r>
        <w:t>...I am not exaggerating…</w:t>
      </w:r>
    </w:p>
    <w:p>
      <w:r>
        <w:t>...Only Rebbe Nassan knew about Rabbainu, he was unique, unique in his generation</w:t>
      </w:r>
    </w:p>
    <w:p>
      <w:r>
        <w:t>Nassan and Rebbe Nachman…</w:t>
      </w:r>
    </w:p>
    <w:p>
      <w:r>
        <w:t>...Baruch Hashem, I was saved from publicity, from honor</w:t>
      </w:r>
    </w:p>
    <w:p>
      <w:r>
        <w:t>And no, no glorification, no greatness, can enter into me</w:t>
      </w:r>
    </w:p>
    <w:p>
      <w:r>
        <w:t>I was lowly in the ultimate lowliness, yes</w:t>
      </w:r>
    </w:p>
    <w:p>
      <w:r>
        <w:t>{And this} only our holy Rabbainu can do such a thing, such lowliness</w:t>
      </w:r>
    </w:p>
    <w:p>
      <w:r>
        <w:t>Our holy Rabbainu cleanses us of every kind of pride, of every kind of desire, of every kind of.. {..} and.. and he will rectify us, and rectify the whole world, so he said, what he said…</w:t>
      </w:r>
    </w:p>
    <w:p>
      <w:r>
        <w:t>...But the main thing is {the dissemination}, the main thing is to disseminate</w:t>
      </w:r>
    </w:p>
    <w:p>
      <w:r>
        <w:t>[To disseminate]</w:t>
      </w:r>
    </w:p>
    <w:p>
      <w:r>
        <w:t>Th.. that in every house there should be the books of Rabbainu, of blessed memory</w:t>
      </w:r>
    </w:p>
    <w:p>
      <w:r>
        <w:t>[Amen]</w:t>
      </w:r>
    </w:p>
    <w:p>
      <w:r>
        <w:t>Because today, both the boys and the girls can read</w:t>
      </w:r>
    </w:p>
    <w:p>
      <w:r>
        <w:t>[Yes, yes, correct]</w:t>
      </w:r>
    </w:p>
    <w:p>
      <w:r>
        <w:t>Then there will be a generation of tzaddikim</w:t>
      </w:r>
    </w:p>
    <w:p>
      <w:r>
        <w:t>[If only, if only]</w:t>
      </w:r>
    </w:p>
    <w:p>
      <w:r>
        <w:t>[With God's help]</w:t>
      </w:r>
    </w:p>
    <w:p>
      <w:r>
        <w:t>[Amen]…</w:t>
      </w:r>
    </w:p>
    <w:p>
      <w:r>
        <w:t>...{..}, and to study in a yeshiva, {and they will study} Rabbainu's books</w:t>
      </w:r>
    </w:p>
    <w:p>
      <w:r>
        <w:t>{….}, there will be many yeshivas, and they will study Rabbainu's books</w:t>
      </w:r>
    </w:p>
    <w:p>
      <w:r>
        <w:t>Like this, like this I heard, yes...</w:t>
      </w:r>
    </w:p>
    <w:p>
      <w:r>
        <w:t>...[Saba and the friends sing: "Na NaCh NaChMa NaChMaN MeUman"]…</w:t>
      </w:r>
    </w:p>
    <w:p>
      <w:r>
        <w:t>...[Where, where is Rabbainu now? In Yerushalayim or in Meron?]</w:t>
      </w:r>
    </w:p>
    <w:p>
      <w:r>
        <w:t>It is all one</w:t>
      </w:r>
    </w:p>
    <w:p>
      <w:r>
        <w:t>Yerushalayim with the Tzaddik and the Beis Hamikdash is one, everything, everything is one</w:t>
      </w:r>
    </w:p>
    <w:p>
      <w:r>
        <w:t>[And Meron?]</w:t>
      </w:r>
    </w:p>
    <w:p>
      <w:r>
        <w:t>Meron, we are here, also {{..…}} Rabbi Shimon is here, the whole surrounding area is Rabbi Shimon</w:t>
      </w:r>
    </w:p>
    <w:p>
      <w:r>
        <w:t>[Is Rabbainu also here?]</w:t>
      </w:r>
    </w:p>
    <w:p>
      <w:r>
        <w:t>Eh?</w:t>
      </w:r>
    </w:p>
    <w:p>
      <w:r>
        <w:t>[And Rabbainu is also here?]</w:t>
      </w:r>
    </w:p>
    <w:p>
      <w:r>
        <w:t>Yes, yes, {…} these are wondrous matters, and it is forbidden to speak {..}, it is impossible…</w:t>
      </w:r>
    </w:p>
    <w:p>
      <w:r>
        <w:t>...A fire, fires, and everything was burned</w:t>
      </w:r>
    </w:p>
    <w:p>
      <w:r>
        <w:t>[Who were burned?]</w:t>
      </w:r>
    </w:p>
    <w:p>
      <w:r>
        <w:t>They were all burned, they were all burned, America, I had such a dream</w:t>
      </w:r>
    </w:p>
    <w:p>
      <w:r>
        <w:t>[Is this connected with Uman …. Jews?]</w:t>
      </w:r>
    </w:p>
    <w:p>
      <w:r>
        <w:t>Only in the places of the Jews, there were no fires; the fires were in.. only among the Gentiles</w:t>
      </w:r>
    </w:p>
    <w:p>
      <w:r>
        <w:t>{{. .}}</w:t>
      </w:r>
    </w:p>
    <w:p>
      <w:r>
        <w:t>...[The president of America]</w:t>
      </w:r>
    </w:p>
    <w:p>
      <w:r>
        <w:t>What is his name?</w:t>
      </w:r>
    </w:p>
    <w:p>
      <w:r>
        <w:t>[Clinton]</w:t>
      </w:r>
    </w:p>
    <w:p>
      <w:r>
        <w:t>Eh?</w:t>
      </w:r>
    </w:p>
    <w:p>
      <w:r>
        <w:t>[Clinton]</w:t>
      </w:r>
    </w:p>
    <w:p>
      <w:r>
        <w:t>{{. .}}, no</w:t>
      </w:r>
    </w:p>
    <w:p>
      <w:r>
        <w:t>[Bush?]</w:t>
      </w:r>
    </w:p>
    <w:p>
      <w:r>
        <w:t>The president</w:t>
      </w:r>
    </w:p>
    <w:p>
      <w:r>
        <w:t>[Bush?]</w:t>
      </w:r>
    </w:p>
    <w:p>
      <w:r>
        <w:t>Of America</w:t>
      </w:r>
    </w:p>
    <w:p>
      <w:r>
        <w:t>[Bush?]</w:t>
      </w:r>
    </w:p>
    <w:p>
      <w:r>
        <w:t>{..} of America</w:t>
      </w:r>
    </w:p>
    <w:p>
      <w:r>
        <w:t>[Bush?]</w:t>
      </w:r>
    </w:p>
    <w:p>
      <w:r>
        <w:t>Bush, Bush, yes</w:t>
      </w:r>
    </w:p>
    <w:p>
      <w:r>
        <w:t>[That is the previous president]</w:t>
      </w:r>
    </w:p>
    <w:p>
      <w:r>
        <w:t>Ah, that previous president</w:t>
      </w:r>
    </w:p>
    <w:p>
      <w:r>
        <w:t>[Yes]</w:t>
      </w:r>
    </w:p>
    <w:p>
      <w:r>
        <w:t>Not {those} of today</w:t>
      </w:r>
    </w:p>
    <w:p>
      <w:r>
        <w:t>[Yes]</w:t>
      </w:r>
    </w:p>
    <w:p>
      <w:r>
        <w:t>He hated Israel, he went</w:t>
      </w:r>
    </w:p>
    <w:p>
      <w:r>
        <w:t>[Yes]</w:t>
      </w:r>
    </w:p>
    <w:p>
      <w:r>
        <w:t>He went with all his money, until he was left poor; he had nothing, not even to buy bread</w:t>
      </w:r>
    </w:p>
    <w:p>
      <w:r>
        <w:t>[Yes?]</w:t>
      </w:r>
    </w:p>
    <w:p>
      <w:r>
        <w:t>{..}</w:t>
      </w:r>
    </w:p>
    <w:p>
      <w:r>
        <w:t>[And what are these fires? What are these fires?]</w:t>
      </w:r>
    </w:p>
    <w:p>
      <w:r>
        <w:t>Eh?</w:t>
      </w:r>
    </w:p>
    <w:p>
      <w:r>
        <w:t>[The fires, the fires]</w:t>
      </w:r>
    </w:p>
    <w:p>
      <w:r>
        <w:t>The fires? {They, they\are not}, that all the Gentiles were burned with all {the...}, with all their money</w:t>
      </w:r>
    </w:p>
    <w:p>
      <w:r>
        <w:t>The fires were not, only among the Gentiles, not among the Jews</w:t>
      </w:r>
    </w:p>
    <w:p>
      <w:r>
        <w:t>This is a dream, this is a {{strange}} dream, {. .}</w:t>
      </w:r>
    </w:p>
    <w:p>
      <w:r>
        <w:t>[Also in Uman?]</w:t>
      </w:r>
    </w:p>
    <w:p>
      <w:r>
        <w:t>Eh?</w:t>
      </w:r>
    </w:p>
    <w:p>
      <w:r>
        <w:t>[Also in Uman?]</w:t>
      </w:r>
    </w:p>
    <w:p>
      <w:r>
        <w:t>No, no, only in Uman no, there were no fires</w:t>
      </w:r>
    </w:p>
    <w:p>
      <w:r>
        <w:t>[But, but there are Gentiles also in Uman, there are Gentiles also in Uman]</w:t>
      </w:r>
    </w:p>
    <w:p>
      <w:r>
        <w:t>Ah, yes?</w:t>
      </w:r>
    </w:p>
    <w:p>
      <w:r>
        <w:t>[Yes]</w:t>
      </w:r>
    </w:p>
    <w:p>
      <w:r>
        <w:t>Nu, there are Gentiles, but there are also fires</w:t>
      </w:r>
    </w:p>
    <w:p>
      <w:r>
        <w:t>The fires are only among the Gentiles…</w:t>
      </w:r>
    </w:p>
    <w:p>
      <w:r>
        <w:t>...[The Jews were not burned]</w:t>
      </w:r>
    </w:p>
    <w:p>
      <w:r>
        <w:t>There were no fires</w:t>
      </w:r>
    </w:p>
    <w:p>
      <w:r>
        <w:t>[There is protection, there is protection]…</w:t>
      </w:r>
    </w:p>
    <w:p>
      <w:r>
        <w:t>...[So this was in a dream, in a dream?]</w:t>
      </w:r>
    </w:p>
    <w:p>
      <w:r>
        <w:t>Yes, yes</w:t>
      </w:r>
    </w:p>
    <w:p>
      <w:r>
        <w:t>[Last night?]</w:t>
      </w:r>
    </w:p>
    <w:p>
      <w:r>
        <w:t>Ah, today</w:t>
      </w:r>
    </w:p>
    <w:p>
      <w:r>
        <w:t>[Was it a good dream?]</w:t>
      </w:r>
    </w:p>
    <w:p>
      <w:r>
        <w:t>Among the Jews there were no fires, only among the Gentiles; throughout America, among the Gentiles, there were fires</w:t>
      </w:r>
    </w:p>
    <w:p>
      <w:r>
        <w:t>They will be left without bread; they have nothing with which to buy bread</w:t>
      </w:r>
    </w:p>
    <w:p>
      <w:r>
        <w:t>[Only in America, or throughout the world? Only in America were there fires?]</w:t>
      </w:r>
    </w:p>
    <w:p>
      <w:r>
        <w:t>In America {{….}} and in Russia…</w:t>
      </w:r>
    </w:p>
    <w:p>
      <w:r>
        <w:t>...The Jews have no fires</w:t>
      </w:r>
    </w:p>
    <w:p>
      <w:r>
        <w:t>[Yes, thank God]</w:t>
      </w:r>
    </w:p>
    <w:p>
      <w:r>
        <w:t>[What? Was it Bush who asked you?]</w:t>
      </w:r>
    </w:p>
    <w:p>
      <w:r>
        <w:t>"I am hungry, I need bread"</w:t>
      </w:r>
    </w:p>
    <w:p>
      <w:r>
        <w:t>Then Bush says:</w:t>
      </w:r>
    </w:p>
    <w:p>
      <w:r>
        <w:t>"If there is no money, there is no bread, what can be done?</w:t>
      </w:r>
    </w:p>
    <w:p>
      <w:r>
        <w:t>I do not know what to do; if there is none, I have no money; if there is no money, there is no bread"…</w:t>
      </w:r>
    </w:p>
    <w:p>
      <w:r>
        <w:t>...What does he say to me? {You\that you} do not know</w:t>
      </w:r>
    </w:p>
    <w:p>
      <w:r>
        <w:t>Until when will you not know?</w:t>
      </w:r>
    </w:p>
    <w:p>
      <w:r>
        <w:t>What will become of me? Why will you not say?</w:t>
      </w:r>
    </w:p>
    <w:p>
      <w:r>
        <w:t>And you say, you do not know</w:t>
      </w:r>
    </w:p>
    <w:p>
      <w:r>
        <w:t>[……]</w:t>
      </w:r>
    </w:p>
    <w:p>
      <w:r>
        <w:t>[Was it Bush who asked you?]</w:t>
      </w:r>
    </w:p>
    <w:p>
      <w:r>
        <w:t>"I am hungry, I need bread”</w:t>
      </w:r>
    </w:p>
    <w:p>
      <w:r>
        <w:t>Then Bush says:</w:t>
      </w:r>
    </w:p>
    <w:p>
      <w:r>
        <w:t>"If there is no money, there is no bread, what can be done? I do not know what to do</w:t>
      </w:r>
    </w:p>
    <w:p>
      <w:r>
        <w:t>If there is none, I have no money; if there is no money, there is no bread"</w:t>
      </w:r>
    </w:p>
    <w:p>
      <w:r>
        <w:t>So Bush—all of them were burned in the fires, and only he and one son remained. The son said to him:</w:t>
      </w:r>
    </w:p>
    <w:p>
      <w:r>
        <w:t>"Father, bring me bread"</w:t>
      </w:r>
    </w:p>
    <w:p>
      <w:r>
        <w:t>He said to him:</w:t>
      </w:r>
    </w:p>
    <w:p>
      <w:r>
        <w:t>"I have no bread, and whoever.., I have no money; whoever has no money, has no bread"</w:t>
      </w:r>
    </w:p>
    <w:p>
      <w:r>
        <w:t>So what will be? Eh?</w:t>
      </w:r>
    </w:p>
    <w:p>
      <w:r>
        <w:t>You do not know what will be?</w:t>
      </w:r>
    </w:p>
    <w:p>
      <w:r>
        <w:t>Bush, there were fires in America, and all his accounts were burned, everything was burned</w:t>
      </w:r>
    </w:p>
    <w:p>
      <w:r>
        <w:t>He did not even have enough left to buy bread, and the son asked him:</w:t>
      </w:r>
    </w:p>
    <w:p>
      <w:r>
        <w:t>"Father, bring me bread"</w:t>
      </w:r>
    </w:p>
    <w:p>
      <w:r>
        <w:t>He said to him:</w:t>
      </w:r>
    </w:p>
    <w:p>
      <w:r>
        <w:t>"My son, I have no money, and whoever has no money, has no bread"</w:t>
      </w:r>
    </w:p>
    <w:p>
      <w:r>
        <w:t>What do you say {today} about, about, about such a dream?</w:t>
      </w:r>
    </w:p>
    <w:p>
      <w:r>
        <w:t>[If only it.. it is good…]…</w:t>
      </w:r>
    </w:p>
    <w:p>
      <w:r>
        <w:t>...Everything was burned; he did not even have enough left to buy bread, he had nothing left, {...}</w:t>
      </w:r>
    </w:p>
    <w:p>
      <w:r>
        <w:t>And the son cries:</w:t>
      </w:r>
    </w:p>
    <w:p>
      <w:r>
        <w:t>"Father, I want bread"</w:t>
      </w:r>
    </w:p>
    <w:p>
      <w:r>
        <w:t>So he said to him:</w:t>
      </w:r>
    </w:p>
    <w:p>
      <w:r>
        <w:t>"I have none, I have no money, and whoever has no money, has no bread"</w:t>
      </w:r>
    </w:p>
    <w:p>
      <w:r>
        <w:t>I am the one who had neither money nor bread, {{...}}...</w:t>
      </w:r>
    </w:p>
    <w:p>
      <w:r>
        <w:t>...{….}, I have no money, and I also have no bread</w:t>
      </w:r>
    </w:p>
    <w:p>
      <w:r>
        <w:t>Whoever has no money, has no bread, nu, what do you want?</w:t>
      </w:r>
    </w:p>
    <w:p>
      <w:r>
        <w:t>Bush, he had no one left, only one son, and the son cried:</w:t>
      </w:r>
    </w:p>
    <w:p>
      <w:r>
        <w:t>"Father, have mercy on me, give me bread"</w:t>
      </w:r>
    </w:p>
    <w:p>
      <w:r>
        <w:t>He said to him:</w:t>
      </w:r>
    </w:p>
    <w:p>
      <w:r>
        <w:t>"I have no money, and whoever has no money, {my son}, has no bread, has nothing"…</w:t>
      </w:r>
    </w:p>
    <w:p>
      <w:r>
        <w:t>...{…}</w:t>
      </w:r>
    </w:p>
    <w:p>
      <w:r>
        <w:t>There were, there were fires, and the money.., all the money turned to ashes, ashes</w:t>
      </w:r>
    </w:p>
    <w:p>
      <w:r>
        <w:t>He did not have enough left to buy bread…</w:t>
      </w:r>
    </w:p>
    <w:p>
      <w:r>
        <w:t>...Bush was very wealthy, he had stores and he had.. {..}, all, everything was burned</w:t>
      </w:r>
    </w:p>
    <w:p>
      <w:r>
        <w:t>And he had nothing left, even to buy bread he had nothing left…</w:t>
      </w:r>
    </w:p>
    <w:p>
      <w:r>
        <w:t>...We are Jews, thank God, with the Torah and the mitzvos</w:t>
      </w:r>
    </w:p>
    <w:p>
      <w:r>
        <w:t>{There is no other life, no.., ah, besides this}...</w:t>
      </w:r>
    </w:p>
    <w:p>
      <w:r>
        <w:t>...Hashem Yisborach will give her all the gifts and all the salvations speedily…</w:t>
      </w:r>
    </w:p>
    <w:p>
      <w:r>
        <w:t>...{..} This is the essence of life, the Torah and the mitzvos; if not for this, there is no life at all, there is no world…</w:t>
      </w:r>
    </w:p>
    <w:p>
      <w:r>
        <w:t>...To believe in Hashem and in the Torah and in the mitzvos</w:t>
      </w:r>
    </w:p>
    <w:p>
      <w:r>
        <w:t>If not for this, there is no life, there is no life at all, there is no world, there is, there is nothing…</w:t>
      </w:r>
    </w:p>
    <w:p>
      <w:r>
        <w:t>...There is no world, there is no food, there is nothing without the Torah and the mitzvos</w:t>
      </w:r>
    </w:p>
    <w:p>
      <w:r>
        <w:t>We are one nation in the world, we are Jews who received the Torah</w:t>
      </w:r>
    </w:p>
    <w:p>
      <w:r>
        <w:t>And we, we are {richer} than the whole world</w:t>
      </w:r>
    </w:p>
    <w:p>
      <w:r>
        <w:t>The whole world are Gentiles, they do not know the Torah, they know nothing</w:t>
      </w:r>
    </w:p>
    <w:p>
      <w:r>
        <w:t>Only we, the Jewish nation, with the Torah…</w:t>
      </w:r>
    </w:p>
    <w:p>
      <w:r>
        <w:t>...{Telephone} that we are speaking...</w:t>
      </w:r>
    </w:p>
    <w:p>
      <w:r>
        <w:t>...{Fortunate are we}, this is all our joy, this is all our life, the Torah and the mitzvos, a nation, we are one nation in the world; all the Gentiles {are} donkeys, they have nothing at all, no Torah, no mitzvos, only {like} donkeys; we, the nation of Israel, have Torah, we have the whole essence of life</w:t>
      </w:r>
    </w:p>
    <w:p>
      <w:r>
        <w:t>It is all vanity…</w:t>
      </w:r>
    </w:p>
    <w:p>
      <w:r>
        <w:t>...We have, thank God, we have with what to rejoice, with what to live, with what to rejoice, the Torah and the mitzvos; we, thank God, we are Jews, {yes}, with the Torah and the mitzvos</w:t>
      </w:r>
    </w:p>
    <w:p>
      <w:r>
        <w:t>{This} soon Moshiach will come and a new world will be made</w:t>
      </w:r>
    </w:p>
    <w:p>
      <w:r>
        <w:t>Everyone.., everyone, all Israel, all the Jews will want only to serve Hashem</w:t>
      </w:r>
    </w:p>
    <w:p>
      <w:r>
        <w:t>To study Torah and to observe the Torah and the mitzvos…</w:t>
      </w:r>
    </w:p>
    <w:p>
      <w:r>
        <w:t>...And to pray to Him each and every day, to speak to Him, as we are speaking…</w:t>
      </w:r>
    </w:p>
    <w:p>
      <w:r>
        <w:t>...Thank God, we are sons.., Jews, thank God, recipients of the Torah and the mitzvos</w:t>
      </w:r>
    </w:p>
    <w:p>
      <w:r>
        <w:t>Is there greater wealth than this? And we are richer than all the Gentiles, than the whole world</w:t>
      </w:r>
    </w:p>
    <w:p>
      <w:r>
        <w:t>{What..} How one mitzvah is worth more than the whole world—what do they have?…</w:t>
      </w:r>
    </w:p>
    <w:p>
      <w:r>
        <w:t>...{They are} like an animal, eat again, eat again, and that is it, and that is all…</w:t>
      </w:r>
    </w:p>
    <w:p>
      <w:r>
        <w:t>...{Animals like the Gentiles}…</w:t>
      </w:r>
    </w:p>
    <w:p>
      <w:r>
        <w:t>...To pray to Hashem, to pray to Hashem, and to believe in Hashem truly, yes</w:t>
      </w:r>
    </w:p>
    <w:p>
      <w:r>
        <w:t>And not to look at the whole world, that they do not, that they do not, they have no Torah, and they have no mitzvos…</w:t>
      </w:r>
    </w:p>
    <w:p>
      <w:r>
        <w:t>...Fortunate are we, fortunate are we, fortunate are we</w:t>
      </w:r>
    </w:p>
    <w:p>
      <w:r>
        <w:t>That we have.., we are Jews, and we have Torah and mitzvos</w:t>
      </w:r>
    </w:p>
    <w:p>
      <w:r>
        <w:t>[Thank you very much..]...</w:t>
      </w:r>
    </w:p>
    <w:p>
      <w:r>
        <w:t>...that He should help, in the merit of the charity, and.. and He should help them with all the salvations {and all, everything}</w:t>
      </w:r>
    </w:p>
    <w:p>
      <w:r>
        <w:t>Oy, {whoever has tasted something like this}, to pray to Hashem every day, he will have all, everything, everything, all the salvations…</w:t>
      </w:r>
    </w:p>
    <w:p>
      <w:r>
        <w:t>...to pray to Hashem:</w:t>
      </w:r>
    </w:p>
    <w:p>
      <w:r>
        <w:t>“Merciful Father, You.., have mercy on me, and illuminate for me the good path, how to keep the Torah and the mitzvos”</w:t>
      </w:r>
    </w:p>
    <w:p>
      <w:r>
        <w:t>This is the main thing; if not this, there is no life, there is no, no.., no world at all…</w:t>
      </w:r>
    </w:p>
    <w:p>
      <w:r>
        <w:t>...faith and trust, trust in Hashem, yes, “Fortunate is the man who trusts in You”</w:t>
      </w:r>
    </w:p>
    <w:p>
      <w:r>
        <w:t>To trust in Hashem and ask Him for every thing and every.. always</w:t>
      </w:r>
    </w:p>
    <w:p>
      <w:r>
        <w:t>Then.. then we will merit all good</w:t>
      </w:r>
    </w:p>
    <w:p>
      <w:r>
        <w:t>[Amen]</w:t>
      </w:r>
    </w:p>
    <w:p>
      <w:r>
        <w:t>I have great compassion for the woman who was here, no, there is no, I did not have words, I did not have strength to speak, but I {think}, perhaps to travel to her once a year, twice a year, to travel—perhaps I will merit to bring the light of Rabbainu into her</w:t>
      </w:r>
    </w:p>
    <w:p>
      <w:r>
        <w:t>This is the main thing in the world, the main thing, and the main thing of everything…</w:t>
      </w:r>
    </w:p>
    <w:p>
      <w:r>
        <w:t>...Breslov is everything, it is the Beis Hamikdash, the Holy of Holies</w:t>
      </w:r>
    </w:p>
    <w:p>
      <w:r>
        <w:t>And all the salvations of all Yisroel—all Yisroel, we depend on Rabbainu</w:t>
      </w:r>
    </w:p>
    <w:p>
      <w:r>
        <w:t>[We..]</w:t>
      </w:r>
    </w:p>
    <w:p>
      <w:r>
        <w:t>The entire Redemption is Rabbainu</w:t>
      </w:r>
    </w:p>
    <w:p>
      <w:r>
        <w:t>[…….]</w:t>
      </w:r>
    </w:p>
    <w:p>
      <w:r>
        <w:t>I {God forbid, I know myself}</w:t>
      </w:r>
    </w:p>
    <w:p>
      <w:r>
        <w:t>But the holy Rabbainu will rectify everything; he will rectify us and the entire world</w:t>
      </w:r>
    </w:p>
    <w:p>
      <w:r>
        <w:t>Oh, what will be, what a world it will be when Moshiach comes</w:t>
      </w:r>
    </w:p>
    <w:p>
      <w:r>
        <w:t>The holy Rabbainu revealed the month and the day and the time when Moshiach will come, will come, yes</w:t>
      </w:r>
    </w:p>
    <w:p>
      <w:r>
        <w:t>But no, we do not know; only the holy Rabbainu made it known to Rebbe Nassan and another one or two—we do not know</w:t>
      </w:r>
    </w:p>
    <w:p>
      <w:r>
        <w:t>We do not know when Moshiach will come</w:t>
      </w:r>
    </w:p>
    <w:p>
      <w:r>
        <w:t>[…]</w:t>
      </w:r>
    </w:p>
    <w:p>
      <w:r>
        <w:t>{{. .}}</w:t>
      </w:r>
    </w:p>
    <w:p>
      <w:r>
        <w:t>But the holy Rabbainu revealed the month and the time when he will come; only we do not know. He revealed it before Rebbe Nassan, before three people, before two, three people; he revealed the entire order of Moshiach’s coming…</w:t>
      </w:r>
    </w:p>
    <w:p>
      <w:r>
        <w:t>...the holy Rabbainu is {already} present in the world</w:t>
      </w:r>
    </w:p>
    <w:p>
      <w:r>
        <w:t>There is already “Likutay Moharan,” “Likutay Tefillos”…</w:t>
      </w:r>
    </w:p>
    <w:p>
      <w:r>
        <w:t>...there will be an entirely new world…</w:t>
      </w:r>
    </w:p>
    <w:p>
      <w:r>
        <w:t>...[We want the Redemption, Rebbe Yisroel, we want the Redemption to come]</w:t>
      </w:r>
    </w:p>
    <w:p>
      <w:r>
        <w:t>Rabbainu is the Redemption</w:t>
      </w:r>
    </w:p>
    <w:p>
      <w:r>
        <w:t>Without Rabbainu there is no Redemption</w:t>
      </w:r>
    </w:p>
    <w:p>
      <w:r>
        <w:t>The main thing is Rabbainu; he is the Redemption…</w:t>
      </w:r>
    </w:p>
    <w:p>
      <w:r>
        <w:t>...everything, he gives us everything; only we spoil it through, through the desires, through..</w:t>
      </w:r>
    </w:p>
    <w:p>
      <w:r>
        <w:t>But as {he already said, we have what to {rejoice in\rely on}</w:t>
      </w:r>
    </w:p>
    <w:p>
      <w:r>
        <w:t>There is Rabbainu, he is already in the world. When the holy Rabbainu descended into the world, he said:</w:t>
      </w:r>
    </w:p>
    <w:p>
      <w:r>
        <w:t>“For myself, I do not, do not need {to descend}”</w:t>
      </w:r>
    </w:p>
    <w:p>
      <w:r>
        <w:t>He descended for..</w:t>
      </w:r>
    </w:p>
    <w:p>
      <w:r>
        <w:t>In order to come rectify you, to rectify you all, and also to learn, and to teach you</w:t>
      </w:r>
    </w:p>
    <w:p>
      <w:r>
        <w:t>To reveal good things to you, which are, which are good in this world and in the World to Come, yes</w:t>
      </w:r>
    </w:p>
    <w:p>
      <w:r>
        <w:t>Oh.. one does not need to lie down a lot</w:t>
      </w:r>
    </w:p>
    <w:p>
      <w:r>
        <w:t>[In Hebrew, Saba, in Hebrew]</w:t>
      </w:r>
    </w:p>
    <w:p>
      <w:r>
        <w:t>{…}</w:t>
      </w:r>
    </w:p>
    <w:p>
      <w:r>
        <w:t>[In Hebrew]</w:t>
      </w:r>
    </w:p>
    <w:p>
      <w:r>
        <w:t>One does not need to sleep a lot, and one does not need to eat a lot.. only with sense, with wisdom</w:t>
      </w:r>
    </w:p>
    <w:p>
      <w:r>
        <w:t>The mother of, of Rabbainu, of blessed memory, she, she merited to give birth to such a son, the holy Rabbainu</w:t>
      </w:r>
    </w:p>
    <w:p>
      <w:r>
        <w:t>[...]</w:t>
      </w:r>
    </w:p>
    <w:p>
      <w:r>
        <w:t>She said to him:</w:t>
      </w:r>
    </w:p>
    <w:p>
      <w:r>
        <w:t>“My son, you do not eat anything; how can you live? I have never seen you eat”</w:t>
      </w:r>
    </w:p>
    <w:p>
      <w:r>
        <w:t>He tasted only a little, and.. {and went off}</w:t>
      </w:r>
    </w:p>
    <w:p>
      <w:r>
        <w:t>[He went to speak with Hashem]</w:t>
      </w:r>
    </w:p>
    <w:p>
      <w:r>
        <w:t>Then she said to him:</w:t>
      </w:r>
    </w:p>
    <w:p>
      <w:r>
        <w:t>“What can you live from, if you do not eat anything?”</w:t>
      </w:r>
    </w:p>
    <w:p>
      <w:r>
        <w:t>She gave him mezonos and coffee, and he {did not} {only\ran} to eat</w:t>
      </w:r>
    </w:p>
    <w:p>
      <w:r>
        <w:t>Then she said to him:</w:t>
      </w:r>
    </w:p>
    <w:p>
      <w:r>
        <w:t>“You do not eat anything, what? How will you have strength to serve Hashem?”</w:t>
      </w:r>
    </w:p>
    <w:p>
      <w:r>
        <w:t>Then he said to her:</w:t>
      </w:r>
    </w:p>
    <w:p>
      <w:r>
        <w:t>“I, his strength, mine, ‘wisdom gives life,’ I live from ‘wisdom gives life’”</w:t>
      </w:r>
    </w:p>
    <w:p>
      <w:r>
        <w:t>Wisdom, {what} wisdom</w:t>
      </w:r>
    </w:p>
    <w:p>
      <w:r>
        <w:t>[“The flowing brook, the source of wisdom”]</w:t>
      </w:r>
    </w:p>
    <w:p>
      <w:r>
        <w:t>He has such a.., he.. he.. his matter, “Likutay Moharan” is first of all prayer..</w:t>
      </w:r>
    </w:p>
    <w:p>
      <w:r>
        <w:t>[In Hebrew]</w:t>
      </w:r>
    </w:p>
    <w:p>
      <w:r>
        <w:t>Prayer</w:t>
      </w:r>
    </w:p>
    <w:p>
      <w:r>
        <w:t>[In Hebrew]</w:t>
      </w:r>
    </w:p>
    <w:p>
      <w:r>
        <w:t>This is above the mind. Am I saying it, or is someone saying it on his own? {…. no ….}</w:t>
      </w:r>
    </w:p>
    <w:p>
      <w:r>
        <w:t>He reveals to us {and us} everything: how to live, how to eat, how to sleep</w:t>
      </w:r>
    </w:p>
    <w:p>
      <w:r>
        <w:t>We need to see what he teaches us, what he reveals to us</w:t>
      </w:r>
    </w:p>
    <w:p>
      <w:r>
        <w:t>But he already, already—we have everything that we need</w:t>
      </w:r>
    </w:p>
    <w:p>
      <w:r>
        <w:t>Such a Rebbe; fortunate are we that we have such a Rebbe</w:t>
      </w:r>
    </w:p>
    <w:p>
      <w:r>
        <w:t>Who reveals to us how to live {and how it will be}, and how to eat, how to sleep…</w:t>
      </w:r>
    </w:p>
    <w:p>
      <w:r>
        <w:br w:type="page"/>
      </w:r>
    </w:p>
    <w:p>
      <w:pPr>
        <w:pStyle w:val="Heading1"/>
      </w:pPr>
      <w:r>
        <w:t>Tape 109</w:t>
      </w:r>
    </w:p>
    <w:p>
      <w:pPr>
        <w:pStyle w:val="Heading2"/>
      </w:pPr>
      <w:r>
        <w:t>Side A (Aleph)</w:t>
      </w:r>
    </w:p>
    <w:p>
      <w:r>
        <w:t>...{we} do not know at all; the holy Rabbainu {revealed} everything</w:t>
      </w:r>
    </w:p>
    <w:p>
      <w:r>
        <w:t>And the day and the month and.. when Moshiach Tzidkainu will come, and how he will come—his coming, his coming, how it will be</w:t>
      </w:r>
    </w:p>
    <w:p>
      <w:r>
        <w:t>Everything is in initial letters, and the book is called “Megillas Setarim”</w:t>
      </w:r>
    </w:p>
    <w:p>
      <w:r>
        <w:t>The holy Rabbainu sa.., revealed, and Rebbe Nassan wrote, {… yes}</w:t>
      </w:r>
    </w:p>
    <w:p>
      <w:r>
        <w:t>He revealed the day Moshiach will come, yes</w:t>
      </w:r>
    </w:p>
    <w:p>
      <w:r>
        <w:t>And if he revealed it, it is “the halacha follows Rav Nachman”</w:t>
      </w:r>
    </w:p>
    <w:p>
      <w:r>
        <w:t>He revealed a drop from the sea of what he knew, of what he merited to attain; it is above our understanding, above the entire world</w:t>
      </w:r>
    </w:p>
    <w:p>
      <w:r>
        <w:t>{From all the..}, from the Torah, above everything</w:t>
      </w:r>
    </w:p>
    <w:p>
      <w:r>
        <w:t>It is the light of Hashem Himself; it is, it is very awesome</w:t>
      </w:r>
    </w:p>
    <w:p>
      <w:r>
        <w:t>{No, why am I, I say}</w:t>
      </w:r>
    </w:p>
    <w:p>
      <w:r>
        <w:t>The holy Rabbainu revealed a drop from the sea of his greatness, how much we need him</w:t>
      </w:r>
    </w:p>
    <w:p>
      <w:r>
        <w:t>He wanted very much that we should draw close to him and serve Hashem, and how—he revealed how to serve Hashem</w:t>
      </w:r>
    </w:p>
    <w:p>
      <w:r>
        <w:t>He revealed, he rectified us and all, all {the wicked}, all the generations</w:t>
      </w:r>
    </w:p>
    <w:p>
      <w:r>
        <w:t>{He …. . all the transgressions, all the sins}</w:t>
      </w:r>
    </w:p>
    <w:p>
      <w:r>
        <w:t>That is what he said, yes</w:t>
      </w:r>
    </w:p>
    <w:p>
      <w:r>
        <w:t>Nu…</w:t>
      </w:r>
    </w:p>
    <w:p>
      <w:r>
        <w:t>...{I give, give..}</w:t>
      </w:r>
    </w:p>
    <w:p>
      <w:r>
        <w:t>I saw one of the peo.., of Rabbainu’s followers, Rebbe Yisroel {..} Kardonner, how he served Hashem</w:t>
      </w:r>
    </w:p>
    <w:p>
      <w:r>
        <w:t>With what strength, with what wisdom, with what deveikus; he was entirely encompassed within Hashem</w:t>
      </w:r>
    </w:p>
    <w:p>
      <w:r>
        <w:t>Entirely {encompassed}, {the most..}; the holy Rabbainu said:</w:t>
      </w:r>
    </w:p>
    <w:p>
      <w:r>
        <w:t>“A novelty like me has never yet existed in the world”</w:t>
      </w:r>
    </w:p>
    <w:p>
      <w:r>
        <w:t>And this is {like} a drop from the sea</w:t>
      </w:r>
    </w:p>
    <w:p>
      <w:r>
        <w:t>It is only a drop from the sea. “A novelty like me has never yet existed in the world”—this is a drop from the sea</w:t>
      </w:r>
    </w:p>
    <w:p>
      <w:r>
        <w:t>It is not even like a drop from the sea of his greatness, for he is so great that he can rectify us, sick people like us. The holy Rabbainu says:</w:t>
      </w:r>
    </w:p>
    <w:p>
      <w:r>
        <w:t>“There are sick people who have no cure, and I can heal such illnesses too”</w:t>
      </w:r>
    </w:p>
    <w:p>
      <w:r>
        <w:t>{Yes}</w:t>
      </w:r>
    </w:p>
    <w:p>
      <w:r>
        <w:t>He can heal and rectify us, make us entirely new</w:t>
      </w:r>
    </w:p>
    <w:p>
      <w:r>
        <w:t>{He said}, “A novelty like me has never yet existed in the world”</w:t>
      </w:r>
    </w:p>
    <w:p>
      <w:r>
        <w:t>What is the novelty? That he can rectify us, {yes}</w:t>
      </w:r>
    </w:p>
    <w:p>
      <w:r>
        <w:t>He merited this</w:t>
      </w:r>
    </w:p>
    <w:p>
      <w:r>
        <w:t>I saw Rebbe Yisroel (Kardonner), how he served Hashem with such self-sacrifice</w:t>
      </w:r>
    </w:p>
    <w:p>
      <w:r>
        <w:t>Midnight is very difficult avodah, yes, and he went in the field, yes, at night</w:t>
      </w:r>
    </w:p>
    <w:p>
      <w:r>
        <w:t>And no one knew {fro.., from me} th.. where he went,if he went, and he, where {he}</w:t>
      </w:r>
    </w:p>
    <w:p>
      <w:r>
        <w:t>He was in the forest, and he cried before Hashem and prayed for us, in order to rectify us</w:t>
      </w:r>
    </w:p>
    <w:p>
      <w:r>
        <w:t>I saw such wonders</w:t>
      </w:r>
    </w:p>
    <w:p>
      <w:r>
        <w:t>Rebbe Yisroel had five sons</w:t>
      </w:r>
    </w:p>
    <w:p>
      <w:r>
        <w:t>An only son, Mordechai, and a daughter, Esther, Esther, Mordechai and Esther he had, yes</w:t>
      </w:r>
    </w:p>
    <w:p>
      <w:r>
        <w:t>And what he suffered in this world—it is impossible to understand and grasp; how is such a thing possible?</w:t>
      </w:r>
    </w:p>
    <w:p>
      <w:r>
        <w:t>And he was a master of such might and strength, that without this strength, no, it is impossible, impossible to reach this</w:t>
      </w:r>
    </w:p>
    <w:p>
      <w:r>
        <w:t>Such strength, such wisdom, such a tzaddik, such holiness—there is no other; there had not yet been one in the world</w:t>
      </w:r>
    </w:p>
    <w:p>
      <w:r>
        <w:t>He, he: “A novelty like me has never yet existed in the world,” yes</w:t>
      </w:r>
    </w:p>
    <w:p>
      <w:r>
        <w:t>And whoever wants to offer interpretations can say what he wants, but “a verse does not depart from its plain meaning”</w:t>
      </w:r>
    </w:p>
    <w:p>
      <w:r>
        <w:t>He said briefly: “A novelty like me has never yet existed in the world”</w:t>
      </w:r>
    </w:p>
    <w:p>
      <w:r>
        <w:t>That we should merit to believe and keep the Torah—that is his rectification</w:t>
      </w:r>
    </w:p>
    <w:p>
      <w:r>
        <w:t>He has the strength to rectify us completely</w:t>
      </w:r>
    </w:p>
    <w:p>
      <w:r>
        <w:t>“A novelty like me has never yet existed in the world”</w:t>
      </w:r>
    </w:p>
    <w:p>
      <w:r>
        <w:t>And if not for such a novelty, he cannot rectify</w:t>
      </w:r>
    </w:p>
    <w:p>
      <w:r>
        <w:t>{Nu}</w:t>
      </w:r>
    </w:p>
    <w:p>
      <w:r>
        <w:t>And it is written in the note, in Rabbainu’s letter:</w:t>
      </w:r>
    </w:p>
    <w:p>
      <w:r>
        <w:t>“And concerning you I said: my little fire will smolder until Moshiach comes”</w:t>
      </w:r>
    </w:p>
    <w:p>
      <w:r>
        <w:t>“Until Moshiach {{. .}}”</w:t>
      </w:r>
    </w:p>
    <w:p>
      <w:r>
        <w:t>Nu, I do not know when he will come; the holy Rabbainu revealed the day and the month and everything</w:t>
      </w:r>
    </w:p>
    <w:p>
      <w:r>
        <w:t>So this I know: in the month of Nissan the redemption will be, in the month of Nissan</w:t>
      </w:r>
    </w:p>
    <w:p>
      <w:r>
        <w:t>But the day and the year, I do not know</w:t>
      </w:r>
    </w:p>
    <w:p>
      <w:r>
        <w:t>Rebbe.., the holy Rabbainu and Rebbe Nassan, they were, they knew everything</w:t>
      </w:r>
    </w:p>
    <w:p>
      <w:r>
        <w:t>When Moshiach will come, and how it will be then, what will be</w:t>
      </w:r>
    </w:p>
    <w:p>
      <w:r>
        <w:t>I have already seen.. already Moshiach Tzidkainu</w:t>
      </w:r>
    </w:p>
    <w:p>
      <w:r>
        <w:t>And Rebbe Yisroel (Kardonner), he was bound and attached to the holy Rabbainu with such self-sacrifice and such wisdom</w:t>
      </w:r>
    </w:p>
    <w:p>
      <w:r>
        <w:t>What is impossible to speak with the mouth, and to describe {it}, and to tell</w:t>
      </w:r>
    </w:p>
    <w:p>
      <w:r>
        <w:t>We speak; every utterance rises, rises above everything</w:t>
      </w:r>
    </w:p>
    <w:p>
      <w:r>
        <w:t>Every utterance that came from the mouth of the holy Rabbainu rises above everything</w:t>
      </w:r>
    </w:p>
    <w:p>
      <w:r>
        <w:t>That is what he said, not, not what, what I say; he revealed a drop from the sea.. who he is</w:t>
      </w:r>
    </w:p>
    <w:p>
      <w:r>
        <w:t>Sick people such as we are today, they, have no cure</w:t>
      </w:r>
    </w:p>
    <w:p>
      <w:r>
        <w:t>But the holy Rabbainu, even such illnesses, {he can} rectify, heal, gladden..</w:t>
      </w:r>
    </w:p>
    <w:p>
      <w:r>
        <w:t>Ah…</w:t>
      </w:r>
    </w:p>
    <w:p>
      <w:r>
        <w:t>...There are matters that are impossible to speak about, what there is..</w:t>
      </w:r>
    </w:p>
    <w:p>
      <w:r>
        <w:t>Without Rabbainu…</w:t>
      </w:r>
    </w:p>
    <w:p>
      <w:r>
        <w:t>...I, who am I? I am “Na Na-ch Nach-ma Nachman me’Uman”; this is the Rebbe of all Yisroel and of all the tzaddikim and of.. {….}, and he is the.. head of the entire Torah, of every {one} and.. and all of his greatness</w:t>
      </w:r>
    </w:p>
    <w:p>
      <w:r>
        <w:t>That he can rectify such sick people, who have no cure, and he can rectify even this...</w:t>
      </w:r>
    </w:p>
    <w:p>
      <w:r>
        <w:t>...It is enough for me to have known one of Rabbainu’s followers, Rebbe Yisroel (Kardonner)</w:t>
      </w:r>
    </w:p>
    <w:p>
      <w:r>
        <w:t>His father was wealthy, and he was the great merchant of the city of {Karnival}</w:t>
      </w:r>
    </w:p>
    <w:p>
      <w:r>
        <w:t>And he found in the synagogue, in some shtender he found “Tikkun HaKlali,” and through this he drew close to Rabbainu and became Rebbe Yisroel (Kardonner)…</w:t>
      </w:r>
    </w:p>
    <w:p>
      <w:r>
        <w:t>...To rise at midnight and go to the forest, this is avodah.. this belongs only to Rabbainu</w:t>
      </w:r>
    </w:p>
    <w:p>
      <w:r>
        <w:t>Who can reach this?</w:t>
      </w:r>
    </w:p>
    <w:p>
      <w:r>
        <w:t>It is such strength; Rebbe Yisroel, he was, he was, he was able to rise</w:t>
      </w:r>
    </w:p>
    <w:p>
      <w:r>
        <w:t>To rise at midnight and go to the forests, and he had dealings with.., some {..} spoke with Rabbainu</w:t>
      </w:r>
    </w:p>
    <w:p>
      <w:r>
        <w:t>Yes…</w:t>
      </w:r>
    </w:p>
    <w:p>
      <w:r>
        <w:t>...And he was, was as nothing and naught.. compared with the avodah, the avodah with which one must serve Hashem</w:t>
      </w:r>
    </w:p>
    <w:p>
      <w:r>
        <w:t>He was as naught and as nothing</w:t>
      </w:r>
    </w:p>
    <w:p>
      <w:r>
        <w:t>There had not been such a novelty in the world, that he.., and the main novelty of his, that he can {….} rectify us</w:t>
      </w:r>
    </w:p>
    <w:p>
      <w:r>
        <w:t>Such illnesses that have no cure, and I can h.. h.. heal, and rectify {completely} such illnesses, and more, and more, and more, and more, what is impossible to.. it is a wonder of {wonders}, {{. . .}}…</w:t>
      </w:r>
    </w:p>
    <w:p>
      <w:r>
        <w:t>...{He will rectify everything, … Moshiach … and we need to heal ourselves}</w:t>
      </w:r>
    </w:p>
    <w:p>
      <w:r>
        <w:t>We already have “Likutey Moharan” and “Likutey Halachos,” and such “Sippurey Maasiyos”</w:t>
      </w:r>
    </w:p>
    <w:p>
      <w:r>
        <w:t>What? We should have been such holy tzaddikim</w:t>
      </w:r>
    </w:p>
    <w:p>
      <w:r>
        <w:t>Nu, and where are we?...</w:t>
      </w:r>
    </w:p>
    <w:p>
      <w:r>
        <w:t>...And he can rectify all of us, as we are, Jews, {..}…</w:t>
      </w:r>
    </w:p>
    <w:p>
      <w:r>
        <w:t>...I can rectify everything…</w:t>
      </w:r>
    </w:p>
    <w:p>
      <w:r>
        <w:t>...{...}, and he went to the mikveh in winter in.. in Tzfas, to the mikveh as I {enter}</w:t>
      </w:r>
    </w:p>
    <w:p>
      <w:r>
        <w:t>Like entering water {…..}, which is.., yes</w:t>
      </w:r>
    </w:p>
    <w:p>
      <w:r>
        <w:t>And he entered the mikveh {like that} in winter, I do not know</w:t>
      </w:r>
    </w:p>
    <w:p>
      <w:r>
        <w:t>And I, I went with him “constantly,” and saw this mikveh; he entered the mikveh as th..</w:t>
      </w:r>
    </w:p>
    <w:p>
      <w:r>
        <w:t>{Went} as I dri.., {…} drink the {this}</w:t>
      </w:r>
    </w:p>
    <w:p>
      <w:r>
        <w:t>Without any movement of, that it is difficult, yes, no; he entered the mikveh as {one enters}…</w:t>
      </w:r>
    </w:p>
    <w:p>
      <w:r>
        <w:t>...To tell his praise, to speak some utterance—this, he was bound and attached {to Hashem} with such strength, with such wisdom, as had never been, {{..}} new…</w:t>
      </w:r>
    </w:p>
    <w:p>
      <w:r>
        <w:t>...He was a great opponent, and he grabbed {Rebbe Yisroel} by the beard</w:t>
      </w:r>
    </w:p>
    <w:p>
      <w:r>
        <w:t>“I will kill o..,” and he took an iron chair, and.. to strike him on the head, to kill him</w:t>
      </w:r>
    </w:p>
    <w:p>
      <w:r>
        <w:t>There were miracles; the proprietor no, did not want it, he said:</w:t>
      </w:r>
    </w:p>
    <w:p>
      <w:r>
        <w:t>“Not in my house, I..”; he {stood}, held the chair, so that he would not strike him…</w:t>
      </w:r>
    </w:p>
    <w:p>
      <w:r>
        <w:t>...{…}, what my eyes saw, specifically through the opposition…</w:t>
      </w:r>
    </w:p>
    <w:p>
      <w:r>
        <w:t>...I want to speak and tell, but.. {………}, this is.. {from the other world, ...}</w:t>
      </w:r>
    </w:p>
    <w:p>
      <w:r>
        <w:t>I cannot speak; who can describe and estimate what... only what I saw</w:t>
      </w:r>
    </w:p>
    <w:p>
      <w:r>
        <w:t>And more that I do not reve.., {I hid entirely}</w:t>
      </w:r>
    </w:p>
    <w:p>
      <w:r>
        <w:t>We need to have mercy on ourselves, to engage always</w:t>
      </w:r>
    </w:p>
    <w:p>
      <w:r>
        <w:t>In “Likutey Moharan”</w:t>
      </w:r>
    </w:p>
    <w:p>
      <w:r>
        <w:t>In “Likutey Tefillos”</w:t>
      </w:r>
    </w:p>
    <w:p>
      <w:r>
        <w:t>In “Likutey Halachos”</w:t>
      </w:r>
    </w:p>
    <w:p>
      <w:r>
        <w:t>See what it is; if you study this, you will see what it is, you will see a drop from the sea…</w:t>
      </w:r>
    </w:p>
    <w:p>
      <w:r>
        <w:t>...There is in the world, and it is impossible to understand—how is it possible?</w:t>
      </w:r>
    </w:p>
    <w:p>
      <w:r>
        <w:t>Such a light—how is it possible that it should exist in.. this world?</w:t>
      </w:r>
    </w:p>
    <w:p>
      <w:r>
        <w:t>{...}…</w:t>
      </w:r>
    </w:p>
    <w:p>
      <w:r>
        <w:t>...Chevron, he, lived in Chevron; he came from Chevron to Teveria, and a bond was formed</w:t>
      </w:r>
    </w:p>
    <w:p>
      <w:r>
        <w:t>Such a bond between me and Rebbe Yisroel (Kardonner)...</w:t>
      </w:r>
    </w:p>
    <w:p>
      <w:r>
        <w:t>...My father-in-law had a connection with Arabs; they bought {animals and..}, they had a connection</w:t>
      </w:r>
    </w:p>
    <w:p>
      <w:r>
        <w:t>And he told them to take my life, {…} Rebbe Yisroel</w:t>
      </w:r>
    </w:p>
    <w:p>
      <w:r>
        <w:t>He goes by day and by night, constantly he goes to Rabbi Shimon, to Meron, that they should take his life</w:t>
      </w:r>
    </w:p>
    <w:p>
      <w:r>
        <w:t>He is a Breslover, Breslov</w:t>
      </w:r>
    </w:p>
    <w:p>
      <w:r>
        <w:t>But the gentiles were afraid; they could not do {{him any}}, anything, and he was saved...</w:t>
      </w:r>
    </w:p>
    <w:p>
      <w:r>
        <w:t>...We, Teveria was a city, a city of people</w:t>
      </w:r>
    </w:p>
    <w:p>
      <w:r>
        <w:t>We were only two, two Breslovers; nu, nu, there was such a great uproar…</w:t>
      </w:r>
    </w:p>
    <w:p>
      <w:r>
        <w:t>...Rebbe Yisroel had a wife, and her name was Gittel, Gittel, Gittel’eh, {..}, that was her name</w:t>
      </w:r>
    </w:p>
    <w:p>
      <w:r>
        <w:t>And she went and engaged in charitable deeds, and.. “hospitality to guests” and “providing for a bride”</w:t>
      </w:r>
    </w:p>
    <w:p>
      <w:r>
        <w:t>She always went to receive money from the wealthy; she came before the greatest wealthy people in Yerushalayim and she said to them:</w:t>
      </w:r>
    </w:p>
    <w:p>
      <w:r>
        <w:t>“What do you have from all the wealth, from all the money? What, what will you have?”</w:t>
      </w:r>
    </w:p>
    <w:p>
      <w:r>
        <w:t>And they loved to hear what she spoke…</w:t>
      </w:r>
    </w:p>
    <w:p>
      <w:r>
        <w:t>...They were already outside of holiness, but they loved to hear words fr.. fr.. from Gittele</w:t>
      </w:r>
    </w:p>
    <w:p>
      <w:r>
        <w:t>She made an accounting for them, that they were poor, {that there is no}, there is no, they have nothing…</w:t>
      </w:r>
    </w:p>
    <w:p>
      <w:r>
        <w:t>...Rebbe Yisroel came from Chevron to Yerushalayim…</w:t>
      </w:r>
    </w:p>
    <w:p>
      <w:r>
        <w:t>...And took as a wife, Gittele…</w:t>
      </w:r>
    </w:p>
    <w:p>
      <w:r>
        <w:t>...Every day he went to a cold mikveh, as hot as fire, so was the coldness…</w:t>
      </w:r>
    </w:p>
    <w:p>
      <w:r>
        <w:t>...Every day he went to the mikveh of Tzfas, to the Arizal’s mikveh…</w:t>
      </w:r>
    </w:p>
    <w:p>
      <w:r>
        <w:t>...And the whole world were opponents of Breslov…</w:t>
      </w:r>
    </w:p>
    <w:p>
      <w:r>
        <w:t>...My father did not {understand}, no, did not know, was not {an opponent}</w:t>
      </w:r>
    </w:p>
    <w:p>
      <w:r>
        <w:t>Only he knew that I, if I would be Breslov, I would not have a wife, no wife would, would want</w:t>
      </w:r>
    </w:p>
    <w:p>
      <w:r>
        <w:t>To marry me, and I would have no wife and no children…</w:t>
      </w:r>
    </w:p>
    <w:p>
      <w:r>
        <w:t>...And so, Hashem gave him a wife.., he was divorced</w:t>
      </w:r>
    </w:p>
    <w:p>
      <w:r>
        <w:t>He gave him a wife, Gittele…</w:t>
      </w:r>
    </w:p>
    <w:p>
      <w:r>
        <w:t>...The whole world were opponents…</w:t>
      </w:r>
    </w:p>
    <w:p>
      <w:r>
        <w:t>...My father cried:</w:t>
      </w:r>
    </w:p>
    <w:p>
      <w:r>
        <w:t>“Who will take you? Breslov? Who will take you as a bridegroom?</w:t>
      </w:r>
    </w:p>
    <w:p>
      <w:r>
        <w:t>You will die without a wife, and without children”…</w:t>
      </w:r>
    </w:p>
    <w:p>
      <w:r>
        <w:t>...And my father-in-law also wanted to kill Rebbe Yisroel…</w:t>
      </w:r>
    </w:p>
    <w:p>
      <w:r>
        <w:t>...Why did he take his son-in-law…</w:t>
      </w:r>
    </w:p>
    <w:p>
      <w:r>
        <w:t>...And make him Breslov</w:t>
      </w:r>
    </w:p>
    <w:p>
      <w:r>
        <w:t>And make Breslov…</w:t>
      </w:r>
    </w:p>
    <w:p>
      <w:r>
        <w:t>...Hashem made Uri here, and he made this hut, it is like a house {{…., yes}}</w:t>
      </w:r>
    </w:p>
    <w:p>
      <w:r>
        <w:t>And, thank God, we have a place to rest and to talk, and to sleep ,and…</w:t>
      </w:r>
    </w:p>
    <w:p>
      <w:r>
        <w:t>...{Nu}, such a hut…</w:t>
      </w:r>
    </w:p>
    <w:p>
      <w:r>
        <w:t>...This hut, in the winter it is warm, and in the summer it is cold...</w:t>
      </w:r>
    </w:p>
    <w:p>
      <w:r>
        <w:t>...How did you make such a hut? It is impossible to understand,</w:t>
      </w:r>
    </w:p>
    <w:p>
      <w:r>
        <w:t>{{…}}…</w:t>
      </w:r>
    </w:p>
    <w:p>
      <w:r>
        <w:t>...How did you make such a hut?...</w:t>
      </w:r>
    </w:p>
    <w:p>
      <w:r>
        <w:t>...[Rebbe Yisroel, is it good to study only Rabbainu’s books?]</w:t>
      </w:r>
    </w:p>
    <w:p>
      <w:r>
        <w:t>Yes, yes, yes</w:t>
      </w:r>
    </w:p>
    <w:p>
      <w:r>
        <w:t>[Is it possible to do teshuvah?]</w:t>
      </w:r>
    </w:p>
    <w:p>
      <w:r>
        <w:t>This is the root of the Torah and the root of everything, the root of faith, and the root of teshuvah, and the root of everything</w:t>
      </w:r>
    </w:p>
    <w:p>
      <w:r>
        <w:t>[Rebbe Yisroel, if one studies, if one studies only Rabbainu’s books, is it possible to do teshuvah?] Yes, certainly, this is the essence, the root and the foundation of the entire Torah</w:t>
      </w:r>
    </w:p>
    <w:p>
      <w:r>
        <w:t>[Is it possible to be a kosher Jew? Is it possible to merit being a kosher Jew?</w:t>
      </w:r>
    </w:p>
    <w:p>
      <w:r>
        <w:t>Is it possible to merit being a kosher Jew, if one studies only Rabbainu’s books?]</w:t>
      </w:r>
    </w:p>
    <w:p>
      <w:r>
        <w:t>Yes, yes, yes, oh, oh, oh, oh</w:t>
      </w:r>
    </w:p>
    <w:p>
      <w:r>
        <w:t>{The wo..}.., every word of his is all our vitality, it gives life to the entire world</w:t>
      </w:r>
    </w:p>
    <w:p>
      <w:r>
        <w:t>[Rebbe Yisroel..]</w:t>
      </w:r>
    </w:p>
    <w:p>
      <w:r>
        <w:t>All, all Yisroel, all Yisroel, all the Jews</w:t>
      </w:r>
    </w:p>
    <w:p>
      <w:r>
        <w:t>The gentiles are not considered human beings, they are a kind of donkeys…</w:t>
      </w:r>
    </w:p>
    <w:p>
      <w:r>
        <w:t>...[Rabbainu’s Torah]</w:t>
      </w:r>
    </w:p>
    <w:p>
      <w:r>
        <w:t>Rabbainu’s Torah is Moshiach and more, and more, and more…</w:t>
      </w:r>
    </w:p>
    <w:p>
      <w:r>
        <w:t>...“A novelty like me has never yet existed in the world”</w:t>
      </w:r>
    </w:p>
    <w:p>
      <w:r>
        <w:t>[….]</w:t>
      </w:r>
    </w:p>
    <w:p>
      <w:r>
        <w:t>We merited to hear such a thing</w:t>
      </w:r>
    </w:p>
    <w:p>
      <w:r>
        <w:t>[Rebbe Yisroel, Rebbe Yisroel, what is Moshiach’s name? What is the name of Moshiach?]</w:t>
      </w:r>
    </w:p>
    <w:p>
      <w:r>
        <w:t>Ah, I do not have the strength to speak, leave me alone..</w:t>
      </w:r>
    </w:p>
    <w:p>
      <w:r>
        <w:t>..[Rebbe Yisroel, is the name of Moshiach “Nachman,” or “Na Nach Nachma Nachman”?]</w:t>
      </w:r>
    </w:p>
    <w:p>
      <w:r>
        <w:t>“Na Nach Nachma Nachman MeUman”</w:t>
      </w:r>
    </w:p>
    <w:p>
      <w:r>
        <w:t>[Is that the name of Moshiach?]</w:t>
      </w:r>
    </w:p>
    <w:p>
      <w:r>
        <w:t>Yes, that is the name of, of Rabbainu and of.. and all the tzaddikim.. are all encompassed i.. in this name</w:t>
      </w:r>
    </w:p>
    <w:p>
      <w:r>
        <w:t>[Of all the generations]</w:t>
      </w:r>
    </w:p>
    <w:p>
      <w:r>
        <w:t>The entire Torah and all the tzaddikim and all.. and everything</w:t>
      </w:r>
    </w:p>
    <w:p>
      <w:r>
        <w:t>[Of all the generations? Of all the generations?]</w:t>
      </w:r>
    </w:p>
    <w:p>
      <w:r>
        <w:t>All the generations…</w:t>
      </w:r>
    </w:p>
    <w:p>
      <w:r>
        <w:t>...The holy Rabbainu {he} revealed to us:</w:t>
      </w:r>
    </w:p>
    <w:p>
      <w:r>
        <w:t>“A novelty like me has never yet existed in the world”</w:t>
      </w:r>
    </w:p>
    <w:p>
      <w:r>
        <w:t>{A novelty like him arrived} who can help {us}</w:t>
      </w:r>
    </w:p>
    <w:p>
      <w:r>
        <w:t>[Did you understand what he is saying?]</w:t>
      </w:r>
    </w:p>
    <w:p>
      <w:r>
        <w:t>Even though we are as we are, he.. {{…}}</w:t>
      </w:r>
    </w:p>
    <w:p>
      <w:r>
        <w:t>[He said, that Rabbainu said…….]</w:t>
      </w:r>
    </w:p>
    <w:p>
      <w:r>
        <w:t>He can help us, he performs such wonders, that he rectifies; he said:</w:t>
      </w:r>
    </w:p>
    <w:p>
      <w:r>
        <w:t>“There are illnesses that have no cure, and I can heal also {illnesses}, also such illnesses”</w:t>
      </w:r>
    </w:p>
    <w:p>
      <w:r>
        <w:t>[…...]</w:t>
      </w:r>
    </w:p>
    <w:p>
      <w:r>
        <w:t>He heals us, he gives us life, he renews us</w:t>
      </w:r>
    </w:p>
    <w:p>
      <w:r>
        <w:t>And us and all Yisroel, consequently, yes</w:t>
      </w:r>
    </w:p>
    <w:p>
      <w:r>
        <w:t>And if he is already present in the world, there already is</w:t>
      </w:r>
    </w:p>
    <w:p>
      <w:r>
        <w:t>“Likutei Moharan”</w:t>
      </w:r>
    </w:p>
    <w:p>
      <w:r>
        <w:t>“Likutei Tefillos”</w:t>
      </w:r>
    </w:p>
    <w:p>
      <w:r>
        <w:t>“Likutei Halachos”</w:t>
      </w:r>
    </w:p>
    <w:p>
      <w:r>
        <w:t>There already are.. he.. such wonders, such lights, such wonders {that have not}, that have not yet been revealed.. in the world except through the holy Rabbainu…</w:t>
      </w:r>
    </w:p>
    <w:p>
      <w:r>
        <w:t>...He already, there already is in the world</w:t>
      </w:r>
    </w:p>
    <w:p>
      <w:r>
        <w:t>“Likutei Moharan”</w:t>
      </w:r>
    </w:p>
    <w:p>
      <w:r>
        <w:t>“Likutei Halachos”</w:t>
      </w:r>
    </w:p>
    <w:p>
      <w:r>
        <w:t>“Likutei Tefillos”</w:t>
      </w:r>
    </w:p>
    <w:p>
      <w:r>
        <w:t>[Everything is already here]</w:t>
      </w:r>
    </w:p>
    <w:p>
      <w:r>
        <w:t>He will make them all holy tzaddikim</w:t>
      </w:r>
    </w:p>
    <w:p>
      <w:r>
        <w:t>All the heretics, all the wicked, will be tzaddikim, {..}, through the holy Rabbainu</w:t>
      </w:r>
    </w:p>
    <w:p>
      <w:r>
        <w:t>{..}..</w:t>
      </w:r>
    </w:p>
    <w:p>
      <w:r>
        <w:t>[All the heretics do not believe]</w:t>
      </w:r>
    </w:p>
    <w:p>
      <w:r>
        <w:t>There is a saying from the holy Rabbainu:</w:t>
      </w:r>
    </w:p>
    <w:p>
      <w:r>
        <w:t>“There is a matter.. there is a matter through which everything is transformed for the good”</w:t>
      </w:r>
    </w:p>
    <w:p>
      <w:r>
        <w:t>There is such a matter, through which everything is transformed for the good</w:t>
      </w:r>
    </w:p>
    <w:p>
      <w:r>
        <w:t>The holy Rabbainu renews, he, he, he heals</w:t>
      </w:r>
    </w:p>
    <w:p>
      <w:r>
        <w:t>He heals every kind of illness in the world that has no cure</w:t>
      </w:r>
    </w:p>
    <w:p>
      <w:r>
        <w:t>And he, he rectifies and heals, {and renews}</w:t>
      </w:r>
    </w:p>
    <w:p>
      <w:r>
        <w:t>[…..]</w:t>
      </w:r>
    </w:p>
    <w:p>
      <w:r>
        <w:t>The light of the holy Rabbainu {of blessed memory} is already in the world, {….}</w:t>
      </w:r>
    </w:p>
    <w:p>
      <w:r>
        <w:t>Ah, ah..</w:t>
      </w:r>
    </w:p>
    <w:p>
      <w:r>
        <w:t>The holy Rabbainu</w:t>
      </w:r>
    </w:p>
    <w:p>
      <w:r>
        <w:t>The entire world, all the Jews, all the great ones, all of them were opponents of the holy Rabbainu</w:t>
      </w:r>
    </w:p>
    <w:p>
      <w:r>
        <w:t>And he defeated them all; he said:</w:t>
      </w:r>
    </w:p>
    <w:p>
      <w:r>
        <w:t>“Rebbe Nassan and I laugh at the entire world”</w:t>
      </w:r>
    </w:p>
    <w:p>
      <w:r>
        <w:t>[……]</w:t>
      </w:r>
    </w:p>
    <w:p>
      <w:r>
        <w:t>[…...]</w:t>
      </w:r>
    </w:p>
    <w:p>
      <w:r>
        <w:t>He heals and gives life and renews, new, renews</w:t>
      </w:r>
    </w:p>
    <w:p>
      <w:r>
        <w:t>Such lights, that without this the world would already have been, God forbid, destroyed</w:t>
      </w:r>
    </w:p>
    <w:p>
      <w:r>
        <w:t>And the holy Rabbainu is: “There is a matter..,” he is the matter; he revealed to us:</w:t>
      </w:r>
    </w:p>
    <w:p>
      <w:r>
        <w:t>“There is a matter through which everything is transformed for the good”</w:t>
      </w:r>
    </w:p>
    <w:p>
      <w:r>
        <w:t>There are heretics, and those who do not believe in the Torah, in Hashem, in the Torah</w:t>
      </w:r>
    </w:p>
    <w:p>
      <w:r>
        <w:t>They too have hope through the holy Rabbainu; he heals them, he renews them</w:t>
      </w:r>
    </w:p>
    <w:p>
      <w:r>
        <w:t>I see {{….}}, what he is making of me</w:t>
      </w:r>
    </w:p>
    <w:p>
      <w:r>
        <w:t>I was such a case, which had no hope from any side at all</w:t>
      </w:r>
    </w:p>
    <w:p>
      <w:r>
        <w:t>And he heals and renews everything, yes</w:t>
      </w:r>
    </w:p>
    <w:p>
      <w:r>
        <w:t>There will be a new world, {not like now}</w:t>
      </w:r>
    </w:p>
    <w:p>
      <w:r>
        <w:t>{{Rabbainu revealed that he.. Rabbainu}}</w:t>
      </w:r>
    </w:p>
    <w:p>
      <w:r>
        <w:t>“A novelty like me has never yet existed in the world”</w:t>
      </w:r>
    </w:p>
    <w:p>
      <w:r>
        <w:t>If he had already been in the world, would he be new?</w:t>
      </w:r>
    </w:p>
    <w:p>
      <w:r>
        <w:t>He is new, {and strengthens …}.., and renews all of us, ah.. {there is..}.., everything is transformed for the good</w:t>
      </w:r>
    </w:p>
    <w:p>
      <w:r>
        <w:t>“There is a matter through which everything is transformed for the good”; he is the matter</w:t>
      </w:r>
    </w:p>
    <w:p>
      <w:r>
        <w:t>Oy, what he does with us</w:t>
      </w:r>
    </w:p>
    <w:p>
      <w:r>
        <w:t>He takes such sick people, who have no cure, and he renews them</w:t>
      </w:r>
    </w:p>
    <w:p>
      <w:r>
        <w:t>And gives them a soul, and renews them, {….}, and they become tzaddikim</w:t>
      </w:r>
    </w:p>
    <w:p>
      <w:r>
        <w:t>From wicked people, from heretics, they become great, holy tzaddikim</w:t>
      </w:r>
    </w:p>
    <w:p>
      <w:r>
        <w:t>Through his power</w:t>
      </w:r>
    </w:p>
    <w:p>
      <w:r>
        <w:t>One word is enough for the entire world, one word of his, which he reveals</w:t>
      </w:r>
    </w:p>
    <w:p>
      <w:r>
        <w:t>He renews and heals the entire world, all the heretics, all the wicked</w:t>
      </w:r>
    </w:p>
    <w:p>
      <w:r>
        <w:t>And this is only if one can speak, but there are matters about which one cannot even speak anything</w:t>
      </w:r>
    </w:p>
    <w:p>
      <w:r>
        <w:t>Oy, and there is, Rabbainu is already present in the world, so, thank God, {…}, everything will be transformed for the good</w:t>
      </w:r>
    </w:p>
    <w:p>
      <w:r>
        <w:t>All the heresy and all the wicked will be transformed for the good</w:t>
      </w:r>
    </w:p>
    <w:p>
      <w:r>
        <w:t>“There is a matter through which everything is transformed for the good”</w:t>
      </w:r>
    </w:p>
    <w:p>
      <w:r>
        <w:t>Fortunate are we, how good is our portion, how pleasant is our lot.. fortunate are we, fortunate are we, fortunate are we, that we have such a Rebbe {a Rebbe\who reveals} such a light, {a hea.., such a healer}, such, such, such</w:t>
      </w:r>
    </w:p>
    <w:p>
      <w:r>
        <w:t>[Can we put in your teeth, can we put in your..]...</w:t>
      </w:r>
    </w:p>
    <w:p>
      <w:r>
        <w:t>...I merited to know one man, his name was Rebbe Yisroel (Kardonner), Yisroel Kardonner</w:t>
      </w:r>
    </w:p>
    <w:p>
      <w:r>
        <w:t>And I saw that the entire world is worth nothing without him</w:t>
      </w:r>
    </w:p>
    <w:p>
      <w:r>
        <w:t>And in a moment al.., he heals and renews the entire world through his wisdom, and through every word {of his}</w:t>
      </w:r>
    </w:p>
    <w:p>
      <w:r>
        <w:t>And Moshiach will come and Rabbainu will be revealed, and an entirely new world will be made</w:t>
      </w:r>
    </w:p>
    <w:p>
      <w:r>
        <w:t>[For us Moshiach comes]</w:t>
      </w:r>
    </w:p>
    <w:p>
      <w:r>
        <w:t>From a world of heresy, there will be only faith, faith and truth</w:t>
      </w:r>
    </w:p>
    <w:p>
      <w:r>
        <w:t>Ah.. ah, ho, ho, ho…</w:t>
      </w:r>
    </w:p>
    <w:p>
      <w:r>
        <w:t>...it will be good, {one needs the..} "There is a concept that everything is transformed for the good"</w:t>
      </w:r>
    </w:p>
    <w:p>
      <w:r>
        <w:t>The heretics who did not want to believe in Hashem, in the Torah, and did what they did</w:t>
      </w:r>
    </w:p>
    <w:p>
      <w:r>
        <w:t>And the holy Rabbainu br.., with one utterance he defeats them and shines such a light into them</w:t>
      </w:r>
    </w:p>
    <w:p>
      <w:r>
        <w:t>That they do not want any desire, they do not.., they will not want, only to serve Hashem</w:t>
      </w:r>
    </w:p>
    <w:p>
      <w:r>
        <w:t>Ah, fortunate are we, fortunate are we, fortunate are we</w:t>
      </w:r>
    </w:p>
    <w:p>
      <w:r>
        <w:t>[………]</w:t>
      </w:r>
    </w:p>
    <w:p>
      <w:r>
        <w:t>[…..….]…</w:t>
      </w:r>
    </w:p>
    <w:p>
      <w:r>
        <w:t>..."Fortunate are we, how good is our portion and how pleasant is our lot, and how beautiful is our inheritance, fortunate are we, fortunate are we..”</w:t>
      </w:r>
    </w:p>
    <w:p>
      <w:r>
        <w:t>[……]…</w:t>
      </w:r>
    </w:p>
    <w:p>
      <w:r>
        <w:t>...[…...]</w:t>
      </w:r>
    </w:p>
    <w:p>
      <w:r>
        <w:t>That we are now in the world, where the "Likutei Moharan" is already in the world</w:t>
      </w:r>
    </w:p>
    <w:p>
      <w:r>
        <w:t>The holy Rabbainu, if there is the "Likutei Tefilos"</w:t>
      </w:r>
    </w:p>
    <w:p>
      <w:r>
        <w:t>The "Likutei Tefilos"</w:t>
      </w:r>
    </w:p>
    <w:p>
      <w:r>
        <w:t>The "Likutei Halachos"</w:t>
      </w:r>
    </w:p>
    <w:p>
      <w:r>
        <w:t>What this is.. {{who am I}} will be revealed with the coming of Moshiach Tzidkainu</w:t>
      </w:r>
    </w:p>
    <w:p>
      <w:r>
        <w:t>[….]</w:t>
      </w:r>
    </w:p>
    <w:p>
      <w:r>
        <w:t>[The Rebbe gives remedies]</w:t>
      </w:r>
    </w:p>
    <w:p>
      <w:r>
        <w:t>Ho.. even if we were to speak all the days of the world, it would not suffice even, even about one utterance of Rabbainu; it is such a power, such a wisdom, it is such a wisdom, as had not yet been in the world, and he will transform {us} and he will heal {and renew} complete evildoers, complete heretics</w:t>
      </w:r>
    </w:p>
    <w:p>
      <w:r>
        <w:t>And they will be great tzaddikim, through the power of the holy Rabbainu</w:t>
      </w:r>
    </w:p>
    <w:p>
      <w:r>
        <w:t>Through the power of one utterance he, {he r.., he.. he..}</w:t>
      </w:r>
    </w:p>
    <w:p>
      <w:r>
        <w:t>[…]</w:t>
      </w:r>
    </w:p>
    <w:p>
      <w:r>
        <w:t>He r.., he renews the entire world with one utterance, he renews everything, {yes}</w:t>
      </w:r>
    </w:p>
    <w:p>
      <w:r>
        <w:t>Do you know my age? No</w:t>
      </w:r>
    </w:p>
    <w:p>
      <w:r>
        <w:t>[…]…</w:t>
      </w:r>
    </w:p>
    <w:p>
      <w:r>
        <w:t>...after one hundred years, there are also {matters\buildings} that need correction</w:t>
      </w:r>
    </w:p>
    <w:p>
      <w:r>
        <w:t>That need to be renewed {in this world}</w:t>
      </w:r>
    </w:p>
    <w:p>
      <w:r>
        <w:t>And he..there are such illnesses, for which there is no remedy, and the holy Rabbainu heals the entire world, everyone</w:t>
      </w:r>
    </w:p>
    <w:p>
      <w:r>
        <w:t>W.. with one utterance</w:t>
      </w:r>
    </w:p>
    <w:p>
      <w:r>
        <w:t>[Father, do you know where the Tehillim is?]…</w:t>
      </w:r>
    </w:p>
    <w:p>
      <w:r>
        <w:t>...the father and the mother, I h.. I had a father, father.. was blind for many years…</w:t>
      </w:r>
    </w:p>
    <w:p>
      <w:pPr>
        <w:pStyle w:val="Heading2"/>
      </w:pPr>
      <w:r>
        <w:t>Side B (Bais)</w:t>
      </w:r>
    </w:p>
    <w:p>
      <w:r>
        <w:t>...I had a father, father.. was blind for many years, was blind, and he cried before me:</w:t>
      </w:r>
    </w:p>
    <w:p>
      <w:r>
        <w:t>"Do not be Breslover, who will take you? You, you will die without sons, without anything</w:t>
      </w:r>
    </w:p>
    <w:p>
      <w:r>
        <w:t>What is this? What will become of you? Breslover?"</w:t>
      </w:r>
    </w:p>
    <w:p>
      <w:r>
        <w:t>And the mother..</w:t>
      </w:r>
    </w:p>
    <w:p>
      <w:r>
        <w:t>[…]</w:t>
      </w:r>
    </w:p>
    <w:p>
      <w:r>
        <w:t>{..}</w:t>
      </w:r>
    </w:p>
    <w:p>
      <w:r>
        <w:t>["Do they pray in Breslov?”]</w:t>
      </w:r>
    </w:p>
    <w:p>
      <w:r>
        <w:t>And to me the mother, she cried and said:</w:t>
      </w:r>
    </w:p>
    <w:p>
      <w:r>
        <w:t>"Oy vey, oy vey, my son Yisroel Ber became a Breslover"…</w:t>
      </w:r>
    </w:p>
    <w:p>
      <w:r>
        <w:t>...{and everyone spoke}, I was alone against the whole, the whole world</w:t>
      </w:r>
    </w:p>
    <w:p>
      <w:r>
        <w:t>The whole world pointed a finger, "Here is a Breslover"…</w:t>
      </w:r>
    </w:p>
    <w:p>
      <w:r>
        <w:t>...and we see that everything was transformed for the good</w:t>
      </w:r>
    </w:p>
    <w:p>
      <w:r>
        <w:t>Because everyone wants only Breslov, everyone wants only Breslov…</w:t>
      </w:r>
    </w:p>
    <w:p>
      <w:r>
        <w:t>...oy, {they are all Breslovers}</w:t>
      </w:r>
    </w:p>
    <w:p>
      <w:r>
        <w:t>And the holy Rabbainu cried so much before Hashem Yisbarach for us, and prayed for us, what w.. what w.., what, what will become o.. {of our brethren}? What will become of them?</w:t>
      </w:r>
    </w:p>
    <w:p>
      <w:r>
        <w:t>And he, and he revealed such remedies, even for sick people who have no hope at all</w:t>
      </w:r>
    </w:p>
    <w:p>
      <w:r>
        <w:t>For which there is no remedy and no hope at all, and with one utterance he transforms them, the entire world</w:t>
      </w:r>
    </w:p>
    <w:p>
      <w:r>
        <w:t>"Likutei Moharan," one utterance from "Likutei Moharan" includes all the tzaddikim and all the Torah</w:t>
      </w:r>
    </w:p>
    <w:p>
      <w:r>
        <w:t>There is no mouth and words {to speak}</w:t>
      </w:r>
    </w:p>
    <w:p>
      <w:r>
        <w:t>{One cannot speak and tell} what we have now in this world; the holy Rabbainu is already present in the world, and there will be another world, a new world…</w:t>
      </w:r>
    </w:p>
    <w:p>
      <w:r>
        <w:t>...{……..}…</w:t>
      </w:r>
    </w:p>
    <w:p>
      <w:r>
        <w:t>...and the whole world {they} will sing, "Fortunate are we, fortunate are we, fortunate are we"</w:t>
      </w:r>
    </w:p>
    <w:p>
      <w:r>
        <w:t>{Not yet, not yet anything}, fortunate are we that we.. {fortunate are we and fortunate are we}</w:t>
      </w:r>
    </w:p>
    <w:p>
      <w:r>
        <w:t>{…}, he is already present in our generations, we {…….}</w:t>
      </w:r>
    </w:p>
    <w:p>
      <w:r>
        <w:t>[Saba and the friends sing: "Na Naḥ Naḥma Naḥman MeUman.."]…</w:t>
      </w:r>
    </w:p>
    <w:p>
      <w:r>
        <w:t>...{…}, with every utterance of his he revives and heals, and strengthens and renews all Yisroel; with only one utterance of his, all the heretics and all the evildoers, he, "There is a concept that everything is transformed for the good"</w:t>
      </w:r>
    </w:p>
    <w:p>
      <w:r>
        <w:t>This is the holy Rabbainu, and this is not yet even, even a drop from the sea, not yet…</w:t>
      </w:r>
    </w:p>
    <w:p>
      <w:r>
        <w:t>...{..}…</w:t>
      </w:r>
    </w:p>
    <w:p>
      <w:r>
        <w:t>...{these are miracles}, every utterance that I speak is entirely miracles, new miracles…</w:t>
      </w:r>
    </w:p>
    <w:p>
      <w:r>
        <w:t>...{I knew, I merited to know Rebbe Yisroel (Kardonner)}</w:t>
      </w:r>
    </w:p>
    <w:p>
      <w:r>
        <w:t>{Who can estimate? Who can tell?}…</w:t>
      </w:r>
    </w:p>
    <w:p>
      <w:r>
        <w:t>...he had an only son, Mordechai</w:t>
      </w:r>
    </w:p>
    <w:p>
      <w:r>
        <w:t>[And Esther]</w:t>
      </w:r>
    </w:p>
    <w:p>
      <w:r>
        <w:t>An only son, to Rebbe Yisroel (Kardonner)</w:t>
      </w:r>
    </w:p>
    <w:p>
      <w:r>
        <w:t>[…..]</w:t>
      </w:r>
    </w:p>
    <w:p>
      <w:r>
        <w:t>And he also had a daughter, Esther, Mordechai and Esther</w:t>
      </w:r>
    </w:p>
    <w:p>
      <w:r>
        <w:t>What? Who can {merit}, these are such lights, and the holy Rabbainu gives us gifts</w:t>
      </w:r>
    </w:p>
    <w:p>
      <w:r>
        <w:t>He gives us.. such lights…</w:t>
      </w:r>
    </w:p>
    <w:p>
      <w:r>
        <w:t>...such a world that is {going and being destroyed} down to the fo.., down to the foundation</w:t>
      </w:r>
    </w:p>
    <w:p>
      <w:r>
        <w:t>There is no one with whom to speak, such heresy and..such darkness had still never been in the world, but the holy Rabbainu, with one utterance, he, he transforms everything…</w:t>
      </w:r>
    </w:p>
    <w:p>
      <w:r>
        <w:t>...such a world that is {going and being destroyed} down to the fo.., down to the foundation</w:t>
      </w:r>
    </w:p>
    <w:p>
      <w:r>
        <w:t>There is no one with whom to speak, such heresy and..such darkness had still never been in the world, but the holy Rabbainu, with one utterance, he, he transforms everything…</w:t>
      </w:r>
    </w:p>
    <w:p>
      <w:r>
        <w:t>...{the words of the tzaddik are so holy}</w:t>
      </w:r>
    </w:p>
    <w:p>
      <w:r>
        <w:t>There already is {the holy Rabbainu}, there already is the "Likutei Moharan" in the world</w:t>
      </w:r>
    </w:p>
    <w:p>
      <w:r>
        <w:t>And there already are "Likutei Halachos" and "Likutei Tefilos"</w:t>
      </w:r>
    </w:p>
    <w:p>
      <w:r>
        <w:t>From which the whole world is distant, they laugh at it, {yes}…</w:t>
      </w:r>
    </w:p>
    <w:p>
      <w:r>
        <w:t>...who has {for him some} utterance to speak of such a light</w:t>
      </w:r>
    </w:p>
    <w:p>
      <w:r>
        <w:t>Which is such a remedy, such a wisdom, that it transforms everything</w:t>
      </w:r>
    </w:p>
    <w:p>
      <w:r>
        <w:t>., all the heresy and all the evildoers he draws close to Hashem Yisbarach, and they become holy tzaddikim…</w:t>
      </w:r>
    </w:p>
    <w:p>
      <w:r>
        <w:t>...[yes..]</w:t>
      </w:r>
    </w:p>
    <w:p>
      <w:r>
        <w:t>{The holy Rabbainu, he, he will revive}</w:t>
      </w:r>
    </w:p>
    <w:p>
      <w:r>
        <w:t>{And everything will be transformed only.., everything with one utterance of the holy Rabbainu}</w:t>
      </w:r>
    </w:p>
    <w:p>
      <w:r>
        <w:t>He revives; with one utterance he revives and heals {the entire world}, and renews the entire world</w:t>
      </w:r>
    </w:p>
    <w:p>
      <w:r>
        <w:t>With one utterance {of his}, {….}</w:t>
      </w:r>
    </w:p>
    <w:p>
      <w:r>
        <w:t>[……….]</w:t>
      </w:r>
    </w:p>
    <w:p>
      <w:r>
        <w:t>[One utterance]</w:t>
      </w:r>
    </w:p>
    <w:p>
      <w:r>
        <w:t>{{..}}, Rabbainu's name is "Na..</w:t>
      </w:r>
    </w:p>
    <w:p>
      <w:r>
        <w:t>[Na..]</w:t>
      </w:r>
    </w:p>
    <w:p>
      <w:r>
        <w:t>Na.."…</w:t>
      </w:r>
    </w:p>
    <w:p>
      <w:r>
        <w:t>...these words are written: "It is a great mitzvah</w:t>
      </w:r>
    </w:p>
    <w:p>
      <w:r>
        <w:t>[To always be joyful]</w:t>
      </w:r>
    </w:p>
    <w:p>
      <w:r>
        <w:t>Always"</w:t>
      </w:r>
    </w:p>
    <w:p>
      <w:r>
        <w:t>{That we should be, ah.. ah, attached to Rabbainu}, to the holy Rabbainu always {……………………………………………………}</w:t>
      </w:r>
    </w:p>
    <w:p>
      <w:r>
        <w:t>{…………………………………………………...}</w:t>
      </w:r>
    </w:p>
    <w:p>
      <w:r>
        <w:t>Everything, he gives us everything, only we spoil through, through the desires, through..</w:t>
      </w:r>
    </w:p>
    <w:p>
      <w:r>
        <w:t>But as {already that he said, we have with what to {rejoice\rely}</w:t>
      </w:r>
    </w:p>
    <w:p>
      <w:r>
        <w:t>There is already Rabbainu, there is already in the world; when the holy Rabbainu descended into the world, he said:</w:t>
      </w:r>
    </w:p>
    <w:p>
      <w:r>
        <w:t>"For myself I do not, do not need {to descend}"</w:t>
      </w:r>
    </w:p>
    <w:p>
      <w:r>
        <w:t>He descended in order..</w:t>
      </w:r>
    </w:p>
    <w:p>
      <w:r>
        <w:t>In order to come to correct you, to correct you all, and also to learn, and to teach you all</w:t>
      </w:r>
    </w:p>
    <w:p>
      <w:r>
        <w:t>To reveal good things to you, which are, which are good in this world and in the World to Come, yes</w:t>
      </w:r>
    </w:p>
    <w:p>
      <w:r>
        <w:t>Ho.. one does not need to lie down a lot</w:t>
      </w:r>
    </w:p>
    <w:p>
      <w:r>
        <w:t>[In Hebrew, Saba, in Hebrew]</w:t>
      </w:r>
    </w:p>
    <w:p>
      <w:r>
        <w:t>{…}</w:t>
      </w:r>
    </w:p>
    <w:p>
      <w:r>
        <w:t>[In Hebrew]</w:t>
      </w:r>
    </w:p>
    <w:p>
      <w:r>
        <w:t>One does not need to sleep a lot, and one does not need to eat a lot.. only with intellect, with wisdom</w:t>
      </w:r>
    </w:p>
    <w:p>
      <w:r>
        <w:t>The mother of, of Rabbainu of blessed memory, she, she merited to bear such a son, the holy Rabbainu</w:t>
      </w:r>
    </w:p>
    <w:p>
      <w:r>
        <w:t>[...]</w:t>
      </w:r>
    </w:p>
    <w:p>
      <w:r>
        <w:t>She said to him:</w:t>
      </w:r>
    </w:p>
    <w:p>
      <w:r>
        <w:t>"My son, you do not eat anything, how can you live? I have never seen you eat" He tasted only a little, and.. {and went off}</w:t>
      </w:r>
    </w:p>
    <w:p>
      <w:r>
        <w:t>[He went to speak with Hashem Yisbarach]</w:t>
      </w:r>
    </w:p>
    <w:p>
      <w:r>
        <w:t>Then she said to him:</w:t>
      </w:r>
    </w:p>
    <w:p>
      <w:r>
        <w:t>"From what can you live, if you do not eat anything?"</w:t>
      </w:r>
    </w:p>
    <w:p>
      <w:r>
        <w:t>She gave him mezonos and coffee, and he {did not}.. {only\ran} to eat</w:t>
      </w:r>
    </w:p>
    <w:p>
      <w:r>
        <w:t>Then she said to him:</w:t>
      </w:r>
    </w:p>
    <w:p>
      <w:r>
        <w:t>"You do not eat anything, what? How will you have strength to serve Hashem?"</w:t>
      </w:r>
    </w:p>
    <w:p>
      <w:r>
        <w:t>Then he said to her:</w:t>
      </w:r>
    </w:p>
    <w:p>
      <w:r>
        <w:t>"I, his strength, mine, 'wisdom gives life,' I live from 'wisdom gives life'"</w:t>
      </w:r>
    </w:p>
    <w:p>
      <w:r>
        <w:t>Wisdom, {what} wisdom</w:t>
      </w:r>
    </w:p>
    <w:p>
      <w:r>
        <w:t>["An ever-flowing stream, a source of wisdom"]</w:t>
      </w:r>
    </w:p>
    <w:p>
      <w:r>
        <w:t>He has such a.., he.. he.. his matter, “Likutay Moharan” is first of all prayer..</w:t>
      </w:r>
    </w:p>
    <w:p>
      <w:r>
        <w:t>[In Hebrew]</w:t>
      </w:r>
    </w:p>
    <w:p>
      <w:r>
        <w:t>Prayer</w:t>
      </w:r>
    </w:p>
    <w:p>
      <w:r>
        <w:t>[In Hebrew]</w:t>
      </w:r>
    </w:p>
    <w:p>
      <w:r>
        <w:t>This is above the mind, am I saying it, or is someone saying it on his own? {…. no ….}</w:t>
      </w:r>
    </w:p>
    <w:p>
      <w:r>
        <w:t>He reveals to us {and us} everything, how to live, how to eat, how to sleep</w:t>
      </w:r>
    </w:p>
    <w:p>
      <w:r>
        <w:t>We need to see what he teaches us, what he reveals to us</w:t>
      </w:r>
    </w:p>
    <w:p>
      <w:r>
        <w:t>But he already, already we have everything that we need</w:t>
      </w:r>
    </w:p>
    <w:p>
      <w:r>
        <w:t>Such a Rebbe, fortunate are we that we have such a Rebbe</w:t>
      </w:r>
    </w:p>
    <w:p>
      <w:r>
        <w:t>Who reveals to us how to live {and how it will be}, and how to eat, how to sleep</w:t>
      </w:r>
    </w:p>
    <w:p>
      <w:r>
        <w:t>But if one does not learn, {nu}, one does not know</w:t>
      </w:r>
    </w:p>
    <w:p>
      <w:r>
        <w:t>So he, he is in the world, and they do not know, there is a treasure in the house, {{..}}</w:t>
      </w:r>
    </w:p>
    <w:p>
      <w:r>
        <w:t>{…}, people tell: One person had no livelihood</w:t>
      </w:r>
    </w:p>
    <w:p>
      <w:r>
        <w:t>[Yes]</w:t>
      </w:r>
    </w:p>
    <w:p>
      <w:r>
        <w:t>He traveled to look for some thing through which to earn a livelihood</w:t>
      </w:r>
    </w:p>
    <w:p>
      <w:r>
        <w:t>You.., so he dreamed a dream, that in such-and-such a city..</w:t>
      </w:r>
    </w:p>
    <w:p>
      <w:r>
        <w:t>[In Hebrew, Saba, in Hebrew]</w:t>
      </w:r>
    </w:p>
    <w:p>
      <w:r>
        <w:t>And in such-and-such a place, {…..} such-and-such</w:t>
      </w:r>
    </w:p>
    <w:p>
      <w:r>
        <w:t>[In Hebrew, in Hebrew]</w:t>
      </w:r>
    </w:p>
    <w:p>
      <w:r>
        <w:t>Eh?</w:t>
      </w:r>
    </w:p>
    <w:p>
      <w:r>
        <w:t>[In Hebrew]</w:t>
      </w:r>
    </w:p>
    <w:p>
      <w:r>
        <w:t>Yo</w:t>
      </w:r>
    </w:p>
    <w:p>
      <w:r>
        <w:t>[Yes]</w:t>
      </w:r>
    </w:p>
    <w:p>
      <w:r>
        <w:t>So he had no livelihood, he went to look for a livelihood</w:t>
      </w:r>
    </w:p>
    <w:p>
      <w:r>
        <w:t>He dreamed that there is a Jew whose name is so-and-so, and in his house there is a treasure, a treasure that is worth millions</w:t>
      </w:r>
    </w:p>
    <w:p>
      <w:r>
        <w:t>And he is looking for {a livelihood}?</w:t>
      </w:r>
    </w:p>
    <w:p>
      <w:r>
        <w:t>He does not know</w:t>
      </w:r>
    </w:p>
    <w:p>
      <w:r>
        <w:t>He, the livelihood is with him, only we spoil it through our deeds</w:t>
      </w:r>
    </w:p>
    <w:p>
      <w:r>
        <w:t>Through the cravings, through things that are not, not good, {yes}, we spoil it</w:t>
      </w:r>
    </w:p>
    <w:p>
      <w:r>
        <w:t>[But Rabbainu said: "If you believe that they can spoil.."]</w:t>
      </w:r>
    </w:p>
    <w:p>
      <w:r>
        <w:t>Eh?</w:t>
      </w:r>
    </w:p>
    <w:p>
      <w:r>
        <w:t>["Believe..”]</w:t>
      </w:r>
    </w:p>
    <w:p>
      <w:r>
        <w:t>"That they can repair"</w:t>
      </w:r>
    </w:p>
    <w:p>
      <w:r>
        <w:t>[Repair?]</w:t>
      </w:r>
    </w:p>
    <w:p>
      <w:r>
        <w:t>Eh? Who repairs?</w:t>
      </w:r>
    </w:p>
    <w:p>
      <w:r>
        <w:t>[Rabbainu]</w:t>
      </w:r>
    </w:p>
    <w:p>
      <w:r>
        <w:t>Oh, he, he, he revealed this, did you spoil it? Come to me, {{now I repair it}}</w:t>
      </w:r>
    </w:p>
    <w:p>
      <w:r>
        <w:t>He spoke briefly, and also with wisdom</w:t>
      </w:r>
    </w:p>
    <w:p>
      <w:r>
        <w:t>That we should pay attention to understand what he is saying, what he is teaching us</w:t>
      </w:r>
    </w:p>
    <w:p>
      <w:r>
        <w:t>He teaches us everything, how to live and how to eat and how to sleep, {how ….}</w:t>
      </w:r>
    </w:p>
    <w:p>
      <w:r>
        <w:t>He, he reveals to us and illuminates for us, and instills in us wisdom and understanding, how, what do we have to do in this world? Fortunate are we that we have such a Rebbe</w:t>
      </w:r>
    </w:p>
    <w:p>
      <w:r>
        <w:t>[Eh..]…</w:t>
      </w:r>
    </w:p>
    <w:p>
      <w:r>
        <w:t>...how, great pity</w:t>
      </w:r>
    </w:p>
    <w:p>
      <w:r>
        <w:t>[Yes]</w:t>
      </w:r>
    </w:p>
    <w:p>
      <w:r>
        <w:t>That we merit {a time of life}, after all, there is a time for how long to live</w:t>
      </w:r>
    </w:p>
    <w:p>
      <w:r>
        <w:t>[Yes]</w:t>
      </w:r>
    </w:p>
    <w:p>
      <w:r>
        <w:t>Every {mo..ment} is accounted for, nu, if we do not pay attention, then, eh.. the time is {very short}</w:t>
      </w:r>
    </w:p>
    <w:p>
      <w:r>
        <w:t>{No, one does not make many prayers}</w:t>
      </w:r>
    </w:p>
    <w:p>
      <w:r>
        <w:t>But there is such a Rebbe, who reveals to us and illuminates for us what {there is}, what we have to do in this world…</w:t>
      </w:r>
    </w:p>
    <w:p>
      <w:r>
        <w:t>...I was born in such a house of poverty as does not exist in the world, {this did not exist………in the world}</w:t>
      </w:r>
    </w:p>
    <w:p>
      <w:r>
        <w:t>And the piece of bread was a treasure</w:t>
      </w:r>
    </w:p>
    <w:p>
      <w:r>
        <w:t>{Yes}, Mother gave me, and I w.., {…}, I was, I was a good child, a good student</w:t>
      </w:r>
    </w:p>
    <w:p>
      <w:r>
        <w:t>Nu, I went to the "cheder," {nu, what, what?}, Mother, understood that I needed to eat</w:t>
      </w:r>
    </w:p>
    <w:p>
      <w:r>
        <w:t>Because f.., a.. and I am going to the "cheder," until, until.. until mealtime is a long time</w:t>
      </w:r>
    </w:p>
    <w:p>
      <w:r>
        <w:t>{Oy, nebech (poor thing)}, she gave me, so that when another three hours have passed, I will have something to eat</w:t>
      </w:r>
    </w:p>
    <w:p>
      <w:r>
        <w:t>I took it, and there was a couple {in the hekdesh}, a couple, an old woman, old people, and they were poor, he went..</w:t>
      </w:r>
    </w:p>
    <w:p>
      <w:r>
        <w:t>[Yosef Noach]</w:t>
      </w:r>
    </w:p>
    <w:p>
      <w:r>
        <w:t>To ask for some {charity}, a coin, some bread</w:t>
      </w:r>
    </w:p>
    <w:p>
      <w:r>
        <w:t>[Who is this? Yosef Noach? Saba]</w:t>
      </w:r>
    </w:p>
    <w:p>
      <w:r>
        <w:t>Nu, he..</w:t>
      </w:r>
    </w:p>
    <w:p>
      <w:r>
        <w:t>[Yosef, Yosef Noach]</w:t>
      </w:r>
    </w:p>
    <w:p>
      <w:r>
        <w:t>Yosef Noach, do you remember?</w:t>
      </w:r>
    </w:p>
    <w:p>
      <w:r>
        <w:t>[…]</w:t>
      </w:r>
    </w:p>
    <w:p>
      <w:r>
        <w:t>It was, it was during Parashat 'Noach,' and his name was Yosef Noach</w:t>
      </w:r>
    </w:p>
    <w:p>
      <w:r>
        <w:t>I came and gave the bread so that he would have something to eat, he and his wife</w:t>
      </w:r>
    </w:p>
    <w:p>
      <w:r>
        <w:t>And I, mealtime arrived and I had nothing to eat, {….}</w:t>
      </w:r>
    </w:p>
    <w:p>
      <w:r>
        <w:t>[In Hebrew, Saba, in Hebrew]</w:t>
      </w:r>
    </w:p>
    <w:p>
      <w:r>
        <w:t>Yo</w:t>
      </w:r>
    </w:p>
    <w:p>
      <w:r>
        <w:t>[In Hebrew]</w:t>
      </w:r>
    </w:p>
    <w:p>
      <w:r>
        <w:t>Mealtime arrived, and I had nothing to eat, I gave it to this poor man, so I had nothing to eat</w:t>
      </w:r>
    </w:p>
    <w:p>
      <w:r>
        <w:t>And I did not {co..}, and I could not bring into my heart the words that Rabbainu, the Rebbe, spoke</w:t>
      </w:r>
    </w:p>
    <w:p>
      <w:r>
        <w:t>Nu, {…}, he spoke:</w:t>
      </w:r>
    </w:p>
    <w:p>
      <w:r>
        <w:t>"This week is Parashat 'Noach'"</w:t>
      </w:r>
    </w:p>
    <w:p>
      <w:r>
        <w:t>{But I was not for you}, but I was hungry and I had.. yes, {….. and not }</w:t>
      </w:r>
    </w:p>
    <w:p>
      <w:r>
        <w:t>And I did not receive what he said, nu, what, what can be done?</w:t>
      </w:r>
    </w:p>
    <w:p>
      <w:r>
        <w:t>I cannot receive, I am hungry, so I have no..</w:t>
      </w:r>
    </w:p>
    <w:p>
      <w:r>
        <w:t>Shoin, {the Rebbe says….}: "This week is Parashat 'Noach'"</w:t>
      </w:r>
    </w:p>
    <w:p>
      <w:r>
        <w:t>Several times, and the students received it, he, he, he asked the students:</w:t>
      </w:r>
    </w:p>
    <w:p>
      <w:r>
        <w:t>"Which parashah is this week?"</w:t>
      </w:r>
    </w:p>
    <w:p>
      <w:r>
        <w:t>There were students who did not pay attention and did not, and did not bring the words into their hearts, and did not, and did not, and did not know</w:t>
      </w:r>
    </w:p>
    <w:p>
      <w:r>
        <w:t>And I was hungry, and did not know at all what he was saying, what he was speaking, he said:</w:t>
      </w:r>
    </w:p>
    <w:p>
      <w:r>
        <w:t>That this week is Parashat'Noach,' and I did not, did not hear and did not know and did not, and did not receive</w:t>
      </w:r>
    </w:p>
    <w:p>
      <w:r>
        <w:t>So he asks, he, he saw some, student like me who does not know anything of what he, what he is speaking</w:t>
      </w:r>
    </w:p>
    <w:p>
      <w:r>
        <w:t>So he asked some student, he said to him: "This week is Parashat 'Noach'"</w:t>
      </w:r>
    </w:p>
    <w:p>
      <w:r>
        <w:t>He came to me, and asked me:</w:t>
      </w:r>
    </w:p>
    <w:p>
      <w:r>
        <w:t>"Yisroel Ber, tell me, which parashah is today?"</w:t>
      </w:r>
    </w:p>
    <w:p>
      <w:r>
        <w:t>I did not know at all whether it was Parashat'Noach,' whether, whether there is Torah, whether there is a parashah, I knew nothing</w:t>
      </w:r>
    </w:p>
    <w:p>
      <w:r>
        <w:t>In short, the Rebbe was angry, he {said}: "How many</w:t>
      </w:r>
    </w:p>
    <w:p>
      <w:r>
        <w:t>times I said, {that the heavens}, this week is Parashat 'Noach,' and he does not..</w:t>
      </w:r>
    </w:p>
    <w:p>
      <w:r>
        <w:t>Does not pay attention, does not receive and does not know, it is as though he was not at the table</w:t>
      </w:r>
    </w:p>
    <w:p>
      <w:r>
        <w:t>As though there is no Rebbe, as though there is no, no {this}, he knew nothing"</w:t>
      </w:r>
    </w:p>
    <w:p>
      <w:r>
        <w:t>And I remember it, the parashah, the Parashat 'Noach,' I received blows from the Rebbe:</w:t>
      </w:r>
    </w:p>
    <w:p>
      <w:r>
        <w:t>"What is this? I say so many times, this week is Parashat 'Noach,'" and you know nothing</w:t>
      </w:r>
    </w:p>
    <w:p>
      <w:r>
        <w:t>What, what, what am I speaking, what? {…}"</w:t>
      </w:r>
    </w:p>
    <w:p>
      <w:r>
        <w:t>[Eh..]</w:t>
      </w:r>
    </w:p>
    <w:p>
      <w:r>
        <w:t>Oy, at the time I gave the poor man the piece of bread.. {…}</w:t>
      </w:r>
    </w:p>
    <w:p>
      <w:r>
        <w:t>{…}, and I went to the "cheder," and mealtime arrived, every student had something to eat</w:t>
      </w:r>
    </w:p>
    <w:p>
      <w:r>
        <w:t>And I had nothing to eat, and did not know what, what he was speaking, what he was teaching</w:t>
      </w:r>
    </w:p>
    <w:p>
      <w:r>
        <w:t>And you remember this {the Parashat 'Noach'}</w:t>
      </w:r>
    </w:p>
    <w:p>
      <w:r>
        <w:t>[I remember]</w:t>
      </w:r>
    </w:p>
    <w:p>
      <w:r>
        <w:t>Eh?</w:t>
      </w:r>
    </w:p>
    <w:p>
      <w:r>
        <w:t>[You did not remember which parashah, and you did not remember the parashah, you could not remember]</w:t>
      </w:r>
    </w:p>
    <w:p>
      <w:r>
        <w:t>No, I did not know at all whether there is a parashah, which parashah</w:t>
      </w:r>
    </w:p>
    <w:p>
      <w:r>
        <w:t>I did not know at all what he {was saying}, with whom {he was speaking}</w:t>
      </w:r>
    </w:p>
    <w:p>
      <w:r>
        <w:t>He was speaking, and I did not, did not, did not receive, I was hungry, I did not know at all what he was speaking</w:t>
      </w:r>
    </w:p>
    <w:p>
      <w:r>
        <w:t>And the Rebbe was quick-tempered, and he became angry with me:</w:t>
      </w:r>
    </w:p>
    <w:p>
      <w:r>
        <w:t>"How many times I said that this week is Parashat 'Noach'</w:t>
      </w:r>
    </w:p>
    <w:p>
      <w:r>
        <w:t>And you do not know, do not know at all, even which parashah is this week</w:t>
      </w:r>
    </w:p>
    <w:p>
      <w:r>
        <w:t>As though he is not in the world, as though he is not in the.. in the "cheder""</w:t>
      </w:r>
    </w:p>
    <w:p>
      <w:r>
        <w:t>And the Rebbe, he, he was old, and I was a child, he gave me blows, and I feel the blows to this day</w:t>
      </w:r>
    </w:p>
    <w:p>
      <w:r>
        <w:t>"What is this? How many times I said: This week is Parashat 'Noach'</w:t>
      </w:r>
    </w:p>
    <w:p>
      <w:r>
        <w:t>And you do not know at all, as though, as though you are not in the world, as though you are not in the house, you know nothing"</w:t>
      </w:r>
    </w:p>
    <w:p>
      <w:r>
        <w:t>I {said}, the bread to the poor man, I was very happy, that he and his wife would have something to eat…</w:t>
      </w:r>
    </w:p>
    <w:p>
      <w:r>
        <w:t>...They gave them bread and also olive oil and also something else, and I knew {nothing}</w:t>
      </w:r>
    </w:p>
    <w:p>
      <w:r>
        <w:t>I had great shame, that I was one student who knew nothing</w:t>
      </w:r>
    </w:p>
    <w:p>
      <w:r>
        <w:t>Oy, {….} when he asked: "Which is the parashah of the week?"</w:t>
      </w:r>
    </w:p>
    <w:p>
      <w:r>
        <w:t>Nu, I felt that I was losing heart, that I was losing my whole life</w:t>
      </w:r>
    </w:p>
    <w:p>
      <w:r>
        <w:t>Because I did not know what he was speaking</w:t>
      </w:r>
    </w:p>
    <w:p>
      <w:r>
        <w:t>I received blows, {…}…</w:t>
      </w:r>
    </w:p>
    <w:p>
      <w:r>
        <w:t>...I wanted to.. fulfill the mitzvah of tzedakah, and to have mercy on a poor man</w:t>
      </w:r>
    </w:p>
    <w:p>
      <w:r>
        <w:t>So I gave him the bread that I needed to eat</w:t>
      </w:r>
    </w:p>
    <w:p>
      <w:r>
        <w:t>Mother gave me the bread, and she gave it to me with a few drops of olive oil, so I said:</w:t>
      </w:r>
    </w:p>
    <w:p>
      <w:r>
        <w:t>“Mother, give me another drop”</w:t>
      </w:r>
    </w:p>
    <w:p>
      <w:r>
        <w:t>Then she shouted at me:</w:t>
      </w:r>
    </w:p>
    <w:p>
      <w:r>
        <w:t>“What is this? There will not be any for Shabbos, all of Shabbos it is o.., it is the oil</w:t>
      </w:r>
    </w:p>
    <w:p>
      <w:r>
        <w:t>If I give you another drop, then there will not be, then I will not have enough oil {..} for the cholent”…</w:t>
      </w:r>
    </w:p>
    <w:p>
      <w:r>
        <w:t>...[]</w:t>
      </w:r>
    </w:p>
    <w:p>
      <w:r>
        <w:t>But I did not, did not know the parashah, which parashah</w:t>
      </w:r>
    </w:p>
    <w:p>
      <w:r>
        <w:t>The Rebbe asked me: “Yisroel Ber, tell me, which parashah is this week?”</w:t>
      </w:r>
    </w:p>
    <w:p>
      <w:r>
        <w:t>I did not know, I did not hear at all what he was speaking, I did not understand at all what, what he was speaking</w:t>
      </w:r>
    </w:p>
    <w:p>
      <w:r>
        <w:t>Then he gives me blows:</w:t>
      </w:r>
    </w:p>
    <w:p>
      <w:r>
        <w:t>“I say so many times that this week is Parashat'Noach,' and you do not know at all</w:t>
      </w:r>
    </w:p>
    <w:p>
      <w:r>
        <w:t>If this week is Parashat 'Noach,' where were you?”…</w:t>
      </w:r>
    </w:p>
    <w:p>
      <w:r>
        <w:t>...Oy, how many drops fell from each one, from the greatness of his sorrow that he is not, not a holy man</w:t>
      </w:r>
    </w:p>
    <w:p>
      <w:r>
        <w:t>That he is strong in the desire, {then he says}:</w:t>
      </w:r>
    </w:p>
    <w:p>
      <w:r>
        <w:t>“What, what will become of me? What will be? Is this the purpose? To indulge desires? For this I live?”</w:t>
      </w:r>
    </w:p>
    <w:p>
      <w:r>
        <w:t>But I do not say “Tikkun HaKlali,” because the “Tikkun HaKlali” is only a remedy</w:t>
      </w:r>
    </w:p>
    <w:p>
      <w:r>
        <w:t>So when one needs a remedy, then “Tikkun HaKlali”</w:t>
      </w:r>
    </w:p>
    <w:p>
      <w:r>
        <w:t>But I do not need it, so I do not say “Tikkun HaKlali”</w:t>
      </w:r>
    </w:p>
    <w:p>
      <w:r>
        <w:t>And I forgot to say the “Tikkun HaKlali”</w:t>
      </w:r>
    </w:p>
    <w:p>
      <w:r>
        <w:t>[Baruch Hashem]…</w:t>
      </w:r>
    </w:p>
    <w:p>
      <w:r>
        <w:t>...I did not have desires</w:t>
      </w:r>
    </w:p>
    <w:p>
      <w:r>
        <w:t>[No..]</w:t>
      </w:r>
    </w:p>
    <w:p>
      <w:r>
        <w:t>I did not have any desire, not, not, not in thought and not in anything</w:t>
      </w:r>
    </w:p>
    <w:p>
      <w:r>
        <w:t>As though there is no desire in the world</w:t>
      </w:r>
    </w:p>
    <w:p>
      <w:r>
        <w:t>I used to conduct myself every day to go to the mikveh and to pray and to say “Tikkun HaKlali”</w:t>
      </w:r>
    </w:p>
    <w:p>
      <w:r>
        <w:t>I do not, do not say “Tikkun HaKlali,” so I forgot the “Tikkun HaKlali”…</w:t>
      </w:r>
    </w:p>
    <w:p>
      <w:r>
        <w:t>...I do not need to say “Tikkun HaKlali”…</w:t>
      </w:r>
    </w:p>
    <w:p>
      <w:r>
        <w:t>...It is only a remedy, one who, chas v'shalom, fell, then immediately he, he, he..</w:t>
      </w:r>
    </w:p>
    <w:p>
      <w:r>
        <w:t>As though nothing, nothing, nothing happened, yes</w:t>
      </w:r>
    </w:p>
    <w:p>
      <w:r>
        <w:t>And he said “Tikkun HaKlali” with tears and with a broken heart, as though he had transgressed the entire Torah, yes</w:t>
      </w:r>
    </w:p>
    <w:p>
      <w:r>
        <w:t>And I saw this</w:t>
      </w:r>
    </w:p>
    <w:p>
      <w:r>
        <w:t>[Who, who is this, who is this? Saba]</w:t>
      </w:r>
    </w:p>
    <w:p>
      <w:r>
        <w:t>Eh?</w:t>
      </w:r>
    </w:p>
    <w:p>
      <w:r>
        <w:t>[Who was it who said this?]</w:t>
      </w:r>
    </w:p>
    <w:p>
      <w:r>
        <w:t>One man</w:t>
      </w:r>
    </w:p>
    <w:p>
      <w:r>
        <w:t>[Yes]</w:t>
      </w:r>
    </w:p>
    <w:p>
      <w:r>
        <w:t>I do not, do not remember who he is</w:t>
      </w:r>
    </w:p>
    <w:p>
      <w:r>
        <w:t>And I, and he, I saw one man who was saying “Tikkun HaKlali” with such tears</w:t>
      </w:r>
    </w:p>
    <w:p>
      <w:r>
        <w:t>That one could die, to hear, to hear words {such as these, such}</w:t>
      </w:r>
    </w:p>
    <w:p>
      <w:r>
        <w:t>He felt the taste of death, from his having fallen into desire</w:t>
      </w:r>
    </w:p>
    <w:p>
      <w:r>
        <w:t>[Ay..]</w:t>
      </w:r>
    </w:p>
    <w:p>
      <w:r>
        <w:t>And Baruch Hashem, I also, but today, I do not know that there is desire in the world</w:t>
      </w:r>
    </w:p>
    <w:p>
      <w:r>
        <w:t>So I do not say “Tikkun HaKlali,” I forgot…</w:t>
      </w:r>
    </w:p>
    <w:p>
      <w:r>
        <w:t>...When one lies down, some desire can enter</w:t>
      </w:r>
    </w:p>
    <w:p>
      <w:r>
        <w:t>And because of this, only when he awakens from sleep, he should immediately pour water and wash his hands</w:t>
      </w:r>
    </w:p>
    <w:p>
      <w:r>
        <w:t>So that the impurity will go away from us…</w:t>
      </w:r>
    </w:p>
    <w:p>
      <w:r>
        <w:t>...The holy Rabbainu found a remedy.. {{.}}, for the desire, in which the whole world stumbles</w:t>
      </w:r>
    </w:p>
    <w:p>
      <w:r>
        <w:t>All {{the rabbis}}</w:t>
      </w:r>
    </w:p>
    <w:p>
      <w:r>
        <w:t>Oy, what I saw, how many people would cry {…} when they said the “Tikkun HaKlali”</w:t>
      </w:r>
    </w:p>
    <w:p>
      <w:r>
        <w:t>They would cry and cry, and cry:</w:t>
      </w:r>
    </w:p>
    <w:p>
      <w:r>
        <w:t>“What? What will become of me? I am so immersed in desires, what will be, what will become of me?”</w:t>
      </w:r>
    </w:p>
    <w:p>
      <w:r>
        <w:t>I also had desires, and I saw how he cried so much before Hashem Yisbarach, and I also cried…</w:t>
      </w:r>
    </w:p>
    <w:p>
      <w:r>
        <w:t>...And today no, no desire comes upon me and no thought and no..</w:t>
      </w:r>
    </w:p>
    <w:p>
      <w:r>
        <w:t>Oy, oy, oy, oy, oy vey, oy vey…</w:t>
      </w:r>
    </w:p>
    <w:p>
      <w:r>
        <w:t>...I so, I tell you exactly:</w:t>
      </w:r>
    </w:p>
    <w:p>
      <w:r>
        <w:t>“It was very difficult for me to descend to you, my precious student, to tell you that I derived great pleasure from your service {{very much . .}} and about you I said, My little fire will burn until Mashiach comes..” [Beautiful]</w:t>
      </w:r>
    </w:p>
    <w:p>
      <w:r>
        <w:t>[Can one ask him about a conversation..]</w:t>
      </w:r>
    </w:p>
    <w:p>
      <w:r>
        <w:t>“And with this I will reveal a secret to you: on the seventeenth of Tammuz they will say that you are not fasting”…</w:t>
      </w:r>
    </w:p>
    <w:p>
      <w:r>
        <w:t>...[A difficult question]</w:t>
      </w:r>
    </w:p>
    <w:p>
      <w:r>
        <w:t>{Shoin}, but the main thing is what was written in the Petek, in this Petek:</w:t>
      </w:r>
    </w:p>
    <w:p>
      <w:r>
        <w:t>{….}[The Petek, the Petek is the main thing] {…}[Where, where did you find it?]{….}[The Petek, the Petek is the main thing] {…}[Where, where did you find it?]“It was very difficult for me to descend to you, my precious student, to tell you that I derived great pleasure from your service, and about you I said, My little fire will burn until Mashiach comes. Be strong and courageous in your service” [This is the main thing..]</w:t>
      </w:r>
    </w:p>
    <w:p>
      <w:r>
        <w:t>{….}</w:t>
      </w:r>
    </w:p>
    <w:p>
      <w:r>
        <w:t>[The Petek, the Petek is the main thing] {…}</w:t>
      </w:r>
    </w:p>
    <w:p>
      <w:r>
        <w:t>[Where, where did you find it?]</w:t>
      </w:r>
    </w:p>
    <w:p>
      <w:r>
        <w:t>{….}</w:t>
      </w:r>
    </w:p>
    <w:p>
      <w:r>
        <w:t>[The Petek, the Petek is the main thing] {…}</w:t>
      </w:r>
    </w:p>
    <w:p>
      <w:r>
        <w:t>[Where, where did you find it?]</w:t>
      </w:r>
    </w:p>
    <w:p>
      <w:r>
        <w:t>“And with this {I will reveal to you} a secret on the seventeenth, on the seventeenth of Tammuz..” I know what happened, no, {that it should not be}, I did not fast</w:t>
      </w:r>
    </w:p>
    <w:p>
      <w:r>
        <w:t>[I did not understand]</w:t>
      </w:r>
    </w:p>
    <w:p>
      <w:r>
        <w:t>{..}</w:t>
      </w:r>
    </w:p>
    <w:p>
      <w:r>
        <w:t>[……..]</w:t>
      </w:r>
    </w:p>
    <w:p>
      <w:r>
        <w:t>[That he did not fast]…</w:t>
      </w:r>
    </w:p>
    <w:p>
      <w:r>
        <w:t>...“That on the seventeenth of Tammuz they will say that you are not fasting”</w:t>
      </w:r>
    </w:p>
    <w:p>
      <w:r>
        <w:t>No one, no one knew this, only I myself</w:t>
      </w:r>
    </w:p>
    <w:p>
      <w:r>
        <w:t>[..]</w:t>
      </w:r>
    </w:p>
    <w:p>
      <w:r>
        <w:t>It was a secret</w:t>
      </w:r>
    </w:p>
    <w:p>
      <w:r>
        <w:t>[That is the reason he broke the fast, ..]…</w:t>
      </w:r>
    </w:p>
    <w:p>
      <w:r>
        <w:t>...[..]</w:t>
      </w:r>
    </w:p>
    <w:p>
      <w:r>
        <w:t>He signed with this signature</w:t>
      </w:r>
    </w:p>
    <w:p>
      <w:r>
        <w:t>[How will we get him to speak?]</w:t>
      </w:r>
    </w:p>
    <w:p>
      <w:r>
        <w:t>“Na Naḥ Naḥma Naḥman MeUman”</w:t>
      </w:r>
    </w:p>
    <w:p>
      <w:r>
        <w:t>[…..]</w:t>
      </w:r>
    </w:p>
    <w:p>
      <w:r>
        <w:t>This is his signature</w:t>
      </w:r>
    </w:p>
    <w:p>
      <w:r>
        <w:t>[How, how, how is the melody?]…</w:t>
      </w:r>
    </w:p>
    <w:p>
      <w:r>
        <w:t>...{{….}}</w:t>
      </w:r>
    </w:p>
    <w:p>
      <w:r>
        <w:t>[Saba sings: “Our greatness and our glory Mashiach Tzidkeinu will reveal..”]</w:t>
      </w:r>
    </w:p>
    <w:p>
      <w:r>
        <w:t>Nu</w:t>
      </w:r>
    </w:p>
    <w:p>
      <w:r>
        <w:t>[Our greatness..]..</w:t>
      </w:r>
    </w:p>
    <w:p>
      <w:r>
        <w:t>...Nu</w:t>
      </w:r>
    </w:p>
    <w:p>
      <w:r>
        <w:t>[Our greatness..]</w:t>
      </w:r>
    </w:p>
    <w:p>
      <w:r>
        <w:t>This melody</w:t>
      </w:r>
    </w:p>
    <w:p>
      <w:r>
        <w:t>[Saba continues singing: “Our greatness and our glory Mashiach Tzidkeinu will reveal..”]</w:t>
      </w:r>
    </w:p>
    <w:p>
      <w:r>
        <w:t>[More, a little more]</w:t>
      </w:r>
    </w:p>
    <w:p>
      <w:r>
        <w:t>{A melody, a melody}</w:t>
      </w:r>
    </w:p>
    <w:p>
      <w:r>
        <w:t>[In a little while Shabbos comes in, there is a..]…</w:t>
      </w:r>
    </w:p>
    <w:p>
      <w:r>
        <w:t>...[Saba sings:</w:t>
      </w:r>
    </w:p>
    <w:p>
      <w:r>
        <w:t>“An accomplished woman, who can find? And her worth is far beyond pearls,</w:t>
      </w:r>
    </w:p>
    <w:p>
      <w:r>
        <w:t>Her husband’s heart trusts in her, and he will lack no gain</w:t>
      </w:r>
    </w:p>
    <w:p>
      <w:r>
        <w:t>She bestows good upon him and not evil, all the days of her life</w:t>
      </w:r>
    </w:p>
    <w:p>
      <w:r>
        <w:t>She seeks wool and flax, and works willingly with her hands</w:t>
      </w:r>
    </w:p>
    <w:p>
      <w:r>
        <w:t>She was like the merchant ships; from afar she brings her bread.”]</w:t>
      </w:r>
    </w:p>
    <w:p>
      <w:r>
        <w:t>I have no strength…</w:t>
      </w:r>
    </w:p>
    <w:p>
      <w:r>
        <w:t>[“I have no strength”]</w:t>
      </w:r>
    </w:p>
    <w:p>
      <w:r>
        <w:t>[That is it, Saba, no strength?]…</w:t>
      </w:r>
    </w:p>
    <w:p>
      <w:r>
        <w:t>...[Saba and Shimon of Todi sing: “Mighty in kingship”]…</w:t>
      </w:r>
    </w:p>
    <w:p>
      <w:r>
        <w:br w:type="page"/>
      </w:r>
    </w:p>
    <w:p>
      <w:pPr>
        <w:pStyle w:val="Heading1"/>
      </w:pPr>
      <w:r>
        <w:t>Tape 110</w:t>
      </w:r>
    </w:p>
    <w:p>
      <w:pPr>
        <w:pStyle w:val="Heading2"/>
      </w:pPr>
      <w:r>
        <w:t>Side A (Aleph)</w:t>
      </w:r>
    </w:p>
    <w:p>
      <w:r>
        <w:t>...[Saba and the friends sing: “Mighty in kingship..”]…</w:t>
      </w:r>
    </w:p>
    <w:p>
      <w:r>
        <w:t>...[Saba and the friends sing: “Mighty in kingship..”</w:t>
      </w:r>
    </w:p>
    <w:p>
      <w:r>
        <w:t>Afterward they sing: “Bring near the day that is neither day nor night..”]</w:t>
      </w:r>
    </w:p>
    <w:p>
      <w:r>
        <w:t>{I will repay (after)}</w:t>
      </w:r>
    </w:p>
    <w:p>
      <w:r>
        <w:t>[And afterward, what is the song? Rebbe Yisroel, we forgot]</w:t>
      </w:r>
    </w:p>
    <w:p>
      <w:r>
        <w:t>“Exalted One, make known:</w:t>
      </w:r>
    </w:p>
    <w:p>
      <w:r>
        <w:t>[Yes]</w:t>
      </w:r>
    </w:p>
    <w:p>
      <w:r>
        <w:t>“Make known, make known, make known”</w:t>
      </w:r>
    </w:p>
    <w:p>
      <w:r>
        <w:t>[……..]...</w:t>
      </w:r>
    </w:p>
    <w:p>
      <w:r>
        <w:t>...Do not understand, and still do not understand</w:t>
      </w:r>
    </w:p>
    <w:p>
      <w:r>
        <w:t>He can create a new world in one moment, {..}..</w:t>
      </w:r>
    </w:p>
    <w:p>
      <w:r>
        <w:t>He gives us, in his holy words, he gives us such gifts</w:t>
      </w:r>
    </w:p>
    <w:p>
      <w:r>
        <w:t>That never existed, that have still not been revealed at all in the world</w:t>
      </w:r>
    </w:p>
    <w:p>
      <w:r>
        <w:t>{This, so this} is all for our benefit, so that he can heal us, enliven us, renew us</w:t>
      </w:r>
    </w:p>
    <w:p>
      <w:r>
        <w:t>{And who can speak this and speak?}</w:t>
      </w:r>
    </w:p>
    <w:p>
      <w:r>
        <w:t>What we have, {what}.. oy vey</w:t>
      </w:r>
    </w:p>
    <w:p>
      <w:r>
        <w:t>{Ah, praises like th.., in all kinds of expressions}, these are praises like a drop from the sea</w:t>
      </w:r>
    </w:p>
    <w:p>
      <w:r>
        <w:t>If we say that every utterance of Rabbainu is a great thing</w:t>
      </w:r>
    </w:p>
    <w:p>
      <w:r>
        <w:t>{….}, with our remedies, with our rectifications</w:t>
      </w:r>
    </w:p>
    <w:p>
      <w:r>
        <w:t>Sea, no, no, no, it is not enough to tell even one utterance</w:t>
      </w:r>
    </w:p>
    <w:p>
      <w:r>
        <w:t>What is it? It is.. it is such a new power and wisdom, that did not exist, that still no, no such Torah has been revealed in the world at all, like we have such a Torah in the revealed and the hidden, {yes}</w:t>
      </w:r>
    </w:p>
    <w:p>
      <w:r>
        <w:t>{And.. and.. and.. and..}, ah, one utterance from Rabbainu encompasses everything</w:t>
      </w:r>
    </w:p>
    <w:p>
      <w:r>
        <w:t>In order to heal us, in order to renew us and to heal us with a complete healing</w:t>
      </w:r>
    </w:p>
    <w:p>
      <w:r>
        <w:t>{..}, who can tell? Who can describe?</w:t>
      </w:r>
    </w:p>
    <w:p>
      <w:r>
        <w:t>Oy.. {{. .}}, miracles and wonders, that there is such a light in this world</w:t>
      </w:r>
    </w:p>
    <w:p>
      <w:r>
        <w:t>{Who}.., there is a Rebbe</w:t>
      </w:r>
    </w:p>
    <w:p>
      <w:r>
        <w:t>All the gaonim do not have—from all their genius they do not have one utterance from Rabbainu, {{. .}}</w:t>
      </w:r>
    </w:p>
    <w:p>
      <w:r>
        <w:t>Nu, this.. one needs to make His might known to human beings</w:t>
      </w:r>
    </w:p>
    <w:p>
      <w:r>
        <w:t>One needs to make known in the world what is happening in the world</w:t>
      </w:r>
    </w:p>
    <w:p>
      <w:r>
        <w:t>{……..} There are for us {….} such kinds of remedies as never existed</w:t>
      </w:r>
    </w:p>
    <w:p>
      <w:r>
        <w:t>{..}, every Torah teaching he revealed is all the tzaddikim</w:t>
      </w:r>
    </w:p>
    <w:p>
      <w:r>
        <w:t>{He revealed to us in..} one utterance of his is the totality of the entire Torah and the totality of the souls of Yisroel</w:t>
      </w:r>
    </w:p>
    <w:p>
      <w:r>
        <w:t>{There was not...}, what is destined to be revealed, and what, and what has been revealed, what is destined to be revealed</w:t>
      </w:r>
    </w:p>
    <w:p>
      <w:r>
        <w:t>{This}.. everything is in one utterance of Rabbainu, {ho.. ho.. ho..}</w:t>
      </w:r>
    </w:p>
    <w:p>
      <w:r>
        <w:t>I lie here, and my mind and my heart are in Rabbainu’s words</w:t>
      </w:r>
    </w:p>
    <w:p>
      <w:r>
        <w:t>And I see that the whole world does not know one utterance from Rabbainu</w:t>
      </w:r>
    </w:p>
    <w:p>
      <w:r>
        <w:t>All the great ones and all the gaonim, {and everyone here}, do not know one utterance from Rabbainu</w:t>
      </w:r>
    </w:p>
    <w:p>
      <w:r>
        <w:t>{If the world..}.., if they knew a drop from the sea</w:t>
      </w:r>
    </w:p>
    <w:p>
      <w:r>
        <w:t>The whole world would not be able to receive such a light</w:t>
      </w:r>
    </w:p>
    <w:p>
      <w:r>
        <w:t>Yes, it shines a light for us, {such a light}, how to live in every moment, all the days of our lives</w:t>
      </w:r>
    </w:p>
    <w:p>
      <w:r>
        <w:t>And all the remedies and all the salvations</w:t>
      </w:r>
    </w:p>
    <w:p>
      <w:r>
        <w:t>Oy vey iz mir, {fortunate are we}, {………..and laughs}</w:t>
      </w:r>
    </w:p>
    <w:p>
      <w:r>
        <w:t>Oy vey...</w:t>
      </w:r>
    </w:p>
    <w:p>
      <w:r>
        <w:t>...All the gaonim and all the great ones do not have even one drop from the great sea</w:t>
      </w:r>
    </w:p>
    <w:p>
      <w:r>
        <w:t>What there is in one utterance from Rabbainu, this is a new thing; his thing has still not existed in the world</w:t>
      </w:r>
    </w:p>
    <w:p>
      <w:r>
        <w:t>And when this is revea.., revealed, there will be, there will be a new world</w:t>
      </w:r>
    </w:p>
    <w:p>
      <w:r>
        <w:t>We will not have time to speak any utterance</w:t>
      </w:r>
    </w:p>
    <w:p>
      <w:r>
        <w:t>I.. this is the rule: we still know nothing at all of Rabbainu, we and the whole world</w:t>
      </w:r>
    </w:p>
    <w:p>
      <w:r>
        <w:t>And all the gaonim {{if they come}} are still not enough to grasp one utterance of Rabbainu</w:t>
      </w:r>
    </w:p>
    <w:p>
      <w:r>
        <w:t>I have no strength, I have no strength</w:t>
      </w:r>
    </w:p>
    <w:p>
      <w:r>
        <w:t>Oy, oy.. what kind of world is this? {Like this from all..…}</w:t>
      </w:r>
    </w:p>
    <w:p>
      <w:r>
        <w:t>One sees what is wrought from an utterance of the holy Rabbainu, the whole world</w:t>
      </w:r>
    </w:p>
    <w:p>
      <w:r>
        <w:t>The whole world does not know one utterance from Rabbainu, the whole world, all the gaonim, all the {grea..}...</w:t>
      </w:r>
    </w:p>
    <w:p>
      <w:r>
        <w:t>...Not for nothing did we wait, we waited so long for Mashiach Tzidkeinu</w:t>
      </w:r>
    </w:p>
    <w:p>
      <w:r>
        <w:t>Mashiach Tzidkeinu will be a student of Rabbainu</w:t>
      </w:r>
    </w:p>
    <w:p>
      <w:r>
        <w:t>Ah, ah, oy vey.. destined {to come..}..</w:t>
      </w:r>
    </w:p>
    <w:p>
      <w:r>
        <w:t>Such wonders will come to us from Heaven, such a fire, as never existed</w:t>
      </w:r>
    </w:p>
    <w:p>
      <w:r>
        <w:t>That this will illuminate {and brighten} for us the entire Torah and all the wisdoms, {what this is}, ay.., there is no speaking here of what there is in one utterance from Rabbainu</w:t>
      </w:r>
    </w:p>
    <w:p>
      <w:r>
        <w:t>“Oy the Rebbe, Rebbe, Rebbe, Rebbe”, the whole world will shout:</w:t>
      </w:r>
    </w:p>
    <w:p>
      <w:r>
        <w:t>“The Rebbe, the Rebbe, the Rebbe, the Rebbe, the Rebbe”, the whole world…</w:t>
      </w:r>
    </w:p>
    <w:p>
      <w:r>
        <w:t>...Ah, in one moment he, he, he illuminates the whole world, {brings fire} into the whole world…</w:t>
      </w:r>
    </w:p>
    <w:p>
      <w:r>
        <w:t>...To know of Hashem Yisbarach, {from all the holy wisdom}</w:t>
      </w:r>
    </w:p>
    <w:p>
      <w:r>
        <w:t>Ah, and.. and who can describe? Who can tell?…</w:t>
      </w:r>
    </w:p>
    <w:p>
      <w:r>
        <w:t>...Oy vey, oy vey, oy vey, that he.., what he can do, do for us and with the whole world</w:t>
      </w:r>
    </w:p>
    <w:p>
      <w:r>
        <w:t>{…}, who, who can {speak about this?}</w:t>
      </w:r>
    </w:p>
    <w:p>
      <w:r>
        <w:t>. {...}</w:t>
      </w:r>
    </w:p>
    <w:p>
      <w:r>
        <w:t>All {the sages}, all the gaonim do not know one utterance from Rabbainu</w:t>
      </w:r>
    </w:p>
    <w:p>
      <w:r>
        <w:t>They, when they feel this, and see {who shines this fire}</w:t>
      </w:r>
    </w:p>
    <w:p>
      <w:r>
        <w:t>What every utterance of Rabbainu is</w:t>
      </w:r>
    </w:p>
    <w:p>
      <w:r>
        <w:t>The “Sippurei Maasiyos”</w:t>
      </w:r>
    </w:p>
    <w:p>
      <w:r>
        <w:t>The “Likutey Moharan”</w:t>
      </w:r>
    </w:p>
    <w:p>
      <w:r>
        <w:t>The “Likutey Halachos”</w:t>
      </w:r>
    </w:p>
    <w:p>
      <w:r>
        <w:t>The “Likutey Eitzos”</w:t>
      </w:r>
    </w:p>
    <w:p>
      <w:r>
        <w:t>“Likutey Tefillos”</w:t>
      </w:r>
    </w:p>
    <w:p>
      <w:r>
        <w:t>{Ah, ah, and what this is, what}</w:t>
      </w:r>
    </w:p>
    <w:p>
      <w:r>
        <w:t>I lie here, {what is in my heart}</w:t>
      </w:r>
    </w:p>
    <w:p>
      <w:r>
        <w:t>Only if one thinks.. about one utterance from Rabbainu, it is a sea, every utterance</w:t>
      </w:r>
    </w:p>
    <w:p>
      <w:r>
        <w:t>One utterance is the great sea, a sea of wis.., the sea of wisdom, a sea, such a sea, a sea of remedies and salvations, ah, ah, ah..</w:t>
      </w:r>
    </w:p>
    <w:p>
      <w:r>
        <w:t>There still was not, as Rabbainu said:</w:t>
      </w:r>
    </w:p>
    <w:p>
      <w:r>
        <w:t>“A novelty like me has still never been in the world”</w:t>
      </w:r>
    </w:p>
    <w:p>
      <w:r>
        <w:t>He had mercy on us, and revealed to us a drop from the sea</w:t>
      </w:r>
    </w:p>
    <w:p>
      <w:r>
        <w:t>{{“A novelty like me has still not.., in the world, in the world”}}</w:t>
      </w:r>
    </w:p>
    <w:p>
      <w:r>
        <w:t>This {drop, ah}, is not like a drop from the sea</w:t>
      </w:r>
    </w:p>
    <w:p>
      <w:r>
        <w:t>{Now it will be in the world, this will be}, wo.., a new world, we will see, we will see</w:t>
      </w:r>
    </w:p>
    <w:p>
      <w:r>
        <w:t>[When will this be? Saba, Saba, when will this be? Saba]</w:t>
      </w:r>
    </w:p>
    <w:p>
      <w:r>
        <w:t>This already exists, “will be,” already exists, {what one receives from this, this}.. oy..</w:t>
      </w:r>
    </w:p>
    <w:p>
      <w:r>
        <w:t>One does not need to search, it already exists in every place and in every, in every stone and in every building and in every person, nu, full of treasures, such lights, such wonders, that this is.. ah, this is..</w:t>
      </w:r>
    </w:p>
    <w:p>
      <w:r>
        <w:t>Rabbainu, Rabbainu, Rabbainu, Rabbainu, Rabbainu</w:t>
      </w:r>
    </w:p>
    <w:p>
      <w:r>
        <w:t>{And also} the whole world will sing, “Rabbainu, Rabbainu, Rabbainu”</w:t>
      </w:r>
    </w:p>
    <w:p>
      <w:r>
        <w:t>Ah.. fortunate are we, fortunate are we, fortunate are we, fortunate are we, fortunate are we</w:t>
      </w:r>
    </w:p>
    <w:p>
      <w:r>
        <w:t>[Fortunate are we]</w:t>
      </w:r>
    </w:p>
    <w:p>
      <w:r>
        <w:t>A sea of, a sea of such new salvations and remedies, there has still not been, it has still not been revealed in the world; now it will be revealed.. and there will be a new world</w:t>
      </w:r>
    </w:p>
    <w:p>
      <w:r>
        <w:t>Ah, ah, ah, ah, ah.. Rabbainu, Rabbainu, Rabbainu</w:t>
      </w:r>
    </w:p>
    <w:p>
      <w:r>
        <w:t>Oy, Rabbainu, Rabbainu, oy, such a Rebbe</w:t>
      </w:r>
    </w:p>
    <w:p>
      <w:r>
        <w:t>Fortunate are we that we have such a Rebbe</w:t>
      </w:r>
    </w:p>
    <w:p>
      <w:r>
        <w:t>Who can heal illnesses that have no remedy, and he can immediately heal all the illnesses</w:t>
      </w:r>
    </w:p>
    <w:p>
      <w:r>
        <w:t>{{Here there are}} all the salvations</w:t>
      </w:r>
    </w:p>
    <w:p>
      <w:r>
        <w:t>There will not be enough time to praise, to tell the wonders of one utterance from Rabbainu</w:t>
      </w:r>
    </w:p>
    <w:p>
      <w:r>
        <w:t>The whole Torah is waiting for whoever wi..</w:t>
      </w:r>
    </w:p>
    <w:p>
      <w:r>
        <w:t>Rabbainu Rebbe Nachman, ho, there already is {……………..}…</w:t>
      </w:r>
    </w:p>
    <w:p>
      <w:r>
        <w:t>...All the people {that he found}, whom he finds at home, in.. in.. in.. in.. the street</w:t>
      </w:r>
    </w:p>
    <w:p>
      <w:r>
        <w:t>Thus people, thus {they} told me, a great fear</w:t>
      </w:r>
    </w:p>
    <w:p>
      <w:r>
        <w:t>This is an animal that does not fear human beings</w:t>
      </w:r>
    </w:p>
    <w:p>
      <w:r>
        <w:t>[And it roams in an inhabited place]</w:t>
      </w:r>
    </w:p>
    <w:p>
      <w:r>
        <w:t>{This is new, this, this is an animal.., it goes and eats living human beings}</w:t>
      </w:r>
    </w:p>
    <w:p>
      <w:r>
        <w:t>Ah, oy, oy, oy, oy</w:t>
      </w:r>
    </w:p>
    <w:p>
      <w:r>
        <w:t>[This is an animal that did not exist before]</w:t>
      </w:r>
    </w:p>
    <w:p>
      <w:r>
        <w:t>No, a new animal has been revealed, a new animal, that does not fear human beings…</w:t>
      </w:r>
    </w:p>
    <w:p>
      <w:r>
        <w:t>...{Oy}, oy vey, oy vey…</w:t>
      </w:r>
    </w:p>
    <w:p>
      <w:r>
        <w:t>...{Great}…</w:t>
      </w:r>
    </w:p>
    <w:p>
      <w:r>
        <w:t>...[Is this animal in the form of a human being, or does it appear in the form of an animal?]</w:t>
      </w:r>
    </w:p>
    <w:p>
      <w:r>
        <w:t>I do not know; what I heard, what they told me, I say…</w:t>
      </w:r>
    </w:p>
    <w:p>
      <w:r>
        <w:t>...[How can one know which is the animal, which is the animal?]</w:t>
      </w:r>
    </w:p>
    <w:p>
      <w:r>
        <w:t>I do not know anything</w:t>
      </w:r>
    </w:p>
    <w:p>
      <w:r>
        <w:t>[Where can it be found?]</w:t>
      </w:r>
    </w:p>
    <w:p>
      <w:r>
        <w:t>[In the marketplace, he says, it goes in the marketplace and eats human beings]</w:t>
      </w:r>
    </w:p>
    <w:p>
      <w:r>
        <w:t>[……..]…</w:t>
      </w:r>
    </w:p>
    <w:p>
      <w:r>
        <w:t>...[What did Rebbe Yisroel (Kardonner) do?]</w:t>
      </w:r>
    </w:p>
    <w:p>
      <w:r>
        <w:t>Eh?</w:t>
      </w:r>
    </w:p>
    <w:p>
      <w:r>
        <w:t>[What did Rebbe Yisroel (Kardonner) do?]</w:t>
      </w:r>
    </w:p>
    <w:p>
      <w:r>
        <w:t>He brought me close to Rabbainu</w:t>
      </w:r>
    </w:p>
    <w:p>
      <w:r>
        <w:t>[Yes, yes, but when he wanted to..]</w:t>
      </w:r>
    </w:p>
    <w:p>
      <w:r>
        <w:t>And my father-in-law wanted to kill him over this</w:t>
      </w:r>
    </w:p>
    <w:p>
      <w:r>
        <w:t>[And when he wanted to beat him]</w:t>
      </w:r>
    </w:p>
    <w:p>
      <w:r>
        <w:t>Eh?</w:t>
      </w:r>
    </w:p>
    <w:p>
      <w:r>
        <w:t>[When he wanted to beat him, how did Rebbe Yisroel (Kardonner) conduct himself?] {…..}, ho...</w:t>
      </w:r>
    </w:p>
    <w:p>
      <w:r>
        <w:t>...He pulled out his beard, yes, {a wicked evildoer}, and also {humiliated him}, he greatly disgraced him, but, Boruch Hashem…</w:t>
      </w:r>
    </w:p>
    <w:p>
      <w:r>
        <w:t>...[Rebbe Yisroel, once you said that it is a very grave thing not to give honor to the tzaddikim, to harm the honor of the tzaddikim, and that for this Hashem repays]</w:t>
      </w:r>
    </w:p>
    <w:p>
      <w:r>
        <w:t>Ho, what do you know?</w:t>
      </w:r>
    </w:p>
    <w:p>
      <w:r>
        <w:t>[Once you said that perhaps because of this, …</w:t>
      </w:r>
    </w:p>
    <w:p>
      <w:r>
        <w:t>Once you said that perhaps because of this he was, he was..]</w:t>
      </w:r>
    </w:p>
    <w:p>
      <w:r>
        <w:t>{He died}…</w:t>
      </w:r>
    </w:p>
    <w:p>
      <w:r>
        <w:t>...Only we need to put into our hearts {in this, in the Torah}</w:t>
      </w:r>
    </w:p>
    <w:p>
      <w:r>
        <w:t>{To put our li.., th.. all our vitality and that of our offspring} into this</w:t>
      </w:r>
    </w:p>
    <w:p>
      <w:r>
        <w:t>...We need to give over our entire soul and.. and.. and our offspring for this, and that the books of Rabbainu, of blessed memory, should be in every place; then there will be the complete redemption…</w:t>
      </w:r>
    </w:p>
    <w:p>
      <w:r>
        <w:t>...Ah, ah…</w:t>
      </w:r>
    </w:p>
    <w:p>
      <w:r>
        <w:t>...[Yes, Rebbe Yisroel]</w:t>
      </w:r>
    </w:p>
    <w:p>
      <w:r>
        <w:t>Hold my hand</w:t>
      </w:r>
    </w:p>
    <w:p>
      <w:r>
        <w:t>[Hold his hand]</w:t>
      </w:r>
    </w:p>
    <w:p>
      <w:r>
        <w:t>Firmly</w:t>
      </w:r>
    </w:p>
    <w:p>
      <w:r>
        <w:t>[Yes]</w:t>
      </w:r>
    </w:p>
    <w:p>
      <w:r>
        <w:t>And that they should not come</w:t>
      </w:r>
    </w:p>
    <w:p>
      <w:r>
        <w:t>[…………...]</w:t>
      </w:r>
    </w:p>
    <w:p>
      <w:r>
        <w:t>[…………...]</w:t>
      </w:r>
    </w:p>
    <w:p>
      <w:r>
        <w:t>Oy vey, oy vey, oy vey, oy vey</w:t>
      </w:r>
    </w:p>
    <w:p>
      <w:r>
        <w:t>[Do you want to lie down?]</w:t>
      </w:r>
    </w:p>
    <w:p>
      <w:r>
        <w:t>Ah, ah, oy, oy, oy</w:t>
      </w:r>
    </w:p>
    <w:p>
      <w:r>
        <w:t>[Saba, do you want a little olive oil on the body]</w:t>
      </w:r>
    </w:p>
    <w:p>
      <w:r>
        <w:t>Oy vey, vey, vey, vey, vey</w:t>
      </w:r>
    </w:p>
    <w:p>
      <w:r>
        <w:t>Fr..{the Gemara says} such things, what never was, what was never known to the world</w:t>
      </w:r>
    </w:p>
    <w:p>
      <w:r>
        <w:t>There still have not been such things; this is part of the matter that there will be the complete redemption, when they print the books of Rabbainu {…. studies with} the books of Rabbainu, {then this will be it}</w:t>
      </w:r>
    </w:p>
    <w:p>
      <w:r>
        <w:t>The boys and the girls and the little girls and.. and the whole world will engage in the books of Rabbainu…</w:t>
      </w:r>
    </w:p>
    <w:p>
      <w:r>
        <w:t>...Ah, oy, oy, oy, oy, oy, oy, oy, oy vey</w:t>
      </w:r>
    </w:p>
    <w:p>
      <w:r>
        <w:t>Ah.. Yaakov</w:t>
      </w:r>
    </w:p>
    <w:p>
      <w:r>
        <w:t>[Yes, Rebbe Yisroel]</w:t>
      </w:r>
    </w:p>
    <w:p>
      <w:r>
        <w:t>Do not leave me</w:t>
      </w:r>
    </w:p>
    <w:p>
      <w:r>
        <w:t>[No]</w:t>
      </w:r>
    </w:p>
    <w:p>
      <w:r>
        <w:t>Oy, oy vey</w:t>
      </w:r>
    </w:p>
    <w:p>
      <w:r>
        <w:t>What there is now in the world, such things, this has not existed since the day of the creation of the world</w:t>
      </w:r>
    </w:p>
    <w:p>
      <w:r>
        <w:t>[He is speaking about the dissemination of the books, that there have not been such things since the day of the creation of the world]</w:t>
      </w:r>
    </w:p>
    <w:p>
      <w:r>
        <w:t>Oy, oy, oy, oy, oy, oy, oy, oy</w:t>
      </w:r>
    </w:p>
    <w:p>
      <w:r>
        <w:t>{..}…</w:t>
      </w:r>
    </w:p>
    <w:p>
      <w:r>
        <w:t>...Oy vey, oy vey, oy vey, Yaakov</w:t>
      </w:r>
    </w:p>
    <w:p>
      <w:r>
        <w:t>[Yes, Rebbe Yisroel]</w:t>
      </w:r>
    </w:p>
    <w:p>
      <w:r>
        <w:t>{Ah, do no..}.., oy vey, do not leave me</w:t>
      </w:r>
    </w:p>
    <w:p>
      <w:r>
        <w:t>[…]</w:t>
      </w:r>
    </w:p>
    <w:p>
      <w:r>
        <w:t>Ah, ah, oy vey, oy vey</w:t>
      </w:r>
    </w:p>
    <w:p>
      <w:r>
        <w:t>{..}…</w:t>
      </w:r>
    </w:p>
    <w:p>
      <w:r>
        <w:t>...Everyone who has some money, only for this, to print the books of Rabbainu</w:t>
      </w:r>
    </w:p>
    <w:p>
      <w:r>
        <w:t>And to fill the entire house, every house, every, every boy and every girl with the books of Rabbainu</w:t>
      </w:r>
    </w:p>
    <w:p>
      <w:r>
        <w:t>Then there will be a completely different world, oy vey, a new world</w:t>
      </w:r>
    </w:p>
    <w:p>
      <w:r>
        <w:t>Oy, oy, oy, oy, oy, oy, oy, oy, oy</w:t>
      </w:r>
    </w:p>
    <w:p>
      <w:r>
        <w:t>Yaakov</w:t>
      </w:r>
    </w:p>
    <w:p>
      <w:r>
        <w:t>[Yes, Rebbe Yisroel]</w:t>
      </w:r>
    </w:p>
    <w:p>
      <w:r>
        <w:t>Oy vey, ho..</w:t>
      </w:r>
    </w:p>
    <w:p>
      <w:r>
        <w:t>[Lift him a little, I will put another pillow]</w:t>
      </w:r>
    </w:p>
    <w:p>
      <w:r>
        <w:t>Ho, oy..</w:t>
      </w:r>
    </w:p>
    <w:p>
      <w:r>
        <w:t>[Yes, like that]</w:t>
      </w:r>
    </w:p>
    <w:p>
      <w:r>
        <w:t>Oy..</w:t>
      </w:r>
    </w:p>
    <w:p>
      <w:r>
        <w:t>Oy, oy, oy vey, oy, what, what will be now, what has not been in all the generations</w:t>
      </w:r>
    </w:p>
    <w:p>
      <w:r>
        <w:t>{Ever in the world}, there has not been such a light</w:t>
      </w:r>
    </w:p>
    <w:p>
      <w:r>
        <w:t>{Oy}, oy vey, vey</w:t>
      </w:r>
    </w:p>
    <w:p>
      <w:r>
        <w:t>Everyone who has some money, only for this, to print the books of Rabbainu and fill every place</w:t>
      </w:r>
    </w:p>
    <w:p>
      <w:r>
        <w:t>All the houses, and all the yeshivos, and all.., in every place, only the books of Rabbainu, of blessed memory</w:t>
      </w:r>
    </w:p>
    <w:p>
      <w:r>
        <w:t>This will bring us such a light, as never existed</w:t>
      </w:r>
    </w:p>
    <w:p>
      <w:r>
        <w:t>Oy, oy, oy, oy, oy, oy vey…</w:t>
      </w:r>
    </w:p>
    <w:p>
      <w:r>
        <w:t>...Oy, oy vey, ah</w:t>
      </w:r>
    </w:p>
    <w:p>
      <w:r>
        <w:t>I cannot hold out, {neither sit nor stand}</w:t>
      </w:r>
    </w:p>
    <w:p>
      <w:r>
        <w:t>What will be now is above everything; there have not yet been such novelties…</w:t>
      </w:r>
    </w:p>
    <w:p>
      <w:r>
        <w:t>...Oy vey, oy vey</w:t>
      </w:r>
    </w:p>
    <w:p>
      <w:r>
        <w:t>[……………]</w:t>
      </w:r>
    </w:p>
    <w:p>
      <w:r>
        <w:t>[…..……….]</w:t>
      </w:r>
    </w:p>
    <w:p>
      <w:r>
        <w:t>Oy, oy, oy, oy…</w:t>
      </w:r>
    </w:p>
    <w:p>
      <w:r>
        <w:t>...{…...Breslov}</w:t>
      </w:r>
    </w:p>
    <w:p>
      <w:r>
        <w:t>Oy, what there is now in the world, such a light, that the world, it will not be the same world; it will be a new world, a completely different world…</w:t>
      </w:r>
    </w:p>
    <w:p>
      <w:r>
        <w:t>...Ah, oy vey, oy vey, oy vey</w:t>
      </w:r>
    </w:p>
    <w:p>
      <w:r>
        <w:t>Ah, oy vey, oy vey</w:t>
      </w:r>
    </w:p>
    <w:p>
      <w:r>
        <w:t>{And all kinds ask}: “What does the world think”</w:t>
      </w:r>
    </w:p>
    <w:p>
      <w:r>
        <w:t>For this the world was created, for, for money?, for.. {publicity and honor} nu, for this the world was created?</w:t>
      </w:r>
    </w:p>
    <w:p>
      <w:r>
        <w:t>[For this the world was created? For money?…….]</w:t>
      </w:r>
    </w:p>
    <w:p>
      <w:r>
        <w:t>{…}, oy vey, vey, vey.. vey...</w:t>
      </w:r>
    </w:p>
    <w:p>
      <w:r>
        <w:t>...Oy vey, oy vey, {I am not breathing}..</w:t>
      </w:r>
    </w:p>
    <w:p>
      <w:r>
        <w:t>I can expire, from the greatness of the light that is destined to.. come into the world through Rabbainu</w:t>
      </w:r>
    </w:p>
    <w:p>
      <w:r>
        <w:t>Oy, oy, oy..</w:t>
      </w:r>
    </w:p>
    <w:p>
      <w:r>
        <w:t>Oy, oy, oy, oy, oy, oy, {here all of you are Rabbainu’s]</w:t>
      </w:r>
    </w:p>
    <w:p>
      <w:r>
        <w:t>I do not have so much strength {to shout}, all of you, ah..</w:t>
      </w:r>
    </w:p>
    <w:p>
      <w:r>
        <w:t>Ah, oy vey, oy vey, oy vey, what is this? Ah.. oy vey</w:t>
      </w:r>
    </w:p>
    <w:p>
      <w:r>
        <w:t>Oy, oy vey</w:t>
      </w:r>
    </w:p>
    <w:p>
      <w:r>
        <w:t>[Olive oil]</w:t>
      </w:r>
    </w:p>
    <w:p>
      <w:r>
        <w:t>Oy vey</w:t>
      </w:r>
    </w:p>
    <w:p>
      <w:r>
        <w:t>[…..]</w:t>
      </w:r>
    </w:p>
    <w:p>
      <w:r>
        <w:t>What</w:t>
      </w:r>
    </w:p>
    <w:p>
      <w:r>
        <w:t>[………..…]</w:t>
      </w:r>
    </w:p>
    <w:p>
      <w:r>
        <w:t>[Take, Avigdor, the keys..]</w:t>
      </w:r>
    </w:p>
    <w:p>
      <w:r>
        <w:t>Ah</w:t>
      </w:r>
    </w:p>
    <w:p>
      <w:r>
        <w:t>[Take the olive oil]</w:t>
      </w:r>
    </w:p>
    <w:p>
      <w:r>
        <w:t>[Where is it?]</w:t>
      </w:r>
    </w:p>
    <w:p>
      <w:r>
        <w:t>[In the car..]</w:t>
      </w:r>
    </w:p>
    <w:p>
      <w:r>
        <w:t>What is this..</w:t>
      </w:r>
    </w:p>
    <w:p>
      <w:r>
        <w:t>[In the back, yes, in the back]</w:t>
      </w:r>
    </w:p>
    <w:p>
      <w:r>
        <w:t>[…..]</w:t>
      </w:r>
    </w:p>
    <w:p>
      <w:r>
        <w:t>Ah</w:t>
      </w:r>
    </w:p>
    <w:p>
      <w:r>
        <w:t>[Ah, there is some here]</w:t>
      </w:r>
    </w:p>
    <w:p>
      <w:r>
        <w:t>Oy..</w:t>
      </w:r>
    </w:p>
    <w:p>
      <w:r>
        <w:t>[There is other olive oil here]</w:t>
      </w:r>
    </w:p>
    <w:p>
      <w:r>
        <w:t>Oy vey, oy..</w:t>
      </w:r>
    </w:p>
    <w:p>
      <w:r>
        <w:t>[Bring it from there]</w:t>
      </w:r>
    </w:p>
    <w:p>
      <w:r>
        <w:t>Oy, oy, oy.. I can neither lie down nor eat</w:t>
      </w:r>
    </w:p>
    <w:p>
      <w:r>
        <w:t>What, ah, hold me, hold me, ah, oy</w:t>
      </w:r>
    </w:p>
    <w:p>
      <w:r>
        <w:t>[……….]</w:t>
      </w:r>
    </w:p>
    <w:p>
      <w:r>
        <w:t>[Saba, shall we put a little olive oil on the body?]</w:t>
      </w:r>
    </w:p>
    <w:p>
      <w:r>
        <w:t>Yes</w:t>
      </w:r>
    </w:p>
    <w:p>
      <w:r>
        <w:t>[…………]</w:t>
      </w:r>
    </w:p>
    <w:p>
      <w:r>
        <w:t>[…………]</w:t>
      </w:r>
    </w:p>
    <w:p>
      <w:r>
        <w:t>Ah, oy vey, oy..</w:t>
      </w:r>
    </w:p>
    <w:p>
      <w:r>
        <w:t>{Here}, oy, oy, oy, oy vey, ah…</w:t>
      </w:r>
    </w:p>
    <w:p>
      <w:r>
        <w:t>...Now the world will draw close to Rabbainu</w:t>
      </w:r>
    </w:p>
    <w:p>
      <w:r>
        <w:t>[Boruch Hashem]</w:t>
      </w:r>
    </w:p>
    <w:p>
      <w:r>
        <w:t>Because he is so {determined\necessary}, {{….}} how much we need Rabbainu</w:t>
      </w:r>
    </w:p>
    <w:p>
      <w:r>
        <w:t>This is a new thing; there has not yet been in the world a sign of the redemption th.. of now…</w:t>
      </w:r>
    </w:p>
    <w:p>
      <w:r>
        <w:t>...Fortunate are we, fortunate are we, fortunate are we</w:t>
      </w:r>
    </w:p>
    <w:p>
      <w:r>
        <w:t>That we have such a Rebbe, that there is such a wondrous thing in the world, that has not existed since the day of the creation of {{….}}</w:t>
      </w:r>
    </w:p>
    <w:p>
      <w:r>
        <w:t>How the world, if they had accepted this, the redemption would already have been</w:t>
      </w:r>
    </w:p>
    <w:p>
      <w:r>
        <w:t>But everything is right from Hashem.., from Hashem…</w:t>
      </w:r>
    </w:p>
    <w:p>
      <w:r>
        <w:t>...In any case, we need to give over our souls to print and bring Rabbainu’s words into the world</w:t>
      </w:r>
    </w:p>
    <w:p>
      <w:r>
        <w:t>Then there will be the.., such a redemption, as never existed</w:t>
      </w:r>
    </w:p>
    <w:p>
      <w:r>
        <w:t>Oy vey, oy vey.. {…}…</w:t>
      </w:r>
    </w:p>
    <w:p>
      <w:r>
        <w:t>...Ah, {Rabbainu}…</w:t>
      </w:r>
    </w:p>
    <w:p>
      <w:pPr>
        <w:pStyle w:val="Heading2"/>
      </w:pPr>
      <w:r>
        <w:t>Side B (Bais)</w:t>
      </w:r>
    </w:p>
    <w:p>
      <w:r>
        <w:t>...A drop from the sea—even a drop from the sea—we would not know who he is..</w:t>
      </w:r>
    </w:p>
    <w:p>
      <w:r>
        <w:t>{...}, what will become of us, how he will rectify us, all of us…</w:t>
      </w:r>
    </w:p>
    <w:p>
      <w:r>
        <w:t>...In any case, whatever was, now we need to give our lives</w:t>
      </w:r>
    </w:p>
    <w:p>
      <w:r>
        <w:t>To put our hearts and our eyes and all our strength into Rabbainu Hakadosh, and to rely on what he says, it is all</w:t>
      </w:r>
    </w:p>
    <w:p>
      <w:r>
        <w:t>"A novelty like me has still never been in the world"</w:t>
      </w:r>
    </w:p>
    <w:p>
      <w:r>
        <w:t>{Everything is for us, for rectification for us; what he suffers from us</w:t>
      </w:r>
    </w:p>
    <w:p>
      <w:r>
        <w:t>It is impossible to describe, and to tell, what he suffers from us}…</w:t>
      </w:r>
    </w:p>
    <w:p>
      <w:r>
        <w:t>...{…}</w:t>
      </w:r>
    </w:p>
    <w:p>
      <w:r>
        <w:t>Ah, ah.. to me he writes twice:</w:t>
      </w:r>
    </w:p>
    <w:p>
      <w:r>
        <w:t>"And about you I said, my little fire will smolder until Moshiach comes"</w:t>
      </w:r>
    </w:p>
    <w:p>
      <w:r>
        <w:t>Nu, "until Moshiach comes," we do not know when he will come</w:t>
      </w:r>
    </w:p>
    <w:p>
      <w:r>
        <w:t>Rabbainu Hakadosh revealed it, but {this} no one knows, only Rabbainu and Rebbe Nassan</w:t>
      </w:r>
    </w:p>
    <w:p>
      <w:r>
        <w:t>Ah, oy vey, oy vey, oy vey.. oy vey..</w:t>
      </w:r>
    </w:p>
    <w:p>
      <w:r>
        <w:t>We need to give our lives {and our sons, and our might}, and all our strength, and everything to Rabbainu Hakadosh…</w:t>
      </w:r>
    </w:p>
    <w:p>
      <w:r>
        <w:t>...{as though he earned}.. in the bank</w:t>
      </w:r>
    </w:p>
    <w:p>
      <w:r>
        <w:t>All of Rabbainu's books, every utterance of his is our complete redemption</w:t>
      </w:r>
    </w:p>
    <w:p>
      <w:r>
        <w:t>Every utterance of his…</w:t>
      </w:r>
    </w:p>
    <w:p>
      <w:r>
        <w:t>...Rabbainu Hakadosh said:</w:t>
      </w:r>
    </w:p>
    <w:p>
      <w:r>
        <w:t>"Moshiach will say an explanation on {the Likutei}.., on the "Likutei Moharan""…</w:t>
      </w:r>
    </w:p>
    <w:p>
      <w:r>
        <w:t>...{..}...</w:t>
      </w:r>
    </w:p>
    <w:p>
      <w:r>
        <w:t>...[How does one merit to pray with tears?]</w:t>
      </w:r>
    </w:p>
    <w:p>
      <w:r>
        <w:t>Nu, that too, if one wants, that too is good…</w:t>
      </w:r>
    </w:p>
    <w:p>
      <w:r>
        <w:t>..I live by a miracle</w:t>
      </w:r>
    </w:p>
    <w:p>
      <w:r>
        <w:t>[….]…</w:t>
      </w:r>
    </w:p>
    <w:p>
      <w:r>
        <w:t>...I do not understand how I am alive…</w:t>
      </w:r>
    </w:p>
    <w:p>
      <w:r>
        <w:t>...But, blessed is Hashem, I am alive; Hashem Yisborach wants it this way…</w:t>
      </w:r>
    </w:p>
    <w:p>
      <w:r>
        <w:t>...I do not understand how I am alive; this is the might of Hashem and His wonders</w:t>
      </w:r>
    </w:p>
    <w:p>
      <w:r>
        <w:t>[…….]</w:t>
      </w:r>
    </w:p>
    <w:p>
      <w:r>
        <w:t>{Yes}…</w:t>
      </w:r>
    </w:p>
    <w:p>
      <w:r>
        <w:t>...{..}</w:t>
      </w:r>
    </w:p>
    <w:p>
      <w:r>
        <w:t>[……..]…</w:t>
      </w:r>
    </w:p>
    <w:p>
      <w:r>
        <w:t>...What are we? What are our lives?</w:t>
      </w:r>
    </w:p>
    <w:p>
      <w:r>
        <w:t>[…..]</w:t>
      </w:r>
    </w:p>
    <w:p>
      <w:r>
        <w:t>We.. Hashem created us and gave us, to the People of Yisroel, the Torah</w:t>
      </w:r>
    </w:p>
    <w:p>
      <w:r>
        <w:t>Which the whole world cannot receive—the Torah—and we, the People of Yisroel, are mighty, so mighty, and we merit to receive the Torah, to speak {with Hashem, with Hashem Yisborach}</w:t>
      </w:r>
    </w:p>
    <w:p>
      <w:r>
        <w:t>[…..]…</w:t>
      </w:r>
    </w:p>
    <w:p>
      <w:r>
        <w:t>...{We merited} to receive the Torah; there was only one people</w:t>
      </w:r>
    </w:p>
    <w:p>
      <w:r>
        <w:t>{The People of Yisroel}, a holy people, Hashem's people, the pe..</w:t>
      </w:r>
    </w:p>
    <w:p>
      <w:r>
        <w:t>The whole world did not want to receive the Torah</w:t>
      </w:r>
    </w:p>
    <w:p>
      <w:r>
        <w:t>Only the People of Yisroel—such mighty ones—they can receive the Torah…</w:t>
      </w:r>
    </w:p>
    <w:p>
      <w:r>
        <w:t>...{In this}, what can we speak and tell of such {might}</w:t>
      </w:r>
    </w:p>
    <w:p>
      <w:r>
        <w:t>One people in the world, only a holy people, the People of Yisroel—they merited to receive the Torah</w:t>
      </w:r>
    </w:p>
    <w:p>
      <w:r>
        <w:t>But the whole world did not want to, no, no, no, no, did not want to receive the Torah…</w:t>
      </w:r>
    </w:p>
    <w:p>
      <w:r>
        <w:t>...Yes, we, "Hashem's people," are such mighty ones; we can receive Torah…</w:t>
      </w:r>
    </w:p>
    <w:p>
      <w:r>
        <w:t>...Without the Torah there is no life; the Torah is the essence of our vitality</w:t>
      </w:r>
    </w:p>
    <w:p>
      <w:r>
        <w:t>"The people of the Book,” "the people of the Torah"</w:t>
      </w:r>
    </w:p>
    <w:p>
      <w:r>
        <w:t>{Blessed are You, Hashem our God, King of the world, through Whose word everything came to be}</w:t>
      </w:r>
    </w:p>
    <w:p>
      <w:r>
        <w:t>[Amen]…</w:t>
      </w:r>
    </w:p>
    <w:p>
      <w:r>
        <w:t>...We are "a Jewish people,” "Hashem's people,” "the people of the Torah"; we merited, we are mighty</w:t>
      </w:r>
    </w:p>
    <w:p>
      <w:r>
        <w:t>The essence of might is in the mind, wisdom</w:t>
      </w:r>
    </w:p>
    <w:p>
      <w:r>
        <w:t>"Wisdom gives life"…</w:t>
      </w:r>
    </w:p>
    <w:p>
      <w:r>
        <w:t>..."Wisdom gives life"…</w:t>
      </w:r>
    </w:p>
    <w:p>
      <w:r>
        <w:t>...The People of Yisroel—there was no people, no, no one wanted to receive the Torah</w:t>
      </w:r>
    </w:p>
    <w:p>
      <w:r>
        <w:t>Only the people of the mighty, Hashem's people, the Jewish people—we merited to receive the Torah...</w:t>
      </w:r>
    </w:p>
    <w:p>
      <w:r>
        <w:t>...Joy is the essence of a person's vitality, joy, to rejoice</w:t>
      </w:r>
    </w:p>
    <w:p>
      <w:r>
        <w:t>What is there to rejoice with? With the Torah…</w:t>
      </w:r>
    </w:p>
    <w:p>
      <w:r>
        <w:t>...We are Hashem's people, the people of the Torah, a holy people; we wanted to receive the Torah</w:t>
      </w:r>
    </w:p>
    <w:p>
      <w:r>
        <w:t>"Who chose us from all the peoples, and gave us His Torah; blessed are You, You Hashem, Giver of the Torah." What? The Torah is the essence of life, the essence of joy…</w:t>
      </w:r>
    </w:p>
    <w:p>
      <w:r>
        <w:t>...All, all the peoples, the whole world cannot, they cannot receive the Torah</w:t>
      </w:r>
    </w:p>
    <w:p>
      <w:r>
        <w:t>And the Torah is the essence of life, our vitality and the days of our lives and the length of our days…</w:t>
      </w:r>
    </w:p>
    <w:p>
      <w:r>
        <w:t>...We {say and make a blessing over this, over the Torah}</w:t>
      </w:r>
    </w:p>
    <w:p>
      <w:r>
        <w:t>"Blessed are You, Hashem, Giver of the Torah"</w:t>
      </w:r>
    </w:p>
    <w:p>
      <w:r>
        <w:t>This is a good gift, the likes of which there is not in the world…</w:t>
      </w:r>
    </w:p>
    <w:p>
      <w:r>
        <w:t>...{Who the people are, everyone knows}, yes, this is the essence of life and wisdom; we, we are a people, the, the Jews laugh at the whole world—they do not have such good lives {as these}</w:t>
      </w:r>
    </w:p>
    <w:p>
      <w:r>
        <w:t>[Shalom aleichem, this….]…</w:t>
      </w:r>
    </w:p>
    <w:p>
      <w:r>
        <w:t>{..…}...</w:t>
      </w:r>
    </w:p>
    <w:p>
      <w:r>
        <w:t>We are the People of Yisroel, a holy people, the people of the Torah; we are mighty, we..</w:t>
      </w:r>
    </w:p>
    <w:p>
      <w:r>
        <w:t>The whole world did not want to receive the Torah; only we are such mighty ones, that we can receive the Torah…</w:t>
      </w:r>
    </w:p>
    <w:p>
      <w:r>
        <w:t>...We are one people, and Eretz Yisroel is one land in the entire world</w:t>
      </w:r>
    </w:p>
    <w:p>
      <w:r>
        <w:t>The Holy Land, the land of Judaism, the Beis Hamikdash</w:t>
      </w:r>
    </w:p>
    <w:p>
      <w:r>
        <w:t>What? The gentiles—what, what do they have? They have no life at all</w:t>
      </w:r>
    </w:p>
    <w:p>
      <w:r>
        <w:t>The essence of life is the Torah…</w:t>
      </w:r>
    </w:p>
    <w:p>
      <w:r>
        <w:t>…{..}...</w:t>
      </w:r>
    </w:p>
    <w:p>
      <w:r>
        <w:t>...Weare a holy people, the people of the Torah, a holy pe..</w:t>
      </w:r>
    </w:p>
    <w:p>
      <w:r>
        <w:t>Only we merited to receive the Torah, but the whole world did not want to…</w:t>
      </w:r>
    </w:p>
    <w:p>
      <w:r>
        <w:t>...Only we, the People of Yisroel, we merited to receive the Torah; we merited to receive the mitzvos—the Shabbos, the festival, the festivals, the Torah</w:t>
      </w:r>
    </w:p>
    <w:p>
      <w:r>
        <w:t>There is no such good in the world as, as the Torah</w:t>
      </w:r>
    </w:p>
    <w:p>
      <w:r>
        <w:t>Every mitzvah is {a possession} such as does not, does not exist in the world, every mitzvah…</w:t>
      </w:r>
    </w:p>
    <w:p>
      <w:r>
        <w:t>{…}...</w:t>
      </w:r>
    </w:p>
    <w:p>
      <w:r>
        <w:t>"Who chose us from all the peoples and gave us the Torah; blessed are You, Hashem, Giver of the Torah"</w:t>
      </w:r>
    </w:p>
    <w:p>
      <w:r>
        <w:t>To whom? To the People of Yisroel, the Jewish people …</w:t>
      </w:r>
    </w:p>
    <w:p>
      <w:r>
        <w:t>...One sees.. the Holy Land, the holy people, {..}…</w:t>
      </w:r>
    </w:p>
    <w:p>
      <w:r>
        <w:t>...Now we can exalt ourselves over all the gentiles, over all the gentiles, over the whole world</w:t>
      </w:r>
    </w:p>
    <w:p>
      <w:r>
        <w:t>{Only} this is the essence of life; without this there is no life</w:t>
      </w:r>
    </w:p>
    <w:p>
      <w:r>
        <w:t>Like the donkey, all day it eats and…</w:t>
      </w:r>
    </w:p>
    <w:p>
      <w:r>
        <w:t>...{Blessed is Hashem}, and we have the Torah, and the essence of life is joy, blessed is Hashem…</w:t>
      </w:r>
    </w:p>
    <w:p>
      <w:r>
        <w:t>...We need to strengthen ourselves with all our powers, to keep the Torah and the mitzvos, and to believe in Hashem and in the Torah…</w:t>
      </w:r>
    </w:p>
    <w:p>
      <w:r>
        <w:t>...(..)...</w:t>
      </w:r>
    </w:p>
    <w:p>
      <w:r>
        <w:t>...[Rebbe Yisroel, he is asking for a blessing for his brother, for his brother]</w:t>
      </w:r>
    </w:p>
    <w:p>
      <w:r>
        <w:t>Ah?</w:t>
      </w:r>
    </w:p>
    <w:p>
      <w:r>
        <w:t>[He is asking for a blessing for his brother, that he should merit to get married]</w:t>
      </w:r>
    </w:p>
    <w:p>
      <w:r>
        <w:t>Ah, may Hashem give blessing and salvation to his brother</w:t>
      </w:r>
    </w:p>
    <w:p>
      <w:r>
        <w:t>That he should merit to come close to Rabbainu, and to know what we have in this world</w:t>
      </w:r>
    </w:p>
    <w:p>
      <w:r>
        <w:t>Such wisdom, such life as there is not in the world…</w:t>
      </w:r>
    </w:p>
    <w:p>
      <w:r>
        <w:t>...We have, blessed is Hashem, something {to rejoice in}</w:t>
      </w:r>
    </w:p>
    <w:p>
      <w:r>
        <w:t>Something to rejoice in—such a holy Torah, that all of Hashem's mitzvos…</w:t>
      </w:r>
    </w:p>
    <w:p>
      <w:r>
        <w:t>...{..}, this is true and eternal life…</w:t>
      </w:r>
    </w:p>
    <w:p>
      <w:r>
        <w:t>...May Hashem grant, and every good, all the salvations</w:t>
      </w:r>
    </w:p>
    <w:p>
      <w:r>
        <w:t>All the salvations are the holy Torah; to disseminate Rabbainu's books—this will give life to the whole world…</w:t>
      </w:r>
    </w:p>
    <w:p>
      <w:r>
        <w:t>...What?</w:t>
      </w:r>
    </w:p>
    <w:p>
      <w:r>
        <w:t>[He still lives in France; soon he needs to return to France..]</w:t>
      </w:r>
    </w:p>
    <w:p>
      <w:r>
        <w:t>Ah..</w:t>
      </w:r>
    </w:p>
    <w:p>
      <w:r>
        <w:t>[He lives..]</w:t>
      </w:r>
    </w:p>
    <w:p>
      <w:r>
        <w:t>No, he should come to Eretz Yisroel, to live only in Eretz Yisroel...</w:t>
      </w:r>
    </w:p>
    <w:p>
      <w:r>
        <w:t>...The essence of life, and the essence of good, and the essence of light is the Torah</w:t>
      </w:r>
    </w:p>
    <w:p>
      <w:r>
        <w:t>The Torah of "the Jewish people,” the holy Torah…</w:t>
      </w:r>
    </w:p>
    <w:p>
      <w:r>
        <w:t>...{The essence of the Torah}…</w:t>
      </w:r>
    </w:p>
    <w:p>
      <w:r>
        <w:t>...{Our lives, ….}…</w:t>
      </w:r>
    </w:p>
    <w:p>
      <w:r>
        <w:t>...{I have no strength}</w:t>
      </w:r>
    </w:p>
    <w:p>
      <w:r>
        <w:t>Hashem created the world; we are nothing; the essence is the Torah, the essence is the mitzvos…</w:t>
      </w:r>
    </w:p>
    <w:p>
      <w:r>
        <w:t>...The note</w:t>
      </w:r>
    </w:p>
    <w:p>
      <w:r>
        <w:t>[Do you know it by heart?]</w:t>
      </w:r>
    </w:p>
    <w:p>
      <w:r>
        <w:t>This was the wording {this} exactly:</w:t>
      </w:r>
    </w:p>
    <w:p>
      <w:r>
        <w:t>"It was very difficult for me to descend to you to tell you that.. that..</w:t>
      </w:r>
    </w:p>
    <w:p>
      <w:r>
        <w:t>{{{To tell you …..}}} I.., I derived very much pleasure from your service</w:t>
      </w:r>
    </w:p>
    <w:p>
      <w:r>
        <w:t>And about you I said, my little fire will smolder until Moshiach comes</w:t>
      </w:r>
    </w:p>
    <w:p>
      <w:r>
        <w:t>Be strong and courageous in your service</w:t>
      </w:r>
    </w:p>
    <w:p>
      <w:r>
        <w:t>And with this I will inform you of a secret:</w:t>
      </w:r>
    </w:p>
    <w:p>
      <w:r>
        <w:t>That on the seventeenth day of Tammuz they will say that you are not fasting", {yes}</w:t>
      </w:r>
    </w:p>
    <w:p>
      <w:r>
        <w:t>They will not say th.. no.., in the past, that I did not fast {..}</w:t>
      </w:r>
    </w:p>
    <w:p>
      <w:r>
        <w:t>Only on the seventeenth day of Tammuz they will say that you are not fasting</w:t>
      </w:r>
    </w:p>
    <w:p>
      <w:r>
        <w:t>Until when.. I am not {fasting}…</w:t>
      </w:r>
    </w:p>
    <w:p>
      <w:r>
        <w:t>..."And the sign is: on the seventeenth of Tammuz they will say that you are not fasting", yes</w:t>
      </w:r>
    </w:p>
    <w:p>
      <w:r>
        <w:t>And afterward he writes and signs, "Na Naḥ Naḥma Naḥman MeUman"…</w:t>
      </w:r>
    </w:p>
    <w:p>
      <w:r>
        <w:t>..."And with this I will reveal a secret to you," what is the secret?</w:t>
      </w:r>
    </w:p>
    <w:p>
      <w:r>
        <w:t>"P’.. P’tz’P’tz’Y’H’"</w:t>
      </w:r>
    </w:p>
    <w:p>
      <w:r>
        <w:t>And this is the shofar blast of Rosh Hashanah…</w:t>
      </w:r>
    </w:p>
    <w:p>
      <w:r>
        <w:t>..."And the sign: on the seventeenth of Tammuz they will say that you are not fasting"</w:t>
      </w:r>
    </w:p>
    <w:p>
      <w:r>
        <w:t>{With this}…</w:t>
      </w:r>
    </w:p>
    <w:p>
      <w:r>
        <w:t>...I did not fast, but no one knew about it, only I myself and the Blessed Hashem…</w:t>
      </w:r>
    </w:p>
    <w:p>
      <w:r>
        <w:t>...the seventeenth of Tammuz, "the sign: the seventeenth of Tammuz," this suffices for everything</w:t>
      </w:r>
    </w:p>
    <w:p>
      <w:r>
        <w:t>Because it was a secret, no one knew what I did {with this}</w:t>
      </w:r>
    </w:p>
    <w:p>
      <w:r>
        <w:t>{…} on the seventeenth of Tammuz, only I …</w:t>
      </w:r>
    </w:p>
    <w:p>
      <w:r>
        <w:t>..."For I derived much pleasure {from your service}, {"much from your service"}…</w:t>
      </w:r>
    </w:p>
    <w:p>
      <w:r>
        <w:t>...{That is how the note was}…</w:t>
      </w:r>
    </w:p>
    <w:p>
      <w:r>
        <w:t>...{…...}</w:t>
      </w:r>
    </w:p>
    <w:p>
      <w:r>
        <w:t>This gives me strength and joy</w:t>
      </w:r>
    </w:p>
    <w:p>
      <w:r>
        <w:t>[Blessed is Hashem]…</w:t>
      </w:r>
    </w:p>
    <w:p>
      <w:r>
        <w:t>...[Rabbainu said: that he loves the Chassidim fried..]</w:t>
      </w:r>
    </w:p>
    <w:p>
      <w:r>
        <w:t>(Saba laughs)</w:t>
      </w:r>
    </w:p>
    <w:p>
      <w:r>
        <w:t>That is how he said it? That is what Rabbainu said? In what wording did he say it? I do not know well]…</w:t>
      </w:r>
    </w:p>
    <w:p>
      <w:r>
        <w:t>...{Yes}</w:t>
      </w:r>
    </w:p>
    <w:p>
      <w:r>
        <w:t>[How]</w:t>
      </w:r>
    </w:p>
    <w:p>
      <w:r>
        <w:t>He loves fried, and he.. he has good taste, fried, {{...}}…</w:t>
      </w:r>
    </w:p>
    <w:p>
      <w:r>
        <w:t>...[What, what is fried? What does that mean? What? What is a fried Chassid?]</w:t>
      </w:r>
    </w:p>
    <w:p>
      <w:r>
        <w:t>Not cooked, only fried..</w:t>
      </w:r>
    </w:p>
    <w:p>
      <w:r>
        <w:t>[Yes]</w:t>
      </w:r>
    </w:p>
    <w:p>
      <w:r>
        <w:t>Ah, i.. in oil, they put the fish, and they are fried, like, like cooked</w:t>
      </w:r>
    </w:p>
    <w:p>
      <w:r>
        <w:t>They are tasty, very tasty</w:t>
      </w:r>
    </w:p>
    <w:p>
      <w:r>
        <w:t>[Do you want fried fish or cooked]</w:t>
      </w:r>
    </w:p>
    <w:p>
      <w:r>
        <w:t>Ah?</w:t>
      </w:r>
    </w:p>
    <w:p>
      <w:r>
        <w:t>[Do you want..]</w:t>
      </w:r>
    </w:p>
    <w:p>
      <w:r>
        <w:t>Fried</w:t>
      </w:r>
    </w:p>
    <w:p>
      <w:r>
        <w:t>[Ah, you want fried]</w:t>
      </w:r>
    </w:p>
    <w:p>
      <w:r>
        <w:t>Yes</w:t>
      </w:r>
    </w:p>
    <w:p>
      <w:r>
        <w:t>[In oil]</w:t>
      </w:r>
    </w:p>
    <w:p>
      <w:r>
        <w:t>Yes</w:t>
      </w:r>
    </w:p>
    <w:p>
      <w:r>
        <w:t>[Not roasted and not cooked, only fried]</w:t>
      </w:r>
    </w:p>
    <w:p>
      <w:r>
        <w:t>Ah, like fried, like, like cooked, like fried</w:t>
      </w:r>
    </w:p>
    <w:p>
      <w:r>
        <w:t>[And Rabbainu said that he loves the Chassidim fried?]</w:t>
      </w:r>
    </w:p>
    <w:p>
      <w:r>
        <w:t>Yes</w:t>
      </w:r>
    </w:p>
    <w:p>
      <w:r>
        <w:t>[What? What is the meaning? What is the meaning?]</w:t>
      </w:r>
    </w:p>
    <w:p>
      <w:r>
        <w:t>When several descents pass over them, and several troubles and several sufferings, and he endures everything, and wants help</w:t>
      </w:r>
    </w:p>
    <w:p>
      <w:r>
        <w:t>And the holy Rabbainu {he wants} greatly praised these Chassidim</w:t>
      </w:r>
    </w:p>
    <w:p>
      <w:r>
        <w:t>Who greatly want, yearn for holiness, for the Torah, yes</w:t>
      </w:r>
    </w:p>
    <w:p>
      <w:r>
        <w:t>The main thing is the heart, to yearn for the Torah, to.. to.. serve Hashem…</w:t>
      </w:r>
    </w:p>
    <w:p>
      <w:r>
        <w:t>...Every utterance of Rabbainu {encompasses} very much [Right]</w:t>
      </w:r>
    </w:p>
    <w:p>
      <w:r>
        <w:t>Wisdom and knowledge, and strengthening and vitality…</w:t>
      </w:r>
    </w:p>
    <w:p>
      <w:r>
        <w:t>...People also did not want Breslov</w:t>
      </w:r>
    </w:p>
    <w:p>
      <w:r>
        <w:t>"Breslov? No money and no, and no desires, what, what? What kind of life is this?"…</w:t>
      </w:r>
    </w:p>
    <w:p>
      <w:r>
        <w:t>...[Rebbe Yisroel, do we have hope with Rabbainu? Do we have hope? Do we have hope?]</w:t>
      </w:r>
    </w:p>
    <w:p>
      <w:r>
        <w:t>Nu</w:t>
      </w:r>
    </w:p>
    <w:p>
      <w:r>
        <w:t>[I am asking if we have hope?]</w:t>
      </w:r>
    </w:p>
    <w:p>
      <w:r>
        <w:t>Certainly, ho, ho..</w:t>
      </w:r>
    </w:p>
    <w:p>
      <w:r>
        <w:t>[Yes]</w:t>
      </w:r>
    </w:p>
    <w:p>
      <w:r>
        <w:t>That is the question? Such a question is forbidden…</w:t>
      </w:r>
    </w:p>
    <w:p>
      <w:r>
        <w:t>...{He has doubts about, about the Tzaddik}</w:t>
      </w:r>
    </w:p>
    <w:p>
      <w:r>
        <w:t>[..But even people as lowly as us?]…</w:t>
      </w:r>
    </w:p>
    <w:p>
      <w:r>
        <w:t>...[Rebbe Yisroel, how can we revive ourselves? How can we revive ourselves?]</w:t>
      </w:r>
    </w:p>
    <w:p>
      <w:r>
        <w:t>"Likutei Tefillos"</w:t>
      </w:r>
    </w:p>
    <w:p>
      <w:r>
        <w:t>"Likutei Halachos"</w:t>
      </w:r>
    </w:p>
    <w:p>
      <w:r>
        <w:t>Every utterance, it, it revives the dead…</w:t>
      </w:r>
    </w:p>
    <w:p>
      <w:r>
        <w:t>...Every utterance, it, it is a revelation, such {wisdom} as has not yet been revealed in the world…</w:t>
      </w:r>
    </w:p>
    <w:p>
      <w:r>
        <w:t>...[Now is the time that Rabbainu’s light is being revealed in the world?]</w:t>
      </w:r>
    </w:p>
    <w:p>
      <w:r>
        <w:t>Yes, yes, yes, yes, yes, yes, yes, the time has come for it to be revealed…</w:t>
      </w:r>
    </w:p>
    <w:p>
      <w:r>
        <w:t>...[..I feel myself like dead, many times, especially in the morning</w:t>
      </w:r>
    </w:p>
    <w:p>
      <w:r>
        <w:t>I feel myself in heaviness, heaviness]</w:t>
      </w:r>
    </w:p>
    <w:p>
      <w:r>
        <w:t>One needs to strengthen oneself, one needs to overcome and strengthen oneself and.. and serve Hashem, and strengthen oneself in faith</w:t>
      </w:r>
    </w:p>
    <w:p>
      <w:r>
        <w:t>{.. yes,..}…</w:t>
      </w:r>
    </w:p>
    <w:p>
      <w:r>
        <w:t>...[From where do we get a heart? Rebbe Yisroel, so that there should be, so that we should have a heart]</w:t>
      </w:r>
    </w:p>
    <w:p>
      <w:r>
        <w:t>Everything is with Rabbainu…</w:t>
      </w:r>
    </w:p>
    <w:p>
      <w:r>
        <w:t>...One needs to strengthen oneself to study his utterances and fulfill</w:t>
      </w:r>
    </w:p>
    <w:p>
      <w:r>
        <w:t>What he teaches us, what he reveals to us…</w:t>
      </w:r>
    </w:p>
    <w:p>
      <w:r>
        <w:t>...[Rabbainu said: that “Breslov” is “lev basar”]</w:t>
      </w:r>
    </w:p>
    <w:p>
      <w:r>
        <w:t>Breslov</w:t>
      </w:r>
    </w:p>
    <w:p>
      <w:r>
        <w:t>[“Lev basar,” “lev basar”]</w:t>
      </w:r>
    </w:p>
    <w:p>
      <w:r>
        <w:t>“Lev basar,” yo, yo, yo, yo, yo</w:t>
      </w:r>
    </w:p>
    <w:p>
      <w:r>
        <w:t>[And also]…</w:t>
      </w:r>
    </w:p>
    <w:p>
      <w:r>
        <w:t>...{…}, there is a verse</w:t>
      </w:r>
    </w:p>
    <w:p>
      <w:r>
        <w:t>[Yes]</w:t>
      </w:r>
    </w:p>
    <w:p>
      <w:r>
        <w:t>"And I will remove the heart of stone from your flesh, and I will give you a heart of flesh"</w:t>
      </w:r>
    </w:p>
    <w:p>
      <w:r>
        <w:t>{About this} Rabbainu says: "‘Lev basar’ is {of\the name} ‘Breslov’"…</w:t>
      </w:r>
    </w:p>
    <w:p>
      <w:r>
        <w:t>...[This is a book with letters of Rebbe Yisroel (Kardonner)]</w:t>
      </w:r>
    </w:p>
    <w:p>
      <w:r>
        <w:t>Yes</w:t>
      </w:r>
    </w:p>
    <w:p>
      <w:r>
        <w:t>[Yes, there are letters of his here in the book]</w:t>
      </w:r>
    </w:p>
    <w:p>
      <w:r>
        <w:t>Blessed is Hashem…</w:t>
      </w:r>
    </w:p>
    <w:p>
      <w:r>
        <w:t>...He was very much a {"great letter-writer"}</w:t>
      </w:r>
    </w:p>
    <w:p>
      <w:r>
        <w:t>[What was he? Saba]</w:t>
      </w:r>
    </w:p>
    <w:p>
      <w:r>
        <w:t>{"A great letter-writer"}…</w:t>
      </w:r>
    </w:p>
    <w:p>
      <w:r>
        <w:t>...He came from Chevron to me in Teveria, in order to make connections...</w:t>
      </w:r>
    </w:p>
    <w:p>
      <w:r>
        <w:t>...I was outside, everyone said:</w:t>
      </w:r>
    </w:p>
    <w:p>
      <w:r>
        <w:t>"He, he is Breslov, he is Breslov"…</w:t>
      </w:r>
    </w:p>
    <w:p>
      <w:r>
        <w:t>...[This is a letter, that one must establish fixed sessions in hisbodedus]</w:t>
      </w:r>
    </w:p>
    <w:p>
      <w:r>
        <w:t>Yes…</w:t>
      </w:r>
    </w:p>
    <w:p>
      <w:r>
        <w:t>...[No, nowhere is such a thing written, "fixed sessions in hisbodedus"]…</w:t>
      </w:r>
    </w:p>
    <w:p>
      <w:r>
        <w:t>...[Today they want to fulfill it, everyone wants to fulfill it, only they do not know how]…</w:t>
      </w:r>
    </w:p>
    <w:p>
      <w:r>
        <w:t>...[...For everyone to fulfill the counsel of hisbodedus]</w:t>
      </w:r>
    </w:p>
    <w:p>
      <w:r>
        <w:t>Yes</w:t>
      </w:r>
    </w:p>
    <w:p>
      <w:r>
        <w:t>[For everyone, everyone knows and feels that it is very precious, but there is much confusion, they do not know]…</w:t>
      </w:r>
    </w:p>
    <w:p>
      <w:r>
        <w:t>...Moshiach will come and there will be another world…</w:t>
      </w:r>
    </w:p>
    <w:p>
      <w:r>
        <w:t>...A new world…</w:t>
      </w:r>
    </w:p>
    <w:p>
      <w:r>
        <w:t>...Fortunate are we, fortunate are we, {fortunate are we}</w:t>
      </w:r>
    </w:p>
    <w:p>
      <w:r>
        <w:t>Fortunate are we, fortunate are we, "Who has chosen us from all the nations, and given us His Torah"</w:t>
      </w:r>
    </w:p>
    <w:p>
      <w:r>
        <w:t>Ah…</w:t>
      </w:r>
    </w:p>
    <w:p>
      <w:r>
        <w:t>...{…} The whole world, all of them {will gather\will leave} their {money\thron e} of royalty, and will give it to Rabbainu</w:t>
      </w:r>
    </w:p>
    <w:p>
      <w:r>
        <w:t>"You are {the king}"</w:t>
      </w:r>
    </w:p>
    <w:p>
      <w:r>
        <w:t>[They will accept him]</w:t>
      </w:r>
    </w:p>
    <w:p>
      <w:r>
        <w:t>Yes, he will say to them.., they will say to him:</w:t>
      </w:r>
    </w:p>
    <w:p>
      <w:r>
        <w:t>"You are the king, we are not, you are the king"</w:t>
      </w:r>
    </w:p>
    <w:p>
      <w:r>
        <w:t>[Blessed is Hashem, they will have merit]</w:t>
      </w:r>
    </w:p>
    <w:p>
      <w:r>
        <w:t>Yes…</w:t>
      </w:r>
    </w:p>
    <w:p>
      <w:r>
        <w:t>...All the great ones, all the wise men, all of them {will gather\will leave} all their {gifts}, all.. {...}</w:t>
      </w:r>
    </w:p>
    <w:p>
      <w:r>
        <w:t>And will say to Rabbainu:</w:t>
      </w:r>
    </w:p>
    <w:p>
      <w:r>
        <w:t>"You are the ki.., kin.., k.. our king, you are {{Moshe}}"</w:t>
      </w:r>
    </w:p>
    <w:p>
      <w:r>
        <w:t>{Yes}, "You are our king"…</w:t>
      </w:r>
    </w:p>
    <w:p>
      <w:r>
        <w:t>...All the gentiles, the whole world, all the kings will leave their royal throne, and will give it to Rabbainu and will say to him: "You.., we are nothing, you are the king"…</w:t>
      </w:r>
    </w:p>
    <w:p>
      <w:r>
        <w:t>...[{What will they} give Rabbainu?]</w:t>
      </w:r>
    </w:p>
    <w:p>
      <w:r>
        <w:t>They will submit before Rabbainu</w:t>
      </w:r>
    </w:p>
    <w:p>
      <w:r>
        <w:t>[What?]</w:t>
      </w:r>
    </w:p>
    <w:p>
      <w:r>
        <w:t>And they will say to him: "We are nothing, you are the king"</w:t>
      </w:r>
    </w:p>
    <w:p>
      <w:r>
        <w:t>Yes</w:t>
      </w:r>
    </w:p>
    <w:p>
      <w:r>
        <w:t>[What are they giving him?]</w:t>
      </w:r>
    </w:p>
    <w:p>
      <w:r>
        <w:t>All, all the kings</w:t>
      </w:r>
    </w:p>
    <w:p>
      <w:r>
        <w:t>[Yes]</w:t>
      </w:r>
    </w:p>
    <w:p>
      <w:r>
        <w:t>{Will say}.., will say to Rabbainu: "We are nothing, you are the king"</w:t>
      </w:r>
    </w:p>
    <w:p>
      <w:r>
        <w:t>[They will have such knowledge]…</w:t>
      </w:r>
    </w:p>
    <w:p>
      <w:r>
        <w:t>...The king of the whole world, all of them will give him their kingship, to the holy Rabbainu</w:t>
      </w:r>
    </w:p>
    <w:p>
      <w:r>
        <w:t>The royal crown, to the holy Rabbainu</w:t>
      </w:r>
    </w:p>
    <w:p>
      <w:r>
        <w:t>"You are the king, we are nothing"…</w:t>
      </w:r>
    </w:p>
    <w:p>
      <w:r>
        <w:t>...[To be i..]...</w:t>
      </w:r>
    </w:p>
    <w:p>
      <w:r>
        <w:t>...{To be at ease} and in peace</w:t>
      </w:r>
    </w:p>
    <w:p>
      <w:r>
        <w:t>[Yes]</w:t>
      </w:r>
    </w:p>
    <w:p>
      <w:r>
        <w:t>And with true love, ah…</w:t>
      </w:r>
    </w:p>
    <w:p>
      <w:r>
        <w:t>...[I am here]...</w:t>
      </w:r>
    </w:p>
    <w:p>
      <w:r>
        <w:t>...{True}</w:t>
      </w:r>
    </w:p>
    <w:p>
      <w:r>
        <w:t>[What is true peace?]</w:t>
      </w:r>
    </w:p>
    <w:p>
      <w:r>
        <w:t>I already said what I said, and that is all</w:t>
      </w:r>
    </w:p>
    <w:p>
      <w:r>
        <w:t>"Peace," yes…</w:t>
      </w:r>
    </w:p>
    <w:p>
      <w:r>
        <w:t>...The Rebbe, we know of the Land of Israel through Rabbainu</w:t>
      </w:r>
    </w:p>
    <w:p>
      <w:r>
        <w:t>And Rabbainu says to live in the Land of Israel, all Israel will live in the Land of Israel…</w:t>
      </w:r>
    </w:p>
    <w:p>
      <w:r>
        <w:t>...Every utterance of Rabbainu, in the whole world, one utterance for the whole world...</w:t>
      </w:r>
    </w:p>
    <w:p>
      <w:r>
        <w:t>...[Rebbe Yisroel, why, Rebbe Yisroel, are there people who merit drawing close to Rabbainu</w:t>
      </w:r>
    </w:p>
    <w:p>
      <w:r>
        <w:t>And there are people who do not merit drawing close to Rabbainu?]…</w:t>
      </w:r>
    </w:p>
    <w:p>
      <w:r>
        <w:t>...This is free choice, in the world there is free choice, one can be a Tzaddik, one can not—there is free choice, the Blessed Hashem created the world with free choice…</w:t>
      </w:r>
    </w:p>
    <w:p>
      <w:r>
        <w:t>...The gentiles will be ashamed</w:t>
      </w:r>
    </w:p>
    <w:p>
      <w:r>
        <w:t>[The gentiles will be ashamed, what is he saying?]</w:t>
      </w:r>
    </w:p>
    <w:p>
      <w:r>
        <w:t>[They will be ashamed, yes]…</w:t>
      </w:r>
    </w:p>
    <w:p>
      <w:r>
        <w:t>...Because Rabbainu, of blessed memory, only brought close, did not distance</w:t>
      </w:r>
    </w:p>
    <w:p>
      <w:r>
        <w:t>[..Right]</w:t>
      </w:r>
    </w:p>
    <w:p>
      <w:r>
        <w:t>{No, he.., this does not weaken the mind, and to be ashamed, f.. from these things, more is not good} [Right]…</w:t>
      </w:r>
    </w:p>
    <w:p>
      <w:r>
        <w:t>...I was very ill, and the doctors said that an operation was necessary</w:t>
      </w:r>
    </w:p>
    <w:p>
      <w:r>
        <w:t>All the doctors, and also my senior doctor, said:</w:t>
      </w:r>
    </w:p>
    <w:p>
      <w:r>
        <w:t>“An operation is imperative”</w:t>
      </w:r>
    </w:p>
    <w:p>
      <w:r>
        <w:t>I said to him: “If this doctor, he says.., says no, then no”</w:t>
      </w:r>
    </w:p>
    <w:p>
      <w:r>
        <w:t>{Yes}…</w:t>
      </w:r>
    </w:p>
    <w:p>
      <w:r>
        <w:t>...I was ill, and the doctors said: “An operation”</w:t>
      </w:r>
    </w:p>
    <w:p>
      <w:r>
        <w:t>And I said to him: “This doctor says no, then no”</w:t>
      </w:r>
    </w:p>
    <w:p>
      <w:r>
        <w:t>So, so I did not have an operation, and it passed peacefully, completely, without an operation…</w:t>
      </w:r>
    </w:p>
    <w:p>
      <w:r>
        <w:t>...The doctors, the doctor says, said:</w:t>
      </w:r>
    </w:p>
    <w:p>
      <w:r>
        <w:t>“How is it possible, it is a tumor, it must be operated on, and if not, then, then it will grow and grow, and grow, and grow; it is imperative to operate on it”</w:t>
      </w:r>
    </w:p>
    <w:p>
      <w:r>
        <w:t>I said: “No {….}, I do not.., I do not want, do not want an operation,” yes</w:t>
      </w:r>
    </w:p>
    <w:p>
      <w:r>
        <w:t>And this, this passed; the illness passed completely without any operation…</w:t>
      </w:r>
    </w:p>
    <w:p>
      <w:r>
        <w:t>...It passed completely without an operation; the illness passed {without}, without any operation...</w:t>
      </w:r>
    </w:p>
    <w:p>
      <w:r>
        <w:t>…[The friends sing: “Na Nach Nachma Nachman MeUman..”</w:t>
      </w:r>
    </w:p>
    <w:p>
      <w:r>
        <w:t>Afterward they sing: “Fortunate are we that we have such a Rebbe..”]</w:t>
      </w:r>
    </w:p>
    <w:p>
      <w:r>
        <w:t>{….. “Sippurei Maasiyos,” we have “Likutey Moharan,” and “Likutey Tefillos”</w:t>
      </w:r>
    </w:p>
    <w:p>
      <w:r>
        <w:t>Everything\to help us………}</w:t>
      </w:r>
    </w:p>
    <w:p>
      <w:r>
        <w:t>[If I had money, I would be ready to print a hundred times as much]</w:t>
      </w:r>
    </w:p>
    <w:p>
      <w:r>
        <w:t>Eh?</w:t>
      </w:r>
    </w:p>
    <w:p>
      <w:r>
        <w:t>[Every book that I print, I need to make many ….]…</w:t>
      </w:r>
    </w:p>
    <w:p>
      <w:r>
        <w:t>...[In our generation now, in this generation, only Rabbainu can save everyone</w:t>
      </w:r>
    </w:p>
    <w:p>
      <w:r>
        <w:t>Only Rabbainu is the hope, this is our hope, only Rabbainu’s books]</w:t>
      </w:r>
    </w:p>
    <w:p>
      <w:r>
        <w:t>Every utterance of his revives the dead, it, everything…</w:t>
      </w:r>
    </w:p>
    <w:p>
      <w:r>
        <w:t>...And the whole world also loves Rabbainu</w:t>
      </w:r>
    </w:p>
    <w:p>
      <w:r>
        <w:t>[Certainly, certainly]…</w:t>
      </w:r>
    </w:p>
    <w:p>
      <w:r>
        <w:t>...The “Sippurei Maasiyos,” they need to print very, very many…</w:t>
      </w:r>
    </w:p>
    <w:p>
      <w:r>
        <w:t>...Be very careful, I warn you, do not forget me even for a moment [Who is this..?]</w:t>
      </w:r>
    </w:p>
    <w:p>
      <w:r>
        <w:t>Do not forget me…</w:t>
      </w:r>
    </w:p>
    <w:p>
      <w:r>
        <w:t>..Only to print and to print, to print…</w:t>
      </w:r>
    </w:p>
    <w:p>
      <w:r>
        <w:t>...A world of truth, of faith…</w:t>
      </w:r>
    </w:p>
    <w:p>
      <w:r>
        <w:t>...Do not forget me for one moment…</w:t>
      </w:r>
    </w:p>
    <w:p>
      <w:r>
        <w:t>...“And concerning you I said: My fire will burn until the coming of Mashiach”…</w:t>
      </w:r>
    </w:p>
    <w:p>
      <w:r>
        <w:t>...[Saba, I read your letters]</w:t>
      </w:r>
    </w:p>
    <w:p>
      <w:r>
        <w:t>Yes</w:t>
      </w:r>
    </w:p>
    <w:p>
      <w:r>
        <w:t>[“Ebay HaNachal,” there is no book holier and greater than this]</w:t>
      </w:r>
    </w:p>
    <w:p>
      <w:r>
        <w:t>Eh?</w:t>
      </w:r>
    </w:p>
    <w:p>
      <w:r>
        <w:t>[There is no, there is no book greater and holier than this]</w:t>
      </w:r>
    </w:p>
    <w:p>
      <w:r>
        <w:t>Yes</w:t>
      </w:r>
    </w:p>
    <w:p>
      <w:r>
        <w:t>[Every letter is, is a world]</w:t>
      </w:r>
    </w:p>
    <w:p>
      <w:r>
        <w:t>Yes, every letter is the light of Hashem</w:t>
      </w:r>
    </w:p>
    <w:p>
      <w:r>
        <w:t>Every utterance, the light of Hashem</w:t>
      </w:r>
    </w:p>
    <w:p>
      <w:r>
        <w:t>[Yes]</w:t>
      </w:r>
    </w:p>
    <w:p>
      <w:r>
        <w:t>Hidden from all the worlds, hidden from the whole world</w:t>
      </w:r>
    </w:p>
    <w:p>
      <w:r>
        <w:t>But the holy Rabbainu…</w:t>
      </w:r>
    </w:p>
    <w:p>
      <w:r>
        <w:t>...Now there will be and there will be books upon books</w:t>
      </w:r>
    </w:p>
    <w:p>
      <w:r>
        <w:t>{To prepare}.. for the whole world there will be books…</w:t>
      </w:r>
    </w:p>
    <w:p>
      <w:r>
        <w:t>...[Will Mashiach disseminate Rabbainu’s books?]</w:t>
      </w:r>
    </w:p>
    <w:p>
      <w:r>
        <w:t>He will already find everything {ready..}, ready and prepared...</w:t>
      </w:r>
    </w:p>
    <w:p>
      <w:r>
        <w:t>...[And what will be the matter of Mashiach?]…</w:t>
      </w:r>
    </w:p>
    <w:p>
      <w:r>
        <w:t>...There will be, there will be such a light in the world as there has never been…</w:t>
      </w:r>
    </w:p>
    <w:p>
      <w:r>
        <w:t>...[Will everyone know that this is Mashiach, or will there also be opposition to him? Will there be opposition to him?] No, no</w:t>
      </w:r>
    </w:p>
    <w:p>
      <w:r>
        <w:t>[No]</w:t>
      </w:r>
    </w:p>
    <w:p>
      <w:r>
        <w:t>Against Mashiach, no; that is it, it is already finished, the opposition is already finished…</w:t>
      </w:r>
    </w:p>
    <w:p>
      <w:r>
        <w:t>...[Has Mashiach already been born?]</w:t>
      </w:r>
    </w:p>
    <w:p>
      <w:r>
        <w:t>I do not know, I do not know {anything}, only what the holy Rabbainu revealed</w:t>
      </w:r>
    </w:p>
    <w:p>
      <w:r>
        <w:t>[What? Eh]</w:t>
      </w:r>
    </w:p>
    <w:p>
      <w:r>
        <w:t>The day he will come, yes</w:t>
      </w:r>
    </w:p>
    <w:p>
      <w:r>
        <w:t>And how he will come</w:t>
      </w:r>
    </w:p>
    <w:p>
      <w:r>
        <w:t>[Eh]</w:t>
      </w:r>
    </w:p>
    <w:p>
      <w:r>
        <w:t>There is, there will be such joy throughout the whole world, that everyone will dance…</w:t>
      </w:r>
    </w:p>
    <w:p>
      <w:r>
        <w:t>...“Megillas Sesarim”</w:t>
      </w:r>
    </w:p>
    <w:p>
      <w:r>
        <w:t>[Yes]</w:t>
      </w:r>
    </w:p>
    <w:p>
      <w:r>
        <w:t>The book is called “Megillas Sesarim”; the holy Rabbainu revealed when he will come</w:t>
      </w:r>
    </w:p>
    <w:p>
      <w:r>
        <w:t>The year and the month and the day, when Mashiach will come</w:t>
      </w:r>
    </w:p>
    <w:p>
      <w:r>
        <w:t>But we do not know at all</w:t>
      </w:r>
    </w:p>
    <w:p>
      <w:r>
        <w:t>[Eh, eh]</w:t>
      </w:r>
    </w:p>
    <w:p>
      <w:r>
        <w:t>Only the holy Rabbainu and Rebbe Nassan, and..</w:t>
      </w:r>
    </w:p>
    <w:p>
      <w:r>
        <w:t>[And you too, and you too]</w:t>
      </w:r>
    </w:p>
    <w:p>
      <w:r>
        <w:t>Yes, they, they knew a little of this…</w:t>
      </w:r>
    </w:p>
    <w:p>
      <w:r>
        <w:t>...[Until Mashiach comes, what do we need to do, to hasten it?]</w:t>
      </w:r>
    </w:p>
    <w:p>
      <w:r>
        <w:t>Everything is written; in every utterance of Rabbainu of blessed memory, the whole, the whole world with all, with all that they lack and all the remedies and all the salvations, in every utterance of Rabbainu...</w:t>
      </w:r>
    </w:p>
    <w:p>
      <w:r>
        <w:t>...[The friends sing: “Fortunate are we that we have such a Rebbe..”]</w:t>
      </w:r>
    </w:p>
    <w:p>
      <w:r>
        <w:t>{Everything\to help us………}</w:t>
      </w:r>
    </w:p>
    <w:p>
      <w:r>
        <w:t>[If I had money, I would be ready to print a hundred times as much..]…</w:t>
      </w:r>
    </w:p>
    <w:p>
      <w:r>
        <w:t>((((A section played at minute 41:51 repeats itself several times))))…</w:t>
      </w:r>
    </w:p>
    <w:p>
      <w:r>
        <w:br w:type="page"/>
      </w:r>
    </w:p>
    <w:p>
      <w:pPr>
        <w:pStyle w:val="Heading1"/>
      </w:pPr>
      <w:r>
        <w:t>Tape 111</w:t>
      </w:r>
    </w:p>
    <w:p>
      <w:pPr>
        <w:pStyle w:val="Heading2"/>
      </w:pPr>
      <w:r>
        <w:t>Side A (Aleph)</w:t>
      </w:r>
    </w:p>
    <w:p>
      <w:r>
        <w:t>...Who is the Rebbe? “R’osh B’nei Y’israel,” whose initials spell Rebbe…</w:t>
      </w:r>
    </w:p>
    <w:p>
      <w:r>
        <w:t>...{To you that I} feel what will be</w:t>
      </w:r>
    </w:p>
    <w:p>
      <w:r>
        <w:t>There will be such a light in the world, yes</w:t>
      </w:r>
    </w:p>
    <w:p>
      <w:r>
        <w:t>But {it will not be easy for you} this will be slowly, slowly, so that it will be {k.., m.. ma.. very, very}</w:t>
      </w:r>
    </w:p>
    <w:p>
      <w:r>
        <w:t>As {said} Rabbainu of blessed memory, Rebbe Nachman</w:t>
      </w:r>
    </w:p>
    <w:p>
      <w:r>
        <w:t>He, he, he will rectify everyone, the whole world, and not even one will remain without, without rectification</w:t>
      </w:r>
    </w:p>
    <w:p>
      <w:r>
        <w:t>And the whole world will see, the whole world will see, the whole world, and they will recognize and know that this world is vanity, it is nothing</w:t>
      </w:r>
    </w:p>
    <w:p>
      <w:r>
        <w:t>No, it, it is zero and naught, naught</w:t>
      </w:r>
    </w:p>
    <w:p>
      <w:r>
        <w:t>But he will be a tzaddik, {his power …}</w:t>
      </w:r>
    </w:p>
    <w:p>
      <w:r>
        <w:t>{The powers that he}, will give rectifications to everyone, to the whole world</w:t>
      </w:r>
    </w:p>
    <w:p>
      <w:r>
        <w:t>He will rectify us, and the whole world</w:t>
      </w:r>
    </w:p>
    <w:p>
      <w:r>
        <w:t>{…..}</w:t>
      </w:r>
    </w:p>
    <w:p>
      <w:r>
        <w:t>There will be a new world, a world of rectification</w:t>
      </w:r>
    </w:p>
    <w:p>
      <w:r>
        <w:t>{Eh, what is this here?}, {..}, I want to sit, eh..</w:t>
      </w:r>
    </w:p>
    <w:p>
      <w:r>
        <w:t>...The money is closed in the bank</w:t>
      </w:r>
    </w:p>
    <w:p>
      <w:r>
        <w:t>{And instead of the bank, instead}, to put some book into every home</w:t>
      </w:r>
    </w:p>
    <w:p>
      <w:r>
        <w:t>[Shall we do it for free?]</w:t>
      </w:r>
    </w:p>
    <w:p>
      <w:r>
        <w:t>{[Yes]}…</w:t>
      </w:r>
    </w:p>
    <w:p>
      <w:r>
        <w:t>...{All the things}...</w:t>
      </w:r>
    </w:p>
    <w:p>
      <w:r>
        <w:t>...Yes, one needs to tell this, to speak about this, counsel and utterances</w:t>
      </w:r>
    </w:p>
    <w:p>
      <w:r>
        <w:t>How to make it be truly, with faith</w:t>
      </w:r>
    </w:p>
    <w:p>
      <w:r>
        <w:t>[And kosher, yes]…</w:t>
      </w:r>
    </w:p>
    <w:p>
      <w:r>
        <w:t>...{….}, he, he, he is redemption for all, for all the Jewish people…</w:t>
      </w:r>
    </w:p>
    <w:p>
      <w:r>
        <w:t>...[Will Mashiach come?]</w:t>
      </w:r>
    </w:p>
    <w:p>
      <w:r>
        <w:t>Eh, {….}</w:t>
      </w:r>
    </w:p>
    <w:p>
      <w:r>
        <w:t>[Eh?]</w:t>
      </w:r>
    </w:p>
    <w:p>
      <w:r>
        <w:t>No one knows</w:t>
      </w:r>
    </w:p>
    <w:p>
      <w:r>
        <w:t>[..]</w:t>
      </w:r>
    </w:p>
    <w:p>
      <w:r>
        <w:t>[No one knows]</w:t>
      </w:r>
    </w:p>
    <w:p>
      <w:r>
        <w:t>[……]</w:t>
      </w:r>
    </w:p>
    <w:p>
      <w:r>
        <w:t>Only he himself, but he will come, he will come, and there will be, and there will be..</w:t>
      </w:r>
    </w:p>
    <w:p>
      <w:r>
        <w:t>And the glory will be revealed, the glory of His Kingship will be revealed…</w:t>
      </w:r>
    </w:p>
    <w:p>
      <w:r>
        <w:t>...Blessed is Hashem, you need to rejoice</w:t>
      </w:r>
    </w:p>
    <w:p>
      <w:r>
        <w:t>We need to strive with all our strength to be joyful</w:t>
      </w:r>
    </w:p>
    <w:p>
      <w:r>
        <w:t>And to recognize, and to recognize the glory of Hashem, that He does such kindnesses for us…</w:t>
      </w:r>
    </w:p>
    <w:p>
      <w:r>
        <w:t>...Utterances of.., these, it is very awesome, it..</w:t>
      </w:r>
    </w:p>
    <w:p>
      <w:r>
        <w:t>It gladdens all the limbs, the whole body, the whole, the whole world…</w:t>
      </w:r>
    </w:p>
    <w:p>
      <w:r>
        <w:t>...He is only joy, a son of joy</w:t>
      </w:r>
    </w:p>
    <w:p>
      <w:r>
        <w:t>Rav Shlomo Weksler, yes, you know.., have you heard?</w:t>
      </w:r>
    </w:p>
    <w:p>
      <w:r>
        <w:t>[No, no, we haven't heard]</w:t>
      </w:r>
    </w:p>
    <w:p>
      <w:r>
        <w:t>He said: "We have nothing, {these\rather} words of the son of joy"</w:t>
      </w:r>
    </w:p>
    <w:p>
      <w:r>
        <w:t>The son of joy {that is ….}</w:t>
      </w:r>
    </w:p>
    <w:p>
      <w:r>
        <w:t>[That is Rabbainu]</w:t>
      </w:r>
    </w:p>
    <w:p>
      <w:r>
        <w:t>Nachman</w:t>
      </w:r>
    </w:p>
    <w:p>
      <w:r>
        <w:t>[Nachman]</w:t>
      </w:r>
    </w:p>
    <w:p>
      <w:r>
        <w:t>[Gladdens people]</w:t>
      </w:r>
    </w:p>
    <w:p>
      <w:r>
        <w:t>Son of joy</w:t>
      </w:r>
    </w:p>
    <w:p>
      <w:r>
        <w:t>[Yes]…</w:t>
      </w:r>
    </w:p>
    <w:p>
      <w:r>
        <w:t>...{What is this world?}…</w:t>
      </w:r>
    </w:p>
    <w:p>
      <w:r>
        <w:t>...I don't have.., I no longer have the strength even to stand, to stand, just to stand, I can't</w:t>
      </w:r>
    </w:p>
    <w:p>
      <w:r>
        <w:t>Nu, but, but everything, everything, everything is for the good, and everything from Hashem Yisborach is for the good…</w:t>
      </w:r>
    </w:p>
    <w:p>
      <w:r>
        <w:t>...{..} Boruch Hashem, I am happy, and thank Hashem</w:t>
      </w:r>
    </w:p>
    <w:p>
      <w:r>
        <w:t>I am very happy fr.., the salvation is very great</w:t>
      </w:r>
    </w:p>
    <w:p>
      <w:r>
        <w:t>What will be, there is no.., there is no estimating…</w:t>
      </w:r>
    </w:p>
    <w:p>
      <w:r>
        <w:t>...Not to fall, and not to let oneself fall, chas veshalom, no</w:t>
      </w:r>
    </w:p>
    <w:p>
      <w:r>
        <w:t>Rabbainu HaKadosh is already in the world</w:t>
      </w:r>
    </w:p>
    <w:p>
      <w:r>
        <w:t>There are already such prayers in the world, and such a "Likutay Moharan" in the world</w:t>
      </w:r>
    </w:p>
    <w:p>
      <w:r>
        <w:t>And such a Torah, {such a prayer}, such a prayer, the "Likutay Tefilos"</w:t>
      </w:r>
    </w:p>
    <w:p>
      <w:r>
        <w:t>[“Likutay Tefilos”]</w:t>
      </w:r>
    </w:p>
    <w:p>
      <w:r>
        <w:t>[Everything is inside]</w:t>
      </w:r>
    </w:p>
    <w:p>
      <w:r>
        <w:t>We have such kindnesses {and.. and in general} great gifts, which cannot be estimated and cannot be {appraised}, Boruch Hashem…</w:t>
      </w:r>
    </w:p>
    <w:p>
      <w:r>
        <w:t>...Oy vey, {such a thing}, ah.. they need to give you some refreshment…</w:t>
      </w:r>
    </w:p>
    <w:p>
      <w:r>
        <w:t>...That we have Rabbainu HaKadosh in the world, th.., there is already Moshiach {and there will be.., everyone will see}</w:t>
      </w:r>
    </w:p>
    <w:p>
      <w:r>
        <w:t>All the salvations, for each and every one, we do not know what this is</w:t>
      </w:r>
    </w:p>
    <w:p>
      <w:r>
        <w:t>[…..]…</w:t>
      </w:r>
    </w:p>
    <w:p>
      <w:r>
        <w:t>...I cannot tell, speak and describe</w:t>
      </w:r>
    </w:p>
    <w:p>
      <w:r>
        <w:t>[But we are thirsty to hear]</w:t>
      </w:r>
    </w:p>
    <w:p>
      <w:r>
        <w:t>I don't have, I, I am in great distress, I cannot stand and speak any word</w:t>
      </w:r>
    </w:p>
    <w:p>
      <w:r>
        <w:t>Nu, but the good time will come…</w:t>
      </w:r>
    </w:p>
    <w:p>
      <w:r>
        <w:t>...[……]</w:t>
      </w:r>
    </w:p>
    <w:p>
      <w:r>
        <w:t>But he, he made many, many, ah.. rectifications in the world</w:t>
      </w:r>
    </w:p>
    <w:p>
      <w:r>
        <w:t>[Yes]</w:t>
      </w:r>
    </w:p>
    <w:p>
      <w:r>
        <w:t>That from this time Rabbainu HaKadosh has been revealed a little in the world</w:t>
      </w:r>
    </w:p>
    <w:p>
      <w:r>
        <w:t>[Yes]</w:t>
      </w:r>
    </w:p>
    <w:p>
      <w:r>
        <w:t>And each time he is revealed more…</w:t>
      </w:r>
    </w:p>
    <w:p>
      <w:r>
        <w:t>...Now we see such wonders of wonders, suddenly, suddenly we have our Eretz Yisroel, our Yerushalayim, our Beis HaMikdash</w:t>
      </w:r>
    </w:p>
    <w:p>
      <w:r>
        <w:t>[Is it ready? Is the Beis HaMikdash ready?]</w:t>
      </w:r>
    </w:p>
    <w:p>
      <w:r>
        <w:t>And the nations will fall and will not rise, they will fall for all eternity…</w:t>
      </w:r>
    </w:p>
    <w:p>
      <w:r>
        <w:t>...Boruch Hashem</w:t>
      </w:r>
    </w:p>
    <w:p>
      <w:r>
        <w:t>[Why did Rabbainu not reach Yerushalayim wh.. when he traveled to the Land?]</w:t>
      </w:r>
    </w:p>
    <w:p>
      <w:r>
        <w:t>Ah, yes</w:t>
      </w:r>
    </w:p>
    <w:p>
      <w:r>
        <w:t>[Why did he not reach Yerushalayim?]</w:t>
      </w:r>
    </w:p>
    <w:p>
      <w:r>
        <w:t>He, he came, and I drew close immediately.. to him</w:t>
      </w:r>
    </w:p>
    <w:p>
      <w:r>
        <w:t>[Yes, yes]</w:t>
      </w:r>
    </w:p>
    <w:p>
      <w:r>
        <w:t>And Breslov was.. and Boruch Hashem, I stood and fought against everyone, great ones, famous ones, yes</w:t>
      </w:r>
    </w:p>
    <w:p>
      <w:r>
        <w:t>And Boruch Hashem, I was very strong, Boruch Hashem</w:t>
      </w:r>
    </w:p>
    <w:p>
      <w:r>
        <w:t>[And where are they?]</w:t>
      </w:r>
    </w:p>
    <w:p>
      <w:r>
        <w:t>Ah?</w:t>
      </w:r>
    </w:p>
    <w:p>
      <w:r>
        <w:t>[Where are those famous ones?]</w:t>
      </w:r>
    </w:p>
    <w:p>
      <w:r>
        <w:t>Who can t.. tell and speak of what I saw, what I felt</w:t>
      </w:r>
    </w:p>
    <w:p>
      <w:r>
        <w:t>Such zemiros, such prayers, such joy, such service of Hashem, what one does not see in the world, and Rebbe Yisroel was unique in the world…</w:t>
      </w:r>
    </w:p>
    <w:p>
      <w:r>
        <w:t>...He came to Eretz Yisroel, did not leave Yerushalayim for a year, a year</w:t>
      </w:r>
    </w:p>
    <w:p>
      <w:r>
        <w:t>[Yes]</w:t>
      </w:r>
    </w:p>
    <w:p>
      <w:r>
        <w:t>And in the second year he came to Tzfas, to Meron</w:t>
      </w:r>
    </w:p>
    <w:p>
      <w:r>
        <w:t>[One year he..]</w:t>
      </w:r>
    </w:p>
    <w:p>
      <w:r>
        <w:t>Yes</w:t>
      </w:r>
    </w:p>
    <w:p>
      <w:r>
        <w:t>[He lived near the Kosel]</w:t>
      </w:r>
    </w:p>
    <w:p>
      <w:r>
        <w:t>Yes</w:t>
      </w:r>
    </w:p>
    <w:p>
      <w:r>
        <w:t>And I merited to see him, and to see such wonders, which it is impossible to speak with the mouth</w:t>
      </w:r>
    </w:p>
    <w:p>
      <w:r>
        <w:t>[He had grace, grace, the grace of truth]</w:t>
      </w:r>
    </w:p>
    <w:p>
      <w:r>
        <w:t>Hi.. his dancing, his joy, his prayers, who can describe and tell, and tell?…</w:t>
      </w:r>
    </w:p>
    <w:p>
      <w:r>
        <w:t>...Whoever did not see such a thing, has not, has not, did not see good in his life</w:t>
      </w:r>
    </w:p>
    <w:p>
      <w:r>
        <w:t>[It can already be seen in your eyes]…</w:t>
      </w:r>
    </w:p>
    <w:p>
      <w:r>
        <w:t>...Boruch Hashem, that I merited to fight against such great ones, such famous ones</w:t>
      </w:r>
    </w:p>
    <w:p>
      <w:r>
        <w:t>Who can tell and prai. such a thing, such matters</w:t>
      </w:r>
    </w:p>
    <w:p>
      <w:r>
        <w:t>Such holiness, such light…</w:t>
      </w:r>
    </w:p>
    <w:p>
      <w:r>
        <w:t>...Completely new</w:t>
      </w:r>
    </w:p>
    <w:p>
      <w:r>
        <w:t>I see wonders, before I did not, did not, did not merit what, what this is</w:t>
      </w:r>
    </w:p>
    <w:p>
      <w:r>
        <w:t>But every day, what comes afterward, I feel, I, Hashem Yisborach shows me what this is</w:t>
      </w:r>
    </w:p>
    <w:p>
      <w:r>
        <w:t>Oy vey, vey, vey…</w:t>
      </w:r>
    </w:p>
    <w:p>
      <w:r>
        <w:t>...[And it is written there: "Be strong and courageous in your service".. what service?]</w:t>
      </w:r>
    </w:p>
    <w:p>
      <w:r>
        <w:t>"And through strengthening the service you will understand it"</w:t>
      </w:r>
    </w:p>
    <w:p>
      <w:r>
        <w:t>[What service? Rebbe Yisroel, is it prayer, prayer, service is prayer?]</w:t>
      </w:r>
    </w:p>
    <w:p>
      <w:r>
        <w:t>{..}, every, every.. everything that.. ev.. every word that I spoke, {what with the King}.., with Hashem Yisborach, it, it is a precious vessel, and light, a great light, a wondrous light</w:t>
      </w:r>
    </w:p>
    <w:p>
      <w:r>
        <w:t>Oy…</w:t>
      </w:r>
    </w:p>
    <w:p>
      <w:r>
        <w:t>...Oy.. you do not know what was, Boruch Hashem, I, I thank {and direct} Hashem Yisborach for His great kindness, that I merited to know Rebbe Yisroel</w:t>
      </w:r>
    </w:p>
    <w:p>
      <w:r>
        <w:t>Ah…</w:t>
      </w:r>
    </w:p>
    <w:p>
      <w:r>
        <w:t>...Ah, at the time when everyone was opposed</w:t>
      </w:r>
    </w:p>
    <w:p>
      <w:r>
        <w:t>Famous ones and great ones, {they}.. yes…</w:t>
      </w:r>
    </w:p>
    <w:p>
      <w:r>
        <w:t>...Those who dispute are beginning to feel and to be ashamed {of.. of this, of.. of this} and to fall, yes</w:t>
      </w:r>
    </w:p>
    <w:p>
      <w:r>
        <w:t>[What do they want, what do they want from Rabbainu]</w:t>
      </w:r>
    </w:p>
    <w:p>
      <w:r>
        <w:t>Ah, yes</w:t>
      </w:r>
    </w:p>
    <w:p>
      <w:r>
        <w:t>[He is sweet to everyone]</w:t>
      </w:r>
    </w:p>
    <w:p>
      <w:r>
        <w:t>They..</w:t>
      </w:r>
    </w:p>
    <w:p>
      <w:r>
        <w:t>[They are afraid to be tzaddikim]</w:t>
      </w:r>
    </w:p>
    <w:p>
      <w:r>
        <w:t>He is the Rebbe of all Yisroel, each and every one</w:t>
      </w:r>
    </w:p>
    <w:p>
      <w:r>
        <w:t>[It is as though they disputed Rashi and the Rambam, how can it be?</w:t>
      </w:r>
    </w:p>
    <w:p>
      <w:r>
        <w:t>Today they do not dispute all of Rashi]</w:t>
      </w:r>
    </w:p>
    <w:p>
      <w:r>
        <w:t>[Then ask, Rebbe Yisroel, it is the same thing]</w:t>
      </w:r>
    </w:p>
    <w:p>
      <w:r>
        <w:t>[I heard]</w:t>
      </w:r>
    </w:p>
    <w:p>
      <w:r>
        <w:t>[...]</w:t>
      </w:r>
    </w:p>
    <w:p>
      <w:r>
        <w:t>[Rebbe Yisroel..]</w:t>
      </w:r>
    </w:p>
    <w:p>
      <w:r>
        <w:t>Give them, give them</w:t>
      </w:r>
    </w:p>
    <w:p>
      <w:r>
        <w:t>[Since I have been sitting beside him, I have only been drinking the entire time]</w:t>
      </w:r>
    </w:p>
    <w:p>
      <w:r>
        <w:t>[Good, Rebbe Yisroel, we will go]</w:t>
      </w:r>
    </w:p>
    <w:p>
      <w:r>
        <w:t>Give, give them, give them refreshments, to everyone…</w:t>
      </w:r>
    </w:p>
    <w:p>
      <w:r>
        <w:t>...[…]</w:t>
      </w:r>
    </w:p>
    <w:p>
      <w:r>
        <w:t>Ah?</w:t>
      </w:r>
    </w:p>
    <w:p>
      <w:r>
        <w:t>[How much more?]</w:t>
      </w:r>
    </w:p>
    <w:p>
      <w:r>
        <w:t>The more, the better</w:t>
      </w:r>
    </w:p>
    <w:p>
      <w:r>
        <w:t>[Can..]</w:t>
      </w:r>
    </w:p>
    <w:p>
      <w:r>
        <w:t>[The more, the better]</w:t>
      </w:r>
    </w:p>
    <w:p>
      <w:r>
        <w:t>And the Gemara says: "If only a person would pray all day"</w:t>
      </w:r>
    </w:p>
    <w:p>
      <w:r>
        <w:t>["All day"]</w:t>
      </w:r>
    </w:p>
    <w:p>
      <w:r>
        <w:t>Oy vey, I se…</w:t>
      </w:r>
    </w:p>
    <w:p>
      <w:r>
        <w:t>...We do not know what gifts Hashem Yisborach gives us...</w:t>
      </w:r>
    </w:p>
    <w:p>
      <w:r>
        <w:t>...Ah?</w:t>
      </w:r>
    </w:p>
    <w:p>
      <w:r>
        <w:t>[How is it possible to always be joyous?]</w:t>
      </w:r>
    </w:p>
    <w:p>
      <w:r>
        <w:t>Ah, with faith, only with faith…</w:t>
      </w:r>
    </w:p>
    <w:p>
      <w:r>
        <w:t>...That is the main vessel of joy, only {..} faith and prayer…</w:t>
      </w:r>
    </w:p>
    <w:p>
      <w:r>
        <w:t>...The kindnesses of Hashem and His mighty deeds, what I merited, that I came</w:t>
      </w:r>
    </w:p>
    <w:p>
      <w:r>
        <w:t>I was in Teveria, and Hashem Yisborach brought Rebbe Yisroel to Teveria...</w:t>
      </w:r>
    </w:p>
    <w:p>
      <w:r>
        <w:t>...Perhaps we need to {hear\guard} every moment, every {day} and every moment</w:t>
      </w:r>
    </w:p>
    <w:p>
      <w:r>
        <w:t>To be attached to Hashem Yisborach, to the tzaddik…</w:t>
      </w:r>
    </w:p>
    <w:p>
      <w:r>
        <w:t>...{Eitan, Eitan}</w:t>
      </w:r>
    </w:p>
    <w:p>
      <w:r>
        <w:t>[He will come]…</w:t>
      </w:r>
    </w:p>
    <w:p>
      <w:r>
        <w:t>...{…}, all the nations know that we conquered Eretz Yisroel</w:t>
      </w:r>
    </w:p>
    <w:p>
      <w:r>
        <w:t>How? There are no weapons, there is no money, {there is no …}, and.. how?…</w:t>
      </w:r>
    </w:p>
    <w:p>
      <w:r>
        <w:t>...Daniel, ah..</w:t>
      </w:r>
    </w:p>
    <w:p>
      <w:r>
        <w:t>[Daniel Eliyahu?]</w:t>
      </w:r>
    </w:p>
    <w:p>
      <w:r>
        <w:t>And all of our Anshay Shlomaynu, and all our friends</w:t>
      </w:r>
    </w:p>
    <w:p>
      <w:r>
        <w:t>Immediately we will make, make and reveal such wonders in the world, which have no, have no measure</w:t>
      </w:r>
    </w:p>
    <w:p>
      <w:r>
        <w:t>[Who is Daniel? Daniel Eliyahu? Which Daniel? Daniel Eliyahu?]</w:t>
      </w:r>
    </w:p>
    <w:p>
      <w:r>
        <w:t>Daniel Eliyahu, and likewise each and every one</w:t>
      </w:r>
    </w:p>
    <w:p>
      <w:r>
        <w:t>[And so on, each and every one]</w:t>
      </w:r>
    </w:p>
    <w:p>
      <w:r>
        <w:t>[And yes, every.. ah]</w:t>
      </w:r>
    </w:p>
    <w:p>
      <w:r>
        <w:t>{These are kindnesses}, such kindnesses and wonders, which have never been revealed</w:t>
      </w:r>
    </w:p>
    <w:p>
      <w:r>
        <w:t>Oy vey, {..}…</w:t>
      </w:r>
    </w:p>
    <w:p>
      <w:r>
        <w:t>...To remember the kindnesses, the, the gifts, such gifts and such kindnesses</w:t>
      </w:r>
    </w:p>
    <w:p>
      <w:r>
        <w:t>That Hashem Yisborach did with us and with the entire world</w:t>
      </w:r>
    </w:p>
    <w:p>
      <w:r>
        <w:t>It will rise and come and reach and.. us and all Yisroel</w:t>
      </w:r>
    </w:p>
    <w:p>
      <w:r>
        <w:t>[It will rise and come and reach..]…</w:t>
      </w:r>
    </w:p>
    <w:p>
      <w:r>
        <w:t>...What we merited to know from Rabbainu</w:t>
      </w:r>
    </w:p>
    <w:p>
      <w:r>
        <w:t>Oy.. a wonder of the final redemption, the final redemption</w:t>
      </w:r>
    </w:p>
    <w:p>
      <w:r>
        <w:t>That each one of Yisroel will merit to rectify everything, all the sins</w:t>
      </w:r>
    </w:p>
    <w:p>
      <w:r>
        <w:t>Through Rabbainu's power</w:t>
      </w:r>
    </w:p>
    <w:p>
      <w:r>
        <w:t>He will illuminate for him the true path, how to be a Jew</w:t>
      </w:r>
    </w:p>
    <w:p>
      <w:r>
        <w:t>Oy, oy, oy</w:t>
      </w:r>
    </w:p>
    <w:p>
      <w:r>
        <w:t>[But everyone?]</w:t>
      </w:r>
    </w:p>
    <w:p>
      <w:r>
        <w:t>{Ah, k..}</w:t>
      </w:r>
    </w:p>
    <w:p>
      <w:r>
        <w:t>I told him, Boruch Hashem they have houses, there is a house for me, yes, I want to sleep</w:t>
      </w:r>
    </w:p>
    <w:p>
      <w:r>
        <w:t>So he heard that I want to, so he was silent, silent, silent</w:t>
      </w:r>
    </w:p>
    <w:p>
      <w:r>
        <w:t>And afterward he told me, he needs to deliberate, whether to accept me, whether not</w:t>
      </w:r>
    </w:p>
    <w:p>
      <w:r>
        <w:t>He needs to ac.., to…</w:t>
      </w:r>
    </w:p>
    <w:p>
      <w:r>
        <w:t>...{...} about the end, {to\about} the end</w:t>
      </w:r>
    </w:p>
    <w:p>
      <w:r>
        <w:t>The end of Israel, that they will all be holy, people of faith, such truth</w:t>
      </w:r>
    </w:p>
    <w:p>
      <w:r>
        <w:t>{In.. a way} that never was, for the world does not know at all what truth is, and what Torah is</w:t>
      </w:r>
    </w:p>
    <w:p>
      <w:r>
        <w:t>Oy, I merited to know Rebbe Yisroel (Kardonner), and he..</w:t>
      </w:r>
    </w:p>
    <w:p>
      <w:r>
        <w:t>I saw what a Jew is, and what faith is, and what prayer is, and what.., yes</w:t>
      </w:r>
    </w:p>
    <w:p>
      <w:r>
        <w:t>He, he, and he gave me {..} fruit on Shabbos, grapes he gave me, and more fruit, more fruit, yes, but I ate a lot and slept, {until….}…</w:t>
      </w:r>
    </w:p>
    <w:p>
      <w:r>
        <w:t>...Mordechai, I received three lights, Shimon, and Mordechai Maman, who is the third?</w:t>
      </w:r>
    </w:p>
    <w:p>
      <w:r>
        <w:t>{And I do not have the strength to move from his place, from my place}, and what will come of this? Yes</w:t>
      </w:r>
    </w:p>
    <w:p>
      <w:r>
        <w:t>[And Menachem, yes]</w:t>
      </w:r>
    </w:p>
    <w:p>
      <w:r>
        <w:t>Menachem, Menachem, and also a taxi</w:t>
      </w:r>
    </w:p>
    <w:p>
      <w:r>
        <w:t>{Yes}…</w:t>
      </w:r>
    </w:p>
    <w:p>
      <w:r>
        <w:t>...We need, Hashem Yisborach should have mercy on us, and cleanse us, we are not clean, nu</w:t>
      </w:r>
    </w:p>
    <w:p>
      <w:r>
        <w:t>But Hashem Yisborach is merciful, such a {merci.., compassionate one}, that He will cleanse and purify us from all kinds of impurities, from all kinds of sins, from all kinds of lusts, He will take us out of all, from all the.. {…….} Mordechai Maman and Shimon, Shimon, only Shimon, no more?</w:t>
      </w:r>
    </w:p>
    <w:p>
      <w:r>
        <w:t>Mordechai Maman and Shimon</w:t>
      </w:r>
    </w:p>
    <w:p>
      <w:r>
        <w:t>[Shimon Matudi]</w:t>
      </w:r>
    </w:p>
    <w:p>
      <w:r>
        <w:t>Eh?</w:t>
      </w:r>
    </w:p>
    <w:p>
      <w:r>
        <w:t>[Shimon Matudi]</w:t>
      </w:r>
    </w:p>
    <w:p>
      <w:r>
        <w:t>Shimon and..</w:t>
      </w:r>
    </w:p>
    <w:p>
      <w:r>
        <w:t>[And Menachem, Menachem]</w:t>
      </w:r>
    </w:p>
    <w:p>
      <w:r>
        <w:t>Menachem…</w:t>
      </w:r>
    </w:p>
    <w:p>
      <w:r>
        <w:t>...{…. I asked}, that he is a scholar, but he—the main thing, the main thing is lacking for him</w:t>
      </w:r>
    </w:p>
    <w:p>
      <w:r>
        <w:t>Rabbainu Hakadosh, he is our main thing, he is the main.., he is our soul, he is the main part of our rectification—what, there had never yet been, since the time of the creation of the world there had never yet been a light li.., such a wonder</w:t>
      </w:r>
    </w:p>
    <w:p>
      <w:r>
        <w:t>There had never yet been, but he, but he already said that he had conquered the entire world, and would conquer the entire world, and said: "I have not fini.., I, have I not finished? I have finished and I will finish"</w:t>
      </w:r>
    </w:p>
    <w:p>
      <w:r>
        <w:t>He {{wi.., will illuminate}}, came into the world to rectify the entire world, all the wicked, all, all the {impure}</w:t>
      </w:r>
    </w:p>
    <w:p>
      <w:r>
        <w:t>All, everyone will be clean, and they will be t.. together with Hashem Yisborach, with the Torah …</w:t>
      </w:r>
    </w:p>
    <w:p>
      <w:r>
        <w:t>...{Mordechai}…</w:t>
      </w:r>
    </w:p>
    <w:p>
      <w:r>
        <w:t>..."I have finished and I will finish"</w:t>
      </w:r>
    </w:p>
    <w:p>
      <w:r>
        <w:t>No, no, no one said such words, "I have finished and I will finish"</w:t>
      </w:r>
    </w:p>
    <w:p>
      <w:r>
        <w:t>[…]</w:t>
      </w:r>
    </w:p>
    <w:p>
      <w:r>
        <w:t>[No one said such a thing, "I have finished and I will finish"]</w:t>
      </w:r>
    </w:p>
    <w:p>
      <w:r>
        <w:t>[…..]...</w:t>
      </w:r>
    </w:p>
    <w:p>
      <w:r>
        <w:t>...Previously I rectified all the Jews...</w:t>
      </w:r>
    </w:p>
    <w:p>
      <w:r>
        <w:t>...{Will conquer the entire world}, I have conquered the entire world, {what is this} this is a wonder</w:t>
      </w:r>
    </w:p>
    <w:p>
      <w:r>
        <w:t>Eh, how did Rabbainu say…</w:t>
      </w:r>
    </w:p>
    <w:p>
      <w:r>
        <w:t>..."I have finished and I will finish"</w:t>
      </w:r>
    </w:p>
    <w:p>
      <w:r>
        <w:t>{…}</w:t>
      </w:r>
    </w:p>
    <w:p>
      <w:r>
        <w:t>[Rebbe Yisroel, th..]</w:t>
      </w:r>
    </w:p>
    <w:p>
      <w:r>
        <w:t>The prime minister and the president will come, will come to Rabbainu, {will say]:</w:t>
      </w:r>
    </w:p>
    <w:p>
      <w:r>
        <w:t>"We are not the president and not the head, prime minister</w:t>
      </w:r>
    </w:p>
    <w:p>
      <w:r>
        <w:t>You are the prime minister, and you are the king of, of, of all Israel</w:t>
      </w:r>
    </w:p>
    <w:p>
      <w:r>
        <w:t>You are our Rebbe"</w:t>
      </w:r>
    </w:p>
    <w:p>
      <w:r>
        <w:t>[…...the president]…</w:t>
      </w:r>
    </w:p>
    <w:p>
      <w:r>
        <w:t>The prime minister, what is his name? Rabin, Rabin, Rabin, Rabin, he will come to Rabbainu:</w:t>
      </w:r>
    </w:p>
    <w:p>
      <w:r>
        <w:t>"I am not the prime minister, you are the prime minister"</w:t>
      </w:r>
    </w:p>
    <w:p>
      <w:r>
        <w:t>Eh.. Ezer Weizman will come and say:</w:t>
      </w:r>
    </w:p>
    <w:p>
      <w:r>
        <w:t>"Eh, I am not the prime minister, you are the prime minister"</w:t>
      </w:r>
    </w:p>
    <w:p>
      <w:r>
        <w:t>All the monarchies, all the kingdoms {…} and the whole world will arrive at Rabbainu:</w:t>
      </w:r>
    </w:p>
    <w:p>
      <w:r>
        <w:t>"You are our king</w:t>
      </w:r>
    </w:p>
    <w:p>
      <w:r>
        <w:t>I am not, not the prime minister, nor the president</w:t>
      </w:r>
    </w:p>
    <w:p>
      <w:r>
        <w:t>You are the president, you are the prime minister, and you are everything"</w:t>
      </w:r>
    </w:p>
    <w:p>
      <w:r>
        <w:t>[When will this be? When will this be? When?]</w:t>
      </w:r>
    </w:p>
    <w:p>
      <w:r>
        <w:t>Soon…</w:t>
      </w:r>
    </w:p>
    <w:p>
      <w:r>
        <w:t>...[Saba, is Moshiach coming? Is Moshiach coming? I heard that Moshiach is found with Yisroel Ber] Eh?</w:t>
      </w:r>
    </w:p>
    <w:p>
      <w:r>
        <w:t>[I heard that Moshiach, he will be found with Yisroel Ber, Moshiach]</w:t>
      </w:r>
    </w:p>
    <w:p>
      <w:r>
        <w:t>{Where is he found?}</w:t>
      </w:r>
    </w:p>
    <w:p>
      <w:r>
        <w:t>[With Yisroel Ber..]</w:t>
      </w:r>
    </w:p>
    <w:p>
      <w:r>
        <w:t>[………]</w:t>
      </w:r>
    </w:p>
    <w:p>
      <w:r>
        <w:t>[………]</w:t>
      </w:r>
    </w:p>
    <w:p>
      <w:r>
        <w:t>[Saba, when..]</w:t>
      </w:r>
    </w:p>
    <w:p>
      <w:r>
        <w:t>I already said, "And concerning you, I said"…</w:t>
      </w:r>
    </w:p>
    <w:p>
      <w:r>
        <w:t>...I do not know what to do, I am the master of the Petek, and it, and the Petek is, this alone</w:t>
      </w:r>
    </w:p>
    <w:p>
      <w:r>
        <w:t>[Moshiach is a Petek]</w:t>
      </w:r>
    </w:p>
    <w:p>
      <w:r>
        <w:t>[……..…]</w:t>
      </w:r>
    </w:p>
    <w:p>
      <w:r>
        <w:t>[…….….]</w:t>
      </w:r>
    </w:p>
    <w:p>
      <w:r>
        <w:t>Eh.. {is revealed}</w:t>
      </w:r>
    </w:p>
    <w:p>
      <w:r>
        <w:t>Now it is necessary to take an airplane th.. th..that will fly throughout the entire world</w:t>
      </w:r>
    </w:p>
    <w:p>
      <w:r>
        <w:t>And it will show the Petek and the master of the Petek to the entire world</w:t>
      </w:r>
    </w:p>
    <w:p>
      <w:r>
        <w:t>[Saba..]…</w:t>
      </w:r>
    </w:p>
    <w:p>
      <w:r>
        <w:t>...[Saba]</w:t>
      </w:r>
    </w:p>
    <w:p>
      <w:r>
        <w:t>[Saba, on Rosh Hashanah there will be something beautiful, there will be a wedding]</w:t>
      </w:r>
    </w:p>
    <w:p>
      <w:r>
        <w:t>A wedding?</w:t>
      </w:r>
    </w:p>
    <w:p>
      <w:r>
        <w:t>[Yes]</w:t>
      </w:r>
    </w:p>
    <w:p>
      <w:r>
        <w:t>What wedding?</w:t>
      </w:r>
    </w:p>
    <w:p>
      <w:r>
        <w:t>[I do not know]</w:t>
      </w:r>
    </w:p>
    <w:p>
      <w:r>
        <w:t>[Saba, there will be a beautiful, beautiful wedding]</w:t>
      </w:r>
    </w:p>
    <w:p>
      <w:r>
        <w:t>Oh, oh..</w:t>
      </w:r>
    </w:p>
    <w:p>
      <w:r>
        <w:t>[All the "Bettlers" will come]</w:t>
      </w:r>
    </w:p>
    <w:p>
      <w:r>
        <w:t>Yes</w:t>
      </w:r>
    </w:p>
    <w:p>
      <w:r>
        <w:t>[They will bring gifts]</w:t>
      </w:r>
    </w:p>
    <w:p>
      <w:r>
        <w:t>The gifts of the "Bettlers"</w:t>
      </w:r>
    </w:p>
    <w:p>
      <w:r>
        <w:t>[Gifts of Eretz Yisroel]</w:t>
      </w:r>
    </w:p>
    <w:p>
      <w:r>
        <w:t>But how will it be.., shall we make them a wedding, to wed a bride?</w:t>
      </w:r>
    </w:p>
    <w:p>
      <w:r>
        <w:t>{{Then, eh.. then it.., then, then ask m..}}, then I will tell you</w:t>
      </w:r>
    </w:p>
    <w:p>
      <w:r>
        <w:t>[How?]</w:t>
      </w:r>
    </w:p>
    <w:p>
      <w:r>
        <w:t>Yes</w:t>
      </w:r>
    </w:p>
    <w:p>
      <w:r>
        <w:t>Eh, eh, the day after tomorrow, tomorrow will be the wedding of the king, of the birth of the king</w:t>
      </w:r>
    </w:p>
    <w:p>
      <w:r>
        <w:t>And there, at the feast, they will provide all the good things, and there will be every good thing there</w:t>
      </w:r>
    </w:p>
    <w:p>
      <w:r>
        <w:t>And there will be, and all the "Bettlers" will come, and they will eat and drink from the feast</w:t>
      </w:r>
    </w:p>
    <w:p>
      <w:r>
        <w:t>[Whose?]</w:t>
      </w:r>
    </w:p>
    <w:p>
      <w:r>
        <w:t>[The king's]…</w:t>
      </w:r>
    </w:p>
    <w:p>
      <w:r>
        <w:t>...[Saba]...</w:t>
      </w:r>
    </w:p>
    <w:p>
      <w:r>
        <w:t>...[A gift for Sababa]</w:t>
      </w:r>
    </w:p>
    <w:p>
      <w:r>
        <w:t>{The "Bettlers" gave} a "derashah geshank" to the bridegroom</w:t>
      </w:r>
    </w:p>
    <w:p>
      <w:r>
        <w:t>[Oh.. oh..]</w:t>
      </w:r>
    </w:p>
    <w:p>
      <w:r>
        <w:t>And also to both of them</w:t>
      </w:r>
    </w:p>
    <w:p>
      <w:r>
        <w:t>[Yes, a tallis and a dress]</w:t>
      </w:r>
    </w:p>
    <w:p>
      <w:r>
        <w:t>If there will be a lot, there will be for both of them</w:t>
      </w:r>
    </w:p>
    <w:p>
      <w:r>
        <w:t>[….]...</w:t>
      </w:r>
    </w:p>
    <w:p>
      <w:r>
        <w:t>...The bride said: "This is a wedding—if the 'blind Bettler' will be there, the joy will be great"…</w:t>
      </w:r>
    </w:p>
    <w:p>
      <w:r>
        <w:t>...He, he will want a tallis unique in the world, what…</w:t>
      </w:r>
    </w:p>
    <w:p>
      <w:r>
        <w:t>...{He will be unique and dance like us}</w:t>
      </w:r>
    </w:p>
    <w:p>
      <w:r>
        <w:t>[…]…</w:t>
      </w:r>
    </w:p>
    <w:p>
      <w:r>
        <w:t>This is a {..} known thing</w:t>
      </w:r>
    </w:p>
    <w:p>
      <w:r>
        <w:t>[And renowned]</w:t>
      </w:r>
    </w:p>
    <w:p>
      <w:r>
        <w:t>[It will be once again now]…</w:t>
      </w:r>
    </w:p>
    <w:p>
      <w:r>
        <w:t>...He went beyond the bounds of {a person}, he went out, he was.. {….}..</w:t>
      </w:r>
    </w:p>
    <w:p>
      <w:r>
        <w:t>Yes, his avodah, his joy, his faith, {such} faith</w:t>
      </w:r>
    </w:p>
    <w:p>
      <w:r>
        <w:t>Who can speak? It is impossible to describe and estimate</w:t>
      </w:r>
    </w:p>
    <w:p>
      <w:r>
        <w:t>The Creator of the World brought him to me from Meron, he lived in Yerushali.., in Chevron</w:t>
      </w:r>
    </w:p>
    <w:p>
      <w:r>
        <w:t>The Creator of the World took him out of Chevron, brought him from Chevron</w:t>
      </w:r>
    </w:p>
    <w:p>
      <w:r>
        <w:t>So.. he arrived in Meron, then I saw the book "Sichos HaRan"</w:t>
      </w:r>
    </w:p>
    <w:p>
      <w:r>
        <w:t>Then he said, this is the book {….. the holy tzaddikim}</w:t>
      </w:r>
    </w:p>
    <w:p>
      <w:r>
        <w:t>What he merited to become, what one can merit through the power of Rabbainu Hakadosh {……}…</w:t>
      </w:r>
    </w:p>
    <w:p>
      <w:r>
        <w:t>...Such a kind of strength, such a kind of joy, such a kind of faith, he was unique in the world {…….………}…</w:t>
      </w:r>
    </w:p>
    <w:p>
      <w:r>
        <w:t>...{..} Rebbe Yisroel {……………}</w:t>
      </w:r>
    </w:p>
    <w:p>
      <w:r>
        <w:t>Such a kind of strength, such a kind of intellect, such a kind of.. {……}</w:t>
      </w:r>
    </w:p>
    <w:p>
      <w:r>
        <w:t>Such a kind of.., such a kind of truth, such, such a kind of {faith}, strength, and might, {..}…</w:t>
      </w:r>
    </w:p>
    <w:p>
      <w:r>
        <w:t>...There came into the world {an automobile}, {Rabbainu Hakadosh}</w:t>
      </w:r>
    </w:p>
    <w:p>
      <w:r>
        <w:t>{….. They cannot do anything}</w:t>
      </w:r>
    </w:p>
    <w:p>
      <w:r>
        <w:t>{…} Rabbainu Hakadosh..</w:t>
      </w:r>
    </w:p>
    <w:p>
      <w:r>
        <w:t>The whole world is worth nothing</w:t>
      </w:r>
    </w:p>
    <w:p>
      <w:r>
        <w:t>He brought {…. Rabbainu into the world, and doso}</w:t>
      </w:r>
    </w:p>
    <w:p>
      <w:r>
        <w:t>{…..}</w:t>
      </w:r>
    </w:p>
    <w:p>
      <w:r>
        <w:t>Such a kind of strength, such a kind of might, such a kind of wisdom, such a kind of joy</w:t>
      </w:r>
    </w:p>
    <w:p>
      <w:r>
        <w:t>{It always was, always}, there had never yet been such a kind of thing in the world</w:t>
      </w:r>
    </w:p>
    <w:p>
      <w:r>
        <w:t>Such a kind of grace, and such a kind of words</w:t>
      </w:r>
    </w:p>
    <w:p>
      <w:r>
        <w:t>I, I merited to see Rebbe Yisroel (Kardonner)</w:t>
      </w:r>
    </w:p>
    <w:p>
      <w:r>
        <w:t>His prayers, his avodah, his faith, it is such strength and might</w:t>
      </w:r>
    </w:p>
    <w:p>
      <w:r>
        <w:t>For him, this world was..</w:t>
      </w:r>
    </w:p>
    <w:p>
      <w:r>
        <w:t>{Such a Rebbe like, like Rebbe Nachman, wh.. who cannot be found}</w:t>
      </w:r>
    </w:p>
    <w:p>
      <w:r>
        <w:t>There is no.., for this, satisfaction, {…}</w:t>
      </w:r>
    </w:p>
    <w:p>
      <w:r>
        <w:t>{…….much satisfaction ….satisfaction……….}</w:t>
      </w:r>
    </w:p>
    <w:p>
      <w:r>
        <w:t>{…}, who can speak and tell?</w:t>
      </w:r>
    </w:p>
    <w:p>
      <w:r>
        <w:t>Such wonders, above, above everything, above.., everything</w:t>
      </w:r>
    </w:p>
    <w:p>
      <w:r>
        <w:t>And I see {signs} that he..</w:t>
      </w:r>
    </w:p>
    <w:p>
      <w:r>
        <w:t>Such wonder and mighty acts, this had not yet been in the world</w:t>
      </w:r>
    </w:p>
    <w:p>
      <w:r>
        <w:t>He made known a drop from the sea {of his greatness, yes}, all this is not even like a drop from the sea…</w:t>
      </w:r>
    </w:p>
    <w:p>
      <w:r>
        <w:t>...And I {was also}, and they all opposed</w:t>
      </w:r>
    </w:p>
    <w:p>
      <w:r>
        <w:t>{……..} in lowliness, what passed over Bre.., over Breslov</w:t>
      </w:r>
    </w:p>
    <w:p>
      <w:r>
        <w:t>What I suffered because of this name, that I have the name: "Breslov"</w:t>
      </w:r>
    </w:p>
    <w:p>
      <w:r>
        <w:t>"Yisroel Ber Breslov"</w:t>
      </w:r>
    </w:p>
    <w:p>
      <w:r>
        <w:t>How much.. Rabbainu and Rebbe Nassan, how much they speak {...} to serve Hashem with joy</w:t>
      </w:r>
    </w:p>
    <w:p>
      <w:r>
        <w:t>{He is a rectification for all of us}</w:t>
      </w:r>
    </w:p>
    <w:p>
      <w:r>
        <w:t>[There is nothing to say]…</w:t>
      </w:r>
    </w:p>
    <w:p>
      <w:r>
        <w:t>Oy vey, we will be such holy tzaddikim.. as have not yet been in the world</w:t>
      </w:r>
    </w:p>
    <w:p>
      <w:r>
        <w:t>Such wonders…</w:t>
      </w:r>
    </w:p>
    <w:p>
      <w:r>
        <w:t>...{what has been revealed in the world}</w:t>
      </w:r>
    </w:p>
    <w:p>
      <w:r>
        <w:t>There will be such a light in the world, such a wonder, as there has never been, {that will change..}…</w:t>
      </w:r>
    </w:p>
    <w:p>
      <w:pPr>
        <w:pStyle w:val="Heading2"/>
      </w:pPr>
      <w:r>
        <w:t>Side B (Bais)</w:t>
      </w:r>
    </w:p>
    <w:p>
      <w:r>
        <w:t>...he heard a voice coming out of the gravesite</w:t>
      </w:r>
    </w:p>
    <w:p>
      <w:r>
        <w:t>[…..]</w:t>
      </w:r>
    </w:p>
    <w:p>
      <w:r>
        <w:t>Who? Who merited this? There is no other, no, only holy Rabbainu</w:t>
      </w:r>
    </w:p>
    <w:p>
      <w:r>
        <w:t>It is a wonder that he told me this; he does not tell matters like these</w:t>
      </w:r>
    </w:p>
    <w:p>
      <w:r>
        <w:t>And he saw: "It is good that it remain between us, that.. that we should know of it"</w:t>
      </w:r>
    </w:p>
    <w:p>
      <w:r>
        <w:t>Holy Rabbainu, {everything is for the sake of drawing close, this is} to tell, to inform us of a matter s.., such a wonder—that he heard coming out, heard a voice coming out of the gravesite</w:t>
      </w:r>
    </w:p>
    <w:p>
      <w:r>
        <w:t>Whoever heard his prayer…</w:t>
      </w:r>
    </w:p>
    <w:p>
      <w:r>
        <w:t>...he became something else; this was not, not, not, it was not this world, another world…</w:t>
      </w:r>
    </w:p>
    <w:p>
      <w:r>
        <w:t>...what we merited—not for nothing did we suffer such, such an exile</w:t>
      </w:r>
    </w:p>
    <w:p>
      <w:r>
        <w:t>Only so that {we should see, it should be, we should be} worthy of hearing such words, such things</w:t>
      </w:r>
    </w:p>
    <w:p>
      <w:r>
        <w:t>{Breslov only here}, in Yerushalayim, the holy city, {the holy city}</w:t>
      </w:r>
    </w:p>
    <w:p>
      <w:r>
        <w:t>There was no such {drawing close\opposition}</w:t>
      </w:r>
    </w:p>
    <w:p>
      <w:r>
        <w:t>{…}.. by them there was also "Ah, Breslov"</w:t>
      </w:r>
    </w:p>
    <w:p>
      <w:r>
        <w:t>What I suffered just from the name "Breslov"</w:t>
      </w:r>
    </w:p>
    <w:p>
      <w:r>
        <w:t>Ah, my father-in-law wanted to murder Rebbe Yisroel (Kardonner), yes, he wanted to murder</w:t>
      </w:r>
    </w:p>
    <w:p>
      <w:r>
        <w:t>He had two Arab friends, and they could murder many Jews, {..}</w:t>
      </w:r>
    </w:p>
    <w:p>
      <w:r>
        <w:t>He said that he, that he would pay these two Arabs to murder Rebbe Yisroel</w:t>
      </w:r>
    </w:p>
    <w:p>
      <w:r>
        <w:t>"If someone comes to murder you, rise early to slay him," "He {ruined\murdered} my daughter, I will {murder ..…}"</w:t>
      </w:r>
    </w:p>
    <w:p>
      <w:r>
        <w:t>What, he became Breslov, he was m.., he was murdered</w:t>
      </w:r>
    </w:p>
    <w:p>
      <w:r>
        <w:t>[What?]</w:t>
      </w:r>
    </w:p>
    <w:p>
      <w:r>
        <w:t>[He became Breslov, he was murdered]</w:t>
      </w:r>
    </w:p>
    <w:p>
      <w:r>
        <w:t>What? How does he say before the eyes of the entire world "Breslov," {then came the entire world}</w:t>
      </w:r>
    </w:p>
    <w:p>
      <w:r>
        <w:t>Boruch Hashem, I was, I lived and saw such wonders</w:t>
      </w:r>
    </w:p>
    <w:p>
      <w:r>
        <w:t>Who can fathom? Who can tell?</w:t>
      </w:r>
    </w:p>
    <w:p>
      <w:r>
        <w:t>And now, Boruch Hashem, Breslov is holier than {all}.., a new light in the world, Boruch Hashem</w:t>
      </w:r>
    </w:p>
    <w:p>
      <w:r>
        <w:t>If not.., ah, {there is no\you would have} fear of being Breslov</w:t>
      </w:r>
    </w:p>
    <w:p>
      <w:r>
        <w:t>[Madmen, eh?]</w:t>
      </w:r>
    </w:p>
    <w:p>
      <w:r>
        <w:t>[..]…</w:t>
      </w:r>
    </w:p>
    <w:p>
      <w:r>
        <w:t>...such wisdom, such might, there has never yet been in the world, there is none in the world</w:t>
      </w:r>
    </w:p>
    <w:p>
      <w:r>
        <w:t>Yes, he makes a new Torah, new souls</w:t>
      </w:r>
    </w:p>
    <w:p>
      <w:r>
        <w:t>"To make souls, and spirits n.."…</w:t>
      </w:r>
    </w:p>
    <w:p>
      <w:r>
        <w:t>...{it was} entirely gentiles, there was not even one Jew</w:t>
      </w:r>
    </w:p>
    <w:p>
      <w:r>
        <w:t>{The Jews.., they were gentiles and could do anything to him}…</w:t>
      </w:r>
    </w:p>
    <w:p>
      <w:r>
        <w:t>...Once I went to the field, in the fields</w:t>
      </w:r>
    </w:p>
    <w:p>
      <w:r>
        <w:t>The time for Mincha arrived, and I encountered two Arab murderers; I do not know how I was saved</w:t>
      </w:r>
    </w:p>
    <w:p>
      <w:r>
        <w:t>{I do not understand}, oh, they went away, and I remained alive</w:t>
      </w:r>
    </w:p>
    <w:p>
      <w:r>
        <w:t>I do not tell lies, just as it was</w:t>
      </w:r>
    </w:p>
    <w:p>
      <w:r>
        <w:t>Two murderers, two Arabs, two such murderers, they could have murdered us—in a moment I was saved, I was saved, {ah.. and I.., I see}, where are they?</w:t>
      </w:r>
    </w:p>
    <w:p>
      <w:r>
        <w:t>Ah, ah, ah…</w:t>
      </w:r>
    </w:p>
    <w:p>
      <w:r>
        <w:t>...I heard from people that there was a miracle of resurrection of the dead</w:t>
      </w:r>
    </w:p>
    <w:p>
      <w:r>
        <w:t>{{….}} was very high; a small child fell from the roof, and he passed away, died</w:t>
      </w:r>
    </w:p>
    <w:p>
      <w:r>
        <w:t>{Then} the tzaddikim said that the entire congregation should leave the.., the synagogue</w:t>
      </w:r>
    </w:p>
    <w:p>
      <w:r>
        <w:t>That is how it was, and he remained alo.., the dead one alone, and came to life; he had a resurrection of the dead</w:t>
      </w:r>
    </w:p>
    <w:p>
      <w:r>
        <w:t>[Where? In..]</w:t>
      </w:r>
    </w:p>
    <w:p>
      <w:r>
        <w:t>Here in.., here in Meron</w:t>
      </w:r>
    </w:p>
    <w:p>
      <w:r>
        <w:t>[In Meron]</w:t>
      </w:r>
    </w:p>
    <w:p>
      <w:r>
        <w:t>[Yes]of Rebbe Shimon and Rebbe Elazar his son[yes]{here} by Rebbe Shimon[yes, on Lag BaOmer]on Lag BaOmer[yes][yes]of Rebbe Shimon and Rebbe Elazar his son[yes]{here} by Rebbe Shimon[yes, on Lag BaOmer]on Lag BaOmer[yes]in the great synagogue</w:t>
      </w:r>
    </w:p>
    <w:p>
      <w:r>
        <w:t>[Yes]</w:t>
      </w:r>
    </w:p>
    <w:p>
      <w:r>
        <w:t>Of Rebbe Shimon and Rebbe Elazar his son</w:t>
      </w:r>
    </w:p>
    <w:p>
      <w:r>
        <w:t>[Yes]</w:t>
      </w:r>
    </w:p>
    <w:p>
      <w:r>
        <w:t>{Here} by Rebbe Shimon</w:t>
      </w:r>
    </w:p>
    <w:p>
      <w:r>
        <w:t>[Yes, on Lag BaOmer]</w:t>
      </w:r>
    </w:p>
    <w:p>
      <w:r>
        <w:t>On Lag BaOmer</w:t>
      </w:r>
    </w:p>
    <w:p>
      <w:r>
        <w:t>[Yes]</w:t>
      </w:r>
    </w:p>
    <w:p>
      <w:r>
        <w:t>[Yes]</w:t>
      </w:r>
    </w:p>
    <w:p>
      <w:r>
        <w:t>Of Rebbe Shimon and Rebbe Elazar his son</w:t>
      </w:r>
    </w:p>
    <w:p>
      <w:r>
        <w:t>[Yes]</w:t>
      </w:r>
    </w:p>
    <w:p>
      <w:r>
        <w:t>{Here} by Rebbe Shimon</w:t>
      </w:r>
    </w:p>
    <w:p>
      <w:r>
        <w:t>[Yes, on Lag BaOmer]</w:t>
      </w:r>
    </w:p>
    <w:p>
      <w:r>
        <w:t>On Lag BaOmer</w:t>
      </w:r>
    </w:p>
    <w:p>
      <w:r>
        <w:t>[Yes]</w:t>
      </w:r>
    </w:p>
    <w:p>
      <w:r>
        <w:t>{I do not know}, but there was such a miracle, that a child fell from a high roof, a small child, and he died</w:t>
      </w:r>
    </w:p>
    <w:p>
      <w:r>
        <w:t>{Such a roof, that it..}</w:t>
      </w:r>
    </w:p>
    <w:p>
      <w:r>
        <w:t>Then there were tzaddikim {there}, and they said that everyone should leave the synagogue, and the dead one remained alone, and..</w:t>
      </w:r>
    </w:p>
    <w:p>
      <w:r>
        <w:t>And he came alive; I heard this from people who saw it</w:t>
      </w:r>
    </w:p>
    <w:p>
      <w:r>
        <w:t>The wonders of Rabbainu are higher, yes</w:t>
      </w:r>
    </w:p>
    <w:p>
      <w:r>
        <w:t>[This is all resurrection of the dead; we too are resurrection of the dead, Saba]…</w:t>
      </w:r>
    </w:p>
    <w:p>
      <w:r>
        <w:t>...{It is necessary} to write and remember such things…</w:t>
      </w:r>
    </w:p>
    <w:p>
      <w:r>
        <w:t>...the matter of Rabbainu, the holy "Zohar" speaks of this</w:t>
      </w:r>
    </w:p>
    <w:p>
      <w:r>
        <w:t>This is "This was from Hashem, and it is wondrous in our eyes"</w:t>
      </w:r>
    </w:p>
    <w:p>
      <w:r>
        <w:t>[The "Zohar" speaks of "Saba Yisroel," the "Zohar”, in the Tikkunim]</w:t>
      </w:r>
    </w:p>
    <w:p>
      <w:r>
        <w:t>Yeah</w:t>
      </w:r>
    </w:p>
    <w:p>
      <w:r>
        <w:t>[Yes, it speaks of "Saba”, in the "Zohar”]</w:t>
      </w:r>
    </w:p>
    <w:p>
      <w:r>
        <w:t>[This is not the "Tikkunei Zohar"..]</w:t>
      </w:r>
    </w:p>
    <w:p>
      <w:r>
        <w:t>[This is from the "Tikkunim," "Tikkunei Zohar," from the "Zohar, from the "petek"]</w:t>
      </w:r>
    </w:p>
    <w:p>
      <w:r>
        <w:t>I am not—Hashem Yisborach knows that I am not in this category</w:t>
      </w:r>
    </w:p>
    <w:p>
      <w:r>
        <w:t>[What is it?]</w:t>
      </w:r>
    </w:p>
    <w:p>
      <w:r>
        <w:t>There are tzaddikim</w:t>
      </w:r>
    </w:p>
    <w:p>
      <w:r>
        <w:t>[What is it?]</w:t>
      </w:r>
    </w:p>
    <w:p>
      <w:r>
        <w:t>{That this is he} through the power, through the power of Rabbainu's light, that he was completely transformed, that they were completely transformed, completely</w:t>
      </w:r>
    </w:p>
    <w:p>
      <w:r>
        <w:t>[It is a little difficult; give us a blessing that things should be good with the children's education]</w:t>
      </w:r>
    </w:p>
    <w:p>
      <w:r>
        <w:t>It requires mesirus nefesh,</w:t>
      </w:r>
    </w:p>
    <w:p>
      <w:r>
        <w:t>For education, to use only {the true words of Hashem to learn}</w:t>
      </w:r>
    </w:p>
    <w:p>
      <w:r>
        <w:t>[What is it?]…</w:t>
      </w:r>
    </w:p>
    <w:p>
      <w:r>
        <w:t>...{and to hear good from them}…</w:t>
      </w:r>
    </w:p>
    <w:p>
      <w:r>
        <w:t>...[So we told them that it is forbidden, that the Baal Shem Tov and Rabbainu say that it is forbidden to eat a raw onion in food; that is how they give it to them in the "cheder"]</w:t>
      </w:r>
    </w:p>
    <w:p>
      <w:r>
        <w:t>But greens are permitted</w:t>
      </w:r>
    </w:p>
    <w:p>
      <w:r>
        <w:t>[Greens are permitted, not white]</w:t>
      </w:r>
    </w:p>
    <w:p>
      <w:r>
        <w:t>Yes, greens do not have so much</w:t>
      </w:r>
    </w:p>
    <w:p>
      <w:r>
        <w:t>[power]</w:t>
      </w:r>
    </w:p>
    <w:p>
      <w:r>
        <w:t>evil, {yes}</w:t>
      </w:r>
    </w:p>
    <w:p>
      <w:r>
        <w:t>[……]</w:t>
      </w:r>
    </w:p>
    <w:p>
      <w:r>
        <w:t>[…...]…</w:t>
      </w:r>
    </w:p>
    <w:p>
      <w:r>
        <w:t>...ah</w:t>
      </w:r>
    </w:p>
    <w:p>
      <w:r>
        <w:t>{….}</w:t>
      </w:r>
    </w:p>
    <w:p>
      <w:r>
        <w:t>[They ate in the kindergarten, in.. they ate in.. in the kindergarten?]</w:t>
      </w:r>
    </w:p>
    <w:p>
      <w:r>
        <w:t>[In the "cheder" of, ah.. where they learn]</w:t>
      </w:r>
    </w:p>
    <w:p>
      <w:r>
        <w:t>[Yes..]</w:t>
      </w:r>
    </w:p>
    <w:p>
      <w:r>
        <w:t>[..]...</w:t>
      </w:r>
    </w:p>
    <w:p>
      <w:r>
        <w:t>...I was alone…</w:t>
      </w:r>
    </w:p>
    <w:p>
      <w:r>
        <w:t>...and I stood against Papa and Mama and the entire world..</w:t>
      </w:r>
    </w:p>
    <w:p>
      <w:r>
        <w:t>Mama and Papa cried:</w:t>
      </w:r>
    </w:p>
    <w:p>
      <w:r>
        <w:t>"Yisroel Ber, Yisroel Ber, Yisroel Ber became, became a Breslov chassid"</w:t>
      </w:r>
    </w:p>
    <w:p>
      <w:r>
        <w:t>[Oy, oy, oy..]</w:t>
      </w:r>
    </w:p>
    <w:p>
      <w:r>
        <w:t>[It is like Chanukah…]…</w:t>
      </w:r>
    </w:p>
    <w:p>
      <w:r>
        <w:t>...They argued: "Without Breslov, is it impossible to live? What is this?"</w:t>
      </w:r>
    </w:p>
    <w:p>
      <w:r>
        <w:t>[Ah.., blessed is Hashem]</w:t>
      </w:r>
    </w:p>
    <w:p>
      <w:r>
        <w:t>Ask.. what is his name?</w:t>
      </w:r>
    </w:p>
    <w:p>
      <w:r>
        <w:t>[Mordechai]</w:t>
      </w:r>
    </w:p>
    <w:p>
      <w:r>
        <w:t>Mordechai, yo, whether there is half a cup of milk and.. and.. and honey</w:t>
      </w:r>
    </w:p>
    <w:p>
      <w:r>
        <w:t>[…….]</w:t>
      </w:r>
    </w:p>
    <w:p>
      <w:r>
        <w:t>[Hot, hot or cold]</w:t>
      </w:r>
    </w:p>
    <w:p>
      <w:r>
        <w:t>No, ah, ah?</w:t>
      </w:r>
    </w:p>
    <w:p>
      <w:r>
        <w:t>[...]</w:t>
      </w:r>
    </w:p>
    <w:p>
      <w:r>
        <w:t>{And}..</w:t>
      </w:r>
    </w:p>
    <w:p>
      <w:r>
        <w:t>[It is not urgent]</w:t>
      </w:r>
    </w:p>
    <w:p>
      <w:r>
        <w:t>It is not urgent</w:t>
      </w:r>
    </w:p>
    <w:p>
      <w:r>
        <w:t>[Saba, he knows you]</w:t>
      </w:r>
    </w:p>
    <w:p>
      <w:r>
        <w:t>{If he knows}, then that is also good</w:t>
      </w:r>
    </w:p>
    <w:p>
      <w:r>
        <w:t>[……….]</w:t>
      </w:r>
    </w:p>
    <w:p>
      <w:r>
        <w:t>[……….]</w:t>
      </w:r>
    </w:p>
    <w:p>
      <w:r>
        <w:t>The holy Rabbainu said:</w:t>
      </w:r>
    </w:p>
    <w:p>
      <w:r>
        <w:t>"When Moshiach comes, there will be many stories about the Breslov Chassidim"</w:t>
      </w:r>
    </w:p>
    <w:p>
      <w:r>
        <w:t>Many stories, they will tell, the world will tell the wonders of Breslov</w:t>
      </w:r>
    </w:p>
    <w:p>
      <w:r>
        <w:t>How, how Breslov was in the world…</w:t>
      </w:r>
    </w:p>
    <w:p>
      <w:r>
        <w:t>...So Rabbainu said:</w:t>
      </w:r>
    </w:p>
    <w:p>
      <w:r>
        <w:t>"When Moshiach comes, there will be many tales {from Breslov}.., from the Breslov Chassidim"</w:t>
      </w:r>
    </w:p>
    <w:p>
      <w:r>
        <w:t>[Saba and the friends sing:</w:t>
      </w:r>
    </w:p>
    <w:p>
      <w:r>
        <w:t>"May this month be as the prophecy of my father the seer, and may there be heard in this house the sound of rejoicing and the sound of gladness.."</w:t>
      </w:r>
    </w:p>
    <w:p>
      <w:r>
        <w:t>Afterward they sing:</w:t>
      </w:r>
    </w:p>
    <w:p>
      <w:r>
        <w:t>"Yisroel, trust in Hashem, Yisroel, He is their help and their shield.. Yerushalayim</w:t>
      </w:r>
    </w:p>
    <w:p>
      <w:r>
        <w:t>{Saba, this is the redemption, Yerushalayim, Rosh Hashanah}"]…</w:t>
      </w:r>
    </w:p>
    <w:p>
      <w:r>
        <w:t>...[Afterward they sing: "Na Na Nach Nachma Nachman MeUman.."]…</w:t>
      </w:r>
    </w:p>
    <w:p>
      <w:r>
        <w:t>...{Now} in this generation, {a light}.., such a wondrous light, the like of which never existed…</w:t>
      </w:r>
    </w:p>
    <w:p>
      <w:r>
        <w:t>[……..……………]... [..……………………]</w:t>
      </w:r>
    </w:p>
    <w:p>
      <w:r>
        <w:t>(Saba laughs)</w:t>
      </w:r>
    </w:p>
    <w:p>
      <w:r>
        <w:t>[Gladness comes into the heart]...</w:t>
      </w:r>
    </w:p>
    <w:p>
      <w:r>
        <w:t>...They brought goats and all kinds of animals, {yes}</w:t>
      </w:r>
    </w:p>
    <w:p>
      <w:r>
        <w:t>Now it is all ours, all the houses and all.. everything that is here, it is all ours</w:t>
      </w:r>
    </w:p>
    <w:p>
      <w:r>
        <w:t>[And it will be ours forever]</w:t>
      </w:r>
    </w:p>
    <w:p>
      <w:r>
        <w:t>Yes</w:t>
      </w:r>
    </w:p>
    <w:p>
      <w:r>
        <w:t>[……..]</w:t>
      </w:r>
    </w:p>
    <w:p>
      <w:r>
        <w:t>[……..]</w:t>
      </w:r>
    </w:p>
    <w:p>
      <w:r>
        <w:t>It is all, all full of non-Jews, and now it, it is ours</w:t>
      </w:r>
    </w:p>
    <w:p>
      <w:r>
        <w:t>[Yes]…</w:t>
      </w:r>
    </w:p>
    <w:p>
      <w:r>
        <w:t>...[….together]</w:t>
      </w:r>
    </w:p>
    <w:p>
      <w:r>
        <w:t>{…………………………}</w:t>
      </w:r>
    </w:p>
    <w:p>
      <w:r>
        <w:t>To be always, in the end I see, he sent one poor man</w:t>
      </w:r>
    </w:p>
    <w:p>
      <w:r>
        <w:t>[Yes]...</w:t>
      </w:r>
    </w:p>
    <w:p>
      <w:r>
        <w:t>...became attached</w:t>
      </w:r>
    </w:p>
    <w:p>
      <w:r>
        <w:t>[Yes]</w:t>
      </w:r>
    </w:p>
    <w:p>
      <w:r>
        <w:t>to a person</w:t>
      </w:r>
    </w:p>
    <w:p>
      <w:r>
        <w:t>[Correct]</w:t>
      </w:r>
    </w:p>
    <w:p>
      <w:r>
        <w:t>The words of Rabbainu, every word is such wisdom, it is such light, such good</w:t>
      </w:r>
    </w:p>
    <w:p>
      <w:r>
        <w:t>Th.. that did not.., new, that never existed...</w:t>
      </w:r>
    </w:p>
    <w:p>
      <w:r>
        <w:t>...{I entered the books}, then.. he does not let one sleep, “{….} come here"</w:t>
      </w:r>
    </w:p>
    <w:p>
      <w:r>
        <w:t>"Come here"</w:t>
      </w:r>
    </w:p>
    <w:p>
      <w:r>
        <w:t>He cannot evade it, ah..</w:t>
      </w:r>
    </w:p>
    <w:p>
      <w:r>
        <w:t>He can.. after all, there is yet such a kind of good, such a kind of light, such a kind of th.. such things from the world, this is such, that we need always to dance, {to dance …}...</w:t>
      </w:r>
    </w:p>
    <w:p>
      <w:r>
        <w:t>...{May Hashem Yisborach have mercy on us}, this is true daas</w:t>
      </w:r>
    </w:p>
    <w:p>
      <w:r>
        <w:t>To know how, how to draw close to Hashem Yisborach in truth [amen]…</w:t>
      </w:r>
    </w:p>
    <w:p>
      <w:r>
        <w:t>...[..full of money, they took money from someone in Tel Aviv]</w:t>
      </w:r>
    </w:p>
    <w:p>
      <w:r>
        <w:t>Nu</w:t>
      </w:r>
    </w:p>
    <w:p>
      <w:r>
        <w:t>[He said "Na Na Nach Nachma Nachman MeUman," the thief threw it down beside him and fled]</w:t>
      </w:r>
    </w:p>
    <w:p>
      <w:r>
        <w:t>Ah, nu</w:t>
      </w:r>
    </w:p>
    <w:p>
      <w:r>
        <w:t>[He returned it to him]</w:t>
      </w:r>
    </w:p>
    <w:p>
      <w:r>
        <w:t>He returned it to him?</w:t>
      </w:r>
    </w:p>
    <w:p>
      <w:r>
        <w:t>[Yes]</w:t>
      </w:r>
    </w:p>
    <w:p>
      <w:r>
        <w:t>[He said: "Na Nach Nachma Nachman MeUman"]</w:t>
      </w:r>
    </w:p>
    <w:p>
      <w:r>
        <w:t>[………………]</w:t>
      </w:r>
    </w:p>
    <w:p>
      <w:r>
        <w:t>[………………]…</w:t>
      </w:r>
    </w:p>
    <w:p>
      <w:r>
        <w:t>...[fourfold]…</w:t>
      </w:r>
    </w:p>
    <w:p>
      <w:r>
        <w:t>...This is such a wonder, the like of which never existed, completely new</w:t>
      </w:r>
    </w:p>
    <w:p>
      <w:r>
        <w:t>[Completely new]</w:t>
      </w:r>
    </w:p>
    <w:p>
      <w:r>
        <w:t>[This is Rabbainu's, this..]</w:t>
      </w:r>
    </w:p>
    <w:p>
      <w:r>
        <w:t>[Completely new]</w:t>
      </w:r>
    </w:p>
    <w:p>
      <w:r>
        <w:t>[….]…</w:t>
      </w:r>
    </w:p>
    <w:p>
      <w:r>
        <w:t>...To fill the whole world with, with, with such wonders, a new world will be made</w:t>
      </w:r>
    </w:p>
    <w:p>
      <w:r>
        <w:t>[Everything depends on this, all the worlds]</w:t>
      </w:r>
    </w:p>
    <w:p>
      <w:r>
        <w:t>All.., we see such wonders with our eyes</w:t>
      </w:r>
    </w:p>
    <w:p>
      <w:r>
        <w:t>[It is hard to.., Saba, someone who does not say it does not see</w:t>
      </w:r>
    </w:p>
    <w:p>
      <w:r>
        <w:t>But someone who said it, and believes in the note, he sees the wonders truly with his eyes</w:t>
      </w:r>
    </w:p>
    <w:p>
      <w:r>
        <w:t>And someone who does not know, he thinks it is nothing, he, they dispute it</w:t>
      </w:r>
    </w:p>
    <w:p>
      <w:r>
        <w:t>There are also those who dispute it, but it is nothing]</w:t>
      </w:r>
    </w:p>
    <w:p>
      <w:r>
        <w:t>Ah.. they will fall</w:t>
      </w:r>
    </w:p>
    <w:p>
      <w:r>
        <w:t>The note was from "Baruch She'amar"</w:t>
      </w:r>
    </w:p>
    <w:p>
      <w:r>
        <w:t>[It is even more than "Baruch She'amar"]</w:t>
      </w:r>
    </w:p>
    <w:p>
      <w:r>
        <w:t>Yes</w:t>
      </w:r>
    </w:p>
    <w:p>
      <w:r>
        <w:t>[Why?]</w:t>
      </w:r>
    </w:p>
    <w:p>
      <w:r>
        <w:t>There had never yet been such a wondrous thing in the world</w:t>
      </w:r>
    </w:p>
    <w:p>
      <w:r>
        <w:t>[Because it is new]</w:t>
      </w:r>
    </w:p>
    <w:p>
      <w:r>
        <w:t>Yes</w:t>
      </w:r>
    </w:p>
    <w:p>
      <w:r>
        <w:t>[The more the generations descend..]</w:t>
      </w:r>
    </w:p>
    <w:p>
      <w:r>
        <w:t>"Na Na Nach Nachma Nachman MeUman"</w:t>
      </w:r>
    </w:p>
    <w:p>
      <w:r>
        <w:t>Only the holy Rabbainu revealed this, {because no}, no one knew of this, only the holy Rabbainu alone</w:t>
      </w:r>
    </w:p>
    <w:p>
      <w:r>
        <w:t>[….]</w:t>
      </w:r>
    </w:p>
    <w:p>
      <w:r>
        <w:t>[Perhaps it is here, in "Likutei Moharan" he did not reveal it]</w:t>
      </w:r>
    </w:p>
    <w:p>
      <w:r>
        <w:t>[In "Likutei Moharan," he did not reveal it]</w:t>
      </w:r>
    </w:p>
    <w:p>
      <w:r>
        <w:t>No..</w:t>
      </w:r>
    </w:p>
    <w:p>
      <w:r>
        <w:t>[Only here]</w:t>
      </w:r>
    </w:p>
    <w:p>
      <w:r>
        <w:t>[He hinted]</w:t>
      </w:r>
    </w:p>
    <w:p>
      <w:r>
        <w:t>He revealed "Na Nach Nachma Nachman MeUman," that is all</w:t>
      </w:r>
    </w:p>
    <w:p>
      <w:r>
        <w:t>[About this he w.., this is what he meant..]</w:t>
      </w:r>
    </w:p>
    <w:p>
      <w:r>
        <w:t>[…..]</w:t>
      </w:r>
    </w:p>
    <w:p>
      <w:r>
        <w:t>[This is what he meant in "Likutei Moharan," that in the future a 'simple, new, threefold, fourfold' song will be revealed?]</w:t>
      </w:r>
    </w:p>
    <w:p>
      <w:r>
        <w:t>[….]</w:t>
      </w:r>
    </w:p>
    <w:p>
      <w:r>
        <w:t>[This is what he meant?]</w:t>
      </w:r>
    </w:p>
    <w:p>
      <w:r>
        <w:t>Yes, yes, certainly</w:t>
      </w:r>
    </w:p>
    <w:p>
      <w:r>
        <w:t>[Torah 8, Part II, "Sound the Rebuke"]</w:t>
      </w:r>
    </w:p>
    <w:p>
      <w:r>
        <w:t>Oy vey..</w:t>
      </w:r>
    </w:p>
    <w:p>
      <w:r>
        <w:t>[One needs to believe…..]</w:t>
      </w:r>
    </w:p>
    <w:p>
      <w:r>
        <w:t>{This ….}, this will make a new world</w:t>
      </w:r>
    </w:p>
    <w:p>
      <w:r>
        <w:t>How did such a note come into this world? "Na.. Na.. Na Na Nach Nachma Nachman MeUman"</w:t>
      </w:r>
    </w:p>
    <w:p>
      <w:r>
        <w:t>{Yes}, no one knew of this secret, only the holy Rabbainu revealed that he is "Nachman"</w:t>
      </w:r>
    </w:p>
    <w:p>
      <w:r>
        <w:t>He is the essence of our vitality and our hope, and he is the entire essence of our vitality</w:t>
      </w:r>
    </w:p>
    <w:p>
      <w:r>
        <w:t>For all Yisroel</w:t>
      </w:r>
    </w:p>
    <w:p>
      <w:r>
        <w:t>[…….]</w:t>
      </w:r>
    </w:p>
    <w:p>
      <w:r>
        <w:t>Only he revealed this, "Na Na Nach..”</w:t>
      </w:r>
    </w:p>
    <w:p>
      <w:r>
        <w:t>[..]</w:t>
      </w:r>
    </w:p>
    <w:p>
      <w:r>
        <w:t>"..Nachma Nachman MeUman"</w:t>
      </w:r>
    </w:p>
    <w:p>
      <w:r>
        <w:t>[……….]</w:t>
      </w:r>
    </w:p>
    <w:p>
      <w:r>
        <w:t>[……….]</w:t>
      </w:r>
    </w:p>
    <w:p>
      <w:r>
        <w:t>Not even one tzaddik knew of this secret, only the holy Rabbainu alone:</w:t>
      </w:r>
    </w:p>
    <w:p>
      <w:r>
        <w:t>Do you know who "Nachman" is? It is "Na Na Nach Nachma Nachman MeUman"…</w:t>
      </w:r>
    </w:p>
    <w:p>
      <w:r>
        <w:t>...[They will sing]</w:t>
      </w:r>
    </w:p>
    <w:p>
      <w:r>
        <w:t>Yes..</w:t>
      </w:r>
    </w:p>
    <w:p>
      <w:r>
        <w:t>[Which melody?]</w:t>
      </w:r>
    </w:p>
    <w:p>
      <w:r>
        <w:t>Certainly</w:t>
      </w:r>
    </w:p>
    <w:p>
      <w:r>
        <w:t>[Will there be a new melody from this?]</w:t>
      </w:r>
    </w:p>
    <w:p>
      <w:r>
        <w:t>{Yo, this, this will be a new melody from all of them {..}</w:t>
      </w:r>
    </w:p>
    <w:p>
      <w:r>
        <w:t>[Will there be a special melody for this?]</w:t>
      </w:r>
    </w:p>
    <w:p>
      <w:r>
        <w:t>This.. yes..</w:t>
      </w:r>
    </w:p>
    <w:p>
      <w:r>
        <w:t>[That they do not know?]</w:t>
      </w:r>
    </w:p>
    <w:p>
      <w:r>
        <w:t>Yes, {..}…</w:t>
      </w:r>
    </w:p>
    <w:p>
      <w:r>
        <w:t>...{…}</w:t>
      </w:r>
    </w:p>
    <w:p>
      <w:r>
        <w:t>[…]</w:t>
      </w:r>
    </w:p>
    <w:p>
      <w:r>
        <w:t>Only the holy Rabbainu, because no one knew of this secret, only the holy Rabbainu revealed:</w:t>
      </w:r>
    </w:p>
    <w:p>
      <w:r>
        <w:t>"You all.., do you know who "Nachman" is?</w:t>
      </w:r>
    </w:p>
    <w:p>
      <w:r>
        <w:t>I am Nachman, I, I, I, I, I, I, "Na Na Nach Nachma Nachman MeUman""</w:t>
      </w:r>
    </w:p>
    <w:p>
      <w:r>
        <w:t>Yes, only he revealed this {from the secret}, it was a secret from the whole world</w:t>
      </w:r>
    </w:p>
    <w:p>
      <w:r>
        <w:t>{{}}, he himself revealed to us:</w:t>
      </w:r>
    </w:p>
    <w:p>
      <w:r>
        <w:t>{..}, do you know who the Rebbe of the world, of all Yisroel, is?</w:t>
      </w:r>
    </w:p>
    <w:p>
      <w:r>
        <w:t>The.. Rebbe Nachman of Breslov, Na Na Nach..{….}</w:t>
      </w:r>
    </w:p>
    <w:p>
      <w:r>
        <w:t>[But it is so deep, we know only "Na Na Nach," but..]</w:t>
      </w:r>
    </w:p>
    <w:p>
      <w:r>
        <w:t>{Blessed is Hashem}</w:t>
      </w:r>
    </w:p>
    <w:p>
      <w:r>
        <w:t>[Everything is in it]</w:t>
      </w:r>
    </w:p>
    <w:p>
      <w:r>
        <w:t>Oh.. it encompasses the entire Torah and all, {…}, and all the holinesses, and all the.. {lights...}…</w:t>
      </w:r>
    </w:p>
    <w:p>
      <w:r>
        <w:t>...[….]</w:t>
      </w:r>
    </w:p>
    <w:p>
      <w:r>
        <w:t>"Na Na Nach Nachma Nachman MeUman"</w:t>
      </w:r>
    </w:p>
    <w:p>
      <w:r>
        <w:t>This encompasses the creation of the entire world, and the entire Torah and all the tzaddikim</w:t>
      </w:r>
    </w:p>
    <w:p>
      <w:r>
        <w:t>{..such.. bi.. bi.. bi.. bi.. bi.. bi..}</w:t>
      </w:r>
    </w:p>
    <w:p>
      <w:r>
        <w:t>[….]</w:t>
      </w:r>
    </w:p>
    <w:p>
      <w:r>
        <w:t>In this are encompassed the entire Torah and all the tzaddikim, and all the wonders, and all the wondrous lights, yes</w:t>
      </w:r>
    </w:p>
    <w:p>
      <w:r>
        <w:t>{..}, that I already, blessed is Hashem, y.., he is in this world, "Na Na Nach Nachma Nachman Meu.."…</w:t>
      </w:r>
    </w:p>
    <w:p>
      <w:r>
        <w:t>...The holy Rabbainu alone, he revealed this, what "Nachman" is; Nachman is me</w:t>
      </w:r>
    </w:p>
    <w:p>
      <w:r>
        <w:t>{Yes}</w:t>
      </w:r>
    </w:p>
    <w:p>
      <w:r>
        <w:t>"Na Na Nach Nachma Nachman MeUman" is me, there is no other</w:t>
      </w:r>
    </w:p>
    <w:p>
      <w:r>
        <w:t>[What is he revealing?]</w:t>
      </w:r>
    </w:p>
    <w:p>
      <w:r>
        <w:t>[…….Rabbainu became invested in him]</w:t>
      </w:r>
    </w:p>
    <w:p>
      <w:r>
        <w:t>[…...How can this be?]</w:t>
      </w:r>
    </w:p>
    <w:p>
      <w:r>
        <w:t>[Yes, he becomes invested in.. whoever most fulfills the counsel of the tzaddik, then the tzaddik becomes invested in him]...</w:t>
      </w:r>
    </w:p>
    <w:p>
      <w:r>
        <w:t>...[..Rebbe Yisroel (Kardonner) to Saba, so that afterward what came out would come out]</w:t>
      </w:r>
    </w:p>
    <w:p>
      <w:r>
        <w:t>Rebbe Yisroel (Kardonner) came to me.., to Yerushalayim, to Yerushalayim, and from Yerushalayim to Meron, to me</w:t>
      </w:r>
    </w:p>
    <w:p>
      <w:r>
        <w:t>[You said that he was in Chevron for a year]</w:t>
      </w:r>
    </w:p>
    <w:p>
      <w:r>
        <w:t>Yes</w:t>
      </w:r>
    </w:p>
    <w:p>
      <w:r>
        <w:t>[Before Yerushalayim?]</w:t>
      </w:r>
    </w:p>
    <w:p>
      <w:r>
        <w:t>[…..]</w:t>
      </w:r>
    </w:p>
    <w:p>
      <w:r>
        <w:t>Yes, he was also in Chevron for a year, afterward he came to me</w:t>
      </w:r>
    </w:p>
    <w:p>
      <w:r>
        <w:t>[…………..]</w:t>
      </w:r>
    </w:p>
    <w:p>
      <w:r>
        <w:t>[………]</w:t>
      </w:r>
    </w:p>
    <w:p>
      <w:r>
        <w:t>[All this so that afterward what needs to be revealed will be revealed?]</w:t>
      </w:r>
    </w:p>
    <w:p>
      <w:r>
        <w:t>{Yes}</w:t>
      </w:r>
    </w:p>
    <w:p>
      <w:r>
        <w:t>It will be revealed, it, it, it..</w:t>
      </w:r>
    </w:p>
    <w:p>
      <w:r>
        <w:t>[It had to be, that he would meet you]</w:t>
      </w:r>
    </w:p>
    <w:p>
      <w:r>
        <w:t>Oy, it was without end, without limit</w:t>
      </w:r>
    </w:p>
    <w:p>
      <w:r>
        <w:t>[He had to meet you]</w:t>
      </w:r>
    </w:p>
    <w:p>
      <w:r>
        <w:t>Yes</w:t>
      </w:r>
    </w:p>
    <w:p>
      <w:r>
        <w:t>[There was a matter according to the..]</w:t>
      </w:r>
    </w:p>
    <w:p>
      <w:r>
        <w:t>Yes, yes, yes, yes</w:t>
      </w:r>
    </w:p>
    <w:p>
      <w:r>
        <w:t>[You received from him a tradition, what he received from Rebbe Moshe Breslover]</w:t>
      </w:r>
    </w:p>
    <w:p>
      <w:r>
        <w:t>Ah, yes</w:t>
      </w:r>
    </w:p>
    <w:p>
      <w:r>
        <w:t>[Who received from Rebbe Nassan]</w:t>
      </w:r>
    </w:p>
    <w:p>
      <w:r>
        <w:t>Yes, yes, yes</w:t>
      </w:r>
    </w:p>
    <w:p>
      <w:r>
        <w:t>[..all the secrets of Rabbainu, of Breslov]</w:t>
      </w:r>
    </w:p>
    <w:p>
      <w:r>
        <w:t>{…} Reb Nachman of Tulchin, Rebbe Nachman Tulchiner received {from Rebbe Nassan}</w:t>
      </w:r>
    </w:p>
    <w:p>
      <w:r>
        <w:t>[Yes]</w:t>
      </w:r>
    </w:p>
    <w:p>
      <w:r>
        <w:t>Rebbe Nassan received from Rabbainu, Rebbe Nachman</w:t>
      </w:r>
    </w:p>
    <w:p>
      <w:r>
        <w:t>[………]</w:t>
      </w:r>
    </w:p>
    <w:p>
      <w:r>
        <w:t>He came from Yerushalayim, to me in Meron</w:t>
      </w:r>
    </w:p>
    <w:p>
      <w:r>
        <w:t>And a great uproar was made in Teveria: {…} “Yisroel Ber became Breslov”</w:t>
      </w:r>
    </w:p>
    <w:p>
      <w:r>
        <w:t>{…..}…</w:t>
      </w:r>
    </w:p>
    <w:p>
      <w:r>
        <w:t>...a gr.., a great uproar was made in Teveria</w:t>
      </w:r>
    </w:p>
    <w:p>
      <w:r>
        <w:t>[So there was no Breslov in Teveria?]</w:t>
      </w:r>
    </w:p>
    <w:p>
      <w:r>
        <w:t>Yes</w:t>
      </w:r>
    </w:p>
    <w:p>
      <w:r>
        <w:t>[So why was there an uproar? There was no Breslov, Chassidim, there were a few?]</w:t>
      </w:r>
    </w:p>
    <w:p>
      <w:r>
        <w:t>There were none</w:t>
      </w:r>
    </w:p>
    <w:p>
      <w:r>
        <w:t>[Ah, you were the first]</w:t>
      </w:r>
    </w:p>
    <w:p>
      <w:r>
        <w:t>..Yes</w:t>
      </w:r>
    </w:p>
    <w:p>
      <w:r>
        <w:t>[So they opposed this fiercely?]</w:t>
      </w:r>
    </w:p>
    <w:p>
      <w:r>
        <w:t>I and Rebbe Yisroel, and Rebbe Yisroel</w:t>
      </w:r>
    </w:p>
    <w:p>
      <w:r>
        <w:t>[They also wanted to beat you?]</w:t>
      </w:r>
    </w:p>
    <w:p>
      <w:r>
        <w:t>Ah?</w:t>
      </w:r>
    </w:p>
    <w:p>
      <w:r>
        <w:t>[They actually wanted to harm, to beat you, to strike you?]</w:t>
      </w:r>
    </w:p>
    <w:p>
      <w:r>
        <w:t>Oh.. and they humiliated us, and struck us, and such a thing was made, “Yisroel Ber became Breslov”</w:t>
      </w:r>
    </w:p>
    <w:p>
      <w:r>
        <w:t>{..}, you know what that is</w:t>
      </w:r>
    </w:p>
    <w:p>
      <w:r>
        <w:t>[We do not know]</w:t>
      </w:r>
    </w:p>
    <w:p>
      <w:r>
        <w:t>You do not know what that is</w:t>
      </w:r>
    </w:p>
    <w:p>
      <w:r>
        <w:t>[No, we do not know]</w:t>
      </w:r>
    </w:p>
    <w:p>
      <w:r>
        <w:t>“Yisroel Ber became Breslov”</w:t>
      </w:r>
    </w:p>
    <w:p>
      <w:r>
        <w:t>[And even your mother also did not want it, and she..]</w:t>
      </w:r>
    </w:p>
    <w:p>
      <w:r>
        <w:t>Yes, neither the father nor the mother, the father was blind, and he cried before me:</w:t>
      </w:r>
    </w:p>
    <w:p>
      <w:r>
        <w:t>“I, I beg you, have mercy on me and on yourself and do not.. {….} and go from Breslov”</w:t>
      </w:r>
    </w:p>
    <w:p>
      <w:r>
        <w:t>[Pshh..]</w:t>
      </w:r>
    </w:p>
    <w:p>
      <w:r>
        <w:t>I said to him:</w:t>
      </w:r>
    </w:p>
    <w:p>
      <w:r>
        <w:t>“Father, everything I will listen to him, only this, no, only Bres.., I want only Breslov”</w:t>
      </w:r>
    </w:p>
    <w:p>
      <w:r>
        <w:t>[You were with your mother, they say, when her soul departed]</w:t>
      </w:r>
    </w:p>
    <w:p>
      <w:r>
        <w:t>Yes</w:t>
      </w:r>
    </w:p>
    <w:p>
      <w:r>
        <w:t>[She died?]</w:t>
      </w:r>
    </w:p>
    <w:p>
      <w:r>
        <w:t>She died</w:t>
      </w:r>
    </w:p>
    <w:p>
      <w:r>
        <w:t>[Was there resurrection of the dead?]</w:t>
      </w:r>
    </w:p>
    <w:p>
      <w:r>
        <w:t>From so much, so much sorrow, from so much sorrow, her son Yisroel Ber became Breslov</w:t>
      </w:r>
    </w:p>
    <w:p>
      <w:r>
        <w:t>[……..]</w:t>
      </w:r>
    </w:p>
    <w:p>
      <w:r>
        <w:t>[……..]</w:t>
      </w:r>
    </w:p>
    <w:p>
      <w:r>
        <w:t>[Afterward she came back to life after that?]</w:t>
      </w:r>
    </w:p>
    <w:p>
      <w:r>
        <w:t>Yes</w:t>
      </w:r>
    </w:p>
    <w:p>
      <w:r>
        <w:t>[How was it? Did Rebbe Yisroel pray?]</w:t>
      </w:r>
    </w:p>
    <w:p>
      <w:r>
        <w:t>Yes, it was a miracle from Heaven</w:t>
      </w:r>
    </w:p>
    <w:p>
      <w:r>
        <w:t>[What did you say? “Na Nach”?]</w:t>
      </w:r>
    </w:p>
    <w:p>
      <w:r>
        <w:t>{….}</w:t>
      </w:r>
    </w:p>
    <w:p>
      <w:r>
        <w:t>[It did not exist then?]</w:t>
      </w:r>
    </w:p>
    <w:p>
      <w:r>
        <w:t>Ah, ah..</w:t>
      </w:r>
    </w:p>
    <w:p>
      <w:r>
        <w:t>One of the “Chevra Kadisha”</w:t>
      </w:r>
    </w:p>
    <w:p>
      <w:r>
        <w:t>[Yes]</w:t>
      </w:r>
    </w:p>
    <w:p>
      <w:r>
        <w:t>Saw that my mother made some, some, ah.. some..</w:t>
      </w:r>
    </w:p>
    <w:p>
      <w:r>
        <w:t>[Movement]</w:t>
      </w:r>
    </w:p>
    <w:p>
      <w:r>
        <w:t>Ah?</w:t>
      </w:r>
    </w:p>
    <w:p>
      <w:r>
        <w:t>[A movement, with the eyes?]</w:t>
      </w:r>
    </w:p>
    <w:p>
      <w:r>
        <w:t>Yes</w:t>
      </w:r>
    </w:p>
    <w:p>
      <w:r>
        <w:t>The eye had a living spirit in it, and he, he showed that he has, that he is not dead</w:t>
      </w:r>
    </w:p>
    <w:p>
      <w:r>
        <w:t>[As though her heart stopped working, she was as though dead, but..]</w:t>
      </w:r>
    </w:p>
    <w:p>
      <w:r>
        <w:t>Yes, everyone said that he was dead, but she said: “No, I am not dead”</w:t>
      </w:r>
    </w:p>
    <w:p>
      <w:r>
        <w:t>I..</w:t>
      </w:r>
    </w:p>
    <w:p>
      <w:r>
        <w:t>[You were beside her? Did Rebbe Yisroel (Kardonner) see this?]</w:t>
      </w:r>
    </w:p>
    <w:p>
      <w:r>
        <w:t>Ah?</w:t>
      </w:r>
    </w:p>
    <w:p>
      <w:r>
        <w:t>[Did Rebbe Yisroel (Kardonner) see this? Was he there?]</w:t>
      </w:r>
    </w:p>
    <w:p>
      <w:r>
        <w:t>Yes</w:t>
      </w:r>
    </w:p>
    <w:p>
      <w:r>
        <w:t>Rebbe Yisroel said to her:</w:t>
      </w:r>
    </w:p>
    <w:p>
      <w:r>
        <w:t>“This is something that is impossible, Yisroel Ber must be Breslov”</w:t>
      </w:r>
    </w:p>
    <w:p>
      <w:r>
        <w:t>So she heard such a thing, so she died from so much, from the magnitude of the sorrow</w:t>
      </w:r>
    </w:p>
    <w:p>
      <w:r>
        <w:t>But there was “resurrection of the dead”</w:t>
      </w:r>
    </w:p>
    <w:p>
      <w:r>
        <w:t>[Really?]</w:t>
      </w:r>
    </w:p>
    <w:p>
      <w:r>
        <w:t>Yes</w:t>
      </w:r>
    </w:p>
    <w:p>
      <w:r>
        <w:t>There was one from the “Chevra Kadisha” who said that he saw that he, that she made some movement with the eye, so, what, this, this, this is only imagination</w:t>
      </w:r>
    </w:p>
    <w:p>
      <w:r>
        <w:t>[….]</w:t>
      </w:r>
    </w:p>
    <w:p>
      <w:r>
        <w:t>Then another one came, and also said the same thing, that he saw that she made some movement with the eye</w:t>
      </w:r>
    </w:p>
    <w:p>
      <w:r>
        <w:t>Ah.. “By the word of two witnesses shall a matter be established,” this is not, this is already..</w:t>
      </w:r>
    </w:p>
    <w:p>
      <w:r>
        <w:t>This is not, this she is {a thing}, this is a great secret, ah..</w:t>
      </w:r>
    </w:p>
    <w:p>
      <w:r>
        <w:t>“Yisroel Ber became Breslov”</w:t>
      </w:r>
    </w:p>
    <w:p>
      <w:r>
        <w:t>{Yes}..</w:t>
      </w:r>
    </w:p>
    <w:p>
      <w:r>
        <w:t>[….]</w:t>
      </w:r>
    </w:p>
    <w:p>
      <w:r>
        <w:t>And the mother had a miracle that she did not die from the magnitude of the sorrow, he, he, I must be Breslov</w:t>
      </w:r>
    </w:p>
    <w:p>
      <w:r>
        <w:t>So he, she passed away and died</w:t>
      </w:r>
    </w:p>
    <w:p>
      <w:r>
        <w:t>Afterward she.. the doctors said that this, she has a living spirit…</w:t>
      </w:r>
    </w:p>
    <w:p>
      <w:r>
        <w:t>...[Rebbe Yisroel, Rebbe Yisroel, I heard that there is a story about Rabbainu</w:t>
      </w:r>
    </w:p>
    <w:p>
      <w:r>
        <w:t>When he traveled to the Land of Israel, he went to Meron, yes, he went to Meron, Rabbainu]</w:t>
      </w:r>
    </w:p>
    <w:p>
      <w:r>
        <w:t>Yes</w:t>
      </w:r>
    </w:p>
    <w:p>
      <w:r>
        <w:t>[Yes, and I heard that there is.. they say, that when he went to the grave of Rashbi, he asked Rashbi</w:t>
      </w:r>
    </w:p>
    <w:p>
      <w:r>
        <w:t>Rashbi asked Rabbainu: “Who is Ron?”..]</w:t>
      </w:r>
    </w:p>
    <w:p>
      <w:r>
        <w:t>“Who is Ron?”</w:t>
      </w:r>
    </w:p>
    <w:p>
      <w:r>
        <w:t>[“Who is Ron?”, and Rabbainu..]</w:t>
      </w:r>
    </w:p>
    <w:p>
      <w:r>
        <w:t>“{Who} Rebbe Nachman?”</w:t>
      </w:r>
    </w:p>
    <w:p>
      <w:r>
        <w:t>[Yes, and..]</w:t>
      </w:r>
    </w:p>
    <w:p>
      <w:r>
        <w:t>“Who is Ron”</w:t>
      </w:r>
    </w:p>
    <w:p>
      <w:r>
        <w:t>[And R.., right, “Who is Ron?”, and Rabbainu answered and said: “I am Ron”]</w:t>
      </w:r>
    </w:p>
    <w:p>
      <w:r>
        <w:t>“I am Ron”</w:t>
      </w:r>
    </w:p>
    <w:p>
      <w:r>
        <w:t>[Is this true, is this, this an authentic tradition, yes?]</w:t>
      </w:r>
    </w:p>
    <w:p>
      <w:r>
        <w:t>Yes, yes</w:t>
      </w:r>
    </w:p>
    <w:p>
      <w:r>
        <w:t>[And “I,” this is “Na Na-ch”]</w:t>
      </w:r>
    </w:p>
    <w:p>
      <w:r>
        <w:t>I also heard</w:t>
      </w:r>
    </w:p>
    <w:p>
      <w:r>
        <w:t>[Yes, and “I” is “Na Na-ch”]</w:t>
      </w:r>
    </w:p>
    <w:p>
      <w:r>
        <w:t>{…}</w:t>
      </w:r>
    </w:p>
    <w:p>
      <w:r>
        <w:t>[“I” is “Na Na-ch”]</w:t>
      </w:r>
    </w:p>
    <w:p>
      <w:r>
        <w:t>“Who is Ron?” - “I am Ron”</w:t>
      </w:r>
    </w:p>
    <w:p>
      <w:r>
        <w:t>[Rabbainu said “I am Ron”]</w:t>
      </w:r>
    </w:p>
    <w:p>
      <w:r>
        <w:t>[…...]</w:t>
      </w:r>
    </w:p>
    <w:p>
      <w:r>
        <w:t>Rebbe Nachman, “Na Na-ch {{now this is Rebbe}} Na-ch-man of Uman”</w:t>
      </w:r>
    </w:p>
    <w:p>
      <w:r>
        <w:t>[………….]</w:t>
      </w:r>
    </w:p>
    <w:p>
      <w:r>
        <w:t>[………….]</w:t>
      </w:r>
    </w:p>
    <w:p>
      <w:r>
        <w:t>Nu, Rashbi asked Rabbainu: “Who is Ron? Me-Ron, who is the Ron?”</w:t>
      </w:r>
    </w:p>
    <w:p>
      <w:r>
        <w:t>[Yes]</w:t>
      </w:r>
    </w:p>
    <w:p>
      <w:r>
        <w:t>So Rabbainu said: “Who is Ron? I, Rebbe Nachman”</w:t>
      </w:r>
    </w:p>
    <w:p>
      <w:r>
        <w:t>[Is this written in the language of Rabbainu?]</w:t>
      </w:r>
    </w:p>
    <w:p>
      <w:r>
        <w:t>[No, this is to hear, this is a tradition..]…</w:t>
      </w:r>
    </w:p>
    <w:p>
      <w:r>
        <w:t>[..…]...</w:t>
      </w:r>
    </w:p>
    <w:p>
      <w:r>
        <w:t>“I am Ron”[So when he arrived in Meron..]“Rebbe Nachman, I”[Rebbe Nachman said to Rashbi, said to him:“I am Ron”[So when he arrived in Meron..]“Rebbe Nachman, I”[Rebbe Nachman said to Rashbi, said to him:“I am Ron,” as though I have all the...]…“I am Ron,” as though I have all the...]…</w:t>
      </w:r>
    </w:p>
    <w:p>
      <w:r>
        <w:t>“I am Ron”</w:t>
      </w:r>
    </w:p>
    <w:p>
      <w:r>
        <w:t>[So when he arrived in Meron..]</w:t>
      </w:r>
    </w:p>
    <w:p>
      <w:r>
        <w:t>“Rebbe Nachman, I”</w:t>
      </w:r>
    </w:p>
    <w:p>
      <w:r>
        <w:t>[Rebbe Nachman said to Rashbi, said to him:</w:t>
      </w:r>
    </w:p>
    <w:p>
      <w:r>
        <w:t>“I am Ron”</w:t>
      </w:r>
    </w:p>
    <w:p>
      <w:r>
        <w:t>[So when he arrived in Meron..]</w:t>
      </w:r>
    </w:p>
    <w:p>
      <w:r>
        <w:t>“Rebbe Nachman, I”</w:t>
      </w:r>
    </w:p>
    <w:p>
      <w:r>
        <w:t>[Rebbe Nachman said to Rashbi, said to him:</w:t>
      </w:r>
    </w:p>
    <w:p>
      <w:r>
        <w:t>“I am Ron,” as though I have all the...]…</w:t>
      </w:r>
    </w:p>
    <w:p>
      <w:r>
        <w:t>“I am Ron,” as though I have all the...]…</w:t>
      </w:r>
    </w:p>
    <w:p>
      <w:r>
        <w:t>...from the name “Breslov,” she is my second daughtershe was my second daughter, and Shmuel’s wifewhat she suffered with Shmuel, {I do not know. .}he did not provide her with a livelihood, and he went away from money and from honor and from the..and she was already at home, {and she is nothing}what I am telling, it is impossible to tell everything, what my daughter suffered with Shmuelhe could have been honored, and famous throughout the world{yes}, and he fled from it, did not want it and..my daughter wants the honor, but he did not, did not want it in any way…...Oy vey, {…}, ah.. oyand he was with Rabbainu, he said:“Like Rabbainu, there is none in the world”Shmuel, ask Tzipporah, {the.., the woman}he and his sons…...from the name “Breslov,” she is my second daughtershe was my second daughter, and Shmuel’s wifewhat she suffered with Shmuel, {I do not know. .}he did not provide her with a livelihood, and he went away from money and from honor and from the..and she was already at home, {and she is nothing}what I am telling, it is impossible to tell everything, what my daughter suffered with Shmuelhe could have been honored, and famous throughout the world{yes}, and he fled from it, did not want it and..my daughter wants the honor, but he did not, did not want it in any way…...Oy vey, {…}, ah.. oyand he was with Rabbainu, he said:“Like Rabbainu, there is none in the world”Shmuel, ask Tzipporah, {the.., the woman}he and his sons…...he saidthat.., ah:“A matter such as “Nachman of Uman” this, this is something specialand there is not, and there has not yet been in the world, this is new”yes, that is what Shmuel said[Yes, about the Petek]Yea, about.., and the Petek, yesShmuel did not want any name, any importance, any publicity, no...he saidthat.., ah:“A matter such as “Nachman of Uman” this, this is something specialand there is not, and there has not yet been in the world, this is new”yes, that is what Shmuel said[Yes, about the Petek]Yea, about.., and the Petek, yesShmuel did not want any name, any importance, any publicity, no</w:t>
      </w:r>
    </w:p>
    <w:p>
      <w:r>
        <w:t>...from the name "Breslov," she is my second daughter</w:t>
      </w:r>
    </w:p>
    <w:p>
      <w:r>
        <w:t>She was my second daughter, and Shmuel’s wife</w:t>
      </w:r>
    </w:p>
    <w:p>
      <w:r>
        <w:t>What she suffered with Shmuel, {I do not know. .}</w:t>
      </w:r>
    </w:p>
    <w:p>
      <w:r>
        <w:t>He did not provide her with a livelihood, and he went away from money and from honor and from the..</w:t>
      </w:r>
    </w:p>
    <w:p>
      <w:r>
        <w:t>And she was already at home, {and she is nothing}</w:t>
      </w:r>
    </w:p>
    <w:p>
      <w:r>
        <w:t>What I am telling, it is impossible to tell everything, what my daughter suffered with Shmuel</w:t>
      </w:r>
    </w:p>
    <w:p>
      <w:r>
        <w:t>He could have been honored, and famous throughout the world</w:t>
      </w:r>
    </w:p>
    <w:p>
      <w:r>
        <w:t>{Yes}, and he fled from it, did not want it and..</w:t>
      </w:r>
    </w:p>
    <w:p>
      <w:r>
        <w:t>My daughter wants the honor, but he did not, did not want it in any way…</w:t>
      </w:r>
    </w:p>
    <w:p>
      <w:r>
        <w:t>...Oy vey, {…}, ah.. oy</w:t>
      </w:r>
    </w:p>
    <w:p>
      <w:r>
        <w:t>And he was with Rabbainu, he said:</w:t>
      </w:r>
    </w:p>
    <w:p>
      <w:r>
        <w:t>"Like Rabbainu, there is none in the world"</w:t>
      </w:r>
    </w:p>
    <w:p>
      <w:r>
        <w:t>Shmuel, ask Tzipporah, {the.., the woman}</w:t>
      </w:r>
    </w:p>
    <w:p>
      <w:r>
        <w:t>He and his sons…</w:t>
      </w:r>
    </w:p>
    <w:p>
      <w:r>
        <w:t>...from the name "Breslov," she is my second daughter</w:t>
      </w:r>
    </w:p>
    <w:p>
      <w:r>
        <w:t>She was my second daughter, and Shmuel’s wife</w:t>
      </w:r>
    </w:p>
    <w:p>
      <w:r>
        <w:t>What she suffered with Shmuel, {I do not know. .}</w:t>
      </w:r>
    </w:p>
    <w:p>
      <w:r>
        <w:t>He did not provide her with a livelihood, and he went away from money and from honor and from the..</w:t>
      </w:r>
    </w:p>
    <w:p>
      <w:r>
        <w:t>And she was already at home, {and she is nothing}</w:t>
      </w:r>
    </w:p>
    <w:p>
      <w:r>
        <w:t>What I am telling, it is impossible to tell everything, what my daughter suffered with Shmuel</w:t>
      </w:r>
    </w:p>
    <w:p>
      <w:r>
        <w:t>He could have been honored, and famous throughout the world</w:t>
      </w:r>
    </w:p>
    <w:p>
      <w:r>
        <w:t>{Yes}, and he fled from it, did not want it and..</w:t>
      </w:r>
    </w:p>
    <w:p>
      <w:r>
        <w:t>My daughter wants the honor, but he did not, did not want it in any way…</w:t>
      </w:r>
    </w:p>
    <w:p>
      <w:r>
        <w:t>...Oy vey, {…}, ah.. oy</w:t>
      </w:r>
    </w:p>
    <w:p>
      <w:r>
        <w:t>And he was with Rabbainu, he said:</w:t>
      </w:r>
    </w:p>
    <w:p>
      <w:r>
        <w:t>"Like Rabbainu, there is none in the world"</w:t>
      </w:r>
    </w:p>
    <w:p>
      <w:r>
        <w:t>Shmuel, ask Tzipporah, {the.., the woman}</w:t>
      </w:r>
    </w:p>
    <w:p>
      <w:r>
        <w:t>He and his sons…</w:t>
      </w:r>
    </w:p>
    <w:p>
      <w:r>
        <w:t>...He saidthat.., ah:</w:t>
      </w:r>
    </w:p>
    <w:p>
      <w:r>
        <w:t>"A matter such as "Nachman of Uman"—this, this is something special</w:t>
      </w:r>
    </w:p>
    <w:p>
      <w:r>
        <w:t>And there is not, and there has not yet been in the world, this is new"</w:t>
      </w:r>
    </w:p>
    <w:p>
      <w:r>
        <w:t>Yes, that is what Shmuel said</w:t>
      </w:r>
    </w:p>
    <w:p>
      <w:r>
        <w:t>[Yes, about the Petek]</w:t>
      </w:r>
    </w:p>
    <w:p>
      <w:r>
        <w:t>Yea, about.., and the Petek, yes</w:t>
      </w:r>
    </w:p>
    <w:p>
      <w:r>
        <w:t>Shmuel did not want any name, any importance, any publicity, no</w:t>
      </w:r>
    </w:p>
    <w:p>
      <w:r>
        <w:t>...He saidthat.., ah:</w:t>
      </w:r>
    </w:p>
    <w:p>
      <w:r>
        <w:t>"A matter such as "Nachman of Uman"—this, this is something special</w:t>
      </w:r>
    </w:p>
    <w:p>
      <w:r>
        <w:t>And there is not, and there has not yet been in the world, this is new"</w:t>
      </w:r>
    </w:p>
    <w:p>
      <w:r>
        <w:t>Yes, that is what Shmuel said</w:t>
      </w:r>
    </w:p>
    <w:p>
      <w:r>
        <w:t>[Yes, about the Petek]</w:t>
      </w:r>
    </w:p>
    <w:p>
      <w:r>
        <w:t>Yea, about.., and the Petek, yes</w:t>
      </w:r>
    </w:p>
    <w:p>
      <w:r>
        <w:t>Shmuel did not want any name, any importance, any publicity, no</w:t>
      </w:r>
    </w:p>
    <w:p>
      <w:r>
        <w:t>What she suffered with me, he did not have {for him} a garment or shoes, and she did not have.., he did not..</w:t>
      </w:r>
    </w:p>
    <w:p>
      <w:r>
        <w:t>Who knows? Who can {{sew}} and tell what she suffered with me?</w:t>
      </w:r>
    </w:p>
    <w:p>
      <w:r>
        <w:t>Because of this she merited Tzipporah, Shmu.., l..</w:t>
      </w:r>
    </w:p>
    <w:p>
      <w:r>
        <w:t>[Shmuel]</w:t>
      </w:r>
    </w:p>
    <w:p>
      <w:r>
        <w:t>Shmuel…</w:t>
      </w:r>
    </w:p>
    <w:p>
      <w:r>
        <w:t>...Oy, what she suffered with me</w:t>
      </w:r>
    </w:p>
    <w:p>
      <w:r>
        <w:t>There is none in the world, unique in the world, even {in America there is no such thing}, no, there is none in the world like this…</w:t>
      </w:r>
    </w:p>
    <w:p>
      <w:r>
        <w:br w:type="page"/>
      </w:r>
    </w:p>
    <w:p>
      <w:pPr>
        <w:pStyle w:val="Heading1"/>
      </w:pPr>
      <w:r>
        <w:t>Tape 112</w:t>
      </w:r>
    </w:p>
    <w:p>
      <w:pPr>
        <w:pStyle w:val="Heading2"/>
      </w:pPr>
      <w:r>
        <w:t>Side A (Aleph)</w:t>
      </w:r>
    </w:p>
    <w:p>
      <w:r>
        <w:t>...We are Yisroel, one nation in the land, there is no other nation like this...</w:t>
      </w:r>
    </w:p>
    <w:p>
      <w:r>
        <w:t>...[Rebbe Yisroel, it is written that Hoshana Rabbah, ah.. this is, "they judge concerning the water," it is written in.. in.. in the halacha]…</w:t>
      </w:r>
    </w:p>
    <w:p>
      <w:r>
        <w:t>...[Does one need to do much hisbodedus or the Tikkun, the Hoshana Rabbah Tikkun? Is that all]</w:t>
      </w:r>
    </w:p>
    <w:p>
      <w:r>
        <w:t>Everything</w:t>
      </w:r>
    </w:p>
    <w:p>
      <w:r>
        <w:t>[…]</w:t>
      </w:r>
    </w:p>
    <w:p>
      <w:r>
        <w:t>[Ah?]</w:t>
      </w:r>
    </w:p>
    <w:p>
      <w:r>
        <w:t>[...]</w:t>
      </w:r>
    </w:p>
    <w:p>
      <w:r>
        <w:t>[Concerning the ‘Tikkun’ or ‘hisbodedus,’ did he say everything?]</w:t>
      </w:r>
    </w:p>
    <w:p>
      <w:r>
        <w:t>[Is it also important to read the Book of 'Devarim'?]…</w:t>
      </w:r>
    </w:p>
    <w:p>
      <w:r>
        <w:t>...There are no such {fruits} in the world</w:t>
      </w:r>
    </w:p>
    <w:p>
      <w:r>
        <w:t>Such air, such, there is none in the entire world…</w:t>
      </w:r>
    </w:p>
    <w:p>
      <w:r>
        <w:t>...[For each one]…</w:t>
      </w:r>
    </w:p>
    <w:p>
      <w:r>
        <w:t>...[For, ah.. for each one of the family? Or for only the head, the head of the family?] Five, the whole.. each package, five, each one five</w:t>
      </w:r>
    </w:p>
    <w:p>
      <w:r>
        <w:t>[Yes, thank you very much]...</w:t>
      </w:r>
    </w:p>
    <w:p>
      <w:r>
        <w:t>...{To pray to Hashem Yisborach, prayer}</w:t>
      </w:r>
    </w:p>
    <w:p>
      <w:r>
        <w:t>For everything—prayer...</w:t>
      </w:r>
    </w:p>
    <w:p>
      <w:r>
        <w:t>...{…}, one needs to live in Eretz Yisroel…</w:t>
      </w:r>
    </w:p>
    <w:p>
      <w:r>
        <w:t>...{Rabbainu}</w:t>
      </w:r>
    </w:p>
    <w:p>
      <w:r>
        <w:t>[This is what Rabbainu says]…</w:t>
      </w:r>
    </w:p>
    <w:p>
      <w:r>
        <w:t>...Yes, for everything…</w:t>
      </w:r>
    </w:p>
    <w:p>
      <w:r>
        <w:t>[Yes][yes]...{Only} Eretz Yisroel</w:t>
      </w:r>
    </w:p>
    <w:p>
      <w:r>
        <w:t>[Yes]</w:t>
      </w:r>
    </w:p>
    <w:p>
      <w:r>
        <w:t>[Yes]</w:t>
      </w:r>
    </w:p>
    <w:p>
      <w:r>
        <w:t>To live here [is good]…</w:t>
      </w:r>
    </w:p>
    <w:p>
      <w:r>
        <w:t>…{..}...</w:t>
      </w:r>
    </w:p>
    <w:p>
      <w:r>
        <w:t>...[Yes]</w:t>
      </w:r>
    </w:p>
    <w:p>
      <w:r>
        <w:t>[Also with his mother?]…</w:t>
      </w:r>
    </w:p>
    <w:p>
      <w:r>
        <w:t>...[Your grandson, Nachman’s son] Yes</w:t>
      </w:r>
    </w:p>
    <w:p>
      <w:r>
        <w:t>[Mordechai, yes, and he wanted to come here with me, and we arranged a meeting</w:t>
      </w:r>
    </w:p>
    <w:p>
      <w:r>
        <w:t>But apparently he could not arrive; I waited and he did not come</w:t>
      </w:r>
    </w:p>
    <w:p>
      <w:r>
        <w:t>But he ve.., came especially to Aharon Cohen for you]</w:t>
      </w:r>
    </w:p>
    <w:p>
      <w:r>
        <w:t>Yes</w:t>
      </w:r>
    </w:p>
    <w:p>
      <w:r>
        <w:t>[And I told him that we would come here, he agreed, and he wanted to be here even for the entire "Simchas Torah"..</w:t>
      </w:r>
    </w:p>
    <w:p>
      <w:r>
        <w:t>He wanted, he was... he is nice]</w:t>
      </w:r>
    </w:p>
    <w:p>
      <w:r>
        <w:t>Yes, oh, oh</w:t>
      </w:r>
    </w:p>
    <w:p>
      <w:r>
        <w:t>[He is very nice, he is a baal teshuvah, he told me that he is a baal teshuvah]</w:t>
      </w:r>
    </w:p>
    <w:p>
      <w:r>
        <w:t>Yes, yes, yes</w:t>
      </w:r>
    </w:p>
    <w:p>
      <w:r>
        <w:t>[We had a good conversation, we spoke good words</w:t>
      </w:r>
    </w:p>
    <w:p>
      <w:r>
        <w:t>But he did not come, apparently he had a meeting with some person</w:t>
      </w:r>
    </w:p>
    <w:p>
      <w:r>
        <w:t>And he did not manage to arrive; he will come another time]…</w:t>
      </w:r>
    </w:p>
    <w:p>
      <w:r>
        <w:t>...{All}</w:t>
      </w:r>
    </w:p>
    <w:p>
      <w:r>
        <w:t>[..]</w:t>
      </w:r>
    </w:p>
    <w:p>
      <w:r>
        <w:t>The entire land, the houses and everything there is, are ours</w:t>
      </w:r>
    </w:p>
    <w:p>
      <w:r>
        <w:t>[And also the springs? The springs?]</w:t>
      </w:r>
    </w:p>
    <w:p>
      <w:r>
        <w:t>{..}</w:t>
      </w:r>
    </w:p>
    <w:p>
      <w:r>
        <w:t>Our weaponry is better than America’s</w:t>
      </w:r>
    </w:p>
    <w:p>
      <w:r>
        <w:t>[Saba, we went in there into the tunnel, we were ten friends</w:t>
      </w:r>
    </w:p>
    <w:p>
      <w:r>
        <w:t>There was David Boudra, and Yaakov Levi and..]</w:t>
      </w:r>
    </w:p>
    <w:p>
      <w:r>
        <w:t>Yes</w:t>
      </w:r>
    </w:p>
    <w:p>
      <w:r>
        <w:t>[And Michael Hadad, at midnight, after midnight, and there were thousands of people there</w:t>
      </w:r>
    </w:p>
    <w:p>
      <w:r>
        <w:t>And they saw that we were climbing there, and they did not know what they were doing there</w:t>
      </w:r>
    </w:p>
    <w:p>
      <w:r>
        <w:t>People enter into the mountain, and there are thousands of people walking around there</w:t>
      </w:r>
    </w:p>
    <w:p>
      <w:r>
        <w:t>And they did not understand, they looked at us as though we were such madmen, who enter inside the mountain]</w:t>
      </w:r>
    </w:p>
    <w:p>
      <w:r>
        <w:t>And they do not know that there is such a wondrous spring there inside</w:t>
      </w:r>
    </w:p>
    <w:p>
      <w:r>
        <w:t>A very large spring, it is large and.. and clear]</w:t>
      </w:r>
    </w:p>
    <w:p>
      <w:r>
        <w:t>[The spring is a wonder]…</w:t>
      </w:r>
    </w:p>
    <w:p>
      <w:r>
        <w:t>...[Bring to an old man]</w:t>
      </w:r>
    </w:p>
    <w:p>
      <w:r>
        <w:t>[.…]</w:t>
      </w:r>
    </w:p>
    <w:p>
      <w:r>
        <w:t>[With the gladness and rejoicing of Yerushalayim]</w:t>
      </w:r>
    </w:p>
    <w:p>
      <w:r>
        <w:t>[Today is "Shemini Atzeres"]</w:t>
      </w:r>
    </w:p>
    <w:p>
      <w:r>
        <w:t>Today</w:t>
      </w:r>
    </w:p>
    <w:p>
      <w:r>
        <w:t>[It was "Shemini Atzeres" today]</w:t>
      </w:r>
    </w:p>
    <w:p>
      <w:r>
        <w:t>Ah?</w:t>
      </w:r>
    </w:p>
    <w:p>
      <w:r>
        <w:t>[They dance and sing throughout the city]</w:t>
      </w:r>
    </w:p>
    <w:p>
      <w:r>
        <w:t>Yes</w:t>
      </w:r>
    </w:p>
    <w:p>
      <w:r>
        <w:t>[Did you participate? Did you ever participate? Did you participate?]..</w:t>
      </w:r>
    </w:p>
    <w:p>
      <w:r>
        <w:t>Ah, yo, {yo, yo, yo}</w:t>
      </w:r>
    </w:p>
    <w:p>
      <w:r>
        <w:t>{If you} want to know the Petek? I will tell you word for word by heart</w:t>
      </w:r>
    </w:p>
    <w:p>
      <w:r>
        <w:t>[Yes]</w:t>
      </w:r>
    </w:p>
    <w:p>
      <w:r>
        <w:t>"Very much.."</w:t>
      </w:r>
    </w:p>
    <w:p>
      <w:r>
        <w:t>Write it down, "It was very difficult for me to descend to you, my precious student</w:t>
      </w:r>
    </w:p>
    <w:p>
      <w:r>
        <w:t>To tell you that I derived great pleasure from your service</w:t>
      </w:r>
    </w:p>
    <w:p>
      <w:r>
        <w:t>And concerning you I said, my little fire will smolder until Moshiach comes"</w:t>
      </w:r>
    </w:p>
    <w:p>
      <w:r>
        <w:t>[…….……]</w:t>
      </w:r>
    </w:p>
    <w:p>
      <w:r>
        <w:t>[………….]</w:t>
      </w:r>
    </w:p>
    <w:p>
      <w:r>
        <w:t>Did you write it down?</w:t>
      </w:r>
    </w:p>
    <w:p>
      <w:r>
        <w:t>[Excuse me]</w:t>
      </w:r>
    </w:p>
    <w:p>
      <w:r>
        <w:t>"Very much..," once again</w:t>
      </w:r>
    </w:p>
    <w:p>
      <w:r>
        <w:t>[….…]</w:t>
      </w:r>
    </w:p>
    <w:p>
      <w:r>
        <w:t>[…….]</w:t>
      </w:r>
    </w:p>
    <w:p>
      <w:r>
        <w:t>"{Very much} it was difficult for me to descend to you, my precious student</w:t>
      </w:r>
    </w:p>
    <w:p>
      <w:r>
        <w:t>To tell you that I derived very great pleasure from your service</w:t>
      </w:r>
    </w:p>
    <w:p>
      <w:r>
        <w:t>[..……][..……]"Be strong and courageous in your service.."[……..][…][I have the translation in French, and I am reading][…………….….][……….…..…..][..……][..……]"Be strong and courageous in your service.."[……..][…][I have the translation in French, and I am reading][…………….….][……….…..…..]And concerning you I said, my little fire will smolder until Moshiach {comes}.."</w:t>
      </w:r>
    </w:p>
    <w:p>
      <w:r>
        <w:t>[..……]</w:t>
      </w:r>
    </w:p>
    <w:p>
      <w:r>
        <w:t>[..……]</w:t>
      </w:r>
    </w:p>
    <w:p>
      <w:r>
        <w:t>“Be strong and courageous in your service..”</w:t>
      </w:r>
    </w:p>
    <w:p>
      <w:r>
        <w:t>[……..]</w:t>
      </w:r>
    </w:p>
    <w:p>
      <w:r>
        <w:t>[…]</w:t>
      </w:r>
    </w:p>
    <w:p>
      <w:r>
        <w:t>[I have the translation in French, and I am reading]</w:t>
      </w:r>
    </w:p>
    <w:p>
      <w:r>
        <w:t>[…………….….]</w:t>
      </w:r>
    </w:p>
    <w:p>
      <w:r>
        <w:t>[……….…..…..]</w:t>
      </w:r>
    </w:p>
    <w:p>
      <w:r>
        <w:t>[..……]</w:t>
      </w:r>
    </w:p>
    <w:p>
      <w:r>
        <w:t>[..……]</w:t>
      </w:r>
    </w:p>
    <w:p>
      <w:r>
        <w:t>“Be strong and courageous in your service..”</w:t>
      </w:r>
    </w:p>
    <w:p>
      <w:r>
        <w:t>[……..]</w:t>
      </w:r>
    </w:p>
    <w:p>
      <w:r>
        <w:t>[…]</w:t>
      </w:r>
    </w:p>
    <w:p>
      <w:r>
        <w:t>[I have the translation in French, and I am reading]</w:t>
      </w:r>
    </w:p>
    <w:p>
      <w:r>
        <w:t>[…………….….]</w:t>
      </w:r>
    </w:p>
    <w:p>
      <w:r>
        <w:t>[……….…..…..]</w:t>
      </w:r>
    </w:p>
    <w:p>
      <w:r>
        <w:t>[Rebbe Yisroel, do you believe in angels of God?</w:t>
      </w:r>
    </w:p>
    <w:p>
      <w:r>
        <w:t>Does this exist, that God..]</w:t>
      </w:r>
    </w:p>
    <w:p>
      <w:r>
        <w:t>I cannot speak at all</w:t>
      </w:r>
    </w:p>
    <w:p>
      <w:r>
        <w:t>[Ah, enough, enough talking?]</w:t>
      </w:r>
    </w:p>
    <w:p>
      <w:r>
        <w:t>I can, cannot speak</w:t>
      </w:r>
    </w:p>
    <w:p>
      <w:r>
        <w:t>[…...You remember that you asked a question, and he told you like this, that he cannot speak; talk about something else, talk about the grave in Uman]</w:t>
      </w:r>
    </w:p>
    <w:p>
      <w:r>
        <w:t>[No, no..]</w:t>
      </w:r>
    </w:p>
    <w:p>
      <w:r>
        <w:t>[You have never been there, you need to ask them..]</w:t>
      </w:r>
    </w:p>
    <w:p>
      <w:r>
        <w:t>[….]</w:t>
      </w:r>
    </w:p>
    <w:p>
      <w:r>
        <w:t>[You did not go, you never went there..]</w:t>
      </w:r>
    </w:p>
    <w:p>
      <w:r>
        <w:t>[You heard about Rosh Hashanah]</w:t>
      </w:r>
    </w:p>
    <w:p>
      <w:r>
        <w:t>[Can one talk with him about Mashiach?]</w:t>
      </w:r>
    </w:p>
    <w:p>
      <w:r>
        <w:t>[Talk about whatever you want]</w:t>
      </w:r>
    </w:p>
    <w:p>
      <w:r>
        <w:t>[Ah..]</w:t>
      </w:r>
    </w:p>
    <w:p>
      <w:r>
        <w:t>[….]</w:t>
      </w:r>
    </w:p>
    <w:p>
      <w:r>
        <w:t>[Wallah..]</w:t>
      </w:r>
    </w:p>
    <w:p>
      <w:r>
        <w:t>[I believe in Mashiach]</w:t>
      </w:r>
    </w:p>
    <w:p>
      <w:r>
        <w:t>The holy Rabbainu, there is a book “Megillas Setarim,” in it Rabbainu revealed</w:t>
      </w:r>
    </w:p>
    <w:p>
      <w:r>
        <w:t>The day and the month and the year that Mashiach will come</w:t>
      </w:r>
    </w:p>
    <w:p>
      <w:r>
        <w:t>[When will he come?]</w:t>
      </w:r>
    </w:p>
    <w:p>
      <w:r>
        <w:t>Ah?</w:t>
      </w:r>
    </w:p>
    <w:p>
      <w:r>
        <w:t>[When?]</w:t>
      </w:r>
    </w:p>
    <w:p>
      <w:r>
        <w:t>{..}, he revealed, but I do not know, only Rabbainu and Rebbe Nassan, but he revealed</w:t>
      </w:r>
    </w:p>
    <w:p>
      <w:r>
        <w:t>[He revealed]</w:t>
      </w:r>
    </w:p>
    <w:p>
      <w:r>
        <w:t>The day on which Mashiach will come, the month and the year</w:t>
      </w:r>
    </w:p>
    <w:p>
      <w:r>
        <w:t>We do not know</w:t>
      </w:r>
    </w:p>
    <w:p>
      <w:r>
        <w:t>[We do not know]</w:t>
      </w:r>
    </w:p>
    <w:p>
      <w:r>
        <w:t>No</w:t>
      </w:r>
    </w:p>
    <w:p>
      <w:r>
        <w:t>[Just wait.. and we will see]</w:t>
      </w:r>
    </w:p>
    <w:p>
      <w:r>
        <w:t>Make it a little warm, I need to drink, and eat and drink</w:t>
      </w:r>
    </w:p>
    <w:p>
      <w:r>
        <w:t>[What do you want to drink? Rebbe Yisroel]</w:t>
      </w:r>
    </w:p>
    <w:p>
      <w:r>
        <w:t>[Do you want to drink?]</w:t>
      </w:r>
    </w:p>
    <w:p>
      <w:r>
        <w:t>[….]</w:t>
      </w:r>
    </w:p>
    <w:p>
      <w:r>
        <w:t>[We will give you something to drink, what do you want to..]</w:t>
      </w:r>
    </w:p>
    <w:p>
      <w:r>
        <w:t>{..}</w:t>
      </w:r>
    </w:p>
    <w:p>
      <w:r>
        <w:t>[What do you want to drink?]</w:t>
      </w:r>
    </w:p>
    <w:p>
      <w:r>
        <w:t>Ah, honey and milk</w:t>
      </w:r>
    </w:p>
    <w:p>
      <w:r>
        <w:t>[Honey and milk]</w:t>
      </w:r>
    </w:p>
    <w:p>
      <w:r>
        <w:t>[……...….]</w:t>
      </w:r>
    </w:p>
    <w:p>
      <w:r>
        <w:t>[………….]</w:t>
      </w:r>
    </w:p>
    <w:p>
      <w:r>
        <w:t>[Will God send an angel to us?]</w:t>
      </w:r>
    </w:p>
    <w:p>
      <w:r>
        <w:t>[“Not through an angel and not through a messenger"]</w:t>
      </w:r>
    </w:p>
    <w:p>
      <w:r>
        <w:t>[Take a little to eat, mezonos, cakes, cakes.. bon appétit] Ah</w:t>
      </w:r>
    </w:p>
    <w:p>
      <w:r>
        <w:t>[He cannot eat while lying down?]</w:t>
      </w:r>
    </w:p>
    <w:p>
      <w:r>
        <w:t>[…..]</w:t>
      </w:r>
    </w:p>
    <w:p>
      <w:r>
        <w:t>[Amen]</w:t>
      </w:r>
    </w:p>
    <w:p>
      <w:r>
        <w:t>[……………..]</w:t>
      </w:r>
    </w:p>
    <w:p>
      <w:r>
        <w:t>[……………..]…</w:t>
      </w:r>
    </w:p>
    <w:p>
      <w:r>
        <w:t>...[She knows how to get to Migdal HaEmek]…</w:t>
      </w:r>
    </w:p>
    <w:p>
      <w:r>
        <w:t>...[…]…</w:t>
      </w:r>
    </w:p>
    <w:p>
      <w:r>
        <w:t>...[Migdal HaEmek]...</w:t>
      </w:r>
    </w:p>
    <w:p>
      <w:r>
        <w:t>...No, no</w:t>
      </w:r>
    </w:p>
    <w:p>
      <w:r>
        <w:t>[No, we will drive around]</w:t>
      </w:r>
    </w:p>
    <w:p>
      <w:r>
        <w:t>Good, good</w:t>
      </w:r>
    </w:p>
    <w:p>
      <w:r>
        <w:t>[I asked in order to know]</w:t>
      </w:r>
    </w:p>
    <w:p>
      <w:r>
        <w:t>No, no</w:t>
      </w:r>
    </w:p>
    <w:p>
      <w:r>
        <w:t>[All right, all right]</w:t>
      </w:r>
    </w:p>
    <w:p>
      <w:r>
        <w:t>{Ah, ah, from here it is good, I}..</w:t>
      </w:r>
    </w:p>
    <w:p>
      <w:r>
        <w:t>[Good]</w:t>
      </w:r>
    </w:p>
    <w:p>
      <w:r>
        <w:t>{A dangerous place}</w:t>
      </w:r>
    </w:p>
    <w:p>
      <w:r>
        <w:t>[Ah, good, good]</w:t>
      </w:r>
    </w:p>
    <w:p>
      <w:r>
        <w:t>[There is no need…. a dangerous place]…</w:t>
      </w:r>
    </w:p>
    <w:p>
      <w:r>
        <w:t>...[Yes, good, good]…</w:t>
      </w:r>
    </w:p>
    <w:p>
      <w:r>
        <w:t>...[Saba says: “Tefillas HaDerech..”] [Amen]…</w:t>
      </w:r>
    </w:p>
    <w:p>
      <w:r>
        <w:t>...Avraham Nassan {}</w:t>
      </w:r>
    </w:p>
    <w:p>
      <w:r>
        <w:t>[He is in Migdal HaEmek, Rebbe Yisroel]</w:t>
      </w:r>
    </w:p>
    <w:p>
      <w:r>
        <w:t>{...}</w:t>
      </w:r>
    </w:p>
    <w:p>
      <w:r>
        <w:t>[No, we are in the car, on the way to Migdal HaEmek]…</w:t>
      </w:r>
    </w:p>
    <w:p>
      <w:r>
        <w:t>...[{To him}, and there was no answer, but the aide said that he is in Migdal HaEmek today]…</w:t>
      </w:r>
    </w:p>
    <w:p>
      <w:r>
        <w:t>...[Is this a good place?]</w:t>
      </w:r>
    </w:p>
    <w:p>
      <w:r>
        <w:t>{Yes}, ho.. {a blessing}, ah, ah</w:t>
      </w:r>
    </w:p>
    <w:p>
      <w:r>
        <w:t>[Does it heal?]</w:t>
      </w:r>
    </w:p>
    <w:p>
      <w:r>
        <w:t>Healing springs {ho.. ho..} such healing</w:t>
      </w:r>
    </w:p>
    <w:p>
      <w:r>
        <w:t>[Have you already been here several times? Did you come here several times? Were you here before?]</w:t>
      </w:r>
    </w:p>
    <w:p>
      <w:r>
        <w:t>Before, I was perhaps a child, ah.. I was a small child</w:t>
      </w:r>
    </w:p>
    <w:p>
      <w:r>
        <w:t>[Rebbe Yisroel, at “Ein Chama” is this also the water of the Flood, like “Chamei Teveria”?]</w:t>
      </w:r>
    </w:p>
    <w:p>
      <w:r>
        <w:t>{…}, the water of “Chamei Teveria”</w:t>
      </w:r>
    </w:p>
    <w:p>
      <w:r>
        <w:t>[It is not]</w:t>
      </w:r>
    </w:p>
    <w:p>
      <w:r>
        <w:t>{It is not, it is here, no}, here are healing springs…</w:t>
      </w:r>
    </w:p>
    <w:p>
      <w:r>
        <w:t>...[Yes, like this, he cannot.., he cannot]</w:t>
      </w:r>
    </w:p>
    <w:p>
      <w:r>
        <w:t>[….]</w:t>
      </w:r>
    </w:p>
    <w:p>
      <w:r>
        <w:t>[Good]…</w:t>
      </w:r>
    </w:p>
    <w:p>
      <w:r>
        <w:t>...{………..}...</w:t>
      </w:r>
    </w:p>
    <w:p>
      <w:r>
        <w:t>...I will come to Yerushalayim for this, in order to find the car</w:t>
      </w:r>
    </w:p>
    <w:p>
      <w:r>
        <w:t>Oy vey, oy, oy vey, oy vey, give me the legs, the legs on the bed</w:t>
      </w:r>
    </w:p>
    <w:p>
      <w:r>
        <w:t>[………]</w:t>
      </w:r>
    </w:p>
    <w:p>
      <w:r>
        <w:t>[……...]…</w:t>
      </w:r>
    </w:p>
    <w:p>
      <w:r>
        <w:t>...To rejoice and to dance in every.., in every place, in every.. this is the main thing of everything</w:t>
      </w:r>
    </w:p>
    <w:p>
      <w:r>
        <w:t>[Ah]</w:t>
      </w:r>
    </w:p>
    <w:p>
      <w:r>
        <w:t>The main essence and root of everything, {this\and}the tikkun</w:t>
      </w:r>
    </w:p>
    <w:p>
      <w:r>
        <w:t>Do not forget me even at home, no, do not forget me</w:t>
      </w:r>
    </w:p>
    <w:p>
      <w:r>
        <w:t>[We do not forget]</w:t>
      </w:r>
    </w:p>
    <w:p>
      <w:r>
        <w:t>We will have a strong connection</w:t>
      </w:r>
    </w:p>
    <w:p>
      <w:r>
        <w:t>We have a strong connection, the holy Rabbainu is the foundation of the entire Torah</w:t>
      </w:r>
    </w:p>
    <w:p>
      <w:r>
        <w:t>Of all.., the root of all th.. of all the tzaddikim, of the entire Torah</w:t>
      </w:r>
    </w:p>
    <w:p>
      <w:r>
        <w:t>Were you at Rosh Hashanah?</w:t>
      </w:r>
    </w:p>
    <w:p>
      <w:r>
        <w:t>[Yes]</w:t>
      </w:r>
    </w:p>
    <w:p>
      <w:r>
        <w:t>Did you see me?</w:t>
      </w:r>
    </w:p>
    <w:p>
      <w:r>
        <w:t>[Yes, it was at the tziyun]</w:t>
      </w:r>
    </w:p>
    <w:p>
      <w:r>
        <w:t>And Saba Moshe was also there</w:t>
      </w:r>
    </w:p>
    <w:p>
      <w:r>
        <w:t>[Yes, yes, and the father, Nachman]</w:t>
      </w:r>
    </w:p>
    <w:p>
      <w:r>
        <w:t>Nachman was also there</w:t>
      </w:r>
    </w:p>
    <w:p>
      <w:r>
        <w:t>[Yes, everyone]</w:t>
      </w:r>
    </w:p>
    <w:p>
      <w:r>
        <w:t>Fortunate are we, fortunate are we that we merited {this}</w:t>
      </w:r>
    </w:p>
    <w:p>
      <w:r>
        <w:t>[The friends sing:</w:t>
      </w:r>
    </w:p>
    <w:p>
      <w:r>
        <w:t>“Fortunate are we that we merited to draw close to Rabbainu..”</w:t>
      </w:r>
    </w:p>
    <w:p>
      <w:r>
        <w:t>To dance, to dance {for me}, a dance, a dance}]</w:t>
      </w:r>
    </w:p>
    <w:p>
      <w:r>
        <w:t>[Afterward the friends sing:</w:t>
      </w:r>
    </w:p>
    <w:p>
      <w:r>
        <w:t>“Fortunate are we that we have such a Rebbe..”</w:t>
      </w:r>
    </w:p>
    <w:p>
      <w:r>
        <w:t>Afterward they sing:</w:t>
      </w:r>
    </w:p>
    <w:p>
      <w:r>
        <w:t>“Na Na Nach Nachman MeUman..”]…</w:t>
      </w:r>
    </w:p>
    <w:p>
      <w:r>
        <w:t>...{…}...</w:t>
      </w:r>
    </w:p>
    <w:p>
      <w:r>
        <w:t>...[“My fire will burn until the coming of Mashiach”]</w:t>
      </w:r>
    </w:p>
    <w:p>
      <w:r>
        <w:t>Ah, “My fire {{. .}} until the coming of Mashiach,” “upon you I said”</w:t>
      </w:r>
    </w:p>
    <w:p>
      <w:r>
        <w:t>[Yes]</w:t>
      </w:r>
    </w:p>
    <w:p>
      <w:r>
        <w:t>The secret of this, this is—the matter of mine will be until the coming of Mashiach, and afterward also</w:t>
      </w:r>
    </w:p>
    <w:p>
      <w:r>
        <w:t>[….]…</w:t>
      </w:r>
    </w:p>
    <w:p>
      <w:r>
        <w:t>...“And upon you I said, my fire will burn until the coming of Mashiach”</w:t>
      </w:r>
    </w:p>
    <w:p>
      <w:r>
        <w:t>[Saba, I read your letters]</w:t>
      </w:r>
    </w:p>
    <w:p>
      <w:r>
        <w:t>Yes</w:t>
      </w:r>
    </w:p>
    <w:p>
      <w:r>
        <w:t>[“Ebay HaNachal,” there is no book holier and greater than this]</w:t>
      </w:r>
    </w:p>
    <w:p>
      <w:r>
        <w:t>Ah?</w:t>
      </w:r>
    </w:p>
    <w:p>
      <w:r>
        <w:t>[There is no, there is no book greater and holier than this]</w:t>
      </w:r>
    </w:p>
    <w:p>
      <w:r>
        <w:t>Yes</w:t>
      </w:r>
    </w:p>
    <w:p>
      <w:r>
        <w:t>[Every letter is, it is a world]</w:t>
      </w:r>
    </w:p>
    <w:p>
      <w:r>
        <w:t>Yes, every letter is the light of Hashem, every utterance, the light of Hashem</w:t>
      </w:r>
    </w:p>
    <w:p>
      <w:r>
        <w:t>[Yes]</w:t>
      </w:r>
    </w:p>
    <w:p>
      <w:r>
        <w:t>Hidden from all the worlds, hidden from al.., from the whole world</w:t>
      </w:r>
    </w:p>
    <w:p>
      <w:r>
        <w:t>But the holy Rabbainu</w:t>
      </w:r>
    </w:p>
    <w:p>
      <w:r>
        <w:t>[It gives me even more strength than “Alim LiTrufah,” for example]</w:t>
      </w:r>
    </w:p>
    <w:p>
      <w:r>
        <w:t>Ah?</w:t>
      </w:r>
    </w:p>
    <w:p>
      <w:r>
        <w:t>[This, this, this seems to me even more st.., powerful than “Alim LiTrufah”]</w:t>
      </w:r>
    </w:p>
    <w:p>
      <w:r>
        <w:t>Yes</w:t>
      </w:r>
    </w:p>
    <w:p>
      <w:r>
        <w:t>[Yes]…</w:t>
      </w:r>
    </w:p>
    <w:p>
      <w:r>
        <w:t>...Now there will be and there will be books upon books, to prepare fo.. for the whole world, there will be books</w:t>
      </w:r>
    </w:p>
    <w:p>
      <w:r>
        <w:t>[Which? “Ebay HaNachal,” or everything?]</w:t>
      </w:r>
    </w:p>
    <w:p>
      <w:r>
        <w:t>Ah?</w:t>
      </w:r>
    </w:p>
    <w:p>
      <w:r>
        <w:t>[“Ebay HaNachal”]</w:t>
      </w:r>
    </w:p>
    <w:p>
      <w:r>
        <w:t>Everything, all the books</w:t>
      </w:r>
    </w:p>
    <w:p>
      <w:r>
        <w:t>[In all the languages also needed]</w:t>
      </w:r>
    </w:p>
    <w:p>
      <w:r>
        <w:t>All the languages.. there will be.. {..}</w:t>
      </w:r>
    </w:p>
    <w:p>
      <w:r>
        <w:t>[It is written that Mashiach will.. will disseminate Rabbainu’s books]</w:t>
      </w:r>
    </w:p>
    <w:p>
      <w:r>
        <w:t>Ah?</w:t>
      </w:r>
    </w:p>
    <w:p>
      <w:r>
        <w:t>[Mashiach will disseminate Rabbainu’s books]</w:t>
      </w:r>
    </w:p>
    <w:p>
      <w:r>
        <w:t>He will already find everything ready, ready and prepared</w:t>
      </w:r>
    </w:p>
    <w:p>
      <w:r>
        <w:t>[And what will the matter of Mashiach be?.. Will he write books?]</w:t>
      </w:r>
    </w:p>
    <w:p>
      <w:r>
        <w:t>Ah?</w:t>
      </w:r>
    </w:p>
    <w:p>
      <w:r>
        <w:t>[Will he write new books?]</w:t>
      </w:r>
    </w:p>
    <w:p>
      <w:r>
        <w:t>There will be, there will be.. such a light in the world, as there has never been</w:t>
      </w:r>
    </w:p>
    <w:p>
      <w:r>
        <w:t>[Will everyone see that this is Mashiach, or will there also be controversy over him?] Ah</w:t>
      </w:r>
    </w:p>
    <w:p>
      <w:r>
        <w:t>[Will everyone know that this is Mashiach, or will there also be controversy over him? Controversies over him, will there be?] No, no</w:t>
      </w:r>
    </w:p>
    <w:p>
      <w:r>
        <w:t>[No]</w:t>
      </w:r>
    </w:p>
    <w:p>
      <w:r>
        <w:t>Over Mashiach, no, that is it, it is already finished, the controversy is already finished</w:t>
      </w:r>
    </w:p>
    <w:p>
      <w:r>
        <w:t>…{...}…{...}[Because there was also controversy over King David, over Rabbainu, over everyone, over you]</w:t>
      </w:r>
    </w:p>
    <w:p>
      <w:r>
        <w:t>…{...}</w:t>
      </w:r>
    </w:p>
    <w:p>
      <w:r>
        <w:t>…{...}</w:t>
      </w:r>
    </w:p>
    <w:p>
      <w:r>
        <w:t>...[Has he been born? Saba]</w:t>
      </w:r>
    </w:p>
    <w:p>
      <w:r>
        <w:t>Ah?</w:t>
      </w:r>
    </w:p>
    <w:p>
      <w:r>
        <w:t>[Has Mashiach already been born?]</w:t>
      </w:r>
    </w:p>
    <w:p>
      <w:r>
        <w:t>I do not know anything, I do not know {…..}</w:t>
      </w:r>
    </w:p>
    <w:p>
      <w:r>
        <w:t>Only what the holy Rabbainu revealed</w:t>
      </w:r>
    </w:p>
    <w:p>
      <w:r>
        <w:t>[What? Ah..]</w:t>
      </w:r>
    </w:p>
    <w:p>
      <w:r>
        <w:t>The day he will come, yes, {..}</w:t>
      </w:r>
    </w:p>
    <w:p>
      <w:r>
        <w:t>And how he will come</w:t>
      </w:r>
    </w:p>
    <w:p>
      <w:r>
        <w:t>[Ah]</w:t>
      </w:r>
    </w:p>
    <w:p>
      <w:r>
        <w:t>There is, there will be such joy throughout the world, that everyone will dance</w:t>
      </w:r>
    </w:p>
    <w:p>
      <w:r>
        <w:t>[Rabbainu.., Rabbainu revealed the day and the.. he revealed the day that he will come]</w:t>
      </w:r>
    </w:p>
    <w:p>
      <w:r>
        <w:t>“Megillas Setarim”</w:t>
      </w:r>
    </w:p>
    <w:p>
      <w:r>
        <w:t>[Yes]</w:t>
      </w:r>
    </w:p>
    <w:p>
      <w:r>
        <w:t>The book is called “Megillas Setarim,” the holy Rabbainu revealed when he will come</w:t>
      </w:r>
    </w:p>
    <w:p>
      <w:r>
        <w:t>The year and the month and the day, when Mashiach will come</w:t>
      </w:r>
    </w:p>
    <w:p>
      <w:r>
        <w:t>But we do not know at all</w:t>
      </w:r>
    </w:p>
    <w:p>
      <w:r>
        <w:t>[Ah, ah]</w:t>
      </w:r>
    </w:p>
    <w:p>
      <w:r>
        <w:t>Only the holy Rabbainu and Rebbe Nassan and..</w:t>
      </w:r>
    </w:p>
    <w:p>
      <w:r>
        <w:t>[And you also]</w:t>
      </w:r>
    </w:p>
    <w:p>
      <w:r>
        <w:t>Ah..</w:t>
      </w:r>
    </w:p>
    <w:p>
      <w:r>
        <w:t>[And you too]</w:t>
      </w:r>
    </w:p>
    <w:p>
      <w:r>
        <w:t>Yes</w:t>
      </w:r>
    </w:p>
    <w:p>
      <w:r>
        <w:t>They, they knew a litt.., ah.. {revealed} a little of this</w:t>
      </w:r>
    </w:p>
    <w:p>
      <w:r>
        <w:t>[Until Mashiach comes, what do we need to do, to hasten it?]</w:t>
      </w:r>
    </w:p>
    <w:p>
      <w:r>
        <w:t>Ah..</w:t>
      </w:r>
    </w:p>
    <w:p>
      <w:r>
        <w:t>Everything is written, in every utterance of Rabbainu of blessed memory, the whole, the whole world with all, with all that they lack</w:t>
      </w:r>
    </w:p>
    <w:p>
      <w:r>
        <w:t>And all the remedies and all the salvations, in every utterance of Rabbainu</w:t>
      </w:r>
    </w:p>
    <w:p>
      <w:r>
        <w:t>Ah..</w:t>
      </w:r>
    </w:p>
    <w:p>
      <w:r>
        <w:t>[The legs?]</w:t>
      </w:r>
    </w:p>
    <w:p>
      <w:r>
        <w:t>The legs on the bed</w:t>
      </w:r>
    </w:p>
    <w:p>
      <w:r>
        <w:t>Ah, ah, ah..</w:t>
      </w:r>
    </w:p>
    <w:p>
      <w:r>
        <w:t>[Is this all right? Saba, do you want me to move you farther in, or is this all right?</w:t>
      </w:r>
    </w:p>
    <w:p>
      <w:r>
        <w:t>Your legs are outside]</w:t>
      </w:r>
    </w:p>
    <w:p>
      <w:r>
        <w:t>Outside</w:t>
      </w:r>
    </w:p>
    <w:p>
      <w:r>
        <w:t>[Yes, do you want us to put you farther up? Yes? Do you want farther up?]</w:t>
      </w:r>
    </w:p>
    <w:p>
      <w:r>
        <w:t>{Enough}, no, no.. {..}</w:t>
      </w:r>
    </w:p>
    <w:p>
      <w:r>
        <w:t>[All right?]</w:t>
      </w:r>
    </w:p>
    <w:p>
      <w:r>
        <w:t>Afterward we will see</w:t>
      </w:r>
    </w:p>
    <w:p>
      <w:r>
        <w:t>[..]…</w:t>
      </w:r>
    </w:p>
    <w:p>
      <w:r>
        <w:t>{…} The whole world, everyone will {gather up\leave} their {money\thron e} of kingship and give it to Rabbainu: “You are {the king}”</w:t>
      </w:r>
    </w:p>
    <w:p>
      <w:r>
        <w:t>[They will accept him]</w:t>
      </w:r>
    </w:p>
    <w:p>
      <w:r>
        <w:t>Yes, he will say to them.., they will say to him:</w:t>
      </w:r>
    </w:p>
    <w:p>
      <w:r>
        <w:t>“You are the king, we are not, you are the king”</w:t>
      </w:r>
    </w:p>
    <w:p>
      <w:r>
        <w:t>Yesyes[Blessed is Hashem, they will have the merit]</w:t>
      </w:r>
    </w:p>
    <w:p>
      <w:r>
        <w:t>Yes</w:t>
      </w:r>
    </w:p>
    <w:p>
      <w:r>
        <w:t>Yes</w:t>
      </w:r>
    </w:p>
    <w:p>
      <w:r>
        <w:t>All the great ones, all the wise men, everyone will {gather up\leave} all their {gifts}, all.. {...} and say to Rabbainu:</w:t>
      </w:r>
    </w:p>
    <w:p>
      <w:r>
        <w:t>“You are the k.., kin.., k.. our king, you are {{Moshe}}”</w:t>
      </w:r>
    </w:p>
    <w:p>
      <w:r>
        <w:t>{Yes}, “You are {will be} our king”…</w:t>
      </w:r>
    </w:p>
    <w:p>
      <w:pPr>
        <w:pStyle w:val="Heading2"/>
      </w:pPr>
      <w:r>
        <w:t>Side B (Bais)</w:t>
      </w:r>
    </w:p>
    <w:p>
      <w:r>
        <w:t>...{The main thing in drawing close to Rabbainu is the heart}</w:t>
      </w:r>
    </w:p>
    <w:p>
      <w:r>
        <w:t>And I suffered what I suffered, what is impossible to describe</w:t>
      </w:r>
    </w:p>
    <w:p>
      <w:r>
        <w:t>Now you, you used to teach children, no?</w:t>
      </w:r>
    </w:p>
    <w:p>
      <w:r>
        <w:t>[Yes]</w:t>
      </w:r>
    </w:p>
    <w:p>
      <w:r>
        <w:t>And now not?</w:t>
      </w:r>
    </w:p>
    <w:p>
      <w:r>
        <w:t>[Now a little]</w:t>
      </w:r>
    </w:p>
    <w:p>
      <w:r>
        <w:t>Ah?</w:t>
      </w:r>
    </w:p>
    <w:p>
      <w:r>
        <w:t>[A little older]</w:t>
      </w:r>
    </w:p>
    <w:p>
      <w:r>
        <w:t>Older..</w:t>
      </w:r>
    </w:p>
    <w:p>
      <w:r>
        <w:t>[Two who are thirteen years old, now two children thirteen years old, no longer children] Oy vey, do you have children?</w:t>
      </w:r>
    </w:p>
    <w:p>
      <w:r>
        <w:t>[Yes]</w:t>
      </w:r>
    </w:p>
    <w:p>
      <w:r>
        <w:t>[...….]</w:t>
      </w:r>
    </w:p>
    <w:p>
      <w:r>
        <w:t>Ah, ah, oy..</w:t>
      </w:r>
    </w:p>
    <w:p>
      <w:r>
        <w:t>I want to live in Yerushalayim</w:t>
      </w:r>
    </w:p>
    <w:p>
      <w:r>
        <w:t>[Good]</w:t>
      </w:r>
    </w:p>
    <w:p>
      <w:r>
        <w:t>{Nu}, if you have an apartment in Yerushalayim, and you have some small room for me</w:t>
      </w:r>
    </w:p>
    <w:p>
      <w:r>
        <w:t>For a bed or.. or.. and a small table, then good</w:t>
      </w:r>
    </w:p>
    <w:p>
      <w:r>
        <w:t>[Blessed is Hashem, there is]</w:t>
      </w:r>
    </w:p>
    <w:p>
      <w:r>
        <w:t>There is</w:t>
      </w:r>
    </w:p>
    <w:p>
      <w:r>
        <w:t>[Yes]</w:t>
      </w:r>
    </w:p>
    <w:p>
      <w:r>
        <w:t>Good, from here I will travel to Yerushalayim</w:t>
      </w:r>
    </w:p>
    <w:p>
      <w:r>
        <w:t>[Good]</w:t>
      </w:r>
    </w:p>
    <w:p>
      <w:r>
        <w:t>You know driving</w:t>
      </w:r>
    </w:p>
    <w:p>
      <w:r>
        <w:t>[Yes]..</w:t>
      </w:r>
    </w:p>
    <w:p>
      <w:r>
        <w:t>Yo, we have a book from the holy Rabbainu, {…}, and it.. and its name is..</w:t>
      </w:r>
    </w:p>
    <w:p>
      <w:r>
        <w:t>The name of the book is “Megillas Setarim”</w:t>
      </w:r>
    </w:p>
    <w:p>
      <w:r>
        <w:t>He revealed the day and the month and the year, when our righteous Mashiach will come, yes</w:t>
      </w:r>
    </w:p>
    <w:p>
      <w:r>
        <w:t>This is the book</w:t>
      </w:r>
    </w:p>
    <w:p>
      <w:r>
        <w:t>And there is among, among Rabbainu’s friends, Rabbainu’s disciples, the book, the book in abridged form</w:t>
      </w:r>
    </w:p>
    <w:p>
      <w:r>
        <w:t>At any rate I know from this, that there is a book whose name is: “Megillas Setarim”</w:t>
      </w:r>
    </w:p>
    <w:p>
      <w:r>
        <w:t>The holy Rabbainu revealed the day and the year and the month th.. that our righteous Mashiach will come..</w:t>
      </w:r>
    </w:p>
    <w:p>
      <w:r>
        <w:t>{Secret\already}, do not leave us, do not go away from me, only to eat</w:t>
      </w:r>
    </w:p>
    <w:p>
      <w:r>
        <w:t>[Good]</w:t>
      </w:r>
    </w:p>
    <w:p>
      <w:r>
        <w:t>Ah?</w:t>
      </w:r>
    </w:p>
    <w:p>
      <w:r>
        <w:t>[Good]</w:t>
      </w:r>
    </w:p>
    <w:p>
      <w:r>
        <w:t>Good</w:t>
      </w:r>
    </w:p>
    <w:p>
      <w:r>
        <w:t>My father, he was a Karlin chassid</w:t>
      </w:r>
    </w:p>
    <w:p>
      <w:r>
        <w:t>And blessed is Hashem, I merited, in the merit of Rabbainu, to leave that completely</w:t>
      </w:r>
    </w:p>
    <w:p>
      <w:r>
        <w:t>[To leave that]</w:t>
      </w:r>
    </w:p>
    <w:p>
      <w:r>
        <w:t>Because there is no Rebbe, there is no Rebbe, only Rabbainu, he is the Rebbe…</w:t>
      </w:r>
    </w:p>
    <w:p>
      <w:r>
        <w:t>...I felt and I feel, that the entire redemption depends…</w:t>
      </w:r>
    </w:p>
    <w:p>
      <w:r>
        <w:t>…And the holy Rabbainu said:</w:t>
      </w:r>
    </w:p>
    <w:p>
      <w:r>
        <w:t>“Mashiach will give an interpretation of the story.., of the “Likutei Moharan””</w:t>
      </w:r>
    </w:p>
    <w:p>
      <w:r>
        <w:t>This is a very awesome secret, {ah}, the secret of the redemption</w:t>
      </w:r>
    </w:p>
    <w:p>
      <w:r>
        <w:t>Ah, oy vey, it itches me</w:t>
      </w:r>
    </w:p>
    <w:p>
      <w:r>
        <w:t>[To put on a little ointment for the itching?]</w:t>
      </w:r>
    </w:p>
    <w:p>
      <w:r>
        <w:t>Ah?</w:t>
      </w:r>
    </w:p>
    <w:p>
      <w:r>
        <w:t>[A little ointment for the itching]</w:t>
      </w:r>
    </w:p>
    <w:p>
      <w:r>
        <w:t>The ointment</w:t>
      </w:r>
    </w:p>
    <w:p>
      <w:r>
        <w:t>[It helps, if it will help a little]</w:t>
      </w:r>
    </w:p>
    <w:p>
      <w:r>
        <w:t>Ah, yes, {t.. t..}.. try</w:t>
      </w:r>
    </w:p>
    <w:p>
      <w:r>
        <w:t>[…………………..……..]</w:t>
      </w:r>
    </w:p>
    <w:p>
      <w:r>
        <w:t>[…………………..……..]</w:t>
      </w:r>
    </w:p>
    <w:p>
      <w:r>
        <w:t>The holy Rabbainu revealed when the coming of Mashiach will be, yes</w:t>
      </w:r>
    </w:p>
    <w:p>
      <w:r>
        <w:t>A matter {that was not.., was in great secrecy}, this was not publicized, {{…}}</w:t>
      </w:r>
    </w:p>
    <w:p>
      <w:r>
        <w:t>Only the holy Rabbainu revealed it in the book, and no person knows, only Rabbainu and Rebbe Nassan..</w:t>
      </w:r>
    </w:p>
    <w:p>
      <w:r>
        <w:t>On Rosh Hashanah were you in.. in Uman?</w:t>
      </w:r>
    </w:p>
    <w:p>
      <w:r>
        <w:t>[I was in Yerushalayim]</w:t>
      </w:r>
    </w:p>
    <w:p>
      <w:r>
        <w:t>Ah?</w:t>
      </w:r>
    </w:p>
    <w:p>
      <w:r>
        <w:t>[We were a minyan in Yerushalayim, Saba, a minyan of friends]</w:t>
      </w:r>
    </w:p>
    <w:p>
      <w:r>
        <w:t>The main thing is Uman</w:t>
      </w:r>
    </w:p>
    <w:p>
      <w:r>
        <w:t>The holy Rabbainu said: “Whoever comes to me, this is {Uman\an art}”</w:t>
      </w:r>
    </w:p>
    <w:p>
      <w:r>
        <w:t>[But nevertheless we hope that he will be in Yerushalayim one day]</w:t>
      </w:r>
    </w:p>
    <w:p>
      <w:r>
        <w:t>Ah?</w:t>
      </w:r>
    </w:p>
    <w:p>
      <w:r>
        <w:t>[We expect that he will be in Yerushalayim one day, nevertheless</w:t>
      </w:r>
    </w:p>
    <w:p>
      <w:r>
        <w:t>You also told us that it is very necessary]</w:t>
      </w:r>
    </w:p>
    <w:p>
      <w:r>
        <w:t>What?</w:t>
      </w:r>
    </w:p>
    <w:p>
      <w:r>
        <w:t>[You once said that it is very necessary for Rabbainu to be in Yerushalayim]</w:t>
      </w:r>
    </w:p>
    <w:p>
      <w:r>
        <w:t>{..}</w:t>
      </w:r>
    </w:p>
    <w:p>
      <w:r>
        <w:t>[……….]</w:t>
      </w:r>
    </w:p>
    <w:p>
      <w:r>
        <w:t>[……….]</w:t>
      </w:r>
    </w:p>
    <w:p>
      <w:r>
        <w:t>This is Aharon Cohen..</w:t>
      </w:r>
    </w:p>
    <w:p>
      <w:r>
        <w:t>[No, I..]</w:t>
      </w:r>
    </w:p>
    <w:p>
      <w:r>
        <w:t>{..}</w:t>
      </w:r>
    </w:p>
    <w:p>
      <w:r>
        <w:t>[Daniel, Daniel]</w:t>
      </w:r>
    </w:p>
    <w:p>
      <w:r>
        <w:t>Ah?</w:t>
      </w:r>
    </w:p>
    <w:p>
      <w:r>
        <w:t>[I am Daniel, I am Daniel, Daniel]</w:t>
      </w:r>
    </w:p>
    <w:p>
      <w:r>
        <w:t>Daniel</w:t>
      </w:r>
    </w:p>
    <w:p>
      <w:r>
        <w:t>[Yes]</w:t>
      </w:r>
    </w:p>
    <w:p>
      <w:r>
        <w:t>Daniel Ambash</w:t>
      </w:r>
    </w:p>
    <w:p>
      <w:r>
        <w:t>[Yes, yes]</w:t>
      </w:r>
    </w:p>
    <w:p>
      <w:r>
        <w:t>Do you live here?</w:t>
      </w:r>
    </w:p>
    <w:p>
      <w:r>
        <w:t>[I live nearby, nearby]</w:t>
      </w:r>
    </w:p>
    <w:p>
      <w:r>
        <w:t>Nearby</w:t>
      </w:r>
    </w:p>
    <w:p>
      <w:r>
        <w:t>[I have a room for you</w:t>
      </w:r>
    </w:p>
    <w:p>
      <w:r>
        <w:t>Yes</w:t>
      </w:r>
    </w:p>
    <w:p>
      <w:r>
        <w:t>[Yes]</w:t>
      </w:r>
    </w:p>
    <w:p>
      <w:r>
        <w:t>Ah, I then want to travel to the room</w:t>
      </w:r>
    </w:p>
    <w:p>
      <w:r>
        <w:t>[All right, whenever you want]</w:t>
      </w:r>
    </w:p>
    <w:p>
      <w:r>
        <w:t>Good, {thank you}, thank you</w:t>
      </w:r>
    </w:p>
    <w:p>
      <w:r>
        <w:t>Ah, prepare all the things, {{….}} the cart of the stomach, {…}, yes, to take with us</w:t>
      </w:r>
    </w:p>
    <w:p>
      <w:r>
        <w:t>[Good]</w:t>
      </w:r>
    </w:p>
    <w:p>
      <w:r>
        <w:t>To Yerushalayim</w:t>
      </w:r>
    </w:p>
    <w:p>
      <w:r>
        <w:t>[Good]</w:t>
      </w:r>
    </w:p>
    <w:p>
      <w:r>
        <w:t>You live in Yerushalayim</w:t>
      </w:r>
    </w:p>
    <w:p>
      <w:r>
        <w:t>[Yes, yes]</w:t>
      </w:r>
    </w:p>
    <w:p>
      <w:r>
        <w:t>In which place?</w:t>
      </w:r>
    </w:p>
    <w:p>
      <w:r>
        <w:t>[Ah, near “Meah Shearim”]</w:t>
      </w:r>
    </w:p>
    <w:p>
      <w:r>
        <w:t>Yes?</w:t>
      </w:r>
    </w:p>
    <w:p>
      <w:r>
        <w:t>[Yes]</w:t>
      </w:r>
    </w:p>
    <w:p>
      <w:r>
        <w:t>[….]</w:t>
      </w:r>
    </w:p>
    <w:p>
      <w:r>
        <w:t>[Tell him the place, “Shivtei Yisrael,” he knows]</w:t>
      </w:r>
    </w:p>
    <w:p>
      <w:r>
        <w:t>[“Lev Yehudah”]</w:t>
      </w:r>
    </w:p>
    <w:p>
      <w:r>
        <w:t>[…]</w:t>
      </w:r>
    </w:p>
    <w:p>
      <w:r>
        <w:t>[Next to the yeshivah….]</w:t>
      </w:r>
    </w:p>
    <w:p>
      <w:r>
        <w:t>{Ah..} ah..</w:t>
      </w:r>
    </w:p>
    <w:p>
      <w:r>
        <w:t>[I live next to “Lev Yehudah”]</w:t>
      </w:r>
    </w:p>
    <w:p>
      <w:r>
        <w:t>Ah..</w:t>
      </w:r>
    </w:p>
    <w:p>
      <w:r>
        <w:t>{12:17}</w:t>
      </w:r>
    </w:p>
    <w:p>
      <w:r>
        <w:t>This is good for the itching</w:t>
      </w:r>
    </w:p>
    <w:p>
      <w:r>
        <w:t>[Yes?]</w:t>
      </w:r>
    </w:p>
    <w:p>
      <w:r>
        <w:t>[Does it soothe the itching? Saba]</w:t>
      </w:r>
    </w:p>
    <w:p>
      <w:r>
        <w:t>Ah, yes</w:t>
      </w:r>
    </w:p>
    <w:p>
      <w:r>
        <w:t>[……..]</w:t>
      </w:r>
    </w:p>
    <w:p>
      <w:r>
        <w:t>[……..]</w:t>
      </w:r>
    </w:p>
    <w:p>
      <w:r>
        <w:t>Ah, ah, ah, ah, ah..</w:t>
      </w:r>
    </w:p>
    <w:p>
      <w:r>
        <w:t>{Yes}..</w:t>
      </w:r>
    </w:p>
    <w:p>
      <w:r>
        <w:t>And olive oil, take olive oil</w:t>
      </w:r>
    </w:p>
    <w:p>
      <w:r>
        <w:t>[..]</w:t>
      </w:r>
    </w:p>
    <w:p>
      <w:r>
        <w:t>And.. {and smear} the legs</w:t>
      </w:r>
    </w:p>
    <w:p>
      <w:r>
        <w:t>[Ah, on the.., on the legs or on the..? On the legs?]</w:t>
      </w:r>
    </w:p>
    <w:p>
      <w:r>
        <w:t>On the legs, on the.. ah..</w:t>
      </w:r>
    </w:p>
    <w:p>
      <w:r>
        <w:t>Ah.. also on the.., on the other leg</w:t>
      </w:r>
    </w:p>
    <w:p>
      <w:r>
        <w:t>[……………….]</w:t>
      </w:r>
    </w:p>
    <w:p>
      <w:r>
        <w:t>[……………]</w:t>
      </w:r>
    </w:p>
    <w:p>
      <w:r>
        <w:t>Rebbe Yisroel came from Chevron to Teveria, and found me in Teveria</w:t>
      </w:r>
    </w:p>
    <w:p>
      <w:r>
        <w:t>And.. and.. and at that time, a great uproar arose in Teveria:</w:t>
      </w:r>
    </w:p>
    <w:p>
      <w:r>
        <w:t>“Yisroel Ber became a Breslover,” yes</w:t>
      </w:r>
    </w:p>
    <w:p>
      <w:r>
        <w:t>And also the parents, my mother and father, my father was blind, and would cry before me:</w:t>
      </w:r>
    </w:p>
    <w:p>
      <w:r>
        <w:t>“I do not want Breslov”</w:t>
      </w:r>
    </w:p>
    <w:p>
      <w:r>
        <w:t>I said:</w:t>
      </w:r>
    </w:p>
    <w:p>
      <w:r>
        <w:t>“I want only Breslov”..</w:t>
      </w:r>
    </w:p>
    <w:p>
      <w:r>
        <w:t>Oy vey, do you have the num.., the.. the telephone number of Rabbi Grossman?</w:t>
      </w:r>
    </w:p>
    <w:p>
      <w:r>
        <w:t>[It is possible..]</w:t>
      </w:r>
    </w:p>
    <w:p>
      <w:r>
        <w:t>No</w:t>
      </w:r>
    </w:p>
    <w:p>
      <w:r>
        <w:t>[Maybe it is possible to find out, it is possible to find out]</w:t>
      </w:r>
    </w:p>
    <w:p>
      <w:r>
        <w:t>Find out quickly</w:t>
      </w:r>
    </w:p>
    <w:p>
      <w:r>
        <w:t>[Good]</w:t>
      </w:r>
    </w:p>
    <w:p>
      <w:r>
        <w:t>{..} I want to ask him, I want to come, when will he come, when?</w:t>
      </w:r>
    </w:p>
    <w:p>
      <w:r>
        <w:t>[All right]</w:t>
      </w:r>
    </w:p>
    <w:p>
      <w:r>
        <w:t>That he should come th.., th.. that he should set a time</w:t>
      </w:r>
    </w:p>
    <w:p>
      <w:r>
        <w:t>[All right]</w:t>
      </w:r>
    </w:p>
    <w:p>
      <w:r>
        <w:t>[What is his first name?]</w:t>
      </w:r>
    </w:p>
    <w:p>
      <w:r>
        <w:t>[]</w:t>
      </w:r>
    </w:p>
    <w:p>
      <w:r>
        <w:t>[Do you, do you know his first name? Saba]</w:t>
      </w:r>
    </w:p>
    <w:p>
      <w:r>
        <w:t>Ah?</w:t>
      </w:r>
    </w:p>
    <w:p>
      <w:r>
        <w:t>[Th.. the name..]</w:t>
      </w:r>
    </w:p>
    <w:p>
      <w:r>
        <w:t>{...} Grossman, ah.. good</w:t>
      </w:r>
    </w:p>
    <w:p>
      <w:r>
        <w:t>{I.., no, I do not.. remember} […………………………….….] [………………………………..] Oy vey.. ah.. ah, yes[……..….][………...]{I.., no, I do not.. remember} […………………………….….] [………………………………..] Oy vey.. ah.. ah, yes[……..….][………...][Grossman..? Wh.. his first name, do you know?]</w:t>
      </w:r>
    </w:p>
    <w:p>
      <w:r>
        <w:t>{I.., no, I do not.. remember} […………………………….….] [………………………………..] Oy vey.. ah.. ah, yes</w:t>
      </w:r>
    </w:p>
    <w:p>
      <w:r>
        <w:t>[……..….]</w:t>
      </w:r>
    </w:p>
    <w:p>
      <w:r>
        <w:t>[………...]</w:t>
      </w:r>
    </w:p>
    <w:p>
      <w:r>
        <w:t>{I.., no, I do not.. remember} […………………………….….] [………………………………..] Oy vey.. ah.. ah, yes</w:t>
      </w:r>
    </w:p>
    <w:p>
      <w:r>
        <w:t>[……..….]</w:t>
      </w:r>
    </w:p>
    <w:p>
      <w:r>
        <w:t>[………...]</w:t>
      </w:r>
    </w:p>
    <w:p>
      <w:r>
        <w:t>Ah, I want to travel to your home</w:t>
      </w:r>
    </w:p>
    <w:p>
      <w:r>
        <w:t>[Good]</w:t>
      </w:r>
    </w:p>
    <w:p>
      <w:r>
        <w:t>To Yerushalayim</w:t>
      </w:r>
    </w:p>
    <w:p>
      <w:r>
        <w:t>[Good, now?]</w:t>
      </w:r>
    </w:p>
    <w:p>
      <w:r>
        <w:t>Ah?</w:t>
      </w:r>
    </w:p>
    <w:p>
      <w:r>
        <w:t>[Do you want to travel now?] Ah..</w:t>
      </w:r>
    </w:p>
    <w:p>
      <w:r>
        <w:t>[Shall we wait for the day?]</w:t>
      </w:r>
    </w:p>
    <w:p>
      <w:r>
        <w:t>Today, yes</w:t>
      </w:r>
    </w:p>
    <w:p>
      <w:r>
        <w:t>[Good]</w:t>
      </w:r>
    </w:p>
    <w:p>
      <w:r>
        <w:t>{Yes}</w:t>
      </w:r>
    </w:p>
    <w:p>
      <w:r>
        <w:t>[……...]</w:t>
      </w:r>
    </w:p>
    <w:p>
      <w:r>
        <w:t>{…}, ah..</w:t>
      </w:r>
    </w:p>
    <w:p>
      <w:r>
        <w:t>[……..]</w:t>
      </w:r>
    </w:p>
    <w:p>
      <w:r>
        <w:t>I do not know, {ah, what, what to say about this}, th.. the itching is very strong {perhaps, ah..}, I will immerse in.. in..</w:t>
      </w:r>
    </w:p>
    <w:p>
      <w:r>
        <w:t>[In the bathtub?]</w:t>
      </w:r>
    </w:p>
    <w:p>
      <w:r>
        <w:t>{..}, in.. the Sea of Kinneret</w:t>
      </w:r>
    </w:p>
    <w:p>
      <w:r>
        <w:t>[Yes?]</w:t>
      </w:r>
    </w:p>
    <w:p>
      <w:r>
        <w:t>In Teveria</w:t>
      </w:r>
    </w:p>
    <w:p>
      <w:r>
        <w:t>[Is that good?]</w:t>
      </w:r>
    </w:p>
    <w:p>
      <w:r>
        <w:t>Ah, {I have}, ah.. ah..</w:t>
      </w:r>
    </w:p>
    <w:p>
      <w:r>
        <w:t>[………….]</w:t>
      </w:r>
    </w:p>
    <w:p>
      <w:r>
        <w:t>[...………] {23:53} [..…………] [...…..……]</w:t>
      </w:r>
    </w:p>
    <w:p>
      <w:r>
        <w:t>A little water</w:t>
      </w:r>
    </w:p>
    <w:p>
      <w:r>
        <w:t>[………………..…...…..]</w:t>
      </w:r>
    </w:p>
    <w:p>
      <w:r>
        <w:t>[……………………...….]</w:t>
      </w:r>
    </w:p>
    <w:p>
      <w:r>
        <w:t>{Yes, smear me with olive oil, ah, yes}, not much</w:t>
      </w:r>
    </w:p>
    <w:p>
      <w:r>
        <w:t>[…………]</w:t>
      </w:r>
    </w:p>
    <w:p>
      <w:r>
        <w:t>[………...]</w:t>
      </w:r>
    </w:p>
    <w:p>
      <w:r>
        <w:t>{Ay, do for me}, a little more olive oil</w:t>
      </w:r>
    </w:p>
    <w:p>
      <w:r>
        <w:t>[………..…..]</w:t>
      </w:r>
    </w:p>
    <w:p>
      <w:r>
        <w:t>[…………….]...</w:t>
      </w:r>
    </w:p>
    <w:p>
      <w:r>
        <w:t>...[Saba]…</w:t>
      </w:r>
    </w:p>
    <w:p>
      <w:r>
        <w:t>...[There was a great miracle on this night]</w:t>
      </w:r>
    </w:p>
    <w:p>
      <w:r>
        <w:t>Yes?</w:t>
      </w:r>
    </w:p>
    <w:p>
      <w:r>
        <w:t>[Yes, a great miracle]</w:t>
      </w:r>
    </w:p>
    <w:p>
      <w:r>
        <w:t>What?</w:t>
      </w:r>
    </w:p>
    <w:p>
      <w:r>
        <w:t>[There was no sukkah, on the night.., on this night there was no sukkah, now I have a sukkah] What?</w:t>
      </w:r>
    </w:p>
    <w:p>
      <w:r>
        <w:t>[There was no sukkah, Rebbe Yisroel, now I have a sukkah]</w:t>
      </w:r>
    </w:p>
    <w:p>
      <w:r>
        <w:t>{What?}</w:t>
      </w:r>
    </w:p>
    <w:p>
      <w:r>
        <w:t>[He is telling, that last night he had no sukkah, now there is a sukkah this morning there is a sukkah, someone built a sukkah at night]</w:t>
      </w:r>
    </w:p>
    <w:p>
      <w:r>
        <w:t>[For Hoshana Rabbah]</w:t>
      </w:r>
    </w:p>
    <w:p>
      <w:r>
        <w:t>[Secretly]</w:t>
      </w:r>
    </w:p>
    <w:p>
      <w:r>
        <w:t>Oy, I have no, I have no strength, I am {compelled}…</w:t>
      </w:r>
    </w:p>
    <w:p>
      <w:r>
        <w:t>...[What?]</w:t>
      </w:r>
    </w:p>
    <w:p>
      <w:r>
        <w:t>H.. healing springs</w:t>
      </w:r>
    </w:p>
    <w:p>
      <w:r>
        <w:t>[Yes? Are there many springs?]</w:t>
      </w:r>
    </w:p>
    <w:p>
      <w:r>
        <w:t>Oh, oh, healing, for healing</w:t>
      </w:r>
    </w:p>
    <w:p>
      <w:r>
        <w:t>[Enough Yehoshua, enough, enough]</w:t>
      </w:r>
    </w:p>
    <w:p>
      <w:r>
        <w:t>[Is there good air? Rebbe Yisroel, Rebbe Yisroel, Rebbe Yisroel, and is there good air?] Ah?</w:t>
      </w:r>
    </w:p>
    <w:p>
      <w:r>
        <w:t>[And is there good air?]</w:t>
      </w:r>
    </w:p>
    <w:p>
      <w:r>
        <w:t>Oh, ah, ah, ah, such air, there is none in the entire world…</w:t>
      </w:r>
    </w:p>
    <w:p>
      <w:r>
        <w:t>...{The Torah says, such are remedies}</w:t>
      </w:r>
    </w:p>
    <w:p>
      <w:r>
        <w:t>Springs and depths, {in the valley} and on the mountain, {yes}, {high}, in the heavens and on the earth…</w:t>
      </w:r>
    </w:p>
    <w:p>
      <w:r>
        <w:t>...[Do you know well, you, the springs? Rebbe Yisroel] The Dead Sea, what? It is without {measure}, without end [and “the hot springs of Teveria”]</w:t>
      </w:r>
    </w:p>
    <w:p>
      <w:r>
        <w:t>“The hot springs of Teveria”…</w:t>
      </w:r>
    </w:p>
    <w:p>
      <w:r>
        <w:t>...[Healing springs? Do the springs of Eretz Yisroel heal?]</w:t>
      </w:r>
    </w:p>
    <w:p>
      <w:r>
        <w:t>Yes, “healing”</w:t>
      </w:r>
    </w:p>
    <w:p>
      <w:r>
        <w:t>[Does it heal the body or the soul?]</w:t>
      </w:r>
    </w:p>
    <w:p>
      <w:r>
        <w:t>Everything</w:t>
      </w:r>
    </w:p>
    <w:p>
      <w:r>
        <w:t>[Everything, Rebbe Yisroel, Rebbe Yisroel, the springs of Eretz Yisroel rec..]</w:t>
      </w:r>
    </w:p>
    <w:p>
      <w:r>
        <w:t>Ah, leave, leave me, leave me, ah.. {..}</w:t>
      </w:r>
    </w:p>
    <w:p>
      <w:r>
        <w:t>[Rebbe Yisroel, do the springs of Eretz Yisroel receive the power of healing from Rabbainu?]…</w:t>
      </w:r>
    </w:p>
    <w:p>
      <w:r>
        <w:t>...We are Israel, one nation in the Land, there is no other nation like this…</w:t>
      </w:r>
    </w:p>
    <w:p>
      <w:r>
        <w:br w:type="page"/>
      </w:r>
    </w:p>
    <w:p>
      <w:pPr>
        <w:pStyle w:val="Heading1"/>
      </w:pPr>
      <w:r>
        <w:t>Tape 113</w:t>
      </w:r>
    </w:p>
    <w:p>
      <w:pPr>
        <w:pStyle w:val="Heading2"/>
      </w:pPr>
      <w:r>
        <w:t>Side A (Aleph)</w:t>
      </w:r>
    </w:p>
    <w:p>
      <w:r>
        <w:t>…[..to be joyful]</w:t>
      </w:r>
    </w:p>
    <w:p>
      <w:r>
        <w:t>[I will sing praises to..]…</w:t>
      </w:r>
    </w:p>
    <w:p>
      <w:r>
        <w:t>…[“A woman of valor, who can find, and her worth is far beyond pearls..” Is that it?]</w:t>
      </w:r>
    </w:p>
    <w:p>
      <w:r>
        <w:t>[Rabbainu himself sang this]</w:t>
      </w:r>
    </w:p>
    <w:p>
      <w:r>
        <w:t>[Sing: “It is a great mitzvah to be joyful</w:t>
      </w:r>
    </w:p>
    <w:p>
      <w:r>
        <w:t>[I will sing praises to..… A woman of valor…]</w:t>
      </w:r>
    </w:p>
    <w:p>
      <w:r>
        <w:t>[………..]</w:t>
      </w:r>
    </w:p>
    <w:p>
      <w:r>
        <w:t>[………..]</w:t>
      </w:r>
    </w:p>
    <w:p>
      <w:r>
        <w:t>[The friends sing, and one plays on the guitar the melody of:</w:t>
      </w:r>
    </w:p>
    <w:p>
      <w:r>
        <w:t>“The Rock will command His kindness..”</w:t>
      </w:r>
    </w:p>
    <w:p>
      <w:r>
        <w:t>Afterward they sing:</w:t>
      </w:r>
    </w:p>
    <w:p>
      <w:r>
        <w:t>“Who will give me a wing like a dove, I will fly to holy Zion, Uman..”</w:t>
      </w:r>
    </w:p>
    <w:p>
      <w:r>
        <w:t>Afterward they sing:</w:t>
      </w:r>
    </w:p>
    <w:p>
      <w:r>
        <w:t>“In you, Rabbainu, we will rejoice, in you, Rabbainu, we will be glad, in you, Rabbainu, we will rejoice and be glad in you..”]</w:t>
      </w:r>
    </w:p>
    <w:p>
      <w:r>
        <w:t>[This is the best in the world]</w:t>
      </w:r>
    </w:p>
    <w:p>
      <w:r>
        <w:t>{Likutei..}</w:t>
      </w:r>
    </w:p>
    <w:p>
      <w:r>
        <w:t>[What is this?]</w:t>
      </w:r>
    </w:p>
    <w:p>
      <w:r>
        <w:t>“Likutei..”, ah, this is “Sippurei Maasiyos”</w:t>
      </w:r>
    </w:p>
    <w:p>
      <w:r>
        <w:t>[“Sippurei Maasiyos”]</w:t>
      </w:r>
    </w:p>
    <w:p>
      <w:r>
        <w:t>[Yes]</w:t>
      </w:r>
    </w:p>
    <w:p>
      <w:r>
        <w:t>{…}</w:t>
      </w:r>
    </w:p>
    <w:p>
      <w:r>
        <w:t>[This is the remedy for everyone]</w:t>
      </w:r>
    </w:p>
    <w:p>
      <w:r>
        <w:t>Ah, ah</w:t>
      </w:r>
    </w:p>
    <w:p>
      <w:r>
        <w:t>[Now he will tell, now Rebbe Yisroel will tell]</w:t>
      </w:r>
    </w:p>
    <w:p>
      <w:r>
        <w:t>[..]…</w:t>
      </w:r>
    </w:p>
    <w:p>
      <w:r>
        <w:t>...[Welcome, this is the place Hashem made, I will speak and pour out my heart before Him this is the day Hashem made, let us rejoice and be glad in it]...</w:t>
      </w:r>
    </w:p>
    <w:p>
      <w:r>
        <w:t>…{I ….. ….}</w:t>
      </w:r>
    </w:p>
    <w:p>
      <w:r>
        <w:t>[It is nothing, another time]</w:t>
      </w:r>
    </w:p>
    <w:p>
      <w:r>
        <w:t>{….….}</w:t>
      </w:r>
    </w:p>
    <w:p>
      <w:r>
        <w:t>[This can be sent to the President’s House …….]</w:t>
      </w:r>
    </w:p>
    <w:p>
      <w:r>
        <w:t>The President’s House</w:t>
      </w:r>
    </w:p>
    <w:p>
      <w:r>
        <w:t>[The President’s House, 3 HaNasi Street]</w:t>
      </w:r>
    </w:p>
    <w:p>
      <w:r>
        <w:t>{…..}</w:t>
      </w:r>
    </w:p>
    <w:p>
      <w:r>
        <w:t>[………...…………] …[……………………]</w:t>
      </w:r>
    </w:p>
    <w:p>
      <w:r>
        <w:t>[………..……………………]... …[..………………………………]</w:t>
      </w:r>
    </w:p>
    <w:p>
      <w:r>
        <w:t>...She too, also, and also the secretary, {…. my grandson}</w:t>
      </w:r>
    </w:p>
    <w:p>
      <w:r>
        <w:t>[She loves to hear from Rabbainu]</w:t>
      </w:r>
    </w:p>
    <w:p>
      <w:r>
        <w:t>Yes</w:t>
      </w:r>
    </w:p>
    <w:p>
      <w:r>
        <w:t>[And loves to hear every utterance]</w:t>
      </w:r>
    </w:p>
    <w:p>
      <w:r>
        <w:t>Yes</w:t>
      </w:r>
    </w:p>
    <w:p>
      <w:r>
        <w:t>[She is prepared to sit for hours now, and to continue, and to continue]</w:t>
      </w:r>
    </w:p>
    <w:p>
      <w:r>
        <w:t>Yes</w:t>
      </w:r>
    </w:p>
    <w:p>
      <w:r>
        <w:t>[Yes, yes.. we will wait for her to arrive</w:t>
      </w:r>
    </w:p>
    <w:p>
      <w:r>
        <w:t>Saba, this was extraordinary]</w:t>
      </w:r>
    </w:p>
    <w:p>
      <w:r>
        <w:t>Yes</w:t>
      </w:r>
    </w:p>
    <w:p>
      <w:r>
        <w:t>[We spoke about the kibbutz, about everything, that you were at..]</w:t>
      </w:r>
    </w:p>
    <w:p>
      <w:r>
        <w:t>His sister too</w:t>
      </w:r>
    </w:p>
    <w:p>
      <w:r>
        <w:t>[Of my father, that you were at the funeral]</w:t>
      </w:r>
    </w:p>
    <w:p>
      <w:r>
        <w:t>The President’s sister was also at.. at.. “Talbiya,” in a retirement home…</w:t>
      </w:r>
    </w:p>
    <w:p>
      <w:r>
        <w:t>...Blessed are You, Hashem our God, King of the world, through Whose word everything came to be</w:t>
      </w:r>
    </w:p>
    <w:p>
      <w:r>
        <w:t>[[Amen]]</w:t>
      </w:r>
    </w:p>
    <w:p>
      <w:r>
        <w:t>['Nachman son of Simcha', 'through Whose word everything came to be']</w:t>
      </w:r>
    </w:p>
    <w:p>
      <w:r>
        <w:t>Where, where are you?</w:t>
      </w:r>
    </w:p>
    <w:p>
      <w:r>
        <w:t>[I am here, I am here, Saba]</w:t>
      </w:r>
    </w:p>
    <w:p>
      <w:r>
        <w:t>[There is another cup, tell him..]</w:t>
      </w:r>
    </w:p>
    <w:p>
      <w:r>
        <w:t>[There is, there is another cup, there is another cup here, Saba]</w:t>
      </w:r>
    </w:p>
    <w:p>
      <w:r>
        <w:t>Drink</w:t>
      </w:r>
    </w:p>
    <w:p>
      <w:r>
        <w:t>[Yes, yes]</w:t>
      </w:r>
    </w:p>
    <w:p>
      <w:r>
        <w:t>[Drink, drink]</w:t>
      </w:r>
    </w:p>
    <w:p>
      <w:r>
        <w:t>[Drink, drink]</w:t>
      </w:r>
    </w:p>
    <w:p>
      <w:r>
        <w:t>[There is for everyone, there is for everyone]</w:t>
      </w:r>
    </w:p>
    <w:p>
      <w:r>
        <w:t>Good</w:t>
      </w:r>
    </w:p>
    <w:p>
      <w:r>
        <w:t>[Blessed is Hashem, we will make a l’chaim]</w:t>
      </w:r>
    </w:p>
    <w:p>
      <w:r>
        <w:t>{To satiety}</w:t>
      </w:r>
    </w:p>
    <w:p>
      <w:r>
        <w:t>[L’chaim]</w:t>
      </w:r>
    </w:p>
    <w:p>
      <w:r>
        <w:t>[Blessed are You, Hashem our God, King of the world, through Whose word everything came to be]</w:t>
      </w:r>
    </w:p>
    <w:p>
      <w:r>
        <w:t>Amen</w:t>
      </w:r>
    </w:p>
    <w:p>
      <w:r>
        <w:t>[Amen, to the life of the people of Israel..]</w:t>
      </w:r>
    </w:p>
    <w:p>
      <w:r>
        <w:t>{….}</w:t>
      </w:r>
    </w:p>
    <w:p>
      <w:r>
        <w:t>[May we soon merit a complete redemption, complete]</w:t>
      </w:r>
    </w:p>
    <w:p>
      <w:r>
        <w:t>[The coming of our righteous Mashiach, may he come speedily in our days]</w:t>
      </w:r>
    </w:p>
    <w:p>
      <w:r>
        <w:t>[[Amen]]</w:t>
      </w:r>
    </w:p>
    <w:p>
      <w:r>
        <w:t>[Blessed are You, Hashem our God, King of the world, through Whose word everything came to be]</w:t>
      </w:r>
    </w:p>
    <w:p>
      <w:r>
        <w:t>[[Amen]]</w:t>
      </w:r>
    </w:p>
    <w:p>
      <w:r>
        <w:t>[Nu, blessed is Hashem, Sharon, we are making a great day]</w:t>
      </w:r>
    </w:p>
    <w:p>
      <w:r>
        <w:t>[Blessed is Hashem, blessed is Hashem, may we merit to arrive with th.. with this great day in Uman]</w:t>
      </w:r>
    </w:p>
    <w:p>
      <w:r>
        <w:t>[Amen]</w:t>
      </w:r>
    </w:p>
    <w:p>
      <w:r>
        <w:t>[There will be the great day, Rosh Hashanah]</w:t>
      </w:r>
    </w:p>
    <w:p>
      <w:r>
        <w:t>[Yes]</w:t>
      </w:r>
    </w:p>
    <w:p>
      <w:r>
        <w:t>[Of Rabbainu]</w:t>
      </w:r>
    </w:p>
    <w:p>
      <w:r>
        <w:t>[This, this is the great day..</w:t>
      </w:r>
    </w:p>
    <w:p>
      <w:r>
        <w:t>This, this is also a great day, {…}.. but it will be even greater]</w:t>
      </w:r>
    </w:p>
    <w:p>
      <w:r>
        <w:t>[Great is Hashem]</w:t>
      </w:r>
    </w:p>
    <w:p>
      <w:r>
        <w:t>[May we merit..]</w:t>
      </w:r>
    </w:p>
    <w:p>
      <w:r>
        <w:t>{…}</w:t>
      </w:r>
    </w:p>
    <w:p>
      <w:r>
        <w:t>[That the entire State of Israel will come to Uman, to Rabbainu, that the time will come, the preparation is already in place</w:t>
      </w:r>
    </w:p>
    <w:p>
      <w:r>
        <w:t>We will bring th.., we will bring Herzog to.. to Rebbe Nachman, to the grave</w:t>
      </w:r>
    </w:p>
    <w:p>
      <w:r>
        <w:t>And all.., all the.. all the ministers together]</w:t>
      </w:r>
    </w:p>
    <w:p>
      <w:r>
        <w:t>[With Hashem’s help, may we merit that Mashiach will come even before then, and may we all merit..]</w:t>
      </w:r>
    </w:p>
    <w:p>
      <w:r>
        <w:t>[Everyone, the entire people of Israel, the entire people of Israel is one, the entire people of Israel is one]…</w:t>
      </w:r>
    </w:p>
    <w:p>
      <w:r>
        <w:t>...[Can you stop for a minute outside, I want to take a photograph, so just take, ah.. just a minute, can you park here? Can you drive to the right for a moment?]</w:t>
      </w:r>
    </w:p>
    <w:p>
      <w:r>
        <w:t>[Ah?]</w:t>
      </w:r>
    </w:p>
    <w:p>
      <w:r>
        <w:t>[I just want to take, ah.. just a minute…]…</w:t>
      </w:r>
    </w:p>
    <w:p>
      <w:r>
        <w:t>...[The friends sing: "Na Na-ch Nachma Nachman meUman..”]</w:t>
      </w:r>
    </w:p>
    <w:p>
      <w:r>
        <w:t>[Where is the siddur? Where is the siddur, this?]</w:t>
      </w:r>
    </w:p>
    <w:p>
      <w:r>
        <w:t>[Yes]</w:t>
      </w:r>
    </w:p>
    <w:p>
      <w:r>
        <w:t>[Where is the page? Ah, here]</w:t>
      </w:r>
    </w:p>
    <w:p>
      <w:r>
        <w:t>[This is almond.., almond trees, this is two, this is three]</w:t>
      </w:r>
    </w:p>
    <w:p>
      <w:r>
        <w:t>[.., For the sake of the unification of th.., the Holy One, blessed is He]</w:t>
      </w:r>
    </w:p>
    <w:p>
      <w:r>
        <w:t>For the sake of the unification of the Holy One, blessed is He, and His Divine Presence</w:t>
      </w:r>
    </w:p>
    <w:p>
      <w:r>
        <w:t>[In the name of all Israel]</w:t>
      </w:r>
    </w:p>
    <w:p>
      <w:r>
        <w:t>{For the sake of the healing, with fear and love, by means of Yisroel Ber …} in the name of all Israel</w:t>
      </w:r>
    </w:p>
    <w:p>
      <w:r>
        <w:t>[Behold, I want to recite the blessing]</w:t>
      </w:r>
    </w:p>
    <w:p>
      <w:r>
        <w:t>Behold, I..</w:t>
      </w:r>
    </w:p>
    <w:p>
      <w:r>
        <w:t>[Behold, I want to recite the blessing]</w:t>
      </w:r>
    </w:p>
    <w:p>
      <w:r>
        <w:t>Want to recite the blessing..</w:t>
      </w:r>
    </w:p>
    <w:p>
      <w:r>
        <w:t>[The blessing over the trees]</w:t>
      </w:r>
    </w:p>
    <w:p>
      <w:r>
        <w:t>The blessing over the trees</w:t>
      </w:r>
    </w:p>
    <w:p>
      <w:r>
        <w:t>[As the mitzvah fr..]</w:t>
      </w:r>
    </w:p>
    <w:p>
      <w:r>
        <w:t>As the mitzvah..</w:t>
      </w:r>
    </w:p>
    <w:p>
      <w:r>
        <w:t>[Of our Sages, of blessed memory]</w:t>
      </w:r>
    </w:p>
    <w:p>
      <w:r>
        <w:t>{Which came} from our Sages, of blessed memory</w:t>
      </w:r>
    </w:p>
    <w:p>
      <w:r>
        <w:t>[To do His blessed will]</w:t>
      </w:r>
    </w:p>
    <w:p>
      <w:r>
        <w:t>To.. ah?</w:t>
      </w:r>
    </w:p>
    <w:p>
      <w:r>
        <w:t>[To do His will]</w:t>
      </w:r>
    </w:p>
    <w:p>
      <w:r>
        <w:t>To do His blessed will</w:t>
      </w:r>
    </w:p>
    <w:p>
      <w:r>
        <w:t>[Blessed, and thereby to rectify]</w:t>
      </w:r>
    </w:p>
    <w:p>
      <w:r>
        <w:t>And thereby to rectify..</w:t>
      </w:r>
    </w:p>
    <w:p>
      <w:r>
        <w:t>[What I blemished with the speech of my mouth]</w:t>
      </w:r>
    </w:p>
    <w:p>
      <w:r>
        <w:t>What I blemished with the speech of my mouth</w:t>
      </w:r>
    </w:p>
    <w:p>
      <w:r>
        <w:t>[And with the thoughts of my heart]</w:t>
      </w:r>
    </w:p>
    <w:p>
      <w:r>
        <w:t>Ah?</w:t>
      </w:r>
    </w:p>
    <w:p>
      <w:r>
        <w:t>[And with the thoughts of my heart]</w:t>
      </w:r>
    </w:p>
    <w:p>
      <w:r>
        <w:t>And with the thoughts of my heart</w:t>
      </w:r>
    </w:p>
    <w:p>
      <w:r>
        <w:t>[And with the walking of my feet]</w:t>
      </w:r>
    </w:p>
    <w:p>
      <w:r>
        <w:t>Ah?</w:t>
      </w:r>
    </w:p>
    <w:p>
      <w:r>
        <w:t>[And with the walking of my feet]</w:t>
      </w:r>
    </w:p>
    <w:p>
      <w:r>
        <w:t>And with the walking of my feet</w:t>
      </w:r>
    </w:p>
    <w:p>
      <w:r>
        <w:t>[Please, Hashem]</w:t>
      </w:r>
    </w:p>
    <w:p>
      <w:r>
        <w:t>Please, Hashem</w:t>
      </w:r>
    </w:p>
    <w:p>
      <w:r>
        <w:t>[Merciful and gracious]</w:t>
      </w:r>
    </w:p>
    <w:p>
      <w:r>
        <w:t>Ah? Merciful and gracious</w:t>
      </w:r>
    </w:p>
    <w:p>
      <w:r>
        <w:t>[Remove the way of falsehood from me]</w:t>
      </w:r>
    </w:p>
    <w:p>
      <w:r>
        <w:t>Remove the way of falsehood from me</w:t>
      </w:r>
    </w:p>
    <w:p>
      <w:r>
        <w:t>[And graciously grant me Your Torah]</w:t>
      </w:r>
    </w:p>
    <w:p>
      <w:r>
        <w:t>Ah, and graciously grant me Your Torah</w:t>
      </w:r>
    </w:p>
    <w:p>
      <w:r>
        <w:t>[Guide me in the path of Your mitzvot]</w:t>
      </w:r>
    </w:p>
    <w:p>
      <w:r>
        <w:t>Guide me in the path of Your mitzvah</w:t>
      </w:r>
    </w:p>
    <w:p>
      <w:r>
        <w:t>[For I desired it]</w:t>
      </w:r>
    </w:p>
    <w:p>
      <w:r>
        <w:t>For I desired it</w:t>
      </w:r>
    </w:p>
    <w:p>
      <w:r>
        <w:t>[I thank You]</w:t>
      </w:r>
    </w:p>
    <w:p>
      <w:r>
        <w:t>I thank You</w:t>
      </w:r>
    </w:p>
    <w:p>
      <w:r>
        <w:t>[That You kept me alive]</w:t>
      </w:r>
    </w:p>
    <w:p>
      <w:r>
        <w:t>That You kept me alive</w:t>
      </w:r>
    </w:p>
    <w:p>
      <w:r>
        <w:t>[And brought me]</w:t>
      </w:r>
    </w:p>
    <w:p>
      <w:r>
        <w:t>And broug.., and.. and.. {..}</w:t>
      </w:r>
    </w:p>
    <w:p>
      <w:r>
        <w:t>[And brought me]</w:t>
      </w:r>
    </w:p>
    <w:p>
      <w:r>
        <w:t>And brought us.., and brought me</w:t>
      </w:r>
    </w:p>
    <w:p>
      <w:r>
        <w:t>[To recite this blessing]</w:t>
      </w:r>
    </w:p>
    <w:p>
      <w:r>
        <w:t>To recite this blessing</w:t>
      </w:r>
    </w:p>
    <w:p>
      <w:r>
        <w:t>[Blessed..]</w:t>
      </w:r>
    </w:p>
    <w:p>
      <w:r>
        <w:t>Blessed..</w:t>
      </w:r>
    </w:p>
    <w:p>
      <w:r>
        <w:t>[Are You]</w:t>
      </w:r>
    </w:p>
    <w:p>
      <w:r>
        <w:t>Are You, You, Hashem our God, King of the world</w:t>
      </w:r>
    </w:p>
    <w:p>
      <w:r>
        <w:t>[Who has not left anything lacking in His world]</w:t>
      </w:r>
    </w:p>
    <w:p>
      <w:r>
        <w:t>Who has not left anything lacking in His world</w:t>
      </w:r>
    </w:p>
    <w:p>
      <w:r>
        <w:t>[And created in it good creatures]</w:t>
      </w:r>
    </w:p>
    <w:p>
      <w:r>
        <w:t>And created in it.., {..}, and created in it good creatures</w:t>
      </w:r>
    </w:p>
    <w:p>
      <w:r>
        <w:t>[And good trees]</w:t>
      </w:r>
    </w:p>
    <w:p>
      <w:r>
        <w:t>And good trees</w:t>
      </w:r>
    </w:p>
    <w:p>
      <w:r>
        <w:t>[For human beings to enjoy]</w:t>
      </w:r>
    </w:p>
    <w:p>
      <w:r>
        <w:t>{{. .}}, for human beings to enjoy</w:t>
      </w:r>
    </w:p>
    <w:p>
      <w:r>
        <w:t>[Amen]</w:t>
      </w:r>
    </w:p>
    <w:p>
      <w:r>
        <w:t>{Amen}</w:t>
      </w:r>
    </w:p>
    <w:p>
      <w:r>
        <w:t>[[Amen]]</w:t>
      </w:r>
    </w:p>
    <w:p>
      <w:r>
        <w:t>[Saba and the friends sing:</w:t>
      </w:r>
    </w:p>
    <w:p>
      <w:r>
        <w:t>"In You, Rabbainu, we will rejoice, in You, Rabbainu, we will be glad, in You, Rabbainu, we will rejoice and be glad in You.."]</w:t>
      </w:r>
    </w:p>
    <w:p>
      <w:r>
        <w:t>[This has a scent, a scent..]</w:t>
      </w:r>
    </w:p>
    <w:p>
      <w:r>
        <w:t>[In You, Rabbainu..]</w:t>
      </w:r>
    </w:p>
    <w:p>
      <w:r>
        <w:t>["Who creates..", “Who creates fragrant trees", "Blessed are You..”]</w:t>
      </w:r>
    </w:p>
    <w:p>
      <w:r>
        <w:t>Blessed are You, Hashem our God, King of the world, Who creates, ah, oy, cr.. cr.., {Who creates}..</w:t>
      </w:r>
    </w:p>
    <w:p>
      <w:r>
        <w:t>[Who creates fragrant trees..]</w:t>
      </w:r>
    </w:p>
    <w:p>
      <w:r>
        <w:t>Who creates fragrant trees</w:t>
      </w:r>
    </w:p>
    <w:p>
      <w:r>
        <w:t>[[Amen]]</w:t>
      </w:r>
    </w:p>
    <w:p>
      <w:r>
        <w:t>{...}</w:t>
      </w:r>
    </w:p>
    <w:p>
      <w:r>
        <w:t>[Saba and the friends continue singing:</w:t>
      </w:r>
    </w:p>
    <w:p>
      <w:r>
        <w:t>"In You, Rabbainu, we will rejoice, in You, Rabbainu, we will be glad, in You, Rabbainu, we will rejoice and be glad in You.."</w:t>
      </w:r>
    </w:p>
    <w:p>
      <w:r>
        <w:t>Afterward they sing:</w:t>
      </w:r>
    </w:p>
    <w:p>
      <w:r>
        <w:t>"Who will give me a wing like a dove, I will fly to holy Zion, Uman-ward"</w:t>
      </w:r>
    </w:p>
    <w:p>
      <w:r>
        <w:t>"Na Na-ch Nachma Nachman meUman.."]</w:t>
      </w:r>
    </w:p>
    <w:p>
      <w:r>
        <w:t>[Fortunate are we..]</w:t>
      </w:r>
    </w:p>
    <w:p>
      <w:r>
        <w:t>[Afterward they sing:</w:t>
      </w:r>
    </w:p>
    <w:p>
      <w:r>
        <w:t>"Fortunate are we, how good is our portion and how pleasant is our lot.."]</w:t>
      </w:r>
    </w:p>
    <w:p>
      <w:r>
        <w:t>Oy vey, we merited, that He kept us alive to this time, to that {time}.., to this time, what was in Breslov</w:t>
      </w:r>
    </w:p>
    <w:p>
      <w:r>
        <w:t>[{..}, get him to speak about the redemption and this..]</w:t>
      </w:r>
    </w:p>
    <w:p>
      <w:r>
        <w:t>Ah..</w:t>
      </w:r>
    </w:p>
    <w:p>
      <w:r>
        <w:t>[Yes]</w:t>
      </w:r>
    </w:p>
    <w:p>
      <w:r>
        <w:t>[Saba, Saba, what happened today, these are great signs of the redemption of the people of Israel, yes?]</w:t>
      </w:r>
    </w:p>
    <w:p>
      <w:r>
        <w:t>Yes, yes, yes, yes</w:t>
      </w:r>
    </w:p>
    <w:p>
      <w:r>
        <w:t>[These are great signs of the redemption]</w:t>
      </w:r>
    </w:p>
    <w:p>
      <w:r>
        <w:t>Yes, one sees that in every place "incense is burned and offerings are brought to My Name"</w:t>
      </w:r>
    </w:p>
    <w:p>
      <w:r>
        <w:t>[What does one see?]</w:t>
      </w:r>
    </w:p>
    <w:p>
      <w:r>
        <w:t>One sees wonders of the Creator, such new wonders, which never existed</w:t>
      </w:r>
    </w:p>
    <w:p>
      <w:r>
        <w:t>This is Rabbainu, he is new and renews {this} us, the entire world, and rectifies the entire world</w:t>
      </w:r>
    </w:p>
    <w:p>
      <w:r>
        <w:t>[How, how does this happen?]</w:t>
      </w:r>
    </w:p>
    <w:p>
      <w:r>
        <w:t>Rebbe Nassan said before the passing, on Friday, on the tenth of Tevet, he said:</w:t>
      </w:r>
    </w:p>
    <w:p>
      <w:r>
        <w:t>"One page from Rabbainu’s books will uproot all the evil from the world</w:t>
      </w:r>
    </w:p>
    <w:p>
      <w:r>
        <w:t>And therefore be strong, with money, with effort, with everything, with everything, in all matters</w:t>
      </w:r>
    </w:p>
    <w:p>
      <w:r>
        <w:t>To m.., to pri.., {to print\to seize} books, to.., to print"</w:t>
      </w:r>
    </w:p>
    <w:p>
      <w:r>
        <w:t>[So the key to redemption is in the books]</w:t>
      </w:r>
    </w:p>
    <w:p>
      <w:r>
        <w:t>[In printing them]</w:t>
      </w:r>
    </w:p>
    <w:p>
      <w:r>
        <w:t>[In printing them]</w:t>
      </w:r>
    </w:p>
    <w:p>
      <w:r>
        <w:t>Ah..</w:t>
      </w:r>
    </w:p>
    <w:p>
      <w:r>
        <w:t>[…...]</w:t>
      </w:r>
    </w:p>
    <w:p>
      <w:r>
        <w:t>[The printing alone is the redemption, the printing, the print]</w:t>
      </w:r>
    </w:p>
    <w:p>
      <w:r>
        <w:t>Yes, yes</w:t>
      </w:r>
    </w:p>
    <w:p>
      <w:r>
        <w:t>[To print and to print, and to print]</w:t>
      </w:r>
    </w:p>
    <w:p>
      <w:r>
        <w:t>Yes, yes</w:t>
      </w:r>
    </w:p>
    <w:p>
      <w:r>
        <w:t>[This is the redemption]</w:t>
      </w:r>
    </w:p>
    <w:p>
      <w:r>
        <w:t>Yes, yes, this is what Rabbainu commanded</w:t>
      </w:r>
    </w:p>
    <w:p>
      <w:r>
        <w:t>Yes, this, this is received fr.., truly, Rabbainu commanded to print so much</w:t>
      </w:r>
    </w:p>
    <w:p>
      <w:r>
        <w:t>That the whole world, every home, every place, should be full with, with Rabbainu’s books</w:t>
      </w:r>
    </w:p>
    <w:p>
      <w:r>
        <w:t>["Full and heaped up from line to line"]</w:t>
      </w:r>
    </w:p>
    <w:p>
      <w:r>
        <w:t>[…...waiting for Mashiach…...]</w:t>
      </w:r>
    </w:p>
    <w:p>
      <w:r>
        <w:t>And Rebbe Nassan, and likewise all Rabbainu’s men, they gave their lives for this</w:t>
      </w:r>
    </w:p>
    <w:p>
      <w:r>
        <w:t>[And one sees, one sees that this, the time of the redemption, the coming of Mashiach {..} when the books are filling up</w:t>
      </w:r>
    </w:p>
    <w:p>
      <w:r>
        <w:t>One sees now, that the time of the redemption is drawing very close, because the books..]</w:t>
      </w:r>
    </w:p>
    <w:p>
      <w:r>
        <w:t>Yes, yes, one sees, that Hashem, blessed is He, guides the world, and.. and.. concerning the dissemination of Rabbainu</w:t>
      </w:r>
    </w:p>
    <w:p>
      <w:r>
        <w:t>What is made from this in every small matter, what is made from this in the upper worlds</w:t>
      </w:r>
    </w:p>
    <w:p>
      <w:r>
        <w:t>What is made from this, it is impossible, impossible to grasp</w:t>
      </w:r>
    </w:p>
    <w:p>
      <w:r>
        <w:t>[Pshh..]</w:t>
      </w:r>
    </w:p>
    <w:p>
      <w:r>
        <w:t>Ah..</w:t>
      </w:r>
    </w:p>
    <w:p>
      <w:r>
        <w:t>["Fortunate are we, how good is our portion..”]</w:t>
      </w:r>
    </w:p>
    <w:p>
      <w:r>
        <w:t>[So what do we need to..]</w:t>
      </w:r>
    </w:p>
    <w:p>
      <w:r>
        <w:t>[So what..]</w:t>
      </w:r>
    </w:p>
    <w:p>
      <w:r>
        <w:t>[What do we {then} need to do today?]</w:t>
      </w:r>
    </w:p>
    <w:p>
      <w:r>
        <w:t>[So we, what, what, what is incumbent upon us now to do</w:t>
      </w:r>
    </w:p>
    <w:p>
      <w:r>
        <w:t>To bring the coming of Mashiach closer now every day, every moment]</w:t>
      </w:r>
    </w:p>
    <w:p>
      <w:r>
        <w:t>Ah, with Tehillim, with "Likutey Tefilot" and the service of Hashem, that is it, this</w:t>
      </w:r>
    </w:p>
    <w:p>
      <w:r>
        <w:t>This is the drawing closer of the redemption, according to, according to Rabbainu’s view</w:t>
      </w:r>
    </w:p>
    <w:p>
      <w:r>
        <w:t>Yes, without Rabbainu, there is nothing, he is the essence and the secret and the foundation and the root</w:t>
      </w:r>
    </w:p>
    <w:p>
      <w:r>
        <w:t>[The essence, th.. secret, and the foundation, the secret, and the foundation, and the root, the essence, the secret, and the foundation]</w:t>
      </w:r>
    </w:p>
    <w:p>
      <w:r>
        <w:t>[More, more, more..]</w:t>
      </w:r>
    </w:p>
    <w:p>
      <w:r>
        <w:t>[And the printing of the books?]</w:t>
      </w:r>
    </w:p>
    <w:p>
      <w:r>
        <w:t>This, this is Rabbainu’s wording: "the essence and the foundation and the root"</w:t>
      </w:r>
    </w:p>
    <w:p>
      <w:r>
        <w:t>[On whom everything depends]</w:t>
      </w:r>
    </w:p>
    <w:p>
      <w:r>
        <w:t>Everything depends on Rabbainu, the entire redemption, the coming of Mashiach and everything..</w:t>
      </w:r>
    </w:p>
    <w:p>
      <w:r>
        <w:t>And our entire rectification and that of the whole world depends on him, depends on this, on Rabbainu</w:t>
      </w:r>
    </w:p>
    <w:p>
      <w:r>
        <w:t>The world asks a difficulty:</w:t>
      </w:r>
    </w:p>
    <w:p>
      <w:r>
        <w:t>"What is this Rabbainu? What is this? There are many tzaddikim?"</w:t>
      </w:r>
    </w:p>
    <w:p>
      <w:r>
        <w:t>Korach also said:</w:t>
      </w:r>
    </w:p>
    <w:p>
      <w:r>
        <w:t>"The entire congregation, all of them are holy, and Hashem is among them; why do you exalt yourselves"</w:t>
      </w:r>
    </w:p>
    <w:p>
      <w:r>
        <w:t>But the answer, the holy Rabbainu already said {on this day}</w:t>
      </w:r>
    </w:p>
    <w:p>
      <w:r>
        <w:t>Then it was already finished, "I have finished and I will finish"</w:t>
      </w:r>
    </w:p>
    <w:p>
      <w:r>
        <w:t>[What is finished? "I have finished and I will finish" what is this? What is this?]</w:t>
      </w:r>
    </w:p>
    <w:p>
      <w:r>
        <w:t>{{. .}}</w:t>
      </w:r>
    </w:p>
    <w:p>
      <w:r>
        <w:t>And one sees that there is no such thing in the whole world, that he should have such a name, that everyone will acknowledge and say:</w:t>
      </w:r>
    </w:p>
    <w:p>
      <w:r>
        <w:t>"Only Rebbe Nachman"</w:t>
      </w:r>
    </w:p>
    <w:p>
      <w:r>
        <w:t>This, this is the essence and the foundation of all {the world}, everyone, everyone</w:t>
      </w:r>
    </w:p>
    <w:p>
      <w:r>
        <w:t>[One, like "Avraham was one"]</w:t>
      </w:r>
    </w:p>
    <w:p>
      <w:r>
        <w:t>Yo</w:t>
      </w:r>
    </w:p>
    <w:p>
      <w:r>
        <w:t>Yo, we already have teachings, such teachings</w:t>
      </w:r>
    </w:p>
    <w:p>
      <w:r>
        <w:t>Such teachings, what there is in this, in the world, "I, I am a secret from the entire world"</w:t>
      </w:r>
    </w:p>
    <w:p>
      <w:r>
        <w:t>The whole world does not know, does not, does not, feel what, but what is this, what this is</w:t>
      </w:r>
    </w:p>
    <w:p>
      <w:r>
        <w:t>This will renew the entire world, rectify and renew the entire world, {..}.., "They will all accept the yoke of Your kingship"</w:t>
      </w:r>
    </w:p>
    <w:p>
      <w:r>
        <w:t>[So this is already really going and happening t.., now]</w:t>
      </w:r>
    </w:p>
    <w:p>
      <w:r>
        <w:t>Yes, yes, yes, yes</w:t>
      </w:r>
    </w:p>
    <w:p>
      <w:r>
        <w:t>And I saw seventy years ago, and I saw what was in Breslov, and what is now</w:t>
      </w:r>
    </w:p>
    <w:p>
      <w:r>
        <w:t>So you do not know what was</w:t>
      </w:r>
    </w:p>
    <w:p>
      <w:r>
        <w:t>But I see what was, and what is now</w:t>
      </w:r>
    </w:p>
    <w:p>
      <w:r>
        <w:t>So one sees tangibly, that the redemption is drawing closer, clo.., close</w:t>
      </w:r>
    </w:p>
    <w:p>
      <w:r>
        <w:t>And it is drawing closer, and we need to print and serve Hashem with faith</w:t>
      </w:r>
    </w:p>
    <w:p>
      <w:r>
        <w:t>And with these teachings, with these tales</w:t>
      </w:r>
    </w:p>
    <w:p>
      <w:r>
        <w:t>Such "Tales," there are none in the world, everyone will acknowledge</w:t>
      </w:r>
    </w:p>
    <w:p>
      <w:r>
        <w:t>Such "Talks" there are none</w:t>
      </w:r>
    </w:p>
    <w:p>
      <w:r>
        <w:t>"Likutey Halachot"</w:t>
      </w:r>
    </w:p>
    <w:p>
      <w:r>
        <w:t>"Likutey Etzot"</w:t>
      </w:r>
    </w:p>
    <w:p>
      <w:r>
        <w:t>{This}, we need, we are sleeping, need by day and by night always</w:t>
      </w:r>
    </w:p>
    <w:p>
      <w:r>
        <w:t>Always engage in this and be full and heaped up in the mouth, yes</w:t>
      </w:r>
    </w:p>
    <w:p>
      <w:r>
        <w:t>This is the essence of all our rectification, our hope, oy</w:t>
      </w:r>
    </w:p>
    <w:p>
      <w:r>
        <w:t>[Pshh.. ah]</w:t>
      </w:r>
    </w:p>
    <w:p>
      <w:r>
        <w:t>And everything that we are speaking, does not yet reach even a drop from the sea of this matter</w:t>
      </w:r>
    </w:p>
    <w:p>
      <w:r>
        <w:t>[..]</w:t>
      </w:r>
    </w:p>
    <w:p>
      <w:r>
        <w:t>Rebbe Nassan, it is impossible to understand, he, he was in danger every day and at every time</w:t>
      </w:r>
    </w:p>
    <w:p>
      <w:r>
        <w:t>He was in danger, they informed on him, and he sat in prison, and traveled, and..</w:t>
      </w:r>
    </w:p>
    <w:p>
      <w:r>
        <w:t>And in every place that he went it was dangerous, to kill him, t.. {…}, {. .}</w:t>
      </w:r>
    </w:p>
    <w:p>
      <w:r>
        <w:t>Nu, we see that now the whole world, {yes}, knows that there will be such a Rebbe and disciple</w:t>
      </w:r>
    </w:p>
    <w:p>
      <w:r>
        <w:t>Oy..</w:t>
      </w:r>
    </w:p>
    <w:p>
      <w:r>
        <w:t>["Fi..”]</w:t>
      </w:r>
    </w:p>
    <w:p>
      <w:r>
        <w:t>[Rabbainu said, that the only difference between him and Mashiach is, that he, they did not listen to him, and to Mashiach they will listen]</w:t>
      </w:r>
    </w:p>
    <w:p>
      <w:r>
        <w:t>{..}</w:t>
      </w:r>
    </w:p>
    <w:p>
      <w:r>
        <w:t>[Thus..]</w:t>
      </w:r>
    </w:p>
    <w:p>
      <w:r>
        <w:t>The holy Rabbainu said:</w:t>
      </w:r>
    </w:p>
    <w:p>
      <w:r>
        <w:t>The holy Baal Shem, the Baal Shem Tov, he was permitted miracles</w:t>
      </w:r>
    </w:p>
    <w:p>
      <w:r>
        <w:t>And he performed such miracles. He had a disciple who traveled with him, and he recounted what his eyes saw, such miracles, "resurrection of the dead" and.. and healing of the sick and.. wonders, wonders, yes</w:t>
      </w:r>
    </w:p>
    <w:p>
      <w:r>
        <w:t>And I am forbidden regarding miracles, because if Rabbainu were, he would have, would have been permitted regarding miracles</w:t>
      </w:r>
    </w:p>
    <w:p>
      <w:r>
        <w:t>The whole world would have drawn close, yes</w:t>
      </w:r>
    </w:p>
    <w:p>
      <w:r>
        <w:t>[..]</w:t>
      </w:r>
    </w:p>
    <w:p>
      <w:r>
        <w:t>And even the Baal Shem Tov and all the tzaddikim did not, did not attain what the holy Rabbainu attained</w:t>
      </w:r>
    </w:p>
    <w:p>
      <w:r>
        <w:t>And what he brought down for us {in this}, this is a unique matter, surpasses everything</w:t>
      </w:r>
    </w:p>
    <w:p>
      <w:r>
        <w:t>And you.. "Many daughters have done, {have done this} and you.., {he} have risen above them all"</w:t>
      </w:r>
    </w:p>
    <w:p>
      <w:r>
        <w:t>[Who is this?]</w:t>
      </w:r>
    </w:p>
    <w:p>
      <w:r>
        <w:t>[Rabbainu]</w:t>
      </w:r>
    </w:p>
    <w:p>
      <w:r>
        <w:t>"Her mouth opened {..}, her mouth opened with wisdom"</w:t>
      </w:r>
    </w:p>
    <w:p>
      <w:r>
        <w:t>["Her mouth opened with wisdom"]</w:t>
      </w:r>
    </w:p>
    <w:p>
      <w:r>
        <w:t>Through the reprover, the "woman of valor," opening the mouth, through this wisdom is revealed</w:t>
      </w:r>
    </w:p>
    <w:p>
      <w:r>
        <w:t>"And the Torah of kindness is on her tongue"</w:t>
      </w:r>
    </w:p>
    <w:p>
      <w:r>
        <w:t>[..]</w:t>
      </w:r>
    </w:p>
    <w:p>
      <w:r>
        <w:t>["The Torah of kindness" is, this, this..]</w:t>
      </w:r>
    </w:p>
    <w:p>
      <w:r>
        <w:t>"Thanksgiving of kindness"</w:t>
      </w:r>
    </w:p>
    <w:p>
      <w:r>
        <w:t>["The Torah of kindness" is the seventy-two strands]</w:t>
      </w:r>
    </w:p>
    <w:p>
      <w:r>
        <w:t>"One who learns Torah in order to teach it," to teach others, "the Torah of kindness"</w:t>
      </w:r>
    </w:p>
    <w:p>
      <w:r>
        <w:t>["The Torah of kindness" is seventy-two]</w:t>
      </w:r>
    </w:p>
    <w:p>
      <w:r>
        <w:t>{….}</w:t>
      </w:r>
    </w:p>
    <w:p>
      <w:r>
        <w:t>["Kindness,” this is seventy-two]</w:t>
      </w:r>
    </w:p>
    <w:p>
      <w:r>
        <w:t>"Kindness" seventy-two, and.. {..}.. {{this is me}}</w:t>
      </w:r>
    </w:p>
    <w:p>
      <w:r>
        <w:t>["The Torah of kindness, this is the "Na Na ch"]</w:t>
      </w:r>
    </w:p>
    <w:p>
      <w:r>
        <w:t>{...}</w:t>
      </w:r>
    </w:p>
    <w:p>
      <w:r>
        <w:t>[….]</w:t>
      </w:r>
    </w:p>
    <w:p>
      <w:r>
        <w:t>{...}</w:t>
      </w:r>
    </w:p>
    <w:p>
      <w:r>
        <w:t>[This is the song 'simple, doubled, tripled, quadrupled']</w:t>
      </w:r>
    </w:p>
    <w:p>
      <w:r>
        <w:t>Yo, yo</w:t>
      </w:r>
    </w:p>
    <w:p>
      <w:r>
        <w:t>[This is the greatest kindness, that ever was in the world, there never was such kindness]</w:t>
      </w:r>
    </w:p>
    <w:p>
      <w:r>
        <w:t>{Kindness, kindness}</w:t>
      </w:r>
    </w:p>
    <w:p>
      <w:r>
        <w:t>["A world of kindness will be built"]</w:t>
      </w:r>
    </w:p>
    <w:p>
      <w:r>
        <w:t>{Kindness}</w:t>
      </w:r>
    </w:p>
    <w:p>
      <w:r>
        <w:t>[...]</w:t>
      </w:r>
    </w:p>
    <w:p>
      <w:r>
        <w:t>There is kindness, there is truth, truth and truth, and truth, and this truth surpasses everything</w:t>
      </w:r>
    </w:p>
    <w:p>
      <w:r>
        <w:t>"Kindness,” there is kindness and kindness, and kindness, but "you have risen above, above them all," the "woman of valor"</w:t>
      </w:r>
    </w:p>
    <w:p>
      <w:r>
        <w:t>[And Rabbainu's name is the greatest kindness that Hashem, blessed is He, ever gave us, there is no greater kindness] No, we did not know, the whole world did not know, this is not brought in any book, about "Na Na ch"</w:t>
      </w:r>
    </w:p>
    <w:p>
      <w:r>
        <w:t>Only the holy Rabbainu himself wrote it with vowel points</w:t>
      </w:r>
    </w:p>
    <w:p>
      <w:r>
        <w:t>[Where? Where?]</w:t>
      </w:r>
    </w:p>
    <w:p>
      <w:r>
        <w:t>[In a letter? In the note?]</w:t>
      </w:r>
    </w:p>
    <w:p>
      <w:r>
        <w:t>In the note, yes, "Na Na ch Nach ma Na chman meUman," {..}</w:t>
      </w:r>
    </w:p>
    <w:p>
      <w:r>
        <w:t>[Ah]</w:t>
      </w:r>
    </w:p>
    <w:p>
      <w:r>
        <w:t>He himself is the song, that will bring the whole world back to Hashem, blessed is He</w:t>
      </w:r>
    </w:p>
    <w:p>
      <w:r>
        <w:t>And also every utterance of the "Likutey Moharan"</w:t>
      </w:r>
    </w:p>
    <w:p>
      <w:r>
        <w:t>And of the "Sipurey Maasiyot"</w:t>
      </w:r>
    </w:p>
    <w:p>
      <w:r>
        <w:t>Of the "Sichot"</w:t>
      </w:r>
    </w:p>
    <w:p>
      <w:r>
        <w:t>And the "Halachot"</w:t>
      </w:r>
    </w:p>
    <w:p>
      <w:r>
        <w:t>What this is, what we have, the holy Rabbainu said:</w:t>
      </w:r>
    </w:p>
    <w:p>
      <w:r>
        <w:t>When Mashiach comes, there will be many yeshivas, that will study, all, all the yeshivas will study Rabbainu's books</w:t>
      </w:r>
    </w:p>
    <w:p>
      <w:r>
        <w:t>And all the scholars will be nullified and ashamed</w:t>
      </w:r>
    </w:p>
    <w:p>
      <w:r>
        <w:t>And the holy Rabbainu calls them "the false famous ones," "wicked"</w:t>
      </w:r>
    </w:p>
    <w:p>
      <w:r>
        <w:t>{{…}} ReBBI, initials ReBBI</w:t>
      </w:r>
    </w:p>
    <w:p>
      <w:r>
        <w:t>Rebbe, there are rebbes who are wicked, there are {RaBBIm}, rebbe, rabbis {{…….}}, ah, who are wicked</w:t>
      </w:r>
    </w:p>
    <w:p>
      <w:r>
        <w:t>["The wicked will be silenced in darkness"]</w:t>
      </w:r>
    </w:p>
    <w:p>
      <w:r>
        <w:t>Yo, ReBBI</w:t>
      </w:r>
    </w:p>
    <w:p>
      <w:r>
        <w:t>[Saba and the friends sing:</w:t>
      </w:r>
    </w:p>
    <w:p>
      <w:r>
        <w:t>"Na Na ch Na cham Na chman meUman.."]</w:t>
      </w:r>
    </w:p>
    <w:p>
      <w:r>
        <w:t>This is Rosh Hashanah, the melody of Rosh Hashanah</w:t>
      </w:r>
    </w:p>
    <w:p>
      <w:r>
        <w:t>[Yes? How did you make the melody from this?]</w:t>
      </w:r>
    </w:p>
    <w:p>
      <w:r>
        <w:t>{{. .}}, I waited the entire year to hear on Rosh Hashanah this melody</w:t>
      </w:r>
    </w:p>
    <w:p>
      <w:r>
        <w:t>[Saba, how did the melody begin?]</w:t>
      </w:r>
    </w:p>
    <w:p>
      <w:r>
        <w:t>Ah?</w:t>
      </w:r>
    </w:p>
    <w:p>
      <w:r>
        <w:t>[How did it begin?]</w:t>
      </w:r>
    </w:p>
    <w:p>
      <w:r>
        <w:t>{…}, that is it, that is it, this is how it begins</w:t>
      </w:r>
    </w:p>
    <w:p>
      <w:r>
        <w:t>[No, there is a beginning, there is..]</w:t>
      </w:r>
    </w:p>
    <w:p>
      <w:r>
        <w:t>No, no, no, no, this</w:t>
      </w:r>
    </w:p>
    <w:p>
      <w:r>
        <w:t>[Saba sings the melody]</w:t>
      </w:r>
    </w:p>
    <w:p>
      <w:r>
        <w:t>{That is it, this}</w:t>
      </w:r>
    </w:p>
    <w:p>
      <w:r>
        <w:t>[Saba sings the melody]</w:t>
      </w:r>
    </w:p>
    <w:p>
      <w:r>
        <w:t>I waited the entire year to hear the cantor say the "Shemoneh Esreh"</w:t>
      </w:r>
    </w:p>
    <w:p>
      <w:r>
        <w:t>[Which.., what does he say there?]</w:t>
      </w:r>
    </w:p>
    <w:p>
      <w:r>
        <w:t>Ah?</w:t>
      </w:r>
    </w:p>
    <w:p>
      <w:r>
        <w:t>[In the "Shemoneh Esreh" which words does he say? "Listen, every teruah"]</w:t>
      </w:r>
    </w:p>
    <w:p>
      <w:r>
        <w:t>[Saba sings:</w:t>
      </w:r>
    </w:p>
    <w:p>
      <w:r>
        <w:t>"For You hear the sound of the shofar.."]</w:t>
      </w:r>
    </w:p>
    <w:p>
      <w:r>
        <w:t>Nu, "{and the sound of} the shofar"</w:t>
      </w:r>
    </w:p>
    <w:p>
      <w:r>
        <w:t>[..]</w:t>
      </w:r>
    </w:p>
    <w:p>
      <w:r>
        <w:t>This is my Rosh Hashanah.., Rosh Hashanah is {the Rosh Hashanah} of Rabbainu</w:t>
      </w:r>
    </w:p>
    <w:p>
      <w:r>
        <w:t>[Saba continues to sing: "And attend to the teruah, and there is none like You.."</w:t>
      </w:r>
    </w:p>
    <w:p>
      <w:r>
        <w:t>Afterward Saba and the friends sing:</w:t>
      </w:r>
    </w:p>
    <w:p>
      <w:r>
        <w:t>"Na Na ch Na cham Na chman meUman.."]</w:t>
      </w:r>
    </w:p>
    <w:p>
      <w:r>
        <w:t>Ah.. they, ah, r.., they saw this {that it will shine} thus</w:t>
      </w:r>
    </w:p>
    <w:p>
      <w:r>
        <w:t>And there will be {…}, there will be more</w:t>
      </w:r>
    </w:p>
    <w:p>
      <w:r>
        <w:t>"Oy, the melody is so beautiful, {..}, I have still not heard such a melody, "Na Na ch".."</w:t>
      </w:r>
    </w:p>
    <w:p>
      <w:r>
        <w:t>[Saba and the friends sing:</w:t>
      </w:r>
    </w:p>
    <w:p>
      <w:r>
        <w:t>"Na Na ch Na cham Na chman meUman.."]</w:t>
      </w:r>
    </w:p>
    <w:p>
      <w:r>
        <w:t>When they lead the groom and the bride from the chuppah, they sing, {…} need to sing this melody</w:t>
      </w:r>
    </w:p>
    <w:p>
      <w:r>
        <w:t>[Yes?]</w:t>
      </w:r>
    </w:p>
    <w:p>
      <w:r>
        <w:t>Yes..</w:t>
      </w:r>
    </w:p>
    <w:p>
      <w:r>
        <w:t>[We waited for this]</w:t>
      </w:r>
    </w:p>
    <w:p>
      <w:r>
        <w:t>It will be so beautiful</w:t>
      </w:r>
    </w:p>
    <w:p>
      <w:r>
        <w:t>[Ah, yes, ah, they need to play</w:t>
      </w:r>
    </w:p>
    <w:p>
      <w:r>
        <w:t>Nu, with Hashem's help there will be the wedding of the people of Israel with Mashiach]</w:t>
      </w:r>
    </w:p>
    <w:p>
      <w:r>
        <w:t>Yes, yes</w:t>
      </w:r>
    </w:p>
    <w:p>
      <w:r>
        <w:t>[Then they will sing]</w:t>
      </w:r>
    </w:p>
    <w:p>
      <w:r>
        <w:t>Yes, in every, every place and in every, every street, in every place they will sing "Na Na ch," yes</w:t>
      </w:r>
    </w:p>
    <w:p>
      <w:r>
        <w:t>[A new song]</w:t>
      </w:r>
    </w:p>
    <w:p>
      <w:r>
        <w:t>A new song</w:t>
      </w:r>
    </w:p>
    <w:p>
      <w:r>
        <w:t>[Ay.. blessed is Hashem]</w:t>
      </w:r>
    </w:p>
    <w:p>
      <w:r>
        <w:t>[Saba and the friends continue to sing:</w:t>
      </w:r>
    </w:p>
    <w:p>
      <w:r>
        <w:t>"Na Na ch Na cham Na chman meUman.."]</w:t>
      </w:r>
    </w:p>
    <w:p>
      <w:r>
        <w:t>This is the melody, this one is new, this is Rabbainu's for Rosh Hashanah, {what shall we do?}</w:t>
      </w:r>
    </w:p>
    <w:p>
      <w:r>
        <w:t>"Hashem reigns, Hashem reigned, Hashem will reign forever and ever," this, this is it, this is {{the melody}}</w:t>
      </w:r>
    </w:p>
    <w:p>
      <w:r>
        <w:t>Hash..em annou.., announces:</w:t>
      </w:r>
    </w:p>
    <w:p>
      <w:r>
        <w:t>"Hashem reigns, Hashem reigned, Hashem will reign forever {and ever}," that is it {{I}}</w:t>
      </w:r>
    </w:p>
    <w:p>
      <w:r>
        <w:t>["Na Na ch..”]</w:t>
      </w:r>
    </w:p>
    <w:p>
      <w:r>
        <w:t>[Saba sings:</w:t>
      </w:r>
    </w:p>
    <w:p>
      <w:r>
        <w:t>"For You hear every shofar, and attend to the teruah, and there is none like You"</w:t>
      </w:r>
    </w:p>
    <w:p>
      <w:r>
        <w:t>"Na Na ch Na cham Na chman meUman.."]</w:t>
      </w:r>
    </w:p>
    <w:p>
      <w:r>
        <w:t>[Like a shofar]</w:t>
      </w:r>
    </w:p>
    <w:p>
      <w:r>
        <w:t>Rebbe Nassan said:</w:t>
      </w:r>
    </w:p>
    <w:p>
      <w:r>
        <w:t>"If Gehinnom is decreed for him, in the World to Come, if Gehinnom is decreed for him</w:t>
      </w:r>
    </w:p>
    <w:p>
      <w:r>
        <w:t>Then he will say a Torah from "Likutey Moharan," all the tzaddikim will come to listen</w:t>
      </w:r>
    </w:p>
    <w:p>
      <w:r>
        <w:t>Then a Garden of Eden will be made there"</w:t>
      </w:r>
    </w:p>
    <w:p>
      <w:r>
        <w:t>Nu, then there is already a remedy, there is "Likutey Moharan," there are Rabbainu's books</w:t>
      </w:r>
    </w:p>
    <w:p>
      <w:r>
        <w:t>Already, already.. finished everything</w:t>
      </w:r>
    </w:p>
    <w:p>
      <w:r>
        <w:t>[Blessed is Hashem, "I have finished and I will finish," blessed is Hashem]</w:t>
      </w:r>
    </w:p>
    <w:p>
      <w:r>
        <w:t>Ah</w:t>
      </w:r>
    </w:p>
    <w:p>
      <w:r>
        <w:t>[Praised be His name]</w:t>
      </w:r>
    </w:p>
    <w:p>
      <w:r>
        <w:t>[Saba and the friends sing:</w:t>
      </w:r>
    </w:p>
    <w:p>
      <w:r>
        <w:t>"Na Na ch Na cham Na chman meUman.."]</w:t>
      </w:r>
    </w:p>
    <w:p>
      <w:r>
        <w:t>["Lion"]</w:t>
      </w:r>
    </w:p>
    <w:p>
      <w:r>
        <w:t>["The lion of the group"]</w:t>
      </w:r>
    </w:p>
    <w:p>
      <w:r>
        <w:t>[…]…</w:t>
      </w:r>
    </w:p>
    <w:p>
      <w:r>
        <w:t>...[..meUman, Na..]...</w:t>
      </w:r>
    </w:p>
    <w:p>
      <w:r>
        <w:t>...{……….they do not find matches}, "but he is Breslover"</w:t>
      </w:r>
    </w:p>
    <w:p>
      <w:r>
        <w:t>{He did not find someone who would ta.., someone who would take him}</w:t>
      </w:r>
    </w:p>
    <w:p>
      <w:r>
        <w:t>Then there was one Litvak, one Litvak</w:t>
      </w:r>
    </w:p>
    <w:p>
      <w:r>
        <w:t>An old man, and he had, and he had daughters, he had a daughter, then, ah.. he said: "He is a Torah scholar and God-fearing, only he is Breslover, let him be Breslover, I w.., I will give him my daughter" {…..}</w:t>
      </w:r>
    </w:p>
    <w:p>
      <w:r>
        <w:t>[Ah]</w:t>
      </w:r>
    </w:p>
    <w:p>
      <w:r>
        <w:t>[Rabbainu said: "No one ever lost from me"]</w:t>
      </w:r>
    </w:p>
    <w:p>
      <w:r>
        <w:t>Yes</w:t>
      </w:r>
    </w:p>
    <w:p>
      <w:r>
        <w:t>[Not matches, not anything]</w:t>
      </w:r>
    </w:p>
    <w:p>
      <w:r>
        <w:t>Ah, do you have more</w:t>
      </w:r>
    </w:p>
    <w:p>
      <w:r>
        <w:t>[Yes, they have enough, they have everything here]</w:t>
      </w:r>
    </w:p>
    <w:p>
      <w:r>
        <w:t>{..}</w:t>
      </w:r>
    </w:p>
    <w:p>
      <w:r>
        <w:t>[There are dates, there are apples]</w:t>
      </w:r>
    </w:p>
    <w:p>
      <w:r>
        <w:t>Ah</w:t>
      </w:r>
    </w:p>
    <w:p>
      <w:r>
        <w:t>[There are almonds, and walnuts, there is everything]</w:t>
      </w:r>
    </w:p>
    <w:p>
      <w:r>
        <w:t>Oh</w:t>
      </w:r>
    </w:p>
    <w:p>
      <w:r>
        <w:t>[There is everything, Saba]</w:t>
      </w:r>
    </w:p>
    <w:p>
      <w:r>
        <w:t>Is there something to crack?</w:t>
      </w:r>
    </w:p>
    <w:p>
      <w:r>
        <w:t>[Eat this..]</w:t>
      </w:r>
    </w:p>
    <w:p>
      <w:r>
        <w:t>Walnuts</w:t>
      </w:r>
    </w:p>
    <w:p>
      <w:r>
        <w:t>[Eat ones like these, open]</w:t>
      </w:r>
    </w:p>
    <w:p>
      <w:r>
        <w:t>But walnuts</w:t>
      </w:r>
    </w:p>
    <w:p>
      <w:r>
        <w:t>[...]…</w:t>
      </w:r>
    </w:p>
    <w:p>
      <w:r>
        <w:t>…[Advice he gives]</w:t>
      </w:r>
    </w:p>
    <w:p>
      <w:r>
        <w:t>{..}</w:t>
      </w:r>
    </w:p>
    <w:p>
      <w:r>
        <w:t>[He puts such sleep, sleep into a person]</w:t>
      </w:r>
    </w:p>
    <w:p>
      <w:r>
        <w:t>Yes, yes, yes..</w:t>
      </w:r>
    </w:p>
    <w:p>
      <w:r>
        <w:t>[So what should one really do?]</w:t>
      </w:r>
    </w:p>
    <w:p>
      <w:r>
        <w:t>[What does one do? How does one awaken from the sleep? Saba</w:t>
      </w:r>
    </w:p>
    <w:p>
      <w:r>
        <w:t>Rabbainu said: ""Sippurei Maasiyos" awakens from the sleep]</w:t>
      </w:r>
    </w:p>
    <w:p>
      <w:r>
        <w:t>Yo, the visitation of a barren woman.., barrenness</w:t>
      </w:r>
    </w:p>
    <w:p>
      <w:r>
        <w:t>["Sippurei Maasiyos?]</w:t>
      </w:r>
    </w:p>
    <w:p>
      <w:r>
        <w:t>Yes</w:t>
      </w:r>
    </w:p>
    <w:p>
      <w:r>
        <w:t>[Yes]</w:t>
      </w:r>
    </w:p>
    <w:p>
      <w:r>
        <w:t>"The Visitation of Barren Women"</w:t>
      </w:r>
    </w:p>
    <w:p>
      <w:r>
        <w:t>[Yes]</w:t>
      </w:r>
    </w:p>
    <w:p>
      <w:r>
        <w:t>[It is truly efficacious]</w:t>
      </w:r>
    </w:p>
    <w:p>
      <w:r>
        <w:t>[Saba, to tell this, to tell this at home?</w:t>
      </w:r>
    </w:p>
    <w:p>
      <w:r>
        <w:t>How does it help for the visitation of barren women? That the husband reads it, and the wife reads it?]</w:t>
      </w:r>
    </w:p>
    <w:p>
      <w:r>
        <w:t>Yes.. yes, yes</w:t>
      </w:r>
    </w:p>
    <w:p>
      <w:r>
        <w:t>[Is there a point in reading, someone who knows Yiddish, is there a point in reading specifically in Yiddish or..]</w:t>
      </w:r>
    </w:p>
    <w:p>
      <w:r>
        <w:t>She, she.. eh?</w:t>
      </w:r>
    </w:p>
    <w:p>
      <w:r>
        <w:t>[In the Holy Tongue it is also good, or for someone who knows Yiddish, is it better that he read in Yiddish?]</w:t>
      </w:r>
    </w:p>
    <w:p>
      <w:r>
        <w:t>It is better for one who knows Yiddish, that is the original</w:t>
      </w:r>
    </w:p>
    <w:p>
      <w:r>
        <w:t>[That is Rabbainu's language]</w:t>
      </w:r>
    </w:p>
    <w:p>
      <w:r>
        <w:t>The holy Rabbainu told it in Yiddish</w:t>
      </w:r>
    </w:p>
    <w:p>
      <w:r>
        <w:t>[Ah]</w:t>
      </w:r>
    </w:p>
    <w:p>
      <w:r>
        <w:t>Yes, and Rebbe Nassan describes how, how the telling came about, the telling of the stories</w:t>
      </w:r>
    </w:p>
    <w:p>
      <w:r>
        <w:t>[Yes]</w:t>
      </w:r>
    </w:p>
    <w:p>
      <w:r>
        <w:t>There were hints with hands and eyes, yes, what there was, very awesome</w:t>
      </w:r>
    </w:p>
    <w:p>
      <w:r>
        <w:t>Because he, he saw, he heard how the holy Rabbainu tells it</w:t>
      </w:r>
    </w:p>
    <w:p>
      <w:r>
        <w:t>[Yes]</w:t>
      </w:r>
    </w:p>
    <w:p>
      <w:r>
        <w:t>[Ah]</w:t>
      </w:r>
    </w:p>
    <w:p>
      <w:r>
        <w:t>And also the stories, it, it is good for a person</w:t>
      </w:r>
    </w:p>
    <w:p>
      <w:r>
        <w:t>Only that he, even though he knows nothing, only that he reads the words, the utterances</w:t>
      </w:r>
    </w:p>
    <w:p>
      <w:r>
        <w:t>[Even without understanding the hints]</w:t>
      </w:r>
    </w:p>
    <w:p>
      <w:r>
        <w:t>Yes, yes, this is also a great segulah for fear of Heaven and for all good</w:t>
      </w:r>
    </w:p>
    <w:p>
      <w:r>
        <w:t>[I heard that Rabbainu wanted them to read it in the synagogue in Brod]</w:t>
      </w:r>
    </w:p>
    <w:p>
      <w:r>
        <w:t>Yo, yo</w:t>
      </w:r>
    </w:p>
    <w:p>
      <w:r>
        <w:t>[A great….]</w:t>
      </w:r>
    </w:p>
    <w:p>
      <w:r>
        <w:t>Yes, in Brod</w:t>
      </w:r>
    </w:p>
    <w:p>
      <w:r>
        <w:t>And he said: "What can the world say about the stories, are they not beautiful stories?"</w:t>
      </w:r>
    </w:p>
    <w:p>
      <w:r>
        <w:t>[Yes, there is nothing to oppose]</w:t>
      </w:r>
    </w:p>
    <w:p>
      <w:r>
        <w:t>[Ah]</w:t>
      </w:r>
    </w:p>
    <w:p>
      <w:r>
        <w:t>[I heard that from the story of the "Seven Beggars" they have already made performances]</w:t>
      </w:r>
    </w:p>
    <w:p>
      <w:r>
        <w:t>{..}</w:t>
      </w:r>
    </w:p>
    <w:p>
      <w:r>
        <w:t>[Throughout the world they made, they made performances from it]</w:t>
      </w:r>
    </w:p>
    <w:p>
      <w:r>
        <w:t>What..</w:t>
      </w:r>
    </w:p>
    <w:p>
      <w:r>
        <w:t>[They made "comedies"]</w:t>
      </w:r>
    </w:p>
    <w:p>
      <w:r>
        <w:t>And.. the stories, the stories reveal Rabbainu</w:t>
      </w:r>
    </w:p>
    <w:p>
      <w:r>
        <w:t>The stories reveal Hashem Yisbarach, what, what this is</w:t>
      </w:r>
    </w:p>
    <w:p>
      <w:r>
        <w:t>{Such satisfaction}</w:t>
      </w:r>
    </w:p>
    <w:p>
      <w:r>
        <w:t>Oy vey..</w:t>
      </w:r>
    </w:p>
    <w:p>
      <w:r>
        <w:t>[…]</w:t>
      </w:r>
    </w:p>
    <w:p>
      <w:r>
        <w:t>Oy</w:t>
      </w:r>
    </w:p>
    <w:p>
      <w:r>
        <w:t>[Drink slowly, more slowly]</w:t>
      </w:r>
    </w:p>
    <w:p>
      <w:r>
        <w:t>Oy vey</w:t>
      </w:r>
    </w:p>
    <w:p>
      <w:r>
        <w:t>[.. It is all right, slowly, slowly]</w:t>
      </w:r>
    </w:p>
    <w:p>
      <w:r>
        <w:t>Oy.. now we are sitting and speaking..</w:t>
      </w:r>
    </w:p>
    <w:p>
      <w:r>
        <w:t>[About Rabbainu]</w:t>
      </w:r>
    </w:p>
    <w:p>
      <w:r>
        <w:t>And telling such wonders</w:t>
      </w:r>
    </w:p>
    <w:p>
      <w:r>
        <w:t>I was so cruel toward my father and mother, they cried tears:</w:t>
      </w:r>
    </w:p>
    <w:p>
      <w:r>
        <w:t>"Have mercy on us and on yourself..”</w:t>
      </w:r>
    </w:p>
    <w:p>
      <w:r>
        <w:t>[Yes]</w:t>
      </w:r>
    </w:p>
    <w:p>
      <w:r>
        <w:t>"Do not be Breslover, you will remain without a match all the days of your life, who will take you?”, {yes}</w:t>
      </w:r>
    </w:p>
    <w:p>
      <w:r>
        <w:t>[Ah]</w:t>
      </w:r>
    </w:p>
    <w:p>
      <w:r>
        <w:t>["And it was reversed"]</w:t>
      </w:r>
    </w:p>
    <w:p>
      <w:r>
        <w:t>[It is written in halacha, that if a father..</w:t>
      </w:r>
    </w:p>
    <w:p>
      <w:r>
        <w:t>If the son wants to learn Torah in another place, and the father does not want it, he does not need to listen to the father]</w:t>
      </w:r>
    </w:p>
    <w:p>
      <w:r>
        <w:t>{Yes}, yes, that is the halacha</w:t>
      </w:r>
    </w:p>
    <w:p>
      <w:r>
        <w:t>[That is how it is written in the "Shulchan Aruch"]</w:t>
      </w:r>
    </w:p>
    <w:p>
      <w:r>
        <w:t>[……]</w:t>
      </w:r>
    </w:p>
    <w:p>
      <w:r>
        <w:t>[To drink slowly]</w:t>
      </w:r>
    </w:p>
    <w:p>
      <w:r>
        <w:t>{...shoyn}</w:t>
      </w:r>
    </w:p>
    <w:p>
      <w:r>
        <w:t>[Now many want to be Breslover]</w:t>
      </w:r>
    </w:p>
    <w:p>
      <w:r>
        <w:t>Ah..</w:t>
      </w:r>
    </w:p>
    <w:p>
      <w:r>
        <w:t>{Who.., drew close, ah}, Frank, Frank…</w:t>
      </w:r>
    </w:p>
    <w:p>
      <w:pPr>
        <w:pStyle w:val="Heading2"/>
      </w:pPr>
      <w:r>
        <w:t>Side B (Bais)</w:t>
      </w:r>
    </w:p>
    <w:p>
      <w:r>
        <w:t>...tears:</w:t>
      </w:r>
    </w:p>
    <w:p>
      <w:r>
        <w:t>"Have mercy on us and on yourself..”</w:t>
      </w:r>
    </w:p>
    <w:p>
      <w:r>
        <w:t>[Yes]</w:t>
      </w:r>
    </w:p>
    <w:p>
      <w:r>
        <w:t>"Do not be Breslover, you will remain without a match all the days of your life, who will take you?”, {yes}</w:t>
      </w:r>
    </w:p>
    <w:p>
      <w:r>
        <w:t>[Ah]</w:t>
      </w:r>
    </w:p>
    <w:p>
      <w:r>
        <w:t>["And it was reversed"]</w:t>
      </w:r>
    </w:p>
    <w:p>
      <w:r>
        <w:t>[It is written in halacha, that if a father..</w:t>
      </w:r>
    </w:p>
    <w:p>
      <w:r>
        <w:t>If the son wants to learn Torah in another place, and the father does not want it, he does not need to listen to the father]</w:t>
      </w:r>
    </w:p>
    <w:p>
      <w:r>
        <w:t>{Yes}, yes, that is the halacha</w:t>
      </w:r>
    </w:p>
    <w:p>
      <w:r>
        <w:t>[That is how it is written in the "Shulchan Aruch"]</w:t>
      </w:r>
    </w:p>
    <w:p>
      <w:r>
        <w:t>[……]</w:t>
      </w:r>
    </w:p>
    <w:p>
      <w:r>
        <w:t>[To drink slowly]</w:t>
      </w:r>
    </w:p>
    <w:p>
      <w:r>
        <w:t>{...shoyn}</w:t>
      </w:r>
    </w:p>
    <w:p>
      <w:r>
        <w:t>[Now many want to be Breslover]</w:t>
      </w:r>
    </w:p>
    <w:p>
      <w:r>
        <w:t>Ah..</w:t>
      </w:r>
    </w:p>
    <w:p>
      <w:r>
        <w:t>Who.., drew close, ah, Frank, Frank, the father of Yehudah Leib</w:t>
      </w:r>
    </w:p>
    <w:p>
      <w:r>
        <w:t>[Yes, N.., Rebbe Nachum Yitzchak]</w:t>
      </w:r>
    </w:p>
    <w:p>
      <w:r>
        <w:t>Nachum Yitzchak, yes</w:t>
      </w:r>
    </w:p>
    <w:p>
      <w:r>
        <w:t>[Yes]</w:t>
      </w:r>
    </w:p>
    <w:p>
      <w:r>
        <w:t>And his father did not, did not want him to be Breslover, and he did not listen to him, he had confusions</w:t>
      </w:r>
    </w:p>
    <w:p>
      <w:r>
        <w:t>{So he took counsel with himself}, there is {already} the "Chazon Ish," I will travel to him, and I will ask, yes</w:t>
      </w:r>
    </w:p>
    <w:p>
      <w:r>
        <w:t>[So he traveled to the "Chazon Ish"?]</w:t>
      </w:r>
    </w:p>
    <w:p>
      <w:r>
        <w:t>Yes</w:t>
      </w:r>
    </w:p>
    <w:p>
      <w:r>
        <w:t>[Reb Nachum Yitzchak]</w:t>
      </w:r>
    </w:p>
    <w:p>
      <w:r>
        <w:t>Nachum Yitzchak, traveled to him and told him, he told him, that the father does not want it</w:t>
      </w:r>
    </w:p>
    <w:p>
      <w:r>
        <w:t>What, what to do? He needs to fight, what, what to do?</w:t>
      </w:r>
    </w:p>
    <w:p>
      <w:r>
        <w:t>So he said to him:</w:t>
      </w:r>
    </w:p>
    <w:p>
      <w:r>
        <w:t>"This, this is a halacha in the "Shulchan Aruch," one does not need to listen to him at all, yes</w:t>
      </w:r>
    </w:p>
    <w:p>
      <w:r>
        <w:t>[That is what the "Chazon Ish" said?]</w:t>
      </w:r>
    </w:p>
    <w:p>
      <w:r>
        <w:t>So he came with "good merchandise"</w:t>
      </w:r>
    </w:p>
    <w:p>
      <w:r>
        <w:t>[I heard a story from Yehudah Leib Frank, Yehudah Leib]</w:t>
      </w:r>
    </w:p>
    <w:p>
      <w:r>
        <w:t>Yo</w:t>
      </w:r>
    </w:p>
    <w:p>
      <w:r>
        <w:t>[He is the grandson of..]</w:t>
      </w:r>
    </w:p>
    <w:p>
      <w:r>
        <w:t>Yo, yo, yo</w:t>
      </w:r>
    </w:p>
    <w:p>
      <w:r>
        <w:t>[The son of Nachum Yitzchak]</w:t>
      </w:r>
    </w:p>
    <w:p>
      <w:r>
        <w:t>Yo, the grandson</w:t>
      </w:r>
    </w:p>
    <w:p>
      <w:r>
        <w:t>[The son..]</w:t>
      </w:r>
    </w:p>
    <w:p>
      <w:r>
        <w:t>Yehudah Leib, the son</w:t>
      </w:r>
    </w:p>
    <w:p>
      <w:r>
        <w:t>[The son of Nachum Yitzchak, yes]</w:t>
      </w:r>
    </w:p>
    <w:p>
      <w:r>
        <w:t>Yes</w:t>
      </w:r>
    </w:p>
    <w:p>
      <w:r>
        <w:t>[So someone told, someone became a baal teshuvah, someone came and became a baal teshuvah, he became a Breslover]</w:t>
      </w:r>
    </w:p>
    <w:p>
      <w:r>
        <w:t>Yo</w:t>
      </w:r>
    </w:p>
    <w:p>
      <w:r>
        <w:t>[Someone became a Breslover]</w:t>
      </w:r>
    </w:p>
    <w:p>
      <w:r>
        <w:t>Yo</w:t>
      </w:r>
    </w:p>
    <w:p>
      <w:r>
        <w:t>[And the rosh yeshivah asked him, his rosh yeshivah asked him:</w:t>
      </w:r>
    </w:p>
    <w:p>
      <w:r>
        <w:t>"What, what brought you to draw close to Breslov?</w:t>
      </w:r>
    </w:p>
    <w:p>
      <w:r>
        <w:t>Why did you suddenly draw close, to become a baal teshuvah, to become a Breslover?"]</w:t>
      </w:r>
    </w:p>
    <w:p>
      <w:r>
        <w:t>Yo</w:t>
      </w:r>
    </w:p>
    <w:p>
      <w:r>
        <w:t>[So he told, that many years before, he was at.. a group of Breslovers traveled to the Dead Sea, a group of Breslovers traveled to the Dead Sea]</w:t>
      </w:r>
    </w:p>
    <w:p>
      <w:r>
        <w:t>Yo</w:t>
      </w:r>
    </w:p>
    <w:p>
      <w:r>
        <w:t>[So they wanted guarding of the eyes and modesty, so they traveled at night]</w:t>
      </w:r>
    </w:p>
    <w:p>
      <w:r>
        <w:t>Eh?</w:t>
      </w:r>
    </w:p>
    <w:p>
      <w:r>
        <w:t>[They traveled at night to the Dead Sea]</w:t>
      </w:r>
    </w:p>
    <w:p>
      <w:r>
        <w:t>{At night}</w:t>
      </w:r>
    </w:p>
    <w:p>
      <w:r>
        <w:t>[Yes, so one of them was swept away by the wind, Yehudah Leib</w:t>
      </w:r>
    </w:p>
    <w:p>
      <w:r>
        <w:t>Yehudah Leib Frank was swept away by the wind, far, far into the sea]</w:t>
      </w:r>
    </w:p>
    <w:p>
      <w:r>
        <w:t>Yes</w:t>
      </w:r>
    </w:p>
    <w:p>
      <w:r>
        <w:t>[So they summoned a boat of the "Border Guard," the "Coast Guard"]</w:t>
      </w:r>
    </w:p>
    <w:p>
      <w:r>
        <w:t>Yes</w:t>
      </w:r>
    </w:p>
    <w:p>
      <w:r>
        <w:t>[Of soldiers, the army, and they, they, they searched for him the whole time, suddenly they heard a Jew shouting:</w:t>
      </w:r>
    </w:p>
    <w:p>
      <w:r>
        <w:t>"Save me, God, for the waters have come up to my soul"]</w:t>
      </w:r>
    </w:p>
    <w:p>
      <w:r>
        <w:t>[He did not shout "Help," not anything, "Save me, God"</w:t>
      </w:r>
    </w:p>
    <w:p>
      <w:r>
        <w:t>So this baal teshuvah says that eight years later, it gnawed at his mind</w:t>
      </w:r>
    </w:p>
    <w:p>
      <w:r>
        <w:t>So he became a baal teshuvah, after eight years</w:t>
      </w:r>
    </w:p>
    <w:p>
      <w:r>
        <w:t>Because he saw that a Jew shouts to Hashem, in the sea he shouts to Hashem</w:t>
      </w:r>
    </w:p>
    <w:p>
      <w:r>
        <w:t>He does not shout "Help" to people]</w:t>
      </w:r>
    </w:p>
    <w:p>
      <w:r>
        <w:t>["The Song of the Sea”]</w:t>
      </w:r>
    </w:p>
    <w:p>
      <w:r>
        <w:t>[Yes]</w:t>
      </w:r>
    </w:p>
    <w:p>
      <w:r>
        <w:t>[What? What do we need to shout today?]</w:t>
      </w:r>
    </w:p>
    <w:p>
      <w:r>
        <w:t>[“Save me, God"]</w:t>
      </w:r>
    </w:p>
    <w:p>
      <w:r>
        <w:t>[Do you want more?]</w:t>
      </w:r>
    </w:p>
    <w:p>
      <w:r>
        <w:t>[With the note]</w:t>
      </w:r>
    </w:p>
    <w:p>
      <w:r>
        <w:t>[Blessed are You, Hashem our God, King of the world, by Whose word everything came to be]</w:t>
      </w:r>
    </w:p>
    <w:p>
      <w:r>
        <w:t>Amen</w:t>
      </w:r>
    </w:p>
    <w:p>
      <w:r>
        <w:t>[Amen]</w:t>
      </w:r>
    </w:p>
    <w:p>
      <w:r>
        <w:t>Nu, take, take</w:t>
      </w:r>
    </w:p>
    <w:p>
      <w:r>
        <w:t>[Today also we need to shout "Save us, God, for the waters have come up to the soul"]</w:t>
      </w:r>
    </w:p>
    <w:p>
      <w:r>
        <w:t>[Yes]</w:t>
      </w:r>
    </w:p>
    <w:p>
      <w:r>
        <w:t>{You, nu}, take for yourself</w:t>
      </w:r>
    </w:p>
    <w:p>
      <w:r>
        <w:t>[All right, Saba, thank you very much, Saba]</w:t>
      </w:r>
    </w:p>
    <w:p>
      <w:r>
        <w:t>Take for yourself {..}</w:t>
      </w:r>
    </w:p>
    <w:p>
      <w:r>
        <w:t>[Ah]</w:t>
      </w:r>
    </w:p>
    <w:p>
      <w:r>
        <w:t>[In the "Burned Book" it is written about the greatness of "welcoming guests," Saba fulfills it]</w:t>
      </w:r>
    </w:p>
    <w:p>
      <w:r>
        <w:t>Yo, {...}</w:t>
      </w:r>
    </w:p>
    <w:p>
      <w:r>
        <w:t>[To make a bed for a guest]</w:t>
      </w:r>
    </w:p>
    <w:p>
      <w:r>
        <w:t>[…………..]</w:t>
      </w:r>
    </w:p>
    <w:p>
      <w:r>
        <w:t>[………...…….]</w:t>
      </w:r>
    </w:p>
    <w:p>
      <w:r>
        <w:t>Ah</w:t>
      </w:r>
    </w:p>
    <w:p>
      <w:r>
        <w:t>[Yesterday Saba told me that the advice for all things is prayer in "Likutey Tefillos"]</w:t>
      </w:r>
    </w:p>
    <w:p>
      <w:r>
        <w:t>Yes</w:t>
      </w:r>
    </w:p>
    <w:p>
      <w:r>
        <w:t>[But this itself is difficult to fulfill. Saba told me an approach: to pray to Hashem, to say "Likutay Tefillos"]</w:t>
      </w:r>
    </w:p>
    <w:p>
      <w:r>
        <w:t>Yeah</w:t>
      </w:r>
    </w:p>
    <w:p>
      <w:r>
        <w:t>[But this itself is difficult to fulfill]</w:t>
      </w:r>
    </w:p>
    <w:p>
      <w:r>
        <w:t>Nu</w:t>
      </w:r>
    </w:p>
    <w:p>
      <w:r>
        <w:t>[It is difficult to open the "Likutay Tefillos"]</w:t>
      </w:r>
    </w:p>
    <w:p>
      <w:r>
        <w:t>One must do what is difficult. Our holy Rabbainu gave us only what is difficult</w:t>
      </w:r>
    </w:p>
    <w:p>
      <w:r>
        <w:t>[What is difficult]</w:t>
      </w:r>
    </w:p>
    <w:p>
      <w:r>
        <w:t>"Chatzos"</w:t>
      </w:r>
    </w:p>
    <w:p>
      <w:r>
        <w:t>["Chatzos"]</w:t>
      </w:r>
    </w:p>
    <w:p>
      <w:r>
        <w:t>"Hisbodedus"</w:t>
      </w:r>
    </w:p>
    <w:p>
      <w:r>
        <w:t>[Ah..]</w:t>
      </w:r>
    </w:p>
    <w:p>
      <w:r>
        <w:t>"To go to the forest"</w:t>
      </w:r>
    </w:p>
    <w:p>
      <w:r>
        <w:t>Everything that is difficult, one must do {for} Hashem Yisbarach</w:t>
      </w:r>
    </w:p>
    <w:p>
      <w:r>
        <w:t>[Ah, … to break one's character traits]</w:t>
      </w:r>
    </w:p>
    <w:p>
      <w:r>
        <w:t>[….]</w:t>
      </w:r>
    </w:p>
    <w:p>
      <w:r>
        <w:t>[So how does one succeed?]</w:t>
      </w:r>
    </w:p>
    <w:p>
      <w:r>
        <w:t>And our holy Rabbainu also said:</w:t>
      </w:r>
    </w:p>
    <w:p>
      <w:r>
        <w:t>"To draw close to me..", nu..</w:t>
      </w:r>
    </w:p>
    <w:p>
      <w:r>
        <w:t>[I do not remember]</w:t>
      </w:r>
    </w:p>
    <w:p>
      <w:r>
        <w:t>"It is very difficult"</w:t>
      </w:r>
    </w:p>
    <w:p>
      <w:r>
        <w:t>[Yes]</w:t>
      </w:r>
    </w:p>
    <w:p>
      <w:r>
        <w:t>Yes, it is more than Chatzos</w:t>
      </w:r>
    </w:p>
    <w:p>
      <w:r>
        <w:t>[Yes]</w:t>
      </w:r>
    </w:p>
    <w:p>
      <w:r>
        <w:t>[But he also said that he envies us, that we have such a Rebbe]</w:t>
      </w:r>
    </w:p>
    <w:p>
      <w:r>
        <w:t>Huh?</w:t>
      </w:r>
    </w:p>
    <w:p>
      <w:r>
        <w:t>[He envies the students, that they have such a Rebbe]</w:t>
      </w:r>
    </w:p>
    <w:p>
      <w:r>
        <w:t>His students are such soldiers, such mighty men, yes</w:t>
      </w:r>
    </w:p>
    <w:p>
      <w:r>
        <w:t>that they do not, fight with the whole world</w:t>
      </w:r>
    </w:p>
    <w:p>
      <w:r>
        <w:t>[Ah]</w:t>
      </w:r>
    </w:p>
    <w:p>
      <w:r>
        <w:t>Mighty men</w:t>
      </w:r>
    </w:p>
    <w:p>
      <w:r>
        <w:t>[Yes]</w:t>
      </w:r>
    </w:p>
    <w:p>
      <w:r>
        <w:t>{...}, when Mashiach comes there will be a beautiful wedding, there will be such joy; each one will recount what he went through</w:t>
      </w:r>
    </w:p>
    <w:p>
      <w:r>
        <w:t>There will be—our holy Rabbainu said:</w:t>
      </w:r>
    </w:p>
    <w:p>
      <w:r>
        <w:t>[Yes]</w:t>
      </w:r>
    </w:p>
    <w:p>
      <w:r>
        <w:t>"When Mashiach comes, there will be many stories from each one of my people; there will be many stories"</w:t>
      </w:r>
    </w:p>
    <w:p>
      <w:r>
        <w:t>[Each one is a story]</w:t>
      </w:r>
    </w:p>
    <w:p>
      <w:r>
        <w:t>[Rabbainu said that Mashiach, Mashiach will tell each one what he went through, will recount it to each one]</w:t>
      </w:r>
    </w:p>
    <w:p>
      <w:r>
        <w:t>[Mashiach will tell each one what to do]</w:t>
      </w:r>
    </w:p>
    <w:p>
      <w:r>
        <w:t>{..}</w:t>
      </w:r>
    </w:p>
    <w:p>
      <w:r>
        <w:t>[Is it true that Rabbainu said that when Mashiach comes, there will be such a, such a machi.., such a machine</w:t>
      </w:r>
    </w:p>
    <w:p>
      <w:r>
        <w:t>that they will be able to travel from one end of the world to the other</w:t>
      </w:r>
    </w:p>
    <w:p>
      <w:r>
        <w:t>someone who has a confusion during prayer will be able to come, to travel to Mashiach..]</w:t>
      </w:r>
    </w:p>
    <w:p>
      <w:r>
        <w:t>Yes, yes</w:t>
      </w:r>
    </w:p>
    <w:p>
      <w:r>
        <w:t>[To ask for advice]</w:t>
      </w:r>
    </w:p>
    <w:p>
      <w:r>
        <w:t>Yes, our holy Rabbainu revealed the airpl.., {{…}} the airplane, {the pi.. p.. the.., the pil.. the pi.. pilots} [yes]</w:t>
      </w:r>
    </w:p>
    <w:p>
      <w:r>
        <w:t>What pilots, {from the airplane}</w:t>
      </w:r>
    </w:p>
    <w:p>
      <w:r>
        <w:t>[But to return within the prayer time]</w:t>
      </w:r>
    </w:p>
    <w:p>
      <w:r>
        <w:t>{… airplane}</w:t>
      </w:r>
    </w:p>
    <w:p>
      <w:r>
        <w:t>[During the prayer time, to return back to his home]</w:t>
      </w:r>
    </w:p>
    <w:p>
      <w:r>
        <w:t>Yes, yes..</w:t>
      </w:r>
    </w:p>
    <w:p>
      <w:r>
        <w:t>[One hour, the whole story]</w:t>
      </w:r>
    </w:p>
    <w:p>
      <w:r>
        <w:t>{…….. home}, and the prayer time will not pass</w:t>
      </w:r>
    </w:p>
    <w:p>
      <w:r>
        <w:t>[Ah, ah.. this is the difference.., the difference, they say—tell him</w:t>
      </w:r>
    </w:p>
    <w:p>
      <w:r>
        <w:t>that between Mashiach and Rabbainu, that they do not listen to Rabbainu, and this..]</w:t>
      </w:r>
    </w:p>
    <w:p>
      <w:r>
        <w:t>[Yes, Rabbainu said: "Between me and Mashiach there is no difference whatsoever</w:t>
      </w:r>
    </w:p>
    <w:p>
      <w:r>
        <w:t>between me and Mashiach there is no difference whatsoever; only Mashiach will be listened to, while they do not listen to me"</w:t>
      </w:r>
    </w:p>
    <w:p>
      <w:r>
        <w:t>That is what Rabbainu said: "There is no distinction whatsoever between me and Mashiach"]</w:t>
      </w:r>
    </w:p>
    <w:p>
      <w:r>
        <w:t>{Yeah..}</w:t>
      </w:r>
    </w:p>
    <w:p>
      <w:r>
        <w:t>[Is there such a teaching? Saba]</w:t>
      </w:r>
    </w:p>
    <w:p>
      <w:r>
        <w:t>{..}, ah..</w:t>
      </w:r>
    </w:p>
    <w:p>
      <w:r>
        <w:t>[The light of the Redemption began with Rabbainu]</w:t>
      </w:r>
    </w:p>
    <w:p>
      <w:r>
        <w:t>One of Rabbainu's men was.., equal in weight to the whole world, yes</w:t>
      </w:r>
    </w:p>
    <w:p>
      <w:r>
        <w:t>with all the great ones, with all..</w:t>
      </w:r>
    </w:p>
    <w:p>
      <w:r>
        <w:t>[Shakal or shakul?]</w:t>
      </w:r>
    </w:p>
    <w:p>
      <w:r>
        <w:t>I {reckoned}, our holy Rabbainu, he said:</w:t>
      </w:r>
    </w:p>
    <w:p>
      <w:r>
        <w:t>"The Baal Shem Tov had sixty students..", {{...}}</w:t>
      </w:r>
    </w:p>
    <w:p>
      <w:r>
        <w:t>[Yes]</w:t>
      </w:r>
    </w:p>
    <w:p>
      <w:r>
        <w:t>"And they were sixty mighty men; I also need sixty mighty men"</w:t>
      </w:r>
    </w:p>
    <w:p>
      <w:r>
        <w:t>Nu, "He fulfills the will of those who fear Him," so why did he not have sixty mighty men and sixty students?</w:t>
      </w:r>
    </w:p>
    <w:p>
      <w:r>
        <w:t>[So I said that our holy Rabbainu reveals and hints to us: he had Rebbe Nassan, one</w:t>
      </w:r>
    </w:p>
    <w:p>
      <w:r>
        <w:t>who was equal to all the..{..}, equal to..</w:t>
      </w:r>
    </w:p>
    <w:p>
      <w:r>
        <w:t>[All sixty]</w:t>
      </w:r>
    </w:p>
    <w:p>
      <w:r>
        <w:t>{All sixty mighty men, yes}</w:t>
      </w:r>
    </w:p>
    <w:p>
      <w:r>
        <w:t>He had</w:t>
      </w:r>
    </w:p>
    <w:p>
      <w:r>
        <w:t>[[Yes]]</w:t>
      </w:r>
    </w:p>
    <w:p>
      <w:r>
        <w:t>He said that he ne.., he needs, and he had</w:t>
      </w:r>
    </w:p>
    <w:p>
      <w:r>
        <w:t>[Yes]</w:t>
      </w:r>
    </w:p>
    <w:p>
      <w:r>
        <w:t>{Yes}</w:t>
      </w:r>
    </w:p>
    <w:p>
      <w:r>
        <w:t>[Ah..]</w:t>
      </w:r>
    </w:p>
    <w:p>
      <w:r>
        <w:t>I had Rebbe Nassan</w:t>
      </w:r>
    </w:p>
    <w:p>
      <w:r>
        <w:t>[Yes, encompassing all of them]</w:t>
      </w:r>
    </w:p>
    <w:p>
      <w:r>
        <w:t>Yes</w:t>
      </w:r>
    </w:p>
    <w:p>
      <w:r>
        <w:t>[Like Eliezer with Avraham Avinu, like Eliezer with Avraham Avinu]</w:t>
      </w:r>
    </w:p>
    <w:p>
      <w:r>
        <w:t>{...}</w:t>
      </w:r>
    </w:p>
    <w:p>
      <w:r>
        <w:t>[Fortunate are we that we merited to draw close to Rabbainu; fortunate are we that we are not opponents of Rabbainu]</w:t>
      </w:r>
    </w:p>
    <w:p>
      <w:r>
        <w:t>[I saw a letter in "Alim LiTerufah"]</w:t>
      </w:r>
    </w:p>
    <w:p>
      <w:r>
        <w:t>Huh?</w:t>
      </w:r>
    </w:p>
    <w:p>
      <w:r>
        <w:t>[I saw a letter in "Alim LiTerufah"]</w:t>
      </w:r>
    </w:p>
    <w:p>
      <w:r>
        <w:t>Yeah</w:t>
      </w:r>
    </w:p>
    <w:p>
      <w:r>
        <w:t>[That Rebbe Nassan writes to his son, Rebbe Yitzchak]</w:t>
      </w:r>
    </w:p>
    <w:p>
      <w:r>
        <w:t>Yeah</w:t>
      </w:r>
    </w:p>
    <w:p>
      <w:r>
        <w:t>[Rebbe Nassan writes a letter]</w:t>
      </w:r>
    </w:p>
    <w:p>
      <w:r>
        <w:t>Yeah</w:t>
      </w:r>
    </w:p>
    <w:p>
      <w:r>
        <w:t>[That he should feel the "Fortunate are we," that if only he would merit once in his life to feel the "Fortunate are we" that he says every morning]</w:t>
      </w:r>
    </w:p>
    <w:p>
      <w:r>
        <w:t>Yes</w:t>
      </w:r>
    </w:p>
    <w:p>
      <w:r>
        <w:t>[To feel it once in his life]</w:t>
      </w:r>
    </w:p>
    <w:p>
      <w:r>
        <w:t>[Ah]</w:t>
      </w:r>
    </w:p>
    <w:p>
      <w:r>
        <w:t>Oy</w:t>
      </w:r>
    </w:p>
    <w:p>
      <w:r>
        <w:t>Rebbe Nassan traveled with, with, with his son Rebbe Yitzchak to the wedding; he was, he was the groom</w:t>
      </w:r>
    </w:p>
    <w:p>
      <w:r>
        <w:t>[Yes]</w:t>
      </w:r>
    </w:p>
    <w:p>
      <w:r>
        <w:t>It was the time of the wedding; they traveled to the wedding</w:t>
      </w:r>
    </w:p>
    <w:p>
      <w:r>
        <w:t>[Yes]</w:t>
      </w:r>
    </w:p>
    <w:p>
      <w:r>
        <w:t>Then the opponents heard th.. that Rebbe Nassan, Rebbe Nassan would come with the groom</w:t>
      </w:r>
    </w:p>
    <w:p>
      <w:r>
        <w:t>So they went with stones and threw, and threw stones, to kill, to destroy, yes</w:t>
      </w:r>
    </w:p>
    <w:p>
      <w:r>
        <w:t>[At Rebbe Nassan?]</w:t>
      </w:r>
    </w:p>
    <w:p>
      <w:r>
        <w:t>Huh? At Rebbe Nassan and at the groom</w:t>
      </w:r>
    </w:p>
    <w:p>
      <w:r>
        <w:t>Nu, was there need, Heaven forbid, for such a thing?</w:t>
      </w:r>
    </w:p>
    <w:p>
      <w:r>
        <w:t>{If} someone travels with his son for the wedding, to make a chuppah, is he received with stones?</w:t>
      </w:r>
    </w:p>
    <w:p>
      <w:r>
        <w:t>So they threw stones to kill; so they were in danger; so they hid in the forest—there was a forest</w:t>
      </w:r>
    </w:p>
    <w:p>
      <w:r>
        <w:t>Afterward they saw that they were {not there}, so they went, they went, they went to search for Rebbe Nassan: "Where, where, where is Rebbe Nassan? Where? Where did he flee? Where is he?"</w:t>
      </w:r>
    </w:p>
    <w:p>
      <w:r>
        <w:t>Then they found him, that he was dancing with great joy, yes</w:t>
      </w:r>
    </w:p>
    <w:p>
      <w:r>
        <w:t>[In the forest]</w:t>
      </w:r>
    </w:p>
    <w:p>
      <w:r>
        <w:t>In the forest, and he was dancing {and singing} to such a melody, with such arousal, {yes, and.. yes}</w:t>
      </w:r>
    </w:p>
    <w:p>
      <w:r>
        <w:t>[What did he sing?]</w:t>
      </w:r>
    </w:p>
    <w:p>
      <w:r>
        <w:t>{…… was}</w:t>
      </w:r>
    </w:p>
    <w:p>
      <w:r>
        <w:t>"Our greatness and our glory will be seen.. and will be seen at.. at.. {{all the ..}}</w:t>
      </w:r>
    </w:p>
    <w:p>
      <w:r>
        <w:t>[That Mashiach will come]</w:t>
      </w:r>
    </w:p>
    <w:p>
      <w:r>
        <w:t>At the coming of our righteous Mashiach..",</w:t>
      </w:r>
    </w:p>
    <w:p>
      <w:r>
        <w:t>["Our greatness and our glory.." (..)]</w:t>
      </w:r>
    </w:p>
    <w:p>
      <w:r>
        <w:t>{Yes}</w:t>
      </w:r>
    </w:p>
    <w:p>
      <w:r>
        <w:t>["..they will see that Mashiach will come" (..)]</w:t>
      </w:r>
    </w:p>
    <w:p>
      <w:r>
        <w:t>"Mashiach vet kumen (that Mashiach will come)", yeah</w:t>
      </w:r>
    </w:p>
    <w:p>
      <w:r>
        <w:t>[This, this..]</w:t>
      </w:r>
    </w:p>
    <w:p>
      <w:r>
        <w:t>{Unzer}</w:t>
      </w:r>
    </w:p>
    <w:p>
      <w:r>
        <w:t>[The melody of "Eishes Chayil"]</w:t>
      </w:r>
    </w:p>
    <w:p>
      <w:r>
        <w:t>"Our greatness and our glory will be seen in the Future to Come, when Mashiach comes" (..)</w:t>
      </w:r>
    </w:p>
    <w:p>
      <w:r>
        <w:t>["Our greatness and our glory will be seen when Mashiach comes" "Our greatness.." (..)] n.. n.. n.. n..</w:t>
      </w:r>
    </w:p>
    <w:p>
      <w:r>
        <w:t>["And our glory will be seen.."]</w:t>
      </w:r>
    </w:p>
    <w:p>
      <w:r>
        <w:t>{{{{. . .}}}}</w:t>
      </w:r>
    </w:p>
    <w:p>
      <w:r>
        <w:t>["That Mashiach will come"]</w:t>
      </w:r>
    </w:p>
    <w:p>
      <w:r>
        <w:t>[The friend sings in Yiddish: Our greatness and our glory]</w:t>
      </w:r>
    </w:p>
    <w:p>
      <w:r>
        <w:t>The melody of "Eishes Chayil"</w:t>
      </w:r>
    </w:p>
    <w:p>
      <w:r>
        <w:t>[Yes]</w:t>
      </w:r>
    </w:p>
    <w:p>
      <w:r>
        <w:t>[Yes]</w:t>
      </w:r>
    </w:p>
    <w:p>
      <w:r>
        <w:t>Such arousal</w:t>
      </w:r>
    </w:p>
    <w:p>
      <w:r>
        <w:t>[How, how are the words? Saba, how are the words? How are the words?]</w:t>
      </w:r>
    </w:p>
    <w:p>
      <w:r>
        <w:t>Our greatness and our glory</w:t>
      </w:r>
    </w:p>
    <w:p>
      <w:r>
        <w:t>[Yes]</w:t>
      </w:r>
    </w:p>
    <w:p>
      <w:r>
        <w:t>"Our greatness and our glory will be seen in the Future to Come, when Mashiach comes.. (..)"</w:t>
      </w:r>
    </w:p>
    <w:p>
      <w:r>
        <w:t>{Even though they threw} stones</w:t>
      </w:r>
    </w:p>
    <w:p>
      <w:r>
        <w:t>[….]</w:t>
      </w:r>
    </w:p>
    <w:p>
      <w:r>
        <w:t>{So this revived him}, he revived himself and gladdened himself with this: "Mashiach will come.."</w:t>
      </w:r>
    </w:p>
    <w:p>
      <w:r>
        <w:t>[Then they will see the..]</w:t>
      </w:r>
    </w:p>
    <w:p>
      <w:r>
        <w:t>{..}</w:t>
      </w:r>
    </w:p>
    <w:p>
      <w:r>
        <w:t>[The greatness of the Breslover]</w:t>
      </w:r>
    </w:p>
    <w:p>
      <w:r>
        <w:t>[Ah]</w:t>
      </w:r>
    </w:p>
    <w:p>
      <w:r>
        <w:t>[But it is known that Mashiach will tell of the "Seventh Beggar"</w:t>
      </w:r>
    </w:p>
    <w:p>
      <w:r>
        <w:t>Rabbainu said that Mashiach will tell of the "Seventh Beggar"</w:t>
      </w:r>
    </w:p>
    <w:p>
      <w:r>
        <w:t>Rabbainu said that Mashiach will tell of the "Seventh Beggar"]</w:t>
      </w:r>
    </w:p>
    <w:p>
      <w:r>
        <w:t>{Who} will tell?</w:t>
      </w:r>
    </w:p>
    <w:p>
      <w:r>
        <w:t>[That Mashiach, Mashiach will tell the story of the "Seventh Beggar"]</w:t>
      </w:r>
    </w:p>
    <w:p>
      <w:r>
        <w:t>Huh? Of the "Seventh Beggar," yes</w:t>
      </w:r>
    </w:p>
    <w:p>
      <w:r>
        <w:t>[Yes, Mashiach will tell it]</w:t>
      </w:r>
    </w:p>
    <w:p>
      <w:r>
        <w:t>{Yeah}, he left it for Mashiach</w:t>
      </w:r>
    </w:p>
    <w:p>
      <w:r>
        <w:t>[Soon.. very soon we too will travel to a wedding]</w:t>
      </w:r>
    </w:p>
    <w:p>
      <w:r>
        <w:t>Ah</w:t>
      </w:r>
    </w:p>
    <w:p>
      <w:r>
        <w:t>[Like Rebbe Nassan, we too will travel to a wedding, huh?</w:t>
      </w:r>
    </w:p>
    <w:p>
      <w:r>
        <w:t>It will be a very beautiful wedding]</w:t>
      </w:r>
    </w:p>
    <w:p>
      <w:r>
        <w:t>[There is some Torah in "Likutay Moharan" where Rabbainu said that there was a beautiful wedding here after Rabbainu said that Torah; which Torah does this refer to?</w:t>
      </w:r>
    </w:p>
    <w:p>
      <w:r>
        <w:t>In Torah sixty, I think, or sixty-one, Torah sixty or sixty-one..]</w:t>
      </w:r>
    </w:p>
    <w:p>
      <w:r>
        <w:t>[Which..]</w:t>
      </w:r>
    </w:p>
    <w:p>
      <w:r>
        <w:t>[It seems to me that Rabbainu said there was a beautiful little wedding]</w:t>
      </w:r>
    </w:p>
    <w:p>
      <w:r>
        <w:t>Ah..</w:t>
      </w:r>
    </w:p>
    <w:p>
      <w:r>
        <w:t>[There was a beautiful wedding]</w:t>
      </w:r>
    </w:p>
    <w:p>
      <w:r>
        <w:t>Yeah, yeah</w:t>
      </w:r>
    </w:p>
    <w:p>
      <w:r>
        <w:t>{groom and bride\a little wedding}</w:t>
      </w:r>
    </w:p>
    <w:p>
      <w:r>
        <w:t>[{groom and bride\a little wedding}]</w:t>
      </w:r>
    </w:p>
    <w:p>
      <w:r>
        <w:t>[Where is it?]</w:t>
      </w:r>
    </w:p>
    <w:p>
      <w:r>
        <w:t>[In "Chayei Moharan"]</w:t>
      </w:r>
    </w:p>
    <w:p>
      <w:r>
        <w:t>[But, ah, ah.. and which melody will they play at the great wedding?</w:t>
      </w:r>
    </w:p>
    <w:p>
      <w:r>
        <w:t>They will play the song 'simple, double, triple, quadruple']</w:t>
      </w:r>
    </w:p>
    <w:p>
      <w:r>
        <w:t>[This is the song that will be, that when Mashiach comes, that will be the Garden of Eden of all the tzaddikim</w:t>
      </w:r>
    </w:p>
    <w:p>
      <w:r>
        <w:t>A song on a violin of seventy-two strings]</w:t>
      </w:r>
    </w:p>
    <w:p>
      <w:r>
        <w:t>[Yes, ask which song]</w:t>
      </w:r>
    </w:p>
    <w:p>
      <w:r>
        <w:t>[Which song will be the Garden of Eden of all the tzaddikim? Saba]</w:t>
      </w:r>
    </w:p>
    <w:p>
      <w:r>
        <w:t>Huh? ‘Simple, double,’ Na...ch...man</w:t>
      </w:r>
    </w:p>
    <w:p>
      <w:r>
        <w:t>[Saba and the friends sing: "Na Na Nach Nachma Nachman MeUman.."]</w:t>
      </w:r>
    </w:p>
    <w:p>
      <w:r>
        <w:t>[It is not over yet]</w:t>
      </w:r>
    </w:p>
    <w:p>
      <w:r>
        <w:t>[Saba and the friends continue singing: "Na Na Nach Nachma Nachman MeUman.."]</w:t>
      </w:r>
    </w:p>
    <w:p>
      <w:r>
        <w:t>[Ah, this is a Rosh Hashanah melody]</w:t>
      </w:r>
    </w:p>
    <w:p>
      <w:r>
        <w:t>This is the Rosh Hashanah melody</w:t>
      </w:r>
    </w:p>
    <w:p>
      <w:r>
        <w:t>[Yes]</w:t>
      </w:r>
    </w:p>
    <w:p>
      <w:r>
        <w:t>I took it for "Na Na Nach"</w:t>
      </w:r>
    </w:p>
    <w:p>
      <w:r>
        <w:t>[Yes]</w:t>
      </w:r>
    </w:p>
    <w:p>
      <w:r>
        <w:t>But this is the Rosh Hashanah melody</w:t>
      </w:r>
    </w:p>
    <w:p>
      <w:r>
        <w:t>[Yes]</w:t>
      </w:r>
    </w:p>
    <w:p>
      <w:r>
        <w:t>[How?]</w:t>
      </w:r>
    </w:p>
    <w:p>
      <w:r>
        <w:t>[Saba and the friends sing:</w:t>
      </w:r>
    </w:p>
    <w:p>
      <w:r>
        <w:t>"For You hear every shofar, and listen to the teruah, and there is none like You.."]</w:t>
      </w:r>
    </w:p>
    <w:p>
      <w:r>
        <w:t>[You could be a chazzan, Saba]</w:t>
      </w:r>
    </w:p>
    <w:p>
      <w:r>
        <w:t>And I took it for, for "Na Na Nach"</w:t>
      </w:r>
    </w:p>
    <w:p>
      <w:r>
        <w:t>[Saba and the friends sing: "Na Na Nach Nachma Nachman MeUman.."]</w:t>
      </w:r>
    </w:p>
    <w:p>
      <w:r>
        <w:t>[They already sing it, they have already been singing it for many, many years already]</w:t>
      </w:r>
    </w:p>
    <w:p>
      <w:r>
        <w:t>Yes, now the melody too is from Rabbainu, also of Rosh Hashanah</w:t>
      </w:r>
    </w:p>
    <w:p>
      <w:r>
        <w:t>[Yes?]</w:t>
      </w:r>
    </w:p>
    <w:p>
      <w:r>
        <w:t>[Saba sings: "Na Na Nach Nachma Nachman MeUman.."]</w:t>
      </w:r>
    </w:p>
    <w:p>
      <w:r>
        <w:t>I Na.., I joined, joined them together</w:t>
      </w:r>
    </w:p>
    <w:p>
      <w:r>
        <w:t>[Two melodies]</w:t>
      </w:r>
    </w:p>
    <w:p>
      <w:r>
        <w:t>[Ah]</w:t>
      </w:r>
    </w:p>
    <w:p>
      <w:r>
        <w:t>[This is ‘simple and double’]</w:t>
      </w:r>
    </w:p>
    <w:p>
      <w:r>
        <w:t>{Yes}</w:t>
      </w:r>
    </w:p>
    <w:p>
      <w:r>
        <w:t>[Azoy (like this)]</w:t>
      </w:r>
    </w:p>
    <w:p>
      <w:r>
        <w:t>["My Rosh Hashanah surpasses everything," it is fitting that this should be the Rosh Hashanah melody]</w:t>
      </w:r>
    </w:p>
    <w:p>
      <w:r>
        <w:t>[Ah]</w:t>
      </w:r>
    </w:p>
    <w:p>
      <w:r>
        <w:t>[Talk with him a little about the Redemption]</w:t>
      </w:r>
    </w:p>
    <w:p>
      <w:r>
        <w:t>[About what?]</w:t>
      </w:r>
    </w:p>
    <w:p>
      <w:r>
        <w:t>[About the Redemption..]</w:t>
      </w:r>
    </w:p>
    <w:p>
      <w:r>
        <w:t>[Saba, when will Mashiach come? Saba]</w:t>
      </w:r>
    </w:p>
    <w:p>
      <w:r>
        <w:t>Ah.. huh?</w:t>
      </w:r>
    </w:p>
    <w:p>
      <w:r>
        <w:t>[When will Mashiach come?]</w:t>
      </w:r>
    </w:p>
    <w:p>
      <w:r>
        <w:t>Ah..</w:t>
      </w:r>
    </w:p>
    <w:p>
      <w:r>
        <w:t>[I heard that Rebbe Nachum Shuster, Rebbe Nachum Shuster brought several great men close through..</w:t>
      </w:r>
    </w:p>
    <w:p>
      <w:r>
        <w:t>Through his beginning to say "Tikkun Chatzos," he began to say "Tikkun Chatzos"</w:t>
      </w:r>
    </w:p>
    <w:p>
      <w:r>
        <w:t>I heard that Rav Mordechai Sokolover and several other great men asked him:</w:t>
      </w:r>
    </w:p>
    <w:p>
      <w:r>
        <w:t>"Why do you say "Tikkun Chatzos"? You are a simple shoemaker; why do you say "Tikkun Chatzos"?"] Yoa</w:t>
      </w:r>
    </w:p>
    <w:p>
      <w:r>
        <w:t>[So he said to them: "You learn; the Beis HaMikdash is not lacking for you"]</w:t>
      </w:r>
    </w:p>
    <w:p>
      <w:r>
        <w:t>You are tzaddikim, you learn</w:t>
      </w:r>
    </w:p>
    <w:p>
      <w:r>
        <w:t>[You are tzaddikim and learn]</w:t>
      </w:r>
    </w:p>
    <w:p>
      <w:r>
        <w:t>But I am a simple man</w:t>
      </w:r>
    </w:p>
    <w:p>
      <w:r>
        <w:t>[For me it is lacking]</w:t>
      </w:r>
    </w:p>
    <w:p>
      <w:r>
        <w:t>I need</w:t>
      </w:r>
    </w:p>
    <w:p>
      <w:r>
        <w:t>[So when?]</w:t>
      </w:r>
    </w:p>
    <w:p>
      <w:r>
        <w:t>[There is a statement from Rebbe Naftali: when "Likutay Moharan" becomes publicized</w:t>
      </w:r>
    </w:p>
    <w:p>
      <w:r>
        <w:t>Then they will be ready for the Redemption, when they began to learn Rabbainu’s books]</w:t>
      </w:r>
    </w:p>
    <w:p>
      <w:r>
        <w:t>Yes</w:t>
      </w:r>
    </w:p>
    <w:p>
      <w:r>
        <w:t>[There is such a statement from Rebbe Naftali]</w:t>
      </w:r>
    </w:p>
    <w:p>
      <w:r>
        <w:t>Nu, but not yet, not yet, but this is {doing}, this.. is advancing, ripening and advancing</w:t>
      </w:r>
    </w:p>
    <w:p>
      <w:r>
        <w:t>[Pshh.. ah, yes]</w:t>
      </w:r>
    </w:p>
    <w:p>
      <w:r>
        <w:t>[….]</w:t>
      </w:r>
    </w:p>
    <w:p>
      <w:r>
        <w:t>[It depends on the light of the.. on Rabbainu’s books]</w:t>
      </w:r>
    </w:p>
    <w:p>
      <w:r>
        <w:t>[...]</w:t>
      </w:r>
    </w:p>
    <w:p>
      <w:r>
        <w:t>[Talk with him; it depends on Rabbainu’s books]</w:t>
      </w:r>
    </w:p>
    <w:p>
      <w:r>
        <w:t>[It depends on studying Rabbainu’s books; if we study Rabbainu’s books a lot, then Mashiach will come faster</w:t>
      </w:r>
    </w:p>
    <w:p>
      <w:r>
        <w:t>That is what I heard. Once they asked Rebbe Naftali:</w:t>
      </w:r>
    </w:p>
    <w:p>
      <w:r>
        <w:t>"Where, where is the Redemption holding? You heard the "Megillas Setarim" from Rabbainu"</w:t>
      </w:r>
    </w:p>
    <w:p>
      <w:r>
        <w:t>So Rebbe Naftali said, like this, like this I have received from the Rebbe</w:t>
      </w:r>
    </w:p>
    <w:p>
      <w:r>
        <w:t>The more they study, the more my book will become publicized in the world; thus they will be {ready for.. for Mashiach}</w:t>
      </w:r>
    </w:p>
    <w:p>
      <w:r>
        <w:t>Saba does not want to reveal</w:t>
      </w:r>
    </w:p>
    <w:p>
      <w:r>
        <w:t>Who, who knows the "Megillas Setarim" besides Rebbe Nassan and Rebbe Naftali?</w:t>
      </w:r>
    </w:p>
    <w:p>
      <w:r>
        <w:t>In the later generations, did anyone also know of it?]</w:t>
      </w:r>
    </w:p>
    <w:p>
      <w:r>
        <w:t>{I do not know}</w:t>
      </w:r>
    </w:p>
    <w:p>
      <w:r>
        <w:t>[Did Rebbe Yisroel Kardonner know, know of the "Megillas Setarim"?]</w:t>
      </w:r>
    </w:p>
    <w:p>
      <w:r>
        <w:t>No, no</w:t>
      </w:r>
    </w:p>
    <w:p>
      <w:r>
        <w:t>[No]</w:t>
      </w:r>
    </w:p>
    <w:p>
      <w:r>
        <w:t>{It was a secret, “Megillas Setarim”}</w:t>
      </w:r>
    </w:p>
    <w:p>
      <w:r>
        <w:t>Only Rebbe Nassan and Rebbe, and Rebbe Naftali knew this, perhaps another, another, another, another {disciple}</w:t>
      </w:r>
    </w:p>
    <w:p>
      <w:r>
        <w:t>[Did Rebbe Nachman of Tulchin not know of it?]</w:t>
      </w:r>
    </w:p>
    <w:p>
      <w:r>
        <w:t>{I do not know}, Rebbe Nachman of Tulchin received from Rebbe Nassan</w:t>
      </w:r>
    </w:p>
    <w:p>
      <w:r>
        <w:t>Perhaps he was also, {}</w:t>
      </w:r>
    </w:p>
    <w:p>
      <w:r>
        <w:t>[There is a statement from Rebbe Nassan, that Rebbe Nassan said:</w:t>
      </w:r>
    </w:p>
    <w:p>
      <w:r>
        <w:t>"Mine.., my Mashiach is already here"</w:t>
      </w:r>
    </w:p>
    <w:p>
      <w:r>
        <w:t>Is there such a statement from Rebbe Nassan? What is the meaning of this statement?]</w:t>
      </w:r>
    </w:p>
    <w:p>
      <w:r>
        <w:t>That each one…</w:t>
      </w:r>
    </w:p>
    <w:p>
      <w:r>
        <w:t>...[What will I say to him? How will I begin to speak with him?]</w:t>
      </w:r>
    </w:p>
    <w:p>
      <w:r>
        <w:t>Prayer, prayer, to continue in prayer</w:t>
      </w:r>
    </w:p>
    <w:p>
      <w:r>
        <w:t>[To pray that he will come close?]</w:t>
      </w:r>
    </w:p>
    <w:p>
      <w:r>
        <w:t>Yes</w:t>
      </w:r>
    </w:p>
    <w:p>
      <w:r>
        <w:t>[This is advice above above the pieces of advice]</w:t>
      </w:r>
    </w:p>
    <w:p>
      <w:r>
        <w:t>[……….]</w:t>
      </w:r>
    </w:p>
    <w:p>
      <w:r>
        <w:t>[……….]</w:t>
      </w:r>
    </w:p>
    <w:p>
      <w:r>
        <w:t>[We need to do p.. but also to speak with them, right? If one speaks, then it helps]</w:t>
      </w:r>
    </w:p>
    <w:p>
      <w:r>
        <w:t>[But the effort is necessary, to speak with him a little..</w:t>
      </w:r>
    </w:p>
    <w:p>
      <w:r>
        <w:t>Saba, how did you come close to Rabbainu? Who brought you close?</w:t>
      </w:r>
    </w:p>
    <w:p>
      <w:r>
        <w:t>Did Rebbe Yisroel bring you close, or did you come close before then?]</w:t>
      </w:r>
    </w:p>
    <w:p>
      <w:r>
        <w:t>Ah..</w:t>
      </w:r>
    </w:p>
    <w:p>
      <w:r>
        <w:t>Before then I learned, I learned that there were Breslov books, that it was forbidden to speak, that it was forbidden to study them</w:t>
      </w:r>
    </w:p>
    <w:p>
      <w:r>
        <w:t>So I found the book "Hishtapchus HaNefesh" inside, inside, inside..</w:t>
      </w:r>
    </w:p>
    <w:p>
      <w:r>
        <w:t>[Genizah]</w:t>
      </w:r>
    </w:p>
    <w:p>
      <w:r>
        <w:t>Inside garbage, inside a garbage can</w:t>
      </w:r>
    </w:p>
    <w:p>
      <w:r>
        <w:t>[A garbage can?]</w:t>
      </w:r>
    </w:p>
    <w:p>
      <w:r>
        <w:t>Yes</w:t>
      </w:r>
    </w:p>
    <w:p>
      <w:r>
        <w:t>[Hashem have mercy]</w:t>
      </w:r>
    </w:p>
    <w:p>
      <w:r>
        <w:t>I saw the book, so I fulfilled the mitzvah, to take it out; this is a disgrace, in a garbage can?</w:t>
      </w:r>
    </w:p>
    <w:p>
      <w:r>
        <w:t>So there was a genizah, a genizah in the yeshivah, for {old} books, in order, in order to put them in, to give them to the genizah</w:t>
      </w:r>
    </w:p>
    <w:p>
      <w:r>
        <w:t>So I went to the genizah to throw away the book; it was an old book</w:t>
      </w:r>
    </w:p>
    <w:p>
      <w:r>
        <w:t>[Yes]</w:t>
      </w:r>
    </w:p>
    <w:p>
      <w:r>
        <w:t>Without a cover, without.. "holy names"</w:t>
      </w:r>
    </w:p>
    <w:p>
      <w:r>
        <w:t>[Yes]</w:t>
      </w:r>
    </w:p>
    <w:p>
      <w:r>
        <w:t>So I went to the genizah, and before I threw it away I noticed that the name of the book was "Hishtapchus HaNefesh"</w:t>
      </w:r>
    </w:p>
    <w:p>
      <w:r>
        <w:t>Nu, I said, "Hishtapchus HaNefesh"—I had yearnings to pour out my soul to Hashem</w:t>
      </w:r>
    </w:p>
    <w:p>
      <w:r>
        <w:t>So perhaps it was good for me; I began to read and saw that it was from Heaven, that it was good for me, yes</w:t>
      </w:r>
    </w:p>
    <w:p>
      <w:r>
        <w:t>Nu, so I studied the book a great deal with arousal, with fervor</w:t>
      </w:r>
    </w:p>
    <w:p>
      <w:r>
        <w:t>Then came, came my friends, and they, they, they saw that I was studying a book, a Breslov book</w:t>
      </w:r>
    </w:p>
    <w:p>
      <w:r>
        <w:t>So they said to me:</w:t>
      </w:r>
    </w:p>
    <w:p>
      <w:r>
        <w:t>"What are you doing? You are studying this book? You are reading this book? Is it forbidden to read this book?" I said, I said:</w:t>
      </w:r>
    </w:p>
    <w:p>
      <w:r>
        <w:t>"Wicked one, about this book you say that it is forbidden, forbidden to study?</w:t>
      </w:r>
    </w:p>
    <w:p>
      <w:r>
        <w:t>Why, you do not know what there is in the world"</w:t>
      </w:r>
    </w:p>
    <w:p>
      <w:r>
        <w:t>"It is from the Breslov books"</w:t>
      </w:r>
    </w:p>
    <w:p>
      <w:r>
        <w:t>[……..]…</w:t>
      </w:r>
    </w:p>
    <w:p>
      <w:r>
        <w:t>...Yoa, {ikh vil.., (I want)}.., to be a.. to yearn with a strong desire</w:t>
      </w:r>
    </w:p>
    <w:p>
      <w:r>
        <w:t>Ah.. "And how does one merit to be a Jew"</w:t>
      </w:r>
    </w:p>
    <w:p>
      <w:r>
        <w:t>[To be a "kosher Jew,” …]</w:t>
      </w:r>
    </w:p>
    <w:p>
      <w:r>
        <w:t>[A Jew..]</w:t>
      </w:r>
    </w:p>
    <w:p>
      <w:r>
        <w:t>[…]</w:t>
      </w:r>
    </w:p>
    <w:p>
      <w:r>
        <w:t>["Jew" includes everything]</w:t>
      </w:r>
    </w:p>
    <w:p>
      <w:r>
        <w:t>["Jew" includes everything]…</w:t>
      </w:r>
    </w:p>
    <w:p>
      <w:r>
        <w:t>...{..}, "a God-fearing Jew,” ah.. but "a Jew"</w:t>
      </w:r>
    </w:p>
    <w:p>
      <w:r>
        <w:t>At any rate, "Who did not make me a gentile," "a Jew," {"I merited to be a Jew”}</w:t>
      </w:r>
    </w:p>
    <w:p>
      <w:r>
        <w:t>"A God-fearing Jew," fine, "a God-fearing Jew"...</w:t>
      </w:r>
    </w:p>
    <w:p>
      <w:r>
        <w:t>... [Sit together, and he will say what "Avi HaNachal" is]</w:t>
      </w:r>
    </w:p>
    <w:p>
      <w:r>
        <w:t>Yes?</w:t>
      </w:r>
    </w:p>
    <w:p>
      <w:r>
        <w:t>[It will be a sanctification of Hashem.. and I have a beautiful modest place, a place where the wealthy people in the Jewish Quarter</w:t>
      </w:r>
    </w:p>
    <w:p>
      <w:r>
        <w:t>Have a small hall for journalists, at the site of the remnant of our Beis HaMikdash</w:t>
      </w:r>
    </w:p>
    <w:p>
      <w:r>
        <w:t>There are remnants of the Beis HaMikdash there in the hall]</w:t>
      </w:r>
    </w:p>
    <w:p>
      <w:r>
        <w:t>Yes</w:t>
      </w:r>
    </w:p>
    <w:p>
      <w:r>
        <w:t>[And they will be happy; they know the president of the state]</w:t>
      </w:r>
    </w:p>
    <w:p>
      <w:r>
        <w:t>{..}…</w:t>
      </w:r>
    </w:p>
    <w:p>
      <w:r>
        <w:t>...[How much does it cost, what does one do, how, how</w:t>
      </w:r>
    </w:p>
    <w:p>
      <w:r>
        <w:t>Because we want with all our heart to publicize Rabbainu in the world..</w:t>
      </w:r>
    </w:p>
    <w:p>
      <w:r>
        <w:t>Everything for Rabbainu, so I asked what, what, what does one do? They said to me:</w:t>
      </w:r>
    </w:p>
    <w:p>
      <w:r>
        <w:t>"Four hundred shekels," so I said: "I have it"]</w:t>
      </w:r>
    </w:p>
    <w:p>
      <w:r>
        <w:t>Yes?</w:t>
      </w:r>
    </w:p>
    <w:p>
      <w:r>
        <w:t>[So I have not given them anything yet; only, it is there]</w:t>
      </w:r>
    </w:p>
    <w:p>
      <w:r>
        <w:t>Yes</w:t>
      </w:r>
    </w:p>
    <w:p>
      <w:r>
        <w:t>[There are four hundred shekels to publicize the name, Rabbainu]</w:t>
      </w:r>
    </w:p>
    <w:p>
      <w:r>
        <w:t>Yes</w:t>
      </w:r>
    </w:p>
    <w:p>
      <w:r>
        <w:t>[But for the gathering, one needs to invite the president, so that they will see that he recognizes Rabbainu’s greatness]</w:t>
      </w:r>
    </w:p>
    <w:p>
      <w:r>
        <w:t>Yes</w:t>
      </w:r>
    </w:p>
    <w:p>
      <w:r>
        <w:t>[And that he is a friend.., friendly, and saw the book, and..</w:t>
      </w:r>
    </w:p>
    <w:p>
      <w:r>
        <w:t>And in a very, very respectable place, in the Jewish Quarter, in a modest and beautiful place and.. a place, where there is room]</w:t>
      </w:r>
    </w:p>
    <w:p>
      <w:r>
        <w:t>Yes</w:t>
      </w:r>
    </w:p>
    <w:p>
      <w:r>
        <w:t>[For journalists to sit, and it is also possible to give them a film that he.. th..]</w:t>
      </w:r>
    </w:p>
    <w:p>
      <w:r>
        <w:t>He will do {this}</w:t>
      </w:r>
    </w:p>
    <w:p>
      <w:r>
        <w:t>[Yossi made a film]</w:t>
      </w:r>
    </w:p>
    <w:p>
      <w:r>
        <w:t>[Yes]</w:t>
      </w:r>
    </w:p>
    <w:p>
      <w:r>
        <w:t>Yes, yes</w:t>
      </w:r>
    </w:p>
    <w:p>
      <w:r>
        <w:t>[And they will see the film, how you speak about the greatness of Rabbainu in the film</w:t>
      </w:r>
    </w:p>
    <w:p>
      <w:r>
        <w:t>And the journalists will write what they want]</w:t>
      </w:r>
    </w:p>
    <w:p>
      <w:r>
        <w:t>Yes</w:t>
      </w:r>
    </w:p>
    <w:p>
      <w:r>
        <w:t>[And that is it, and.. everything is ready, the wedding is ready, the president of the country will certainly be glad to come, he will be glad to come]</w:t>
      </w:r>
    </w:p>
    <w:p>
      <w:r>
        <w:t>Yes</w:t>
      </w:r>
    </w:p>
    <w:p>
      <w:r>
        <w:t>[He is ready to show that he supports Judaism]</w:t>
      </w:r>
    </w:p>
    <w:p>
      <w:r>
        <w:t>He does not show any, to any institution, to any great ones</w:t>
      </w:r>
    </w:p>
    <w:p>
      <w:r>
        <w:t>[Any honor]</w:t>
      </w:r>
    </w:p>
    <w:p>
      <w:r>
        <w:t>Any honor</w:t>
      </w:r>
    </w:p>
    <w:p>
      <w:r>
        <w:t>[But for this matter, it is a great Kiddush Hashem, the entire country will see, here, here is Rabbainu]</w:t>
      </w:r>
    </w:p>
    <w:p>
      <w:r>
        <w:t>Shazar was the first</w:t>
      </w:r>
    </w:p>
    <w:p>
      <w:r>
        <w:t>[Afterward Ben Zvi, and afterward.., now it will be Herzog]</w:t>
      </w:r>
    </w:p>
    <w:p>
      <w:r>
        <w:t>[Yamin was by me on Friday, Yamin]</w:t>
      </w:r>
    </w:p>
    <w:p>
      <w:r>
        <w:t>Yamin?</w:t>
      </w:r>
    </w:p>
    <w:p>
      <w:r>
        <w:t>[Came to me in Ashkelon]</w:t>
      </w:r>
    </w:p>
    <w:p>
      <w:r>
        <w:t>Yes?</w:t>
      </w:r>
    </w:p>
    <w:p>
      <w:r>
        <w:t>[With eight thousand notes]</w:t>
      </w:r>
    </w:p>
    <w:p>
      <w:r>
        <w:t>{Yo}</w:t>
      </w:r>
    </w:p>
    <w:p>
      <w:r>
        <w:t>[Eight thousand notes, simple ones]</w:t>
      </w:r>
    </w:p>
    <w:p>
      <w:r>
        <w:t>But they are not so..</w:t>
      </w:r>
    </w:p>
    <w:p>
      <w:r>
        <w:t>[Very simple]</w:t>
      </w:r>
    </w:p>
    <w:p>
      <w:r>
        <w:t>Yo</w:t>
      </w:r>
    </w:p>
    <w:p>
      <w:r>
        <w:t>[It was the charity of some man in Ashkelon]</w:t>
      </w:r>
    </w:p>
    <w:p>
      <w:r>
        <w:t>Yes</w:t>
      </w:r>
    </w:p>
    <w:p>
      <w:r>
        <w:t>[Who works in the post office]</w:t>
      </w:r>
    </w:p>
    <w:p>
      <w:r>
        <w:t>Yes</w:t>
      </w:r>
    </w:p>
    <w:p>
      <w:r>
        <w:t>[And he will distribute it to the people who work in the post office, and they will distribute it into the mailboxes]</w:t>
      </w:r>
    </w:p>
    <w:p>
      <w:r>
        <w:t>[What is written on the note?]</w:t>
      </w:r>
    </w:p>
    <w:p>
      <w:r>
        <w:t>Yes</w:t>
      </w:r>
    </w:p>
    <w:p>
      <w:r>
        <w:t>[Into every box they will put a note</w:t>
      </w:r>
    </w:p>
    <w:p>
      <w:r>
        <w:t>On which it is written, a segulah to say Rabbainu's name, and a segulah for a match and for livelihood and for blessing</w:t>
      </w:r>
    </w:p>
    <w:p>
      <w:r>
        <w:t>And he works in the post office, and he will do it]</w:t>
      </w:r>
    </w:p>
    <w:p>
      <w:r>
        <w:t>{Yes}</w:t>
      </w:r>
    </w:p>
    <w:p>
      <w:r>
        <w:t>[And on the note there is, for the elevation of his father's soul]</w:t>
      </w:r>
    </w:p>
    <w:p>
      <w:r>
        <w:t>Ah, ah</w:t>
      </w:r>
    </w:p>
    <w:p>
      <w:r>
        <w:t>[He donated it, he donated two hundred and fifty shekels for this matter]</w:t>
      </w:r>
    </w:p>
    <w:p>
      <w:r>
        <w:t>[Good, now what about the proposal for this celebration? To do it?]</w:t>
      </w:r>
    </w:p>
    <w:p>
      <w:r>
        <w:t>[So my wife, she donated it so that it should go toward her healing, toward the healing of Chizkiyahu</w:t>
      </w:r>
    </w:p>
    <w:p>
      <w:r>
        <w:t>That they should have a complete healing, to sanctify Rabbainu's name, to publicize the notes more beautifully, something more beautiful, so we thought, I thought on the way to Yerushalayim, that if I can ask you, to pay for a press conference with, with the president, with the president]</w:t>
      </w:r>
    </w:p>
    <w:p>
      <w:r>
        <w:t>Yes</w:t>
      </w:r>
    </w:p>
    <w:p>
      <w:r>
        <w:t>[Herzog, about “Avi HaNachal”]</w:t>
      </w:r>
    </w:p>
    <w:p>
      <w:r>
        <w:t>Yo</w:t>
      </w:r>
    </w:p>
    <w:p>
      <w:r>
        <w:t>[And there we will also give beautiful notes to the journalists, a segulah to say Rabbainu's name, but we will make something beautiful]</w:t>
      </w:r>
    </w:p>
    <w:p>
      <w:r>
        <w:t>[For the redemption, it is not for nothing]</w:t>
      </w:r>
    </w:p>
    <w:p>
      <w:r>
        <w:t>[I thought on “Pesach Sheni,” perhaps on “Pesach Sheni,” perhaps at another time]</w:t>
      </w:r>
    </w:p>
    <w:p>
      <w:r>
        <w:t>[Why? Now, the eve of Rosh Chodesh Iyar]</w:t>
      </w:r>
    </w:p>
    <w:p>
      <w:r>
        <w:t>[Perhaps now, perhaps immediately, but it is important, but, but it is important]</w:t>
      </w:r>
    </w:p>
    <w:p>
      <w:r>
        <w:t>[“I am Hashem your Healer"]</w:t>
      </w:r>
    </w:p>
    <w:p>
      <w:r>
        <w:t>[But, but..]</w:t>
      </w:r>
    </w:p>
    <w:p>
      <w:r>
        <w:t>First of all we need, it is not nice at all</w:t>
      </w:r>
    </w:p>
    <w:p>
      <w:r>
        <w:t>[What?]</w:t>
      </w:r>
    </w:p>
    <w:p>
      <w:r>
        <w:t>We said that we would send from the post office</w:t>
      </w:r>
    </w:p>
    <w:p>
      <w:r>
        <w:t>[Yes]</w:t>
      </w:r>
    </w:p>
    <w:p>
      <w:r>
        <w:t>And.. and nothing…</w:t>
      </w:r>
    </w:p>
    <w:p>
      <w:r>
        <w:t>...[{...} that only Rabbainu's name can bring Am Yisroel into Rabbainu's books]</w:t>
      </w:r>
    </w:p>
    <w:p>
      <w:r>
        <w:t>Yes</w:t>
      </w:r>
    </w:p>
    <w:p>
      <w:r>
        <w:t>[Only Rabbainu's name]</w:t>
      </w:r>
    </w:p>
    <w:p>
      <w:r>
        <w:t>Yes</w:t>
      </w:r>
    </w:p>
    <w:p>
      <w:r>
        <w:t>[Can bring Am Yisroel into Rabbainu's books]</w:t>
      </w:r>
    </w:p>
    <w:p>
      <w:r>
        <w:t>Yes</w:t>
      </w:r>
    </w:p>
    <w:p>
      <w:r>
        <w:t>[This is the key, without publicizing his name, it is impossible in any way to approach the books]</w:t>
      </w:r>
    </w:p>
    <w:p>
      <w:r>
        <w:t>[Because his name is connected..]</w:t>
      </w:r>
    </w:p>
    <w:p>
      <w:r>
        <w:t>[Even the Breslover, the Breslover Chassidim, understand nothing from Rabbainu's books without the note]</w:t>
      </w:r>
    </w:p>
    <w:p>
      <w:r>
        <w:t>Yes</w:t>
      </w:r>
    </w:p>
    <w:p>
      <w:r>
        <w:t>[They do not understand]</w:t>
      </w:r>
    </w:p>
    <w:p>
      <w:r>
        <w:t>{Yes}</w:t>
      </w:r>
    </w:p>
    <w:p>
      <w:r>
        <w:t>[And they see nothing without the “Na Nach”]</w:t>
      </w:r>
    </w:p>
    <w:p>
      <w:r>
        <w:t>{Does not see}</w:t>
      </w:r>
    </w:p>
    <w:p>
      <w:r>
        <w:t>[Today they see nothing, blind, blind..]</w:t>
      </w:r>
    </w:p>
    <w:p>
      <w:r>
        <w:t>Yes</w:t>
      </w:r>
    </w:p>
    <w:p>
      <w:r>
        <w:t>[And deaf, they see nothing]</w:t>
      </w:r>
    </w:p>
    <w:p>
      <w:r>
        <w:t>[..So..]</w:t>
      </w:r>
    </w:p>
    <w:p>
      <w:r>
        <w:t>{Yes}, only “Na Nach”</w:t>
      </w:r>
    </w:p>
    <w:p>
      <w:r>
        <w:t>[Only..]</w:t>
      </w:r>
    </w:p>
    <w:p>
      <w:r>
        <w:t>[Saba]</w:t>
      </w:r>
    </w:p>
    <w:p>
      <w:r>
        <w:t>[Publicizing Rabbainu's name, this is a key to enter into Rabbainu, without it it is impossible, without th.. without saying it]</w:t>
      </w:r>
    </w:p>
    <w:p>
      <w:r>
        <w:t>Yes</w:t>
      </w:r>
    </w:p>
    <w:p>
      <w:r>
        <w:t>[I see simple people in Ashkelon who are closer than the Breslover Chassidim here in Meah Shearim]</w:t>
      </w:r>
    </w:p>
    <w:p>
      <w:r>
        <w:t>Yes</w:t>
      </w:r>
    </w:p>
    <w:p>
      <w:r>
        <w:t>[Yes, they truly see]</w:t>
      </w:r>
    </w:p>
    <w:p>
      <w:r>
        <w:t>Yes, through, through the note</w:t>
      </w:r>
    </w:p>
    <w:p>
      <w:r>
        <w:t>[Through the “Na Nach,” they say “Na Nach,” they say]</w:t>
      </w:r>
    </w:p>
    <w:p>
      <w:r>
        <w:t>Yes?</w:t>
      </w:r>
    </w:p>
    <w:p>
      <w:r>
        <w:t>[They say it, it is enough for them</w:t>
      </w:r>
    </w:p>
    <w:p>
      <w:r>
        <w:t>One Jew who works in a factory said to some rabbi in Ashkelon, he says:</w:t>
      </w:r>
    </w:p>
    <w:p>
      <w:r>
        <w:t>“I say it, and wherever I go, everything succeeds for me”]</w:t>
      </w:r>
    </w:p>
    <w:p>
      <w:r>
        <w:t>It is a matter of publicizing it, it has become publicized</w:t>
      </w:r>
    </w:p>
    <w:p>
      <w:r>
        <w:t>[And I saw that Rabbainu hints, hints to us in Torah 32, Part Two, a Torah in Part Two in “Likutay Moharan”]</w:t>
      </w:r>
    </w:p>
    <w:p>
      <w:r>
        <w:t>Yo</w:t>
      </w:r>
    </w:p>
    <w:p>
      <w:r>
        <w:t>['Name' has the gematria of 'note']</w:t>
      </w:r>
    </w:p>
    <w:p>
      <w:r>
        <w:t>The book, yes</w:t>
      </w:r>
    </w:p>
    <w:p>
      <w:r>
        <w:t>['Name' has the gematria of 'book']</w:t>
      </w:r>
    </w:p>
    <w:p>
      <w:r>
        <w:t>Ah, ah</w:t>
      </w:r>
    </w:p>
    <w:p>
      <w:r>
        <w:t>[Rabbainu's name is a book, they print many notes, they print books, even by the thousands it is...]</w:t>
      </w:r>
    </w:p>
    <w:p>
      <w:r>
        <w:t>[So if this is the secret of the redemption, then it must be publicized immediately]</w:t>
      </w:r>
    </w:p>
    <w:p>
      <w:r>
        <w:t>[It is a secret, that if we publicize it, Am Yisroel in how</w:t>
      </w:r>
    </w:p>
    <w:p>
      <w:r>
        <w:t>In a short time Rabbainu's name will become publicized, and everyone will want Rabbainu's books</w:t>
      </w:r>
    </w:p>
    <w:p>
      <w:r>
        <w:t>Only to publicize Rabbainu's name, to put it into the hand of every Jew]…</w:t>
      </w:r>
    </w:p>
    <w:p>
      <w:r>
        <w:t>...{…}</w:t>
      </w:r>
    </w:p>
    <w:p>
      <w:r>
        <w:t>[There is no leadership, everyone knows that there is no leadership, they do not know who the leader is, they do not know who..]</w:t>
      </w:r>
    </w:p>
    <w:p>
      <w:r>
        <w:t>{Whoever sees, um.., ah..}</w:t>
      </w:r>
    </w:p>
    <w:p>
      <w:r>
        <w:t>[The 'Likud, one day the 'Likud, one day..]</w:t>
      </w:r>
    </w:p>
    <w:p>
      <w:r>
        <w:t>The 'Likud'..</w:t>
      </w:r>
    </w:p>
    <w:p>
      <w:r>
        <w:t>[One the ‘Alignment,’ one day the ‘Alignment,’ a day ‘Likud,’ a day ‘Alignment’</w:t>
      </w:r>
    </w:p>
    <w:p>
      <w:r>
        <w:t>They do not know, day, day they do not know who we will have now]</w:t>
      </w:r>
    </w:p>
    <w:p>
      <w:r>
        <w:t>{..} Shamir, Shamir, Shamir is the prime minister</w:t>
      </w:r>
    </w:p>
    <w:p>
      <w:r>
        <w:t>[Yes, yes, but it is temporary, because there is a war between him and the 'Alignment' over control]</w:t>
      </w:r>
    </w:p>
    <w:p>
      <w:r>
        <w:t>[What needs to be done?]</w:t>
      </w:r>
    </w:p>
    <w:p>
      <w:r>
        <w:t>[The main thing is that the situation is difficult, the people suffer very, very, very much</w:t>
      </w:r>
    </w:p>
    <w:p>
      <w:r>
        <w:t>Everyone feels that it is not true, that Am Yisroel needs leadership]</w:t>
      </w:r>
    </w:p>
    <w:p>
      <w:r>
        <w:t>{Ah, ah}, yes</w:t>
      </w:r>
    </w:p>
    <w:p>
      <w:r>
        <w:t>[Yes, yes, and they feel it, and truly feel that this is the time</w:t>
      </w:r>
    </w:p>
    <w:p>
      <w:r>
        <w:t>That something very special needs to happen to Am Yisroel]</w:t>
      </w:r>
    </w:p>
    <w:p>
      <w:r>
        <w:t>{...}</w:t>
      </w:r>
    </w:p>
    <w:p>
      <w:r>
        <w:t>[Yes, what is it?]</w:t>
      </w:r>
    </w:p>
    <w:p>
      <w:r>
        <w:t>And we, we merited, you merited]</w:t>
      </w:r>
    </w:p>
    <w:p>
      <w:r>
        <w:t>Yo</w:t>
      </w:r>
    </w:p>
    <w:p>
      <w:r>
        <w:t>[To this note, this photograph, th.. to the original note, do you have the original?]</w:t>
      </w:r>
    </w:p>
    <w:p>
      <w:r>
        <w:t>Yo, it is in Tzfas, it is with Tzion</w:t>
      </w:r>
    </w:p>
    <w:p>
      <w:r>
        <w:t>[Baruch Hashem, this note is awakening many people in Am Yisroel, who do know about it, but still not all of Am Yisroel knows about it]</w:t>
      </w:r>
    </w:p>
    <w:p>
      <w:r>
        <w:t>[How?]</w:t>
      </w:r>
    </w:p>
    <w:p>
      <w:r>
        <w:t>Not everyone, {not yet]</w:t>
      </w:r>
    </w:p>
    <w:p>
      <w:r>
        <w:t>[How, how Am Yisroel, Am Yisroel today wants to know</w:t>
      </w:r>
    </w:p>
    <w:p>
      <w:r>
        <w:t>Wants to know today what it needs, how it can enter into a different state</w:t>
      </w:r>
    </w:p>
    <w:p>
      <w:r>
        <w:t>They are seeking a way, they are seeking, they do..]</w:t>
      </w:r>
    </w:p>
    <w:p>
      <w:r>
        <w:t>[How to..]</w:t>
      </w:r>
    </w:p>
    <w:p>
      <w:r>
        <w:t>[Strikes, hunger strikes]</w:t>
      </w:r>
    </w:p>
    <w:p>
      <w:r>
        <w:t>[How..]</w:t>
      </w:r>
    </w:p>
    <w:p>
      <w:r>
        <w:t>Yes?</w:t>
      </w:r>
    </w:p>
    <w:p>
      <w:r>
        <w:t>[They go on hunger strike beside the Knesset, and in “Kings of Is..”, in.. in.. in.. in “Kings of Israel Square”</w:t>
      </w:r>
    </w:p>
    <w:p>
      <w:r>
        <w:t>“Kings of Israel Square” is it called?]</w:t>
      </w:r>
    </w:p>
    <w:p>
      <w:r>
        <w:t>[Do not go on at length, I want him to speak]</w:t>
      </w:r>
    </w:p>
    <w:p>
      <w:r>
        <w:t>[There are many..]</w:t>
      </w:r>
    </w:p>
    <w:p>
      <w:r>
        <w:t>[How]</w:t>
      </w:r>
    </w:p>
    <w:p>
      <w:r>
        <w:t>[All right, it will awaken]</w:t>
      </w:r>
    </w:p>
    <w:p>
      <w:r>
        <w:t>[Yes, how ….]</w:t>
      </w:r>
    </w:p>
    <w:p>
      <w:r>
        <w:t>[How?]</w:t>
      </w:r>
    </w:p>
    <w:p>
      <w:r>
        <w:t>[The redemption]</w:t>
      </w:r>
    </w:p>
    <w:p>
      <w:r>
        <w:t>[How, how, how Am Yisroel, what about Am Yisroel today.. there is “Avi HaNachal”]</w:t>
      </w:r>
    </w:p>
    <w:p>
      <w:r>
        <w:t>[What to do?]</w:t>
      </w:r>
    </w:p>
    <w:p>
      <w:r>
        <w:t>What, what does Am Yisroel need to do today in order to get out of this state?</w:t>
      </w:r>
    </w:p>
    <w:p>
      <w:r>
        <w:t>Am Yisroel today cries out, does not know where to cry out, they cry out, the souls cry out “Help”] but one sees th.. that everyone is drawn to Rabbainu Rebbe Nachman</w:t>
      </w:r>
    </w:p>
    <w:p>
      <w:r>
        <w:t>All the people throughout the whole world are drawn to Rabbainu Rebbe Nachman, and it is not for nothing</w:t>
      </w:r>
    </w:p>
    <w:p>
      <w:r>
        <w:t>It, and there are in this, there are in this wondrous matters that we do not know</w:t>
      </w:r>
    </w:p>
    <w:p>
      <w:r>
        <w:t>Suddenly Rebbe Nachman became publicized, and this note became publicized, which had been secret for fifty years</w:t>
      </w:r>
    </w:p>
    <w:p>
      <w:r>
        <w:t>[Seventy, seventy]</w:t>
      </w:r>
    </w:p>
    <w:p>
      <w:r>
        <w:t>Sixty years</w:t>
      </w:r>
    </w:p>
    <w:p>
      <w:r>
        <w:t>[Sixty-seven, yes]</w:t>
      </w:r>
    </w:p>
    <w:p>
      <w:r>
        <w:t>Yes, it was secret, and the whole world knew and not, and neither the country nor any, anyone</w:t>
      </w:r>
    </w:p>
    <w:p>
      <w:r>
        <w:t>[Yes, until..]</w:t>
      </w:r>
    </w:p>
    <w:p>
      <w:r>
        <w:t>It only became publicized miraculously, it is found</w:t>
      </w:r>
    </w:p>
    <w:p>
      <w:r>
        <w:t>The note is found, and miraculously it has become publicized now, yes</w:t>
      </w:r>
    </w:p>
    <w:p>
      <w:r>
        <w:t>[What should be done with it?]</w:t>
      </w:r>
    </w:p>
    <w:p>
      <w:r>
        <w:t>[What, what does Am Yisroel do with the note?]</w:t>
      </w:r>
    </w:p>
    <w:p>
      <w:r>
        <w:t>Ah?</w:t>
      </w:r>
    </w:p>
    <w:p>
      <w:r>
        <w:t>[What do the people of Israel need to do now that the miracle of the Petek has been revealed?</w:t>
      </w:r>
    </w:p>
    <w:p>
      <w:r>
        <w:t>What, what do the people of Israel need to..]</w:t>
      </w:r>
    </w:p>
    <w:p>
      <w:r>
        <w:t>The main thing is that we need to publicize Rabbainu's name, upon whom all of us and the entire world depend</w:t>
      </w:r>
    </w:p>
    <w:p>
      <w:r>
        <w:t>“The main thing and the foundation upon which everything depends is to draw close to the true tzaddik,” to our holy Rabbainu</w:t>
      </w:r>
    </w:p>
    <w:p>
      <w:r>
        <w:t>If we do not look at the rabbis and.. and at the falsehood</w:t>
      </w:r>
    </w:p>
    <w:p>
      <w:r>
        <w:t>The people themselves will choose Rabbainu for themselves; that is enough</w:t>
      </w:r>
    </w:p>
    <w:p>
      <w:r>
        <w:t>That is the rectification for all the rabbis, for all the falsehood, a complete rectification</w:t>
      </w:r>
    </w:p>
    <w:p>
      <w:r>
        <w:t>And we will emerge from exile, and merit the Redemption for which we have..</w:t>
      </w:r>
    </w:p>
    <w:p>
      <w:r>
        <w:t>[..]</w:t>
      </w:r>
    </w:p>
    <w:p>
      <w:r>
        <w:t>been hoping so many years</w:t>
      </w:r>
    </w:p>
    <w:p>
      <w:r>
        <w:t>[Let him speak]</w:t>
      </w:r>
    </w:p>
    <w:p>
      <w:r>
        <w:t>Yes, now it is the end of the time, the end of the time, we are hoping</w:t>
      </w:r>
    </w:p>
    <w:p>
      <w:r>
        <w:t>There are still two hundred years, nu, this, this too is a lot for us, but we do not know, do not, do not know; our holy Rabbainu already revealed the End; there is a book, a book, ah..</w:t>
      </w:r>
    </w:p>
    <w:p>
      <w:r>
        <w:t>[“Megillas Sesarim”]</w:t>
      </w:r>
    </w:p>
    <w:p>
      <w:r>
        <w:t>“Megillas Sesarim,” there our holy Rabbainu revealed the order of Mashiach's coming</w:t>
      </w:r>
    </w:p>
    <w:p>
      <w:r>
        <w:t>And when he will come, in which month, on which day, but this is hidden from us; we do not, do not know</w:t>
      </w:r>
    </w:p>
    <w:p>
      <w:r>
        <w:t>It was written; this too is good, it, it was written in initial letters, but in it is the whole, whole matter of Mashiach's coming</w:t>
      </w:r>
    </w:p>
    <w:p>
      <w:r>
        <w:t>The whole matter, how he will come, when he will come, and.. yes</w:t>
      </w:r>
    </w:p>
    <w:p>
      <w:r>
        <w:t>[The “Na Naḥ,” Rabbainu's signature]</w:t>
      </w:r>
    </w:p>
    <w:p>
      <w:r>
        <w:t>Yoa</w:t>
      </w:r>
    </w:p>
    <w:p>
      <w:r>
        <w:t>[The people of Israel, that they should choose b.., understand from the Petek that the matter of this signature]</w:t>
      </w:r>
    </w:p>
    <w:p>
      <w:r>
        <w:t>Yes</w:t>
      </w:r>
    </w:p>
    <w:p>
      <w:r>
        <w:t>[It is an important signature; what do the people of Israel, the people of Israel need to do with, with Rabbainu's name?</w:t>
      </w:r>
    </w:p>
    <w:p>
      <w:r>
        <w:t>Can they draw close through this, through this name?]</w:t>
      </w:r>
    </w:p>
    <w:p>
      <w:r>
        <w:t>I know nothing; I know only that there is a signature from Rabbainu..</w:t>
      </w:r>
    </w:p>
    <w:p>
      <w:r>
        <w:t>[Is this efficacious..?]</w:t>
      </w:r>
    </w:p>
    <w:p>
      <w:r>
        <w:t>In this Petek, and one sees that this is not, not, that this is not the work of human hands</w:t>
      </w:r>
    </w:p>
    <w:p>
      <w:r>
        <w:t>It is a matter above nature</w:t>
      </w:r>
    </w:p>
    <w:p>
      <w:r>
        <w:t>[Is it good that they should say this?]</w:t>
      </w:r>
    </w:p>
    <w:p>
      <w:r>
        <w:t>Huh?</w:t>
      </w:r>
    </w:p>
    <w:p>
      <w:r>
        <w:t>[That they should say this name, that the people of Israel should say or sing this name, “Na Naḥ”]</w:t>
      </w:r>
    </w:p>
    <w:p>
      <w:r>
        <w:t>Yes, yes</w:t>
      </w:r>
    </w:p>
    <w:p>
      <w:r>
        <w:t>[This, this brings the.. closer, this will bring the Redemption closer, that they should say or mention his name]</w:t>
      </w:r>
    </w:p>
    <w:p>
      <w:r>
        <w:t>Then let his name be publicized throughout the entire world, and this is his name</w:t>
      </w:r>
    </w:p>
    <w:p>
      <w:r>
        <w:t>“Na Naḥ” is the main thing; it includes within it all the Redemption and all, and all, and all the salvations..</w:t>
      </w:r>
    </w:p>
    <w:p>
      <w:r>
        <w:t>[In what way?]</w:t>
      </w:r>
    </w:p>
    <w:p>
      <w:r>
        <w:t>Included in this name, because the main thing depends on Rabbainu, yes</w:t>
      </w:r>
    </w:p>
    <w:p>
      <w:r>
        <w:t>The main Redemption, the main coming of Mashiach depends on drawing close to the tzaddikim</w:t>
      </w:r>
    </w:p>
    <w:p>
      <w:r>
        <w:t>That the world should know that there are tzaddi.., there are such tzaddikim, Rabbainu and his students, our holy Rabbainu and his people</w:t>
      </w:r>
    </w:p>
    <w:p>
      <w:r>
        <w:t>This is the main Redemption; it depends on this</w:t>
      </w:r>
    </w:p>
    <w:p>
      <w:r>
        <w:t>And it is permissible to make known and publicize to all, to all the people of Israel, yes</w:t>
      </w:r>
    </w:p>
    <w:p>
      <w:r>
        <w:t>Until now there was not, not, not a possibility of speaking about this</w:t>
      </w:r>
    </w:p>
    <w:p>
      <w:r>
        <w:t>Because the world, the world was.., they did not, did not want to draw close</w:t>
      </w:r>
    </w:p>
    <w:p>
      <w:r>
        <w:t>But now, even now, as we are</w:t>
      </w:r>
    </w:p>
    <w:p>
      <w:r>
        <w:t>If we draw close to Rabbainu Rebbe Nachman, then there will be, Mashiach will come and there will be the Redemption</w:t>
      </w:r>
    </w:p>
    <w:p>
      <w:r>
        <w:t>And there will be such miracles and wonders as never existed</w:t>
      </w:r>
    </w:p>
    <w:p>
      <w:r>
        <w:t>More wondrous than the Exodus from Egypt, and than all the miracles in the Torah, yes</w:t>
      </w:r>
    </w:p>
    <w:p>
      <w:r>
        <w:t>This is what Rabbainu says; this is not—we do not {…} anything</w:t>
      </w:r>
    </w:p>
    <w:p>
      <w:r>
        <w:t>Our holy Rabbainu made known and revealed a drop from the sea of this</w:t>
      </w:r>
    </w:p>
    <w:p>
      <w:r>
        <w:t>In “Sefer HaMidos” there is the statement from Rabbainu that he revealed:</w:t>
      </w:r>
    </w:p>
    <w:p>
      <w:r>
        <w:t>“The coming of Mashiach depends on drawing close, on drawing close to the tzaddikim”</w:t>
      </w:r>
    </w:p>
    <w:p>
      <w:r>
        <w:t>Nu, {after all} we know, these words of Rabbainu are, are, are springs</w:t>
      </w:r>
    </w:p>
    <w:p>
      <w:r>
        <w:t>Every statement is a spring of wisdom that.. that.. {….}</w:t>
      </w:r>
    </w:p>
    <w:p>
      <w:r>
        <w:t>And this matter too, Rabbainu revealed, revealed..</w:t>
      </w:r>
    </w:p>
    <w:p>
      <w:r>
        <w:t>That “the coming of Mashiach depends on drawing close to the tzaddikim”</w:t>
      </w:r>
    </w:p>
    <w:p>
      <w:r>
        <w:t>And we know what this is, who, who the tzaddikim are</w:t>
      </w:r>
    </w:p>
    <w:p>
      <w:r>
        <w:t>Rabbainu and his true people, not the liars; there are many liars, Breslov, in Breslov, yes</w:t>
      </w:r>
    </w:p>
    <w:p>
      <w:r>
        <w:t>There are liars, but, but this does not, not, this does not, enter into consideration; this, this is not Breslov</w:t>
      </w:r>
    </w:p>
    <w:p>
      <w:r>
        <w:t>Breslov is only truth; falsehood, not Breslov</w:t>
      </w:r>
    </w:p>
    <w:p>
      <w:r>
        <w:t>[Can one.. can one say that drawing close to the true tzaddik</w:t>
      </w:r>
    </w:p>
    <w:p>
      <w:r>
        <w:t>The drawing close for a secular person, a person who knows nothing..]</w:t>
      </w:r>
    </w:p>
    <w:p>
      <w:r>
        <w:t>To.. to “tzaddikim,” this is plural language, and they are the tzaddikim</w:t>
      </w:r>
    </w:p>
    <w:p>
      <w:r>
        <w:t>Rabbainu is the main one, and his holy student Rebbe Nassan</w:t>
      </w:r>
    </w:p>
    <w:p>
      <w:r>
        <w:t>[But a Jew in the street today, who wants to draw close to Rabbainu, and does not know a Torah book and knows nothing] Nu</w:t>
      </w:r>
    </w:p>
    <w:p>
      <w:r>
        <w:t>[Whether for him, to draw close to Rabbainu through mentioning his name, what is written in the Petek</w:t>
      </w:r>
    </w:p>
    <w:p>
      <w:r>
        <w:t>Whether this will open for him, help him draw close to the tzaddik?]</w:t>
      </w:r>
    </w:p>
    <w:p>
      <w:r>
        <w:t>Yes, yes, yes</w:t>
      </w:r>
    </w:p>
    <w:p>
      <w:r>
        <w:t>Let him mention at every time of trouble, at every time and at every hour, “Na Naḥ”; let him sing it, and let him sing joyfully</w:t>
      </w:r>
    </w:p>
    <w:p>
      <w:r>
        <w:t>[How?]</w:t>
      </w:r>
    </w:p>
    <w:p>
      <w:r>
        <w:t>Yes</w:t>
      </w:r>
    </w:p>
    <w:p>
      <w:r>
        <w:t>[How?]</w:t>
      </w:r>
    </w:p>
    <w:p>
      <w:r>
        <w:t>This, this, this is an easy thing, and this is the main thing, everything, because the main thing is Rabbainu Rebbe Nachman</w:t>
      </w:r>
    </w:p>
    <w:p>
      <w:r>
        <w:t>“Na Naḥ Naḥma Naḥman” is ‘simple, doubled, tripled, quadrupled’</w:t>
      </w:r>
    </w:p>
    <w:p>
      <w:r>
        <w:t>In ten letters, and they are the ten types of melody that he revealed, ten types of melody that.. that he revealed</w:t>
      </w:r>
    </w:p>
    <w:p>
      <w:r>
        <w:t>Everything depends on this, the entire Redemption</w:t>
      </w:r>
    </w:p>
    <w:p>
      <w:r>
        <w:t>Only to say in the morning Na Na.., aloud, “Na Naḥ,” to sing joyfully, yes, “Na Naḥ”</w:t>
      </w:r>
    </w:p>
    <w:p>
      <w:r>
        <w:t>{{…}}</w:t>
      </w:r>
    </w:p>
    <w:p>
      <w:r>
        <w:t>[{..}]</w:t>
      </w:r>
    </w:p>
    <w:p>
      <w:r>
        <w:t>And through this everyone will draw close to Rabbainu, and this is the main Redemption</w:t>
      </w:r>
    </w:p>
    <w:p>
      <w:r>
        <w:t>The main Redemption is Rabbainu; this name “Na Naḥ,” this, this, this is the main Redemption</w:t>
      </w:r>
    </w:p>
    <w:p>
      <w:r>
        <w:t>“Na Naḥ Naḥma Naḥman.. MeUman”</w:t>
      </w:r>
    </w:p>
    <w:p>
      <w:r>
        <w:t>On this depends {{the power of}} the main Redemption</w:t>
      </w:r>
    </w:p>
    <w:p>
      <w:r>
        <w:t>[And the people of Is.., the people..]</w:t>
      </w:r>
    </w:p>
    <w:p>
      <w:r>
        <w:t>And this is efficacious for everyone, in general and in particular; everyone who.. who.. who will pray and.. and.. and say aloud</w:t>
      </w:r>
    </w:p>
    <w:p>
      <w:r>
        <w:t>And the merit, the merit of our holy Rabbainu will protect us and all Israel</w:t>
      </w:r>
    </w:p>
    <w:p>
      <w:r>
        <w:t>The merit, the merit of “Na Naḥ Naḥma Naḥman MeUman,” yes</w:t>
      </w:r>
    </w:p>
    <w:p>
      <w:r>
        <w:t>Nu, and.. and.. the world is far from this</w:t>
      </w:r>
    </w:p>
    <w:p>
      <w:r>
        <w:t>[No, the world..]</w:t>
      </w:r>
    </w:p>
    <w:p>
      <w:r>
        <w:t>[Right]</w:t>
      </w:r>
    </w:p>
    <w:p>
      <w:r>
        <w:t>[They are looking for this]</w:t>
      </w:r>
    </w:p>
    <w:p>
      <w:r>
        <w:t>No</w:t>
      </w:r>
    </w:p>
    <w:p>
      <w:r>
        <w:t>[They, ah, if we tell the world, if you tell the world]</w:t>
      </w:r>
    </w:p>
    <w:p>
      <w:r>
        <w:t>Yes</w:t>
      </w:r>
    </w:p>
    <w:p>
      <w:r>
        <w:t>[The world today, even those who are most distant]</w:t>
      </w:r>
    </w:p>
    <w:p>
      <w:r>
        <w:t>Yoa</w:t>
      </w:r>
    </w:p>
    <w:p>
      <w:r>
        <w:t>[They are looking for a very simple path]</w:t>
      </w:r>
    </w:p>
    <w:p>
      <w:r>
        <w:t>Yes</w:t>
      </w:r>
    </w:p>
    <w:p>
      <w:r>
        <w:t>[And a very appealing thing and a very easy one]</w:t>
      </w:r>
    </w:p>
    <w:p>
      <w:r>
        <w:t>Easy</w:t>
      </w:r>
    </w:p>
    <w:p>
      <w:r>
        <w:t>[In order to draw close to holiness, to draw close to the tzaddikim]</w:t>
      </w:r>
    </w:p>
    <w:p>
      <w:r>
        <w:t>Nu, we need to publicize this, that the main Redemption depends on Rabbainu Rebbe Nachman</w:t>
      </w:r>
    </w:p>
    <w:p>
      <w:r>
        <w:t>To draw close to him; what does drawing close mean? To study his books and fulfill them</w:t>
      </w:r>
    </w:p>
    <w:p>
      <w:r>
        <w:t>Then everything will be, then there will be the complete Redemption</w:t>
      </w:r>
    </w:p>
    <w:p>
      <w:r>
        <w:t>[And what is Rabbainu's main counsel? What is the main service?]</w:t>
      </w:r>
    </w:p>
    <w:p>
      <w:r>
        <w:t>And this, this is the main service, the main thing Rabbainu revealed, such truth that does not, that there is no such truth in the world</w:t>
      </w:r>
    </w:p>
    <w:p>
      <w:r>
        <w:t>And his true people too, they have a share in this</w:t>
      </w:r>
    </w:p>
    <w:p>
      <w:r>
        <w:t>And this is the main thing for which we need to fight and overcome all the enemies, all..</w:t>
      </w:r>
    </w:p>
    <w:p>
      <w:r>
        <w:t>And there will be such wonders that the entire world, all the gentiles will become Jewish, yes</w:t>
      </w:r>
    </w:p>
    <w:p>
      <w:r>
        <w:t>And there will be such wonders that everyone will see with their own eyes the, the, the blessed Hashem and the Torah and the faith and.. this, this is our holy Rabbainu; within the power of every statement that he revealed in the world, that is from him and from his student Rebbe Nassan—the “Likutay Halachos,” the “Likutay Moharan”—every statement of theirs is the rectification of the entire world</w:t>
      </w:r>
    </w:p>
    <w:p>
      <w:r>
        <w:t>And through this Mashiach will come and there will be the complete Redemption</w:t>
      </w:r>
    </w:p>
    <w:p>
      <w:r>
        <w:t>The entire Redemption depends on Rabbainu Rebbe Nachman</w:t>
      </w:r>
    </w:p>
    <w:p>
      <w:r>
        <w:t>That we should merit to draw close to him, to study his books in truth, {and to be fulfilled}, and to fulfill them, yes</w:t>
      </w:r>
    </w:p>
    <w:p>
      <w:r>
        <w:t>He will reveal and guide us to the entire Torah, to all..</w:t>
      </w:r>
    </w:p>
    <w:p>
      <w:r>
        <w:t>This is the main thing, this is the main root and the main thing: Rabbainu Rebbe Nachman</w:t>
      </w:r>
    </w:p>
    <w:p>
      <w:r>
        <w:t>Every teaching, every statement, every tale, every conversation that he revealed in the world is all our vitality and our hope</w:t>
      </w:r>
    </w:p>
    <w:p>
      <w:r>
        <w:t>And through this there will be the Redemption</w:t>
      </w:r>
    </w:p>
    <w:p>
      <w:r>
        <w:t>This is a matter known to us by tradition, {yes}</w:t>
      </w:r>
    </w:p>
    <w:p>
      <w:r>
        <w:t>And one sees tangibly that the controversy that was over Breslov, this was the matter of the redemption</w:t>
      </w:r>
    </w:p>
    <w:p>
      <w:r>
        <w:t>It has been cooking {…..}, s.. since the time Rabbainu was in the world, and it has been cooking, cooking</w:t>
      </w:r>
    </w:p>
    <w:p>
      <w:r>
        <w:t>[So it is already quite close, right? It has already been cooking for a long time, so it is already very close]…</w:t>
      </w:r>
    </w:p>
    <w:p>
      <w:r>
        <w:br w:type="page"/>
      </w:r>
    </w:p>
    <w:p>
      <w:pPr>
        <w:pStyle w:val="Heading1"/>
      </w:pPr>
      <w:r>
        <w:t>Tape 114</w:t>
      </w:r>
    </w:p>
    <w:p>
      <w:pPr>
        <w:pStyle w:val="Heading2"/>
      </w:pPr>
      <w:r>
        <w:t>Side A (Aleph)</w:t>
      </w:r>
    </w:p>
    <w:p>
      <w:r>
        <w:t>...[So it is already quite close, right? It has already been cooking for a long time, so it is already very close]</w:t>
      </w:r>
    </w:p>
    <w:p>
      <w:r>
        <w:t>[The matter is very close, the complete redemption, the coming of Mashiach?]</w:t>
      </w:r>
    </w:p>
    <w:p>
      <w:r>
        <w:t>Certainly, at any moment that it will be..</w:t>
      </w:r>
    </w:p>
    <w:p>
      <w:r>
        <w:t>The people of Yisroel will draw close to Rabbainu and will not listen to all the rabbis, to all, all the opponents, yes</w:t>
      </w:r>
    </w:p>
    <w:p>
      <w:r>
        <w:t>Then the redemption will be immediately, yes</w:t>
      </w:r>
    </w:p>
    <w:p>
      <w:r>
        <w:t>[And those who are distant will say "Na Na-ch," this is what they need, they simply need..]</w:t>
      </w:r>
    </w:p>
    <w:p>
      <w:r>
        <w:t>No</w:t>
      </w:r>
    </w:p>
    <w:p>
      <w:r>
        <w:t>[This will draw them close, this will bring them?]</w:t>
      </w:r>
    </w:p>
    <w:p>
      <w:r>
        <w:t>First of all</w:t>
      </w:r>
    </w:p>
    <w:p>
      <w:r>
        <w:t>[To accept]</w:t>
      </w:r>
    </w:p>
    <w:p>
      <w:r>
        <w:t>Whoever will accept, will accept, will accept, and..</w:t>
      </w:r>
    </w:p>
    <w:p>
      <w:r>
        <w:t>Even one person who draws close to Rabbainu, this is the drawing close of the redemption, yes</w:t>
      </w:r>
    </w:p>
    <w:p>
      <w:r>
        <w:t>Yes, this thing is known to everyone</w:t>
      </w:r>
    </w:p>
    <w:p>
      <w:r>
        <w:t>And they can see, no, yes, and understand, that such stories have not been, do not exist in the world, have not been</w:t>
      </w:r>
    </w:p>
    <w:p>
      <w:r>
        <w:t>Only "Mashiach will give an explanation of the stories, and also of the "Likutay Moharan," yes</w:t>
      </w:r>
    </w:p>
    <w:p>
      <w:r>
        <w:t>And this, this is the vitality of the entire world, of all the people of Yisroel, and of the entire world, the rectification of the entire world</w:t>
      </w:r>
    </w:p>
    <w:p>
      <w:r>
        <w:t>This is a new matter, the matter of the complete redemption, after which there will be no exile</w:t>
      </w:r>
    </w:p>
    <w:p>
      <w:r>
        <w:t>Now the redemption, there were several, there were redemptions, and after them there was exile</w:t>
      </w:r>
    </w:p>
    <w:p>
      <w:r>
        <w:t>But now this redemption, after it there will already be no exile, yes</w:t>
      </w:r>
    </w:p>
    <w:p>
      <w:r>
        <w:t>And there will be such miracles and wonders in the world, th.. th..</w:t>
      </w:r>
    </w:p>
    <w:p>
      <w:r>
        <w:t>With such revelation, th.. th.. that the entire world will draw close to Hashem, blessed be He</w:t>
      </w:r>
    </w:p>
    <w:p>
      <w:r>
        <w:t>And all the wicked and the heretics and those who are distant and..</w:t>
      </w:r>
    </w:p>
    <w:p>
      <w:r>
        <w:t>They will have a rectification, whatever is possible, they will have a rectification through Rabbainu</w:t>
      </w:r>
    </w:p>
    <w:p>
      <w:r>
        <w:t>That is it, on this depends the main part of our redemption and that of the entire world</w:t>
      </w:r>
    </w:p>
    <w:p>
      <w:r>
        <w:t>This is the main part of the redemption, the books of Rabbainu Rebbe Nachman, yes</w:t>
      </w:r>
    </w:p>
    <w:p>
      <w:r>
        <w:t>To study and fulfill, then there will be a world, another world</w:t>
      </w:r>
    </w:p>
    <w:p>
      <w:r>
        <w:t>This is now in darkness, exile, and we have become very distant</w:t>
      </w:r>
    </w:p>
    <w:p>
      <w:r>
        <w:t>But Rabbainu Rebbe Nachman draws the entire world close, the, the, all those wh.. wh..</w:t>
      </w:r>
    </w:p>
    <w:p>
      <w:r>
        <w:t>Who seem impossible to draw close in any manner in the world, and the holy Rabbainu can do everything</w:t>
      </w:r>
    </w:p>
    <w:p>
      <w:r>
        <w:t>He can rectify and heal and revive and draw close to Hashem, blessed be He, to the Torah, to emunah, everything depends on him, yes, when the people draw close, they will not look at rabbis and opponents, and they, w..</w:t>
      </w:r>
    </w:p>
    <w:p>
      <w:r>
        <w:t>How everyone can see what {there is}, the "Likutay Tefillos"</w:t>
      </w:r>
    </w:p>
    <w:p>
      <w:r>
        <w:t>And what is "Likutay Moharan"</w:t>
      </w:r>
    </w:p>
    <w:p>
      <w:r>
        <w:t>And what is "Likutay Halachos"</w:t>
      </w:r>
    </w:p>
    <w:p>
      <w:r>
        <w:t>And what is "Likutay Eitzos"</w:t>
      </w:r>
    </w:p>
    <w:p>
      <w:r>
        <w:t>This, this will be a new world, this will draw the entire world close to Hashem, blessed be He, and to the Torah and.. yes</w:t>
      </w:r>
    </w:p>
    <w:p>
      <w:r>
        <w:t>Oy vey</w:t>
      </w:r>
    </w:p>
    <w:p>
      <w:r>
        <w:t>["A world of chesed will be built," right?]</w:t>
      </w:r>
    </w:p>
    <w:p>
      <w:r>
        <w:t>[A song of chesed]</w:t>
      </w:r>
    </w:p>
    <w:p>
      <w:r>
        <w:t>[A song]</w:t>
      </w:r>
    </w:p>
    <w:p>
      <w:r>
        <w:t>Chesed</w:t>
      </w:r>
    </w:p>
    <w:p>
      <w:r>
        <w:t>[Seventy-two]</w:t>
      </w:r>
    </w:p>
    <w:p>
      <w:r>
        <w:t>This is seventy-two, chesed, wh.. wh..</w:t>
      </w:r>
    </w:p>
    <w:p>
      <w:r>
        <w:t>{{'Simple, doubled, tripled, fourfold'}}, this is the melody, "Chesed,” yes</w:t>
      </w:r>
    </w:p>
    <w:p>
      <w:r>
        <w:t>Seventy-two strings of the violin, {of the...}</w:t>
      </w:r>
    </w:p>
    <w:p>
      <w:r>
        <w:t>The holy Rabbainu already said: "I have already prepared everything for Mashiach"</w:t>
      </w:r>
    </w:p>
    <w:p>
      <w:r>
        <w:t>He already prepared for us all the salvation, all, all that we need</w:t>
      </w:r>
    </w:p>
    <w:p>
      <w:r>
        <w:t>But they pay no attention, no, and they do not know</w:t>
      </w:r>
    </w:p>
    <w:p>
      <w:r>
        <w:t>So, so it is present in the world, the redemption is present in the world, yes, and they do not know</w:t>
      </w:r>
    </w:p>
    <w:p>
      <w:r>
        <w:t>Only they draw themselves, the entire world draws itself toward Rabbainu</w:t>
      </w:r>
    </w:p>
    <w:p>
      <w:r>
        <w:t>And they say that this is the redemption, the entire world</w:t>
      </w:r>
    </w:p>
    <w:p>
      <w:r>
        <w:t>[Saba, the book "Avi HaNachal"]</w:t>
      </w:r>
    </w:p>
    <w:p>
      <w:r>
        <w:t>Ah?</w:t>
      </w:r>
    </w:p>
    <w:p>
      <w:r>
        <w:t>[The book "Avi HaNachal"]</w:t>
      </w:r>
    </w:p>
    <w:p>
      <w:r>
        <w:t>Yoa</w:t>
      </w:r>
    </w:p>
    <w:p>
      <w:r>
        <w:t>[That you gave, now you gave to.. to President Herzog]</w:t>
      </w:r>
    </w:p>
    <w:p>
      <w:r>
        <w:t>Yoa</w:t>
      </w:r>
    </w:p>
    <w:p>
      <w:r>
        <w:t>[This book, these are letters that you wrote to President Shazar]</w:t>
      </w:r>
    </w:p>
    <w:p>
      <w:r>
        <w:t>Yes, every letter, he told me, President Shazar, he told me:</w:t>
      </w:r>
    </w:p>
    <w:p>
      <w:r>
        <w:t>Every letter that came to him, he immediately went to.. to.. to President Ben Zvi</w:t>
      </w:r>
    </w:p>
    <w:p>
      <w:r>
        <w:t>And the two of them determined that the main thing is Rabbainu Rebbe Nachman, yes</w:t>
      </w:r>
    </w:p>
    <w:p>
      <w:r>
        <w:t>They agreed with the letters, and they were very impressed, both of them, yes</w:t>
      </w:r>
    </w:p>
    <w:p>
      <w:r>
        <w:t>It is a mitzvah to publicize this</w:t>
      </w:r>
    </w:p>
    <w:p>
      <w:r>
        <w:t>That Shazar and Ben Zvi were friends, {…} everyone knows, yes</w:t>
      </w:r>
    </w:p>
    <w:p>
      <w:r>
        <w:t>And at the time that he was president, he would, he would enter to him at every, every time, at any time</w:t>
      </w:r>
    </w:p>
    <w:p>
      <w:r>
        <w:t>And when he received the letter, he saw all the letters, and I was with him and with Ben Zvi as well</w:t>
      </w:r>
    </w:p>
    <w:p>
      <w:r>
        <w:t>He was in Teveria, and I was with him at the hotel, and I gave him as a gift the book "Likutay Halachos" and.. yes</w:t>
      </w:r>
    </w:p>
    <w:p>
      <w:r>
        <w:t>[So what is holding it back?]</w:t>
      </w:r>
    </w:p>
    <w:p>
      <w:r>
        <w:t>But one sees that these letters, the two presidents, the two presidents, they, they, they decided that this is the redemption [President Shazar also saw the Petek, I know]</w:t>
      </w:r>
    </w:p>
    <w:p>
      <w:r>
        <w:t>Ah?</w:t>
      </w:r>
    </w:p>
    <w:p>
      <w:r>
        <w:t>[President Shazar]</w:t>
      </w:r>
    </w:p>
    <w:p>
      <w:r>
        <w:t>Yes</w:t>
      </w:r>
    </w:p>
    <w:p>
      <w:r>
        <w:t>[Saw the Petek]</w:t>
      </w:r>
    </w:p>
    <w:p>
      <w:r>
        <w:t>Yes, yes, certainly</w:t>
      </w:r>
    </w:p>
    <w:p>
      <w:r>
        <w:t>[And what did he say?]</w:t>
      </w:r>
    </w:p>
    <w:p>
      <w:r>
        <w:t>He received it and said: "That this piece of paper will conquer the entire world," that is what he said to me</w:t>
      </w:r>
    </w:p>
    <w:p>
      <w:r>
        <w:t>[Why did he not publicize it? Why did he not reveal it then? What did he say? What was?]</w:t>
      </w:r>
    </w:p>
    <w:p>
      <w:r>
        <w:t>{There was not}</w:t>
      </w:r>
    </w:p>
    <w:p>
      <w:r>
        <w:t>[……]</w:t>
      </w:r>
    </w:p>
    <w:p>
      <w:r>
        <w:t>{…}, the world was completely distant from Breslov</w:t>
      </w:r>
    </w:p>
    <w:p>
      <w:r>
        <w:t>And only now is it possible to speak, because the world draws itself toward Rabbainu</w:t>
      </w:r>
    </w:p>
    <w:p>
      <w:r>
        <w:t>[But he accepted it completely]</w:t>
      </w:r>
    </w:p>
    <w:p>
      <w:r>
        <w:t>Yes, both of them, both of them</w:t>
      </w:r>
    </w:p>
    <w:p>
      <w:r>
        <w:t>[Also, also President Ben Zvi]</w:t>
      </w:r>
    </w:p>
    <w:p>
      <w:r>
        <w:t>Also President Ben Zvi, and with all the letters he went to him, and the two of them read the</w:t>
      </w:r>
    </w:p>
    <w:p>
      <w:r>
        <w:t>the letter, and were very impressed</w:t>
      </w:r>
    </w:p>
    <w:p>
      <w:r>
        <w:t>[So, Mashiach is waiting..]</w:t>
      </w:r>
    </w:p>
    <w:p>
      <w:r>
        <w:t>Only I know this, he told me, Shazar, President Shazar told me</w:t>
      </w:r>
    </w:p>
    <w:p>
      <w:r>
        <w:t>That every letter that came to him, he immediately went to Ben Zvi, to President Ben Zvi, yes</w:t>
      </w:r>
    </w:p>
    <w:p>
      <w:r>
        <w:t>And President Ben Zvi praised the letters greatly, yes</w:t>
      </w:r>
    </w:p>
    <w:p>
      <w:r>
        <w:t>[President Herzog also wrote you a letter..]</w:t>
      </w:r>
    </w:p>
    <w:p>
      <w:r>
        <w:t>Yes, yes, {you have?}..</w:t>
      </w:r>
    </w:p>
    <w:p>
      <w:r>
        <w:t>[I do not, I do not..]</w:t>
      </w:r>
    </w:p>
    <w:p>
      <w:r>
        <w:t>{The wording of..}</w:t>
      </w:r>
    </w:p>
    <w:p>
      <w:r>
        <w:t>[I heard, I remember that he..]</w:t>
      </w:r>
    </w:p>
    <w:p>
      <w:r>
        <w:t>Where, where is the..? Where is the.. this?</w:t>
      </w:r>
    </w:p>
    <w:p>
      <w:r>
        <w:t>It was with B.., with Buchbinder</w:t>
      </w:r>
    </w:p>
    <w:p>
      <w:r>
        <w:t>[Yes, that he greatly appreciates..]</w:t>
      </w:r>
    </w:p>
    <w:p>
      <w:r>
        <w:t>They need, they need to tell him that it is mine</w:t>
      </w:r>
    </w:p>
    <w:p>
      <w:r>
        <w:t>[Yes, yes, but..]</w:t>
      </w:r>
    </w:p>
    <w:p>
      <w:r>
        <w:t>[Yes]</w:t>
      </w:r>
    </w:p>
    <w:p>
      <w:r>
        <w:t>So..</w:t>
      </w:r>
    </w:p>
    <w:p>
      <w:r>
        <w:t>[That he..]</w:t>
      </w:r>
    </w:p>
    <w:p>
      <w:r>
        <w:t>So..</w:t>
      </w:r>
    </w:p>
    <w:p>
      <w:r>
        <w:t>[Greatly appreciates it]</w:t>
      </w:r>
    </w:p>
    <w:p>
      <w:r>
        <w:t>Ah?</w:t>
      </w:r>
    </w:p>
    <w:p>
      <w:r>
        <w:t>[He wrote there, that he very, very]</w:t>
      </w:r>
    </w:p>
    <w:p>
      <w:r>
        <w:t>Oh, this is very awesome</w:t>
      </w:r>
    </w:p>
    <w:p>
      <w:r>
        <w:t>[Appreciates the, the..]</w:t>
      </w:r>
    </w:p>
    <w:p>
      <w:r>
        <w:t>Yes</w:t>
      </w:r>
    </w:p>
    <w:p>
      <w:r>
        <w:t>[So now..]</w:t>
      </w:r>
    </w:p>
    <w:p>
      <w:r>
        <w:t>[Thank God]</w:t>
      </w:r>
    </w:p>
    <w:p>
      <w:r>
        <w:t>[Now in practice..]</w:t>
      </w:r>
    </w:p>
    <w:p>
      <w:r>
        <w:t>And it is possible, one can through, ah.. through, ah..</w:t>
      </w:r>
    </w:p>
    <w:p>
      <w:r>
        <w:t>[So these letters draw the people of Yisroel close to Rabbainu, it is good that people should have..] Yes</w:t>
      </w:r>
    </w:p>
    <w:p>
      <w:r>
        <w:t>[The book "Avi HaNachal," it speaks fr..]</w:t>
      </w:r>
    </w:p>
    <w:p>
      <w:r>
        <w:t>Yes, yes, yes, he himself was very impressed by all the letters, by the entire {matter}, yes</w:t>
      </w:r>
    </w:p>
    <w:p>
      <w:r>
        <w:t>And he does not, not, not so quickly does he, he speak such things, what {he} spoke about the letters</w:t>
      </w:r>
    </w:p>
    <w:p>
      <w:r>
        <w:t>[What do we need to do now?]</w:t>
      </w:r>
    </w:p>
    <w:p>
      <w:r>
        <w:t>And one also sees the receipt, but perhaps we need to receive permission from them, to publicize the receipt</w:t>
      </w:r>
    </w:p>
    <w:p>
      <w:r>
        <w:t>[The letter]</w:t>
      </w:r>
    </w:p>
    <w:p>
      <w:r>
        <w:t>He {sent} it to me</w:t>
      </w:r>
    </w:p>
    <w:p>
      <w:r>
        <w:t>[President Herzog]</w:t>
      </w:r>
    </w:p>
    <w:p>
      <w:r>
        <w:t>But, but to publicize it we need to receive permission</w:t>
      </w:r>
    </w:p>
    <w:p>
      <w:r>
        <w:t>[Certainly, certainly]</w:t>
      </w:r>
    </w:p>
    <w:p>
      <w:r>
        <w:t>So we need to speak with Aviva, that she should speak with him, whether he agrees to publicize the letter</w:t>
      </w:r>
    </w:p>
    <w:p>
      <w:r>
        <w:t>It is a great thing</w:t>
      </w:r>
    </w:p>
    <w:p>
      <w:r>
        <w:t>[Yes]</w:t>
      </w:r>
    </w:p>
    <w:p>
      <w:r>
        <w:t>{I}</w:t>
      </w:r>
    </w:p>
    <w:p>
      <w:r>
        <w:t>[Now, when we make a celebration for Saba at the President's Residence]</w:t>
      </w:r>
    </w:p>
    <w:p>
      <w:r>
        <w:t>That is to say..</w:t>
      </w:r>
    </w:p>
    <w:p>
      <w:r>
        <w:t>[Saba..]</w:t>
      </w:r>
    </w:p>
    <w:p>
      <w:r>
        <w:t>Ah.. President Shazar and President Ben Zvi, and President Herzog</w:t>
      </w:r>
    </w:p>
    <w:p>
      <w:r>
        <w:t>[Yes, three]</w:t>
      </w:r>
    </w:p>
    <w:p>
      <w:r>
        <w:t>Three presidents</w:t>
      </w:r>
    </w:p>
    <w:p>
      <w:r>
        <w:t>[Invited]</w:t>
      </w:r>
    </w:p>
    <w:p>
      <w:r>
        <w:t>Yes</w:t>
      </w:r>
    </w:p>
    <w:p>
      <w:r>
        <w:t>[We see that the President's Residence receives you to this very day in..]</w:t>
      </w:r>
    </w:p>
    <w:p>
      <w:r>
        <w:t>Yes</w:t>
      </w:r>
    </w:p>
    <w:p>
      <w:r>
        <w:t>[And we thought that it would be good]</w:t>
      </w:r>
    </w:p>
    <w:p>
      <w:r>
        <w:t>Especially now, after the new "Avi, Avi HaNachal" came out, "Avi HaNachal," they all, they, they, they, they look at me, yes, like, like as a tzaddik [Nu]</w:t>
      </w:r>
    </w:p>
    <w:p>
      <w:r>
        <w:t>Nu..</w:t>
      </w:r>
    </w:p>
    <w:p>
      <w:r>
        <w:t>[So now..]</w:t>
      </w:r>
    </w:p>
    <w:p>
      <w:r>
        <w:t>But this draws close, this book "Avi HaNachal," draws everyone close, everyone</w:t>
      </w:r>
    </w:p>
    <w:p>
      <w:r>
        <w:t>Whoever wh.. reads the book says that it is a wonder, yes</w:t>
      </w:r>
    </w:p>
    <w:p>
      <w:r>
        <w:t>[So we will make a celebration in honor of Saba]</w:t>
      </w:r>
    </w:p>
    <w:p>
      <w:r>
        <w:t>What the president printed, he, he, he, he checked all the letters, and took the essence</w:t>
      </w:r>
    </w:p>
    <w:p>
      <w:r>
        <w:t>And took and brought out, and printed thirty, thirty-two letters</w:t>
      </w:r>
    </w:p>
    <w:p>
      <w:r>
        <w:t>['Lev']</w:t>
      </w:r>
    </w:p>
    <w:p>
      <w:r>
        <w:t>Yes</w:t>
      </w:r>
    </w:p>
    <w:p>
      <w:r>
        <w:t>B.. and with this he opened a gate also to print, {{…}} we need to print all the books of Rabbainu</w:t>
      </w:r>
    </w:p>
    <w:p>
      <w:r>
        <w:t>And also all the letters that still exist, that were not printed</w:t>
      </w:r>
    </w:p>
    <w:p>
      <w:r>
        <w:t>There are with, with.. attorney Yehuda, Yehuda is his name?</w:t>
      </w:r>
    </w:p>
    <w:p>
      <w:r>
        <w:t>[Yes]</w:t>
      </w:r>
    </w:p>
    <w:p>
      <w:r>
        <w:t>In Bnei.., in.. in.. in.. in Tel Aviv</w:t>
      </w:r>
    </w:p>
    <w:p>
      <w:r>
        <w:t>[In Ra'anana or in..]</w:t>
      </w:r>
    </w:p>
    <w:p>
      <w:r>
        <w:t>Ah? No, he is from Ra'anana, he is an attorney in Ra'anana, Yehuda, Yehuda is his name</w:t>
      </w:r>
    </w:p>
    <w:p>
      <w:r>
        <w:t>[Yes, Rubin]</w:t>
      </w:r>
    </w:p>
    <w:p>
      <w:r>
        <w:t>Rubin</w:t>
      </w:r>
    </w:p>
    <w:p>
      <w:r>
        <w:t>[The attorney who was Ra'anana?]</w:t>
      </w:r>
    </w:p>
    <w:p>
      <w:r>
        <w:t>Yoa, yes</w:t>
      </w:r>
    </w:p>
    <w:p>
      <w:r>
        <w:t>[The one who used to take you to the mikveh?]</w:t>
      </w:r>
    </w:p>
    <w:p>
      <w:r>
        <w:t>Yes, yes</w:t>
      </w:r>
    </w:p>
    <w:p>
      <w:r>
        <w:t>[Yes, Rubin]</w:t>
      </w:r>
    </w:p>
    <w:p>
      <w:r>
        <w:t>Rubin</w:t>
      </w:r>
    </w:p>
    <w:p>
      <w:r>
        <w:t>[Yes, Yehuda Rubin]</w:t>
      </w:r>
    </w:p>
    <w:p>
      <w:r>
        <w:t>He</w:t>
      </w:r>
    </w:p>
    <w:p>
      <w:r>
        <w:t>[He has several letters th..]</w:t>
      </w:r>
    </w:p>
    <w:p>
      <w:r>
        <w:t>Several.., there are several letters that they found at the time of the searches</w:t>
      </w:r>
    </w:p>
    <w:p>
      <w:r>
        <w:t>[Ah, in the ar.., in the arch..]</w:t>
      </w:r>
    </w:p>
    <w:p>
      <w:r>
        <w:t>He, he took them, and..</w:t>
      </w:r>
    </w:p>
    <w:p>
      <w:r>
        <w:t>[Good]</w:t>
      </w:r>
    </w:p>
    <w:p>
      <w:r>
        <w:t>And we need to tell him, {that we should photograph} it, photograph it, every letter he, he..</w:t>
      </w:r>
    </w:p>
    <w:p>
      <w:r>
        <w:t>[I also think in the State Archive..]</w:t>
      </w:r>
    </w:p>
    <w:p>
      <w:r>
        <w:t>Ah?</w:t>
      </w:r>
    </w:p>
    <w:p>
      <w:r>
        <w:t>[There are more, also in the ar.., also in the archive of President Shazar there are more letters that we will find, with God's help, that they will find] Yes</w:t>
      </w:r>
    </w:p>
    <w:p>
      <w:r>
        <w:t>[That we still have not, still have not found]</w:t>
      </w:r>
    </w:p>
    <w:p>
      <w:r>
        <w:t>Yes, there are more letters</w:t>
      </w:r>
    </w:p>
    <w:p>
      <w:r>
        <w:t>[To publicize the Petek in every way, on the radio, on television, in every..]</w:t>
      </w:r>
    </w:p>
    <w:p>
      <w:r>
        <w:t>[The Petek, it is possible to publicize it on television and on the radio, and through all the means]</w:t>
      </w:r>
    </w:p>
    <w:p>
      <w:r>
        <w:t>Yes, yes</w:t>
      </w:r>
    </w:p>
    <w:p>
      <w:r>
        <w:t>[Yes, there is no problem]</w:t>
      </w:r>
    </w:p>
    <w:p>
      <w:r>
        <w:t>Yes, yes, yes</w:t>
      </w:r>
    </w:p>
    <w:p>
      <w:r>
        <w:t>[This..]</w:t>
      </w:r>
    </w:p>
    <w:p>
      <w:r>
        <w:t>It is very conducive for anyone who needs a salvation, and has some trouble, he has, whatever he has, some troubles</w:t>
      </w:r>
    </w:p>
    <w:p>
      <w:r>
        <w:t>That they should sing with joy the Name, the Name, and have intention, it can help</w:t>
      </w:r>
    </w:p>
    <w:p>
      <w:r>
        <w:t>To help us, that we should merit, the main thing, to draw close to the Torah, to emunah, true emunah</w:t>
      </w:r>
    </w:p>
    <w:p>
      <w:r>
        <w:t>There are many faiths, there are faiths, the gentiles also have faiths, but everything is falsehood, falsehood</w:t>
      </w:r>
    </w:p>
    <w:p>
      <w:r>
        <w:t>True emunah is a special matter</w:t>
      </w:r>
    </w:p>
    <w:p>
      <w:r>
        <w:t>Oy</w:t>
      </w:r>
    </w:p>
    <w:p>
      <w:r>
        <w:t>[Saba and the friends sing: "Na Na-ch Nachma Nachman Meuman.."]</w:t>
      </w:r>
    </w:p>
    <w:p>
      <w:r>
        <w:t>We need to take, ah.. fr.. this disabled man, the disabled man, what is his name? Yoram?</w:t>
      </w:r>
    </w:p>
    <w:p>
      <w:r>
        <w:t>[Yes, Yoram Vinikur]</w:t>
      </w:r>
    </w:p>
    <w:p>
      <w:r>
        <w:t>{.., he is in Reho.., in Rehovot today}</w:t>
      </w:r>
    </w:p>
    <w:p>
      <w:r>
        <w:t>[Yes, yes, in..]</w:t>
      </w:r>
    </w:p>
    <w:p>
      <w:r>
        <w:t>At night he does not need the car</w:t>
      </w:r>
    </w:p>
    <w:p>
      <w:r>
        <w:t>[Holon, Holon, yes]</w:t>
      </w:r>
    </w:p>
    <w:p>
      <w:r>
        <w:t>Ah?</w:t>
      </w:r>
    </w:p>
    <w:p>
      <w:r>
        <w:t>[In Holon, yes]</w:t>
      </w:r>
    </w:p>
    <w:p>
      <w:r>
        <w:t>In Holon</w:t>
      </w:r>
    </w:p>
    <w:p>
      <w:r>
        <w:t>[Yes]</w:t>
      </w:r>
    </w:p>
    <w:p>
      <w:r>
        <w:t>At night he can give us a car</w:t>
      </w:r>
    </w:p>
    <w:p>
      <w:r>
        <w:t>[He can be with us]</w:t>
      </w:r>
    </w:p>
    <w:p>
      <w:r>
        <w:t>And we will travel</w:t>
      </w:r>
    </w:p>
    <w:p>
      <w:r>
        <w:t>[In all the cities]</w:t>
      </w:r>
    </w:p>
    <w:p>
      <w:r>
        <w:t>With, with, with, ah..</w:t>
      </w:r>
    </w:p>
    <w:p>
      <w:r>
        <w:t>[A loudspeaker]</w:t>
      </w:r>
    </w:p>
    <w:p>
      <w:r>
        <w:t>With a loudspeaker, with a loudspeaker and also..</w:t>
      </w:r>
    </w:p>
    <w:p>
      <w:r>
        <w:t>[With Peteks]</w:t>
      </w:r>
    </w:p>
    <w:p>
      <w:r>
        <w:t>Ah?</w:t>
      </w:r>
    </w:p>
    <w:p>
      <w:r>
        <w:t>[With books, with Peteks]</w:t>
      </w:r>
    </w:p>
    <w:p>
      <w:r>
        <w:t>No, yes, and what, th..</w:t>
      </w:r>
    </w:p>
    <w:p>
      <w:r>
        <w:t>[The melody]</w:t>
      </w:r>
    </w:p>
    <w:p>
      <w:r>
        <w:t>The melody with, of, of.. what is it called?</w:t>
      </w:r>
    </w:p>
    <w:p>
      <w:r>
        <w:t>[On a cassette?]</w:t>
      </w:r>
    </w:p>
    <w:p>
      <w:r>
        <w:t>A cassette, yes</w:t>
      </w:r>
    </w:p>
    <w:p>
      <w:r>
        <w:t>[On a cassette]</w:t>
      </w:r>
    </w:p>
    <w:p>
      <w:r>
        <w:t>Cassettes</w:t>
      </w:r>
    </w:p>
    <w:p>
      <w:r>
        <w:t>[On cassettes]</w:t>
      </w:r>
    </w:p>
    <w:p>
      <w:r>
        <w:t>[Cassettes]</w:t>
      </w:r>
    </w:p>
    <w:p>
      <w:r>
        <w:t>Yes</w:t>
      </w:r>
    </w:p>
    <w:p>
      <w:r>
        <w:t>[Yes, on cassettes]</w:t>
      </w:r>
    </w:p>
    <w:p>
      <w:r>
        <w:t>[Also video]</w:t>
      </w:r>
    </w:p>
    <w:p>
      <w:r>
        <w:t>And we will travel all night in every place</w:t>
      </w:r>
    </w:p>
    <w:p>
      <w:r>
        <w:t>[Ah, ah]</w:t>
      </w:r>
    </w:p>
    <w:p>
      <w:r>
        <w:t>We will make {noise}, we will make noise, we will make noise in the world, that there is Rebbe Nachman of Breslov</w:t>
      </w:r>
    </w:p>
    <w:p>
      <w:r>
        <w:t>[..Saba..]</w:t>
      </w:r>
    </w:p>
    <w:p>
      <w:r>
        <w:t>Yes, they can..</w:t>
      </w:r>
    </w:p>
    <w:p>
      <w:r>
        <w:t>[Tell him that in..]</w:t>
      </w:r>
    </w:p>
    <w:p>
      <w:r>
        <w:t>Speak everything</w:t>
      </w:r>
    </w:p>
    <w:p>
      <w:r>
        <w:t>[Television, it is possible to make noise..]</w:t>
      </w:r>
    </w:p>
    <w:p>
      <w:r>
        <w:t>Yes</w:t>
      </w:r>
    </w:p>
    <w:p>
      <w:r>
        <w:t>[To everyone at once]</w:t>
      </w:r>
    </w:p>
    <w:p>
      <w:r>
        <w:t>And if there will come out, there will be.. ah, obstacles from the government?</w:t>
      </w:r>
    </w:p>
    <w:p>
      <w:r>
        <w:t>[Why, why? Why should there be obstacles? They love Rabbainu]</w:t>
      </w:r>
    </w:p>
    <w:p>
      <w:r>
        <w:t>{….}.. They will say, that they are not being given rest</w:t>
      </w:r>
    </w:p>
    <w:p>
      <w:r>
        <w:t>[Why?]</w:t>
      </w:r>
    </w:p>
    <w:p>
      <w:r>
        <w:t>To sleep, to sleep</w:t>
      </w:r>
    </w:p>
    <w:p>
      <w:r>
        <w:t>[So we will do it..]</w:t>
      </w:r>
    </w:p>
    <w:p>
      <w:r>
        <w:t>[So we will do it in..]</w:t>
      </w:r>
    </w:p>
    <w:p>
      <w:r>
        <w:t>[They will come and dance with us, they will come out of the house]</w:t>
      </w:r>
    </w:p>
    <w:p>
      <w:r>
        <w:t>{Yes}</w:t>
      </w:r>
    </w:p>
    <w:p>
      <w:r>
        <w:t>[In.. in.. in this..]</w:t>
      </w:r>
    </w:p>
    <w:p>
      <w:r>
        <w:t>Yes, in every..</w:t>
      </w:r>
    </w:p>
    <w:p>
      <w:r>
        <w:t>[And also on television]</w:t>
      </w:r>
    </w:p>
    <w:p>
      <w:r>
        <w:t>Throughout Eretz Yisroel</w:t>
      </w:r>
    </w:p>
    <w:p>
      <w:r>
        <w:t>[Also on television, the entire country sees at once]</w:t>
      </w:r>
    </w:p>
    <w:p>
      <w:r>
        <w:t>Ah, yes</w:t>
      </w:r>
    </w:p>
    <w:p>
      <w:r>
        <w:t>[Yes, it is possible to dance and rejoice, and that everyone sees at the same time how we dance and rejoice in..]</w:t>
      </w:r>
    </w:p>
    <w:p>
      <w:r>
        <w:t>Yes</w:t>
      </w:r>
    </w:p>
    <w:p>
      <w:r>
        <w:t>[In Rabbainu]</w:t>
      </w:r>
    </w:p>
    <w:p>
      <w:r>
        <w:t>Yes, yes, yes, we need..</w:t>
      </w:r>
    </w:p>
    <w:p>
      <w:r>
        <w:t>[To do it?]</w:t>
      </w:r>
    </w:p>
    <w:p>
      <w:r>
        <w:t>Speak, there is there</w:t>
      </w:r>
    </w:p>
    <w:p>
      <w:r>
        <w:t>[Yes, yes]</w:t>
      </w:r>
    </w:p>
    <w:p>
      <w:r>
        <w:t>[Ask him, because perhaps we need to hear the clear answer]</w:t>
      </w:r>
    </w:p>
    <w:p>
      <w:r>
        <w:t>{..}..on television</w:t>
      </w:r>
    </w:p>
    <w:p>
      <w:r>
        <w:t>[There is on television]</w:t>
      </w:r>
    </w:p>
    <w:p>
      <w:r>
        <w:t>There is an official there</w:t>
      </w:r>
    </w:p>
    <w:p>
      <w:r>
        <w:t>[Mordechai, ah..]</w:t>
      </w:r>
    </w:p>
    <w:p>
      <w:r>
        <w:t>Mordechai {...}</w:t>
      </w:r>
    </w:p>
    <w:p>
      <w:r>
        <w:t>[Not Mordechai, Huizman, Huizman, Chaim, Chaim]</w:t>
      </w:r>
    </w:p>
    <w:p>
      <w:r>
        <w:t>Yes, Huizman, Huizman</w:t>
      </w:r>
    </w:p>
    <w:p>
      <w:r>
        <w:t>[Huizman]</w:t>
      </w:r>
    </w:p>
    <w:p>
      <w:r>
        <w:t>Yes, that through him we can do on television what we want</w:t>
      </w:r>
    </w:p>
    <w:p>
      <w:r>
        <w:t>He is close to Rabbainu</w:t>
      </w:r>
    </w:p>
    <w:p>
      <w:r>
        <w:t>[So is it good to show this on television? Ask him if it is good, it is a vessel, because it is a vessel that has on it..] Yes, yes, certainly</w:t>
      </w:r>
    </w:p>
    <w:p>
      <w:r>
        <w:t>[No, it is a vessel of controversy]</w:t>
      </w:r>
    </w:p>
    <w:p>
      <w:r>
        <w:t>Certainly</w:t>
      </w:r>
    </w:p>
    <w:p>
      <w:r>
        <w:t>[Ask, ask him, it is a vessel of controversy]</w:t>
      </w:r>
    </w:p>
    <w:p>
      <w:r>
        <w:t>[Even though they make controversy there on television]</w:t>
      </w:r>
    </w:p>
    <w:p>
      <w:r>
        <w:t>{..}..</w:t>
      </w:r>
    </w:p>
    <w:p>
      <w:r>
        <w:t>[We pay no attention to that, Rabbainu..]</w:t>
      </w:r>
    </w:p>
    <w:p>
      <w:r>
        <w:t>{..}</w:t>
      </w:r>
    </w:p>
    <w:p>
      <w:r>
        <w:t>[Rose above all this]</w:t>
      </w:r>
    </w:p>
    <w:p>
      <w:r>
        <w:t>{...}</w:t>
      </w:r>
    </w:p>
    <w:p>
      <w:r>
        <w:t>[It is possible on television to rejoice and dance]</w:t>
      </w:r>
    </w:p>
    <w:p>
      <w:r>
        <w:t>Yes, yes, yes, yes, yes</w:t>
      </w:r>
    </w:p>
    <w:p>
      <w:r>
        <w:t>We will receive true souls, who will come, and we will dance and sing, and make music and sing, yes</w:t>
      </w:r>
    </w:p>
    <w:p>
      <w:r>
        <w:t>[But now ask him..]</w:t>
      </w:r>
    </w:p>
    <w:p>
      <w:r>
        <w:t>And we can also dance in all the streets, in every place, with a car</w:t>
      </w:r>
    </w:p>
    <w:p>
      <w:r>
        <w:t>At every place of, of, ah.. traffic lights, traffic lights</w:t>
      </w:r>
    </w:p>
    <w:p>
      <w:r>
        <w:t>[Yes]</w:t>
      </w:r>
    </w:p>
    <w:p>
      <w:r>
        <w:t>There are that do not.., that one must stand</w:t>
      </w:r>
    </w:p>
    <w:p>
      <w:r>
        <w:t>[Yes, one must stand there]</w:t>
      </w:r>
    </w:p>
    <w:p>
      <w:r>
        <w:t>So we will stand as well</w:t>
      </w:r>
    </w:p>
    <w:p>
      <w:r>
        <w:t>{{I am here and here}}</w:t>
      </w:r>
    </w:p>
    <w:p>
      <w:r>
        <w:t>{…}, we are {sleeping}, why should we sleep?</w:t>
      </w:r>
    </w:p>
    <w:p>
      <w:r>
        <w:t>We need to announce and publicize the truth, it is accepted, yes</w:t>
      </w:r>
    </w:p>
    <w:p>
      <w:r>
        <w:t>The rabbis {they do not}, and Shach and all the rabbis</w:t>
      </w:r>
    </w:p>
    <w:p>
      <w:r>
        <w:t>{No, no, they have no connection to..}, they are rabbis, they {know ….}</w:t>
      </w:r>
    </w:p>
    <w:p>
      <w:r>
        <w:t>But, ah, not, not tzaddikim, {he}, there is much falsehood in them, they seek money and honor and publicity</w:t>
      </w:r>
    </w:p>
    <w:p>
      <w:r>
        <w:t>{This is not.. what.. there is no.., we have no}, we have no affiliation a.., ah, no connection with them, with the truth</w:t>
      </w:r>
    </w:p>
    <w:p>
      <w:r>
        <w:t>{Yes}</w:t>
      </w:r>
    </w:p>
    <w:p>
      <w:r>
        <w:t>["Truth will spring from the earth," in the end the truth will triumph]</w:t>
      </w:r>
    </w:p>
    <w:p>
      <w:r>
        <w:t>[Is it good that the people of Yisroel should hear from you what you said about the rabbis, so that they should know?]</w:t>
      </w:r>
    </w:p>
    <w:p>
      <w:r>
        <w:t>What?</w:t>
      </w:r>
    </w:p>
    <w:p>
      <w:r>
        <w:t>[To make known to.. to the people?]</w:t>
      </w:r>
    </w:p>
    <w:p>
      <w:r>
        <w:t>Yes, {to make known to the people}</w:t>
      </w:r>
    </w:p>
    <w:p>
      <w:r>
        <w:t>[That everything is false]</w:t>
      </w:r>
    </w:p>
    <w:p>
      <w:r>
        <w:t>{.. th..}</w:t>
      </w:r>
    </w:p>
    <w:p>
      <w:r>
        <w:t>[That this is not.., that this is not truth]</w:t>
      </w:r>
    </w:p>
    <w:p>
      <w:r>
        <w:t>This, this is not, they will say about us whatever they will say</w:t>
      </w:r>
    </w:p>
    <w:p>
      <w:r>
        <w:t>But they do not want to submit, they do not seek truth, they seek money and honor, yes, and pride, that is it [Now, the people want..]</w:t>
      </w:r>
    </w:p>
    <w:p>
      <w:r>
        <w:t>[…]</w:t>
      </w:r>
    </w:p>
    <w:p>
      <w:r>
        <w:t>[How long will this take?]</w:t>
      </w:r>
    </w:p>
    <w:p>
      <w:r>
        <w:t>Also, also Levi Yitzchak, I {..}..</w:t>
      </w:r>
    </w:p>
    <w:p>
      <w:r>
        <w:t>[Saba]</w:t>
      </w:r>
    </w:p>
    <w:p>
      <w:r>
        <w:t>[There is no need to begin, there is no need..]</w:t>
      </w:r>
    </w:p>
    <w:p>
      <w:r>
        <w:t>[Saba..]</w:t>
      </w:r>
    </w:p>
    <w:p>
      <w:r>
        <w:t>[How long will this process take?]</w:t>
      </w:r>
    </w:p>
    <w:p>
      <w:r>
        <w:t>[So we will begin to.. to dance and rejoice in the streets</w:t>
      </w:r>
    </w:p>
    <w:p>
      <w:r>
        <w:t>This will not take much time until all the people of Yisroel will want it as well]</w:t>
      </w:r>
    </w:p>
    <w:p>
      <w:r>
        <w:t>Yes, yes..</w:t>
      </w:r>
    </w:p>
    <w:p>
      <w:r>
        <w:t>[The joy]</w:t>
      </w:r>
    </w:p>
    <w:p>
      <w:r>
        <w:t>In every city, in every city</w:t>
      </w:r>
    </w:p>
    <w:p>
      <w:r>
        <w:t>[They will come..]</w:t>
      </w:r>
    </w:p>
    <w:p>
      <w:r>
        <w:t>In every, in ev.., in every village</w:t>
      </w:r>
    </w:p>
    <w:p>
      <w:r>
        <w:t>[Everyone will join]</w:t>
      </w:r>
    </w:p>
    <w:p>
      <w:r>
        <w:t>With a bus..</w:t>
      </w:r>
    </w:p>
    <w:p>
      <w:r>
        <w:t>[The people.., the people of Yisroel are seeking joy today]</w:t>
      </w:r>
    </w:p>
    <w:p>
      <w:r>
        <w:t>I think that he, at night he will give us his vehicle, and we have, there are drivers who know</w:t>
      </w:r>
    </w:p>
    <w:p>
      <w:r>
        <w:t>[Baruch Hashem, Baruch Hashem, we have many drivers]</w:t>
      </w:r>
    </w:p>
    <w:p>
      <w:r>
        <w:t>{Yes}, there is no lack</w:t>
      </w:r>
    </w:p>
    <w:p>
      <w:r>
        <w:t>[Yes]</w:t>
      </w:r>
    </w:p>
    <w:p>
      <w:r>
        <w:t>But a vehicle, he will give, at night he will give</w:t>
      </w:r>
    </w:p>
    <w:p>
      <w:r>
        <w:t>[Yes, yes]</w:t>
      </w:r>
    </w:p>
    <w:p>
      <w:r>
        <w:t>Even during the day when he does not, does not need..</w:t>
      </w:r>
    </w:p>
    <w:p>
      <w:r>
        <w:t>[He will be happy]</w:t>
      </w:r>
    </w:p>
    <w:p>
      <w:r>
        <w:t>{Then he will give}</w:t>
      </w:r>
    </w:p>
    <w:p>
      <w:r>
        <w:t>[He will be happy, he will be happy to give it to us]</w:t>
      </w:r>
    </w:p>
    <w:p>
      <w:r>
        <w:t>[But on television, this is possible in one night, for the entire country to see the Petek, this..]</w:t>
      </w:r>
    </w:p>
    <w:p>
      <w:r>
        <w:t>Yes</w:t>
      </w:r>
    </w:p>
    <w:p>
      <w:r>
        <w:t>[In one night, instead of going through the streets, the entire country in one night, inside in their apartment]</w:t>
      </w:r>
    </w:p>
    <w:p>
      <w:r>
        <w:t>Yes</w:t>
      </w:r>
    </w:p>
    <w:p>
      <w:r>
        <w:t>[They see the joy and participate]</w:t>
      </w:r>
    </w:p>
    <w:p>
      <w:r>
        <w:t>Nu, what he knows, this must be done</w:t>
      </w:r>
    </w:p>
    <w:p>
      <w:r>
        <w:t>[Yes?]</w:t>
      </w:r>
    </w:p>
    <w:p>
      <w:r>
        <w:t>Yoa, yoa, yes</w:t>
      </w:r>
    </w:p>
    <w:p>
      <w:r>
        <w:t>[Saba, I was involved in this for twenty years, tell him that I..]</w:t>
      </w:r>
    </w:p>
    <w:p>
      <w:r>
        <w:t>[For twenty years he worked in this profession]</w:t>
      </w:r>
    </w:p>
    <w:p>
      <w:r>
        <w:t>Nu, nu, {on the contrary, nu, nu}</w:t>
      </w:r>
    </w:p>
    <w:p>
      <w:r>
        <w:t>[To publicize, and to publicize, and to publicize..]</w:t>
      </w:r>
    </w:p>
    <w:p>
      <w:r>
        <w:t>Maybe, maybe he was created for this, yes</w:t>
      </w:r>
    </w:p>
    <w:p>
      <w:r>
        <w:t>Everyone must do what he knows, what he can, he is obligated</w:t>
      </w:r>
    </w:p>
    <w:p>
      <w:r>
        <w:t>And if not, then, then, then it is considered as though he caused all the troubles</w:t>
      </w:r>
    </w:p>
    <w:p>
      <w:r>
        <w:t>The delaying of the redemption and all the troubles that every one of Yisroel suffers, all the people of Yisroel</w:t>
      </w:r>
    </w:p>
    <w:p>
      <w:r>
        <w:t>Then he, he is liable for this, yes</w:t>
      </w:r>
    </w:p>
    <w:p>
      <w:r>
        <w:t>And if he does not, does not, if he knows how to do it, and does not do it</w:t>
      </w:r>
    </w:p>
    <w:p>
      <w:r>
        <w:t>Then, then it is similar as he, as though he killed and he brought Hitler and all the troubles {in the world}</w:t>
      </w:r>
    </w:p>
    <w:p>
      <w:r>
        <w:t>[And if he does it?]</w:t>
      </w:r>
    </w:p>
    <w:p>
      <w:r>
        <w:t>Yes</w:t>
      </w:r>
    </w:p>
    <w:p>
      <w:r>
        <w:t>[And if he does it?]</w:t>
      </w:r>
    </w:p>
    <w:p>
      <w:r>
        <w:t>And if he does it? This is beyond anything, there is no limit, there is no limit to his reward, if he, he must do it, yes</w:t>
      </w:r>
    </w:p>
    <w:p>
      <w:r>
        <w:t>[He almost fainted]</w:t>
      </w:r>
    </w:p>
    <w:p>
      <w:r>
        <w:t>Yes, the truth, the truth, no power in the world can, can stand against the truth</w:t>
      </w:r>
    </w:p>
    <w:p>
      <w:r>
        <w:t>We see, even Rebbe Nachman is one individual, and he, and he does not ask the entire world</w:t>
      </w:r>
    </w:p>
    <w:p>
      <w:r>
        <w:t>He, he says what he wants</w:t>
      </w:r>
    </w:p>
    <w:p>
      <w:r>
        <w:t>There is already such a "Likutay Moharan" and "Likutay," and such a "Likutay Halachos"</w:t>
      </w:r>
    </w:p>
    <w:p>
      <w:r>
        <w:t>And such "Stories" and such "Conversations," and they are sufficient for us</w:t>
      </w:r>
    </w:p>
    <w:p>
      <w:r>
        <w:t>To bring ba.., to bring all the people back in complete teshuvah and to serve Hashem in truth, yes</w:t>
      </w:r>
    </w:p>
    <w:p>
      <w:r>
        <w:t>[Ah]</w:t>
      </w:r>
    </w:p>
    <w:p>
      <w:r>
        <w:t>And when Mashiach comes there will be such wonders that have not, have not..</w:t>
      </w:r>
    </w:p>
    <w:p>
      <w:r>
        <w:t>Because the miracles {th.. th..}, that were, this is only temporary, temporary</w:t>
      </w:r>
    </w:p>
    <w:p>
      <w:r>
        <w:t>{Like th..}.., the Exodus from Egypt, fine, it was five thou.. it was four thousand years ago, there was a miracle and it ended, but the wellsprings of Rabbainu, and all the.. and there will be such miracles, that still have not, not, not, not, not</w:t>
      </w:r>
    </w:p>
    <w:p>
      <w:r>
        <w:t>{The world} does not, does not know, yes, what power, what miracles there are in the world</w:t>
      </w:r>
    </w:p>
    <w:p>
      <w:r>
        <w:t>This is the greatest miracle, that the holy Rabbainu is present in such a world</w:t>
      </w:r>
    </w:p>
    <w:p>
      <w:r>
        <w:t>{He came to..}, he came into the world to draw the world close to Hashem, blessed be He, to the Torah, to the truth</w:t>
      </w:r>
    </w:p>
    <w:p>
      <w:r>
        <w:t>And he said, he said: "I have triumphed and I will triumph, I have finished, I have finished and I will finish"</w:t>
      </w:r>
    </w:p>
    <w:p>
      <w:r>
        <w:t>[What is the meaning?]</w:t>
      </w:r>
    </w:p>
    <w:p>
      <w:r>
        <w:t>The entire world disputed him, {but he is a genius}, the holy Rabbainu says in the "Sefer HaMiddos":</w:t>
      </w:r>
    </w:p>
    <w:p>
      <w:r>
        <w:t>"Hashem.., the Holy One, blessed be He..</w:t>
      </w:r>
    </w:p>
    <w:p>
      <w:r>
        <w:t>[His opinion]</w:t>
      </w:r>
    </w:p>
    <w:p>
      <w:r>
        <w:t>His opinion..</w:t>
      </w:r>
    </w:p>
    <w:p>
      <w:r>
        <w:t>[Inclines]</w:t>
      </w:r>
    </w:p>
    <w:p>
      <w:r>
        <w:t>Always inclines toward the majority, and if the majority are wicked, His opinion does not incline {after them}"</w:t>
      </w:r>
    </w:p>
    <w:p>
      <w:r>
        <w:t>Wicked, not only wicked, murderers, there are wicked murderers, who go with, with</w:t>
      </w:r>
    </w:p>
    <w:p>
      <w:r>
        <w:t>With white socks, and with a large shtreimel, yes, and they, and they are murderers</w:t>
      </w:r>
    </w:p>
    <w:p>
      <w:r>
        <w:t>They conceal the truth from the world, yes</w:t>
      </w:r>
    </w:p>
    <w:p>
      <w:r>
        <w:t>They make themselves out as tzaddikim, that they are tzaddikim, that they know how to help us</w:t>
      </w:r>
    </w:p>
    <w:p>
      <w:r>
        <w:t>The holy Rabbainu said: "{Th.. this} only I can help"</w:t>
      </w:r>
    </w:p>
    <w:p>
      <w:r>
        <w:t>Yes, there are things, where no rectification can reach, and no one can help</w:t>
      </w:r>
    </w:p>
    <w:p>
      <w:r>
        <w:t>But I can do everything, what you cannot, I can</w:t>
      </w:r>
    </w:p>
    <w:p>
      <w:r>
        <w:t>He can do everything, yes</w:t>
      </w:r>
    </w:p>
    <w:p>
      <w:r>
        <w:t>And through this there will be such wondrous matters that will be in the world, yes, there will be such joy</w:t>
      </w:r>
    </w:p>
    <w:p>
      <w:r>
        <w:t>[Can it already be said, that the return to Eretz Yisroel now..]</w:t>
      </w:r>
    </w:p>
    <w:p>
      <w:r>
        <w:t>Yes</w:t>
      </w:r>
    </w:p>
    <w:p>
      <w:r>
        <w:t>This is part of these wonders?]</w:t>
      </w:r>
    </w:p>
    <w:p>
      <w:r>
        <w:t>Ah?</w:t>
      </w:r>
    </w:p>
    <w:p>
      <w:r>
        <w:t>[Now..]</w:t>
      </w:r>
    </w:p>
    <w:p>
      <w:r>
        <w:t>[The aliyah from Russia]</w:t>
      </w:r>
    </w:p>
    <w:p>
      <w:r>
        <w:t>[That they are coming to Eretz Yisroel, the aliyah from Russia, that we came to the soil of Eretz Yisroel]</w:t>
      </w:r>
    </w:p>
    <w:p>
      <w:r>
        <w:t>Yes</w:t>
      </w:r>
    </w:p>
    <w:p>
      <w:r>
        <w:t>[Is this already part of the complete redemption?]</w:t>
      </w:r>
    </w:p>
    <w:p>
      <w:r>
        <w:t>Yes, yes, certainly</w:t>
      </w:r>
    </w:p>
    <w:p>
      <w:r>
        <w:t>[A large part]</w:t>
      </w:r>
    </w:p>
    <w:p>
      <w:r>
        <w:t>You know, even one Jew wh.., who merits to come to Eretz Yisroel</w:t>
      </w:r>
    </w:p>
    <w:p>
      <w:r>
        <w:t>In particular, ah.. they, they know, they are the children of Avraham, Yitzchak, Yaakov</w:t>
      </w:r>
    </w:p>
    <w:p>
      <w:r>
        <w:t>They are not circumcised and they did not circumcise them, they know nothing, "a child who was taken captive"</w:t>
      </w:r>
    </w:p>
    <w:p>
      <w:r>
        <w:t>You.., he has a different law, he was taken captive among the idolaters, he eats non-kosher meat and everything, everything</w:t>
      </w:r>
    </w:p>
    <w:p>
      <w:r>
        <w:t>[The kibbutzniks too?]</w:t>
      </w:r>
    </w:p>
    <w:p>
      <w:r>
        <w:t>Ah?</w:t>
      </w:r>
    </w:p>
    <w:p>
      <w:r>
        <w:t>[Also in Eretz Yisroel, are the kibbutzniks also "children who were taken captive"?]</w:t>
      </w:r>
    </w:p>
    <w:p>
      <w:r>
        <w:t>Yes</w:t>
      </w:r>
    </w:p>
    <w:p>
      <w:r>
        <w:t>[They do not know]</w:t>
      </w:r>
    </w:p>
    <w:p>
      <w:r>
        <w:t>They do not know, this is "children who were taken captive," yes</w:t>
      </w:r>
    </w:p>
    <w:p>
      <w:r>
        <w:t>All this was made from falsehood, such a destruction was made, yes</w:t>
      </w:r>
    </w:p>
    <w:p>
      <w:r>
        <w:t>[So everyone can return in teshuvah?]</w:t>
      </w:r>
    </w:p>
    <w:p>
      <w:r>
        <w:t>Yes</w:t>
      </w:r>
    </w:p>
    <w:p>
      <w:r>
        <w:t>[So everyone can return in teshuvah, the Omnipresent.., the Holy One, blessed be He, has room for everyone]</w:t>
      </w:r>
    </w:p>
    <w:p>
      <w:r>
        <w:t>Yes, {ho, ho}, I.., only I can help them</w:t>
      </w:r>
    </w:p>
    <w:p>
      <w:r>
        <w:t>[The holy Rabbainu]</w:t>
      </w:r>
    </w:p>
    <w:p>
      <w:r>
        <w:t>Yoa, the Beggar said, that the princess fell faint, she received all the bullets with poison, yes</w:t>
      </w:r>
    </w:p>
    <w:p>
      <w:r>
        <w:t>And I heal.., the Beggar said: "And I heal her," then Rabbainu said in the Yiddish language</w:t>
      </w:r>
    </w:p>
    <w:p>
      <w:r>
        <w:t>"Un ikh heyl zi" (“And I heal her”)</w:t>
      </w:r>
    </w:p>
    <w:p>
      <w:r>
        <w:t>"And I," he said, said about himself, he is the "Beggar," he is all the "Beggars"</w:t>
      </w:r>
    </w:p>
    <w:p>
      <w:r>
        <w:t>He is the "Ba'al Tefillah," {….}, the.. the "Berger," the..</w:t>
      </w:r>
    </w:p>
    <w:p>
      <w:r>
        <w:t>{Who knows …}, all the "Likutay Moharan" is Rabbainu, yes</w:t>
      </w:r>
    </w:p>
    <w:p>
      <w:r>
        <w:t>But with great wisdom, one must and must be wise, wise, ah..</w:t>
      </w:r>
    </w:p>
    <w:p>
      <w:r>
        <w:t>[To understand]</w:t>
      </w:r>
    </w:p>
    <w:p>
      <w:r>
        <w:t>And understands on his own, {yes}</w:t>
      </w:r>
    </w:p>
    <w:p>
      <w:r>
        <w:t>["R'osh B'nei Y'isroel"]</w:t>
      </w:r>
    </w:p>
    <w:p>
      <w:r>
        <w:t>{...}</w:t>
      </w:r>
    </w:p>
    <w:p>
      <w:r>
        <w:t>The holy Rabbainu revealed a drop from the sea</w:t>
      </w:r>
    </w:p>
    <w:p>
      <w:r>
        <w:t>Every thing is, it is, it is "a little that holds the much"</w:t>
      </w:r>
    </w:p>
    <w:p>
      <w:r>
        <w:t>A little, one utterance, it holds the entire world, {the much the fourfold iswithout measure} [The essence]</w:t>
      </w:r>
    </w:p>
    <w:p>
      <w:r>
        <w:t>Holds the.. entire world</w:t>
      </w:r>
    </w:p>
    <w:p>
      <w:r>
        <w:t>[Rebbe, Rebbe, Rebbe..]</w:t>
      </w:r>
    </w:p>
    <w:p>
      <w:r>
        <w:t>[The initials spell Rebbe]</w:t>
      </w:r>
    </w:p>
    <w:p>
      <w:r>
        <w:t>Yoa, "R'osh B'nei Y'isroel"</w:t>
      </w:r>
    </w:p>
    <w:p>
      <w:r>
        <w:t>[Yes]</w:t>
      </w:r>
    </w:p>
    <w:p>
      <w:r>
        <w:t>He is the "R'osh B'nei Y'isroel," he is the Rebbe, yes</w:t>
      </w:r>
    </w:p>
    <w:p>
      <w:r>
        <w:t>[The holy Rabbainu is the Rebbe]</w:t>
      </w:r>
    </w:p>
    <w:p>
      <w:r>
        <w:t>{He is the Rebbe}</w:t>
      </w:r>
    </w:p>
    <w:p>
      <w:r>
        <w:t>[He is the “R'osh B'nei Y'isroel”]</w:t>
      </w:r>
    </w:p>
    <w:p>
      <w:r>
        <w:t>{….}, he did not just say this</w:t>
      </w:r>
    </w:p>
    <w:p>
      <w:r>
        <w:t>He, it is he who revealed this, it is he</w:t>
      </w:r>
    </w:p>
    <w:p>
      <w:r>
        <w:t>He is the “R'osh B'nei Y'isroel,” he is the Rebbe</w:t>
      </w:r>
    </w:p>
    <w:p>
      <w:r>
        <w:t>[For He who has mercy on them will lead them]</w:t>
      </w:r>
    </w:p>
    <w:p>
      <w:r>
        <w:t>And also, also “The wicked will be silent in darkness” has the initials Rebbe</w:t>
      </w:r>
    </w:p>
    <w:p>
      <w:r>
        <w:t>Wicked people, murderers, who distance and conceal the truth from the world, yes</w:t>
      </w:r>
    </w:p>
    <w:p>
      <w:r>
        <w:t>Only, they only, they want only money, money and all the lusts, yes, rabbis</w:t>
      </w:r>
    </w:p>
    <w:p>
      <w:r>
        <w:t>[Rabbis]</w:t>
      </w:r>
    </w:p>
    <w:p>
      <w:r>
        <w:t>Yes, there are rabbis like that, certainly, were it not for this..</w:t>
      </w:r>
    </w:p>
    <w:p>
      <w:r>
        <w:t>[“R'abbanim B'choshech Y'idamu”]</w:t>
      </w:r>
    </w:p>
    <w:p>
      <w:r>
        <w:t>What? The holy Rabbainu says:</w:t>
      </w:r>
    </w:p>
    <w:p>
      <w:r>
        <w:t>“Sin does not pertain to.., does not pertain to Yisr.., to..</w:t>
      </w:r>
    </w:p>
    <w:p>
      <w:r>
        <w:t>[To the Jewish man]</w:t>
      </w:r>
    </w:p>
    <w:p>
      <w:r>
        <w:t>To Yisroel</w:t>
      </w:r>
    </w:p>
    <w:p>
      <w:r>
        <w:t>How, and how, how do they come to sins?</w:t>
      </w:r>
    </w:p>
    <w:p>
      <w:r>
        <w:t>The sins pertain only to the gentiles, for us this, this, this does not..</w:t>
      </w:r>
    </w:p>
    <w:p>
      <w:r>
        <w:t>Nu, how, and how do they come to sins? It does not pertain, and how do they come to sins?</w:t>
      </w:r>
    </w:p>
    <w:p>
      <w:r>
        <w:t>They come to sins through the true head of the house, the true tzaddik, being concealed</w:t>
      </w:r>
    </w:p>
    <w:p>
      <w:r>
        <w:t>Because of this all, because of this they are taken to sins, {yes}</w:t>
      </w:r>
    </w:p>
    <w:p>
      <w:r>
        <w:t>The Gemara says: “A person does not commit a sin unless a spirit of folly enters him”</w:t>
      </w:r>
    </w:p>
    <w:p>
      <w:r>
        <w:t>A spirit of folly is the opposite, the opposite of daas, {….}, yes</w:t>
      </w:r>
    </w:p>
    <w:p>
      <w:r>
        <w:t>Through this they come to sins, {only through} daas being concealed, through the Rebbe, Rabbainu</w:t>
      </w:r>
    </w:p>
    <w:p>
      <w:r>
        <w:t>If the world were to accept Rabbainu, oh, oh..</w:t>
      </w:r>
    </w:p>
    <w:p>
      <w:r>
        <w:t>{This will be, will be, will be, yes, this will be}, the time will come, one sees..</w:t>
      </w:r>
    </w:p>
    <w:p>
      <w:r>
        <w:t>I see before, before more than seventy, I see what was seventy years ago and now</w:t>
      </w:r>
    </w:p>
    <w:p>
      <w:r>
        <w:t>One sees the drawing close of the redemption</w:t>
      </w:r>
    </w:p>
    <w:p>
      <w:r>
        <w:t>Heaven forbid, according, according to how we are, it would have been fitting, Heaven forbid, that there be such destruction, may the Merciful One save us, but Hashem, blessed be He, is merciful and gracious, and He brought down the soul of Rabbainu.. to the world</w:t>
      </w:r>
    </w:p>
    <w:p>
      <w:r>
        <w:t>Then already “there is no despair at all in the world,” {then.., yes}</w:t>
      </w:r>
    </w:p>
    <w:p>
      <w:r>
        <w:t>He revealed this, that “there is no despair at all in the world”</w:t>
      </w:r>
    </w:p>
    <w:p>
      <w:r>
        <w:t>But without him the world is chaos and void.. there is despair and there is everything, all the troubles</w:t>
      </w:r>
    </w:p>
    <w:p>
      <w:r>
        <w:t>He revealed: “There is no despair at all in the world”</w:t>
      </w:r>
    </w:p>
    <w:p>
      <w:r>
        <w:t>When I am here, present in the world, then there is already no despair</w:t>
      </w:r>
    </w:p>
    <w:p>
      <w:r>
        <w:t>He can help with everything, only truly, whoever truly wants to return</w:t>
      </w:r>
    </w:p>
    <w:p>
      <w:r>
        <w:t>And he also brings about actions, whatever, even in concealment, when they do not know of him</w:t>
      </w:r>
    </w:p>
    <w:p>
      <w:r>
        <w:t>If he is already present in the world, the “Likutay Moharan” and everything that he revealed</w:t>
      </w:r>
    </w:p>
    <w:p>
      <w:r>
        <w:t>And principally Rabbainu himself, is present in the world, then already, already..</w:t>
      </w:r>
    </w:p>
    <w:p>
      <w:r>
        <w:t>The truth conquers everything</w:t>
      </w:r>
    </w:p>
    <w:p>
      <w:r>
        <w:t>Oy.. Master of the World, {...}</w:t>
      </w:r>
    </w:p>
    <w:p>
      <w:r>
        <w:t>Did you eat? Did you eat?</w:t>
      </w:r>
    </w:p>
    <w:p>
      <w:r>
        <w:t>[Yes, thank God, thank God]</w:t>
      </w:r>
    </w:p>
    <w:p>
      <w:r>
        <w:t>{..}</w:t>
      </w:r>
    </w:p>
    <w:p>
      <w:r>
        <w:t>[Thank God, there is someone {at the door}..]…</w:t>
      </w:r>
    </w:p>
    <w:p>
      <w:r>
        <w:t>...So perhaps they need money?</w:t>
      </w:r>
    </w:p>
    <w:p>
      <w:r>
        <w:t>{…}…</w:t>
      </w:r>
    </w:p>
    <w:p>
      <w:pPr>
        <w:pStyle w:val="Heading2"/>
      </w:pPr>
      <w:r>
        <w:t>Side B (Bais)</w:t>
      </w:r>
    </w:p>
    <w:p>
      <w:r>
        <w:t>...the visitation of a barren woman.., barren women</w:t>
      </w:r>
    </w:p>
    <w:p>
      <w:r>
        <w:t>[“Sippurei Maasiyos?]</w:t>
      </w:r>
    </w:p>
    <w:p>
      <w:r>
        <w:t>Yes</w:t>
      </w:r>
    </w:p>
    <w:p>
      <w:r>
        <w:t>[Yes]</w:t>
      </w:r>
    </w:p>
    <w:p>
      <w:r>
        <w:t>“The visitation of barren women”</w:t>
      </w:r>
    </w:p>
    <w:p>
      <w:r>
        <w:t>[Yes]</w:t>
      </w:r>
    </w:p>
    <w:p>
      <w:r>
        <w:t>[It is truly efficacious]</w:t>
      </w:r>
    </w:p>
    <w:p>
      <w:r>
        <w:t>[Saba, to tell this, to tell this at home?</w:t>
      </w:r>
    </w:p>
    <w:p>
      <w:r>
        <w:t>How does it help with the visitation of barren women? That the husband reads it, and the wife reads it?] Yes.. yes, yes</w:t>
      </w:r>
    </w:p>
    <w:p>
      <w:r>
        <w:t>[Is there a matter of reading it, someone who knows Yiddish, is there a matter of reading specifically in Yiddish or..]</w:t>
      </w:r>
    </w:p>
    <w:p>
      <w:r>
        <w:t>She, she.. ah?</w:t>
      </w:r>
    </w:p>
    <w:p>
      <w:r>
        <w:t>[In the Holy Tongue is it also good, or for someone who knows Yiddish, is it better that he read it in Yiddish?]</w:t>
      </w:r>
    </w:p>
    <w:p>
      <w:r>
        <w:t>It is better for one who knows Yiddish, that is the original</w:t>
      </w:r>
    </w:p>
    <w:p>
      <w:r>
        <w:t>[That is Rabbainu's language]</w:t>
      </w:r>
    </w:p>
    <w:p>
      <w:r>
        <w:t>The holy Rabbainu told it in Yiddish</w:t>
      </w:r>
    </w:p>
    <w:p>
      <w:r>
        <w:t>[Ah]</w:t>
      </w:r>
    </w:p>
    <w:p>
      <w:r>
        <w:t>Yes, and Rebbe Nassan describes how, how the story unfolded, the story of the tales</w:t>
      </w:r>
    </w:p>
    <w:p>
      <w:r>
        <w:t>[Yes]</w:t>
      </w:r>
    </w:p>
    <w:p>
      <w:r>
        <w:t>There were hints with hands and eyes, yes, what there was, very awesome</w:t>
      </w:r>
    </w:p>
    <w:p>
      <w:r>
        <w:t>Because he, he saw, he heard how the holy Rabbainu tells it</w:t>
      </w:r>
    </w:p>
    <w:p>
      <w:r>
        <w:t>[Yes]</w:t>
      </w:r>
    </w:p>
    <w:p>
      <w:r>
        <w:t>[Ah]</w:t>
      </w:r>
    </w:p>
    <w:p>
      <w:r>
        <w:t>And also the tales, it, it is beneficial for a person</w:t>
      </w:r>
    </w:p>
    <w:p>
      <w:r>
        <w:t>Only that he, even though he knows nothing, only that he reads the words, the utterances</w:t>
      </w:r>
    </w:p>
    <w:p>
      <w:r>
        <w:t>[Even without understanding the hints]</w:t>
      </w:r>
    </w:p>
    <w:p>
      <w:r>
        <w:t>Yes, yes, this is also a great segulah for fear of Heaven and for every good</w:t>
      </w:r>
    </w:p>
    <w:p>
      <w:r>
        <w:t>[I heard that Rabbainu wanted them to read it in the synagogue in Brod]</w:t>
      </w:r>
    </w:p>
    <w:p>
      <w:r>
        <w:t>Yoa, yoa</w:t>
      </w:r>
    </w:p>
    <w:p>
      <w:r>
        <w:t>[Groysa….]</w:t>
      </w:r>
    </w:p>
    <w:p>
      <w:r>
        <w:t>Yes, in Brod</w:t>
      </w:r>
    </w:p>
    <w:p>
      <w:r>
        <w:t>And he said: “What can the world say about the tales, are they not beautiful tales?”</w:t>
      </w:r>
    </w:p>
    <w:p>
      <w:r>
        <w:t>[Yes, there is nothing to oppose]</w:t>
      </w:r>
    </w:p>
    <w:p>
      <w:r>
        <w:t>[Ah]</w:t>
      </w:r>
    </w:p>
    <w:p>
      <w:r>
        <w:t>[I heard that they have already made performances from the tale of the “Seven Beggars”]</w:t>
      </w:r>
    </w:p>
    <w:p>
      <w:r>
        <w:t>{..}</w:t>
      </w:r>
    </w:p>
    <w:p>
      <w:r>
        <w:t>[Throughout the world they made, made performances from it]</w:t>
      </w:r>
    </w:p>
    <w:p>
      <w:r>
        <w:t>Wh..</w:t>
      </w:r>
    </w:p>
    <w:p>
      <w:r>
        <w:t>[They made “comedies”]</w:t>
      </w:r>
    </w:p>
    <w:p>
      <w:r>
        <w:t>And th.. the tales, the tales reveal Rabbainu</w:t>
      </w:r>
    </w:p>
    <w:p>
      <w:r>
        <w:t>The tales reveal Hashem, blessed be He, what, what this is</w:t>
      </w:r>
    </w:p>
    <w:p>
      <w:r>
        <w:t>{Such satisfaction}</w:t>
      </w:r>
    </w:p>
    <w:p>
      <w:r>
        <w:t>Oy vey..</w:t>
      </w:r>
    </w:p>
    <w:p>
      <w:r>
        <w:t>[…]</w:t>
      </w:r>
    </w:p>
    <w:p>
      <w:r>
        <w:t>Oy</w:t>
      </w:r>
    </w:p>
    <w:p>
      <w:r>
        <w:t>[Drink slowly, more slowly]</w:t>
      </w:r>
    </w:p>
    <w:p>
      <w:r>
        <w:t>Oy vey</w:t>
      </w:r>
    </w:p>
    <w:p>
      <w:r>
        <w:t>[.. It is all right, slowly, slowly]</w:t>
      </w:r>
    </w:p>
    <w:p>
      <w:r>
        <w:t>Oy.. now we are sitting and speaking..</w:t>
      </w:r>
    </w:p>
    <w:p>
      <w:r>
        <w:t>[Of Rabbainu]</w:t>
      </w:r>
    </w:p>
    <w:p>
      <w:r>
        <w:t>And telling, such wonders</w:t>
      </w:r>
    </w:p>
    <w:p>
      <w:r>
        <w:t>I was so cruel toward father and mother, they cried tears:</w:t>
      </w:r>
    </w:p>
    <w:p>
      <w:r>
        <w:t>“Have mercy on us and on yourself..”</w:t>
      </w:r>
    </w:p>
    <w:p>
      <w:r>
        <w:t>[Yes]</w:t>
      </w:r>
    </w:p>
    <w:p>
      <w:r>
        <w:t>“Do not be Breslov, you will remain without a match all the days of your life, who will take you?”, {yes}</w:t>
      </w:r>
    </w:p>
    <w:p>
      <w:r>
        <w:t>[Ah]</w:t>
      </w:r>
    </w:p>
    <w:p>
      <w:r>
        <w:t>[“And it was turned about”]</w:t>
      </w:r>
    </w:p>
    <w:p>
      <w:r>
        <w:t>[It is written in halachah, that if a father..</w:t>
      </w:r>
    </w:p>
    <w:p>
      <w:r>
        <w:t>If the son wants to study Torah in another place, and the father does not want it, he does not need to listen to the father]</w:t>
      </w:r>
    </w:p>
    <w:p>
      <w:r>
        <w:t>{Yes}, yes, that is the halachah</w:t>
      </w:r>
    </w:p>
    <w:p>
      <w:r>
        <w:t>[That is how it is written in the “Shulchan Aruch”]</w:t>
      </w:r>
    </w:p>
    <w:p>
      <w:r>
        <w:t>[……]</w:t>
      </w:r>
    </w:p>
    <w:p>
      <w:r>
        <w:t>[To drink slowly]</w:t>
      </w:r>
    </w:p>
    <w:p>
      <w:r>
        <w:t>{...shoyn}</w:t>
      </w:r>
    </w:p>
    <w:p>
      <w:r>
        <w:t>[Now many want to be Breslov]</w:t>
      </w:r>
    </w:p>
    <w:p>
      <w:r>
        <w:t>Ah..</w:t>
      </w:r>
    </w:p>
    <w:p>
      <w:r>
        <w:t>{Who.., drew close, ah}, Frank, Frank, the father of Yehuda Leib</w:t>
      </w:r>
    </w:p>
    <w:p>
      <w:r>
        <w:t>[Yes, N.., Rebbe Nachum Yitzchak]</w:t>
      </w:r>
    </w:p>
    <w:p>
      <w:r>
        <w:t>Nachum Yitzchak, yes</w:t>
      </w:r>
    </w:p>
    <w:p>
      <w:r>
        <w:t>[Yes]</w:t>
      </w:r>
    </w:p>
    <w:p>
      <w:r>
        <w:t>And his father did not, did not want him to be Breslov, and he did not listen to him, he had confusions</w:t>
      </w:r>
    </w:p>
    <w:p>
      <w:r>
        <w:t>{So he took counsel with himself}, there is {already} the “Chazon Ish,” I will travel to him, and I will ask, yes</w:t>
      </w:r>
    </w:p>
    <w:p>
      <w:r>
        <w:t>[So he traveled to the “Chazon Ish”?]</w:t>
      </w:r>
    </w:p>
    <w:p>
      <w:r>
        <w:t>Yes</w:t>
      </w:r>
    </w:p>
    <w:p>
      <w:r>
        <w:t>[Rebbe Nachum Yitzchak]</w:t>
      </w:r>
    </w:p>
    <w:p>
      <w:r>
        <w:t>Nachum Yitzchak, traveled to him and told him, he told him, that the father does not want it</w:t>
      </w:r>
    </w:p>
    <w:p>
      <w:r>
        <w:t>What, what to do? He has to fight, what, what to do?</w:t>
      </w:r>
    </w:p>
    <w:p>
      <w:r>
        <w:t>So he said to him:</w:t>
      </w:r>
    </w:p>
    <w:p>
      <w:r>
        <w:t>“This, this is the halachah in the “Shulchan Aruch,” one does not need to listen to him at all, yes</w:t>
      </w:r>
    </w:p>
    <w:p>
      <w:r>
        <w:t>[That is what the “Chazon Ish” said, the “Chazon Ish”?]</w:t>
      </w:r>
    </w:p>
    <w:p>
      <w:r>
        <w:t>So he came with “good merchandise”</w:t>
      </w:r>
    </w:p>
    <w:p>
      <w:r>
        <w:t>[I heard a story from Yehuda Leib Frank, Yehuda Leib]</w:t>
      </w:r>
    </w:p>
    <w:p>
      <w:r>
        <w:t>Yoa</w:t>
      </w:r>
    </w:p>
    <w:p>
      <w:r>
        <w:t>[This is the grandson of..]</w:t>
      </w:r>
    </w:p>
    <w:p>
      <w:r>
        <w:t>Yoa, yoa, yoa</w:t>
      </w:r>
    </w:p>
    <w:p>
      <w:r>
        <w:t>[The son of Nachum Yitzchak]</w:t>
      </w:r>
    </w:p>
    <w:p>
      <w:r>
        <w:t>Yoa, the grandson...</w:t>
      </w:r>
    </w:p>
    <w:p>
      <w:r>
        <w:t>...that he revealed, everything depends on this, the entire redemption</w:t>
      </w:r>
    </w:p>
    <w:p>
      <w:r>
        <w:t>Only to say in the morning Na Na.., with the mouth “Na Na-ch,” to sing with joy, yes, “Na Na-ch”</w:t>
      </w:r>
    </w:p>
    <w:p>
      <w:r>
        <w:t>{{…}}</w:t>
      </w:r>
    </w:p>
    <w:p>
      <w:r>
        <w:t>[{..}]</w:t>
      </w:r>
    </w:p>
    <w:p>
      <w:r>
        <w:t>And through this everyone will draw close to Rabbainu, and this is the essence of the redemption</w:t>
      </w:r>
    </w:p>
    <w:p>
      <w:r>
        <w:t>The essence of the redemption is Rabbainu, this is the name “Na Na-ch,” this, this, this is the essence of the redemption</w:t>
      </w:r>
    </w:p>
    <w:p>
      <w:r>
        <w:t>“Na Na-ch Na-chma Na-chman.. MeUman”</w:t>
      </w:r>
    </w:p>
    <w:p>
      <w:r>
        <w:t>On this depends {{the power of}} the essence of the redemption</w:t>
      </w:r>
    </w:p>
    <w:p>
      <w:r>
        <w:t>[And with there is.., with..]</w:t>
      </w:r>
    </w:p>
    <w:p>
      <w:r>
        <w:t>And this is efficacious for everyone, collectively and individually, each one wh.. wh.. who will pray and.. and.. say it aloud</w:t>
      </w:r>
    </w:p>
    <w:p>
      <w:r>
        <w:t>And the merit, the merit of the holy Rabbainu will protect us and all Yisroel</w:t>
      </w:r>
    </w:p>
    <w:p>
      <w:r>
        <w:t>The merit, the merit of “Na Na-ch Na-chma Na-chman MeUman,” yes</w:t>
      </w:r>
    </w:p>
    <w:p>
      <w:r>
        <w:t>Well, and.. and.. the world is far from this</w:t>
      </w:r>
    </w:p>
    <w:p>
      <w:r>
        <w:t>[No, the world..]</w:t>
      </w:r>
    </w:p>
    <w:p>
      <w:r>
        <w:t>[Right]</w:t>
      </w:r>
    </w:p>
    <w:p>
      <w:r>
        <w:t>[They are searching for it]</w:t>
      </w:r>
    </w:p>
    <w:p>
      <w:r>
        <w:t>No</w:t>
      </w:r>
    </w:p>
    <w:p>
      <w:r>
        <w:t>[They, ah, if we tell the world, if you tell the world]</w:t>
      </w:r>
    </w:p>
    <w:p>
      <w:r>
        <w:t>Yes</w:t>
      </w:r>
    </w:p>
    <w:p>
      <w:r>
        <w:t>[The world today, even those who are the farthest away]</w:t>
      </w:r>
    </w:p>
    <w:p>
      <w:r>
        <w:t>Yoa</w:t>
      </w:r>
    </w:p>
    <w:p>
      <w:r>
        <w:t>[They are searching for a very simple path]</w:t>
      </w:r>
    </w:p>
    <w:p>
      <w:r>
        <w:t>Yes</w:t>
      </w:r>
    </w:p>
    <w:p>
      <w:r>
        <w:t>[And something very pleasant and very easy]</w:t>
      </w:r>
    </w:p>
    <w:p>
      <w:r>
        <w:t>Easy</w:t>
      </w:r>
    </w:p>
    <w:p>
      <w:r>
        <w:t>[In order to draw close to holiness, to draw close to the tzaddikim]</w:t>
      </w:r>
    </w:p>
    <w:p>
      <w:r>
        <w:t>Well, this must be publicized, that the essence of the redemption depends on Rabbainu Rebbe Nachman</w:t>
      </w:r>
    </w:p>
    <w:p>
      <w:r>
        <w:t>To draw close to him—what is drawing close? To study his books and fulfill them</w:t>
      </w:r>
    </w:p>
    <w:p>
      <w:r>
        <w:t>Then everything will be, then the complete redemption will be</w:t>
      </w:r>
    </w:p>
    <w:p>
      <w:r>
        <w:t>[And what is Rabbainu’s essential counsel? What is the essential avodah?]</w:t>
      </w:r>
    </w:p>
    <w:p>
      <w:r>
        <w:t>And this, this is the essential avodah, the essence of what Rabbainu revealed, such truth that there is not, that there is no such truth in the world</w:t>
      </w:r>
    </w:p>
    <w:p>
      <w:r>
        <w:t>And also his true followers, they have a share in this</w:t>
      </w:r>
    </w:p>
    <w:p>
      <w:r>
        <w:t>And this is the essential thing for which we need to fight and overcome all the haters, all the..</w:t>
      </w:r>
    </w:p>
    <w:p>
      <w:r>
        <w:t>And there will be such wonders, that the whole world, all the nations will become Jewish, yes</w:t>
      </w:r>
    </w:p>
    <w:p>
      <w:r>
        <w:t>And there will be such wonders, that everyone will see with their own eyes the, the, the Hashem, blessed be He, and the Torah and the faith and.. this, this—the holy Rabbainu, through the power of every utterance that he revealed in the world, that there is from him and from his disciple Rebbe Nassan the “Likutey Halachos,” the “Likutey Moharan,” every utterance of theirs is the rectification of the entire world</w:t>
      </w:r>
    </w:p>
    <w:p>
      <w:r>
        <w:t>And through this Mashiach will come and there will be the complete redemption</w:t>
      </w:r>
    </w:p>
    <w:p>
      <w:r>
        <w:t>The entire redemption depends on Rabbainu Rebbe Nachman</w:t>
      </w:r>
    </w:p>
    <w:p>
      <w:r>
        <w:t>That we should merit to draw close to him, to study his books in truth, {and to be fulfilled}, and to fulfill them, yes</w:t>
      </w:r>
    </w:p>
    <w:p>
      <w:r>
        <w:t>This, he will reveal and guide us to the entire Torah, to all..</w:t>
      </w:r>
    </w:p>
    <w:p>
      <w:r>
        <w:t>This is the essence, this is the essential root and the essence—Rabbainu Rebbe Nachman</w:t>
      </w:r>
    </w:p>
    <w:p>
      <w:r>
        <w:t>Every Torah teaching, every utterance, every tale, every conversation that he revealed in the world, this is all our vitality and our hope</w:t>
      </w:r>
    </w:p>
    <w:p>
      <w:r>
        <w:t>And through this there will be the redemption</w:t>
      </w:r>
    </w:p>
    <w:p>
      <w:r>
        <w:t>This is something known to us by tradition, {yes}</w:t>
      </w:r>
    </w:p>
    <w:p>
      <w:r>
        <w:t>And one sees tangibly, that the opposition that there was against Breslov, this was the matter of the redemption</w:t>
      </w:r>
    </w:p>
    <w:p>
      <w:r>
        <w:t>This is cooking {…..}, fr.. from the time the holy Rabbainu was in the world, and it is cooking, cooking</w:t>
      </w:r>
    </w:p>
    <w:p>
      <w:r>
        <w:t>[So it is already quite close, right? It has already been cooking for a long time, so it is already very close]</w:t>
      </w:r>
    </w:p>
    <w:p>
      <w:r>
        <w:t>[The matter is very close, the complete redemption, the coming of Mashiach?]</w:t>
      </w:r>
    </w:p>
    <w:p>
      <w:r>
        <w:t>Certainly, at any moment that it will be..</w:t>
      </w:r>
    </w:p>
    <w:p>
      <w:r>
        <w:t>The people of Yisroel will draw close to Rabbainu and will not listen to all the rabbis, to all, all the opponents, yes</w:t>
      </w:r>
    </w:p>
    <w:p>
      <w:r>
        <w:t>Then the redemption will be immediately, yes</w:t>
      </w:r>
    </w:p>
    <w:p>
      <w:r>
        <w:t>[And those who are far away will say “Na Na-ch,” that is what they need, they simply need..]</w:t>
      </w:r>
    </w:p>
    <w:p>
      <w:r>
        <w:t>No</w:t>
      </w:r>
    </w:p>
    <w:p>
      <w:r>
        <w:t>[This will draw them close, this will bring them?]</w:t>
      </w:r>
    </w:p>
    <w:p>
      <w:r>
        <w:t>First of all</w:t>
      </w:r>
    </w:p>
    <w:p>
      <w:r>
        <w:t>[To accept]</w:t>
      </w:r>
    </w:p>
    <w:p>
      <w:r>
        <w:t>Whoever will accept, they will accept, they will accept, and..</w:t>
      </w:r>
    </w:p>
    <w:p>
      <w:r>
        <w:t>Even one person who draws close to Rabbainu, this is the drawing close of the redemption, yes</w:t>
      </w:r>
    </w:p>
    <w:p>
      <w:r>
        <w:t>Yes, this matter is known to everyone</w:t>
      </w:r>
    </w:p>
    <w:p>
      <w:r>
        <w:t>And they can see, no, yes, and understand, that tales such as these were not, there are none in the world, there were not</w:t>
      </w:r>
    </w:p>
    <w:p>
      <w:r>
        <w:t>Only “Mashiach will give an explanation of the tales, and also of the “Likutey Moharan,” yes</w:t>
      </w:r>
    </w:p>
    <w:p>
      <w:r>
        <w:t>And this, this is the vitality of the entire world, of all the people of Yisroel, and of the entire world, the rectification of the entire world</w:t>
      </w:r>
    </w:p>
    <w:p>
      <w:r>
        <w:t>This is a new matter, the matter of the complete redemption, after which there will be no exile</w:t>
      </w:r>
    </w:p>
    <w:p>
      <w:r>
        <w:t>Now the redemption—there were several, there were redemptions, and after them there was exile</w:t>
      </w:r>
    </w:p>
    <w:p>
      <w:r>
        <w:t>But now this redemption, there will no longer be an exile after it, yes</w:t>
      </w:r>
    </w:p>
    <w:p>
      <w:r>
        <w:t>And there will be such miracles and wonders in the world, th.. th..</w:t>
      </w:r>
    </w:p>
    <w:p>
      <w:r>
        <w:t>With such revelation, th.. th.. that the whole world will draw close to Hashem, blessed be He</w:t>
      </w:r>
    </w:p>
    <w:p>
      <w:r>
        <w:t>And all the wicked and the heretics and those who are far away and..</w:t>
      </w:r>
    </w:p>
    <w:p>
      <w:r>
        <w:t>They will have a rectification, what is possible, they will have a rectification through Rabbainu</w:t>
      </w:r>
    </w:p>
    <w:p>
      <w:r>
        <w:t>That is it, on this depends the essence of our redemption and of the entire world</w:t>
      </w:r>
    </w:p>
    <w:p>
      <w:r>
        <w:t>This is the essence of the redemption—the books of Rabbainu Rebbe Nachman, yes</w:t>
      </w:r>
    </w:p>
    <w:p>
      <w:r>
        <w:t>To study and fulfill, then there will be a world, another world</w:t>
      </w:r>
    </w:p>
    <w:p>
      <w:r>
        <w:t>This is now in darkness, exile, and we have become very distant</w:t>
      </w:r>
    </w:p>
    <w:p>
      <w:r>
        <w:t>But Rabbainu Rebbe Nachman draws the entire world close, the, the, the, all those wh.. wh..</w:t>
      </w:r>
    </w:p>
    <w:p>
      <w:r>
        <w:t>Who seem impossible to draw close in any way in the world, but the holy Rabbainu can do everything</w:t>
      </w:r>
    </w:p>
    <w:p>
      <w:r>
        <w:t>He can rectify and heal and revive and draw people close to Hashem, blessed be He, to the Torah, to faith, everything depends on him, yes…</w:t>
      </w:r>
    </w:p>
    <w:p>
      <w:r>
        <w:br w:type="page"/>
      </w:r>
    </w:p>
    <w:p>
      <w:pPr>
        <w:pStyle w:val="Heading1"/>
      </w:pPr>
      <w:r>
        <w:t>Tape 115</w:t>
      </w:r>
    </w:p>
    <w:p>
      <w:pPr>
        <w:pStyle w:val="Heading2"/>
      </w:pPr>
      <w:r>
        <w:t>Side A (Aleph)</w:t>
      </w:r>
    </w:p>
    <w:p>
      <w:r>
        <w:t>...Neither bread nor money, nothing</w:t>
      </w:r>
    </w:p>
    <w:p>
      <w:r>
        <w:t>And blessed is Hashem, Hashem, blessed be He, {gives me.. life}</w:t>
      </w:r>
    </w:p>
    <w:p>
      <w:r>
        <w:t>All my friends have already gone to the World to Come, and I am in this world</w:t>
      </w:r>
    </w:p>
    <w:p>
      <w:r>
        <w:t>[Blessed is Hashem, blessed is Hashem, you will yet be]</w:t>
      </w:r>
    </w:p>
    <w:p>
      <w:r>
        <w:t>I was deathly ill, ill, ill</w:t>
      </w:r>
    </w:p>
    <w:p>
      <w:r>
        <w:t>And Hashem, blessed be He, gave me a soul, and I returned to the world</w:t>
      </w:r>
    </w:p>
    <w:p>
      <w:r>
        <w:t>[Blessed is Hashem]</w:t>
      </w:r>
    </w:p>
    <w:p>
      <w:r>
        <w:t>[…… I told him, yes, I told him …...]</w:t>
      </w:r>
    </w:p>
    <w:p>
      <w:r>
        <w:t>[Well, what, what, are you not eating? Take ….. a little, take…..]</w:t>
      </w:r>
    </w:p>
    <w:p>
      <w:r>
        <w:t>[……]</w:t>
      </w:r>
    </w:p>
    <w:p>
      <w:r>
        <w:t>[What?]</w:t>
      </w:r>
    </w:p>
    <w:p>
      <w:r>
        <w:t>[I told them …. liver..]</w:t>
      </w:r>
    </w:p>
    <w:p>
      <w:r>
        <w:t>[What? What? This is meat, you have to taste something, see what this is]</w:t>
      </w:r>
    </w:p>
    <w:p>
      <w:r>
        <w:t>[Yaniv, with honor]</w:t>
      </w:r>
    </w:p>
    <w:p>
      <w:r>
        <w:t>[…]...</w:t>
      </w:r>
    </w:p>
    <w:p>
      <w:r>
        <w:t>...Ahh</w:t>
      </w:r>
    </w:p>
    <w:p>
      <w:r>
        <w:t>[Taste a little cholent]</w:t>
      </w:r>
    </w:p>
    <w:p>
      <w:r>
        <w:t>[No thank you, truly]</w:t>
      </w:r>
    </w:p>
    <w:p>
      <w:r>
        <w:t>[Something in the Moroccan style]</w:t>
      </w:r>
    </w:p>
    <w:p>
      <w:r>
        <w:t>[Thank you]</w:t>
      </w:r>
    </w:p>
    <w:p>
      <w:r>
        <w:t>[Come, with bones and with this..]</w:t>
      </w:r>
    </w:p>
    <w:p>
      <w:r>
        <w:t>[It is s'chena, cannot..]</w:t>
      </w:r>
    </w:p>
    <w:p>
      <w:r>
        <w:t>[Yes]</w:t>
      </w:r>
    </w:p>
    <w:p>
      <w:r>
        <w:t>[Eat]</w:t>
      </w:r>
    </w:p>
    <w:p>
      <w:r>
        <w:t>[No, but something that..]</w:t>
      </w:r>
    </w:p>
    <w:p>
      <w:r>
        <w:t>[Thank you very much]</w:t>
      </w:r>
    </w:p>
    <w:p>
      <w:r>
        <w:t>More than a hundred years, more than a hundred years since I was born</w:t>
      </w:r>
    </w:p>
    <w:p>
      <w:r>
        <w:t>And I suffered in my life, what is impossible to describe</w:t>
      </w:r>
    </w:p>
    <w:p>
      <w:r>
        <w:t>[Ay.. ay..]</w:t>
      </w:r>
    </w:p>
    <w:p>
      <w:r>
        <w:t>And I am alive</w:t>
      </w:r>
    </w:p>
    <w:p>
      <w:r>
        <w:t>[Blessed is Hashem]</w:t>
      </w:r>
    </w:p>
    <w:p>
      <w:r>
        <w:t>I do not understand it, without meat, without fish, without..</w:t>
      </w:r>
    </w:p>
    <w:p>
      <w:r>
        <w:t>[Saba, want soup, soup?]</w:t>
      </w:r>
    </w:p>
    <w:p>
      <w:r>
        <w:t>Soup, good</w:t>
      </w:r>
    </w:p>
    <w:p>
      <w:r>
        <w:t>[Start instituting it at home, start instituting it at home, to bring in meat from “Of Yerushalayim”</w:t>
      </w:r>
    </w:p>
    <w:p>
      <w:r>
        <w:t>[We have only “Of Yerushalayim" and glatt meat, blessed is Hashem]</w:t>
      </w:r>
    </w:p>
    <w:p>
      <w:r>
        <w:t>[You see what “Of Yerushalayim” from “Agudas Yisroel” is, mehadrin min hamehadrin]</w:t>
      </w:r>
    </w:p>
    <w:p>
      <w:r>
        <w:t>[..Only “Of Yerushalayim”..]</w:t>
      </w:r>
    </w:p>
    <w:p>
      <w:r>
        <w:t>[Mehadrin min hamehadrin]</w:t>
      </w:r>
    </w:p>
    <w:p>
      <w:r>
        <w:t>[Yes, yes]</w:t>
      </w:r>
    </w:p>
    <w:p>
      <w:r>
        <w:t>[It is the best]</w:t>
      </w:r>
    </w:p>
    <w:p>
      <w:r>
        <w:t>[Only “Of Yerushalayim”]</w:t>
      </w:r>
    </w:p>
    <w:p>
      <w:r>
        <w:t>[Bring that in, and meat also bring in from the same thing]</w:t>
      </w:r>
    </w:p>
    <w:p>
      <w:r>
        <w:t>[Meat, I buy meat of..]</w:t>
      </w:r>
    </w:p>
    <w:p>
      <w:r>
        <w:t>[Look, you, you, you live in Bnei Brak]</w:t>
      </w:r>
    </w:p>
    <w:p>
      <w:r>
        <w:t>[I do not live in Bnei Brak]</w:t>
      </w:r>
    </w:p>
    <w:p>
      <w:r>
        <w:t>[You work in Bnei Brak, sorry]</w:t>
      </w:r>
    </w:p>
    <w:p>
      <w:r>
        <w:t>[Yes]</w:t>
      </w:r>
    </w:p>
    <w:p>
      <w:r>
        <w:t>[Go in there to any store..]</w:t>
      </w:r>
    </w:p>
    <w:p>
      <w:r>
        <w:t>[I buy, my wife buys in Tel Aviv, at the corner of, uh..]</w:t>
      </w:r>
    </w:p>
    <w:p>
      <w:r>
        <w:t>[Not your wife; when he is by you, you buy]</w:t>
      </w:r>
    </w:p>
    <w:p>
      <w:r>
        <w:t>[No..]</w:t>
      </w:r>
    </w:p>
    <w:p>
      <w:r>
        <w:t>[You did not understand—not a wife and not anyone, because if you..</w:t>
      </w:r>
    </w:p>
    <w:p>
      <w:r>
        <w:t>Listen, you heard—you served the Baba Sali—I want to tell you, if you merit not to cause the tzaddik to stumble, you buy in Bnei Brak; you brought everything from Bnei Brak, you have no problem] [No, no, there is a place, I buy from.. I buy..]</w:t>
      </w:r>
    </w:p>
    <w:p>
      <w:r>
        <w:t>[…..]</w:t>
      </w:r>
    </w:p>
    <w:p>
      <w:r>
        <w:t>[On.. Nachmani Street]</w:t>
      </w:r>
    </w:p>
    <w:p>
      <w:r>
        <w:t>[Yes]</w:t>
      </w:r>
    </w:p>
    <w:p>
      <w:r>
        <w:t>[Yes..]</w:t>
      </w:r>
    </w:p>
    <w:p>
      <w:r>
        <w:t>[At the corner of Yehuda Halevi]</w:t>
      </w:r>
    </w:p>
    <w:p>
      <w:r>
        <w:t>[Where the religious people are, yes]</w:t>
      </w:r>
    </w:p>
    <w:p>
      <w:r>
        <w:t>[It is..]</w:t>
      </w:r>
    </w:p>
    <w:p>
      <w:r>
        <w:t>[I am fr..]…</w:t>
      </w:r>
    </w:p>
    <w:p>
      <w:r>
        <w:t>...{….}</w:t>
      </w:r>
    </w:p>
    <w:p>
      <w:r>
        <w:t>[But its certification is not like in Bnei Brak]</w:t>
      </w:r>
    </w:p>
    <w:p>
      <w:r>
        <w:t>[The same thing, it is "Jerusalem Chicken," what is it, it is..]</w:t>
      </w:r>
    </w:p>
    <w:p>
      <w:r>
        <w:t>[Chicken, yes; the meat, no]</w:t>
      </w:r>
    </w:p>
    <w:p>
      <w:r>
        <w:t>[I know the store, my brother]</w:t>
      </w:r>
    </w:p>
    <w:p>
      <w:r>
        <w:t>[No, it is..]</w:t>
      </w:r>
    </w:p>
    <w:p>
      <w:r>
        <w:t>[Listen, I have been a baal teshuvah for seven years, I know]</w:t>
      </w:r>
    </w:p>
    <w:p>
      <w:r>
        <w:t>[Machpud—buy from him..]</w:t>
      </w:r>
    </w:p>
    <w:p>
      <w:r>
        <w:t>[At a minimum, buy Landau food, or Landa, or..]…</w:t>
      </w:r>
    </w:p>
    <w:p>
      <w:r>
        <w:t>...[It is a merit that he should come to you, so why not do for him..]</w:t>
      </w:r>
    </w:p>
    <w:p>
      <w:r>
        <w:t>"It is a great mitzvah to always be joyful!"</w:t>
      </w:r>
    </w:p>
    <w:p>
      <w:r>
        <w:t>[Always]</w:t>
      </w:r>
    </w:p>
    <w:p>
      <w:r>
        <w:t>[The friends sing:</w:t>
      </w:r>
    </w:p>
    <w:p>
      <w:r>
        <w:t>"It is a great mitzvah to always be joyful.."]</w:t>
      </w:r>
    </w:p>
    <w:p>
      <w:r>
        <w:t>[How do I know..]</w:t>
      </w:r>
    </w:p>
    <w:p>
      <w:r>
        <w:t>[I.., I play fiddle]</w:t>
      </w:r>
    </w:p>
    <w:p>
      <w:r>
        <w:t>I play, huh?</w:t>
      </w:r>
    </w:p>
    <w:p>
      <w:r>
        <w:t>[I am the musician]</w:t>
      </w:r>
    </w:p>
    <w:p>
      <w:r>
        <w:t>"It is a great mitzvah to always be joyful"</w:t>
      </w:r>
    </w:p>
    <w:p>
      <w:r>
        <w:t>[On the radio, on the radio?]</w:t>
      </w:r>
    </w:p>
    <w:p>
      <w:r>
        <w:t>[He will also be on the radio]</w:t>
      </w:r>
    </w:p>
    <w:p>
      <w:r>
        <w:t>[Maybe say, say on the radio, that there is such a Jew..]</w:t>
      </w:r>
    </w:p>
    <w:p>
      <w:r>
        <w:t>{….}</w:t>
      </w:r>
    </w:p>
    <w:p>
      <w:r>
        <w:t>[There will be a great commotion]</w:t>
      </w:r>
    </w:p>
    <w:p>
      <w:r>
        <w:t>[…..]</w:t>
      </w:r>
    </w:p>
    <w:p>
      <w:r>
        <w:t>[Believe me, you will be pleased, ……..]</w:t>
      </w:r>
    </w:p>
    <w:p>
      <w:r>
        <w:t>[……...]</w:t>
      </w:r>
    </w:p>
    <w:p>
      <w:r>
        <w:t>[………]...</w:t>
      </w:r>
    </w:p>
    <w:p>
      <w:r>
        <w:t>…[That I should not do the same thing..]</w:t>
      </w:r>
    </w:p>
    <w:p>
      <w:r>
        <w:t>{…..}</w:t>
      </w:r>
    </w:p>
    <w:p>
      <w:r>
        <w:t>[Say something from Rabbainu, from Rebbe Nassan]</w:t>
      </w:r>
    </w:p>
    <w:p>
      <w:r>
        <w:t>[The head of the Children of Israel..]…</w:t>
      </w:r>
    </w:p>
    <w:p>
      <w:r>
        <w:t>...[….]</w:t>
      </w:r>
    </w:p>
    <w:p>
      <w:r>
        <w:t>His house</w:t>
      </w:r>
    </w:p>
    <w:p>
      <w:r>
        <w:t>[Yes]</w:t>
      </w:r>
    </w:p>
    <w:p>
      <w:r>
        <w:t>Of the homeowner, and to take me to sleep</w:t>
      </w:r>
    </w:p>
    <w:p>
      <w:r>
        <w:t>[Yes]</w:t>
      </w:r>
    </w:p>
    <w:p>
      <w:r>
        <w:t>In the bed</w:t>
      </w:r>
    </w:p>
    <w:p>
      <w:r>
        <w:t>[All right]</w:t>
      </w:r>
    </w:p>
    <w:p>
      <w:r>
        <w:t>[Wait, wait]</w:t>
      </w:r>
    </w:p>
    <w:p>
      <w:r>
        <w:t>[He does not want to come]</w:t>
      </w:r>
    </w:p>
    <w:p>
      <w:r>
        <w:t>[Give him just one moment to eat soup, before they put them]…</w:t>
      </w:r>
    </w:p>
    <w:p>
      <w:r>
        <w:t>...{I remember} that there was, I had no spirit of life</w:t>
      </w:r>
    </w:p>
    <w:p>
      <w:r>
        <w:t>[Yes]</w:t>
      </w:r>
    </w:p>
    <w:p>
      <w:r>
        <w:t>{…..}</w:t>
      </w:r>
    </w:p>
    <w:p>
      <w:r>
        <w:t>[Let it cool a little, Saba, it is hot, wait, wait, let it cool a little]</w:t>
      </w:r>
    </w:p>
    <w:p>
      <w:r>
        <w:t>For the guests</w:t>
      </w:r>
    </w:p>
    <w:p>
      <w:r>
        <w:t>[For the guests, blessed be God, they are eating; he is not eating, tell him to eat]</w:t>
      </w:r>
    </w:p>
    <w:p>
      <w:r>
        <w:t>[……..]</w:t>
      </w:r>
    </w:p>
    <w:p>
      <w:r>
        <w:t>[..And a blessing for my mother, my mother, my mother; give a blessing, a blessing, my mother]</w:t>
      </w:r>
    </w:p>
    <w:p>
      <w:r>
        <w:t>…...Length of days and years, and……</w:t>
      </w:r>
    </w:p>
    <w:p>
      <w:r>
        <w:t>[Amen, amen, thank you]</w:t>
      </w:r>
    </w:p>
    <w:p>
      <w:r>
        <w:t>[Her name is, her name is Ruchama]</w:t>
      </w:r>
    </w:p>
    <w:p>
      <w:r>
        <w:t>Ruchama</w:t>
      </w:r>
    </w:p>
    <w:p>
      <w:r>
        <w:t>[Daughter of Chanina]</w:t>
      </w:r>
    </w:p>
    <w:p>
      <w:r>
        <w:t>Daughter of Ch.., Chanina?</w:t>
      </w:r>
    </w:p>
    <w:p>
      <w:r>
        <w:t>[Yes]</w:t>
      </w:r>
    </w:p>
    <w:p>
      <w:r>
        <w:t>[The mother, the mother]</w:t>
      </w:r>
    </w:p>
    <w:p>
      <w:r>
        <w:t>Ruchama daughter of Chanina, may the Blessed God give her length of good days and years, and health.. [Health]</w:t>
      </w:r>
    </w:p>
    <w:p>
      <w:r>
        <w:t>And every good</w:t>
      </w:r>
    </w:p>
    <w:p>
      <w:r>
        <w:t>[Amen, amen]</w:t>
      </w:r>
    </w:p>
    <w:p>
      <w:r>
        <w:t>And much nachas</w:t>
      </w:r>
    </w:p>
    <w:p>
      <w:r>
        <w:t>[And a blessing for..]…</w:t>
      </w:r>
    </w:p>
    <w:p>
      <w:r>
        <w:t>…[Listen, balcony, it opened]</w:t>
      </w:r>
    </w:p>
    <w:p>
      <w:r>
        <w:t>[Saba and the friends shout: Ah.. ah.. ah.. ah..]</w:t>
      </w:r>
    </w:p>
    <w:p>
      <w:r>
        <w:t>[The blessed one]</w:t>
      </w:r>
    </w:p>
    <w:p>
      <w:r>
        <w:t>May the Blessed God give all the blessings in the world</w:t>
      </w:r>
    </w:p>
    <w:p>
      <w:r>
        <w:t>[[Amen, amen]]</w:t>
      </w:r>
    </w:p>
    <w:p>
      <w:r>
        <w:t>And all the salvations</w:t>
      </w:r>
    </w:p>
    <w:p>
      <w:r>
        <w:t>[[Amen]]</w:t>
      </w:r>
    </w:p>
    <w:p>
      <w:r>
        <w:t>[Ariella, Ariella]</w:t>
      </w:r>
    </w:p>
    <w:p>
      <w:r>
        <w:t>Ariella</w:t>
      </w:r>
    </w:p>
    <w:p>
      <w:r>
        <w:t>[Daughter of Kolda]</w:t>
      </w:r>
    </w:p>
    <w:p>
      <w:r>
        <w:t>Daughter of?</w:t>
      </w:r>
    </w:p>
    <w:p>
      <w:r>
        <w:t>[Cloda]</w:t>
      </w:r>
    </w:p>
    <w:p>
      <w:r>
        <w:t>Cloda.. every good</w:t>
      </w:r>
    </w:p>
    <w:p>
      <w:r>
        <w:t>[Every good, son..]…</w:t>
      </w:r>
    </w:p>
    <w:p>
      <w:r>
        <w:t>...[Son of Ariella]</w:t>
      </w:r>
    </w:p>
    <w:p>
      <w:r>
        <w:t>Son of Ariella?</w:t>
      </w:r>
    </w:p>
    <w:p>
      <w:r>
        <w:t>[Son, son]</w:t>
      </w:r>
    </w:p>
    <w:p>
      <w:r>
        <w:t>[Yes…]</w:t>
      </w:r>
    </w:p>
    <w:p>
      <w:r>
        <w:t>[Nachas, nachas]</w:t>
      </w:r>
    </w:p>
    <w:p>
      <w:r>
        <w:t>[Yes, nachas, nachas]</w:t>
      </w:r>
    </w:p>
    <w:p>
      <w:r>
        <w:t>{…..}, and all.. and all kinds of health, and every good</w:t>
      </w:r>
    </w:p>
    <w:p>
      <w:r>
        <w:t>[Amen, amen, amen]</w:t>
      </w:r>
    </w:p>
    <w:p>
      <w:r>
        <w:t>Ah, ah…</w:t>
      </w:r>
    </w:p>
    <w:p>
      <w:r>
        <w:t>...[….]</w:t>
      </w:r>
    </w:p>
    <w:p>
      <w:r>
        <w:t>I sit here, I, I am very amazed at how I sit here among the living</w:t>
      </w:r>
    </w:p>
    <w:p>
      <w:r>
        <w:t>{I already …….}</w:t>
      </w:r>
    </w:p>
    <w:p>
      <w:r>
        <w:t>[What f..]</w:t>
      </w:r>
    </w:p>
    <w:p>
      <w:r>
        <w:t>[….]</w:t>
      </w:r>
    </w:p>
    <w:p>
      <w:r>
        <w:t>[More years, many more years, until, until Mashiach comes]</w:t>
      </w:r>
    </w:p>
    <w:p>
      <w:r>
        <w:t>{Can understand …… Rebbe Nachman}</w:t>
      </w:r>
    </w:p>
    <w:p>
      <w:r>
        <w:t>[Yo]</w:t>
      </w:r>
    </w:p>
    <w:p>
      <w:r>
        <w:t>[Oh..]</w:t>
      </w:r>
    </w:p>
    <w:p>
      <w:r>
        <w:t>[What did he say, what did he say?]</w:t>
      </w:r>
    </w:p>
    <w:p>
      <w:r>
        <w:t>[He received a letter from Rebbe Nachman]</w:t>
      </w:r>
    </w:p>
    <w:p>
      <w:r>
        <w:t>[Ah, yes, yes]</w:t>
      </w:r>
    </w:p>
    <w:p>
      <w:r>
        <w:t>[He has a letter]</w:t>
      </w:r>
    </w:p>
    <w:p>
      <w:r>
        <w:t>[It is written that he will live until Mashiach comes]</w:t>
      </w:r>
    </w:p>
    <w:p>
      <w:r>
        <w:t>I opened a book and found a letter from Rebbe Nachman</w:t>
      </w:r>
    </w:p>
    <w:p>
      <w:r>
        <w:t>[Wow]</w:t>
      </w:r>
    </w:p>
    <w:p>
      <w:r>
        <w:t>Yes, he writes to me, "About you..," {...} "My precious disciple"</w:t>
      </w:r>
    </w:p>
    <w:p>
      <w:r>
        <w:t>"About you I said, my fire will burn until the coming of Mashiach," "About you I said"—this, I said this, so I said it about you</w:t>
      </w:r>
    </w:p>
    <w:p>
      <w:r>
        <w:t>[His fire]</w:t>
      </w:r>
    </w:p>
    <w:p>
      <w:r>
        <w:t>[He will live until Mashiach..]</w:t>
      </w:r>
    </w:p>
    <w:p>
      <w:r>
        <w:t>What? "My fire will burn until the coming of Mashiach"</w:t>
      </w:r>
    </w:p>
    <w:p>
      <w:r>
        <w:t>[Until the coming of Mashiach]</w:t>
      </w:r>
    </w:p>
    <w:p>
      <w:r>
        <w:t>I said this about you</w:t>
      </w:r>
    </w:p>
    <w:p>
      <w:r>
        <w:t>So it is written in the..</w:t>
      </w:r>
    </w:p>
    <w:p>
      <w:r>
        <w:t>[The letter]</w:t>
      </w:r>
    </w:p>
    <w:p>
      <w:r>
        <w:t>The note</w:t>
      </w:r>
    </w:p>
    <w:p>
      <w:r>
        <w:t>[……...]</w:t>
      </w:r>
    </w:p>
    <w:p>
      <w:r>
        <w:t>[……...]</w:t>
      </w:r>
    </w:p>
    <w:p>
      <w:r>
        <w:t>[Here is the letter, this is the letter, yes?]</w:t>
      </w:r>
    </w:p>
    <w:p>
      <w:r>
        <w:t>Yes, yes, yes, yes, yes, yes, that is it</w:t>
      </w:r>
    </w:p>
    <w:p>
      <w:r>
        <w:t>[That is it?]</w:t>
      </w:r>
    </w:p>
    <w:p>
      <w:r>
        <w:t>How can he up to here</w:t>
      </w:r>
    </w:p>
    <w:p>
      <w:r>
        <w:t>[Yes, yes]</w:t>
      </w:r>
    </w:p>
    <w:p>
      <w:r>
        <w:t>How the letter {…}</w:t>
      </w:r>
    </w:p>
    <w:p>
      <w:r>
        <w:t>[Give me a blessing, you give me a blessing]</w:t>
      </w:r>
    </w:p>
    <w:p>
      <w:r>
        <w:t>[Saba, Saba, look, there are many here, Saba..]</w:t>
      </w:r>
    </w:p>
    <w:p>
      <w:r>
        <w:t>[Give a blessing, a blessing]</w:t>
      </w:r>
    </w:p>
    <w:p>
      <w:r>
        <w:t>[Oh.. I also want one like that]</w:t>
      </w:r>
    </w:p>
    <w:p>
      <w:r>
        <w:t>[Saba..]</w:t>
      </w:r>
    </w:p>
    <w:p>
      <w:r>
        <w:t>{….}</w:t>
      </w:r>
    </w:p>
    <w:p>
      <w:r>
        <w:t>[Yossi, Yossi..]</w:t>
      </w:r>
    </w:p>
    <w:p>
      <w:r>
        <w:t>{…….all the blessings…..}</w:t>
      </w:r>
    </w:p>
    <w:p>
      <w:r>
        <w:t>[Amen, amen]</w:t>
      </w:r>
    </w:p>
    <w:p>
      <w:r>
        <w:t>[Saba, this is Yossi; Yossi has many notes of "Na Naḥ," he hands them out to people] Yes?</w:t>
      </w:r>
    </w:p>
    <w:p>
      <w:r>
        <w:t>[Yossi, Yossi]</w:t>
      </w:r>
    </w:p>
    <w:p>
      <w:r>
        <w:t>Let us see</w:t>
      </w:r>
    </w:p>
    <w:p>
      <w:r>
        <w:t>[Let us see]</w:t>
      </w:r>
    </w:p>
    <w:p>
      <w:r>
        <w:t>[Here are Rabbainu's notes, of "Na Naḥ"]</w:t>
      </w:r>
    </w:p>
    <w:p>
      <w:r>
        <w:t>So that you will also hand them out to your family</w:t>
      </w:r>
    </w:p>
    <w:p>
      <w:r>
        <w:t>[All right]</w:t>
      </w:r>
    </w:p>
    <w:p>
      <w:r>
        <w:t>This is a letter from Rebbe Nachman, which he wrote to me; I found it in a book</w:t>
      </w:r>
    </w:p>
    <w:p>
      <w:r>
        <w:t>[In a book]</w:t>
      </w:r>
    </w:p>
    <w:p>
      <w:r>
        <w:t>Yes</w:t>
      </w:r>
    </w:p>
    <w:p>
      <w:r>
        <w:t>I found it in some book, ah, like that, yes</w:t>
      </w:r>
    </w:p>
    <w:p>
      <w:r>
        <w:t>This is the letter from Rebbe Nachman</w:t>
      </w:r>
    </w:p>
    <w:p>
      <w:r>
        <w:t>[Saba and the friends sing:</w:t>
      </w:r>
    </w:p>
    <w:p>
      <w:r>
        <w:t>"It is a great mitzvah to always be joyful.."]</w:t>
      </w:r>
    </w:p>
    <w:p>
      <w:r>
        <w:t>[Saba]</w:t>
      </w:r>
    </w:p>
    <w:p>
      <w:r>
        <w:t>{...}…</w:t>
      </w:r>
    </w:p>
    <w:p>
      <w:r>
        <w:t>...{….} I do not know. {And I opened a book}</w:t>
      </w:r>
    </w:p>
    <w:p>
      <w:r>
        <w:t>[You found]</w:t>
      </w:r>
    </w:p>
    <w:p>
      <w:r>
        <w:t>And there was a letter there, the note</w:t>
      </w:r>
    </w:p>
    <w:p>
      <w:r>
        <w:t>[What are you saying]</w:t>
      </w:r>
    </w:p>
    <w:p>
      <w:r>
        <w:t>[Wallak, you, you have a soul; you, you will not insult us—hit, break apart] […..]…</w:t>
      </w:r>
    </w:p>
    <w:p>
      <w:r>
        <w:t>...{…} ten children</w:t>
      </w:r>
    </w:p>
    <w:p>
      <w:r>
        <w:t>[Excuse me]</w:t>
      </w:r>
    </w:p>
    <w:p>
      <w:r>
        <w:t>And I did not have a piece of bread to give them; they suffered hunger</w:t>
      </w:r>
    </w:p>
    <w:p>
      <w:r>
        <w:t>And they had no shoes; there were years when they had no {shoes} to go to school</w:t>
      </w:r>
    </w:p>
    <w:p>
      <w:r>
        <w:t>[My wife started laughing; she had not smiled for about seven years..</w:t>
      </w:r>
    </w:p>
    <w:p>
      <w:r>
        <w:t>It makes someone who does not want to ……. really laugh; he did not smile for two months..]</w:t>
      </w:r>
    </w:p>
    <w:p>
      <w:r>
        <w:t>[We will bring him here]</w:t>
      </w:r>
    </w:p>
    <w:p>
      <w:r>
        <w:t>[Who..? Take the toughest one, the most closed off; in one second he breaks apart with laughter] When the children grew a little, blessed be the Name, there was the strength of the..</w:t>
      </w:r>
    </w:p>
    <w:p>
      <w:r>
        <w:t>It was like this, I had a heavy burden, a very great burden</w:t>
      </w:r>
    </w:p>
    <w:p>
      <w:r>
        <w:t>[Yes]</w:t>
      </w:r>
    </w:p>
    <w:p>
      <w:r>
        <w:t>But when they became a little older, I became:</w:t>
      </w:r>
    </w:p>
    <w:p>
      <w:r>
        <w:t>"Oh, blessed be God, it is easier for me, much easier for me than before"</w:t>
      </w:r>
    </w:p>
    <w:p>
      <w:r>
        <w:t>[……….]</w:t>
      </w:r>
    </w:p>
    <w:p>
      <w:r>
        <w:t>I do not speak lashon hara, no, I do not tell a lie</w:t>
      </w:r>
    </w:p>
    <w:p>
      <w:r>
        <w:t>[He is speaking with food in his mouth; slowly, slowly, Saba]</w:t>
      </w:r>
    </w:p>
    <w:p>
      <w:r>
        <w:t>[….]…</w:t>
      </w:r>
    </w:p>
    <w:p>
      <w:r>
        <w:t>...{What}, why?—because I was Breslover</w:t>
      </w:r>
    </w:p>
    <w:p>
      <w:r>
        <w:t>Because of this, the yeshiva did not want to give me bread; I had no bread for the children</w:t>
      </w:r>
    </w:p>
    <w:p>
      <w:r>
        <w:t>And I also need bread</w:t>
      </w:r>
    </w:p>
    <w:p>
      <w:r>
        <w:t>[Right]</w:t>
      </w:r>
    </w:p>
    <w:p>
      <w:r>
        <w:t>And no, and I did not have, and I did not have..</w:t>
      </w:r>
    </w:p>
    <w:p>
      <w:r>
        <w:t>And also in winter, it is.., it is cold</w:t>
      </w:r>
    </w:p>
    <w:p>
      <w:r>
        <w:t>[Yes]</w:t>
      </w:r>
    </w:p>
    <w:p>
      <w:r>
        <w:t>I did not have, no, I did not have..</w:t>
      </w:r>
    </w:p>
    <w:p>
      <w:r>
        <w:t>[Clothes]</w:t>
      </w:r>
    </w:p>
    <w:p>
      <w:r>
        <w:t>Oh.. blessed be God</w:t>
      </w:r>
    </w:p>
    <w:p>
      <w:r>
        <w:t>When the boys grew up and married, "Oh.." I said to the Blessed God:</w:t>
      </w:r>
    </w:p>
    <w:p>
      <w:r>
        <w:t>"Oh, thank you very much, {only the burden was no longer, was no longer heav.., so heavy anymore}"</w:t>
      </w:r>
    </w:p>
    <w:p>
      <w:r>
        <w:t>To this day, no.., they wanted to eat, but they had already grown up and it became easier for me..</w:t>
      </w:r>
    </w:p>
    <w:p>
      <w:r>
        <w:t>[Very good]</w:t>
      </w:r>
    </w:p>
    <w:p>
      <w:r>
        <w:t>The burden</w:t>
      </w:r>
    </w:p>
    <w:p>
      <w:r>
        <w:t>[The burden ….]</w:t>
      </w:r>
    </w:p>
    <w:p>
      <w:r>
        <w:t>[Saba, how are you? Saba]</w:t>
      </w:r>
    </w:p>
    <w:p>
      <w:r>
        <w:t>Oy, blessed be God</w:t>
      </w:r>
    </w:p>
    <w:p>
      <w:r>
        <w:t>I do not understand how I am alive</w:t>
      </w:r>
    </w:p>
    <w:p>
      <w:r>
        <w:t>[…...]</w:t>
      </w:r>
    </w:p>
    <w:p>
      <w:r>
        <w:t>I had no bread, so how am I alive?</w:t>
      </w:r>
    </w:p>
    <w:p>
      <w:r>
        <w:t>I am not lying</w:t>
      </w:r>
    </w:p>
    <w:p>
      <w:r>
        <w:t>[No, of course not]</w:t>
      </w:r>
    </w:p>
    <w:p>
      <w:r>
        <w:t>[And laughs the most..]</w:t>
      </w:r>
    </w:p>
    <w:p>
      <w:r>
        <w:t>I had no bread to eat, nor for the little children</w:t>
      </w:r>
    </w:p>
    <w:p>
      <w:r>
        <w:t>They did with their mouths, "B.. b.. b.. b.. b.. b.."</w:t>
      </w:r>
    </w:p>
    <w:p>
      <w:r>
        <w:t>[Ah, yes, what..]</w:t>
      </w:r>
    </w:p>
    <w:p>
      <w:r>
        <w:t>And I did not have a piece of bread to give them</w:t>
      </w:r>
    </w:p>
    <w:p>
      <w:r>
        <w:t>Because I, because I had become, I became Breslov</w:t>
      </w:r>
    </w:p>
    <w:p>
      <w:r>
        <w:t>I was Karlin, my father was Karlin, and I saw Breslov, well, {where, it disappeared like that} everyone, all the grown-ups and the little ones, everyone laughed at me</w:t>
      </w:r>
    </w:p>
    <w:p>
      <w:r>
        <w:t>They are all already in the grave, and I am here, sitting {here}</w:t>
      </w:r>
    </w:p>
    <w:p>
      <w:r>
        <w:t>Everyone is in the grave</w:t>
      </w:r>
    </w:p>
    <w:p>
      <w:r>
        <w:t>[Oy]</w:t>
      </w:r>
    </w:p>
    <w:p>
      <w:r>
        <w:t>Only I..</w:t>
      </w:r>
    </w:p>
    <w:p>
      <w:r>
        <w:t>[You will remain until King Moshiach, until the coming of Moshiach]</w:t>
      </w:r>
    </w:p>
    <w:p>
      <w:r>
        <w:t>Yes, yes, now is the time of the coming of Moshiach</w:t>
      </w:r>
    </w:p>
    <w:p>
      <w:r>
        <w:t>[When? When will Moshiach come? When?]</w:t>
      </w:r>
    </w:p>
    <w:p>
      <w:r>
        <w:t>And so I had..</w:t>
      </w:r>
    </w:p>
    <w:p>
      <w:r>
        <w:t>[Soon?]</w:t>
      </w:r>
    </w:p>
    <w:p>
      <w:r>
        <w:t>I had a note</w:t>
      </w:r>
    </w:p>
    <w:p>
      <w:r>
        <w:t>[Yes?]</w:t>
      </w:r>
    </w:p>
    <w:p>
      <w:r>
        <w:t>{I am here\wait}</w:t>
      </w:r>
    </w:p>
    <w:p>
      <w:r>
        <w:t>[When will Moshiach come?]</w:t>
      </w:r>
    </w:p>
    <w:p>
      <w:r>
        <w:t>Ah, he, he made known the day and the month and the.. that he will come</w:t>
      </w:r>
    </w:p>
    <w:p>
      <w:r>
        <w:t>[Soon?]</w:t>
      </w:r>
    </w:p>
    <w:p>
      <w:r>
        <w:t>{…}</w:t>
      </w:r>
    </w:p>
    <w:p>
      <w:r>
        <w:t>[Soon?]</w:t>
      </w:r>
    </w:p>
    <w:p>
      <w:r>
        <w:t>Ah?</w:t>
      </w:r>
    </w:p>
    <w:p>
      <w:r>
        <w:t>[Soon?]</w:t>
      </w:r>
    </w:p>
    <w:p>
      <w:r>
        <w:t>I do not know, but {according to the fact that I, that.. I saw him, it seems that he is already very near} [Very]</w:t>
      </w:r>
    </w:p>
    <w:p>
      <w:r>
        <w:t>I had a note:</w:t>
      </w:r>
    </w:p>
    <w:p>
      <w:r>
        <w:t>[Ah, ah]</w:t>
      </w:r>
    </w:p>
    <w:p>
      <w:r>
        <w:t>That "the time..," so, so, so</w:t>
      </w:r>
    </w:p>
    <w:p>
      <w:r>
        <w:t>[That is what is written]</w:t>
      </w:r>
    </w:p>
    <w:p>
      <w:r>
        <w:t>That is what was written, I can show you</w:t>
      </w:r>
    </w:p>
    <w:p>
      <w:r>
        <w:t>[Yes]</w:t>
      </w:r>
    </w:p>
    <w:p>
      <w:r>
        <w:t>"The time of the redemption is very near"</w:t>
      </w:r>
    </w:p>
    <w:p>
      <w:r>
        <w:t>[With God's help]</w:t>
      </w:r>
    </w:p>
    <w:p>
      <w:r>
        <w:t>{. . .}</w:t>
      </w:r>
    </w:p>
    <w:p>
      <w:r>
        <w:t>[With God's help]</w:t>
      </w:r>
    </w:p>
    <w:p>
      <w:r>
        <w:t>Four words: "The time of the redemption</w:t>
      </w:r>
    </w:p>
    <w:p>
      <w:r>
        <w:t>[Is near]</w:t>
      </w:r>
    </w:p>
    <w:p>
      <w:r>
        <w:t>Is near</w:t>
      </w:r>
    </w:p>
    <w:p>
      <w:r>
        <w:t>[Very]</w:t>
      </w:r>
    </w:p>
    <w:p>
      <w:r>
        <w:t>Very"</w:t>
      </w:r>
    </w:p>
    <w:p>
      <w:r>
        <w:t>[With God's help]</w:t>
      </w:r>
    </w:p>
    <w:p>
      <w:r>
        <w:t>[………]</w:t>
      </w:r>
    </w:p>
    <w:p>
      <w:r>
        <w:t>[….…..]</w:t>
      </w:r>
    </w:p>
    <w:p>
      <w:r>
        <w:t>Oy, what anguish this is, a child who does not go to school, he did not have, he did not have shoes</w:t>
      </w:r>
    </w:p>
    <w:p>
      <w:r>
        <w:t>No, and he did not have any garment {and all kinds of things to eat}, yes</w:t>
      </w:r>
    </w:p>
    <w:p>
      <w:r>
        <w:t>I.., neither I nor the children</w:t>
      </w:r>
    </w:p>
    <w:p>
      <w:r>
        <w:t>[…………..…]</w:t>
      </w:r>
    </w:p>
    <w:p>
      <w:r>
        <w:t>[………..…...]</w:t>
      </w:r>
    </w:p>
    <w:p>
      <w:r>
        <w:t>I was a little child, I went to school, and my mother gave me for school a piece of bread with olive oil</w:t>
      </w:r>
    </w:p>
    <w:p>
      <w:r>
        <w:t>[Yes]</w:t>
      </w:r>
    </w:p>
    <w:p>
      <w:r>
        <w:t>She gave the olive oil, drops like these {one could barely see them}</w:t>
      </w:r>
    </w:p>
    <w:p>
      <w:r>
        <w:t>[Well, well]</w:t>
      </w:r>
    </w:p>
    <w:p>
      <w:r>
        <w:t>I said to her: "Mother, give me one more drop"</w:t>
      </w:r>
    </w:p>
    <w:p>
      <w:r>
        <w:t>["One more drop"]</w:t>
      </w:r>
    </w:p>
    <w:p>
      <w:r>
        <w:t>"Give me one more drop"</w:t>
      </w:r>
    </w:p>
    <w:p>
      <w:r>
        <w:t>She, she shouted at me:</w:t>
      </w:r>
    </w:p>
    <w:p>
      <w:r>
        <w:t>"I need the oil for the holy Shabbos, if I give you..</w:t>
      </w:r>
    </w:p>
    <w:p>
      <w:r>
        <w:t>[“One more drop”]</w:t>
      </w:r>
    </w:p>
    <w:p>
      <w:r>
        <w:t>One more drop, I will not have.. {…..}"</w:t>
      </w:r>
    </w:p>
    <w:p>
      <w:r>
        <w:t>["I will have none left for the holy Shabbos"]</w:t>
      </w:r>
    </w:p>
    <w:p>
      <w:r>
        <w:t>Ah! Ah! Ah! Ah!</w:t>
      </w:r>
    </w:p>
    <w:p>
      <w:r>
        <w:t>[Saba..]</w:t>
      </w:r>
    </w:p>
    <w:p>
      <w:r>
        <w:t>[When are you coming? When are you coming to me? When?]</w:t>
      </w:r>
    </w:p>
    <w:p>
      <w:r>
        <w:t>{…………..}</w:t>
      </w:r>
    </w:p>
    <w:p>
      <w:r>
        <w:t>[Yo]</w:t>
      </w:r>
    </w:p>
    <w:p>
      <w:r>
        <w:t>{….}, a garment too, shoes too</w:t>
      </w:r>
    </w:p>
    <w:p>
      <w:r>
        <w:t>[Yes?]</w:t>
      </w:r>
    </w:p>
    <w:p>
      <w:r>
        <w:t>Well, I thought I would die like this</w:t>
      </w:r>
    </w:p>
    <w:p>
      <w:r>
        <w:t>[What are you talking about]</w:t>
      </w:r>
    </w:p>
    <w:p>
      <w:r>
        <w:t>[God forbid]</w:t>
      </w:r>
    </w:p>
    <w:p>
      <w:r>
        <w:t>I see, the sons, thank God, grew up, yes, and I am alive</w:t>
      </w:r>
    </w:p>
    <w:p>
      <w:r>
        <w:t>[Thank God]</w:t>
      </w:r>
    </w:p>
    <w:p>
      <w:r>
        <w:t>[When is Moshiach coming? Saba]</w:t>
      </w:r>
    </w:p>
    <w:p>
      <w:r>
        <w:t>[Soon..]</w:t>
      </w:r>
    </w:p>
    <w:p>
      <w:r>
        <w:t>He.., our holy Rabbainu writes me a note</w:t>
      </w:r>
    </w:p>
    <w:p>
      <w:r>
        <w:t>[Yes]</w:t>
      </w:r>
    </w:p>
    <w:p>
      <w:r>
        <w:t>Like this: "The time of the redemption</w:t>
      </w:r>
    </w:p>
    <w:p>
      <w:r>
        <w:t>[The redemption is near]</w:t>
      </w:r>
    </w:p>
    <w:p>
      <w:r>
        <w:t>Is near</w:t>
      </w:r>
    </w:p>
    <w:p>
      <w:r>
        <w:t>[Very]</w:t>
      </w:r>
    </w:p>
    <w:p>
      <w:r>
        <w:t>Very"</w:t>
      </w:r>
    </w:p>
    <w:p>
      <w:r>
        <w:t>[Four words]</w:t>
      </w:r>
    </w:p>
    <w:p>
      <w:r>
        <w:t>Well, what, make the calculation</w:t>
      </w:r>
    </w:p>
    <w:p>
      <w:r>
        <w:t>[…….]</w:t>
      </w:r>
    </w:p>
    <w:p>
      <w:r>
        <w:t>[What is its gematria? What gematria..?]</w:t>
      </w:r>
    </w:p>
    <w:p>
      <w:r>
        <w:t>[He said to him, he said to him: "Make the calculation"]</w:t>
      </w:r>
    </w:p>
    <w:p>
      <w:r>
        <w:t>[No, it is possible to do it in gematria, “The time of the redemption is very near"]</w:t>
      </w:r>
    </w:p>
    <w:p>
      <w:r>
        <w:t>[………]</w:t>
      </w:r>
    </w:p>
    <w:p>
      <w:r>
        <w:t>[………]</w:t>
      </w:r>
    </w:p>
    <w:p>
      <w:r>
        <w:t>[Wait, with the initials… Oy Tate, Tate, Tate, Tate..]</w:t>
      </w:r>
    </w:p>
    <w:p>
      <w:r>
        <w:t>[Avraham Natan sings:</w:t>
      </w:r>
    </w:p>
    <w:p>
      <w:r>
        <w:t>"Na Nach Nachma Nachman Me'Uman.."</w:t>
      </w:r>
    </w:p>
    <w:p>
      <w:r>
        <w:t>And Saba stirs them: "Ah.. ah.. ah.. ah.."]</w:t>
      </w:r>
    </w:p>
    <w:p>
      <w:r>
        <w:t>The burden, thank God, became, became light</w:t>
      </w:r>
    </w:p>
    <w:p>
      <w:r>
        <w:t>The burden was {for me}, it became lighter each time</w:t>
      </w:r>
    </w:p>
    <w:p>
      <w:r>
        <w:t>[Thank God]</w:t>
      </w:r>
    </w:p>
    <w:p>
      <w:r>
        <w:t>They grew up</w:t>
      </w:r>
    </w:p>
    <w:p>
      <w:r>
        <w:t>[Ah, the children grew up]</w:t>
      </w:r>
    </w:p>
    <w:p>
      <w:r>
        <w:t>They went out from me, so the burden was not so heavy for me</w:t>
      </w:r>
    </w:p>
    <w:p>
      <w:r>
        <w:t>[Ah, ah]</w:t>
      </w:r>
    </w:p>
    <w:p>
      <w:r>
        <w:t>[The burden, the yoke of earning a livelihood]</w:t>
      </w:r>
    </w:p>
    <w:p>
      <w:r>
        <w:t>[The yoke of the children, yes]</w:t>
      </w:r>
    </w:p>
    <w:p>
      <w:r>
        <w:t>[Saba, your wife's father threw you to the dogs, do you remember? Your wife's father]</w:t>
      </w:r>
    </w:p>
    <w:p>
      <w:r>
        <w:t>My wife's father beat me</w:t>
      </w:r>
    </w:p>
    <w:p>
      <w:r>
        <w:t>[Oh]</w:t>
      </w:r>
    </w:p>
    <w:p>
      <w:r>
        <w:t>So that I would not be Breslov</w:t>
      </w:r>
    </w:p>
    <w:p>
      <w:r>
        <w:t>[So that he would not be, so that he would not be a Breslover Chassid]</w:t>
      </w:r>
    </w:p>
    <w:p>
      <w:r>
        <w:t>"Who will take you as a son-in-law? You will not have a wife, you will not have sons</w:t>
      </w:r>
    </w:p>
    <w:p>
      <w:r>
        <w:t>What, what do you think will happen? {Why are you doing this}, do you not have pity on me?</w:t>
      </w:r>
    </w:p>
    <w:p>
      <w:r>
        <w:t>{This little son-in-law ….}"</w:t>
      </w:r>
    </w:p>
    <w:p>
      <w:r>
        <w:t>[………]</w:t>
      </w:r>
    </w:p>
    <w:p>
      <w:r>
        <w:t>[…..….]</w:t>
      </w:r>
    </w:p>
    <w:p>
      <w:r>
        <w:t>I do not understand how I am alive and sitting here</w:t>
      </w:r>
    </w:p>
    <w:p>
      <w:r>
        <w:t>I had no bread, without bread it is impossible to live</w:t>
      </w:r>
    </w:p>
    <w:p>
      <w:r>
        <w:t>[Right]</w:t>
      </w:r>
    </w:p>
    <w:p>
      <w:r>
        <w:t>I had no bread and the sons had none, I had ten sons and all of them, all of them:</w:t>
      </w:r>
    </w:p>
    <w:p>
      <w:r>
        <w:t>"B.. b.. b.. b.. b.. b.."</w:t>
      </w:r>
    </w:p>
    <w:p>
      <w:r>
        <w:t>[There is none]</w:t>
      </w:r>
    </w:p>
    <w:p>
      <w:r>
        <w:t>And there is none, there is none, there is none, I have no bread to give them</w:t>
      </w:r>
    </w:p>
    <w:p>
      <w:r>
        <w:t>Because I became Breslov</w:t>
      </w:r>
    </w:p>
    <w:p>
      <w:r>
        <w:t>[…]</w:t>
      </w:r>
    </w:p>
    <w:p>
      <w:r>
        <w:t>Yes, not for nothing</w:t>
      </w:r>
    </w:p>
    <w:p>
      <w:r>
        <w:t>[………]</w:t>
      </w:r>
    </w:p>
    <w:p>
      <w:r>
        <w:t>[…..….]</w:t>
      </w:r>
    </w:p>
    <w:p>
      <w:r>
        <w:t>[Saba, I need a healing, bless me, Saba, Saba, bless me, Saba]</w:t>
      </w:r>
    </w:p>
    <w:p>
      <w:r>
        <w:t>{With God's help..} you will have heal.., redemption and a complete healing</w:t>
      </w:r>
    </w:p>
    <w:p>
      <w:r>
        <w:t>[Amen]</w:t>
      </w:r>
    </w:p>
    <w:p>
      <w:r>
        <w:t>{And likewise, and all the blessings in the world}</w:t>
      </w:r>
    </w:p>
    <w:p>
      <w:r>
        <w:t>[Amen, amen, amen]</w:t>
      </w:r>
    </w:p>
    <w:p>
      <w:r>
        <w:t>{….}</w:t>
      </w:r>
    </w:p>
    <w:p>
      <w:r>
        <w:t>[Amen, amen]</w:t>
      </w:r>
    </w:p>
    <w:p>
      <w:r>
        <w:t>{….}</w:t>
      </w:r>
    </w:p>
    <w:p>
      <w:r>
        <w:t>[Amen, amen, amen]</w:t>
      </w:r>
    </w:p>
    <w:p>
      <w:r>
        <w:t>[Saba and Avraham Natan shout: Ah.. ah.. ah.. ah..]</w:t>
      </w:r>
    </w:p>
    <w:p>
      <w:r>
        <w:t>I do not, I do not speak exaggerations, God forbid, just as it was</w:t>
      </w:r>
    </w:p>
    <w:p>
      <w:r>
        <w:t>There was not.. there had not yet been {{there is no other like me}}</w:t>
      </w:r>
    </w:p>
    <w:p>
      <w:r>
        <w:t>I had two daughters, two daughters, I did not have..</w:t>
      </w:r>
    </w:p>
    <w:p>
      <w:r>
        <w:t>They began to work, to do floor-washing</w:t>
      </w:r>
    </w:p>
    <w:p>
      <w:r>
        <w:t>And thank God..</w:t>
      </w:r>
    </w:p>
    <w:p>
      <w:r>
        <w:t>[…..………...….]</w:t>
      </w:r>
    </w:p>
    <w:p>
      <w:r>
        <w:t>[………………...]</w:t>
      </w:r>
    </w:p>
    <w:p>
      <w:r>
        <w:t>I needed bread seventy years ago</w:t>
      </w:r>
    </w:p>
    <w:p>
      <w:r>
        <w:t>There was no one who would give me bread for the children</w:t>
      </w:r>
    </w:p>
    <w:p>
      <w:r>
        <w:t>Yes</w:t>
      </w:r>
    </w:p>
    <w:p>
      <w:r>
        <w:t>[Today, thank God, there is]</w:t>
      </w:r>
    </w:p>
    <w:p>
      <w:r>
        <w:t>I, and I am here alive, without bread</w:t>
      </w:r>
    </w:p>
    <w:p>
      <w:r>
        <w:t>[……..]</w:t>
      </w:r>
    </w:p>
    <w:p>
      <w:r>
        <w:t>And the children went to work and they had no bread, they did not have, there was no bread in the house, "Breslov? Breslov? Better that he should die..</w:t>
      </w:r>
    </w:p>
    <w:p>
      <w:r>
        <w:t>[And not be..]</w:t>
      </w:r>
    </w:p>
    <w:p>
      <w:r>
        <w:t>And not be Breslov"</w:t>
      </w:r>
    </w:p>
    <w:p>
      <w:r>
        <w:t>[Saba, there is a soldier of Rabbainu here, he, he publicizes the "Na Nach"]</w:t>
      </w:r>
    </w:p>
    <w:p>
      <w:r>
        <w:t>Ah?</w:t>
      </w:r>
    </w:p>
    <w:p>
      <w:r>
        <w:t>[He, he publicizes the note]</w:t>
      </w:r>
    </w:p>
    <w:p>
      <w:r>
        <w:t>Yes?</w:t>
      </w:r>
    </w:p>
    <w:p>
      <w:r>
        <w:t>[Yossi, Yossi]</w:t>
      </w:r>
    </w:p>
    <w:p>
      <w:r>
        <w:t>Yossi?</w:t>
      </w:r>
    </w:p>
    <w:p>
      <w:r>
        <w:t>[Yes, yes]</w:t>
      </w:r>
    </w:p>
    <w:p>
      <w:r>
        <w:t>[What is your name?]</w:t>
      </w:r>
    </w:p>
    <w:p>
      <w:r>
        <w:t>[Yossi, Yossi]</w:t>
      </w:r>
    </w:p>
    <w:p>
      <w:r>
        <w:t>[Yossi, Yossi daughter of Yaffa, ah, Yossi son of Yaffa]</w:t>
      </w:r>
    </w:p>
    <w:p>
      <w:r>
        <w:t>Yossi son of Yaffa, do it, publicize it from house to house</w:t>
      </w:r>
    </w:p>
    <w:p>
      <w:r>
        <w:t>{Do not do it in one house}</w:t>
      </w:r>
    </w:p>
    <w:p>
      <w:r>
        <w:t>[Do not do it in one house]</w:t>
      </w:r>
    </w:p>
    <w:p>
      <w:r>
        <w:t>{As it is written} in the note from Rabbainu:</w:t>
      </w:r>
    </w:p>
    <w:p>
      <w:r>
        <w:t>"Of you I said, my little fire will smolder until Moshiach comes"</w:t>
      </w:r>
    </w:p>
    <w:p>
      <w:r>
        <w:t>"Of you I said, my fire will burn until the coming of Moshiach"</w:t>
      </w:r>
    </w:p>
    <w:p>
      <w:r>
        <w:t>I said it of you, {…. and it seems} that I will be alive at the coming of the.., at the coming of Moshiach</w:t>
      </w:r>
    </w:p>
    <w:p>
      <w:r>
        <w:t>[]</w:t>
      </w:r>
    </w:p>
    <w:p>
      <w:r>
        <w:t>When I remind myself of the {situation} that I had nothing</w:t>
      </w:r>
    </w:p>
    <w:p>
      <w:r>
        <w:t>{That there are children and I would not bring them bread}</w:t>
      </w:r>
    </w:p>
    <w:p>
      <w:r>
        <w:t>No, and no, and no, {I could see the child, if not …..}</w:t>
      </w:r>
    </w:p>
    <w:p>
      <w:r>
        <w:t>[..]</w:t>
      </w:r>
    </w:p>
    <w:p>
      <w:r>
        <w:t>And every month they send them home, yes, one needs to bring money</w:t>
      </w:r>
    </w:p>
    <w:p>
      <w:r>
        <w:t>[..]</w:t>
      </w:r>
    </w:p>
    <w:p>
      <w:r>
        <w:t>I had no money {to pay for the cheder}</w:t>
      </w:r>
    </w:p>
    <w:p>
      <w:r>
        <w:t>{Every mon.., every month comes ……………………</w:t>
      </w:r>
    </w:p>
    <w:p>
      <w:r>
        <w:t>……………………………….}</w:t>
      </w:r>
    </w:p>
    <w:p>
      <w:r>
        <w:t>[.…………]</w:t>
      </w:r>
    </w:p>
    <w:p>
      <w:r>
        <w:t>[.…………]</w:t>
      </w:r>
    </w:p>
    <w:p>
      <w:r>
        <w:t>Everyone knows this, {……….} […………]</w:t>
      </w:r>
    </w:p>
    <w:p>
      <w:r>
        <w:t>[………….]</w:t>
      </w:r>
    </w:p>
    <w:p>
      <w:r>
        <w:t>[Saba..]</w:t>
      </w:r>
    </w:p>
    <w:p>
      <w:r>
        <w:t>What a taste this is</w:t>
      </w:r>
    </w:p>
    <w:p>
      <w:r>
        <w:t>[…..]</w:t>
      </w:r>
    </w:p>
    <w:p>
      <w:r>
        <w:t>{…}, who can describe it?</w:t>
      </w:r>
    </w:p>
    <w:p>
      <w:r>
        <w:t>What a taste this is, {that there are} children and I have no bread.. {…}</w:t>
      </w:r>
    </w:p>
    <w:p>
      <w:r>
        <w:t>[To give the children]</w:t>
      </w:r>
    </w:p>
    <w:p>
      <w:r>
        <w:t>{To buy bread}</w:t>
      </w:r>
    </w:p>
    <w:p>
      <w:r>
        <w:t>[……….]</w:t>
      </w:r>
    </w:p>
    <w:p>
      <w:r>
        <w:t>{………. Who can describe this taste?}</w:t>
      </w:r>
    </w:p>
    <w:p>
      <w:r>
        <w:t>[Yes]</w:t>
      </w:r>
    </w:p>
    <w:p>
      <w:r>
        <w:t>What it is</w:t>
      </w:r>
    </w:p>
    <w:p>
      <w:r>
        <w:t>[Yes]</w:t>
      </w:r>
    </w:p>
    <w:p>
      <w:r>
        <w:t>And thank God..</w:t>
      </w:r>
    </w:p>
    <w:p>
      <w:r>
        <w:t>[Saba, Saba, be healthy]</w:t>
      </w:r>
    </w:p>
    <w:p>
      <w:r>
        <w:t>I will come to sleep</w:t>
      </w:r>
    </w:p>
    <w:p>
      <w:r>
        <w:t>[Yes, .… Avraham son of Ru.., Avraham son of Ruchama]</w:t>
      </w:r>
    </w:p>
    <w:p>
      <w:r>
        <w:t>Son of Ruchama</w:t>
      </w:r>
    </w:p>
    <w:p>
      <w:r>
        <w:t>[Yes]</w:t>
      </w:r>
    </w:p>
    <w:p>
      <w:r>
        <w:t>{…} this is the host, Avraham..</w:t>
      </w:r>
    </w:p>
    <w:p>
      <w:r>
        <w:t>[Son of Simcha]</w:t>
      </w:r>
    </w:p>
    <w:p>
      <w:r>
        <w:t>{….}, where is he?</w:t>
      </w:r>
    </w:p>
    <w:p>
      <w:r>
        <w:t>[There he is]</w:t>
      </w:r>
    </w:p>
    <w:p>
      <w:r>
        <w:t>[…………………]</w:t>
      </w:r>
    </w:p>
    <w:p>
      <w:r>
        <w:t>[…………………]</w:t>
      </w:r>
    </w:p>
    <w:p>
      <w:r>
        <w:t>{…}, he wants to take me, he will give me a bed, {..}</w:t>
      </w:r>
    </w:p>
    <w:p>
      <w:r>
        <w:t>[Yes]</w:t>
      </w:r>
    </w:p>
    <w:p>
      <w:r>
        <w:t>[Everything will be good with God's help, Saba, anyone who takes you will be ………..]</w:t>
      </w:r>
    </w:p>
    <w:p>
      <w:r>
        <w:t>[Yes, with food and drink]</w:t>
      </w:r>
    </w:p>
    <w:p>
      <w:r>
        <w:t>Like that?</w:t>
      </w:r>
    </w:p>
    <w:p>
      <w:r>
        <w:t>[Yes]</w:t>
      </w:r>
    </w:p>
    <w:p>
      <w:r>
        <w:t>Without money?</w:t>
      </w:r>
    </w:p>
    <w:p>
      <w:r>
        <w:t>[Without money]</w:t>
      </w:r>
    </w:p>
    <w:p>
      <w:r>
        <w:t>[………….]</w:t>
      </w:r>
    </w:p>
    <w:p>
      <w:r>
        <w:t>As for me, I have no money</w:t>
      </w:r>
    </w:p>
    <w:p>
      <w:r>
        <w:t>[No money is needed, another blessing …….]</w:t>
      </w:r>
    </w:p>
    <w:p>
      <w:r>
        <w:t>[…….…….]</w:t>
      </w:r>
    </w:p>
    <w:p>
      <w:r>
        <w:t>[…………..]</w:t>
      </w:r>
    </w:p>
    <w:p>
      <w:r>
        <w:t>[Saba]</w:t>
      </w:r>
    </w:p>
    <w:p>
      <w:r>
        <w:t>{..}</w:t>
      </w:r>
    </w:p>
    <w:p>
      <w:r>
        <w:t>[Shmulik]</w:t>
      </w:r>
    </w:p>
    <w:p>
      <w:r>
        <w:t>[Shmulik son of Mercedes]</w:t>
      </w:r>
    </w:p>
    <w:p>
      <w:r>
        <w:t>[Shmulik son of Mercedes, Saba]</w:t>
      </w:r>
    </w:p>
    <w:p>
      <w:r>
        <w:t>{….. they are coming}, huh?</w:t>
      </w:r>
    </w:p>
    <w:p>
      <w:r>
        <w:t>[Shmulik son of Mercedes, Shmulik son of Mercedes]</w:t>
      </w:r>
    </w:p>
    <w:p>
      <w:r>
        <w:t>{{. .}} son of Mercedes</w:t>
      </w:r>
    </w:p>
    <w:p>
      <w:r>
        <w:t>[………]</w:t>
      </w:r>
    </w:p>
    <w:p>
      <w:r>
        <w:t>[.…………]</w:t>
      </w:r>
    </w:p>
    <w:p>
      <w:r>
        <w:t>There was not</w:t>
      </w:r>
    </w:p>
    <w:p>
      <w:r>
        <w:t>[………….]</w:t>
      </w:r>
    </w:p>
    <w:p>
      <w:r>
        <w:t>{…… there was not}</w:t>
      </w:r>
    </w:p>
    <w:p>
      <w:r>
        <w:t>[……..…..]</w:t>
      </w:r>
    </w:p>
    <w:p>
      <w:r>
        <w:t>[……..…..]</w:t>
      </w:r>
    </w:p>
    <w:p>
      <w:r>
        <w:t>[Saba, goodbye, Saba]</w:t>
      </w:r>
    </w:p>
    <w:p>
      <w:r>
        <w:t>{A great world, they do not know}</w:t>
      </w:r>
    </w:p>
    <w:p>
      <w:r>
        <w:t>[Yes, yes, yes]</w:t>
      </w:r>
    </w:p>
    <w:p>
      <w:r>
        <w:t>So it is necessary to prepare {the…, …….}</w:t>
      </w:r>
    </w:p>
    <w:p>
      <w:r>
        <w:t>[……..]</w:t>
      </w:r>
    </w:p>
    <w:p>
      <w:r>
        <w:t>[……..]</w:t>
      </w:r>
    </w:p>
    <w:p>
      <w:r>
        <w:t>But I tasted the taste {….}</w:t>
      </w:r>
    </w:p>
    <w:p>
      <w:r>
        <w:t>[Of Breslov]</w:t>
      </w:r>
    </w:p>
    <w:p>
      <w:r>
        <w:t>Ten children, and all of them do this to me:</w:t>
      </w:r>
    </w:p>
    <w:p>
      <w:r>
        <w:t>"B.. b.. b.. b.. b.. b.. b..” {{………….}}</w:t>
      </w:r>
    </w:p>
    <w:p>
      <w:r>
        <w:t>{..}, I tasted the taste, yes</w:t>
      </w:r>
    </w:p>
    <w:p>
      <w:r>
        <w:t>{The lessons} that I studied in "Likutei..”..</w:t>
      </w:r>
    </w:p>
    <w:p>
      <w:r>
        <w:t>[Saba]</w:t>
      </w:r>
    </w:p>
    <w:p>
      <w:r>
        <w:t>In "Likutei Moharan"</w:t>
      </w:r>
    </w:p>
    <w:p>
      <w:r>
        <w:t>[Shalom, I am going, I am going]</w:t>
      </w:r>
    </w:p>
    <w:p>
      <w:r>
        <w:t>Go, go, go</w:t>
      </w:r>
    </w:p>
    <w:p>
      <w:r>
        <w:t>[I will come take you, without a vow]</w:t>
      </w:r>
    </w:p>
    <w:p>
      <w:r>
        <w:t>Good, good, good</w:t>
      </w:r>
    </w:p>
    <w:p>
      <w:r>
        <w:t>[All right?]</w:t>
      </w:r>
    </w:p>
    <w:p>
      <w:r>
        <w:t>Good</w:t>
      </w:r>
    </w:p>
    <w:p>
      <w:r>
        <w:t>[You will come to me, yes?]</w:t>
      </w:r>
    </w:p>
    <w:p>
      <w:r>
        <w:t>Yes</w:t>
      </w:r>
    </w:p>
    <w:p>
      <w:r>
        <w:t>[Yes]</w:t>
      </w:r>
    </w:p>
    <w:p>
      <w:r>
        <w:t>{Will come ….}</w:t>
      </w:r>
    </w:p>
    <w:p>
      <w:r>
        <w:t>[With Hashem's help]</w:t>
      </w:r>
    </w:p>
    <w:p>
      <w:r>
        <w:t>But, ah..</w:t>
      </w:r>
    </w:p>
    <w:p>
      <w:r>
        <w:t>[Son of Ruchama, Avraham son of..]</w:t>
      </w:r>
    </w:p>
    <w:p>
      <w:r>
        <w:t>I have no {….}, I have no strength in my legs to walk</w:t>
      </w:r>
    </w:p>
    <w:p>
      <w:r>
        <w:t>[I will take you]</w:t>
      </w:r>
    </w:p>
    <w:p>
      <w:r>
        <w:t>{Yes}</w:t>
      </w:r>
    </w:p>
    <w:p>
      <w:r>
        <w:t>[Saba, goodbye, Saba]</w:t>
      </w:r>
    </w:p>
    <w:p>
      <w:r>
        <w:t>[Shalom, be healthy, shalom]</w:t>
      </w:r>
    </w:p>
    <w:p>
      <w:r>
        <w:t>{….}, may Hashem give you blessing and success and every good [Amen]</w:t>
      </w:r>
    </w:p>
    <w:p>
      <w:r>
        <w:t>All the salvations</w:t>
      </w:r>
    </w:p>
    <w:p>
      <w:r>
        <w:t>[[Amen]]</w:t>
      </w:r>
    </w:p>
    <w:p>
      <w:r>
        <w:t>[Shalom]</w:t>
      </w:r>
    </w:p>
    <w:p>
      <w:r>
        <w:t>[……………….]</w:t>
      </w:r>
    </w:p>
    <w:p>
      <w:r>
        <w:t>[………….……]</w:t>
      </w:r>
    </w:p>
    <w:p>
      <w:r>
        <w:t>[Well, Saba]</w:t>
      </w:r>
    </w:p>
    <w:p>
      <w:r>
        <w:t>[Saba, the world is drawing close to Rabbainu]</w:t>
      </w:r>
    </w:p>
    <w:p>
      <w:r>
        <w:t>I had no bread, {…..}</w:t>
      </w:r>
    </w:p>
    <w:p>
      <w:r>
        <w:t>[..]</w:t>
      </w:r>
    </w:p>
    <w:p>
      <w:r>
        <w:t>Ten children, five daughters and five sons</w:t>
      </w:r>
    </w:p>
    <w:p>
      <w:r>
        <w:t>[And five sons]</w:t>
      </w:r>
    </w:p>
    <w:p>
      <w:r>
        <w:t>{Ten} children, and all of them did like this:</w:t>
      </w:r>
    </w:p>
    <w:p>
      <w:r>
        <w:t>"B.. b.. b.. b.. b.. b..”</w:t>
      </w:r>
    </w:p>
    <w:p>
      <w:r>
        <w:t>I had no b.. bread to give them, a piece of bread</w:t>
      </w:r>
    </w:p>
    <w:p>
      <w:r>
        <w:t>[Saba, in the merit of.., Saba, in the merit of this, the.. the world is drawing close now to Rabbainu</w:t>
      </w:r>
    </w:p>
    <w:p>
      <w:r>
        <w:t>The world is drawing close now to Rabbainu]</w:t>
      </w:r>
    </w:p>
    <w:p>
      <w:r>
        <w:t>Yes, yes, yes, yes</w:t>
      </w:r>
    </w:p>
    <w:p>
      <w:r>
        <w:t>[Yes, all the people who were here now]</w:t>
      </w:r>
    </w:p>
    <w:p>
      <w:r>
        <w:t>{……}</w:t>
      </w:r>
    </w:p>
    <w:p>
      <w:r>
        <w:t>[All the people who were here, they r.. r.. were renewed, were completely renewed, from Rabbainu..]</w:t>
      </w:r>
    </w:p>
    <w:p>
      <w:r>
        <w:t>{{….}}</w:t>
      </w:r>
    </w:p>
    <w:p>
      <w:r>
        <w:t>[Yes, yes, yes, yes]</w:t>
      </w:r>
    </w:p>
    <w:p>
      <w:r>
        <w:t>[A little cola? Saba, a little cola?]</w:t>
      </w:r>
    </w:p>
    <w:p>
      <w:r>
        <w:t>No</w:t>
      </w:r>
    </w:p>
    <w:p>
      <w:r>
        <w:t>[A drop of cola]</w:t>
      </w:r>
    </w:p>
    <w:p>
      <w:r>
        <w:t>No</w:t>
      </w:r>
    </w:p>
    <w:p>
      <w:r>
        <w:t>[No]</w:t>
      </w:r>
    </w:p>
    <w:p>
      <w:r>
        <w:t>{Seventy years ago} why did you not give me?</w:t>
      </w:r>
    </w:p>
    <w:p>
      <w:r>
        <w:t>[…….…]</w:t>
      </w:r>
    </w:p>
    <w:p>
      <w:r>
        <w:t>[……….]</w:t>
      </w:r>
    </w:p>
    <w:p>
      <w:r>
        <w:t>Ah..</w:t>
      </w:r>
    </w:p>
    <w:p>
      <w:r>
        <w:t>[.….]</w:t>
      </w:r>
    </w:p>
    <w:p>
      <w:r>
        <w:t>{All right}</w:t>
      </w:r>
    </w:p>
    <w:p>
      <w:r>
        <w:t>[Yes, yes, yes]</w:t>
      </w:r>
    </w:p>
    <w:p>
      <w:r>
        <w:t>{No\yo}</w:t>
      </w:r>
    </w:p>
    <w:p>
      <w:r>
        <w:t>[……….]</w:t>
      </w:r>
    </w:p>
    <w:p>
      <w:r>
        <w:t>Yes, and I too, I had no shoes, the shoes were torn</w:t>
      </w:r>
    </w:p>
    <w:p>
      <w:r>
        <w:t>And the.. all the water entered {…}, it was like this, all the water</w:t>
      </w:r>
    </w:p>
    <w:p>
      <w:r>
        <w:t>{Entered for me from here, into the shoes}, and I was very cold</w:t>
      </w:r>
    </w:p>
    <w:p>
      <w:r>
        <w:t>[Yes]</w:t>
      </w:r>
    </w:p>
    <w:p>
      <w:r>
        <w:t>{…}, but what is your name?</w:t>
      </w:r>
    </w:p>
    <w:p>
      <w:r>
        <w:t>[Gadi, Gadi]</w:t>
      </w:r>
    </w:p>
    <w:p>
      <w:r>
        <w:t>Gadi?</w:t>
      </w:r>
    </w:p>
    <w:p>
      <w:r>
        <w:t>[Yes]</w:t>
      </w:r>
    </w:p>
    <w:p>
      <w:r>
        <w:t>If you had been then..</w:t>
      </w:r>
    </w:p>
    <w:p>
      <w:r>
        <w:t>[Saba..]</w:t>
      </w:r>
    </w:p>
    <w:p>
      <w:r>
        <w:t>If you had been then, you would have {{….}}, you would have given me shoes</w:t>
      </w:r>
    </w:p>
    <w:p>
      <w:r>
        <w:t>[Ah, yes?]</w:t>
      </w:r>
    </w:p>
    <w:p>
      <w:r>
        <w:t>Yes</w:t>
      </w:r>
    </w:p>
    <w:p>
      <w:r>
        <w:t>[If only, Saba..]</w:t>
      </w:r>
    </w:p>
    <w:p>
      <w:r>
        <w:t>{..}, so this is the taste, blessed is Hashem, I tasted what it is..</w:t>
      </w:r>
    </w:p>
    <w:p>
      <w:r>
        <w:t>[Suffering]</w:t>
      </w:r>
    </w:p>
    <w:p>
      <w:r>
        <w:t>For children to do like this: “B.. b.. b.. b.. b.. b..”</w:t>
      </w:r>
    </w:p>
    <w:p>
      <w:r>
        <w:t>{…..}, and I have no bread to give them</w:t>
      </w:r>
    </w:p>
    <w:p>
      <w:r>
        <w:t>[Saba, it was worth it, right?]</w:t>
      </w:r>
    </w:p>
    <w:p>
      <w:r>
        <w:t>{..}</w:t>
      </w:r>
    </w:p>
    <w:p>
      <w:r>
        <w:t>[Saba]</w:t>
      </w:r>
    </w:p>
    <w:p>
      <w:r>
        <w:t>{..}</w:t>
      </w:r>
    </w:p>
    <w:p>
      <w:r>
        <w:t>[Saba, it was, it was worth the suffering]</w:t>
      </w:r>
    </w:p>
    <w:p>
      <w:r>
        <w:t>Ah</w:t>
      </w:r>
    </w:p>
    <w:p>
      <w:r>
        <w:t>[The suffering is worth it, it was, it was worth it..]</w:t>
      </w:r>
    </w:p>
    <w:p>
      <w:r>
        <w:t>What.. {everyone cried}, not like today</w:t>
      </w:r>
    </w:p>
    <w:p>
      <w:r>
        <w:t>[Blessed is Hashem]</w:t>
      </w:r>
    </w:p>
    <w:p>
      <w:r>
        <w:t>{……….}, to say with the mouth</w:t>
      </w:r>
    </w:p>
    <w:p>
      <w:r>
        <w:t>[…………..]</w:t>
      </w:r>
    </w:p>
    <w:p>
      <w:r>
        <w:t>One Jew from.. from Yaffo, from Yaffo, was in the time of the Turks</w:t>
      </w:r>
    </w:p>
    <w:p>
      <w:r>
        <w:t>Ah, he, he came, he was, he {hid}, ah, like from.. f.. wha.. {from the army}</w:t>
      </w:r>
    </w:p>
    <w:p>
      <w:r>
        <w:t>[Yes]</w:t>
      </w:r>
    </w:p>
    <w:p>
      <w:r>
        <w:t>He was in Teveria, and would bring {every Shabbos}</w:t>
      </w:r>
    </w:p>
    <w:p>
      <w:r>
        <w:t>Every Shabbos he would bring, ah, fish, yes, and.. {and challah}</w:t>
      </w:r>
    </w:p>
    <w:p>
      <w:r>
        <w:t>{He was the only one, and he, ah}, to this day I {what, what, what}, I remember</w:t>
      </w:r>
    </w:p>
    <w:p>
      <w:r>
        <w:t>That he would bring every Shabbos the.. he brought me challah and also, ah.. {and there was also a little food} it is forbidden to forget this</w:t>
      </w:r>
    </w:p>
    <w:p>
      <w:r>
        <w:t>[Yes, yes]</w:t>
      </w:r>
    </w:p>
    <w:p>
      <w:r>
        <w:t>Yes</w:t>
      </w:r>
    </w:p>
    <w:p>
      <w:r>
        <w:t>[Rabbainu writes this, Rabbainu writes this]</w:t>
      </w:r>
    </w:p>
    <w:p>
      <w:r>
        <w:t>{………….}</w:t>
      </w:r>
    </w:p>
    <w:p>
      <w:r>
        <w:t>{And I had} every Shabbos someone from Yaffo, and he brought me challah {and cholent}</w:t>
      </w:r>
    </w:p>
    <w:p>
      <w:r>
        <w:t>{Blessed is Hashem …….}, on Shabbos I had no..</w:t>
      </w:r>
    </w:p>
    <w:p>
      <w:r>
        <w:t>{And were it not for this man, he, he merited from every.. every moment piety (fear)}, he alone.. brought me challah and..</w:t>
      </w:r>
    </w:p>
    <w:p>
      <w:r>
        <w:t>[And cholent]</w:t>
      </w:r>
    </w:p>
    <w:p>
      <w:r>
        <w:t>And..</w:t>
      </w:r>
    </w:p>
    <w:p>
      <w:r>
        <w:t>[Cholent]</w:t>
      </w:r>
    </w:p>
    <w:p>
      <w:r>
        <w:t>Food, and fish {….}, every Shabbos I had, {he} had Gan Eden</w:t>
      </w:r>
    </w:p>
    <w:p>
      <w:r>
        <w:t>He brought me</w:t>
      </w:r>
    </w:p>
    <w:p>
      <w:r>
        <w:t>[Blessed is Hashem]</w:t>
      </w:r>
    </w:p>
    <w:p>
      <w:r>
        <w:t>{……..}</w:t>
      </w:r>
    </w:p>
    <w:p>
      <w:r>
        <w:t>[Yes, yes]</w:t>
      </w:r>
    </w:p>
    <w:p>
      <w:r>
        <w:t>Yes</w:t>
      </w:r>
    </w:p>
    <w:p>
      <w:r>
        <w:t>[Yes]</w:t>
      </w:r>
    </w:p>
    <w:p>
      <w:r>
        <w:t>I had, they had every good, and I did not have bread {for} Shabbos</w:t>
      </w:r>
    </w:p>
    <w:p>
      <w:r>
        <w:t>And if not for this man, he would bring challah and.. {and food}</w:t>
      </w:r>
    </w:p>
    <w:p>
      <w:r>
        <w:t>[Saba, I think that.. this man was Rabbainu]</w:t>
      </w:r>
    </w:p>
    <w:p>
      <w:r>
        <w:t>I {remember this} for several years, {who knows where he is}</w:t>
      </w:r>
    </w:p>
    <w:p>
      <w:r>
        <w:t>[Saba, Saba, he made Gan Eden for you, so now he is in Ga.. Gan Eden]</w:t>
      </w:r>
    </w:p>
    <w:p>
      <w:r>
        <w:t>He brought me challah, {challah} and fish, and also {a piece of food}, yes {yes, he, h.. h.. h.. h..}</w:t>
      </w:r>
    </w:p>
    <w:p>
      <w:r>
        <w:t>{……..}…</w:t>
      </w:r>
    </w:p>
    <w:p>
      <w:pPr>
        <w:pStyle w:val="Heading2"/>
      </w:pPr>
      <w:r>
        <w:t>Side B (Bais)</w:t>
      </w:r>
    </w:p>
    <w:p>
      <w:r>
        <w:t>...[Saba, today is Sunday]</w:t>
      </w:r>
    </w:p>
    <w:p>
      <w:r>
        <w:t>Yo, Sunday, Rosh Chodesh</w:t>
      </w:r>
    </w:p>
    <w:p>
      <w:r>
        <w:t>[Yes, yes, today is Sunday, Rosh Chodesh]</w:t>
      </w:r>
    </w:p>
    <w:p>
      <w:r>
        <w:t>The month {….}</w:t>
      </w:r>
    </w:p>
    <w:p>
      <w:r>
        <w:t>[Yes]</w:t>
      </w:r>
    </w:p>
    <w:p>
      <w:r>
        <w:t>[………………]</w:t>
      </w:r>
    </w:p>
    <w:p>
      <w:r>
        <w:t>[………………]…</w:t>
      </w:r>
    </w:p>
    <w:p>
      <w:r>
        <w:t>...{Do you have strength?}</w:t>
      </w:r>
    </w:p>
    <w:p>
      <w:r>
        <w:t>[For what?]</w:t>
      </w:r>
    </w:p>
    <w:p>
      <w:r>
        <w:t>Oy.. {also the food}</w:t>
      </w:r>
    </w:p>
    <w:p>
      <w:r>
        <w:t>[Hebrew, Saba]</w:t>
      </w:r>
    </w:p>
    <w:p>
      <w:r>
        <w:t>There will be a new world, a new world</w:t>
      </w:r>
    </w:p>
    <w:p>
      <w:r>
        <w:t>[…]…</w:t>
      </w:r>
    </w:p>
    <w:p>
      <w:r>
        <w:t>...{But} we have Torah, the Torah teaches us about every, about every..</w:t>
      </w:r>
    </w:p>
    <w:p>
      <w:r>
        <w:t>About every thing, about every thing</w:t>
      </w:r>
    </w:p>
    <w:p>
      <w:r>
        <w:t>The Torah teaches us how to be a person</w:t>
      </w:r>
    </w:p>
    <w:p>
      <w:r>
        <w:t>Because all.., the whole world are not human beings, according to the.. according to Rabbainu</w:t>
      </w:r>
    </w:p>
    <w:p>
      <w:r>
        <w:t>[Yes, yes]</w:t>
      </w:r>
    </w:p>
    <w:p>
      <w:r>
        <w:t>They are not, {not at all} human beings</w:t>
      </w:r>
    </w:p>
    <w:p>
      <w:r>
        <w:t>[Beasts]</w:t>
      </w:r>
    </w:p>
    <w:p>
      <w:r>
        <w:t>They are beasts</w:t>
      </w:r>
    </w:p>
    <w:p>
      <w:r>
        <w:t>That is what Rabbainu says in "Likutei Moharan"</w:t>
      </w:r>
    </w:p>
    <w:p>
      <w:r>
        <w:t>[Yes,]yes</w:t>
      </w:r>
    </w:p>
    <w:p>
      <w:r>
        <w:t>{..}, that the whole world are not human beings, they are donkeys, only in.. in Breslov there is a {soul}</w:t>
      </w:r>
    </w:p>
    <w:p>
      <w:r>
        <w:t>[Human beings]</w:t>
      </w:r>
    </w:p>
    <w:p>
      <w:r>
        <w:t>{..}</w:t>
      </w:r>
    </w:p>
    <w:p>
      <w:r>
        <w:t>We {well, well}, will tell the whole world, the Americans, the English, the whole world</w:t>
      </w:r>
    </w:p>
    <w:p>
      <w:r>
        <w:t>That they are beasts {without Rebbe Nachman}</w:t>
      </w:r>
    </w:p>
    <w:p>
      <w:r>
        <w:t>{{. . .}}</w:t>
      </w:r>
    </w:p>
    <w:p>
      <w:r>
        <w:t>[Saba]</w:t>
      </w:r>
    </w:p>
    <w:p>
      <w:r>
        <w:t>[…]</w:t>
      </w:r>
    </w:p>
    <w:p>
      <w:r>
        <w:t>Who is this? Is this the rabbi, this rabbi?</w:t>
      </w:r>
    </w:p>
    <w:p>
      <w:r>
        <w:t>[Yes, shalom Saba]</w:t>
      </w:r>
    </w:p>
    <w:p>
      <w:r>
        <w:t>Rabbi {Azriel}?</w:t>
      </w:r>
    </w:p>
    <w:p>
      <w:r>
        <w:t>[Yes, yes, yes]</w:t>
      </w:r>
    </w:p>
    <w:p>
      <w:r>
        <w:t>[Shalom, shalom Saba]</w:t>
      </w:r>
    </w:p>
    <w:p>
      <w:r>
        <w:t>{……… rabbis are not needed} in the whole.., in the whole world..</w:t>
      </w:r>
    </w:p>
    <w:p>
      <w:r>
        <w:t>[May His name be praised forever]</w:t>
      </w:r>
    </w:p>
    <w:p>
      <w:r>
        <w:t>{….}</w:t>
      </w:r>
    </w:p>
    <w:p>
      <w:r>
        <w:t>[Now is an auspicious time]</w:t>
      </w:r>
    </w:p>
    <w:p>
      <w:r>
        <w:t>{Rabbi David}</w:t>
      </w:r>
    </w:p>
    <w:p>
      <w:r>
        <w:t>[Now, it is possible to ask for a blessing]</w:t>
      </w:r>
    </w:p>
    <w:p>
      <w:r>
        <w:t>{……..}</w:t>
      </w:r>
    </w:p>
    <w:p>
      <w:r>
        <w:t>[Yes]</w:t>
      </w:r>
    </w:p>
    <w:p>
      <w:r>
        <w:t>[…. What is he saying?]</w:t>
      </w:r>
    </w:p>
    <w:p>
      <w:r>
        <w:t>{And there is..}</w:t>
      </w:r>
    </w:p>
    <w:p>
      <w:r>
        <w:t>[Saba, how are you? This is Avraham, Avraham son of Simcha]</w:t>
      </w:r>
    </w:p>
    <w:p>
      <w:r>
        <w:t>We have what to rejoice in</w:t>
      </w:r>
    </w:p>
    <w:p>
      <w:r>
        <w:t>[How ar..]</w:t>
      </w:r>
    </w:p>
    <w:p>
      <w:r>
        <w:t>Oy, our holy Rabbainu</w:t>
      </w:r>
    </w:p>
    <w:p>
      <w:r>
        <w:t>[Avraham son of Simcha]</w:t>
      </w:r>
    </w:p>
    <w:p>
      <w:r>
        <w:t>{To make known} throughout the whole world {it is a great mitzvah to always be joyful}</w:t>
      </w:r>
    </w:p>
    <w:p>
      <w:r>
        <w:t>[Oy]</w:t>
      </w:r>
    </w:p>
    <w:p>
      <w:r>
        <w:t>{………..}</w:t>
      </w:r>
    </w:p>
    <w:p>
      <w:r>
        <w:t>{…………….}</w:t>
      </w:r>
    </w:p>
    <w:p>
      <w:r>
        <w:t>[Avraham will only {test} him]</w:t>
      </w:r>
    </w:p>
    <w:p>
      <w:r>
        <w:t>{……}, this, yes, yes</w:t>
      </w:r>
    </w:p>
    <w:p>
      <w:r>
        <w:t>{These are life, they will have …….}</w:t>
      </w:r>
    </w:p>
    <w:p>
      <w:r>
        <w:t>[……..]</w:t>
      </w:r>
    </w:p>
    <w:p>
      <w:r>
        <w:t>{{. .}}</w:t>
      </w:r>
    </w:p>
    <w:p>
      <w:r>
        <w:t>[….. What is he saying]</w:t>
      </w:r>
    </w:p>
    <w:p>
      <w:r>
        <w:t>We will {say}, we will study in "Likutay Moharan" {….}</w:t>
      </w:r>
    </w:p>
    <w:p>
      <w:r>
        <w:t>Rabbainu says:</w:t>
      </w:r>
    </w:p>
    <w:p>
      <w:r>
        <w:t>"The world, all the gentiles are animals, {.. only you are called human beings}”</w:t>
      </w:r>
    </w:p>
    <w:p>
      <w:r>
        <w:t>{That is what it says.., that is what, that is what ….. says}</w:t>
      </w:r>
    </w:p>
    <w:p>
      <w:r>
        <w:t>[Good, laugh a little]</w:t>
      </w:r>
    </w:p>
    <w:p>
      <w:r>
        <w:t>[I don't have the strength to turn around …..]</w:t>
      </w:r>
    </w:p>
    <w:p>
      <w:r>
        <w:t>[Give him …..…]</w:t>
      </w:r>
    </w:p>
    <w:p>
      <w:r>
        <w:t>[I am laughing, blessed is Hashem ….]</w:t>
      </w:r>
    </w:p>
    <w:p>
      <w:r>
        <w:t>Ah.. we {{. .}}, there is..</w:t>
      </w:r>
    </w:p>
    <w:p>
      <w:r>
        <w:t>[Oy, Tatta]</w:t>
      </w:r>
    </w:p>
    <w:p>
      <w:r>
        <w:t>There are {already} th.. new Jews</w:t>
      </w:r>
    </w:p>
    <w:p>
      <w:r>
        <w:t>[What did he say? There are already th..?]</w:t>
      </w:r>
    </w:p>
    <w:p>
      <w:r>
        <w:t>[Jews, new Jews]</w:t>
      </w:r>
    </w:p>
    <w:p>
      <w:r>
        <w:t>{….}</w:t>
      </w:r>
    </w:p>
    <w:p>
      <w:r>
        <w:t>[Give him the cup]</w:t>
      </w:r>
    </w:p>
    <w:p>
      <w:r>
        <w:t>{…}</w:t>
      </w:r>
    </w:p>
    <w:p>
      <w:r>
        <w:t>There are rabbis, there are {many} rabbis..</w:t>
      </w:r>
    </w:p>
    <w:p>
      <w:r>
        <w:t>[May His Name be praised forever]</w:t>
      </w:r>
    </w:p>
    <w:p>
      <w:r>
        <w:t>What do all the rabbis say?</w:t>
      </w:r>
    </w:p>
    <w:p>
      <w:r>
        <w:t>["Na Na Nach"]</w:t>
      </w:r>
    </w:p>
    <w:p>
      <w:r>
        <w:t>That all the gentiles are, they are a.. a..</w:t>
      </w:r>
    </w:p>
    <w:p>
      <w:r>
        <w:t>[Animals]</w:t>
      </w:r>
    </w:p>
    <w:p>
      <w:r>
        <w:t>Donkeys</w:t>
      </w:r>
    </w:p>
    <w:p>
      <w:r>
        <w:t>["The flesh of donkeys is their flesh"]</w:t>
      </w:r>
    </w:p>
    <w:p>
      <w:r>
        <w:t>[Donkeys, donkeys …..]</w:t>
      </w:r>
    </w:p>
    <w:p>
      <w:r>
        <w:t>["The flesh of donkeys is their flesh"]</w:t>
      </w:r>
    </w:p>
    <w:p>
      <w:r>
        <w:t>{…}</w:t>
      </w:r>
    </w:p>
    <w:p>
      <w:r>
        <w:t>[………]</w:t>
      </w:r>
    </w:p>
    <w:p>
      <w:r>
        <w:t>If the holy Rabbainu says it, it is not.. these things are simple</w:t>
      </w:r>
    </w:p>
    <w:p>
      <w:r>
        <w:t>Yes, he says that the whole world are not, not human beings</w:t>
      </w:r>
    </w:p>
    <w:p>
      <w:r>
        <w:t>[Yes]</w:t>
      </w:r>
    </w:p>
    <w:p>
      <w:r>
        <w:t>They are..</w:t>
      </w:r>
    </w:p>
    <w:p>
      <w:r>
        <w:t>["You are called Adam"]</w:t>
      </w:r>
    </w:p>
    <w:p>
      <w:r>
        <w:t>{..}, donkeys</w:t>
      </w:r>
    </w:p>
    <w:p>
      <w:r>
        <w:t>["You are called Adam"]</w:t>
      </w:r>
    </w:p>
    <w:p>
      <w:r>
        <w:t>[…..]</w:t>
      </w:r>
    </w:p>
    <w:p>
      <w:r>
        <w:t>{…}</w:t>
      </w:r>
    </w:p>
    <w:p>
      <w:r>
        <w:t>[…. to photograph him]</w:t>
      </w:r>
    </w:p>
    <w:p>
      <w:r>
        <w:t>[.., a camera is really needed]</w:t>
      </w:r>
    </w:p>
    <w:p>
      <w:r>
        <w:t>[Eh?]</w:t>
      </w:r>
    </w:p>
    <w:p>
      <w:r>
        <w:t>[I.., it's a shame I didn't bring …., one moment, Saba]</w:t>
      </w:r>
    </w:p>
    <w:p>
      <w:r>
        <w:t>What..</w:t>
      </w:r>
    </w:p>
    <w:p>
      <w:r>
        <w:t>[…….]</w:t>
      </w:r>
    </w:p>
    <w:p>
      <w:r>
        <w:t>[Ah, come on, what about something ………]</w:t>
      </w:r>
    </w:p>
    <w:p>
      <w:r>
        <w:t>[…………]</w:t>
      </w:r>
    </w:p>
    <w:p>
      <w:r>
        <w:t>[…………]</w:t>
      </w:r>
    </w:p>
    <w:p>
      <w:r>
        <w:t>We will tell all {{the…..}}, the whole world, all the Englishmen, the Americans</w:t>
      </w:r>
    </w:p>
    <w:p>
      <w:r>
        <w:t>That they are not human beings, they are, they are a kind, kind, kind of animals</w:t>
      </w:r>
    </w:p>
    <w:p>
      <w:r>
        <w:t>According to Rabbainu</w:t>
      </w:r>
    </w:p>
    <w:p>
      <w:r>
        <w:t>[Yes]</w:t>
      </w:r>
    </w:p>
    <w:p>
      <w:r>
        <w:t>{Yes, it is not in my heart}, not human beings</w:t>
      </w:r>
    </w:p>
    <w:p>
      <w:r>
        <w:t>["You are called Adam"]</w:t>
      </w:r>
    </w:p>
    <w:p>
      <w:r>
        <w:t>"You are called Adam"</w:t>
      </w:r>
    </w:p>
    <w:p>
      <w:r>
        <w:t>[And {idolaters} are not called Adam"]</w:t>
      </w:r>
    </w:p>
    <w:p>
      <w:r>
        <w:t>Yo</w:t>
      </w:r>
    </w:p>
    <w:p>
      <w:r>
        <w:t>[No, they are not, they are not, and no, and the children of idolaters are not called Adam"]</w:t>
      </w:r>
    </w:p>
    <w:p>
      <w:r>
        <w:t>{…}</w:t>
      </w:r>
    </w:p>
    <w:p>
      <w:r>
        <w:t>{In Yevamos} the Gemara says th.. ah.. th.. that the gentiles are not at all h.. human beings</w:t>
      </w:r>
    </w:p>
    <w:p>
      <w:r>
        <w:t>[Do not impart impurity]</w:t>
      </w:r>
    </w:p>
    <w:p>
      <w:r>
        <w:t>They are..</w:t>
      </w:r>
    </w:p>
    <w:p>
      <w:r>
        <w:t>[Impurity, impurity, there is no impurity]</w:t>
      </w:r>
    </w:p>
    <w:p>
      <w:r>
        <w:t>They are donkeys like human beings</w:t>
      </w:r>
    </w:p>
    <w:p>
      <w:r>
        <w:t>Human beings are only us</w:t>
      </w:r>
    </w:p>
    <w:p>
      <w:r>
        <w:t>[Only us]</w:t>
      </w:r>
    </w:p>
    <w:p>
      <w:r>
        <w:t>{They are not human beings}</w:t>
      </w:r>
    </w:p>
    <w:p>
      <w:r>
        <w:t>We, "the people of Israel," "the people of the Torah"—these are human beings</w:t>
      </w:r>
    </w:p>
    <w:p>
      <w:r>
        <w:t>[These are human beings, not the gentiles]</w:t>
      </w:r>
    </w:p>
    <w:p>
      <w:r>
        <w:t>And if the holy Rabbainu said it, it is not unrestrained</w:t>
      </w:r>
    </w:p>
    <w:p>
      <w:r>
        <w:t>Guests came—who are the guests? Animals?</w:t>
      </w:r>
    </w:p>
    <w:p>
      <w:r>
        <w:t>[Gentiles]</w:t>
      </w:r>
    </w:p>
    <w:p>
      <w:r>
        <w:t>[…..]</w:t>
      </w:r>
    </w:p>
    <w:p>
      <w:r>
        <w:t>[My wife should have been here]</w:t>
      </w:r>
    </w:p>
    <w:p>
      <w:r>
        <w:t>If an American comes to us, we will tell him:</w:t>
      </w:r>
    </w:p>
    <w:p>
      <w:r>
        <w:t>"We have no {things}, no connection whatsoever with you; you are not human beings, you are animals</w:t>
      </w:r>
    </w:p>
    <w:p>
      <w:r>
        <w:t>Human beings are us, {{the people, the people of th.. the people of th..}}, "the Jewish people," “the people of the Torah"—these are human beings"</w:t>
      </w:r>
    </w:p>
    <w:p>
      <w:r>
        <w:t>[These are human beings]</w:t>
      </w:r>
    </w:p>
    <w:p>
      <w:r>
        <w:t>[…….]</w:t>
      </w:r>
    </w:p>
    <w:p>
      <w:r>
        <w:t>[He says that when the Americans come, we will tell them]</w:t>
      </w:r>
    </w:p>
    <w:p>
      <w:r>
        <w:t>[What Americans?]</w:t>
      </w:r>
    </w:p>
    <w:p>
      <w:r>
        <w:t>[Americans will come and say "that they want..”]</w:t>
      </w:r>
    </w:p>
    <w:p>
      <w:r>
        <w:t>They {fought\will fight}..</w:t>
      </w:r>
    </w:p>
    <w:p>
      <w:r>
        <w:t>[We will say: "You are not human beings; only we are human beings"]</w:t>
      </w:r>
    </w:p>
    <w:p>
      <w:r>
        <w:t>["We have no connection with you"]</w:t>
      </w:r>
    </w:p>
    <w:p>
      <w:r>
        <w:t>["There is no connection with you"]</w:t>
      </w:r>
    </w:p>
    <w:p>
      <w:r>
        <w:t>["No connection"]</w:t>
      </w:r>
    </w:p>
    <w:p>
      <w:r>
        <w:t>They {fought\will fight} with Breslov</w:t>
      </w:r>
    </w:p>
    <w:p>
      <w:r>
        <w:t>"Ah.. what? We are not human beings?”</w:t>
      </w:r>
    </w:p>
    <w:p>
      <w:r>
        <w:t>[..]</w:t>
      </w:r>
    </w:p>
    <w:p>
      <w:r>
        <w:t>{Soon it will be}</w:t>
      </w:r>
    </w:p>
    <w:p>
      <w:r>
        <w:t>[……]</w:t>
      </w:r>
    </w:p>
    <w:p>
      <w:r>
        <w:t>[…….…]</w:t>
      </w:r>
    </w:p>
    <w:p>
      <w:r>
        <w:t>{There will be tables} with rabbis who are d.., who are donkeys</w:t>
      </w:r>
    </w:p>
    <w:p>
      <w:r>
        <w:t>[Yes]</w:t>
      </w:r>
    </w:p>
    <w:p>
      <w:r>
        <w:t>And there are {sons of mine}, human beings, who are human beings {who have compassion}</w:t>
      </w:r>
    </w:p>
    <w:p>
      <w:r>
        <w:t>[Did you hear?]</w:t>
      </w:r>
    </w:p>
    <w:p>
      <w:r>
        <w:t>"The people of the Torah"</w:t>
      </w:r>
    </w:p>
    <w:p>
      <w:r>
        <w:t>[I cannot hear clearly, I cannot hear clearly]</w:t>
      </w:r>
    </w:p>
    <w:p>
      <w:r>
        <w:t>[We are members of "the people of the Torah," human beings]</w:t>
      </w:r>
    </w:p>
    <w:p>
      <w:r>
        <w:t>[What?]</w:t>
      </w:r>
    </w:p>
    <w:p>
      <w:r>
        <w:t>[Only "the people of Israel," “the people of the Torah," are human beings]</w:t>
      </w:r>
    </w:p>
    <w:p>
      <w:r>
        <w:t>[“The people of the Torah"]</w:t>
      </w:r>
    </w:p>
    <w:p>
      <w:r>
        <w:t>[..]</w:t>
      </w:r>
    </w:p>
    <w:p>
      <w:r>
        <w:t>[Listen, the milk has gone completely cold]</w:t>
      </w:r>
    </w:p>
    <w:p>
      <w:r>
        <w:t>[..]</w:t>
      </w:r>
    </w:p>
    <w:p>
      <w:r>
        <w:t>[Maybe it can be heated for him again.. Saba, do you want milk?]</w:t>
      </w:r>
    </w:p>
    <w:p>
      <w:r>
        <w:t>Do you know?</w:t>
      </w:r>
    </w:p>
    <w:p>
      <w:r>
        <w:t>[What?]</w:t>
      </w:r>
    </w:p>
    <w:p>
      <w:r>
        <w:t>{Take me to Meron\all of "Likutay Moharan"}</w:t>
      </w:r>
    </w:p>
    <w:p>
      <w:r>
        <w:t>[..]</w:t>
      </w:r>
    </w:p>
    <w:p>
      <w:r>
        <w:t>A simple halacha</w:t>
      </w:r>
    </w:p>
    <w:p>
      <w:r>
        <w:t>The whole world with a.. they are an animal</w:t>
      </w:r>
    </w:p>
    <w:p>
      <w:r>
        <w:t>[Animals, animals]</w:t>
      </w:r>
    </w:p>
    <w:p>
      <w:r>
        <w:t>They are donkeys, {they are animals}</w:t>
      </w:r>
    </w:p>
    <w:p>
      <w:r>
        <w:t>Only human beings, only we, the people of Israel, only us</w:t>
      </w:r>
    </w:p>
    <w:p>
      <w:r>
        <w:t>Nu, {they will not hear his voice} to understand this</w:t>
      </w:r>
    </w:p>
    <w:p>
      <w:r>
        <w:t>H.. h.. his wisdom is nothing</w:t>
      </w:r>
    </w:p>
    <w:p>
      <w:r>
        <w:t>[It is not wisdom]</w:t>
      </w:r>
    </w:p>
    <w:p>
      <w:r>
        <w:t>Wisdom—is the true wisdoms of the Torah</w:t>
      </w:r>
    </w:p>
    <w:p>
      <w:r>
        <w:t>[That is wisdom]</w:t>
      </w:r>
    </w:p>
    <w:p>
      <w:r>
        <w:t>If th.., if guests come t.. to us, we will first ask them:</w:t>
      </w:r>
    </w:p>
    <w:p>
      <w:r>
        <w:t>"Who? Who are they?”</w:t>
      </w:r>
    </w:p>
    <w:p>
      <w:r>
        <w:t>[“Who are you?"]</w:t>
      </w:r>
    </w:p>
    <w:p>
      <w:r>
        <w:t>"Are they human beings? Or animals?"</w:t>
      </w:r>
    </w:p>
    <w:p>
      <w:r>
        <w:t>Eh?</w:t>
      </w:r>
    </w:p>
    <w:p>
      <w:r>
        <w:t>[Yes]</w:t>
      </w:r>
    </w:p>
    <w:p>
      <w:r>
        <w:t>{..}</w:t>
      </w:r>
    </w:p>
    <w:p>
      <w:r>
        <w:t>"You are not human beings, we have no..</w:t>
      </w:r>
    </w:p>
    <w:p>
      <w:r>
        <w:t>[Business with you]</w:t>
      </w:r>
    </w:p>
    <w:p>
      <w:r>
        <w:t>No connection whatsoever with you, ah, what, you are not human beings, you are donkeys"</w:t>
      </w:r>
    </w:p>
    <w:p>
      <w:r>
        <w:t>{{Ah, . .}}, the whole world</w:t>
      </w:r>
    </w:p>
    <w:p>
      <w:r>
        <w:t>{.. …, who are we, who says this}, the holy Rebbe Nachman</w:t>
      </w:r>
    </w:p>
    <w:p>
      <w:r>
        <w:t>He says that they are not h.., {says explicitly}</w:t>
      </w:r>
    </w:p>
    <w:p>
      <w:r>
        <w:t>Human beings are only us</w:t>
      </w:r>
    </w:p>
    <w:p>
      <w:r>
        <w:t>[Us]</w:t>
      </w:r>
    </w:p>
    <w:p>
      <w:r>
        <w:t>They will fight with us, ah, th.. the donkeys</w:t>
      </w:r>
    </w:p>
    <w:p>
      <w:r>
        <w:t>[Animals]</w:t>
      </w:r>
    </w:p>
    <w:p>
      <w:r>
        <w:t>Th..</w:t>
      </w:r>
    </w:p>
    <w:p>
      <w:r>
        <w:t>Truly.. there is only one human being, {..} only one</w:t>
      </w:r>
    </w:p>
    <w:p>
      <w:r>
        <w:t>Rebbe Nachman, he is a human being</w:t>
      </w:r>
    </w:p>
    <w:p>
      <w:r>
        <w:t>{…}</w:t>
      </w:r>
    </w:p>
    <w:p>
      <w:r>
        <w:t>[…….……]</w:t>
      </w:r>
    </w:p>
    <w:p>
      <w:r>
        <w:t>[……….…]…</w:t>
      </w:r>
    </w:p>
    <w:p>
      <w:r>
        <w:t>...(14:24)...</w:t>
      </w:r>
    </w:p>
    <w:p>
      <w:r>
        <w:t>...We will tell all the Americans {…} the Englishmen</w:t>
      </w:r>
    </w:p>
    <w:p>
      <w:r>
        <w:t>[Connection]</w:t>
      </w:r>
    </w:p>
    <w:p>
      <w:r>
        <w:t>{…..}, you are not..</w:t>
      </w:r>
    </w:p>
    <w:p>
      <w:r>
        <w:t>[Human beings]</w:t>
      </w:r>
    </w:p>
    <w:p>
      <w:r>
        <w:t>We have no connection whatsoever with you, you are not human beings, you are donkeys, {..}</w:t>
      </w:r>
    </w:p>
    <w:p>
      <w:r>
        <w:t>Human beings are only us, "the people of the Torah"</w:t>
      </w:r>
    </w:p>
    <w:p>
      <w:r>
        <w:t>{They} are not human beings</w:t>
      </w:r>
    </w:p>
    <w:p>
      <w:r>
        <w:t>{Yes}</w:t>
      </w:r>
    </w:p>
    <w:p>
      <w:r>
        <w:t>They will all glorify and praise Rabbainu, his wisdom</w:t>
      </w:r>
    </w:p>
    <w:p>
      <w:r>
        <w:t>And they will all nullify themselves before every utterance {of mine\of his}; they will nullify themselves completely</w:t>
      </w:r>
    </w:p>
    <w:p>
      <w:r>
        <w:t>[…]</w:t>
      </w:r>
    </w:p>
    <w:p>
      <w:r>
        <w:t>Yes</w:t>
      </w:r>
    </w:p>
    <w:p>
      <w:r>
        <w:t>Ah, the holy Rabbainu says to them:</w:t>
      </w:r>
    </w:p>
    <w:p>
      <w:r>
        <w:t>“With you {..} we do not speak..</w:t>
      </w:r>
    </w:p>
    <w:p>
      <w:r>
        <w:t>[..]</w:t>
      </w:r>
    </w:p>
    <w:p>
      <w:r>
        <w:t>You are not human beings..</w:t>
      </w:r>
    </w:p>
    <w:p>
      <w:r>
        <w:t>[..]</w:t>
      </w:r>
    </w:p>
    <w:p>
      <w:r>
        <w:t>You are donkeys, donkeys"</w:t>
      </w:r>
    </w:p>
    <w:p>
      <w:r>
        <w:t>{…}, in "Likutay Moharan," every Torah</w:t>
      </w:r>
    </w:p>
    <w:p>
      <w:r>
        <w:t>{And also}, we do not speak {with}, with donkeys we do not speak</w:t>
      </w:r>
    </w:p>
    <w:p>
      <w:r>
        <w:t>There will be a world of truth, a world of w.., only true wisdom {..} true</w:t>
      </w:r>
    </w:p>
    <w:p>
      <w:r>
        <w:t>{Yes}</w:t>
      </w:r>
    </w:p>
    <w:p>
      <w:r>
        <w:t>I {.. was} one human being, {what ah, with th.. the yeshiva}</w:t>
      </w:r>
    </w:p>
    <w:p>
      <w:r>
        <w:t>They will say:</w:t>
      </w:r>
    </w:p>
    <w:p>
      <w:r>
        <w:t>"{What}, ah.. we cannot be Breslov, {Breslov}</w:t>
      </w:r>
    </w:p>
    <w:p>
      <w:r>
        <w:t>In Breslov they say that we are donkeys"</w:t>
      </w:r>
    </w:p>
    <w:p>
      <w:r>
        <w:t>So we have no c.., no connection whatsoever with them</w:t>
      </w:r>
    </w:p>
    <w:p>
      <w:r>
        <w:t>Are donkeys huma.., human beings?</w:t>
      </w:r>
    </w:p>
    <w:p>
      <w:r>
        <w:t>[………..]</w:t>
      </w:r>
    </w:p>
    <w:p>
      <w:r>
        <w:t>[………..]</w:t>
      </w:r>
    </w:p>
    <w:p>
      <w:r>
        <w:t>{{. . .}}</w:t>
      </w:r>
    </w:p>
    <w:p>
      <w:r>
        <w:t>They can write, they can speak; the donkey has {{..}} wisdom of.., his own</w:t>
      </w:r>
    </w:p>
    <w:p>
      <w:r>
        <w:t>[..]</w:t>
      </w:r>
    </w:p>
    <w:p>
      <w:r>
        <w:t>As long as they give him {…}</w:t>
      </w:r>
    </w:p>
    <w:p>
      <w:r>
        <w:t>[Permission]</w:t>
      </w:r>
    </w:p>
    <w:p>
      <w:r>
        <w:t>To eat, he stands and eats {and works}</w:t>
      </w:r>
    </w:p>
    <w:p>
      <w:r>
        <w:t>{..}, {without any clevernesses}, {..}</w:t>
      </w:r>
    </w:p>
    <w:p>
      <w:r>
        <w:t>We speak with human beings, not with donkeys</w:t>
      </w:r>
    </w:p>
    <w:p>
      <w:r>
        <w:t>{{. .}}</w:t>
      </w:r>
    </w:p>
    <w:p>
      <w:r>
        <w:t>According to "Likutay Moharan," according to Rabbainu</w:t>
      </w:r>
    </w:p>
    <w:p>
      <w:r>
        <w:t>They are not.., he, he, he says {..} simply, in halacha</w:t>
      </w:r>
    </w:p>
    <w:p>
      <w:r>
        <w:t>Human beings.., this is not human beings; human beings are only th.. people, people, people, people, people of th..</w:t>
      </w:r>
    </w:p>
    <w:p>
      <w:r>
        <w:t>[“The people of the Torah"]</w:t>
      </w:r>
    </w:p>
    <w:p>
      <w:r>
        <w:t>The Jewish, these are human beings</w:t>
      </w:r>
    </w:p>
    <w:p>
      <w:r>
        <w:t>In truth, if so, {already} the whole world will convert; they have a solution</w:t>
      </w:r>
    </w:p>
    <w:p>
      <w:r>
        <w:t>[To convert]</w:t>
      </w:r>
    </w:p>
    <w:p>
      <w:r>
        <w:t>And not be donkeys</w:t>
      </w:r>
    </w:p>
    <w:p>
      <w:r>
        <w:t>If they study well and fulfill the Torah</w:t>
      </w:r>
    </w:p>
    <w:p>
      <w:r>
        <w:t>[{Better}]</w:t>
      </w:r>
    </w:p>
    <w:p>
      <w:r>
        <w:t>{If not, then they are not human beings}</w:t>
      </w:r>
    </w:p>
    <w:p>
      <w:r>
        <w:t>All their wisdoms are nothing</w:t>
      </w:r>
    </w:p>
    <w:p>
      <w:r>
        <w:t>[Yes]</w:t>
      </w:r>
    </w:p>
    <w:p>
      <w:r>
        <w:t>{Their intellect\their book}</w:t>
      </w:r>
    </w:p>
    <w:p>
      <w:r>
        <w:t>[…]</w:t>
      </w:r>
    </w:p>
    <w:p>
      <w:r>
        <w:t>Nothing</w:t>
      </w:r>
    </w:p>
    <w:p>
      <w:r>
        <w:t>[Gornisht]</w:t>
      </w:r>
    </w:p>
    <w:p>
      <w:r>
        <w:t>"And the superiority of th.. th.."</w:t>
      </w:r>
    </w:p>
    <w:p>
      <w:r>
        <w:t>["Man over the animal"]</w:t>
      </w:r>
    </w:p>
    <w:p>
      <w:r>
        <w:t>{…}, the true sages are our forefathers</w:t>
      </w:r>
    </w:p>
    <w:p>
      <w:r>
        <w:t>"And the superiority of man over the animal..</w:t>
      </w:r>
    </w:p>
    <w:p>
      <w:r>
        <w:t>[There is none]</w:t>
      </w:r>
    </w:p>
    <w:p>
      <w:r>
        <w:t>There is none.. because all is..</w:t>
      </w:r>
    </w:p>
    <w:p>
      <w:r>
        <w:t>[Vanity]</w:t>
      </w:r>
    </w:p>
    <w:p>
      <w:r>
        <w:t>{{Served\lost}}”</w:t>
      </w:r>
    </w:p>
    <w:p>
      <w:r>
        <w:t>[……….]</w:t>
      </w:r>
    </w:p>
    <w:p>
      <w:r>
        <w:t>"But we are Your people, the children of Your covenant, the children of Avraham to whom You swore at Mount Moriah"</w:t>
      </w:r>
    </w:p>
    <w:p>
      <w:r>
        <w:t>He, he was such a w.. wise man</w:t>
      </w:r>
    </w:p>
    <w:p>
      <w:r>
        <w:t>He took th.., Hashem Yisbarach told him th.. to take Yitzchak and..</w:t>
      </w:r>
    </w:p>
    <w:p>
      <w:r>
        <w:t>{.., and.. and offer.., and slaughter his son}</w:t>
      </w:r>
    </w:p>
    <w:p>
      <w:r>
        <w:t>And behold, he went in the morning</w:t>
      </w:r>
    </w:p>
    <w:p>
      <w:r>
        <w:t>[Early]</w:t>
      </w:r>
    </w:p>
    <w:p>
      <w:r>
        <w:t>{…}</w:t>
      </w:r>
    </w:p>
    <w:p>
      <w:r>
        <w:t>{He is the world\"Creator of the world"}</w:t>
      </w:r>
    </w:p>
    <w:p>
      <w:r>
        <w:t>Avraham Avinu, yes, "Avraham was one"</w:t>
      </w:r>
    </w:p>
    <w:p>
      <w:r>
        <w:t>["the Hebrew people"]</w:t>
      </w:r>
    </w:p>
    <w:p>
      <w:r>
        <w:t>{With whom is the world}</w:t>
      </w:r>
    </w:p>
    <w:p>
      <w:r>
        <w:t>Avraham Avinu, "Avraham was one"</w:t>
      </w:r>
    </w:p>
    <w:p>
      <w:r>
        <w:t>They, ah, will have love for Rabbainu</w:t>
      </w:r>
    </w:p>
    <w:p>
      <w:r>
        <w:t>{The Blessed Hashem is}, he informs us of the truth, that they are donkeys, they will understand this</w:t>
      </w:r>
    </w:p>
    <w:p>
      <w:r>
        <w:t>And as long as they have no Torah, they are donkeys</w:t>
      </w:r>
    </w:p>
    <w:p>
      <w:r>
        <w:t>[……..]</w:t>
      </w:r>
    </w:p>
    <w:p>
      <w:r>
        <w:t>We do not speak of them at all</w:t>
      </w:r>
    </w:p>
    <w:p>
      <w:r>
        <w:t>{..}, there is no, there is no one with whom, whom to speak</w:t>
      </w:r>
    </w:p>
    <w:p>
      <w:r>
        <w:t>There is no mind, there is no heart</w:t>
      </w:r>
    </w:p>
    <w:p>
      <w:r>
        <w:t>The mind and the heart is only the holy Rabbainu, this is the mind and.. and the heart of the whole world</w:t>
      </w:r>
    </w:p>
    <w:p>
      <w:r>
        <w:t>"Likutei Moharan"</w:t>
      </w:r>
    </w:p>
    <w:p>
      <w:r>
        <w:t>"Likutei Tefilos"</w:t>
      </w:r>
    </w:p>
    <w:p>
      <w:r>
        <w:t>They, ah.. will come to the synagogue with "Likutei Tefilos" and will say "Likutei Tefilos"</w:t>
      </w:r>
    </w:p>
    <w:p>
      <w:r>
        <w:t>Then everyone will be {wet …… this will do good}</w:t>
      </w:r>
    </w:p>
    <w:p>
      <w:r>
        <w:t>[Saba, this is milk with honey.. what …..]</w:t>
      </w:r>
    </w:p>
    <w:p>
      <w:r>
        <w:t>{…}</w:t>
      </w:r>
    </w:p>
    <w:p>
      <w:r>
        <w:t>[Saba.. Saba]</w:t>
      </w:r>
    </w:p>
    <w:p>
      <w:r>
        <w:t>[This is not …….]</w:t>
      </w:r>
    </w:p>
    <w:p>
      <w:r>
        <w:t>The non-Jews will study "Likutei Moharan", they will see {that they are not human beings, not..}</w:t>
      </w:r>
    </w:p>
    <w:p>
      <w:r>
        <w:t>[……..]</w:t>
      </w:r>
    </w:p>
    <w:p>
      <w:r>
        <w:t>Not human beings</w:t>
      </w:r>
    </w:p>
    <w:p>
      <w:r>
        <w:t>The holy Rabbainu says to them:</w:t>
      </w:r>
    </w:p>
    <w:p>
      <w:r>
        <w:t>"You are not human beings, human beings are only us, the "people of the Torah"..”</w:t>
      </w:r>
    </w:p>
    <w:p>
      <w:r>
        <w:t>[….……..]</w:t>
      </w:r>
    </w:p>
    <w:p>
      <w:r>
        <w:t>[…………]</w:t>
      </w:r>
    </w:p>
    <w:p>
      <w:r>
        <w:t>"But we..</w:t>
      </w:r>
    </w:p>
    <w:p>
      <w:r>
        <w:t>[Your people]</w:t>
      </w:r>
    </w:p>
    <w:p>
      <w:r>
        <w:t>Your people, the children of Your covenant</w:t>
      </w:r>
    </w:p>
    <w:p>
      <w:r>
        <w:t>[Your covenant]</w:t>
      </w:r>
    </w:p>
    <w:p>
      <w:r>
        <w:t>{}{What is Your people? - {{}}..}{………………………}(Until the end of the recording the quality is not good){………………………………………………………..}{………………………………………………………..}{}{What is Your people? - {{}}..}{………………………}(Until the end of the recording the quality is not good){………………………………………………………..}{………………………………………………………..}{the children of Avraham, Your beloved, to whom You swore on Mount Moriah}..”</w:t>
      </w:r>
    </w:p>
    <w:p>
      <w:r>
        <w:t>{}</w:t>
      </w:r>
    </w:p>
    <w:p>
      <w:r>
        <w:t>{What is Your people? - {{}}..}</w:t>
      </w:r>
    </w:p>
    <w:p>
      <w:r>
        <w:t>{………………………}</w:t>
      </w:r>
    </w:p>
    <w:p>
      <w:r>
        <w:t>(Until the end of the recording the quality is not good)</w:t>
      </w:r>
    </w:p>
    <w:p>
      <w:r>
        <w:t>{………………………………………………………..}</w:t>
      </w:r>
    </w:p>
    <w:p>
      <w:r>
        <w:t>{………………………………………………………..}</w:t>
      </w:r>
    </w:p>
    <w:p>
      <w:r>
        <w:t>{}</w:t>
      </w:r>
    </w:p>
    <w:p>
      <w:r>
        <w:t>{What is Your people? - {{}}..}</w:t>
      </w:r>
    </w:p>
    <w:p>
      <w:r>
        <w:t>{………………………}</w:t>
      </w:r>
    </w:p>
    <w:p>
      <w:r>
        <w:t>(Until the end of the recording the quality is not good)</w:t>
      </w:r>
    </w:p>
    <w:p>
      <w:r>
        <w:t>{………………………………………………………..}</w:t>
      </w:r>
    </w:p>
    <w:p>
      <w:r>
        <w:t>{………………………………………………………..}</w:t>
      </w:r>
    </w:p>
    <w:p>
      <w:r>
        <w:t>(At minute - 25:37 Saba says as follows:)</w:t>
      </w:r>
    </w:p>
    <w:p>
      <w:r>
        <w:t>The whole world are not human beings, donkeys</w:t>
      </w:r>
    </w:p>
    <w:p>
      <w:r>
        <w:t>Human beings? - Breslov!</w:t>
      </w:r>
    </w:p>
    <w:p>
      <w:r>
        <w:t>They study "Likutei Moharan", these are human beings</w:t>
      </w:r>
    </w:p>
    <w:p>
      <w:r>
        <w:t>{…………………………………………………………}</w:t>
      </w:r>
    </w:p>
    <w:p>
      <w:r>
        <w:t>{…………………………………………………………}…</w:t>
      </w:r>
    </w:p>
    <w:p>
      <w:r>
        <w:br w:type="page"/>
      </w:r>
    </w:p>
    <w:p>
      <w:pPr>
        <w:pStyle w:val="Heading1"/>
      </w:pPr>
      <w:r>
        <w:t>Tape 116</w:t>
      </w:r>
    </w:p>
    <w:p>
      <w:pPr>
        <w:pStyle w:val="Heading2"/>
      </w:pPr>
      <w:r>
        <w:t>Side A (Aleph)</w:t>
      </w:r>
    </w:p>
    <w:p>
      <w:r>
        <w:t>...And I was, I was.., the Blessed Hashem gave me a soul such that I yearned for Torah</w:t>
      </w:r>
    </w:p>
    <w:p>
      <w:r>
        <w:t>I burned for Torah, for fear of Heaven</w:t>
      </w:r>
    </w:p>
    <w:p>
      <w:r>
        <w:t>Nu, I was, I was very {….}</w:t>
      </w:r>
    </w:p>
    <w:p>
      <w:r>
        <w:t>In any case, then what I saw, then.. that Chassidim, Chassidim conduct themselves with simplicity</w:t>
      </w:r>
    </w:p>
    <w:p>
      <w:r>
        <w:t>And I was the "first" and I.., and I was the greatest, the greatest</w:t>
      </w:r>
    </w:p>
    <w:p>
      <w:r>
        <w:t>For example: in Karlin they shout in prayer, and I shouted such shouts that could kill</w:t>
      </w:r>
    </w:p>
    <w:p>
      <w:r>
        <w:t>[You could kill the people]</w:t>
      </w:r>
    </w:p>
    <w:p>
      <w:r>
        <w:t>Yes, Rabbi Kehat said to me:</w:t>
      </w:r>
    </w:p>
    <w:p>
      <w:r>
        <w:t>"You are killing me, you are making me dead, what do you want from me?”</w:t>
      </w:r>
    </w:p>
    <w:p>
      <w:r>
        <w:t>A story from eighty years ago, or ninety years ago</w:t>
      </w:r>
    </w:p>
    <w:p>
      <w:r>
        <w:t>[You shouted: "I want Rabbainu.."]</w:t>
      </w:r>
    </w:p>
    <w:p>
      <w:r>
        <w:t>Aharon, stop…</w:t>
      </w:r>
    </w:p>
    <w:p>
      <w:r>
        <w:t>...Nu, what was more {….} before prayer, for example:</w:t>
      </w:r>
    </w:p>
    <w:p>
      <w:r>
        <w:t>They would get up half an hour before dawn</w:t>
      </w:r>
    </w:p>
    <w:p>
      <w:r>
        <w:t>"They got up half an hour before dawn..”, then they were called: “the great ovdim, the great tzaddikim of the generation"</w:t>
      </w:r>
    </w:p>
    <w:p>
      <w:r>
        <w:t>"He gets up half an hour before dawn"</w:t>
      </w:r>
    </w:p>
    <w:p>
      <w:r>
        <w:t>{Then Rebbe Yisroel is already praying}, and.. and.. and.. and.. and when they get up..</w:t>
      </w:r>
    </w:p>
    <w:p>
      <w:r>
        <w:t>[One has to drink]</w:t>
      </w:r>
    </w:p>
    <w:p>
      <w:r>
        <w:t>Washing the hands, "first to begin drinking.. drinking"</w:t>
      </w:r>
    </w:p>
    <w:p>
      <w:r>
        <w:t>Nu, I saw that one has to drink, I too.., I too.. saw.. "drinking, drinking"</w:t>
      </w:r>
    </w:p>
    <w:p>
      <w:r>
        <w:t>And afterward they lie on the bench, lie on the bench for an hour, or two</w:t>
      </w:r>
    </w:p>
    <w:p>
      <w:r>
        <w:t>[..]</w:t>
      </w:r>
    </w:p>
    <w:p>
      <w:r>
        <w:t>When I drew close to him..</w:t>
      </w:r>
    </w:p>
    <w:p>
      <w:r>
        <w:t>In any case, afterward the Blessed Hashem helped me so that I saw Rebbe Yisroel</w:t>
      </w:r>
    </w:p>
    <w:p>
      <w:r>
        <w:t>"What is this with them?, they get up half an hour before dawn, and they are already the "tzaddikim of the generation"</w:t>
      </w:r>
    </w:p>
    <w:p>
      <w:r>
        <w:t>And Rebbe Yisroel gets up at midnight, and no one knows anything</w:t>
      </w:r>
    </w:p>
    <w:p>
      <w:r>
        <w:t>And he does not need tea, he does not need anything, he needs only a mikveh, and.. and.. and.. and.. {..}</w:t>
      </w:r>
    </w:p>
    <w:p>
      <w:r>
        <w:t>And later Rebbe Yisroel..</w:t>
      </w:r>
    </w:p>
    <w:p>
      <w:r>
        <w:t>[Did you go to the mikveh? Before Rebbe Yisroel, did you go to the mikveh?]</w:t>
      </w:r>
    </w:p>
    <w:p>
      <w:r>
        <w:t>Yes</w:t>
      </w:r>
    </w:p>
    <w:p>
      <w:r>
        <w:t>[Yes, every day?]</w:t>
      </w:r>
    </w:p>
    <w:p>
      <w:r>
        <w:t>Yes</w:t>
      </w:r>
    </w:p>
    <w:p>
      <w:r>
        <w:t>[Would the Karlin Chassidim go to the mikveh?]</w:t>
      </w:r>
    </w:p>
    <w:p>
      <w:r>
        <w:t>Yes, yes, not every day, but I, I was..</w:t>
      </w:r>
    </w:p>
    <w:p>
      <w:r>
        <w:t>[From what age did you begin going to the mikveh?]</w:t>
      </w:r>
    </w:p>
    <w:p>
      <w:r>
        <w:t>{..}, ah?</w:t>
      </w:r>
    </w:p>
    <w:p>
      <w:r>
        <w:t>[From what age did you be..]…</w:t>
      </w:r>
    </w:p>
    <w:p>
      <w:r>
        <w:t>...{……………………………………….</w:t>
      </w:r>
    </w:p>
    <w:p>
      <w:r>
        <w:t>…………………………………………..}…</w:t>
      </w:r>
    </w:p>
    <w:p>
      <w:r>
        <w:t>...[Aharon Patz sings: "To make known, to make known..", in You our fathers trusted.."]…</w:t>
      </w:r>
    </w:p>
    <w:p>
      <w:r>
        <w:t>.……….…………………}...</w:t>
      </w:r>
    </w:p>
    <w:p>
      <w:r>
        <w:t>…{………………………………</w:t>
      </w:r>
    </w:p>
    <w:p>
      <w:r>
        <w:t>...Ah, the matter with my mother, she passed away in Rebbe Yisroel's house, Shabbos before dawn</w:t>
      </w:r>
    </w:p>
    <w:p>
      <w:r>
        <w:t>Shabbos before Mincha.. a commotion arose throughout the city that she had passed away:</w:t>
      </w:r>
    </w:p>
    <w:p>
      <w:r>
        <w:t>"Yisroel Ber {..}, Yisroel Ber {….}, killed, killed the mother</w:t>
      </w:r>
    </w:p>
    <w:p>
      <w:r>
        <w:t>Yisroel Ber killed, the poor woman passed away from the immensity of the sorrow, can a Jew possibly not be a Breslover"</w:t>
      </w:r>
    </w:p>
    <w:p>
      <w:r>
        <w:t>The point is: {….} I will tell more.., more {details}, but one cannot tell it in full</w:t>
      </w:r>
    </w:p>
    <w:p>
      <w:r>
        <w:t>[What you can]</w:t>
      </w:r>
    </w:p>
    <w:p>
      <w:r>
        <w:t>Then.. like this, this is how it was:</w:t>
      </w:r>
    </w:p>
    <w:p>
      <w:r>
        <w:t>How.., as soon as a commotion arose that I had become a Breslover, and my father..</w:t>
      </w:r>
    </w:p>
    <w:p>
      <w:r>
        <w:t>The prominent men of the city came to my father, they said to him:</w:t>
      </w:r>
    </w:p>
    <w:p>
      <w:r>
        <w:t>"{..} Yisroel Ber became a Breslover, {what was there…. to see what was earliest}, …our way" the point is, my father said:</w:t>
      </w:r>
    </w:p>
    <w:p>
      <w:r>
        <w:t>"I have no worry, and I know my son, he fears Heaven, he does not depart from my words</w:t>
      </w:r>
    </w:p>
    <w:p>
      <w:r>
        <w:t>So when he arrives from the yeshiva, I will tell him not to be Breslov, {… … …}"</w:t>
      </w:r>
    </w:p>
    <w:p>
      <w:r>
        <w:t>{….} from the yeshiva, my father said to me:</w:t>
      </w:r>
    </w:p>
    <w:p>
      <w:r>
        <w:t>"Listen, Yisroel Ber, Rabbi Mottel came to me, and other people came, and.. and.. my father..</w:t>
      </w:r>
    </w:p>
    <w:p>
      <w:r>
        <w:t>Told me that you became a Breslover, I ask you, my son, I give you permission to be whichever Chassid</w:t>
      </w:r>
    </w:p>
    <w:p>
      <w:r>
        <w:t>You want, either Ger, or Lubavitcher, or {Chassid}, whichever you want</w:t>
      </w:r>
    </w:p>
    <w:p>
      <w:r>
        <w:t>The main thing is not a Breslover"</w:t>
      </w:r>
    </w:p>
    <w:p>
      <w:r>
        <w:t>I said:</w:t>
      </w:r>
    </w:p>
    <w:p>
      <w:r>
        <w:t>“Father, I cannot listen to these words of yours”</w:t>
      </w:r>
    </w:p>
    <w:p>
      <w:r>
        <w:t>He said:</w:t>
      </w:r>
    </w:p>
    <w:p>
      <w:r>
        <w:t>“Like this.. indeed they are right, I do not know what it means to be called a Breslover</w:t>
      </w:r>
    </w:p>
    <w:p>
      <w:r>
        <w:t>Indeed, for the first time in my life I hear that he does not listen to me, fulfills my words, fulfills honoring one’s father” shoyn, in any case, my father asked me all the time; I did not listen to him</w:t>
      </w:r>
    </w:p>
    <w:p>
      <w:r>
        <w:t>So.., so he said.., so.., so he decided to throw me out of the house</w:t>
      </w:r>
    </w:p>
    <w:p>
      <w:r>
        <w:t>A great dispute arose in the house between the father and the mother</w:t>
      </w:r>
    </w:p>
    <w:p>
      <w:r>
        <w:t>The mother said:</w:t>
      </w:r>
    </w:p>
    <w:p>
      <w:r>
        <w:t>“Do not drive him outside, and fr.., and from Tzfas to Teveria it is.. it is.. it is.. it is.. it is.. it is.. it is..</w:t>
      </w:r>
    </w:p>
    <w:p>
      <w:r>
        <w:t>Two two “houses,” one next to the other, and from Teveria to Tzfas, if we take him {out of the house}.., like this..</w:t>
      </w:r>
    </w:p>
    <w:p>
      <w:r>
        <w:t>They will not hear, so there will be a wedding, and it will be after the wedding; in any case, then there will be a wedding, and..</w:t>
      </w:r>
    </w:p>
    <w:p>
      <w:r>
        <w:t>But, but if you throw him out of the house, and from Teveria to Tzfas, then they will know that he became a Breslover</w:t>
      </w:r>
    </w:p>
    <w:p>
      <w:r>
        <w:t>The match will abandon him, and after all, this is our son, it is a pity, and we will know nothing of him”</w:t>
      </w:r>
    </w:p>
    <w:p>
      <w:r>
        <w:t>He.. he.. only..</w:t>
      </w:r>
    </w:p>
    <w:p>
      <w:r>
        <w:t>The point is: he, he, he drove me out, did not allow me to enter the house; he drove me out</w:t>
      </w:r>
    </w:p>
    <w:p>
      <w:r>
        <w:t>And he had a fear:</w:t>
      </w:r>
    </w:p>
    <w:p>
      <w:r>
        <w:t>Perhaps Thursday night at Rebbe Yisroel’s; meanwhile, I was in Rebbe Yisroel’s house</w:t>
      </w:r>
    </w:p>
    <w:p>
      <w:r>
        <w:t>When a person arrives {….} Rebbe Yisroel.. opens the house, and I entered to Rebbe Yisroel</w:t>
      </w:r>
    </w:p>
    <w:p>
      <w:r>
        <w:t>I was in the storeroom, a house next to his, {..} in the storeroom, and I was there for Shabbos</w:t>
      </w:r>
    </w:p>
    <w:p>
      <w:r>
        <w:t>Nu, and in the storeroom there were windows, in the place there were windows, and.. and.. and this house, with Rebbe Yisroel’s house—when I needed to approach Rebbe Yisroel, it was necessary to pass th.. through the storeroom, through, through.., through it, nu, the point is:</w:t>
      </w:r>
    </w:p>
    <w:p>
      <w:r>
        <w:t>My mother was very embittered; she saw that my father did not listen to her</w:t>
      </w:r>
    </w:p>
    <w:p>
      <w:r>
        <w:t>He threw me out of the house</w:t>
      </w:r>
    </w:p>
    <w:p>
      <w:r>
        <w:t>She went to Rav Mottel, {….} to Rav Mottel; she, and the father, and the son, held Rav Mottel in very high regard, the point is:</w:t>
      </w:r>
    </w:p>
    <w:p>
      <w:r>
        <w:t>She we.., went to Rav Mottel, so she told him about the dispute:</w:t>
      </w:r>
    </w:p>
    <w:p>
      <w:r>
        <w:t>“The house is ‘Tisha B’Av,’ it is ‘the destruction of the Beis HaMikdash’</w:t>
      </w:r>
    </w:p>
    <w:p>
      <w:r>
        <w:t>That he.. uh.., so he should give counsel, {he will give}, give counsel”</w:t>
      </w:r>
    </w:p>
    <w:p>
      <w:r>
        <w:t>My counsel is:</w:t>
      </w:r>
    </w:p>
    <w:p>
      <w:r>
        <w:t>“We.., ah.. ah.. have such a kind of ‘picture’ with Breslov, it is such a thing</w:t>
      </w:r>
    </w:p>
    <w:p>
      <w:r>
        <w:t>It is like.., it is sorcery, it is sorcery!</w:t>
      </w:r>
    </w:p>
    <w:p>
      <w:r>
        <w:t>Nu, after this, Rebbe Yisroel is a God-fearing Jew, but he is a Breslover</w:t>
      </w:r>
    </w:p>
    <w:p>
      <w:r>
        <w:t>And after this.., and my counsel is:</w:t>
      </w:r>
    </w:p>
    <w:p>
      <w:r>
        <w:t>“To tell Rebbe Yisroel how everything is in the house, the state of the house {……} the brokenness, and he is bewildered</w:t>
      </w:r>
    </w:p>
    <w:p>
      <w:r>
        <w:t>The point is: in any case, what does Rebbe Yisroel have from this, {…….}</w:t>
      </w:r>
    </w:p>
    <w:p>
      <w:r>
        <w:t>He asks him to let {….} into the house, to let {…..}</w:t>
      </w:r>
    </w:p>
    <w:p>
      <w:r>
        <w:t>To make a humiliation, {this is how he will do}, it is better that he will be able to be in the house”</w:t>
      </w:r>
    </w:p>
    <w:p>
      <w:r>
        <w:t>This is what she heard from Rav.., from Rav Mottel, that it is sorcery</w:t>
      </w:r>
    </w:p>
    <w:p>
      <w:r>
        <w:t>She was very alarmed, she was afraid, she thought:</w:t>
      </w:r>
    </w:p>
    <w:p>
      <w:r>
        <w:t>“Indeed, to travel to a sorcerer, sorcery, with such a kind of request”</w:t>
      </w:r>
    </w:p>
    <w:p>
      <w:r>
        <w:t>She went with a broken heart at that time, on..</w:t>
      </w:r>
    </w:p>
    <w:p>
      <w:r>
        <w:t>[Shabbos]</w:t>
      </w:r>
    </w:p>
    <w:p>
      <w:r>
        <w:t>Yes, the point is:</w:t>
      </w:r>
    </w:p>
    <w:p>
      <w:r>
        <w:t>She entered Rebbe Yisroel’s house before Mincha, and Rebbe Yisroel was in the house</w:t>
      </w:r>
    </w:p>
    <w:p>
      <w:r>
        <w:t>She fell at his feet, and she cried, and she told the whole story:</w:t>
      </w:r>
    </w:p>
    <w:p>
      <w:r>
        <w:t>“Father threw out the child, and the poverty, poverty, and the brokenness, and now in the house there is ‘the destruction of the Beis HaMikdash,’ {.…}</w:t>
      </w:r>
    </w:p>
    <w:p>
      <w:r>
        <w:t>He had been a God-fearing Jew all the time; what has become of my son</w:t>
      </w:r>
    </w:p>
    <w:p>
      <w:r>
        <w:t>Let go of my child, and do not let him enter the house!”</w:t>
      </w:r>
    </w:p>
    <w:p>
      <w:r>
        <w:t>Nu, so he said to her:</w:t>
      </w:r>
    </w:p>
    <w:p>
      <w:r>
        <w:t>“You can speak with your child; I, I do not {….} to him.., {….}</w:t>
      </w:r>
    </w:p>
    <w:p>
      <w:r>
        <w:t>But if he comes to me, the son I will not throw out</w:t>
      </w:r>
    </w:p>
    <w:p>
      <w:r>
        <w:t>Listen to good counsel:</w:t>
      </w:r>
    </w:p>
    <w:p>
      <w:r>
        <w:t>{If ‘you get up’}, tell the husband, and you, you will know {….. that he will not sever ….}</w:t>
      </w:r>
    </w:p>
    <w:p>
      <w:r>
        <w:t>There will be another counsel—in concealment, together there”</w:t>
      </w:r>
    </w:p>
    <w:p>
      <w:r>
        <w:t>When she heard such a thing, that he would not leave</w:t>
      </w:r>
    </w:p>
    <w:p>
      <w:r>
        <w:t>She thought: “Good, I will speak, I will say {…..} all the claims {…..}”</w:t>
      </w:r>
    </w:p>
    <w:p>
      <w:r>
        <w:t>When she heard that he would not leave, she passed away</w:t>
      </w:r>
    </w:p>
    <w:p>
      <w:r>
        <w:t>[She passed away straightaway?]</w:t>
      </w:r>
    </w:p>
    <w:p>
      <w:r>
        <w:t>{….}</w:t>
      </w:r>
    </w:p>
    <w:p>
      <w:r>
        <w:t>[She passed away straightaway, immediately passed away]</w:t>
      </w:r>
    </w:p>
    <w:p>
      <w:r>
        <w:t>Yes, at once, {…..}</w:t>
      </w:r>
    </w:p>
    <w:p>
      <w:r>
        <w:t>But {..}, but our house was between the synagogues; the public was before the Mincha prayer</w:t>
      </w:r>
    </w:p>
    <w:p>
      <w:r>
        <w:t>So there arose.., there arose an uproar; whoever wanted to pray Mincha entered Rebbe Yisroel’s house</w:t>
      </w:r>
    </w:p>
    <w:p>
      <w:r>
        <w:t>Heard someone passed away, {pay attention}, shoyn</w:t>
      </w:r>
    </w:p>
    <w:p>
      <w:r>
        <w:t>Nu, and.. and the merciful Jews brought there {……………}</w:t>
      </w:r>
    </w:p>
    <w:p>
      <w:r>
        <w:t>After all, afterward the father and the mother fainted</w:t>
      </w:r>
    </w:p>
    <w:p>
      <w:r>
        <w:t>The point is:</w:t>
      </w:r>
    </w:p>
    <w:p>
      <w:r>
        <w:t>They saw that she had not fainted; she had passed away</w:t>
      </w:r>
    </w:p>
    <w:p>
      <w:r>
        <w:t>And I, and I stand there at the window in the house, in the storeroom, he.., they go.. as they go up, and return back</w:t>
      </w:r>
    </w:p>
    <w:p>
      <w:r>
        <w:t>{…..}, and the Poles say:</w:t>
      </w:r>
    </w:p>
    <w:p>
      <w:r>
        <w:t>“What did you do?”, {..}, what can.., what the child..</w:t>
      </w:r>
    </w:p>
    <w:p>
      <w:r>
        <w:t>What—can a child alone kill the mother? This is how she passed away”</w:t>
      </w:r>
    </w:p>
    <w:p>
      <w:r>
        <w:t>I hear, I hear there</w:t>
      </w:r>
    </w:p>
    <w:p>
      <w:r>
        <w:t>And Sephardim, the Sephardim also say: “Oy..”; the Sephardim say in their language:</w:t>
      </w:r>
    </w:p>
    <w:p>
      <w:r>
        <w:t>What more.., what, what, what, what can there be in this world, and can a child do such a thing</w:t>
      </w:r>
    </w:p>
    <w:p>
      <w:r>
        <w:t>To a mother”</w:t>
      </w:r>
    </w:p>
    <w:p>
      <w:r>
        <w:t>The point is:</w:t>
      </w:r>
    </w:p>
    <w:p>
      <w:r>
        <w:t>Both of them say there:</w:t>
      </w:r>
    </w:p>
    <w:p>
      <w:r>
        <w:t>“Breslov, that he is Breslov”</w:t>
      </w:r>
    </w:p>
    <w:p>
      <w:r>
        <w:t>After all, they do not know</w:t>
      </w:r>
    </w:p>
    <w:p>
      <w:r>
        <w:t>{….}</w:t>
      </w:r>
    </w:p>
    <w:p>
      <w:r>
        <w:t>There was a thing, they had not heard.. only in Breslov; it became known why there was such an uproar, what is the..</w:t>
      </w:r>
    </w:p>
    <w:p>
      <w:r>
        <w:t>“Oy, she passed away, Yisroel Ber is.. he is.. {..}, this is the son, this is the young man who killed her</w:t>
      </w:r>
    </w:p>
    <w:p>
      <w:r>
        <w:t>She passed away in Rebbe Yisroel’s house, lying dead”</w:t>
      </w:r>
    </w:p>
    <w:p>
      <w:r>
        <w:t>Nu.. nu</w:t>
      </w:r>
    </w:p>
    <w:p>
      <w:r>
        <w:t>It was late at night, ‘conve.., they convey her to the cemetery’; they take her out of Rebbe Yisroel’s house</w:t>
      </w:r>
    </w:p>
    <w:p>
      <w:r>
        <w:t>{……..}</w:t>
      </w:r>
    </w:p>
    <w:p>
      <w:r>
        <w:t>{..}, the story, the story from Ger</w:t>
      </w:r>
    </w:p>
    <w:p>
      <w:r>
        <w:t>And the story of Rav Hirsh Litvak</w:t>
      </w:r>
    </w:p>
    <w:p>
      <w:r>
        <w:t>And the story in which Rav Kehat’s grandson passed away</w:t>
      </w:r>
    </w:p>
    <w:p>
      <w:r>
        <w:t>And the story..</w:t>
      </w:r>
    </w:p>
    <w:p>
      <w:r>
        <w:t>[The story of the tefillin, and the story of the mother who passed away</w:t>
      </w:r>
    </w:p>
    <w:p>
      <w:r>
        <w:t>And.. this.. R.. and what was it? R.., Rebbe Yisroel prayed, {…}.. in our room for an hour..]</w:t>
      </w:r>
    </w:p>
    <w:p>
      <w:r>
        <w:t>., he was in the synagogue; did I see? Did I see?</w:t>
      </w:r>
    </w:p>
    <w:p>
      <w:r>
        <w:t>I only heard, heard that she passed away</w:t>
      </w:r>
    </w:p>
    <w:p>
      <w:r>
        <w:t>[Nu, and Rebbe Yisroel prayed that there should not be a desecration of God’s Name? {..}..]</w:t>
      </w:r>
    </w:p>
    <w:p>
      <w:r>
        <w:t>{…}.., presumably, presumably, what, they ask me {…}</w:t>
      </w:r>
    </w:p>
    <w:p>
      <w:r>
        <w:t>{….}, she passed away.. she passed away i.. in his house, in short, passed away..</w:t>
      </w:r>
    </w:p>
    <w:p>
      <w:r>
        <w:t>[And how..?]</w:t>
      </w:r>
    </w:p>
    <w:p>
      <w:r>
        <w:t>And they saved her, and there was no one to save</w:t>
      </w:r>
    </w:p>
    <w:p>
      <w:r>
        <w:t>[How did it happen that she got up?]</w:t>
      </w:r>
    </w:p>
    <w:p>
      <w:r>
        <w:t>Eh?</w:t>
      </w:r>
    </w:p>
    <w:p>
      <w:r>
        <w:t>[How did it happen th.., that she got up?]</w:t>
      </w:r>
    </w:p>
    <w:p>
      <w:r>
        <w:t>How did it happen?</w:t>
      </w:r>
    </w:p>
    <w:p>
      <w:r>
        <w:t>[And how did it happen that she got up?]</w:t>
      </w:r>
    </w:p>
    <w:p>
      <w:r>
        <w:t>Afterward they wanted, wanted to do what is done with the deceased, to lay her on the ground, {..}</w:t>
      </w:r>
    </w:p>
    <w:p>
      <w:r>
        <w:t>Then they sensed, sensed something, the eye.. {….} the eyes {…}, saw something</w:t>
      </w:r>
    </w:p>
    <w:p>
      <w:r>
        <w:t>And they saw, the rescue began there, and it became more and more {……} and completely fine</w:t>
      </w:r>
    </w:p>
    <w:p>
      <w:r>
        <w:t>. And.. and.. and.. and.. and.. and.. and she got up, and got up with light, and.. and.. {…..}</w:t>
      </w:r>
    </w:p>
    <w:p>
      <w:r>
        <w:t>But, and.. and there was resurrection of the dead, {there will be hope}</w:t>
      </w:r>
    </w:p>
    <w:p>
      <w:r>
        <w:t>[Did she tell you anything? How did she feel when she was..?]</w:t>
      </w:r>
    </w:p>
    <w:p>
      <w:r>
        <w:t>No, no, no, no</w:t>
      </w:r>
    </w:p>
    <w:p>
      <w:r>
        <w:t>[She did not tell anything?]</w:t>
      </w:r>
    </w:p>
    <w:p>
      <w:r>
        <w:t>No nothing, no anything, {..}</w:t>
      </w:r>
    </w:p>
    <w:p>
      <w:r>
        <w:t>[And after that..?]</w:t>
      </w:r>
    </w:p>
    <w:p>
      <w:r>
        <w:t>She passed away, {….., azoy……….}</w:t>
      </w:r>
    </w:p>
    <w:p>
      <w:r>
        <w:t>{Aharon……..}</w:t>
      </w:r>
    </w:p>
    <w:p>
      <w:r>
        <w:t>[And after that there was.. your wedding]</w:t>
      </w:r>
    </w:p>
    <w:p>
      <w:r>
        <w:t>Ah, after that, after that, yes</w:t>
      </w:r>
    </w:p>
    <w:p>
      <w:r>
        <w:t>[And Rebbe Yisroel came to your wedding and danced]</w:t>
      </w:r>
    </w:p>
    <w:p>
      <w:r>
        <w:t>Yes, yes..</w:t>
      </w:r>
    </w:p>
    <w:p>
      <w:r>
        <w:t>[Until his trousers fell down, yes?]</w:t>
      </w:r>
    </w:p>
    <w:p>
      <w:r>
        <w:t>Yes, yes, yes, yes</w:t>
      </w:r>
    </w:p>
    <w:p>
      <w:r>
        <w:t>The trousers fell down; people came and stopped him, {…...}, he pulled his trousers back up</w:t>
      </w:r>
    </w:p>
    <w:p>
      <w:r>
        <w:t>[And then..]</w:t>
      </w:r>
    </w:p>
    <w:p>
      <w:r>
        <w:t>He did not know</w:t>
      </w:r>
    </w:p>
    <w:p>
      <w:r>
        <w:t>[He danced like that, did not feel that his trousers had fallen down?]</w:t>
      </w:r>
    </w:p>
    <w:p>
      <w:r>
        <w:t>No, no, {…}</w:t>
      </w:r>
    </w:p>
    <w:p>
      <w:r>
        <w:t>He danced alone, with the public.. they saw that the trousers were down, {..}</w:t>
      </w:r>
    </w:p>
    <w:p>
      <w:r>
        <w:t>[And after that..]</w:t>
      </w:r>
    </w:p>
    <w:p>
      <w:r>
        <w:t>{..}</w:t>
      </w:r>
    </w:p>
    <w:p>
      <w:r>
        <w:t>[Yours..]</w:t>
      </w:r>
    </w:p>
    <w:p>
      <w:r>
        <w:t>{..}, the Shabbos after that, my father-in-law, my father-in-law hit..</w:t>
      </w:r>
    </w:p>
    <w:p>
      <w:r>
        <w:t>[Your father-in-law hit..]</w:t>
      </w:r>
    </w:p>
    <w:p>
      <w:r>
        <w:t>Locked</w:t>
      </w:r>
    </w:p>
    <w:p>
      <w:r>
        <w:t>[And locked the house]</w:t>
      </w:r>
    </w:p>
    <w:p>
      <w:r>
        <w:t>Yes, yes, yes</w:t>
      </w:r>
    </w:p>
    <w:p>
      <w:r>
        <w:t>[And did not agree to let you go]</w:t>
      </w:r>
    </w:p>
    <w:p>
      <w:r>
        <w:t>Yes, yes</w:t>
      </w:r>
    </w:p>
    <w:p>
      <w:r>
        <w:t>[To.. Rebbe Yisroel Kardon]</w:t>
      </w:r>
    </w:p>
    <w:p>
      <w:r>
        <w:t>My wife says, my wife says:</w:t>
      </w:r>
    </w:p>
    <w:p>
      <w:r>
        <w:t>"I ask you, I ask you, {..}..”</w:t>
      </w:r>
    </w:p>
    <w:p>
      <w:r>
        <w:t>[You ran away at twelve..]</w:t>
      </w:r>
    </w:p>
    <w:p>
      <w:r>
        <w:t>And she said to me: "(git als’ding) good for everything"</w:t>
      </w:r>
    </w:p>
    <w:p>
      <w:r>
        <w:t>That night, that night, {Mot’eh said}:</w:t>
      </w:r>
    </w:p>
    <w:p>
      <w:r>
        <w:t>"You are not going, you are not going tonight"</w:t>
      </w:r>
    </w:p>
    <w:p>
      <w:r>
        <w:t>But I had a ‘handshake pledge,’ {….}, we need to see each other</w:t>
      </w:r>
    </w:p>
    <w:p>
      <w:r>
        <w:t>[And you went at twelve at night?]</w:t>
      </w:r>
    </w:p>
    <w:p>
      <w:r>
        <w:t>Yes</w:t>
      </w:r>
    </w:p>
    <w:p>
      <w:r>
        <w:t>[You said hello to Rebbe Yisroel and went back?]</w:t>
      </w:r>
    </w:p>
    <w:p>
      <w:r>
        <w:t>Yes, I went back</w:t>
      </w:r>
    </w:p>
    <w:p>
      <w:r>
        <w:t>[{And then} he caught..]</w:t>
      </w:r>
    </w:p>
    <w:p>
      <w:r>
        <w:t>I found, I found, I found my father-in-law as he was chasing after me, chasing..</w:t>
      </w:r>
    </w:p>
    <w:p>
      <w:r>
        <w:t>Then he hit me</w:t>
      </w:r>
    </w:p>
    <w:p>
      <w:r>
        <w:t>[He hit..]</w:t>
      </w:r>
    </w:p>
    <w:p>
      <w:r>
        <w:t>{….}</w:t>
      </w:r>
    </w:p>
    <w:p>
      <w:r>
        <w:t>[Sent you outside, sent you to the bones with the meat..]</w:t>
      </w:r>
    </w:p>
    <w:p>
      <w:r>
        <w:t>Yes, yes, yes</w:t>
      </w:r>
    </w:p>
    <w:p>
      <w:r>
        <w:t>[Which the dogs eat]</w:t>
      </w:r>
    </w:p>
    <w:p>
      <w:r>
        <w:t>He found me there near the shops, late</w:t>
      </w:r>
    </w:p>
    <w:p>
      <w:r>
        <w:t>And there, in earlier years the bone.., today they sell the bones</w:t>
      </w:r>
    </w:p>
    <w:p>
      <w:r>
        <w:t>But in earlier years they would throw them to the dogs; the dogs stood and ate {…} and my father-in-law threw, threw..</w:t>
      </w:r>
    </w:p>
    <w:p>
      <w:r>
        <w:t>[Onto the bones]</w:t>
      </w:r>
    </w:p>
    <w:p>
      <w:r>
        <w:t>Onto th.., onto the dogs; miracles that they did not {….}</w:t>
      </w:r>
    </w:p>
    <w:p>
      <w:r>
        <w:t>[Great miracles that the dogs..]</w:t>
      </w:r>
    </w:p>
    <w:p>
      <w:r>
        <w:t>Yes</w:t>
      </w:r>
    </w:p>
    <w:p>
      <w:r>
        <w:t>[Did not touch you] {…}…</w:t>
      </w:r>
    </w:p>
    <w:p>
      <w:pPr>
        <w:pStyle w:val="Heading2"/>
      </w:pPr>
      <w:r>
        <w:t>Side B (Bais)</w:t>
      </w:r>
    </w:p>
    <w:p>
      <w:r>
        <w:t>...[..in the story when they threw you out of the house]</w:t>
      </w:r>
    </w:p>
    <w:p>
      <w:r>
        <w:t>{….}</w:t>
      </w:r>
    </w:p>
    <w:p>
      <w:r>
        <w:t>I sat in this room, {…}, oy vey</w:t>
      </w:r>
    </w:p>
    <w:p>
      <w:r>
        <w:t>[You look good, Saba]</w:t>
      </w:r>
    </w:p>
    <w:p>
      <w:r>
        <w:t>{Is this recording?}</w:t>
      </w:r>
    </w:p>
    <w:p>
      <w:r>
        <w:t>[Yes]</w:t>
      </w:r>
    </w:p>
    <w:p>
      <w:r>
        <w:t>What.., these were such words th.. he and I rejoiced very much in every word</w:t>
      </w:r>
    </w:p>
    <w:p>
      <w:r>
        <w:t>And he was very tired</w:t>
      </w:r>
    </w:p>
    <w:p>
      <w:r>
        <w:t>[Who, Rebbe Yisroel (Kardonner)?]</w:t>
      </w:r>
    </w:p>
    <w:p>
      <w:r>
        <w:t>This.., no.. this is Yaakov</w:t>
      </w:r>
    </w:p>
    <w:p>
      <w:r>
        <w:t>[Ahh..]…</w:t>
      </w:r>
    </w:p>
    <w:p>
      <w:r>
        <w:t>...They do not know, if they do not know</w:t>
      </w:r>
    </w:p>
    <w:p>
      <w:r>
        <w:t>[I am writing down..]</w:t>
      </w:r>
    </w:p>
    <w:p>
      <w:r>
        <w:t>Ah..</w:t>
      </w:r>
    </w:p>
    <w:p>
      <w:r>
        <w:t>[Your parents threw you out of the house, and you went and lived near Rebbe Yisroel (Kardonner)</w:t>
      </w:r>
    </w:p>
    <w:p>
      <w:r>
        <w:t>It was for the good, so that you could see Rebbe Yisroel’s avodah]</w:t>
      </w:r>
    </w:p>
    <w:p>
      <w:r>
        <w:t>Yes</w:t>
      </w:r>
    </w:p>
    <w:p>
      <w:r>
        <w:t>[What else was there?]</w:t>
      </w:r>
    </w:p>
    <w:p>
      <w:r>
        <w:t>{…}</w:t>
      </w:r>
    </w:p>
    <w:p>
      <w:r>
        <w:t>Certainly I wa.., I was with him and.. {..}</w:t>
      </w:r>
    </w:p>
    <w:p>
      <w:r>
        <w:t>[You can speak Yiddish]</w:t>
      </w:r>
    </w:p>
    <w:p>
      <w:r>
        <w:t>Yes?</w:t>
      </w:r>
    </w:p>
    <w:p>
      <w:r>
        <w:t>[Yes]</w:t>
      </w:r>
    </w:p>
    <w:p>
      <w:r>
        <w:t>There was th..{..}, my room was.. near his apartment, near his apartment, {….} certainly it was.. something different, something different, to be with him always</w:t>
      </w:r>
    </w:p>
    <w:p>
      <w:r>
        <w:t>Oy vey, {..}…</w:t>
      </w:r>
    </w:p>
    <w:p>
      <w:r>
        <w:t>...Nu, in the meantime, I am not telling everything</w:t>
      </w:r>
    </w:p>
    <w:p>
      <w:r>
        <w:t>[What?..]</w:t>
      </w:r>
    </w:p>
    <w:p>
      <w:r>
        <w:t>{..}, in this, in this there was th.. story, there was a story</w:t>
      </w:r>
    </w:p>
    <w:p>
      <w:r>
        <w:t>I became.., Hashem sent me an illness</w:t>
      </w:r>
    </w:p>
    <w:p>
      <w:r>
        <w:t>[An illness?]</w:t>
      </w:r>
    </w:p>
    <w:p>
      <w:r>
        <w:t>Yes, of the intestines</w:t>
      </w:r>
    </w:p>
    <w:p>
      <w:r>
        <w:t>[Of the intestines?]</w:t>
      </w:r>
    </w:p>
    <w:p>
      <w:r>
        <w:t>Of the intestines, of the intestines</w:t>
      </w:r>
    </w:p>
    <w:p>
      <w:r>
        <w:t>The tongue with the palate, with.., the whole mouth was.. {.…}</w:t>
      </w:r>
    </w:p>
    <w:p>
      <w:r>
        <w:t>It was an illness; what does illness mean? - that the flesh rotted, that it rotted..</w:t>
      </w:r>
    </w:p>
    <w:p>
      <w:r>
        <w:t>[The flesh rotted]</w:t>
      </w:r>
    </w:p>
    <w:p>
      <w:r>
        <w:t>Eh?</w:t>
      </w:r>
    </w:p>
    <w:p>
      <w:r>
        <w:t>[The flesh rotted, the flesh rotted]</w:t>
      </w:r>
    </w:p>
    <w:p>
      <w:r>
        <w:t>The flesh was rotten from the sores, from the mouth..</w:t>
      </w:r>
    </w:p>
    <w:p>
      <w:r>
        <w:t>[Rotten from the sores]</w:t>
      </w:r>
    </w:p>
    <w:p>
      <w:r>
        <w:t>Ah.. and.. and.. and.. eh?</w:t>
      </w:r>
    </w:p>
    <w:p>
      <w:r>
        <w:t>[From the sores]</w:t>
      </w:r>
    </w:p>
    <w:p>
      <w:r>
        <w:t>{…}, no, there was an illness {from the intestines\from the mouth}, {not the sores}</w:t>
      </w:r>
    </w:p>
    <w:p>
      <w:r>
        <w:t>In any case, I did not make use of doctors, I did not want doctors, {and so it was}</w:t>
      </w:r>
    </w:p>
    <w:p>
      <w:r>
        <w:t>It was an illness.. very terrible; I felt great suffering</w:t>
      </w:r>
    </w:p>
    <w:p>
      <w:r>
        <w:t>{.….}, the heart was.., pie.., pieces, pieces of the flesh that fell, then it fell</w:t>
      </w:r>
    </w:p>
    <w:p>
      <w:r>
        <w:t>And.. I was.., then I was in great danger, the intestines and the heart, it was, it was.. {doso, good}</w:t>
      </w:r>
    </w:p>
    <w:p>
      <w:r>
        <w:t>And the heart was also ill, the intestines and the heart</w:t>
      </w:r>
    </w:p>
    <w:p>
      <w:r>
        <w:t>In any case, it {went (intensified)}, I could not eat, each time I became weaker</w:t>
      </w:r>
    </w:p>
    <w:p>
      <w:r>
        <w:t>And.. I lost my strength</w:t>
      </w:r>
    </w:p>
    <w:p>
      <w:r>
        <w:t>{..}.. arrived.., after I became very weak, then arrived.. ah.. Yom Kippur, Yom Kippur</w:t>
      </w:r>
    </w:p>
    <w:p>
      <w:r>
        <w:t>Nu, on Rosh Hashanah we are, by Rabbainu, by Rebbe Shimon, we are at the tziyun, or i..</w:t>
      </w:r>
    </w:p>
    <w:p>
      <w:r>
        <w:t>On Rosh Hashanah, but Yom Kippur, if one cannot, then not</w:t>
      </w:r>
    </w:p>
    <w:p>
      <w:r>
        <w:t>The point is: I saw.. {..} that I had to be at home</w:t>
      </w:r>
    </w:p>
    <w:p>
      <w:r>
        <w:t>I said to Rebbe Yisroel: "I cannot; if I go outside it will be terrible"</w:t>
      </w:r>
    </w:p>
    <w:p>
      <w:r>
        <w:t>{…..} I could not bear the {…..}, only when I would go out, then the {…..}</w:t>
      </w:r>
    </w:p>
    <w:p>
      <w:r>
        <w:t>{….}</w:t>
      </w:r>
    </w:p>
    <w:p>
      <w:r>
        <w:t>The point is: the eve of Yom Kippur, the eve of Yom Kippur</w:t>
      </w:r>
    </w:p>
    <w:p>
      <w:r>
        <w:t>I remember that Rebbe Yisroel.. Rebbe Yisroel’s house was next to me, next to me {…}</w:t>
      </w:r>
    </w:p>
    <w:p>
      <w:r>
        <w:t>The eve of Yom Kippur</w:t>
      </w:r>
    </w:p>
    <w:p>
      <w:r>
        <w:t>What are you doing?</w:t>
      </w:r>
    </w:p>
    <w:p>
      <w:r>
        <w:t>The point is: Rebbe Yisroel traveled to Meron for Yom Kippur, and I remained alone, sick like this</w:t>
      </w:r>
    </w:p>
    <w:p>
      <w:r>
        <w:t>I kn.., knew Rebbe Yisroel; on Yom Kippur I arrived in Meron</w:t>
      </w:r>
    </w:p>
    <w:p>
      <w:r>
        <w:t>Will I be here? Will I be here in Tzfas without.., wi.. without Rebbe Yisroel?</w:t>
      </w:r>
    </w:p>
    <w:p>
      <w:r>
        <w:t>The point is: I am forbidden even to go out of the house</w:t>
      </w:r>
    </w:p>
    <w:p>
      <w:r>
        <w:t>"Then whatever will be, will be, {give thanks to Hashem}”</w:t>
      </w:r>
    </w:p>
    <w:p>
      <w:r>
        <w:t>I went out, and I did not say at home that I was traveling to Meron; would she agree to let me travel?</w:t>
      </w:r>
    </w:p>
    <w:p>
      <w:r>
        <w:t>I said nothing, went out.. {..}, went out</w:t>
      </w:r>
    </w:p>
    <w:p>
      <w:r>
        <w:t>She was astonished – how am I going out, how am I going out of the house</w:t>
      </w:r>
    </w:p>
    <w:p>
      <w:r>
        <w:t>In any case, I went to a Sephardi who has a donkey, and there, ah..</w:t>
      </w:r>
    </w:p>
    <w:p>
      <w:r>
        <w:t>One needs to travel to Meron; they go to him and he travels to Meron, they pay him for this, he readies the donkey and I went to..{…}.., ah..</w:t>
      </w:r>
    </w:p>
    <w:p>
      <w:r>
        <w:t>All those who traveled to Meron were Rebbe Yisroel and I, but, but they knew</w:t>
      </w:r>
    </w:p>
    <w:p>
      <w:r>
        <w:t>The point is: I went to that Sephardi; I had no money, I went to this Sephardi</w:t>
      </w:r>
    </w:p>
    <w:p>
      <w:r>
        <w:t>I asked the Sephardi: "Will you travel to Meron? After all, it is the eve of Yom Kippur {…...….}”</w:t>
      </w:r>
    </w:p>
    <w:p>
      <w:r>
        <w:t>We arrived there on the eve of Yom Kippur</w:t>
      </w:r>
    </w:p>
    <w:p>
      <w:r>
        <w:t>The point is: ah.. {..}, ah.. then he said:</w:t>
      </w:r>
    </w:p>
    <w:p>
      <w:r>
        <w:t>"Will you give such and such?"</w:t>
      </w:r>
    </w:p>
    <w:p>
      <w:r>
        <w:t>"Yes"</w:t>
      </w:r>
    </w:p>
    <w:p>
      <w:r>
        <w:t>By Rebbe Yisroel, do I have money? I did not tell him.., Rebbe Yisroel</w:t>
      </w:r>
    </w:p>
    <w:p>
      <w:r>
        <w:t>I did not tell him that I had no money; he wants such and such</w:t>
      </w:r>
    </w:p>
    <w:p>
      <w:r>
        <w:t>I hired him.. he traveled with me to be with Rebbe Yisroel in Meron</w:t>
      </w:r>
    </w:p>
    <w:p>
      <w:r>
        <w:t>{Nu..} so he traveled with me, but I.., the illness was terrible</w:t>
      </w:r>
    </w:p>
    <w:p>
      <w:r>
        <w:t>I cannot go out of the house; now to make a journey from Tzfas to Meron</w:t>
      </w:r>
    </w:p>
    <w:p>
      <w:r>
        <w:t>On a donkey, and I was so weak</w:t>
      </w:r>
    </w:p>
    <w:p>
      <w:r>
        <w:t>The point is: ah.. for money.. {oy, oy, oy, oy, oy}, {…..} money, the money</w:t>
      </w:r>
    </w:p>
    <w:p>
      <w:r>
        <w:t>In any case, I traveled with him; with difficulty, with difficulty I made it along the road, and it was so bad</w:t>
      </w:r>
    </w:p>
    <w:p>
      <w:r>
        <w:t>I do not know how {….} the journey; in any case, {….}</w:t>
      </w:r>
    </w:p>
    <w:p>
      <w:r>
        <w:t>We arrived in Meron, and when we arrived in Meron {..}.. it is necessary to be.., receive money, receive money</w:t>
      </w:r>
    </w:p>
    <w:p>
      <w:r>
        <w:t>I said to Rebbe Yisroel, {…}</w:t>
      </w:r>
    </w:p>
    <w:p>
      <w:r>
        <w:t>I will give you, I will give you, I will give you.. money</w:t>
      </w:r>
    </w:p>
    <w:p>
      <w:r>
        <w:t>Rebbe Yisroel, Rebbe Yisroel, Rebbe Yisroel saw me, so he became forceful</w:t>
      </w:r>
    </w:p>
    <w:p>
      <w:r>
        <w:t>He knows that I am ill, I am forbidden to go outside, into the air, I am forbidden to go out</w:t>
      </w:r>
    </w:p>
    <w:p>
      <w:r>
        <w:t>The point is: "I am already here, the eve of Yom Kippur, what can be done?"</w:t>
      </w:r>
    </w:p>
    <w:p>
      <w:r>
        <w:t>So I said to him: "One needs to pay the Sephardi, for the donkey"</w:t>
      </w:r>
    </w:p>
    <w:p>
      <w:r>
        <w:t>Nu, Rebbe Yisroel did not have money, {…}</w:t>
      </w:r>
    </w:p>
    <w:p>
      <w:r>
        <w:t>So th.., so there was, so there was one of our fellowship, the wealthy man of Tzfas, Rebbe Nassan Trovitze</w:t>
      </w:r>
    </w:p>
    <w:p>
      <w:r>
        <w:t>He would travel; he and the son and the family traveled for Rosh Hashanah</w:t>
      </w:r>
    </w:p>
    <w:p>
      <w:r>
        <w:t>And for Yom Kippur they traveled once again, traveled once again</w:t>
      </w:r>
    </w:p>
    <w:p>
      <w:r>
        <w:t>Rebbe Yisroel approached.. Rebbe Nassan, and said to him:</w:t>
      </w:r>
    </w:p>
    <w:p>
      <w:r>
        <w:t>“Yisroel Ber arrived with a donkey, and it has to be paid, has to be paid, it costs such-and-such”</w:t>
      </w:r>
    </w:p>
    <w:p>
      <w:r>
        <w:t>He was stingy, he became ‘angry’</w:t>
      </w:r>
    </w:p>
    <w:p>
      <w:r>
        <w:t>“What does that mean? They travel at his expense, they pay such a price?”</w:t>
      </w:r>
    </w:p>
    <w:p>
      <w:r>
        <w:t>Nu, he became ‘angry,’ one way or another, it was the eve of Yom Kippur, he had to ask him</w:t>
      </w:r>
    </w:p>
    <w:p>
      <w:r>
        <w:t>He took out cash and gave it to him for my journey</w:t>
      </w:r>
    </w:p>
    <w:p>
      <w:r>
        <w:t>[And what was with you? You were sick]</w:t>
      </w:r>
    </w:p>
    <w:p>
      <w:r>
        <w:t>The point is.. Yom Kippur, I do not know how, {Hashem kept me alive}</w:t>
      </w:r>
    </w:p>
    <w:p>
      <w:r>
        <w:t>I did not know whether I was at Rebbe Yishmaon, or, or..</w:t>
      </w:r>
    </w:p>
    <w:p>
      <w:r>
        <w:t>And I knew nothing of what was happening with me, and such suffering that it was impossible to endure</w:t>
      </w:r>
    </w:p>
    <w:p>
      <w:r>
        <w:t>I did not pray, nu, that is how my Yom Kippur was, I did not pray at all</w:t>
      </w:r>
    </w:p>
    <w:p>
      <w:r>
        <w:t>{…}, only.. {…}, but baruch Hashem I fasted</w:t>
      </w:r>
    </w:p>
    <w:p>
      <w:r>
        <w:t>At any rate, then Rebbe Nassan saw how I looked, {….} Rebbe Yisroel, ah..</w:t>
      </w:r>
    </w:p>
    <w:p>
      <w:r>
        <w:t>“This is not {an ordinary} illness, one does not do such a thing”</w:t>
      </w:r>
    </w:p>
    <w:p>
      <w:r>
        <w:t>He saw that I knew nothing {….} in the world at all {….} perhaps dead</w:t>
      </w:r>
    </w:p>
    <w:p>
      <w:r>
        <w:t>To bring him to the cemetery</w:t>
      </w:r>
    </w:p>
    <w:p>
      <w:r>
        <w:t>I do not know how, how Hashem had mercy on me, it was a miracle</w:t>
      </w:r>
    </w:p>
    <w:p>
      <w:r>
        <w:t>I.., that, that day, Yom Kippur, it was the end, the end of my life</w:t>
      </w:r>
    </w:p>
    <w:p>
      <w:r>
        <w:t>I saw how.. I remained alive, I do not know</w:t>
      </w:r>
    </w:p>
    <w:p>
      <w:r>
        <w:t>Such a Yom Kippur</w:t>
      </w:r>
    </w:p>
    <w:p>
      <w:r>
        <w:t>That is what I had</w:t>
      </w:r>
    </w:p>
    <w:p>
      <w:r>
        <w:t>And my wife..</w:t>
      </w:r>
    </w:p>
    <w:p>
      <w:r>
        <w:t>I went out of the house, so she thought:</w:t>
      </w:r>
    </w:p>
    <w:p>
      <w:r>
        <w:t>I am coming, coming, coming, then she saw.. then it was already necessary.. already before the fast, I am not coming; the point is: she, she thought presumably I.., presumably traveled to Meron, presumably traveled to Meron, and that is how it was</w:t>
      </w:r>
    </w:p>
    <w:p>
      <w:r>
        <w:t>It disturbed her very much</w:t>
      </w:r>
    </w:p>
    <w:p>
      <w:r>
        <w:t>“If so, then my father is right, such a sick person, and he does not take care that he should not be with illness” the point is: she dragged, decided out of troubles, from the magnitude of the anguish, from what she saw</w:t>
      </w:r>
    </w:p>
    <w:p>
      <w:r>
        <w:t>“I am bringing the world to talk,” {..}</w:t>
      </w:r>
    </w:p>
    <w:p>
      <w:r>
        <w:t>At any rate, {…} she thought:</w:t>
      </w:r>
    </w:p>
    <w:p>
      <w:r>
        <w:t>“Perhaps.. perhaps.. indeed.. perhaps to make a get</w:t>
      </w:r>
    </w:p>
    <w:p>
      <w:r>
        <w:t>This is not a person, such a sick man traveled to Meron, does not say, does not say anything,” {..}</w:t>
      </w:r>
    </w:p>
    <w:p>
      <w:r>
        <w:t>The point is: she {dragged] it out, decided on the eve of Yom Kippur</w:t>
      </w:r>
    </w:p>
    <w:p>
      <w:r>
        <w:t>After Yom Kippur Rebbe Yisroel brought me..</w:t>
      </w:r>
    </w:p>
    <w:p>
      <w:r>
        <w:t>It was, in short, she decided, she decided.. decided, {..}</w:t>
      </w:r>
    </w:p>
    <w:p>
      <w:r>
        <w:t>And Rebbe Yisroel, ah.. there in the dwelling there was, there was a neighbor, a close neighbor, door to door</w:t>
      </w:r>
    </w:p>
    <w:p>
      <w:r>
        <w:t>With another J.., with another Jew who was.. a great Torah scholar</w:t>
      </w:r>
    </w:p>
    <w:p>
      <w:r>
        <w:t>And he sat day and night in the shul and would learn, learn diligently</w:t>
      </w:r>
    </w:p>
    <w:p>
      <w:r>
        <w:t>{Yes, indeed}</w:t>
      </w:r>
    </w:p>
    <w:p>
      <w:r>
        <w:t>[..]…</w:t>
      </w:r>
    </w:p>
    <w:p>
      <w:r>
        <w:t>...[Yes, he sat and learned diligently, the..]</w:t>
      </w:r>
    </w:p>
    <w:p>
      <w:r>
        <w:t>Yes, day and night</w:t>
      </w:r>
    </w:p>
    <w:p>
      <w:r>
        <w:t>[Day and night]</w:t>
      </w:r>
    </w:p>
    <w:p>
      <w:r>
        <w:t>He was a great.., a great Torah scholar, he was a lamdan, sat always in the shul</w:t>
      </w:r>
    </w:p>
    <w:p>
      <w:r>
        <w:t>And his wife was, his spouse, his wife would bring him a little tea, a little coffee, food like that</w:t>
      </w:r>
    </w:p>
    <w:p>
      <w:r>
        <w:t>His home, it was the shul</w:t>
      </w:r>
    </w:p>
    <w:p>
      <w:r>
        <w:t>Only that he would go at night, late at night {…} to sleep, afterward he was.. “constantly in the shul”</w:t>
      </w:r>
    </w:p>
    <w:p>
      <w:r>
        <w:t>This Jew was called: Reb Avraham’le, he was called: Reb Avraham’le</w:t>
      </w:r>
    </w:p>
    <w:p>
      <w:r>
        <w:t>[Reb Avraham’le]</w:t>
      </w:r>
    </w:p>
    <w:p>
      <w:r>
        <w:t>Yes</w:t>
      </w:r>
    </w:p>
    <w:p>
      <w:r>
        <w:t>He had a daughter, he married off the daughter, and this daughter was a friend of her sister.. with my wife</w:t>
      </w:r>
    </w:p>
    <w:p>
      <w:r>
        <w:t>And this Reb Avraham’le, ah..</w:t>
      </w:r>
    </w:p>
    <w:p>
      <w:r>
        <w:t>{..}, my, my, th.. my wife held very highly of Reb Avraham’le</w:t>
      </w:r>
    </w:p>
    <w:p>
      <w:r>
        <w:t>She regarded him like an angel of Hashem</w:t>
      </w:r>
    </w:p>
    <w:p>
      <w:r>
        <w:t>The point is, he told her: “That she should not look at anything”</w:t>
      </w:r>
    </w:p>
    <w:p>
      <w:r>
        <w:t>{….}, and Reb Avraham..</w:t>
      </w:r>
    </w:p>
    <w:p>
      <w:r>
        <w:t>“And Rebbe Yisroel is a God-fearing Jew, and.. and.. and.. not to make an issue of his having become Breslover”</w:t>
      </w:r>
    </w:p>
    <w:p>
      <w:r>
        <w:t>She listened only to Reb Avraham’le</w:t>
      </w:r>
    </w:p>
    <w:p>
      <w:r>
        <w:t>The point is: now that she, that she, had regrets, it is like.., there is no one with whom to live..</w:t>
      </w:r>
    </w:p>
    <w:p>
      <w:r>
        <w:t>Such a, such a.. she says</w:t>
      </w:r>
    </w:p>
    <w:p>
      <w:r>
        <w:t>The point is, th.. he, he, then he said: “That she should be yielding, that she should be..”</w:t>
      </w:r>
    </w:p>
    <w:p>
      <w:r>
        <w:t>At any rate, this is my wife</w:t>
      </w:r>
    </w:p>
    <w:p>
      <w:r>
        <w:t>[{..}, so Rebbe Yisroel, you were in the middle of telling me about Rebbe Yisroel, what did Rebbe Yisroel do?]</w:t>
      </w:r>
    </w:p>
    <w:p>
      <w:r>
        <w:t>{..}, what did you say to me? {..}</w:t>
      </w:r>
    </w:p>
    <w:p>
      <w:r>
        <w:t>[So you told me that Rebbe Yisroel.. Kardonner, what did he do?]</w:t>
      </w:r>
    </w:p>
    <w:p>
      <w:r>
        <w:t>He was a neighbor of Reb Avraham</w:t>
      </w:r>
    </w:p>
    <w:p>
      <w:r>
        <w:t>[Yes]</w:t>
      </w:r>
    </w:p>
    <w:p>
      <w:r>
        <w:t>A neighbor of this Jew</w:t>
      </w:r>
    </w:p>
    <w:p>
      <w:r>
        <w:t>And this Jew.. he was an “only one” in Tzfas in that he was not oppos.., he</w:t>
      </w:r>
    </w:p>
    <w:p>
      <w:r>
        <w:t>He was a God-fearing Jew, a Torah scholar, a neighbor of Rebbe Yisroel, he did not consent to opposition</w:t>
      </w:r>
    </w:p>
    <w:p>
      <w:r>
        <w:t>In the shul were all the opponents, in the synagogue where he was, {..}, and.. and.. and.. and.. he himself did not, {…}</w:t>
      </w:r>
    </w:p>
    <w:p>
      <w:r>
        <w:t>And nevertheless I wondered how he did not become a Breslover chassid</w:t>
      </w:r>
    </w:p>
    <w:p>
      <w:r>
        <w:t>Such, such a Jew, and he has a neighbor, Rebbe Yisroel, how does he not go in to Rebbe Yisroel on Thursday night, {yes}</w:t>
      </w:r>
    </w:p>
    <w:p>
      <w:r>
        <w:t>But so, so is the world, so is this world</w:t>
      </w:r>
    </w:p>
    <w:p>
      <w:r>
        <w:t>. Drawing close to Rabbainu is one of the difficult things</w:t>
      </w:r>
    </w:p>
    <w:p>
      <w:r>
        <w:t>[In truth]</w:t>
      </w:r>
    </w:p>
    <w:p>
      <w:r>
        <w:t>If he becomes a “Breslover,” then there will be no “Reb Avraham’le,” he will no longer be “of distinguished lineage”</w:t>
      </w:r>
    </w:p>
    <w:p>
      <w:r>
        <w:t>{…}</w:t>
      </w:r>
    </w:p>
    <w:p>
      <w:r>
        <w:t>I saw how strong the truth is, and this, this is a known thing</w:t>
      </w:r>
    </w:p>
    <w:p>
      <w:r>
        <w:t>“The lamdan” does not {“count with him”} in chass.., in chassidus, in religiosity (frumkeit)</w:t>
      </w:r>
    </w:p>
    <w:p>
      <w:r>
        <w:t>Only.. “let us see, let us see how much of a lamdan”</w:t>
      </w:r>
    </w:p>
    <w:p>
      <w:r>
        <w:t>“To shoot, to shoot, lamdanus entirely, to shoot”</w:t>
      </w:r>
    </w:p>
    <w:p>
      <w:r>
        <w:t>Nu, but, and.. and I, and I was not a lamdan, only a simple man, and nevertheless Reb Avraham’le..</w:t>
      </w:r>
    </w:p>
    <w:p>
      <w:r>
        <w:t>[A simple man, doubled, tripled, quadrupled]</w:t>
      </w:r>
    </w:p>
    <w:p>
      <w:r>
        <w:t>They saw, they saw such truth, such self-sacrifice that I showed</w:t>
      </w:r>
    </w:p>
    <w:p>
      <w:r>
        <w:t>So he.. so he subm.., ah.. so he.. sub.., humbled himself, so he.. did not become an opponent, {…}</w:t>
      </w:r>
    </w:p>
    <w:p>
      <w:r>
        <w:t>{Nu}, afterward {..}, afterward.. {..}</w:t>
      </w:r>
    </w:p>
    <w:p>
      <w:r>
        <w:t>After Yom Kippur I arrived home, and.. {..} I had been in Meron</w:t>
      </w:r>
    </w:p>
    <w:p>
      <w:r>
        <w:t>But, nu, precisely after Yom Kippur, after such a journey there and back</w:t>
      </w:r>
    </w:p>
    <w:p>
      <w:r>
        <w:t>Then there was no taxi, they traveled with donkeys</w:t>
      </w:r>
    </w:p>
    <w:p>
      <w:r>
        <w:t>Then I was so weak, there was such an illness, the heart.. the heart and the intestines, it is a dangerous thing, it is a known thing, and Hashem had mercy, it became better, and better, and better, {….} and the illness went away without any doctor, without anything, {…}</w:t>
      </w:r>
    </w:p>
    <w:p>
      <w:r>
        <w:t>And this Yom Kippur I remember all the days of my life, {….}</w:t>
      </w:r>
    </w:p>
    <w:p>
      <w:r>
        <w:t>I was already in that world there, in Meron {..…..} I was almost not in this world</w:t>
      </w:r>
    </w:p>
    <w:p>
      <w:r>
        <w:t>. And.. and after that I saw miracles, that Hashem helped me, that I had a recovery without any doctor</w:t>
      </w:r>
    </w:p>
    <w:p>
      <w:r>
        <w:t>{But}.., I attributed it to the merit of Rebbe Shimon, because I traveled to Meron</w:t>
      </w:r>
    </w:p>
    <w:p>
      <w:r>
        <w:t>Precisely because I traveled to Meron and had self-sacrifice, I gave so much money and arrived in Meron</w:t>
      </w:r>
    </w:p>
    <w:p>
      <w:r>
        <w:t>And it seems to me that I did not do well, and afterward he shouted:</w:t>
      </w:r>
    </w:p>
    <w:p>
      <w:r>
        <w:t>“No, you did do well”</w:t>
      </w:r>
    </w:p>
    <w:p>
      <w:r>
        <w:t>[Self-sacrifice, Rabbainu]</w:t>
      </w:r>
    </w:p>
    <w:p>
      <w:r>
        <w:t>{...yes…}, {………..}</w:t>
      </w:r>
    </w:p>
    <w:p>
      <w:r>
        <w:t>[What else do you remember from that period?]</w:t>
      </w:r>
    </w:p>
    <w:p>
      <w:r>
        <w:t>Eh?</w:t>
      </w:r>
    </w:p>
    <w:p>
      <w:r>
        <w:t>[What else do you remember?]</w:t>
      </w:r>
    </w:p>
    <w:p>
      <w:r>
        <w:t>What else do I remember?</w:t>
      </w:r>
    </w:p>
    <w:p>
      <w:r>
        <w:t>[Yes]</w:t>
      </w:r>
    </w:p>
    <w:p>
      <w:r>
        <w:t>{..}.. I will tell you, I will tell you the story of how I was in the desert</w:t>
      </w:r>
    </w:p>
    <w:p>
      <w:r>
        <w:t>Where there was no natural way at all to come out alive, but, but {.…..}</w:t>
      </w:r>
    </w:p>
    <w:p>
      <w:r>
        <w:t>I was in the desert, {..}, no water, no food, and this is the story of the desert</w:t>
      </w:r>
    </w:p>
    <w:p>
      <w:r>
        <w:t>I will tell you the main points from the beginning</w:t>
      </w:r>
    </w:p>
    <w:p>
      <w:r>
        <w:t>[No, everything]</w:t>
      </w:r>
    </w:p>
    <w:p>
      <w:r>
        <w:t>Eh?</w:t>
      </w:r>
    </w:p>
    <w:p>
      <w:r>
        <w:t>[There is time]</w:t>
      </w:r>
    </w:p>
    <w:p>
      <w:r>
        <w:t>There is time, but..</w:t>
      </w:r>
    </w:p>
    <w:p>
      <w:r>
        <w:t>[You told me that you do not tell anything..]</w:t>
      </w:r>
    </w:p>
    <w:p>
      <w:r>
        <w:t>{...}</w:t>
      </w:r>
    </w:p>
    <w:p>
      <w:r>
        <w:t>[Until you know a matter clearly, Rebbe Yisroel]</w:t>
      </w:r>
    </w:p>
    <w:p>
      <w:r>
        <w:t>Oy, oy, oy, oy, oy…</w:t>
      </w:r>
    </w:p>
    <w:p>
      <w:r>
        <w:t>...[You needed to wait until today to say everything? Then you need to say everything, you know..] The story of the desert was like this:</w:t>
      </w:r>
    </w:p>
    <w:p>
      <w:r>
        <w:t>{…}</w:t>
      </w:r>
    </w:p>
    <w:p>
      <w:r>
        <w:t>My drawing close to the holy Rabbainu, to Rebbe Yisroel (Kardonner)</w:t>
      </w:r>
    </w:p>
    <w:p>
      <w:r>
        <w:t>Hashem Yisbarach made it that it was during.. the World War, it was..</w:t>
      </w:r>
    </w:p>
    <w:p>
      <w:r>
        <w:t>Not in the year.., a year of drought, there was hunger, there was hunger</w:t>
      </w:r>
    </w:p>
    <w:p>
      <w:r>
        <w:t>At any rate, I.., this is how it was:</w:t>
      </w:r>
    </w:p>
    <w:p>
      <w:r>
        <w:t>My mother passed away in the house of Rebbe Yisroel (Kardonner)</w:t>
      </w:r>
    </w:p>
    <w:p>
      <w:r>
        <w:t>I saw that such things stood before me, I said to Rebbe Yisroel (Kardonner):</w:t>
      </w:r>
    </w:p>
    <w:p>
      <w:r>
        <w:t>"No.., I have.., I have fear perhaps, perhaps, that I will not be able to hold out"</w:t>
      </w:r>
    </w:p>
    <w:p>
      <w:r>
        <w:t>So we came to an agreement:</w:t>
      </w:r>
    </w:p>
    <w:p>
      <w:r>
        <w:t>"That we should make a handclasp, {….} then.. then.. so that the bond should not be torn</w:t>
      </w:r>
    </w:p>
    <w:p>
      <w:r>
        <w:t>We need to see one another every day and every night, whether studying, not studying</w:t>
      </w:r>
    </w:p>
    <w:p>
      <w:r>
        <w:t>But to see one another, we need to see one another, need to see one another</w:t>
      </w:r>
    </w:p>
    <w:p>
      <w:r>
        <w:t>So that we will not be far from one another, from one another, this one in this city, and this one in this city</w:t>
      </w:r>
    </w:p>
    <w:p>
      <w:r>
        <w:t>So that we will not be far, we need to see one another every day and every night"</w:t>
      </w:r>
    </w:p>
    <w:p>
      <w:r>
        <w:t>Such a handclasp</w:t>
      </w:r>
    </w:p>
    <w:p>
      <w:r>
        <w:t>At any rate, this was.. {…}, at any rate, ah..</w:t>
      </w:r>
    </w:p>
    <w:p>
      <w:r>
        <w:t>After the.. after the wedding, after.. then like this:</w:t>
      </w:r>
    </w:p>
    <w:p>
      <w:r>
        <w:t>Rebbe Yisroel (Kardonner) arrived in Teveria, af.., af.., after I saw such, such wonders</w:t>
      </w:r>
    </w:p>
    <w:p>
      <w:r>
        <w:t>How he.. went, went from Meron to.., to Teveria, Hashem brought him from Meron to Teveria a.. to me, to the house</w:t>
      </w:r>
    </w:p>
    <w:p>
      <w:r>
        <w:t>He saw such providence, he found such a soul longing for the truth</w:t>
      </w:r>
    </w:p>
    <w:p>
      <w:r>
        <w:t>Longing for the service of Hashem, with self-sacrifice</w:t>
      </w:r>
    </w:p>
    <w:p>
      <w:r>
        <w:t>For him it was one of the grea.., greatest of all things</w:t>
      </w:r>
    </w:p>
    <w:p>
      <w:r>
        <w:t>He left Meron, left Tzfas, no family, no.. no.., no children, no family, nothing</w:t>
      </w:r>
    </w:p>
    <w:p>
      <w:r>
        <w:t>Only Teveria and Yisroel Ber, only the two things</w:t>
      </w:r>
    </w:p>
    <w:p>
      <w:r>
        <w:t>At any rate, Pesach is going to arrive, he.. he.. he brought the family to.. to Teveria</w:t>
      </w:r>
    </w:p>
    <w:p>
      <w:r>
        <w:t>Who will pay for it? One needs to pay for the donkey, he wrote to them that they should come to Teveria</w:t>
      </w:r>
    </w:p>
    <w:p>
      <w:r>
        <w:t>There is no money to pay for the apartment, no money to pay for transporting by donkey, {and he.., yes}</w:t>
      </w:r>
    </w:p>
    <w:p>
      <w:r>
        <w:t>She and the children needed two donkeys</w:t>
      </w:r>
    </w:p>
    <w:p>
      <w:r>
        <w:t>{..}, nu, good, she came to go, she has nowhere to enter, he has no apartment, and.. and Pesach is arriving</w:t>
      </w:r>
    </w:p>
    <w:p>
      <w:r>
        <w:t>Where does one hear such a thing?</w:t>
      </w:r>
    </w:p>
    <w:p>
      <w:r>
        <w:t>At any rate, he brought her to.., brought her to Teveria, and Hashem provided.., Hashem provided an apartment</w:t>
      </w:r>
    </w:p>
    <w:p>
      <w:r>
        <w:t>There was one who gave {..}, who rented out an apartment, and he was in Teveria, so he became a "Teverian"</w:t>
      </w:r>
    </w:p>
    <w:p>
      <w:r>
        <w:t>Just as Yisroel Ber was a "Teverian," so Rebbe Yisroel (Kardonner) became.. a "Teverian"</w:t>
      </w:r>
    </w:p>
    <w:p>
      <w:r>
        <w:t>He brought the wife and the children to Teveria</w:t>
      </w:r>
    </w:p>
    <w:p>
      <w:r>
        <w:t>Shoyn, the time arrived when I needed to get married, it was Elul</w:t>
      </w:r>
    </w:p>
    <w:p>
      <w:r>
        <w:t>{This …. notice}, we were in contact from Chanukah until Elul, almost a year, {…}</w:t>
      </w:r>
    </w:p>
    <w:p>
      <w:r>
        <w:t>The father and the mother were happy, they were happy that I was going to get married in.. in Tzfas</w:t>
      </w:r>
    </w:p>
    <w:p>
      <w:r>
        <w:t>And Rebbe Yisroel (Kardonner) became a "Teverian"</w:t>
      </w:r>
    </w:p>
    <w:p>
      <w:r>
        <w:t>Nu, so he will be a "Teverian," and I will be a "Tzfasite," shoyn, so consequently he will not be a "Breslover"</w:t>
      </w:r>
    </w:p>
    <w:p>
      <w:r>
        <w:t>Nu, they were happy that I was going to get married in Tzfas, and Rebbe Yisroel (Kardonner) a "Teverian"</w:t>
      </w:r>
    </w:p>
    <w:p>
      <w:r>
        <w:t>He has an apartment in Teveria, and he lives in Teveria, so he is a "Teverian," nu</w:t>
      </w:r>
    </w:p>
    <w:p>
      <w:r>
        <w:t>Shoyn, after this, the day they traveled to the wedding with donkeys, {..}, ah..</w:t>
      </w:r>
    </w:p>
    <w:p>
      <w:r>
        <w:t>Then on the way the mother says:</w:t>
      </w:r>
    </w:p>
    <w:p>
      <w:r>
        <w:t>"Baruch Hashem, {….}, M.., Master of the World, the Master of the World has compassion</w:t>
      </w:r>
    </w:p>
    <w:p>
      <w:r>
        <w:t>Now, now, now you will be in Tzfas and Rebbe Yisroel (Kardonner) will be in Teveria, this is very good"</w:t>
      </w:r>
    </w:p>
    <w:p>
      <w:r>
        <w:t>It was several {…}, several, several.. several donkeys that traveled</w:t>
      </w:r>
    </w:p>
    <w:p>
      <w:r>
        <w:t>The point is: We traveled half an hour, fro.., from behind us came.. Rebbe Yisroel (Kardonner).., he traveled with another {……….} he took the wife and the children, Rebbe Yisroel (Kardonner), on donkeys it was on that same day, he has a "handclasp," one needs to see one another every day – "to Tzfas" Yisroel Ber is traveling to get married, traveling to Tzfas, so he becomes a "Tzfasite"</w:t>
      </w:r>
    </w:p>
    <w:p>
      <w:r>
        <w:t>When Yisroel Ber was in Teveria he was a "Teverian"</w:t>
      </w:r>
    </w:p>
    <w:p>
      <w:r>
        <w:t>Now that he is traveling to Tzfas, to get married, then he needs to be in Tzfas</w:t>
      </w:r>
    </w:p>
    <w:p>
      <w:r>
        <w:t>Where have we heard such a thing..? Such, such a story to tell?</w:t>
      </w:r>
    </w:p>
    <w:p>
      <w:r>
        <w:t>That he found Yisroel Ber who wants to serve Hashem, who wants.., who wants to serve Hashem, he already left all the forms of service, left Meron, left family, left everything</w:t>
      </w:r>
    </w:p>
    <w:p>
      <w:r>
        <w:t>Now that I am traveling to get married in Tzfas, then he returned to being a "Tzfasite"</w:t>
      </w:r>
    </w:p>
    <w:p>
      <w:r>
        <w:t>The point is: My mother saw, saw that they arrived {……} half an hour</w:t>
      </w:r>
    </w:p>
    <w:p>
      <w:r>
        <w:t>{…………..……..} everyone together on donkeys, my mother saw..</w:t>
      </w:r>
    </w:p>
    <w:p>
      <w:r>
        <w:t>That Rebbe Yisroel (Kardonner), with the wife, with the children, were also traveling to the wedding</w:t>
      </w:r>
    </w:p>
    <w:p>
      <w:r>
        <w:t>Nu, nu</w:t>
      </w:r>
    </w:p>
    <w:p>
      <w:r>
        <w:t>At any rate, my wedding was in Meron, we traveled {..} to Tzfas, and the wedding was in Meron {Hashem orchestrated circumstances}, the wedding was in Meron</w:t>
      </w:r>
    </w:p>
    <w:p>
      <w:r>
        <w:t>And.. ah.. and.. and.. and Rebbe Yisroel (Kardonner)..</w:t>
      </w:r>
    </w:p>
    <w:p>
      <w:r>
        <w:t>The wedding was in Meron, he too was.., he too arrived in Meron</w:t>
      </w:r>
    </w:p>
    <w:p>
      <w:r>
        <w:t>So he was.. joyous, and Rebbe Yisroel (Kardonner) danced at the wedding on that Thursday night</w:t>
      </w:r>
    </w:p>
    <w:p>
      <w:r>
        <w:t>{……} and his pants fell down, and he did not know, they approached him, stopped him {…...…}</w:t>
      </w:r>
    </w:p>
    <w:p>
      <w:r>
        <w:t>[Yes, there were dances from the Upper World.. such dances f.., such a kind..]</w:t>
      </w:r>
    </w:p>
    <w:p>
      <w:r>
        <w:t>Indeed</w:t>
      </w:r>
    </w:p>
    <w:p>
      <w:r>
        <w:t>[From the Upper World]</w:t>
      </w:r>
    </w:p>
    <w:p>
      <w:r>
        <w:t>Yes, his dances were such.. {whatever it is}</w:t>
      </w:r>
    </w:p>
    <w:p>
      <w:r>
        <w:t>What I saw, I saw what was happening, but the world saw that his pants fell down</w:t>
      </w:r>
    </w:p>
    <w:p>
      <w:r>
        <w:t>At any rate, my father-in-law.. he saw something {…}..</w:t>
      </w:r>
    </w:p>
    <w:p>
      <w:r>
        <w:t>That one needs to go out to war, one needs to go out to war</w:t>
      </w:r>
    </w:p>
    <w:p>
      <w:r>
        <w:t>"What does that mean? I will agree to his being a Breslover?"</w:t>
      </w:r>
    </w:p>
    <w:p>
      <w:r>
        <w:t>Shoyn, good, Shabbos is the chuppah.., Friday was the chuppah, Shabbos, what can he {.…}</w:t>
      </w:r>
    </w:p>
    <w:p>
      <w:r>
        <w:t>After the wedding, Sunday we travel home, {….} the second Shabbos arrives..</w:t>
      </w:r>
    </w:p>
    <w:p>
      <w:r>
        <w:t>The second Shabbos, then {..} my father-in-law, I ate at his place on Friday night, "I ate mezonos at his place" after the food, he takes the key, he locks the door, and..</w:t>
      </w:r>
    </w:p>
    <w:p>
      <w:r>
        <w:t>"Here you will sit, here you will sit, from here you are not going out, on Friday night you are not going to Rebbe Yisroel (Kardonner)" the point is, I say to myself: "What is this called, they lock a person in with a key? {What is this?}" Nu, go shout: "Alive and enduring"</w:t>
      </w:r>
    </w:p>
    <w:p>
      <w:r>
        <w:t>He locked {….}, and I was, and I was in confinement, unable to go to Rebbe Yisroel (Kardonner)</w:t>
      </w:r>
    </w:p>
    <w:p>
      <w:r>
        <w:t>When it became midnight.. {….} midnight, midnight they go to sleep</w:t>
      </w:r>
    </w:p>
    <w:p>
      <w:r>
        <w:t>"Midnight, Rebbe Yisroel (Kardonner) is already asleep, he is asleep, it is possible to open"</w:t>
      </w:r>
    </w:p>
    <w:p>
      <w:r>
        <w:t>{….}, then he went, opened the door</w:t>
      </w:r>
    </w:p>
    <w:p>
      <w:r>
        <w:t>The room for me was.., he rented me a room</w:t>
      </w:r>
    </w:p>
    <w:p>
      <w:r>
        <w:t>"I ate mezonos at his place," he gave me a room to sleep in, a small room</w:t>
      </w:r>
    </w:p>
    <w:p>
      <w:r>
        <w:t>And my room, when I needed to go, when I needed to go out to the street</w:t>
      </w:r>
    </w:p>
    <w:p>
      <w:r>
        <w:t>There was a way, a way, through him, through his house</w:t>
      </w:r>
    </w:p>
    <w:p>
      <w:r>
        <w:t>From his house {…}, even though he was sure that this late one does not go</w:t>
      </w:r>
    </w:p>
    <w:p>
      <w:r>
        <w:t>He sat and watched, sat at the window, sat at the window and.. and watched, {…..}</w:t>
      </w:r>
    </w:p>
    <w:p>
      <w:r>
        <w:t>He sat at the window, and I went, and I went, h.. he saw that I was going, so he went:</w:t>
      </w:r>
    </w:p>
    <w:p>
      <w:r>
        <w:t>"Gevald, oy.. so late at night and h.., and he is going?"</w:t>
      </w:r>
    </w:p>
    <w:p>
      <w:r>
        <w:t>So he went down and.. and.. and chased after me to catch me, to bring me back</w:t>
      </w:r>
    </w:p>
    <w:p>
      <w:r>
        <w:t>But I ran ahead of him, I ran faster than he did</w:t>
      </w:r>
    </w:p>
    <w:p>
      <w:r>
        <w:t>And I reached Rebbe Yisroel (Kardonner) and told him the story, that he locked and.. and.. and.. and..</w:t>
      </w:r>
    </w:p>
    <w:p>
      <w:r>
        <w:t>I told, I told everything, I told the story, and said that he, ah.. ah.. he will find me here in {….} he will break everything in the house, he will hit, he.. he..</w:t>
      </w:r>
    </w:p>
    <w:p>
      <w:r>
        <w:t>{….}, already I, I am going back</w:t>
      </w:r>
    </w:p>
    <w:p>
      <w:r>
        <w:t>He ran, and I ran from Rebbe Yisroel (Kardonner), we had already seen each other, I ran back</w:t>
      </w:r>
    </w:p>
    <w:p>
      <w:r>
        <w:t>So the way, there was a way from Rebbe Yisroel (Kardonner) to him, one had to pass by the shops that sell meat</w:t>
      </w:r>
    </w:p>
    <w:p>
      <w:r>
        <w:t>And in the previous years they did not sell the bones, they would throw the bones on.., on the street and the dogs of the city, all the dogs knew there, there {….}</w:t>
      </w:r>
    </w:p>
    <w:p>
      <w:r>
        <w:t>There it is {"the bone factory"}</w:t>
      </w:r>
    </w:p>
    <w:p>
      <w:r>
        <w:t>Nu, I passed there, all the dogs of Tzfas stood and ate the bones</w:t>
      </w:r>
    </w:p>
    <w:p>
      <w:r>
        <w:t>He.. he.. he could not catch me</w:t>
      </w:r>
    </w:p>
    <w:p>
      <w:r>
        <w:t>And there among the dogs, there he caught me, he knocked me down onto the dogs</w:t>
      </w:r>
    </w:p>
    <w:p>
      <w:r>
        <w:t>{..}, he {…} hit</w:t>
      </w:r>
    </w:p>
    <w:p>
      <w:r>
        <w:t>And.. and arrived home.. such a sort of, such a sort of, like this, like this</w:t>
      </w:r>
    </w:p>
    <w:p>
      <w:r>
        <w:t>And the order? What is this called?...</w:t>
      </w:r>
    </w:p>
    <w:p>
      <w:r>
        <w:br w:type="page"/>
      </w:r>
    </w:p>
    <w:p>
      <w:pPr>
        <w:pStyle w:val="Heading1"/>
      </w:pPr>
      <w:r>
        <w:t>Tape 117</w:t>
      </w:r>
    </w:p>
    <w:p>
      <w:pPr>
        <w:pStyle w:val="Heading2"/>
      </w:pPr>
      <w:r>
        <w:t>Side A (Aleph)</w:t>
      </w:r>
    </w:p>
    <w:p>
      <w:r>
        <w:t>...{There are no Arabs}</w:t>
      </w:r>
    </w:p>
    <w:p>
      <w:r>
        <w:t>[This is old Tzfas, Saba]</w:t>
      </w:r>
    </w:p>
    <w:p>
      <w:r>
        <w:t>Eh?</w:t>
      </w:r>
    </w:p>
    <w:p>
      <w:r>
        <w:t>[Old Tzfas, this is the old city]</w:t>
      </w:r>
    </w:p>
    <w:p>
      <w:r>
        <w:t>The old city</w:t>
      </w:r>
    </w:p>
    <w:p>
      <w:r>
        <w:t>[Yes]</w:t>
      </w:r>
    </w:p>
    <w:p>
      <w:r>
        <w:t>In Tzfas</w:t>
      </w:r>
    </w:p>
    <w:p>
      <w:r>
        <w:t>[Yes]</w:t>
      </w:r>
    </w:p>
    <w:p>
      <w:r>
        <w:t>[There are no Arabs here]</w:t>
      </w:r>
    </w:p>
    <w:p>
      <w:r>
        <w:t>Eh?</w:t>
      </w:r>
    </w:p>
    <w:p>
      <w:r>
        <w:t>[There are no A.., these are Jews]</w:t>
      </w:r>
    </w:p>
    <w:p>
      <w:r>
        <w:t>{There are none}</w:t>
      </w:r>
    </w:p>
    <w:p>
      <w:r>
        <w:t>[Jews]</w:t>
      </w:r>
    </w:p>
    <w:p>
      <w:r>
        <w:t>There are no Arabs?</w:t>
      </w:r>
    </w:p>
    <w:p>
      <w:r>
        <w:t>[Ah, almost none]…</w:t>
      </w:r>
    </w:p>
    <w:p>
      <w:r>
        <w:t>...["Tefillas HaDerech," take out a.., say "Tefillas HaDerech"]</w:t>
      </w:r>
    </w:p>
    <w:p>
      <w:r>
        <w:t>Ah.. "Tefillas HaDerech"</w:t>
      </w:r>
    </w:p>
    <w:p>
      <w:r>
        <w:t>(Saba says "Tefillas HaDerech")</w:t>
      </w:r>
    </w:p>
    <w:p>
      <w:r>
        <w:t>[Amen]…</w:t>
      </w:r>
    </w:p>
    <w:p>
      <w:r>
        <w:t>...{In his time}</w:t>
      </w:r>
    </w:p>
    <w:p>
      <w:r>
        <w:t>[Yes, yes, Saba, yes]…</w:t>
      </w:r>
    </w:p>
    <w:p>
      <w:r>
        <w:t>...[Yes, there is still..]</w:t>
      </w:r>
    </w:p>
    <w:p>
      <w:r>
        <w:t>Eh?</w:t>
      </w:r>
    </w:p>
    <w:p>
      <w:r>
        <w:t>[There is still a lot of time]</w:t>
      </w:r>
    </w:p>
    <w:p>
      <w:r>
        <w:t>There is..?</w:t>
      </w:r>
    </w:p>
    <w:p>
      <w:r>
        <w:t>[There is still a lot of time]…</w:t>
      </w:r>
    </w:p>
    <w:p>
      <w:r>
        <w:t>...[Yisroel Dagan sings:</w:t>
      </w:r>
    </w:p>
    <w:p>
      <w:r>
        <w:t>"Our greatness and our glory.."</w:t>
      </w:r>
    </w:p>
    <w:p>
      <w:r>
        <w:t>Afterward he sings:</w:t>
      </w:r>
    </w:p>
    <w:p>
      <w:r>
        <w:t>Oy, oy, until when, Master of the World, will I spend my days in such vanity.."]</w:t>
      </w:r>
    </w:p>
    <w:p>
      <w:r>
        <w:t>Oy vey, {…..to me}</w:t>
      </w:r>
    </w:p>
    <w:p>
      <w:r>
        <w:t>[What? Saba]</w:t>
      </w:r>
    </w:p>
    <w:p>
      <w:r>
        <w:t>{….}</w:t>
      </w:r>
    </w:p>
    <w:p>
      <w:r>
        <w:t>[To wash hands..]…</w:t>
      </w:r>
    </w:p>
    <w:p>
      <w:r>
        <w:t>...{With, ah…..}</w:t>
      </w:r>
    </w:p>
    <w:p>
      <w:r>
        <w:t>[All right, Saba]</w:t>
      </w:r>
    </w:p>
    <w:p>
      <w:r>
        <w:t>{With a roll}</w:t>
      </w:r>
    </w:p>
    <w:p>
      <w:r>
        <w:t>[Good, good, with Hashem's help]…</w:t>
      </w:r>
    </w:p>
    <w:p>
      <w:r>
        <w:t>...{….}</w:t>
      </w:r>
    </w:p>
    <w:p>
      <w:r>
        <w:t>[Good]</w:t>
      </w:r>
    </w:p>
    <w:p>
      <w:r>
        <w:t>{We will eat now….}…</w:t>
      </w:r>
    </w:p>
    <w:p>
      <w:r>
        <w:t>...[Yisroel Dagan sings:</w:t>
      </w:r>
    </w:p>
    <w:p>
      <w:r>
        <w:t>"Save me from the klipah of Haman Amalek.."]...</w:t>
      </w:r>
    </w:p>
    <w:p>
      <w:r>
        <w:t>...[Yisroel Dagan sings:</w:t>
      </w:r>
    </w:p>
    <w:p>
      <w:r>
        <w:t>"A person is obligated to become intoxicated until he does not know.."]…</w:t>
      </w:r>
    </w:p>
    <w:p>
      <w:r>
        <w:t>...[Close your mouth, close your mouth, Saba..]</w:t>
      </w:r>
    </w:p>
    <w:p>
      <w:r>
        <w:t>[……]</w:t>
      </w:r>
    </w:p>
    <w:p>
      <w:r>
        <w:t>[Close your mouth]</w:t>
      </w:r>
    </w:p>
    <w:p>
      <w:r>
        <w:t>[…………]</w:t>
      </w:r>
    </w:p>
    <w:p>
      <w:r>
        <w:t>[…………]</w:t>
      </w:r>
    </w:p>
    <w:p>
      <w:r>
        <w:t>[Five minutes]</w:t>
      </w:r>
    </w:p>
    <w:p>
      <w:r>
        <w:t>[Five minutes]</w:t>
      </w:r>
    </w:p>
    <w:p>
      <w:r>
        <w:t>{….}</w:t>
      </w:r>
    </w:p>
    <w:p>
      <w:r>
        <w:t>[Yes, closed for five minutes]</w:t>
      </w:r>
    </w:p>
    <w:p>
      <w:r>
        <w:t>[Closed for five minutes]</w:t>
      </w:r>
    </w:p>
    <w:p>
      <w:r>
        <w:t>[This is the impression, afterward..]</w:t>
      </w:r>
    </w:p>
    <w:p>
      <w:r>
        <w:t>[……..]</w:t>
      </w:r>
    </w:p>
    <w:p>
      <w:r>
        <w:t>[Afterward..]</w:t>
      </w:r>
    </w:p>
    <w:p>
      <w:r>
        <w:t>[If it will be a good impression, it will go into the mouth]</w:t>
      </w:r>
    </w:p>
    <w:p>
      <w:r>
        <w:t>[Do not open]</w:t>
      </w:r>
    </w:p>
    <w:p>
      <w:r>
        <w:t>[Close tightly]</w:t>
      </w:r>
    </w:p>
    <w:p>
      <w:r>
        <w:t>Oy vey</w:t>
      </w:r>
    </w:p>
    <w:p>
      <w:r>
        <w:t>[Close tightly, do not open the mouth, close tightly]</w:t>
      </w:r>
    </w:p>
    <w:p>
      <w:r>
        <w:t>[As tightly as possible, close]</w:t>
      </w:r>
    </w:p>
    <w:p>
      <w:r>
        <w:t>[Close the mouth for five minutes]</w:t>
      </w:r>
    </w:p>
    <w:p>
      <w:r>
        <w:t>[Like this, like this, Saba]</w:t>
      </w:r>
    </w:p>
    <w:p>
      <w:r>
        <w:t>{Yes}</w:t>
      </w:r>
    </w:p>
    <w:p>
      <w:r>
        <w:t>[This will be the impression afterward]</w:t>
      </w:r>
    </w:p>
    <w:p>
      <w:r>
        <w:t>[Yes, if he does not close tightly it will not be good]</w:t>
      </w:r>
    </w:p>
    <w:p>
      <w:r>
        <w:t>[Close tightly, Saba, tightly]</w:t>
      </w:r>
    </w:p>
    <w:p>
      <w:r>
        <w:t>[Like this]…</w:t>
      </w:r>
    </w:p>
    <w:p>
      <w:r>
        <w:t>...[Tightly]</w:t>
      </w:r>
    </w:p>
    <w:p>
      <w:r>
        <w:t>[Close the teeth]</w:t>
      </w:r>
    </w:p>
    <w:p>
      <w:r>
        <w:t>[Close the teeth tightly, Saba]</w:t>
      </w:r>
    </w:p>
    <w:p>
      <w:r>
        <w:t>{..}</w:t>
      </w:r>
    </w:p>
    <w:p>
      <w:r>
        <w:t>[Yes, close and..]</w:t>
      </w:r>
    </w:p>
    <w:p>
      <w:r>
        <w:t>That is what he said?</w:t>
      </w:r>
    </w:p>
    <w:p>
      <w:r>
        <w:t>[[Yes, yes]]</w:t>
      </w:r>
    </w:p>
    <w:p>
      <w:r>
        <w:t>[Yes, this will be..]</w:t>
      </w:r>
    </w:p>
    <w:p>
      <w:r>
        <w:t>[This will be good, good]</w:t>
      </w:r>
    </w:p>
    <w:p>
      <w:r>
        <w:t>[Afterward he makes an impression from this]</w:t>
      </w:r>
    </w:p>
    <w:p>
      <w:r>
        <w:t>[Five minutes]</w:t>
      </w:r>
    </w:p>
    <w:p>
      <w:r>
        <w:t>[Hashem will help, you will have good teeth]</w:t>
      </w:r>
    </w:p>
    <w:p>
      <w:r>
        <w:t>{Four}</w:t>
      </w:r>
    </w:p>
    <w:p>
      <w:r>
        <w:t>[You will be able to eat]</w:t>
      </w:r>
    </w:p>
    <w:p>
      <w:r>
        <w:t>{If only}</w:t>
      </w:r>
    </w:p>
    <w:p>
      <w:r>
        <w:t>[To sing, to speak]</w:t>
      </w:r>
    </w:p>
    <w:p>
      <w:r>
        <w:t>["Na Naḥ Naḥma Naḥman”]</w:t>
      </w:r>
    </w:p>
    <w:p>
      <w:r>
        <w:t>[The friends sing:</w:t>
      </w:r>
    </w:p>
    <w:p>
      <w:r>
        <w:t>"Na Naḥ Naḥma Naḥman MeUman.."]</w:t>
      </w:r>
    </w:p>
    <w:p>
      <w:r>
        <w:t>[….]</w:t>
      </w:r>
    </w:p>
    <w:p>
      <w:r>
        <w:t>[He cannot speak now]</w:t>
      </w:r>
    </w:p>
    <w:p>
      <w:r>
        <w:t>[….]</w:t>
      </w:r>
    </w:p>
    <w:p>
      <w:r>
        <w:t>[He cannot speak, soon, soon, soon, soon]</w:t>
      </w:r>
    </w:p>
    <w:p>
      <w:r>
        <w:t>{Whose?}</w:t>
      </w:r>
    </w:p>
    <w:p>
      <w:r>
        <w:t>[His, of the doctor wh.., of Eitan]</w:t>
      </w:r>
    </w:p>
    <w:p>
      <w:r>
        <w:t>[ Naḥman..]</w:t>
      </w:r>
    </w:p>
    <w:p>
      <w:r>
        <w:t>[Look, his son]</w:t>
      </w:r>
    </w:p>
    <w:p>
      <w:r>
        <w:t>The dentist..</w:t>
      </w:r>
    </w:p>
    <w:p>
      <w:r>
        <w:t>[Yes, this is his son]</w:t>
      </w:r>
    </w:p>
    <w:p>
      <w:r>
        <w:t>{{}}</w:t>
      </w:r>
    </w:p>
    <w:p>
      <w:r>
        <w:t>[This is my son]</w:t>
      </w:r>
    </w:p>
    <w:p>
      <w:r>
        <w:t>[His son]</w:t>
      </w:r>
    </w:p>
    <w:p>
      <w:r>
        <w:t>{..}</w:t>
      </w:r>
    </w:p>
    <w:p>
      <w:r>
        <w:t>[What are the children's names?]</w:t>
      </w:r>
    </w:p>
    <w:p>
      <w:r>
        <w:t>[…………]</w:t>
      </w:r>
    </w:p>
    <w:p>
      <w:r>
        <w:t>[…………]…</w:t>
      </w:r>
    </w:p>
    <w:p>
      <w:r>
        <w:t>...Ah</w:t>
      </w:r>
    </w:p>
    <w:p>
      <w:r>
        <w:t>[Yes, now, now one can speak]</w:t>
      </w:r>
    </w:p>
    <w:p>
      <w:r>
        <w:t>[Do you feel better?]</w:t>
      </w:r>
    </w:p>
    <w:p>
      <w:r>
        <w:t>{..}</w:t>
      </w:r>
    </w:p>
    <w:p>
      <w:r>
        <w:t>[Now is it more..?]</w:t>
      </w:r>
    </w:p>
    <w:p>
      <w:r>
        <w:t>[He as.., he is asking, if now it is better? Do you feel better now?]</w:t>
      </w:r>
    </w:p>
    <w:p>
      <w:r>
        <w:t>[…]</w:t>
      </w:r>
    </w:p>
    <w:p>
      <w:r>
        <w:t>[They brought more soup]</w:t>
      </w:r>
    </w:p>
    <w:p>
      <w:r>
        <w:t>[More soup?]</w:t>
      </w:r>
    </w:p>
    <w:p>
      <w:r>
        <w:t>{..}</w:t>
      </w:r>
    </w:p>
    <w:p>
      <w:r>
        <w:t>[It is not needed now, perhaps afterward]</w:t>
      </w:r>
    </w:p>
    <w:p>
      <w:r>
        <w:t>[….]</w:t>
      </w:r>
    </w:p>
    <w:p>
      <w:r>
        <w:t>[Perhaps after it comes out, we will see, after it comes out we will see, we will see]</w:t>
      </w:r>
    </w:p>
    <w:p>
      <w:r>
        <w:t>[A latke too]</w:t>
      </w:r>
    </w:p>
    <w:p>
      <w:r>
        <w:t>[…….]</w:t>
      </w:r>
    </w:p>
    <w:p>
      <w:r>
        <w:t>[…….]</w:t>
      </w:r>
    </w:p>
    <w:p>
      <w:r>
        <w:t>[It is possible to put this aside, and afterward we will see, we will ask him]</w:t>
      </w:r>
    </w:p>
    <w:p>
      <w:r>
        <w:t>[But he wants]</w:t>
      </w:r>
    </w:p>
    <w:p>
      <w:r>
        <w:t>[Yes]</w:t>
      </w:r>
    </w:p>
    <w:p>
      <w:r>
        <w:t>[He can eat..]</w:t>
      </w:r>
    </w:p>
    <w:p>
      <w:r>
        <w:t>[..That he should put it in a disposable container, afterward, ah..]</w:t>
      </w:r>
    </w:p>
    <w:p>
      <w:r>
        <w:t>[……]</w:t>
      </w:r>
    </w:p>
    <w:p>
      <w:r>
        <w:t>[It is possible to put this aside, and afterward, ah..]</w:t>
      </w:r>
    </w:p>
    <w:p>
      <w:r>
        <w:t>[There is……]</w:t>
      </w:r>
    </w:p>
    <w:p>
      <w:r>
        <w:t>[May you merit mitzvos, may you merit mitzvos]</w:t>
      </w:r>
    </w:p>
    <w:p>
      <w:r>
        <w:t>[I am putting……]</w:t>
      </w:r>
    </w:p>
    <w:p>
      <w:r>
        <w:t>[Oy]</w:t>
      </w:r>
    </w:p>
    <w:p>
      <w:r>
        <w:t>[May you merit mitzvos]</w:t>
      </w:r>
    </w:p>
    <w:p>
      <w:r>
        <w:t>[Fortunate are you, fortunate are you all, Yisroel]</w:t>
      </w:r>
    </w:p>
    <w:p>
      <w:r>
        <w:t>[Daniel, how are you?]</w:t>
      </w:r>
    </w:p>
    <w:p>
      <w:r>
        <w:t>Ahh..</w:t>
      </w:r>
    </w:p>
    <w:p>
      <w:r>
        <w:t>[The friends sing:</w:t>
      </w:r>
    </w:p>
    <w:p>
      <w:r>
        <w:t>"Na Naḥ Naḥma Naḥman MeUman.."]</w:t>
      </w:r>
    </w:p>
    <w:p>
      <w:r>
        <w:t>[Perhaps we should bring the guitar?]</w:t>
      </w:r>
    </w:p>
    <w:p>
      <w:r>
        <w:t>[Certainly, go bring the guitar, certainly]</w:t>
      </w:r>
    </w:p>
    <w:p>
      <w:r>
        <w:t>[……...]</w:t>
      </w:r>
    </w:p>
    <w:p>
      <w:r>
        <w:t>[………]</w:t>
      </w:r>
    </w:p>
    <w:p>
      <w:r>
        <w:t>[Yes, nu, he needs a repair……. certainly he needs a repair here…………</w:t>
      </w:r>
    </w:p>
    <w:p>
      <w:r>
        <w:t>For many years they waited for this, "Naḥman MeUman.. Na Naḥ Naḥma..”.. fortunate are we]</w:t>
      </w:r>
    </w:p>
    <w:p>
      <w:r>
        <w:t>[…………..…….]</w:t>
      </w:r>
    </w:p>
    <w:p>
      <w:r>
        <w:t>[……………..….]</w:t>
      </w:r>
    </w:p>
    <w:p>
      <w:r>
        <w:t>[…...Then you would be happy all day]</w:t>
      </w:r>
    </w:p>
    <w:p>
      <w:r>
        <w:t>[…..]</w:t>
      </w:r>
    </w:p>
    <w:p>
      <w:r>
        <w:t>[….You play…..]</w:t>
      </w:r>
    </w:p>
    <w:p>
      <w:r>
        <w:t>[Ho.. ho..]</w:t>
      </w:r>
    </w:p>
    <w:p>
      <w:r>
        <w:t>[You do not know ……]</w:t>
      </w:r>
    </w:p>
    <w:p>
      <w:r>
        <w:t>[Yisroel Dagan plays and the friends sing:</w:t>
      </w:r>
    </w:p>
    <w:p>
      <w:r>
        <w:t>"In You our fathers trusted.."]</w:t>
      </w:r>
    </w:p>
    <w:p>
      <w:r>
        <w:t>{..}</w:t>
      </w:r>
    </w:p>
    <w:p>
      <w:r>
        <w:t>[Yisroel Dagan plays and the friends sing:</w:t>
      </w:r>
    </w:p>
    <w:p>
      <w:r>
        <w:t>"In you, Rabbainu, we will rejoice and be glad in you.."</w:t>
      </w:r>
    </w:p>
    <w:p>
      <w:r>
        <w:t>Afterward they sing:</w:t>
      </w:r>
    </w:p>
    <w:p>
      <w:r>
        <w:t>"Fortunate are we, how good is our portion, that we merited to draw close to Rabbainu, Uman Rosh Hashanah.."</w:t>
      </w:r>
    </w:p>
    <w:p>
      <w:r>
        <w:t>"Fortunate are we, how good is our portion, that we received a Petek from Rabbainu "Na Naḥ Naḥma Naḥman MeUman.."</w:t>
      </w:r>
    </w:p>
    <w:p>
      <w:r>
        <w:t>Afterward they sing:</w:t>
      </w:r>
    </w:p>
    <w:p>
      <w:r>
        <w:t>"Strength and splendor are her clothing, and she will laugh on the final day.."</w:t>
      </w:r>
    </w:p>
    <w:p>
      <w:r>
        <w:t>Afterward they sing:</w:t>
      </w:r>
    </w:p>
    <w:p>
      <w:r>
        <w:t>"Serve Hashem with joy, come before Him with song "Na Naḥ Naḥma Naḥman MeUman..".."</w:t>
      </w:r>
    </w:p>
    <w:p>
      <w:r>
        <w:t>Afterward they sing:</w:t>
      </w:r>
    </w:p>
    <w:p>
      <w:r>
        <w:t>"Who will give me a wing like a dove, I will fly to holy Tzion, to Uman.. "Na Naḥ Naḥma Naḥman MeUman..".."]</w:t>
      </w:r>
    </w:p>
    <w:p>
      <w:r>
        <w:t>["Na Naḥ Naḥma Naḥman MeUman "Na Naḥ Naḥma..", how does one say it? How does one say it?]</w:t>
      </w:r>
    </w:p>
    <w:p>
      <w:r>
        <w:t>[Afterward the friends sing:</w:t>
      </w:r>
    </w:p>
    <w:p>
      <w:r>
        <w:t>"Na Naḥ Naḥma Naḥman MeUman.."]</w:t>
      </w:r>
    </w:p>
    <w:p>
      <w:r>
        <w:t>[Nu, perhaps that is already enough time?]</w:t>
      </w:r>
    </w:p>
    <w:p>
      <w:r>
        <w:t>[He finished, he..]</w:t>
      </w:r>
    </w:p>
    <w:p>
      <w:r>
        <w:t>[He took it out already?, ah, he….]</w:t>
      </w:r>
    </w:p>
    <w:p>
      <w:r>
        <w:t>[….]</w:t>
      </w:r>
    </w:p>
    <w:p>
      <w:r>
        <w:t>["Na Naḥ Naḥma Naḥman MeUman.."]</w:t>
      </w:r>
    </w:p>
    <w:p>
      <w:r>
        <w:t>[Afterward the friends sing:</w:t>
      </w:r>
    </w:p>
    <w:p>
      <w:r>
        <w:t>“Na Nach Nachma Nachman MeUman..”</w:t>
      </w:r>
    </w:p>
    <w:p>
      <w:r>
        <w:t>Afterward they sing the contents of the note</w:t>
      </w:r>
    </w:p>
    <w:p>
      <w:r>
        <w:t>Afterward they chant melodies]</w:t>
      </w:r>
    </w:p>
    <w:p>
      <w:r>
        <w:t>[“Oy.. oy.. how long..”]</w:t>
      </w:r>
    </w:p>
    <w:p>
      <w:r>
        <w:t>[“Oy.. oy..”]</w:t>
      </w:r>
    </w:p>
    <w:p>
      <w:r>
        <w:t>[……]</w:t>
      </w:r>
    </w:p>
    <w:p>
      <w:r>
        <w:t>[“How long, how long..”]</w:t>
      </w:r>
    </w:p>
    <w:p>
      <w:r>
        <w:t>[Afterward they sing:</w:t>
      </w:r>
    </w:p>
    <w:p>
      <w:r>
        <w:t>“Oy, oy, how long, Master of the World, will I spend my days in such vanity..</w:t>
      </w:r>
    </w:p>
    <w:p>
      <w:r>
        <w:t>Oy, oy, have mercy on me and on all Yisroel..”</w:t>
      </w:r>
    </w:p>
    <w:p>
      <w:r>
        <w:t>“Na Nach Nachma Nachman MeUman..”]</w:t>
      </w:r>
    </w:p>
    <w:p>
      <w:r>
        <w:t>[Rebbe Yisroel, is it possible to take out the….?]</w:t>
      </w:r>
    </w:p>
    <w:p>
      <w:r>
        <w:t>[Ask him, how does he feel with it now? Whether it hurts him?]</w:t>
      </w:r>
    </w:p>
    <w:p>
      <w:r>
        <w:t>[Rebbe Yisroel, how do you feel? All right?]</w:t>
      </w:r>
    </w:p>
    <w:p>
      <w:r>
        <w:t>[Does it hurt?]</w:t>
      </w:r>
    </w:p>
    <w:p>
      <w:r>
        <w:t>{A little more.. only, ah.. a little better}</w:t>
      </w:r>
    </w:p>
    <w:p>
      <w:r>
        <w:t>[Better]</w:t>
      </w:r>
    </w:p>
    <w:p>
      <w:r>
        <w:t>[Does it hurt? Does it hurt?]</w:t>
      </w:r>
    </w:p>
    <w:p>
      <w:r>
        <w:t>{………}</w:t>
      </w:r>
    </w:p>
    <w:p>
      <w:r>
        <w:t>[Is it possible to take out….?]</w:t>
      </w:r>
    </w:p>
    <w:p>
      <w:r>
        <w:t>[…...the children]</w:t>
      </w:r>
    </w:p>
    <w:p>
      <w:r>
        <w:t>[……..]</w:t>
      </w:r>
    </w:p>
    <w:p>
      <w:r>
        <w:t>[...that he should give a blessing to the children?]</w:t>
      </w:r>
    </w:p>
    <w:p>
      <w:r>
        <w:t>[Saba, Saba, give him.. ah, he.., a blessing for the children, Saba, a blessing for the children for his children, Saba, give a blessing to the children]</w:t>
      </w:r>
    </w:p>
    <w:p>
      <w:r>
        <w:t>{…}, He should give him all.. the bounty..</w:t>
      </w:r>
    </w:p>
    <w:p>
      <w:r>
        <w:t>[All the…]</w:t>
      </w:r>
    </w:p>
    <w:p>
      <w:r>
        <w:t>All good</w:t>
      </w:r>
    </w:p>
    <w:p>
      <w:r>
        <w:t>[Amen]</w:t>
      </w:r>
    </w:p>
    <w:p>
      <w:r>
        <w:t>{To raise the chil..}.., all the children..</w:t>
      </w:r>
    </w:p>
    <w:p>
      <w:r>
        <w:t>[….]</w:t>
      </w:r>
    </w:p>
    <w:p>
      <w:r>
        <w:t>To Torah and fear of Heaven</w:t>
      </w:r>
    </w:p>
    <w:p>
      <w:r>
        <w:t>[[Amen]]</w:t>
      </w:r>
    </w:p>
    <w:p>
      <w:r>
        <w:t>[This is his baby, Saba]</w:t>
      </w:r>
    </w:p>
    <w:p>
      <w:r>
        <w:t>[His name is Nachman]</w:t>
      </w:r>
    </w:p>
    <w:p>
      <w:r>
        <w:t>[His name is Nachman, Saba.. this is Nachman, Nachman, this baby’s name is Nachman]</w:t>
      </w:r>
    </w:p>
    <w:p>
      <w:r>
        <w:t>{…}, to.. yours?</w:t>
      </w:r>
    </w:p>
    <w:p>
      <w:r>
        <w:t>[The baby..]</w:t>
      </w:r>
    </w:p>
    <w:p>
      <w:r>
        <w:t>{..} yours?</w:t>
      </w:r>
    </w:p>
    <w:p>
      <w:r>
        <w:t>[No, his, his, his]</w:t>
      </w:r>
    </w:p>
    <w:p>
      <w:r>
        <w:t>{This is the baby}</w:t>
      </w:r>
    </w:p>
    <w:p>
      <w:r>
        <w:t>[Yes, his name is Nachman]</w:t>
      </w:r>
    </w:p>
    <w:p>
      <w:r>
        <w:t>{..}</w:t>
      </w:r>
    </w:p>
    <w:p>
      <w:r>
        <w:t>[And this is Daniel]</w:t>
      </w:r>
    </w:p>
    <w:p>
      <w:r>
        <w:t>[This is Daniel]</w:t>
      </w:r>
    </w:p>
    <w:p>
      <w:r>
        <w:t>{..}</w:t>
      </w:r>
    </w:p>
    <w:p>
      <w:r>
        <w:t>[And here there is another righteous girl, her name is Leah]</w:t>
      </w:r>
    </w:p>
    <w:p>
      <w:r>
        <w:t>[Leah..]</w:t>
      </w:r>
    </w:p>
    <w:p>
      <w:r>
        <w:t>[Feiga]</w:t>
      </w:r>
    </w:p>
    <w:p>
      <w:r>
        <w:t>[And Feiga]</w:t>
      </w:r>
    </w:p>
    <w:p>
      <w:r>
        <w:t>[Like Rabbainu’s mother, there is Saraleh]</w:t>
      </w:r>
    </w:p>
    <w:p>
      <w:r>
        <w:t>[And there is also Saraleh]</w:t>
      </w:r>
    </w:p>
    <w:p>
      <w:r>
        <w:t>[….]</w:t>
      </w:r>
    </w:p>
    <w:p>
      <w:r>
        <w:t>[Saraleh]</w:t>
      </w:r>
    </w:p>
    <w:p>
      <w:r>
        <w:t>[…]</w:t>
      </w:r>
    </w:p>
    <w:p>
      <w:r>
        <w:t>{…}</w:t>
      </w:r>
    </w:p>
    <w:p>
      <w:r>
        <w:t>[…]</w:t>
      </w:r>
    </w:p>
    <w:p>
      <w:r>
        <w:t>{…}</w:t>
      </w:r>
    </w:p>
    <w:p>
      <w:r>
        <w:t>[…………….…..]</w:t>
      </w:r>
    </w:p>
    <w:p>
      <w:r>
        <w:t>[…………………]</w:t>
      </w:r>
    </w:p>
    <w:p>
      <w:r>
        <w:t>{39:35}</w:t>
      </w:r>
    </w:p>
    <w:p>
      <w:r>
        <w:t>{39:47}</w:t>
      </w:r>
    </w:p>
    <w:p>
      <w:r>
        <w:t>...(….)…</w:t>
      </w:r>
    </w:p>
    <w:p>
      <w:r>
        <w:t>…[…….]</w:t>
      </w:r>
    </w:p>
    <w:p>
      <w:r>
        <w:t>{39:51}</w:t>
      </w:r>
    </w:p>
    <w:p>
      <w:r>
        <w:t>[…..]</w:t>
      </w:r>
    </w:p>
    <w:p>
      <w:r>
        <w:t>[…..]</w:t>
      </w:r>
    </w:p>
    <w:p>
      <w:r>
        <w:t>[Rebbe Yisroel, he is asking, is it possible to return home?</w:t>
      </w:r>
    </w:p>
    <w:p>
      <w:r>
        <w:t>Do you want, in Tzfas at Yisroel Dagan’s..]</w:t>
      </w:r>
    </w:p>
    <w:p>
      <w:r>
        <w:t>[………]</w:t>
      </w:r>
    </w:p>
    <w:p>
      <w:r>
        <w:t>[………]…</w:t>
      </w:r>
    </w:p>
    <w:p>
      <w:r>
        <w:t>...(….)…</w:t>
      </w:r>
    </w:p>
    <w:p>
      <w:r>
        <w:t>...{…… we will sing there}</w:t>
      </w:r>
    </w:p>
    <w:p>
      <w:r>
        <w:t>[Yes, yes, it is possible, it is possible to return] Eh?</w:t>
      </w:r>
    </w:p>
    <w:p>
      <w:r>
        <w:t>[To Tzfas]</w:t>
      </w:r>
    </w:p>
    <w:p>
      <w:r>
        <w:t>[……….]</w:t>
      </w:r>
    </w:p>
    <w:p>
      <w:r>
        <w:t>[……….]</w:t>
      </w:r>
    </w:p>
    <w:p>
      <w:r>
        <w:t>Ahh..</w:t>
      </w:r>
    </w:p>
    <w:p>
      <w:r>
        <w:t>[…….…]</w:t>
      </w:r>
    </w:p>
    <w:p>
      <w:r>
        <w:t>[……….]…</w:t>
      </w:r>
    </w:p>
    <w:p>
      <w:r>
        <w:t>...(….)…</w:t>
      </w:r>
    </w:p>
    <w:p>
      <w:r>
        <w:t>...[Saba, another, ah.. another few minutes, he wants to see something, and we will travel</w:t>
      </w:r>
    </w:p>
    <w:p>
      <w:r>
        <w:t>Another few minutes, another, another.. a little time, a little time</w:t>
      </w:r>
    </w:p>
    <w:p>
      <w:r>
        <w:t>He needs to see one more thing, another thing, some thing, and we will go]</w:t>
      </w:r>
    </w:p>
    <w:p>
      <w:r>
        <w:t>Ah.. I {. .}.. lie down a little..</w:t>
      </w:r>
    </w:p>
    <w:p>
      <w:r>
        <w:t>...[In the car……]</w:t>
      </w:r>
    </w:p>
    <w:p>
      <w:r>
        <w:t>[……………]</w:t>
      </w:r>
    </w:p>
    <w:p>
      <w:r>
        <w:t>{yoa\no}</w:t>
      </w:r>
    </w:p>
    <w:p>
      <w:r>
        <w:t>[Another two minutes, Saba, another, another little while and we will go, another little while</w:t>
      </w:r>
    </w:p>
    <w:p>
      <w:r>
        <w:t>He needs to see one more thing and that is it.. and we will go]</w:t>
      </w:r>
    </w:p>
    <w:p>
      <w:r>
        <w:t>[…….…]</w:t>
      </w:r>
    </w:p>
    <w:p>
      <w:r>
        <w:t>[……….]…</w:t>
      </w:r>
    </w:p>
    <w:p>
      <w:r>
        <w:t>...(….)…</w:t>
      </w:r>
    </w:p>
    <w:p>
      <w:r>
        <w:t>...[….teeth, one more time to put this, all right?]</w:t>
      </w:r>
    </w:p>
    <w:p>
      <w:r>
        <w:t>[…..one more time, Saba]</w:t>
      </w:r>
    </w:p>
    <w:p>
      <w:r>
        <w:t>[……….]</w:t>
      </w:r>
    </w:p>
    <w:p>
      <w:r>
        <w:t>[……….]</w:t>
      </w:r>
    </w:p>
    <w:p>
      <w:r>
        <w:t>Ah..</w:t>
      </w:r>
    </w:p>
    <w:p>
      <w:r>
        <w:t>[Now only.. only like this]</w:t>
      </w:r>
    </w:p>
    <w:p>
      <w:r>
        <w:t>[Put a finger, Saba]</w:t>
      </w:r>
    </w:p>
    <w:p>
      <w:r>
        <w:t>[….]</w:t>
      </w:r>
    </w:p>
    <w:p>
      <w:r>
        <w:t>[Only, now only this, only the upper one, only the upper one {lift now}, so that it will grip firmly]</w:t>
      </w:r>
    </w:p>
    <w:p>
      <w:r>
        <w:t>[Yes?]</w:t>
      </w:r>
    </w:p>
    <w:p>
      <w:r>
        <w:t>[Yes, hold it with the finger, Saba, like this, yes]</w:t>
      </w:r>
    </w:p>
    <w:p>
      <w:r>
        <w:t>[Beautiful, beautiful]</w:t>
      </w:r>
    </w:p>
    <w:p>
      <w:r>
        <w:t>[More corrections]</w:t>
      </w:r>
    </w:p>
    <w:p>
      <w:r>
        <w:t>[Ho.. ho..]</w:t>
      </w:r>
    </w:p>
    <w:p>
      <w:r>
        <w:t>[…….]</w:t>
      </w:r>
    </w:p>
    <w:p>
      <w:r>
        <w:t>[Eh?]</w:t>
      </w:r>
    </w:p>
    <w:p>
      <w:r>
        <w:t>[…...he is suffering for us]</w:t>
      </w:r>
    </w:p>
    <w:p>
      <w:r>
        <w:t>[Ah, ah]</w:t>
      </w:r>
    </w:p>
    <w:p>
      <w:r>
        <w:t>[He already finished for himself already]</w:t>
      </w:r>
    </w:p>
    <w:p>
      <w:r>
        <w:t>[One more minute]</w:t>
      </w:r>
    </w:p>
    <w:p>
      <w:r>
        <w:t>[One more minute, Saba, one more minute and that is it]</w:t>
      </w:r>
    </w:p>
    <w:p>
      <w:r>
        <w:t>[Only, only the upper one]</w:t>
      </w:r>
    </w:p>
    <w:p>
      <w:r>
        <w:t>[It came out miraculously well]</w:t>
      </w:r>
    </w:p>
    <w:p>
      <w:r>
        <w:t>[What?]</w:t>
      </w:r>
    </w:p>
    <w:p>
      <w:r>
        <w:t>[It came out……]</w:t>
      </w:r>
    </w:p>
    <w:p>
      <w:r>
        <w:t>[Yes?]</w:t>
      </w:r>
    </w:p>
    <w:p>
      <w:r>
        <w:t>[Yes]</w:t>
      </w:r>
    </w:p>
    <w:p>
      <w:r>
        <w:t>[…..]</w:t>
      </w:r>
    </w:p>
    <w:p>
      <w:r>
        <w:t>[…..]</w:t>
      </w:r>
    </w:p>
    <w:p>
      <w:r>
        <w:t>[It came out well]</w:t>
      </w:r>
    </w:p>
    <w:p>
      <w:r>
        <w:t>[It came out well, he says that what we did before came out very well]</w:t>
      </w:r>
    </w:p>
    <w:p>
      <w:r>
        <w:t>Eh?</w:t>
      </w:r>
    </w:p>
    <w:p>
      <w:r>
        <w:t>[What we did before, came out very well.. yes</w:t>
      </w:r>
    </w:p>
    <w:p>
      <w:r>
        <w:t>What we put in the mouth before, came out very well, he saw that it was very good]</w:t>
      </w:r>
    </w:p>
    <w:p>
      <w:r>
        <w:t>{..}</w:t>
      </w:r>
    </w:p>
    <w:p>
      <w:r>
        <w:t>[Yes]</w:t>
      </w:r>
    </w:p>
    <w:p>
      <w:r>
        <w:t>[………….……….]</w:t>
      </w:r>
    </w:p>
    <w:p>
      <w:r>
        <w:t>[…………………..]…</w:t>
      </w:r>
    </w:p>
    <w:p>
      <w:r>
        <w:t>...(….)…</w:t>
      </w:r>
    </w:p>
    <w:p>
      <w:r>
        <w:t>...[………..]</w:t>
      </w:r>
    </w:p>
    <w:p>
      <w:r>
        <w:t>[…………..]…</w:t>
      </w:r>
    </w:p>
    <w:p>
      <w:r>
        <w:t>...(….)…</w:t>
      </w:r>
    </w:p>
    <w:p>
      <w:r>
        <w:t>...[Very good, it was a miracle that it came out very well, and with God’s help it will be all right]</w:t>
      </w:r>
    </w:p>
    <w:p>
      <w:r>
        <w:t>{Yes}</w:t>
      </w:r>
    </w:p>
    <w:p>
      <w:r>
        <w:t>[With God’s help]</w:t>
      </w:r>
    </w:p>
    <w:p>
      <w:r>
        <w:t>{….}</w:t>
      </w:r>
    </w:p>
    <w:p>
      <w:r>
        <w:t>[Saba, and bless Avraham Baruch.. Avraham..]</w:t>
      </w:r>
    </w:p>
    <w:p>
      <w:r>
        <w:t>Avraham Baruch</w:t>
      </w:r>
    </w:p>
    <w:p>
      <w:r>
        <w:t>[Son of..]</w:t>
      </w:r>
    </w:p>
    <w:p>
      <w:r>
        <w:t>[Basya]</w:t>
      </w:r>
    </w:p>
    <w:p>
      <w:r>
        <w:t>Son of..</w:t>
      </w:r>
    </w:p>
    <w:p>
      <w:r>
        <w:t>[Son of Basya]</w:t>
      </w:r>
    </w:p>
    <w:p>
      <w:r>
        <w:t>Basya</w:t>
      </w:r>
    </w:p>
    <w:p>
      <w:r>
        <w:t>[Yes, this is the one who brought the soup and the egg, bless him, Saba]</w:t>
      </w:r>
    </w:p>
    <w:p>
      <w:r>
        <w:t>{….} should bless {him} and give him all the salvations and all {the good}</w:t>
      </w:r>
    </w:p>
    <w:p>
      <w:r>
        <w:t>[Amen]</w:t>
      </w:r>
    </w:p>
    <w:p>
      <w:r>
        <w:t>[Amen]</w:t>
      </w:r>
    </w:p>
    <w:p>
      <w:r>
        <w:t>[Amen]</w:t>
      </w:r>
    </w:p>
    <w:p>
      <w:r>
        <w:t>[…..]</w:t>
      </w:r>
    </w:p>
    <w:p>
      <w:r>
        <w:t>[All right, you saw, he also arrived exactly, you saw how it is..]</w:t>
      </w:r>
    </w:p>
    <w:p>
      <w:r>
        <w:t>[That is everything…..]</w:t>
      </w:r>
    </w:p>
    <w:p>
      <w:r>
        <w:t>[Wonders, wonders..]</w:t>
      </w:r>
    </w:p>
    <w:p>
      <w:r>
        <w:t>[….……]</w:t>
      </w:r>
    </w:p>
    <w:p>
      <w:r>
        <w:t>[……….]</w:t>
      </w:r>
    </w:p>
    <w:p>
      <w:r>
        <w:t>[Divine Providence]</w:t>
      </w:r>
    </w:p>
    <w:p>
      <w:r>
        <w:t>[You merited, you merited]</w:t>
      </w:r>
    </w:p>
    <w:p>
      <w:r>
        <w:t>[…..]</w:t>
      </w:r>
    </w:p>
    <w:p>
      <w:r>
        <w:t>[I don’t know]</w:t>
      </w:r>
    </w:p>
    <w:p>
      <w:r>
        <w:t>[He is a neighbor, a neighbor here?]</w:t>
      </w:r>
    </w:p>
    <w:p>
      <w:r>
        <w:t>[I also don’t know..]</w:t>
      </w:r>
    </w:p>
    <w:p>
      <w:r>
        <w:t>[Eh?]</w:t>
      </w:r>
    </w:p>
    <w:p>
      <w:r>
        <w:t>[Believe me]</w:t>
      </w:r>
    </w:p>
    <w:p>
      <w:r>
        <w:t>[A neighbor?]</w:t>
      </w:r>
    </w:p>
    <w:p>
      <w:r>
        <w:t>[He is our study partner…]</w:t>
      </w:r>
    </w:p>
    <w:p>
      <w:r>
        <w:t>[Ah, yes……]</w:t>
      </w:r>
    </w:p>
    <w:p>
      <w:r>
        <w:t>[Thank God..]</w:t>
      </w:r>
    </w:p>
    <w:p>
      <w:r>
        <w:t>[Ahh..]</w:t>
      </w:r>
    </w:p>
    <w:p>
      <w:r>
        <w:t>[He orchestrates everything….]</w:t>
      </w:r>
    </w:p>
    <w:p>
      <w:r>
        <w:t>[..]</w:t>
      </w:r>
    </w:p>
    <w:p>
      <w:r>
        <w:t>[Thank God……everything..]</w:t>
      </w:r>
    </w:p>
    <w:p>
      <w:r>
        <w:t>[Thank God]</w:t>
      </w:r>
    </w:p>
    <w:p>
      <w:r>
        <w:t>[All right?]</w:t>
      </w:r>
    </w:p>
    <w:p>
      <w:r>
        <w:t>[..everything is good]</w:t>
      </w:r>
    </w:p>
    <w:p>
      <w:r>
        <w:t>[Beautiful]</w:t>
      </w:r>
    </w:p>
    <w:p>
      <w:r>
        <w:t>[That is it, excellent, Saba]</w:t>
      </w:r>
    </w:p>
    <w:p>
      <w:r>
        <w:t>[….]</w:t>
      </w:r>
    </w:p>
    <w:p>
      <w:r>
        <w:t>[We finished, we finished, he says that it came out excellent]</w:t>
      </w:r>
    </w:p>
    <w:p>
      <w:r>
        <w:t>{Good, good}</w:t>
      </w:r>
    </w:p>
    <w:p>
      <w:r>
        <w:t>[..this is going to the technician]</w:t>
      </w:r>
    </w:p>
    <w:p>
      <w:r>
        <w:t>[Yes?]</w:t>
      </w:r>
    </w:p>
    <w:p>
      <w:r>
        <w:t>{…}</w:t>
      </w:r>
    </w:p>
    <w:p>
      <w:r>
        <w:t>[Let us hope that tomorrow I will already finish it]</w:t>
      </w:r>
    </w:p>
    <w:p>
      <w:r>
        <w:t>[If I can, can I already take it tomorrow?]</w:t>
      </w:r>
    </w:p>
    <w:p>
      <w:r>
        <w:t>[……]</w:t>
      </w:r>
    </w:p>
    <w:p>
      <w:r>
        <w:t>[Yes?]</w:t>
      </w:r>
    </w:p>
    <w:p>
      <w:r>
        <w:t>[Yes]</w:t>
      </w:r>
    </w:p>
    <w:p>
      <w:r>
        <w:t>[So if.., I, let us say I, if I arrive, in any case I am staying the night here in the area</w:t>
      </w:r>
    </w:p>
    <w:p>
      <w:r>
        <w:t>So perhaps I will stay until morning]</w:t>
      </w:r>
    </w:p>
    <w:p>
      <w:r>
        <w:t>[Yes]</w:t>
      </w:r>
    </w:p>
    <w:p>
      <w:r>
        <w:t>[And I will come to you in the morning…..]</w:t>
      </w:r>
    </w:p>
    <w:p>
      <w:r>
        <w:t>[…]</w:t>
      </w:r>
    </w:p>
    <w:p>
      <w:r>
        <w:t>[…….]</w:t>
      </w:r>
    </w:p>
    <w:p>
      <w:r>
        <w:t>[Or will he take it?]</w:t>
      </w:r>
    </w:p>
    <w:p>
      <w:r>
        <w:t>[I will send it with Ambash]</w:t>
      </w:r>
    </w:p>
    <w:p>
      <w:r>
        <w:t>[…usually to Tzfas?]</w:t>
      </w:r>
    </w:p>
    <w:p>
      <w:r>
        <w:t>[Do you have a box?]</w:t>
      </w:r>
    </w:p>
    <w:p>
      <w:r>
        <w:t>[We are returning to Tzfas, yes]</w:t>
      </w:r>
    </w:p>
    <w:p>
      <w:r>
        <w:t>[Do you have a box….]</w:t>
      </w:r>
    </w:p>
    <w:p>
      <w:r>
        <w:t>[…..with what could he have a problem, usually there are no problems</w:t>
      </w:r>
    </w:p>
    <w:p>
      <w:r>
        <w:t>It can happen that after it returns from the casting……….]</w:t>
      </w:r>
    </w:p>
    <w:p>
      <w:r>
        <w:t>[Yes..]</w:t>
      </w:r>
    </w:p>
    <w:p>
      <w:r>
        <w:t>[There is a need to arrange things on site]</w:t>
      </w:r>
    </w:p>
    <w:p>
      <w:r>
        <w:t>[Ah, ah..]</w:t>
      </w:r>
    </w:p>
    <w:p>
      <w:r>
        <w:t>[What is the case, though……. that after a day, two days, there will be here……..]</w:t>
      </w:r>
    </w:p>
    <w:p>
      <w:r>
        <w:t>[Or we will stay here at the.. after a day or two we will come again?]</w:t>
      </w:r>
    </w:p>
    <w:p>
      <w:r>
        <w:t>[Yes]</w:t>
      </w:r>
    </w:p>
    <w:p>
      <w:r>
        <w:t>[It is possible]</w:t>
      </w:r>
    </w:p>
    <w:p>
      <w:r>
        <w:t>[…….]</w:t>
      </w:r>
    </w:p>
    <w:p>
      <w:r>
        <w:t>[Because this is very specialized work, it is not easy work]</w:t>
      </w:r>
    </w:p>
    <w:p>
      <w:r>
        <w:t>[……….]</w:t>
      </w:r>
    </w:p>
    <w:p>
      <w:r>
        <w:t>[Yes]</w:t>
      </w:r>
    </w:p>
    <w:p>
      <w:r>
        <w:t>[Then we will do it like this]</w:t>
      </w:r>
    </w:p>
    <w:p>
      <w:r>
        <w:t>[…..need help?]</w:t>
      </w:r>
    </w:p>
    <w:p>
      <w:r>
        <w:t>[…]</w:t>
      </w:r>
    </w:p>
    <w:p>
      <w:r>
        <w:t>[Then we will do it like this and that is it, we will do., we will come again]</w:t>
      </w:r>
    </w:p>
    <w:p>
      <w:r>
        <w:t>[If possible]</w:t>
      </w:r>
    </w:p>
    <w:p>
      <w:r>
        <w:t>[Yes]</w:t>
      </w:r>
    </w:p>
    <w:p>
      <w:r>
        <w:t>[…….ask him]</w:t>
      </w:r>
    </w:p>
    <w:p>
      <w:r>
        <w:t>[Saba, ah.. he says, he now, he, he, he will prepare it, he will prepare the teeth, now he says that..]…</w:t>
      </w:r>
    </w:p>
    <w:p>
      <w:pPr>
        <w:pStyle w:val="Heading2"/>
      </w:pPr>
      <w:r>
        <w:t>Side B (Bais)</w:t>
      </w:r>
    </w:p>
    <w:p>
      <w:r>
        <w:t>...[…….] Uh..</w:t>
      </w:r>
    </w:p>
    <w:p>
      <w:r>
        <w:t>[By the merit of Rabbainu]</w:t>
      </w:r>
    </w:p>
    <w:p>
      <w:r>
        <w:t>["Na Naḥ"]</w:t>
      </w:r>
    </w:p>
    <w:p>
      <w:r>
        <w:t>{Yes, yes, come, someone who was}</w:t>
      </w:r>
    </w:p>
    <w:p>
      <w:r>
        <w:t>[How…..]</w:t>
      </w:r>
    </w:p>
    <w:p>
      <w:r>
        <w:t>[Thank God]</w:t>
      </w:r>
    </w:p>
    <w:p>
      <w:r>
        <w:t>[Thank God]</w:t>
      </w:r>
    </w:p>
    <w:p>
      <w:r>
        <w:t>[Thank God]</w:t>
      </w:r>
    </w:p>
    <w:p>
      <w:r>
        <w:t>[It will be even better yet, Saba]</w:t>
      </w:r>
    </w:p>
    <w:p>
      <w:r>
        <w:t>{What}</w:t>
      </w:r>
    </w:p>
    <w:p>
      <w:r>
        <w:t>[It will be even better yet]</w:t>
      </w:r>
    </w:p>
    <w:p>
      <w:r>
        <w:t>{If only}</w:t>
      </w:r>
    </w:p>
    <w:p>
      <w:r>
        <w:t>[By the merit of Rabbainu]</w:t>
      </w:r>
    </w:p>
    <w:p>
      <w:r>
        <w:t>{Oy h..}, oy vey</w:t>
      </w:r>
    </w:p>
    <w:p>
      <w:r>
        <w:t>[Did you finish with them?]</w:t>
      </w:r>
    </w:p>
    <w:p>
      <w:r>
        <w:t>[[Yes,.]yes]</w:t>
      </w:r>
    </w:p>
    <w:p>
      <w:r>
        <w:t>[Tomorrow at three o'clock it will be ready]</w:t>
      </w:r>
    </w:p>
    <w:p>
      <w:r>
        <w:t>[I.. I.. I.., tomorrow at three?]</w:t>
      </w:r>
    </w:p>
    <w:p>
      <w:r>
        <w:t>[It will be ready with God's help]</w:t>
      </w:r>
    </w:p>
    <w:p>
      <w:r>
        <w:t>[So, Saba, tomorrow I'll come here, tomorrow I'll come here to take it]</w:t>
      </w:r>
    </w:p>
    <w:p>
      <w:r>
        <w:t>{Good}</w:t>
      </w:r>
    </w:p>
    <w:p>
      <w:r>
        <w:t>[With God's help it will be all right, she said it will be all right, with God's help]</w:t>
      </w:r>
    </w:p>
    <w:p>
      <w:r>
        <w:t>{If only}</w:t>
      </w:r>
    </w:p>
    <w:p>
      <w:r>
        <w:t>[Good, we..]</w:t>
      </w:r>
    </w:p>
    <w:p>
      <w:r>
        <w:t>[………….]</w:t>
      </w:r>
    </w:p>
    <w:p>
      <w:r>
        <w:t>[………….]</w:t>
      </w:r>
    </w:p>
    <w:p>
      <w:r>
        <w:t>[Shalom aleichem]</w:t>
      </w:r>
    </w:p>
    <w:p>
      <w:r>
        <w:t>[May you have all the best, Saba, have a good trip]</w:t>
      </w:r>
    </w:p>
    <w:p>
      <w:r>
        <w:t>Amen</w:t>
      </w:r>
    </w:p>
    <w:p>
      <w:r>
        <w:t>[May God protect you]</w:t>
      </w:r>
    </w:p>
    <w:p>
      <w:r>
        <w:t>{..}</w:t>
      </w:r>
    </w:p>
    <w:p>
      <w:r>
        <w:t>[And grant you abundance]</w:t>
      </w:r>
    </w:p>
    <w:p>
      <w:r>
        <w:t>{..}</w:t>
      </w:r>
    </w:p>
    <w:p>
      <w:r>
        <w:t>[May we all merit to see Rabbainu's light]</w:t>
      </w:r>
    </w:p>
    <w:p>
      <w:r>
        <w:t>{…}</w:t>
      </w:r>
    </w:p>
    <w:p>
      <w:r>
        <w:t>[Saba, Eitan, his name is Eitan..]</w:t>
      </w:r>
    </w:p>
    <w:p>
      <w:r>
        <w:t>[Son of Naomi]</w:t>
      </w:r>
    </w:p>
    <w:p>
      <w:r>
        <w:t>[Eitan..]</w:t>
      </w:r>
    </w:p>
    <w:p>
      <w:r>
        <w:t>Eitan</w:t>
      </w:r>
    </w:p>
    <w:p>
      <w:r>
        <w:t>[Son of Naomi]</w:t>
      </w:r>
    </w:p>
    <w:p>
      <w:r>
        <w:t>Son..</w:t>
      </w:r>
    </w:p>
    <w:p>
      <w:r>
        <w:t>[Naomi]</w:t>
      </w:r>
    </w:p>
    <w:p>
      <w:r>
        <w:t>[Naomi, Naomi]…</w:t>
      </w:r>
    </w:p>
    <w:p>
      <w:r>
        <w:t>...{Eitan}</w:t>
      </w:r>
    </w:p>
    <w:p>
      <w:r>
        <w:t>[Yes]</w:t>
      </w:r>
    </w:p>
    <w:p>
      <w:r>
        <w:t>[Bless him, Saba]</w:t>
      </w:r>
    </w:p>
    <w:p>
      <w:r>
        <w:t>A complete recovery and all the best</w:t>
      </w:r>
    </w:p>
    <w:p>
      <w:r>
        <w:t>[Amen, amen]</w:t>
      </w:r>
    </w:p>
    <w:p>
      <w:r>
        <w:t>[Amen]</w:t>
      </w:r>
    </w:p>
    <w:p>
      <w:r>
        <w:t>Oy vey, oy, oy vey, {..} perhaps..</w:t>
      </w:r>
    </w:p>
    <w:p>
      <w:r>
        <w:t>[We're going, Saba, we're going]</w:t>
      </w:r>
    </w:p>
    <w:p>
      <w:r>
        <w:t>Uh.. I</w:t>
      </w:r>
    </w:p>
    <w:p>
      <w:r>
        <w:t>[What?]</w:t>
      </w:r>
    </w:p>
    <w:p>
      <w:r>
        <w:t>[We're going, Saba]</w:t>
      </w:r>
    </w:p>
    <w:p>
      <w:r>
        <w:t>[…………….]</w:t>
      </w:r>
    </w:p>
    <w:p>
      <w:r>
        <w:t>[…………….]</w:t>
      </w:r>
    </w:p>
    <w:p>
      <w:r>
        <w:t>[Rebbe Yisroel, we're going back to the car, in the car..]</w:t>
      </w:r>
    </w:p>
    <w:p>
      <w:r>
        <w:t>[We're going to the car, Saba]</w:t>
      </w:r>
    </w:p>
    <w:p>
      <w:r>
        <w:t>Huh?</w:t>
      </w:r>
    </w:p>
    <w:p>
      <w:r>
        <w:t>[We're going to the car]</w:t>
      </w:r>
    </w:p>
    <w:p>
      <w:r>
        <w:t>{Let's go} to the car</w:t>
      </w:r>
    </w:p>
    <w:p>
      <w:r>
        <w:t>[Yes, going back home] uh..</w:t>
      </w:r>
    </w:p>
    <w:p>
      <w:r>
        <w:t>[Going back home, all right?]</w:t>
      </w:r>
    </w:p>
    <w:p>
      <w:r>
        <w:t>All right, nu, {…}, what can we do, what does the doctor say?</w:t>
      </w:r>
    </w:p>
    <w:p>
      <w:r>
        <w:t>[….]</w:t>
      </w:r>
    </w:p>
    <w:p>
      <w:r>
        <w:t>So what does {the doctor} say</w:t>
      </w:r>
    </w:p>
    <w:p>
      <w:r>
        <w:t>[Tomorrow, tomorrow Yisroel will bring you the teeth]</w:t>
      </w:r>
    </w:p>
    <w:p>
      <w:r>
        <w:t>[Tomorrow I'll bring it from here]</w:t>
      </w:r>
    </w:p>
    <w:p>
      <w:r>
        <w:t>[Tomorrow]</w:t>
      </w:r>
    </w:p>
    <w:p>
      <w:r>
        <w:t>[I'll come here especially, Saba]</w:t>
      </w:r>
    </w:p>
    <w:p>
      <w:r>
        <w:t>[Tomorrow Yisroel will bring the teeth..]</w:t>
      </w:r>
    </w:p>
    <w:p>
      <w:r>
        <w:t>He..</w:t>
      </w:r>
    </w:p>
    <w:p>
      <w:r>
        <w:t>[Yes, tomorrow]</w:t>
      </w:r>
    </w:p>
    <w:p>
      <w:r>
        <w:t>He {….}</w:t>
      </w:r>
    </w:p>
    <w:p>
      <w:r>
        <w:t>[He'll bring you the teeth, yes]</w:t>
      </w:r>
    </w:p>
    <w:p>
      <w:r>
        <w:t>[I..]</w:t>
      </w:r>
    </w:p>
    <w:p>
      <w:r>
        <w:t>{{..}}</w:t>
      </w:r>
    </w:p>
    <w:p>
      <w:r>
        <w:t>[I will come, I'll come here tomorrow]</w:t>
      </w:r>
    </w:p>
    <w:p>
      <w:r>
        <w:t>He did the.. the {……}</w:t>
      </w:r>
    </w:p>
    <w:p>
      <w:r>
        <w:t>[Yes, yes]</w:t>
      </w:r>
    </w:p>
    <w:p>
      <w:r>
        <w:t>[Yes, yes, yes]</w:t>
      </w:r>
    </w:p>
    <w:p>
      <w:r>
        <w:t>[And tomorrow it will be ready]</w:t>
      </w:r>
    </w:p>
    <w:p>
      <w:r>
        <w:t>[Saba, he did everything that was needed, tomorrow it will be ready and I'll come here to take it]</w:t>
      </w:r>
    </w:p>
    <w:p>
      <w:r>
        <w:t>Good</w:t>
      </w:r>
    </w:p>
    <w:p>
      <w:r>
        <w:t>[That's it]</w:t>
      </w:r>
    </w:p>
    <w:p>
      <w:r>
        <w:t>Beautiful, {..} nu..</w:t>
      </w:r>
    </w:p>
    <w:p>
      <w:r>
        <w:t>[We're going..]</w:t>
      </w:r>
    </w:p>
    <w:p>
      <w:r>
        <w:t>I'm going from here to her home</w:t>
      </w:r>
    </w:p>
    <w:p>
      <w:r>
        <w:t>[Yes, yes, we're going home]</w:t>
      </w:r>
    </w:p>
    <w:p>
      <w:r>
        <w:t>{So that's good}, uh</w:t>
      </w:r>
    </w:p>
    <w:p>
      <w:r>
        <w:t>[Saba]</w:t>
      </w:r>
    </w:p>
    <w:p>
      <w:r>
        <w:t>{..}</w:t>
      </w:r>
    </w:p>
    <w:p>
      <w:r>
        <w:t>[We're going back to Dagan's, in Tzfas now] Huh?</w:t>
      </w:r>
    </w:p>
    <w:p>
      <w:r>
        <w:t>[We're going back to your room at Dagan's]</w:t>
      </w:r>
    </w:p>
    <w:p>
      <w:r>
        <w:t>{..}</w:t>
      </w:r>
    </w:p>
    <w:p>
      <w:r>
        <w:t>[At Yisroel Dagan's, in Tzfas]</w:t>
      </w:r>
    </w:p>
    <w:p>
      <w:r>
        <w:t>{Good}</w:t>
      </w:r>
    </w:p>
    <w:p>
      <w:r>
        <w:t>[I'll see you tomorrow like this..]</w:t>
      </w:r>
    </w:p>
    <w:p>
      <w:r>
        <w:t>[….]</w:t>
      </w:r>
    </w:p>
    <w:p>
      <w:r>
        <w:t>[...still a lot to talk about]</w:t>
      </w:r>
    </w:p>
    <w:p>
      <w:r>
        <w:t>[……….]</w:t>
      </w:r>
    </w:p>
    <w:p>
      <w:r>
        <w:t>[……….]</w:t>
      </w:r>
    </w:p>
    <w:p>
      <w:r>
        <w:t>[There are, uh.. many things.., and Rabbainu says, by me no one ever lost out] [Yes]</w:t>
      </w:r>
    </w:p>
    <w:p>
      <w:r>
        <w:t>{…}</w:t>
      </w:r>
    </w:p>
    <w:p>
      <w:r>
        <w:t>[Good] Oy vey</w:t>
      </w:r>
    </w:p>
    <w:p>
      <w:r>
        <w:t>[……]</w:t>
      </w:r>
    </w:p>
    <w:p>
      <w:r>
        <w:t>[……] What</w:t>
      </w:r>
    </w:p>
    <w:p>
      <w:r>
        <w:t>[………] [………] {..}{Nu}[………………………….…..….][…………………….……………]...[………] [………] {..}{Nu}[………………………….…..….][…………………….……………]...[Eitan, all the best, may you merit mitzvos]</w:t>
      </w:r>
    </w:p>
    <w:p>
      <w:r>
        <w:t>[………] [………] {..}</w:t>
      </w:r>
    </w:p>
    <w:p>
      <w:r>
        <w:t>{Nu}</w:t>
      </w:r>
    </w:p>
    <w:p>
      <w:r>
        <w:t>[………………………….…..….]</w:t>
      </w:r>
    </w:p>
    <w:p>
      <w:r>
        <w:t>[…………………….……………]...</w:t>
      </w:r>
    </w:p>
    <w:p>
      <w:r>
        <w:t>[………] [………] {..}</w:t>
      </w:r>
    </w:p>
    <w:p>
      <w:r>
        <w:t>{Nu}</w:t>
      </w:r>
    </w:p>
    <w:p>
      <w:r>
        <w:t>[………………………….…..….]</w:t>
      </w:r>
    </w:p>
    <w:p>
      <w:r>
        <w:t>[…………………….……………]...</w:t>
      </w:r>
    </w:p>
    <w:p>
      <w:r>
        <w:t>...(….)…</w:t>
      </w:r>
    </w:p>
    <w:p>
      <w:r>
        <w:t>...["..from Uman Na Naḥ Naḥma Naḥman MeUman.."</w:t>
      </w:r>
    </w:p>
    <w:p>
      <w:r>
        <w:t>Saba, Rabbainu will rectify the whole world, Rabbainu, Saba</w:t>
      </w:r>
    </w:p>
    <w:p>
      <w:r>
        <w:t>Rabbainu will rectify the whole world]</w:t>
      </w:r>
    </w:p>
    <w:p>
      <w:r>
        <w:t>[Maybe we'll turn around with the car..]</w:t>
      </w:r>
    </w:p>
    <w:p>
      <w:r>
        <w:t>[..We'll get there, we'll get as far as the car]</w:t>
      </w:r>
    </w:p>
    <w:p>
      <w:r>
        <w:t>[……………..]</w:t>
      </w:r>
    </w:p>
    <w:p>
      <w:r>
        <w:t>[……………..]…</w:t>
      </w:r>
    </w:p>
    <w:p>
      <w:r>
        <w:t>...(….)…</w:t>
      </w:r>
    </w:p>
    <w:p>
      <w:r>
        <w:t>...[There are new {stickers} on the car, thank God]</w:t>
      </w:r>
    </w:p>
    <w:p>
      <w:r>
        <w:t>[What? What?]</w:t>
      </w:r>
    </w:p>
    <w:p>
      <w:r>
        <w:t>["Na Naḥ", there's a new one, ….]</w:t>
      </w:r>
    </w:p>
    <w:p>
      <w:r>
        <w:t>[This?]</w:t>
      </w:r>
    </w:p>
    <w:p>
      <w:r>
        <w:t>[Yes.., no, the yellow one, the yellow one is new]</w:t>
      </w:r>
    </w:p>
    <w:p>
      <w:r>
        <w:t>[………….]</w:t>
      </w:r>
    </w:p>
    <w:p>
      <w:r>
        <w:t>[………….]</w:t>
      </w:r>
    </w:p>
    <w:p>
      <w:r>
        <w:t>[There are books, books..]</w:t>
      </w:r>
    </w:p>
    <w:p>
      <w:r>
        <w:t>{….}</w:t>
      </w:r>
    </w:p>
    <w:p>
      <w:r>
        <w:t>[Saba]</w:t>
      </w:r>
    </w:p>
    <w:p>
      <w:r>
        <w:t>{….}</w:t>
      </w:r>
    </w:p>
    <w:p>
      <w:r>
        <w:t>[………….]</w:t>
      </w:r>
    </w:p>
    <w:p>
      <w:r>
        <w:t>[I'll pour this out, because it, it could spill in the car]</w:t>
      </w:r>
    </w:p>
    <w:p>
      <w:r>
        <w:t>Uh</w:t>
      </w:r>
    </w:p>
    <w:p>
      <w:r>
        <w:t>[………..]</w:t>
      </w:r>
    </w:p>
    <w:p>
      <w:r>
        <w:t>[………..]</w:t>
      </w:r>
    </w:p>
    <w:p>
      <w:r>
        <w:t>Shimon</w:t>
      </w:r>
    </w:p>
    <w:p>
      <w:r>
        <w:t>[Yes]</w:t>
      </w:r>
    </w:p>
    <w:p>
      <w:r>
        <w:t>{…}</w:t>
      </w:r>
    </w:p>
    <w:p>
      <w:r>
        <w:t>[Yes]</w:t>
      </w:r>
    </w:p>
    <w:p>
      <w:r>
        <w:t>Guard it {well}, so that it doesn't get lost</w:t>
      </w:r>
    </w:p>
    <w:p>
      <w:r>
        <w:t>[I already poured it out]</w:t>
      </w:r>
    </w:p>
    <w:p>
      <w:r>
        <w:t>{….}</w:t>
      </w:r>
    </w:p>
    <w:p>
      <w:r>
        <w:t>[No, yes, yes, we have a bottle]</w:t>
      </w:r>
    </w:p>
    <w:p>
      <w:r>
        <w:t>{….}</w:t>
      </w:r>
    </w:p>
    <w:p>
      <w:r>
        <w:t>[No, we have a whole bottle]</w:t>
      </w:r>
    </w:p>
    <w:p>
      <w:r>
        <w:t>[There's a new bottle of oil]</w:t>
      </w:r>
    </w:p>
    <w:p>
      <w:r>
        <w:t>[No problem, no it's impossible, that it should spill in the car]</w:t>
      </w:r>
    </w:p>
    <w:p>
      <w:r>
        <w:t>[Right, right, right]</w:t>
      </w:r>
    </w:p>
    <w:p>
      <w:r>
        <w:t>{Nu}</w:t>
      </w:r>
    </w:p>
    <w:p>
      <w:r>
        <w:t>[So we're getting into the car]</w:t>
      </w:r>
    </w:p>
    <w:p>
      <w:r>
        <w:t>{…}</w:t>
      </w:r>
    </w:p>
    <w:p>
      <w:r>
        <w:t>[…………….]</w:t>
      </w:r>
    </w:p>
    <w:p>
      <w:r>
        <w:t>[…………….]</w:t>
      </w:r>
    </w:p>
    <w:p>
      <w:r>
        <w:t>Oh</w:t>
      </w:r>
    </w:p>
    <w:p>
      <w:r>
        <w:t>{..}, uh..</w:t>
      </w:r>
    </w:p>
    <w:p>
      <w:r>
        <w:t>[The legs, the legs]</w:t>
      </w:r>
    </w:p>
    <w:p>
      <w:r>
        <w:t>Uh..</w:t>
      </w:r>
    </w:p>
    <w:p>
      <w:r>
        <w:t>[…..]</w:t>
      </w:r>
    </w:p>
    <w:p>
      <w:r>
        <w:t>Oy vey!</w:t>
      </w:r>
    </w:p>
    <w:p>
      <w:r>
        <w:t>[The legs]</w:t>
      </w:r>
    </w:p>
    <w:p>
      <w:r>
        <w:t>[Hold him, I'm going to the back]</w:t>
      </w:r>
    </w:p>
    <w:p>
      <w:r>
        <w:t>[……]</w:t>
      </w:r>
    </w:p>
    <w:p>
      <w:r>
        <w:t>[It's far from the curb]</w:t>
      </w:r>
    </w:p>
    <w:p>
      <w:r>
        <w:t>[……]</w:t>
      </w:r>
    </w:p>
    <w:p>
      <w:r>
        <w:t>[Just a moment, just a moment]</w:t>
      </w:r>
    </w:p>
    <w:p>
      <w:r>
        <w:t>[It's closed, it's closed]</w:t>
      </w:r>
    </w:p>
    <w:p>
      <w:r>
        <w:t>[Closed..]</w:t>
      </w:r>
    </w:p>
    <w:p>
      <w:r>
        <w:t>[Moment, moment..]</w:t>
      </w:r>
    </w:p>
    <w:p>
      <w:r>
        <w:t>{..}</w:t>
      </w:r>
    </w:p>
    <w:p>
      <w:r>
        <w:t>[Lift from the legs, no a little bit, let Yisroel…..]</w:t>
      </w:r>
    </w:p>
    <w:p>
      <w:r>
        <w:t>{Lift well}</w:t>
      </w:r>
    </w:p>
    <w:p>
      <w:r>
        <w:t>[Now the.. the.. it's possible, uh.. this, to do more]</w:t>
      </w:r>
    </w:p>
    <w:p>
      <w:r>
        <w:t>[Recline the seat?]</w:t>
      </w:r>
    </w:p>
    <w:p>
      <w:r>
        <w:t>[Yes]</w:t>
      </w:r>
    </w:p>
    <w:p>
      <w:r>
        <w:t>[Saba, he's going to recline the seat a little, do you want to lie back a little?]</w:t>
      </w:r>
    </w:p>
    <w:p>
      <w:r>
        <w:t>Yes, {yes, he'll lower it a little}</w:t>
      </w:r>
    </w:p>
    <w:p>
      <w:r>
        <w:t>[….So it will be like this]</w:t>
      </w:r>
    </w:p>
    <w:p>
      <w:r>
        <w:t>Uh</w:t>
      </w:r>
    </w:p>
    <w:p>
      <w:r>
        <w:t>[Yes, yes, yes, yes]</w:t>
      </w:r>
    </w:p>
    <w:p>
      <w:r>
        <w:t>[Is it going down, going down?]</w:t>
      </w:r>
    </w:p>
    <w:p>
      <w:r>
        <w:t>[Yes, yes]</w:t>
      </w:r>
    </w:p>
    <w:p>
      <w:r>
        <w:t>[..…]</w:t>
      </w:r>
    </w:p>
    <w:p>
      <w:r>
        <w:t>[Why isn't it going down?]</w:t>
      </w:r>
    </w:p>
    <w:p>
      <w:r>
        <w:t>{..}</w:t>
      </w:r>
    </w:p>
    <w:p>
      <w:r>
        <w:t>[No, that's not it]</w:t>
      </w:r>
    </w:p>
    <w:p>
      <w:r>
        <w:t>{….}</w:t>
      </w:r>
    </w:p>
    <w:p>
      <w:r>
        <w:t>[There are two..]</w:t>
      </w:r>
    </w:p>
    <w:p>
      <w:r>
        <w:t>{...the legs}</w:t>
      </w:r>
    </w:p>
    <w:p>
      <w:r>
        <w:t>[Yes]</w:t>
      </w:r>
    </w:p>
    <w:p>
      <w:r>
        <w:t>[….]</w:t>
      </w:r>
    </w:p>
    <w:p>
      <w:r>
        <w:t>[….]</w:t>
      </w:r>
    </w:p>
    <w:p>
      <w:r>
        <w:t>To lie back</w:t>
      </w:r>
    </w:p>
    <w:p>
      <w:r>
        <w:t>[More?]</w:t>
      </w:r>
    </w:p>
    <w:p>
      <w:r>
        <w:t>[Let Saba lie back]</w:t>
      </w:r>
    </w:p>
    <w:p>
      <w:r>
        <w:t>[Do you want more? Saba]</w:t>
      </w:r>
    </w:p>
    <w:p>
      <w:r>
        <w:t>[More, more?]</w:t>
      </w:r>
    </w:p>
    <w:p>
      <w:r>
        <w:t>[More?]</w:t>
      </w:r>
    </w:p>
    <w:p>
      <w:r>
        <w:t>[More?]</w:t>
      </w:r>
    </w:p>
    <w:p>
      <w:r>
        <w:t>[A little more, a little more, a little more]</w:t>
      </w:r>
    </w:p>
    <w:p>
      <w:r>
        <w:t>[…..]</w:t>
      </w:r>
    </w:p>
    <w:p>
      <w:r>
        <w:t>[Lower it a little more]</w:t>
      </w:r>
    </w:p>
    <w:p>
      <w:r>
        <w:t>Uh</w:t>
      </w:r>
    </w:p>
    <w:p>
      <w:r>
        <w:t>[More, more]</w:t>
      </w:r>
    </w:p>
    <w:p>
      <w:r>
        <w:t>[More?]</w:t>
      </w:r>
    </w:p>
    <w:p>
      <w:r>
        <w:t>[A little more, that's it, that's it, that's it]</w:t>
      </w:r>
    </w:p>
    <w:p>
      <w:r>
        <w:t>{Oy vey, vey}</w:t>
      </w:r>
    </w:p>
    <w:p>
      <w:r>
        <w:t>[That's it, shoyn (good)? Saba..]</w:t>
      </w:r>
    </w:p>
    <w:p>
      <w:r>
        <w:t>[All right?]</w:t>
      </w:r>
    </w:p>
    <w:p>
      <w:r>
        <w:t>[Is it all right like this?]</w:t>
      </w:r>
    </w:p>
    <w:p>
      <w:r>
        <w:t>Oy vey</w:t>
      </w:r>
    </w:p>
    <w:p>
      <w:r>
        <w:t>[………]</w:t>
      </w:r>
    </w:p>
    <w:p>
      <w:r>
        <w:t>[Take this]</w:t>
      </w:r>
    </w:p>
    <w:p>
      <w:r>
        <w:t>[…………………………..]</w:t>
      </w:r>
    </w:p>
    <w:p>
      <w:r>
        <w:t>[..…………………………]</w:t>
      </w:r>
    </w:p>
    <w:p>
      <w:r>
        <w:t>{..}</w:t>
      </w:r>
    </w:p>
    <w:p>
      <w:r>
        <w:t>[Saba, have a good trip, Saba, may you have all the best, have a good trip, and feel well] {Amen}</w:t>
      </w:r>
    </w:p>
    <w:p>
      <w:r>
        <w:t>[Amen, and may God give you strength to.. make it until the coming of our righteous Moshiach</w:t>
      </w:r>
    </w:p>
    <w:p>
      <w:r>
        <w:t>By the merit of Rabbainu "Na Naḥ Naḥma Naḥman MeUman.."..</w:t>
      </w:r>
    </w:p>
    <w:p>
      <w:r>
        <w:t>Saba, ………………… every day in the mikveh, don't be afraid, every day]</w:t>
      </w:r>
    </w:p>
    <w:p>
      <w:r>
        <w:t>[….]</w:t>
      </w:r>
    </w:p>
    <w:p>
      <w:r>
        <w:t>[Yes.. yes, yes, yes, that it.. right, right, right..]</w:t>
      </w:r>
    </w:p>
    <w:p>
      <w:r>
        <w:t>{..} upon all Yisroel</w:t>
      </w:r>
    </w:p>
    <w:p>
      <w:r>
        <w:t>[Amen, amen, upon all Yisroel, amen, upon all Yisroel]</w:t>
      </w:r>
    </w:p>
    <w:p>
      <w:r>
        <w:t>{…}</w:t>
      </w:r>
    </w:p>
    <w:p>
      <w:r>
        <w:t>[Amen, amen, amen, upon all Yisroel, amen]</w:t>
      </w:r>
    </w:p>
    <w:p>
      <w:r>
        <w:t>{And everything will be}</w:t>
      </w:r>
    </w:p>
    <w:p>
      <w:r>
        <w:t>[What did he say?]</w:t>
      </w:r>
    </w:p>
    <w:p>
      <w:r>
        <w:t>[What did he say?]</w:t>
      </w:r>
    </w:p>
    <w:p>
      <w:r>
        <w:t>[Upon all.., upon all Yisroel]</w:t>
      </w:r>
    </w:p>
    <w:p>
      <w:r>
        <w:t>Uh</w:t>
      </w:r>
    </w:p>
    <w:p>
      <w:r>
        <w:t>[Goodbye, Saba]</w:t>
      </w:r>
    </w:p>
    <w:p>
      <w:r>
        <w:t>Uh, uh..</w:t>
      </w:r>
    </w:p>
    <w:p>
      <w:r>
        <w:t>[Saba, goodbye, all the best]</w:t>
      </w:r>
    </w:p>
    <w:p>
      <w:r>
        <w:t>{….}</w:t>
      </w:r>
    </w:p>
    <w:p>
      <w:r>
        <w:t>[Not yet, goodbye, Saba]</w:t>
      </w:r>
    </w:p>
    <w:p>
      <w:r>
        <w:t>{…}</w:t>
      </w:r>
    </w:p>
    <w:p>
      <w:r>
        <w:t>[Saba, pray on our behalf..]</w:t>
      </w:r>
    </w:p>
    <w:p>
      <w:r>
        <w:t>{When will we leave here}</w:t>
      </w:r>
    </w:p>
    <w:p>
      <w:r>
        <w:t>[Uh, …….]</w:t>
      </w:r>
    </w:p>
    <w:p>
      <w:r>
        <w:t>{…}</w:t>
      </w:r>
    </w:p>
    <w:p>
      <w:r>
        <w:t>{Ah, ay, the heart}</w:t>
      </w:r>
    </w:p>
    <w:p>
      <w:r>
        <w:t>[Maybe I'll go with you to.. to help you bring him up</w:t>
      </w:r>
    </w:p>
    <w:p>
      <w:r>
        <w:t>What floor do you live on?]</w:t>
      </w:r>
    </w:p>
    <w:p>
      <w:r>
        <w:t>[Huh?]</w:t>
      </w:r>
    </w:p>
    <w:p>
      <w:r>
        <w:t>[No, it's ….. it doesn't matter]</w:t>
      </w:r>
    </w:p>
    <w:p>
      <w:r>
        <w:t>[………]</w:t>
      </w:r>
    </w:p>
    <w:p>
      <w:r>
        <w:t>[Is this food for me?]</w:t>
      </w:r>
    </w:p>
    <w:p>
      <w:r>
        <w:t>[………...]</w:t>
      </w:r>
    </w:p>
    <w:p>
      <w:r>
        <w:t>[…………]</w:t>
      </w:r>
    </w:p>
    <w:p>
      <w:r>
        <w:t>[Ah, that's the dentist's wife, I understand, yes…..]</w:t>
      </w:r>
    </w:p>
    <w:p>
      <w:r>
        <w:t>[Wait, I'll give you the bag with the food]</w:t>
      </w:r>
    </w:p>
    <w:p>
      <w:r>
        <w:t>[Yes, yes, yes….]</w:t>
      </w:r>
    </w:p>
    <w:p>
      <w:r>
        <w:t>[…………….]</w:t>
      </w:r>
    </w:p>
    <w:p>
      <w:r>
        <w:t>[…………….]</w:t>
      </w:r>
    </w:p>
    <w:p>
      <w:r>
        <w:t>[Good, can we drive, yes?]</w:t>
      </w:r>
    </w:p>
    <w:p>
      <w:r>
        <w:t>[Yes, yes, yes]</w:t>
      </w:r>
    </w:p>
    <w:p>
      <w:r>
        <w:t>[The guitar, is everything inside?]</w:t>
      </w:r>
    </w:p>
    <w:p>
      <w:r>
        <w:t>[Yes, yes, yes..]</w:t>
      </w:r>
    </w:p>
    <w:p>
      <w:r>
        <w:t>[…….]</w:t>
      </w:r>
    </w:p>
    <w:p>
      <w:r>
        <w:t>[Have a good trip, "boya"]</w:t>
      </w:r>
    </w:p>
    <w:p>
      <w:r>
        <w:t>[………]</w:t>
      </w:r>
    </w:p>
    <w:p>
      <w:r>
        <w:t>[………]</w:t>
      </w:r>
    </w:p>
    <w:p>
      <w:r>
        <w:t>[…. We need to sing a lot of "Na Naḥ", we already need to clean the whole area</w:t>
      </w:r>
    </w:p>
    <w:p>
      <w:r>
        <w:t>There is a lot here, a lot, to clean]</w:t>
      </w:r>
    </w:p>
    <w:p>
      <w:r>
        <w:t>[Good, so, ah.. may you merit mitzvos]</w:t>
      </w:r>
    </w:p>
    <w:p>
      <w:r>
        <w:t>[Have a good trip]</w:t>
      </w:r>
    </w:p>
    <w:p>
      <w:r>
        <w:t>[Does anyone have a watch, what time is it?]</w:t>
      </w:r>
    </w:p>
    <w:p>
      <w:r>
        <w:t>[Yes, yes, it is exactly three]</w:t>
      </w:r>
    </w:p>
    <w:p>
      <w:r>
        <w:t>[So we should not forget, we need to pray Mincha….]</w:t>
      </w:r>
    </w:p>
    <w:p>
      <w:r>
        <w:t>[Yes]</w:t>
      </w:r>
    </w:p>
    <w:p>
      <w:r>
        <w:t>[Sunset, sunset is ten to.., about a quarter to five]</w:t>
      </w:r>
    </w:p>
    <w:p>
      <w:r>
        <w:t>[Go ahead, get in]</w:t>
      </w:r>
    </w:p>
    <w:p>
      <w:r>
        <w:t>[...]…</w:t>
      </w:r>
    </w:p>
    <w:p>
      <w:r>
        <w:t>...{……}</w:t>
      </w:r>
    </w:p>
    <w:p>
      <w:r>
        <w:t>[All right, I will pass it on to them, all right]</w:t>
      </w:r>
    </w:p>
    <w:p>
      <w:r>
        <w:t>{…}</w:t>
      </w:r>
    </w:p>
    <w:p>
      <w:r>
        <w:t>[Good, all the best]</w:t>
      </w:r>
    </w:p>
    <w:p>
      <w:r>
        <w:t>{…}</w:t>
      </w:r>
    </w:p>
    <w:p>
      <w:r>
        <w:t>[I will pass it on, have a good trip and all the best]</w:t>
      </w:r>
    </w:p>
    <w:p>
      <w:r>
        <w:t>Amen…</w:t>
      </w:r>
    </w:p>
    <w:p>
      <w:r>
        <w:t>...[He is here, he is here]</w:t>
      </w:r>
    </w:p>
    <w:p>
      <w:r>
        <w:t>Eh?</w:t>
      </w:r>
    </w:p>
    <w:p>
      <w:r>
        <w:t>[He will soon.., he wants to go.., he is going home, there he is]</w:t>
      </w:r>
    </w:p>
    <w:p>
      <w:r>
        <w:t>Going home</w:t>
      </w:r>
    </w:p>
    <w:p>
      <w:r>
        <w:t>[There, there he is]</w:t>
      </w:r>
    </w:p>
    <w:p>
      <w:r>
        <w:t>[Do you want something? Saba]</w:t>
      </w:r>
    </w:p>
    <w:p>
      <w:r>
        <w:t>Eh?</w:t>
      </w:r>
    </w:p>
    <w:p>
      <w:r>
        <w:t>[Did you want something?]</w:t>
      </w:r>
    </w:p>
    <w:p>
      <w:r>
        <w:t>{The.. the.. heart}, do not leave me</w:t>
      </w:r>
    </w:p>
    <w:p>
      <w:r>
        <w:t>[Heaven forbid]</w:t>
      </w:r>
    </w:p>
    <w:p>
      <w:r>
        <w:t>{….}</w:t>
      </w:r>
    </w:p>
    <w:p>
      <w:r>
        <w:t>[Heaven forbid, Heaven forbid]</w:t>
      </w:r>
    </w:p>
    <w:p>
      <w:r>
        <w:t>{..}</w:t>
      </w:r>
    </w:p>
    <w:p>
      <w:r>
        <w:t>[I will not leave you until Mashiach comes]</w:t>
      </w:r>
    </w:p>
    <w:p>
      <w:r>
        <w:t>{..}</w:t>
      </w:r>
    </w:p>
    <w:p>
      <w:r>
        <w:t>[Saba, do not be afraid…]</w:t>
      </w:r>
    </w:p>
    <w:p>
      <w:r>
        <w:t>{..}</w:t>
      </w:r>
    </w:p>
    <w:p>
      <w:r>
        <w:t>[Be healthy, what? What is it?]</w:t>
      </w:r>
    </w:p>
    <w:p>
      <w:r>
        <w:t>{…..}</w:t>
      </w:r>
    </w:p>
    <w:p>
      <w:r>
        <w:t>[Amen]</w:t>
      </w:r>
    </w:p>
    <w:p>
      <w:r>
        <w:t>[Pray for him, pray]</w:t>
      </w:r>
    </w:p>
    <w:p>
      <w:r>
        <w:t>[Amen, amen.. Saba, I am not leaving you, Saba, do not worry</w:t>
      </w:r>
    </w:p>
    <w:p>
      <w:r>
        <w:t>Everything that is possible, we will do what is possible]</w:t>
      </w:r>
    </w:p>
    <w:p>
      <w:r>
        <w:t>{..}</w:t>
      </w:r>
    </w:p>
    <w:p>
      <w:r>
        <w:t>[There will be, there will be signs throughout the whole country, there will be a beautiful wedding, Saba, with Hashem's help</w:t>
      </w:r>
    </w:p>
    <w:p>
      <w:r>
        <w:t>Be healthy]</w:t>
      </w:r>
    </w:p>
    <w:p>
      <w:r>
        <w:t>{…}</w:t>
      </w:r>
    </w:p>
    <w:p>
      <w:r>
        <w:t>[Amen, just pray {certainly} that it will be full, full of signs, "full and overflowing"]</w:t>
      </w:r>
    </w:p>
    <w:p>
      <w:r>
        <w:t>["Full and overflowing from end to end"]</w:t>
      </w:r>
    </w:p>
    <w:p>
      <w:r>
        <w:t>["Full and overflowing" with signs of "Na Naḥ Naḥma Naḥman MayUman"</w:t>
      </w:r>
    </w:p>
    <w:p>
      <w:r>
        <w:t>Throughout the whole country, it will be a beautiful wedding]…</w:t>
      </w:r>
    </w:p>
    <w:p>
      <w:r>
        <w:t>...[All the best, Saba, do you perhaps want to eat something]</w:t>
      </w:r>
    </w:p>
    <w:p>
      <w:r>
        <w:t>[He ate, he ate]</w:t>
      </w:r>
    </w:p>
    <w:p>
      <w:r>
        <w:t>[Do you want to come to our house to eat something on the way? Or do you want to travel?]</w:t>
      </w:r>
    </w:p>
    <w:p>
      <w:r>
        <w:t>{...on the way}</w:t>
      </w:r>
    </w:p>
    <w:p>
      <w:r>
        <w:t>[Eh?]</w:t>
      </w:r>
    </w:p>
    <w:p>
      <w:r>
        <w:t>Ah.. ah..</w:t>
      </w:r>
    </w:p>
    <w:p>
      <w:r>
        <w:t>[…..]</w:t>
      </w:r>
    </w:p>
    <w:p>
      <w:r>
        <w:t>Oy.. {…..}</w:t>
      </w:r>
    </w:p>
    <w:p>
      <w:r>
        <w:t>[No.., I do not know, he does not know anything]</w:t>
      </w:r>
    </w:p>
    <w:p>
      <w:r>
        <w:t>[.…..]</w:t>
      </w:r>
    </w:p>
    <w:p>
      <w:r>
        <w:t>[……]</w:t>
      </w:r>
    </w:p>
    <w:p>
      <w:r>
        <w:t>[What I heard, that we should travel home, home</w:t>
      </w:r>
    </w:p>
    <w:p>
      <w:r>
        <w:t>Home, let us travel home, Saba, we need to rest]</w:t>
      </w:r>
    </w:p>
    <w:p>
      <w:r>
        <w:t>{Ah, good}</w:t>
      </w:r>
    </w:p>
    <w:p>
      <w:r>
        <w:t>[Let us travel home]</w:t>
      </w:r>
    </w:p>
    <w:p>
      <w:r>
        <w:t>[Have a good trip, Saba, do not be afraid, I am not leaving you, with Hashem's help..]</w:t>
      </w:r>
    </w:p>
    <w:p>
      <w:r>
        <w:t>{Ho.. ho..}</w:t>
      </w:r>
    </w:p>
    <w:p>
      <w:r>
        <w:t>[I will not leave you until Mashiach comes, and until Rabbainu w..]</w:t>
      </w:r>
    </w:p>
    <w:p>
      <w:r>
        <w:t>Amen</w:t>
      </w:r>
    </w:p>
    <w:p>
      <w:r>
        <w:t>[Repairs us, I am not leaving you, Saba, do not be afraid]</w:t>
      </w:r>
    </w:p>
    <w:p>
      <w:r>
        <w:t>Amen, amen, amen, amen</w:t>
      </w:r>
    </w:p>
    <w:p>
      <w:r>
        <w:t>[Amen, all the best.. Saba, Hashem should guard you in the merit of Rabbainu "Na Naḥ Naḥma Naḥman MayUman"</w:t>
      </w:r>
    </w:p>
    <w:p>
      <w:r>
        <w:t>It was very difficult for me to descend to you, my precious student</w:t>
      </w:r>
    </w:p>
    <w:p>
      <w:r>
        <w:t>To tell you that I greatly enjoyed your service, and concerning you I said</w:t>
      </w:r>
    </w:p>
    <w:p>
      <w:r>
        <w:t>My little fire will smolder until Mashiach comes; be strong and courageous in your service</w:t>
      </w:r>
    </w:p>
    <w:p>
      <w:r>
        <w:t>"Na Naḥ Naḥma Naḥman MayUman"</w:t>
      </w:r>
    </w:p>
    <w:p>
      <w:r>
        <w:t>And with this I will reveal a secret to you, and it is full and overflowing from end to end, PaTz PaTz YaH</w:t>
      </w:r>
    </w:p>
    <w:p>
      <w:r>
        <w:t>And with the strengthening of service you will understand it; and the sign: the seventeenth of Tammuz, they will say that you are not fasting</w:t>
      </w:r>
    </w:p>
    <w:p>
      <w:r>
        <w:t>The merit of Rabbainu "Na Naḥ Naḥma Naḥman MayUman" should give you length of days and good years]</w:t>
      </w:r>
    </w:p>
    <w:p>
      <w:r>
        <w:t>Amen</w:t>
      </w:r>
    </w:p>
    <w:p>
      <w:r>
        <w:t>[And may you merit to live until the coming of our righteous Mashiach, and until.. and until.. and until.. all the best, Saba..]</w:t>
      </w:r>
    </w:p>
    <w:p>
      <w:r>
        <w:t>Amen</w:t>
      </w:r>
    </w:p>
    <w:p>
      <w:r>
        <w:t>[Goodbye, feel well, Saba, with Hashem's help, all the best]</w:t>
      </w:r>
    </w:p>
    <w:p>
      <w:r>
        <w:t>Amen</w:t>
      </w:r>
    </w:p>
    <w:p>
      <w:r>
        <w:t>[Have a good trip, goodbye]</w:t>
      </w:r>
    </w:p>
    <w:p>
      <w:r>
        <w:t>[Be strong and courageous]</w:t>
      </w:r>
    </w:p>
    <w:p>
      <w:r>
        <w:t>Do not forget me, ah..</w:t>
      </w:r>
    </w:p>
    <w:p>
      <w:r>
        <w:t>[It is impossible to forget you, Saba]</w:t>
      </w:r>
    </w:p>
    <w:p>
      <w:r>
        <w:t>Avraham Nassan</w:t>
      </w:r>
    </w:p>
    <w:p>
      <w:r>
        <w:t>[Yes, yes]</w:t>
      </w:r>
    </w:p>
    <w:p>
      <w:r>
        <w:t>Do not forget me</w:t>
      </w:r>
    </w:p>
    <w:p>
      <w:r>
        <w:t>[We cannot forget you, Saba, so much.., it is impossible to forget you]</w:t>
      </w:r>
    </w:p>
    <w:p>
      <w:r>
        <w:t>Ah</w:t>
      </w:r>
    </w:p>
    <w:p>
      <w:r>
        <w:t>[Whoever touched you, he can no longer forget, whoever touched you a little, he cannot forget.. I think tomorrow I am coming to play at the..wedding]…</w:t>
      </w:r>
    </w:p>
    <w:p>
      <w:r>
        <w:t>...[He said, he saw what had been earlier..]</w:t>
      </w:r>
    </w:p>
    <w:p>
      <w:r>
        <w:t>{..}</w:t>
      </w:r>
    </w:p>
    <w:p>
      <w:r>
        <w:t>[He told me there was work..]</w:t>
      </w:r>
    </w:p>
    <w:p>
      <w:r>
        <w:t>[Yes]</w:t>
      </w:r>
    </w:p>
    <w:p>
      <w:r>
        <w:t>[Not so good..]</w:t>
      </w:r>
    </w:p>
    <w:p>
      <w:r>
        <w:t>[Right, right..]…</w:t>
      </w:r>
    </w:p>
    <w:p>
      <w:r>
        <w:t>...[Yes, Saba]</w:t>
      </w:r>
    </w:p>
    <w:p>
      <w:r>
        <w:t>Eh?</w:t>
      </w:r>
    </w:p>
    <w:p>
      <w:r>
        <w:t>[Yes]</w:t>
      </w:r>
    </w:p>
    <w:p>
      <w:r>
        <w:t>Who, who is this?</w:t>
      </w:r>
    </w:p>
    <w:p>
      <w:r>
        <w:t>[Dagan, Saba, Dagan, Yisroel Dagan]</w:t>
      </w:r>
    </w:p>
    <w:p>
      <w:r>
        <w:t>Ah, Dagan</w:t>
      </w:r>
    </w:p>
    <w:p>
      <w:r>
        <w:t>[Yes]…</w:t>
      </w:r>
    </w:p>
    <w:p>
      <w:r>
        <w:t>...[Wait, wait.. Yosef…….]</w:t>
      </w:r>
    </w:p>
    <w:p>
      <w:r>
        <w:t>[…….]</w:t>
      </w:r>
    </w:p>
    <w:p>
      <w:r>
        <w:t>[Yes, what he said..]…</w:t>
      </w:r>
    </w:p>
    <w:p>
      <w:r>
        <w:t>...{...more.. more..} until night {th.. that it should be..}</w:t>
      </w:r>
    </w:p>
    <w:p>
      <w:r>
        <w:t>[Do you want to be at my place until night?]</w:t>
      </w:r>
    </w:p>
    <w:p>
      <w:r>
        <w:t>{From all sides, f.. full}</w:t>
      </w:r>
    </w:p>
    <w:p>
      <w:r>
        <w:t>[What did he say?]</w:t>
      </w:r>
    </w:p>
    <w:p>
      <w:r>
        <w:t>Ah…</w:t>
      </w:r>
    </w:p>
    <w:p>
      <w:r>
        <w:t>...[Saba]</w:t>
      </w:r>
    </w:p>
    <w:p>
      <w:r>
        <w:t>To Tzfas?</w:t>
      </w:r>
    </w:p>
    <w:p>
      <w:r>
        <w:t>[Yes]</w:t>
      </w:r>
    </w:p>
    <w:p>
      <w:r>
        <w:t>[Saba, do you want to rest at my place? Saba]</w:t>
      </w:r>
    </w:p>
    <w:p>
      <w:r>
        <w:t>[Do you want to remain here in Bnei Brak?]</w:t>
      </w:r>
    </w:p>
    <w:p>
      <w:r>
        <w:t>Ah</w:t>
      </w:r>
    </w:p>
    <w:p>
      <w:r>
        <w:t>[All the things.., all the things are at home]</w:t>
      </w:r>
    </w:p>
    <w:p>
      <w:r>
        <w:t>[But he can rest, put on tefillin, I have, I have tefillin]</w:t>
      </w:r>
    </w:p>
    <w:p>
      <w:r>
        <w:t>[Do you want to remain here {in Tzfas}?]</w:t>
      </w:r>
    </w:p>
    <w:p>
      <w:r>
        <w:t>Eh?</w:t>
      </w:r>
    </w:p>
    <w:p>
      <w:r>
        <w:t>[In Bnei Brak?]</w:t>
      </w:r>
    </w:p>
    <w:p>
      <w:r>
        <w:t>{Perhaps}.. ah</w:t>
      </w:r>
    </w:p>
    <w:p>
      <w:r>
        <w:t>[All our things are in Tzfas]</w:t>
      </w:r>
    </w:p>
    <w:p>
      <w:r>
        <w:t>[Do you, do you want..]</w:t>
      </w:r>
    </w:p>
    <w:p>
      <w:r>
        <w:t>In Tzfas?</w:t>
      </w:r>
    </w:p>
    <w:p>
      <w:r>
        <w:t>[Yes, all the things, and I also want.., need to take ah..]</w:t>
      </w:r>
    </w:p>
    <w:p>
      <w:r>
        <w:t>[What, what will happen if you travel tomorrow..?]</w:t>
      </w:r>
    </w:p>
    <w:p>
      <w:r>
        <w:t>[I also need to take the guitar, tomorrow I need to play here at a wedding..]…</w:t>
      </w:r>
    </w:p>
    <w:p>
      <w:r>
        <w:t>...[Have a good trip, all the best]…</w:t>
      </w:r>
    </w:p>
    <w:p>
      <w:r>
        <w:t>...Where are we going?</w:t>
      </w:r>
    </w:p>
    <w:p>
      <w:r>
        <w:t>[We are going home, Saba, home]</w:t>
      </w:r>
    </w:p>
    <w:p>
      <w:r>
        <w:t>Home</w:t>
      </w:r>
    </w:p>
    <w:p>
      <w:r>
        <w:t>[Home, yes, t.., home, all right?]</w:t>
      </w:r>
    </w:p>
    <w:p>
      <w:r>
        <w:t>To you?</w:t>
      </w:r>
    </w:p>
    <w:p>
      <w:r>
        <w:t>[To me, yes, all right?]</w:t>
      </w:r>
    </w:p>
    <w:p>
      <w:r>
        <w:t>Good…</w:t>
      </w:r>
    </w:p>
    <w:p>
      <w:r>
        <w:t>...[He said that it came out well]</w:t>
      </w:r>
    </w:p>
    <w:p>
      <w:r>
        <w:t>{..}</w:t>
      </w:r>
    </w:p>
    <w:p>
      <w:r>
        <w:t>[Yes, tomorrow I, tomorrow I will come here]</w:t>
      </w:r>
    </w:p>
    <w:p>
      <w:r>
        <w:t>{Yes}</w:t>
      </w:r>
    </w:p>
    <w:p>
      <w:r>
        <w:t>[I will come alone]</w:t>
      </w:r>
    </w:p>
    <w:p>
      <w:r>
        <w:t>{Yes, here}</w:t>
      </w:r>
    </w:p>
    <w:p>
      <w:r>
        <w:t>[You will stay and rest]</w:t>
      </w:r>
    </w:p>
    <w:p>
      <w:r>
        <w:t>{Yes, wi..}.., together with me</w:t>
      </w:r>
    </w:p>
    <w:p>
      <w:r>
        <w:t>[No, it is a pity that you should travel a lot, it is far]</w:t>
      </w:r>
    </w:p>
    <w:p>
      <w:r>
        <w:t>{So}, it does not matter</w:t>
      </w:r>
    </w:p>
    <w:p>
      <w:r>
        <w:t>[It does not matter?]</w:t>
      </w:r>
    </w:p>
    <w:p>
      <w:r>
        <w:t>{You.., the doctor will examine me}</w:t>
      </w:r>
    </w:p>
    <w:p>
      <w:r>
        <w:t>[All right, all right]…</w:t>
      </w:r>
    </w:p>
    <w:p>
      <w:r>
        <w:t>...[I am coming straight away]</w:t>
      </w:r>
    </w:p>
    <w:p>
      <w:r>
        <w:t>[{..G]ood…}</w:t>
      </w:r>
    </w:p>
    <w:p>
      <w:r>
        <w:t>...[Yisroel Dagan sings:</w:t>
      </w:r>
    </w:p>
    <w:p>
      <w:r>
        <w:t>"How fortunate we are that we have such a Saba..</w:t>
      </w:r>
    </w:p>
    <w:p>
      <w:r>
        <w:t>He merited everything that the holy Rabbainu promised, with wholeheartedness and simplicity</w:t>
      </w:r>
    </w:p>
    <w:p>
      <w:r>
        <w:t>Yes, he merited what the holy Rabbainu promised his students</w:t>
      </w:r>
    </w:p>
    <w:p>
      <w:r>
        <w:t>How fortunate we are, how fortunate we are, how fortunate we are that we have such a Saba..</w:t>
      </w:r>
    </w:p>
    <w:p>
      <w:r>
        <w:t>Fewer years, still full of desires, but I do not despair</w:t>
      </w:r>
    </w:p>
    <w:p>
      <w:r>
        <w:t>Because I already have a friend who emerged from all the desires and nothing whatsoever remained of them</w:t>
      </w:r>
    </w:p>
    <w:p>
      <w:r>
        <w:t>How fortunate we are, how fortunate we are, how fortunate we are.."]</w:t>
      </w:r>
    </w:p>
    <w:p>
      <w:r>
        <w:t>Do you have liver?</w:t>
      </w:r>
    </w:p>
    <w:p>
      <w:r>
        <w:t>[At home, yes]</w:t>
      </w:r>
    </w:p>
    <w:p>
      <w:r>
        <w:t>At home</w:t>
      </w:r>
    </w:p>
    <w:p>
      <w:r>
        <w:t>[At home, at home, yes]</w:t>
      </w:r>
    </w:p>
    <w:p>
      <w:r>
        <w:t>[Yisroel Dagan continues singing:</w:t>
      </w:r>
    </w:p>
    <w:p>
      <w:r>
        <w:t>"How fortunate we are, how fortunate we are, how fortunate we are that we have such a Saba.."]</w:t>
      </w:r>
    </w:p>
    <w:p>
      <w:r>
        <w:t>Where is the house?</w:t>
      </w:r>
    </w:p>
    <w:p>
      <w:r>
        <w:t>[In Tzfas]</w:t>
      </w:r>
    </w:p>
    <w:p>
      <w:r>
        <w:t>Eh?</w:t>
      </w:r>
    </w:p>
    <w:p>
      <w:r>
        <w:t>[In Tzfas, Saba, the holy city of Tzfas]</w:t>
      </w:r>
    </w:p>
    <w:p>
      <w:r>
        <w:t>Tzfas?</w:t>
      </w:r>
    </w:p>
    <w:p>
      <w:r>
        <w:t>[Yes, yes.. all of Tzfas is waiting, all of Tzfas is waiting, they ask:</w:t>
      </w:r>
    </w:p>
    <w:p>
      <w:r>
        <w:t>"Where.. where is the joy? Where is the joy?", yes]</w:t>
      </w:r>
    </w:p>
    <w:p>
      <w:r>
        <w:t>[Yisroel Dagan continues singing:</w:t>
      </w:r>
    </w:p>
    <w:p>
      <w:r>
        <w:t>"How fortunate we are, how fortunate we are, how fortunate we are that we have such a Saba.."]</w:t>
      </w:r>
    </w:p>
    <w:p>
      <w:r>
        <w:t>[How is it possible without desires? Saba, in this world, without any desires, how is it possible?]</w:t>
      </w:r>
    </w:p>
    <w:p>
      <w:r>
        <w:t>[{Yes, in Tzfas}]</w:t>
      </w:r>
    </w:p>
    <w:p>
      <w:r>
        <w:t>[It is a wonder, a wonder, Saba.. what? What are you…...?]</w:t>
      </w:r>
    </w:p>
    <w:p>
      <w:r>
        <w:t>[No, he would make a motion like this…..]</w:t>
      </w:r>
    </w:p>
    <w:p>
      <w:r>
        <w:t>[What?]</w:t>
      </w:r>
    </w:p>
    <w:p>
      <w:r>
        <w:t>[He would make a motion with his hand]</w:t>
      </w:r>
    </w:p>
    <w:p>
      <w:r>
        <w:t>[What?]</w:t>
      </w:r>
    </w:p>
    <w:p>
      <w:r>
        <w:t>[He made.., makes a motion…. he would make a motion, like this, like this..]</w:t>
      </w:r>
    </w:p>
    <w:p>
      <w:r>
        <w:t>[…]</w:t>
      </w:r>
    </w:p>
    <w:p>
      <w:r>
        <w:t>[Like this ……]</w:t>
      </w:r>
    </w:p>
    <w:p>
      <w:r>
        <w:t>[With the hand?]</w:t>
      </w:r>
    </w:p>
    <w:p>
      <w:r>
        <w:t>[Yes, with the mouth]</w:t>
      </w:r>
    </w:p>
    <w:p>
      <w:r>
        <w:t>[What? I do not understand]</w:t>
      </w:r>
    </w:p>
    <w:p>
      <w:r>
        <w:t>[He made some motion with his hand]</w:t>
      </w:r>
    </w:p>
    <w:p>
      <w:r>
        <w:t>[What does it mean?]</w:t>
      </w:r>
    </w:p>
    <w:p>
      <w:r>
        <w:t>[I do not know, I do not know]</w:t>
      </w:r>
    </w:p>
    <w:p>
      <w:r>
        <w:t>Ah.. ah..</w:t>
      </w:r>
    </w:p>
    <w:p>
      <w:r>
        <w:t>[Good, lift it for him with.., back there, lift it for him]</w:t>
      </w:r>
    </w:p>
    <w:p>
      <w:r>
        <w:t>[Yes, ah, in the chair? But one needs to press the button, no?]</w:t>
      </w:r>
    </w:p>
    <w:p>
      <w:r>
        <w:t>[Yes, so…….]</w:t>
      </w:r>
    </w:p>
    <w:p>
      <w:r>
        <w:t>[………]</w:t>
      </w:r>
    </w:p>
    <w:p>
      <w:r>
        <w:t>[………]…</w:t>
      </w:r>
    </w:p>
    <w:p>
      <w:r>
        <w:t>...[{Do you want?} to raise the chair? Yes?]</w:t>
      </w:r>
    </w:p>
    <w:p>
      <w:r>
        <w:t>[…]</w:t>
      </w:r>
    </w:p>
    <w:p>
      <w:r>
        <w:t>[To raise the chair a little, do you want?]</w:t>
      </w:r>
    </w:p>
    <w:p>
      <w:r>
        <w:t>[….]</w:t>
      </w:r>
    </w:p>
    <w:p>
      <w:r>
        <w:t>Can you raise it?</w:t>
      </w:r>
    </w:p>
    <w:p>
      <w:r>
        <w:t>[Yes, yes….]</w:t>
      </w:r>
    </w:p>
    <w:p>
      <w:r>
        <w:t>{Yes}</w:t>
      </w:r>
    </w:p>
    <w:p>
      <w:r>
        <w:t>[….]…</w:t>
      </w:r>
    </w:p>
    <w:p>
      <w:r>
        <w:t>...[Yes, certainly, certainly, we are together, like this… together in my house..</w:t>
      </w:r>
    </w:p>
    <w:p>
      <w:r>
        <w:t>I have guests, you are my guests]</w:t>
      </w:r>
    </w:p>
    <w:p>
      <w:r>
        <w:t>{I can't hear}</w:t>
      </w:r>
    </w:p>
    <w:p>
      <w:r>
        <w:t>[You are my guests, there is food, there is, there is food, there is everything]</w:t>
      </w:r>
    </w:p>
    <w:p>
      <w:r>
        <w:t>Yes</w:t>
      </w:r>
    </w:p>
    <w:p>
      <w:r>
        <w:t>[Yes]</w:t>
      </w:r>
    </w:p>
    <w:p>
      <w:r>
        <w:t>[Yisroel Dagan sings:</w:t>
      </w:r>
    </w:p>
    <w:p>
      <w:r>
        <w:t>“Fortunate are we, fortunate are we, fortunate are we that we have such a Saba..”]</w:t>
      </w:r>
    </w:p>
    <w:p>
      <w:r>
        <w:t>[Fortunate are we, fortunate are we]…</w:t>
      </w:r>
    </w:p>
    <w:p>
      <w:r>
        <w:t>...{Good}</w:t>
      </w:r>
    </w:p>
    <w:p>
      <w:r>
        <w:t>[Raise it?]</w:t>
      </w:r>
    </w:p>
    <w:p>
      <w:r>
        <w:t>{Slowly, slowly}…</w:t>
      </w:r>
    </w:p>
    <w:p>
      <w:r>
        <w:t>...[Yisroel Dagan sings:</w:t>
      </w:r>
    </w:p>
    <w:p>
      <w:r>
        <w:t>“Fortunate are we, fortunate are we, fortunate are we..”]</w:t>
      </w:r>
    </w:p>
    <w:p>
      <w:r>
        <w:t>{..}</w:t>
      </w:r>
    </w:p>
    <w:p>
      <w:r>
        <w:t>[Yes, Saba]</w:t>
      </w:r>
    </w:p>
    <w:p>
      <w:r>
        <w:t>This is very fast, be more {..} low</w:t>
      </w:r>
    </w:p>
    <w:p>
      <w:r>
        <w:t>[I am not driving fast]</w:t>
      </w:r>
    </w:p>
    <w:p>
      <w:r>
        <w:t>Eh?</w:t>
      </w:r>
    </w:p>
    <w:p>
      <w:r>
        <w:t>[I am not fast, drive more slowly? Slowly? Is it all right like this?]…</w:t>
      </w:r>
    </w:p>
    <w:p>
      <w:r>
        <w:t>...[Yisroel Dagan sings:</w:t>
      </w:r>
    </w:p>
    <w:p>
      <w:r>
        <w:t>“Fortunate are we, fortunate are we, fortunate are we that we have such a Saba..”]…</w:t>
      </w:r>
    </w:p>
    <w:p>
      <w:r>
        <w:t>...{The.. the..}, {I am sick from this}</w:t>
      </w:r>
    </w:p>
    <w:p>
      <w:r>
        <w:t>[From what? Saba, from what?]</w:t>
      </w:r>
    </w:p>
    <w:p>
      <w:r>
        <w:t>{Ah}…</w:t>
      </w:r>
    </w:p>
    <w:p>
      <w:r>
        <w:t>...[The friends sing a melody]</w:t>
      </w:r>
    </w:p>
    <w:p>
      <w:r>
        <w:t>Where are we going?</w:t>
      </w:r>
    </w:p>
    <w:p>
      <w:r>
        <w:t>[To my house]</w:t>
      </w:r>
    </w:p>
    <w:p>
      <w:r>
        <w:t>{Where…}, where is it?</w:t>
      </w:r>
    </w:p>
    <w:p>
      <w:r>
        <w:t>[In Tzfas, to Tzfas, Saba, to Tzfas]</w:t>
      </w:r>
    </w:p>
    <w:p>
      <w:r>
        <w:t>Tzfas</w:t>
      </w:r>
    </w:p>
    <w:p>
      <w:r>
        <w:t>[Yes.. all the things, all the.., all your things are at my house</w:t>
      </w:r>
    </w:p>
    <w:p>
      <w:r>
        <w:t>{..}[Everything, the bed and the table and the chair]…{..}[Everything, the bed and the table and the chair]…all the things, the suitcase and the tallis and the tefillin, everything is there in the house…. the bed..]</w:t>
      </w:r>
    </w:p>
    <w:p>
      <w:r>
        <w:t>{..}</w:t>
      </w:r>
    </w:p>
    <w:p>
      <w:r>
        <w:t>[Everything, the bed and the table and the chair]…</w:t>
      </w:r>
    </w:p>
    <w:p>
      <w:r>
        <w:t>{..}</w:t>
      </w:r>
    </w:p>
    <w:p>
      <w:r>
        <w:t>[Everything, the bed and the table and the chair]…</w:t>
      </w:r>
    </w:p>
    <w:p>
      <w:r>
        <w:t>...[The friends sing a melody] Do you have a piece of liver?</w:t>
      </w:r>
    </w:p>
    <w:p>
      <w:r>
        <w:t>[Yes, yes, yes]</w:t>
      </w:r>
    </w:p>
    <w:p>
      <w:r>
        <w:t>{Can you give me}</w:t>
      </w:r>
    </w:p>
    <w:p>
      <w:r>
        <w:t>[Yes, at home, at home]</w:t>
      </w:r>
    </w:p>
    <w:p>
      <w:r>
        <w:t>At home?</w:t>
      </w:r>
    </w:p>
    <w:p>
      <w:r>
        <w:t>[Yes, yes, certainly, with great joy, with joy, with love]…</w:t>
      </w:r>
    </w:p>
    <w:p>
      <w:r>
        <w:t>...Th.. he needs {to decide}, to fight for me</w:t>
      </w:r>
    </w:p>
    <w:p>
      <w:r>
        <w:t>I am the king, and he needs, needs {to know} that I am the king</w:t>
      </w:r>
    </w:p>
    <w:p>
      <w:r>
        <w:t>{{...}}</w:t>
      </w:r>
    </w:p>
    <w:p>
      <w:r>
        <w:t>[That you are the king? Saba]</w:t>
      </w:r>
    </w:p>
    <w:p>
      <w:r>
        <w:t>Eh?</w:t>
      </w:r>
    </w:p>
    <w:p>
      <w:r>
        <w:t>[That you are the king? Saba]</w:t>
      </w:r>
    </w:p>
    <w:p>
      <w:r>
        <w:t>Yes, yes, yes</w:t>
      </w:r>
    </w:p>
    <w:p>
      <w:r>
        <w:t>And he needs to accept it, {..}</w:t>
      </w:r>
    </w:p>
    <w:p>
      <w:r>
        <w:t>[Who?]</w:t>
      </w:r>
    </w:p>
    <w:p>
      <w:r>
        <w:t>Eh?</w:t>
      </w:r>
    </w:p>
    <w:p>
      <w:r>
        <w:t>[Who needs to?]</w:t>
      </w:r>
    </w:p>
    <w:p>
      <w:r>
        <w:t>David</w:t>
      </w:r>
    </w:p>
    <w:p>
      <w:r>
        <w:t>[Yes? Saba]</w:t>
      </w:r>
    </w:p>
    <w:p>
      <w:r>
        <w:t>Yes</w:t>
      </w:r>
    </w:p>
    <w:p>
      <w:r>
        <w:t>[And how will this thing be done? Saba]</w:t>
      </w:r>
    </w:p>
    <w:p>
      <w:r>
        <w:t>Eh?</w:t>
      </w:r>
    </w:p>
    <w:p>
      <w:r>
        <w:t>[And how will this thing be done?]</w:t>
      </w:r>
    </w:p>
    <w:p>
      <w:r>
        <w:t>{There is what}</w:t>
      </w:r>
    </w:p>
    <w:p>
      <w:r>
        <w:t>[H.. how can such a thing be done? Saba]</w:t>
      </w:r>
    </w:p>
    <w:p>
      <w:r>
        <w:t>{..}, {{. .}}, I am only telling you briefly {{….}} that I am the king</w:t>
      </w:r>
    </w:p>
    <w:p>
      <w:r>
        <w:t>And everyone {needs, needs} to accept it</w:t>
      </w:r>
    </w:p>
    <w:p>
      <w:r>
        <w:t>[….]</w:t>
      </w:r>
    </w:p>
    <w:p>
      <w:r>
        <w:t>The whole {{.}}, the whole country and all the ministers need to accept that I am the king</w:t>
      </w:r>
    </w:p>
    <w:p>
      <w:r>
        <w:t>[Yes]</w:t>
      </w:r>
    </w:p>
    <w:p>
      <w:r>
        <w:t>Ah..</w:t>
      </w:r>
    </w:p>
    <w:p>
      <w:r>
        <w:t>{Ah}, bring me, {..} David, I want to speak with him, we are in great danger</w:t>
      </w:r>
    </w:p>
    <w:p>
      <w:r>
        <w:t>I am the king, and everyone needs to accept it…</w:t>
      </w:r>
    </w:p>
    <w:p>
      <w:r>
        <w:t>...[Which David? Which David needs to come?]</w:t>
      </w:r>
    </w:p>
    <w:p>
      <w:r>
        <w:t>David Abudra, David..</w:t>
      </w:r>
    </w:p>
    <w:p>
      <w:r>
        <w:t>[Yes, he will come tomorrow]</w:t>
      </w:r>
    </w:p>
    <w:p>
      <w:r>
        <w:t>He will come tomorrow?</w:t>
      </w:r>
    </w:p>
    <w:p>
      <w:r>
        <w:t>[Yes]</w:t>
      </w:r>
    </w:p>
    <w:p>
      <w:r>
        <w:t>To me?</w:t>
      </w:r>
    </w:p>
    <w:p>
      <w:r>
        <w:t>[Yes, with God's help, yes]</w:t>
      </w:r>
    </w:p>
    <w:p>
      <w:r>
        <w:t>{Ah, this.. already, ah..}</w:t>
      </w:r>
    </w:p>
    <w:p>
      <w:r>
        <w:t>[But Rebbe.. yes]</w:t>
      </w:r>
    </w:p>
    <w:p>
      <w:r>
        <w:t>I am the king</w:t>
      </w:r>
    </w:p>
    <w:p>
      <w:r>
        <w:t>[Yes, yes]</w:t>
      </w:r>
    </w:p>
    <w:p>
      <w:r>
        <w:t>And David needs to accept it</w:t>
      </w:r>
    </w:p>
    <w:p>
      <w:r>
        <w:t>[But he knows, he knows..]</w:t>
      </w:r>
    </w:p>
    <w:p>
      <w:r>
        <w:t>Eh?</w:t>
      </w:r>
    </w:p>
    <w:p>
      <w:r>
        <w:t>[He knows it, he already knows it]</w:t>
      </w:r>
    </w:p>
    <w:p>
      <w:r>
        <w:t>He..</w:t>
      </w:r>
    </w:p>
    <w:p>
      <w:r>
        <w:t>[He, he accepts it, I think]</w:t>
      </w:r>
    </w:p>
    <w:p>
      <w:r>
        <w:t>Accepts it?</w:t>
      </w:r>
    </w:p>
    <w:p>
      <w:r>
        <w:t>[I think, yes]</w:t>
      </w:r>
    </w:p>
    <w:p>
      <w:r>
        <w:t>{Yes}</w:t>
      </w:r>
    </w:p>
    <w:p>
      <w:r>
        <w:t>[He, he knows it]</w:t>
      </w:r>
    </w:p>
    <w:p>
      <w:r>
        <w:t>Yes</w:t>
      </w:r>
    </w:p>
    <w:p>
      <w:r>
        <w:t>{Yes}</w:t>
      </w:r>
    </w:p>
    <w:p>
      <w:r>
        <w:t>{..}</w:t>
      </w:r>
    </w:p>
    <w:p>
      <w:r>
        <w:t>[As far as I know, he.. he knows it]</w:t>
      </w:r>
    </w:p>
    <w:p>
      <w:r>
        <w:t>{..}..</w:t>
      </w:r>
    </w:p>
    <w:p>
      <w:r>
        <w:t>He accepts it?</w:t>
      </w:r>
    </w:p>
    <w:p>
      <w:r>
        <w:t>[I think so, yes, if.., from what I know of him, he, he..]</w:t>
      </w:r>
    </w:p>
    <w:p>
      <w:r>
        <w:t>Eh?</w:t>
      </w:r>
    </w:p>
    <w:p>
      <w:r>
        <w:t>[As far as I know f.., as far as.., as far as I know, he accepts it</w:t>
      </w:r>
    </w:p>
    <w:p>
      <w:r>
        <w:t>As far as I know, yes]</w:t>
      </w:r>
    </w:p>
    <w:p>
      <w:r>
        <w:t>Ah, ah</w:t>
      </w:r>
    </w:p>
    <w:p>
      <w:r>
        <w:t>[I think so</w:t>
      </w:r>
    </w:p>
    <w:p>
      <w:r>
        <w:t>Rebbe Yisroel, what does it mean to accept it? What does that mean? How to accept it?]</w:t>
      </w:r>
    </w:p>
    <w:p>
      <w:r>
        <w:t>That I am the king</w:t>
      </w:r>
    </w:p>
    <w:p>
      <w:r>
        <w:t>[Yes? Yes, all right, I accept, I accept it]</w:t>
      </w:r>
    </w:p>
    <w:p>
      <w:r>
        <w:t>Accept?</w:t>
      </w:r>
    </w:p>
    <w:p>
      <w:r>
        <w:t>[Yes, with God's help]</w:t>
      </w:r>
    </w:p>
    <w:p>
      <w:r>
        <w:t>[…]…</w:t>
      </w:r>
    </w:p>
    <w:p>
      <w:r>
        <w:t>...[Rebbe Yisroel, f.. from when are you, are you the king? From when?]</w:t>
      </w:r>
    </w:p>
    <w:p>
      <w:r>
        <w:t>Eh?</w:t>
      </w:r>
    </w:p>
    <w:p>
      <w:r>
        <w:t>[…]…</w:t>
      </w:r>
    </w:p>
    <w:p>
      <w:r>
        <w:t>...I.. I am the king</w:t>
      </w:r>
    </w:p>
    <w:p>
      <w:r>
        <w:t>[Yes, from when? From when? For a long time?]</w:t>
      </w:r>
    </w:p>
    <w:p>
      <w:r>
        <w:t>{Yes}, for a long time.. {..} {that I revealed} it, that I said it</w:t>
      </w:r>
    </w:p>
    <w:p>
      <w:r>
        <w:t>[Yes, from now]</w:t>
      </w:r>
    </w:p>
    <w:p>
      <w:r>
        <w:t>{..}…</w:t>
      </w:r>
    </w:p>
    <w:p>
      <w:r>
        <w:t>...[Rabbainu gave you the kingship?]</w:t>
      </w:r>
    </w:p>
    <w:p>
      <w:r>
        <w:t>Eh?</w:t>
      </w:r>
    </w:p>
    <w:p>
      <w:r>
        <w:t>[Did you receive the.. kingship from Rabbainu? The kingship, did you receive it from Rabbainu?]</w:t>
      </w:r>
    </w:p>
    <w:p>
      <w:r>
        <w:t>{Ah, before, ah..}</w:t>
      </w:r>
    </w:p>
    <w:p>
      <w:r>
        <w:t>This is a {I.., I} true thing</w:t>
      </w:r>
    </w:p>
    <w:p>
      <w:r>
        <w:t>[Yes, yes, yes]</w:t>
      </w:r>
    </w:p>
    <w:p>
      <w:r>
        <w:t>It is {{….}}, {{….}} that I am the king</w:t>
      </w:r>
    </w:p>
    <w:p>
      <w:r>
        <w:t>Everyone needs to accept it, {that is how it is}, because that is how it is</w:t>
      </w:r>
    </w:p>
    <w:p>
      <w:r>
        <w:t>But, ah.. {..}, I.. we need..</w:t>
      </w:r>
    </w:p>
    <w:p>
      <w:r>
        <w:t>We need to accept it, to believe in it…</w:t>
      </w:r>
    </w:p>
    <w:p>
      <w:r>
        <w:t>...{Who, no..}..</w:t>
      </w:r>
    </w:p>
    <w:p>
      <w:r>
        <w:t>I am the king {and everyone} needs to bow down</w:t>
      </w:r>
    </w:p>
    <w:p>
      <w:r>
        <w:t>All the ministers {{. .}} and everyone needs to accept it {it}.. that is how it will be…</w:t>
      </w:r>
    </w:p>
    <w:p>
      <w:r>
        <w:t>...What is his name? {{...}} David.. David.. Budra..</w:t>
      </w:r>
    </w:p>
    <w:p>
      <w:r>
        <w:t>[Yes, yes]</w:t>
      </w:r>
    </w:p>
    <w:p>
      <w:r>
        <w:t>[Budra, yes]</w:t>
      </w:r>
    </w:p>
    <w:p>
      <w:r>
        <w:t>Eh?</w:t>
      </w:r>
    </w:p>
    <w:p>
      <w:r>
        <w:t>[Yes, Budra, yes, Budra, Budra]…</w:t>
      </w:r>
    </w:p>
    <w:p>
      <w:r>
        <w:t>...That is how it will be, I am the king, and everyone needs, needs to accept it…</w:t>
      </w:r>
    </w:p>
    <w:p>
      <w:r>
        <w:t>...[That you will be king over all of Israel?]</w:t>
      </w:r>
    </w:p>
    <w:p>
      <w:r>
        <w:t>Yes…</w:t>
      </w:r>
    </w:p>
    <w:p>
      <w:r>
        <w:t>...What time is it?</w:t>
      </w:r>
    </w:p>
    <w:p>
      <w:r>
        <w:t>[Ah.. twelve, twelve at night]</w:t>
      </w:r>
    </w:p>
    <w:p>
      <w:r>
        <w:t>Yes?</w:t>
      </w:r>
    </w:p>
    <w:p>
      <w:r>
        <w:t>[Yes, Saba]</w:t>
      </w:r>
    </w:p>
    <w:p>
      <w:r>
        <w:t>{…}…</w:t>
      </w:r>
    </w:p>
    <w:p>
      <w:r>
        <w:t>...[Ah.. Saba, a.. and when will you reveal to everyone that you are the king? Saba]</w:t>
      </w:r>
    </w:p>
    <w:p>
      <w:r>
        <w:t>What? I don't.., don't understand, what did you say? What are you saying?</w:t>
      </w:r>
    </w:p>
    <w:p>
      <w:r>
        <w:t>[When will you reveal to everyone that you are the king?]</w:t>
      </w:r>
    </w:p>
    <w:p>
      <w:r>
        <w:t>Eh?</w:t>
      </w:r>
    </w:p>
    <w:p>
      <w:r>
        <w:t>[When will you reveal to everyone th.. so everyone will know that you are the king and everyone accepts that you are the king] And that is how it will be…</w:t>
      </w:r>
    </w:p>
    <w:p>
      <w:r>
        <w:t>...[Saba..]</w:t>
      </w:r>
    </w:p>
    <w:p>
      <w:r>
        <w:t>Eh?</w:t>
      </w:r>
    </w:p>
    <w:p>
      <w:r>
        <w:t>[In the near future?]</w:t>
      </w:r>
    </w:p>
    <w:p>
      <w:r>
        <w:t>There is what?</w:t>
      </w:r>
    </w:p>
    <w:p>
      <w:r>
        <w:t>[In the near future? Soon?]</w:t>
      </w:r>
    </w:p>
    <w:p>
      <w:r>
        <w:t>{{Ah.. ah..}} Yes, it will be soon, yes</w:t>
      </w:r>
    </w:p>
    <w:p>
      <w:r>
        <w:t>{Yes}…</w:t>
      </w:r>
    </w:p>
    <w:p>
      <w:r>
        <w:t>...[Saba, the.. the note, this, this is the..</w:t>
      </w:r>
    </w:p>
    <w:p>
      <w:r>
        <w:t>How do you say, confirmation that this is the king {…}, this..]</w:t>
      </w:r>
    </w:p>
    <w:p>
      <w:r>
        <w:t>[Proof]</w:t>
      </w:r>
    </w:p>
    <w:p>
      <w:r>
        <w:t>[This is the pro..]</w:t>
      </w:r>
    </w:p>
    <w:p>
      <w:r>
        <w:t>[Proof]</w:t>
      </w:r>
    </w:p>
    <w:p>
      <w:r>
        <w:t>[Proof, what is that, what does that mean, no, I don't want to say proof</w:t>
      </w:r>
    </w:p>
    <w:p>
      <w:r>
        <w:t>It is confirmation that you are the king? Saba]</w:t>
      </w:r>
    </w:p>
    <w:p>
      <w:r>
        <w:t>{Yes}</w:t>
      </w:r>
    </w:p>
    <w:p>
      <w:r>
        <w:t>[And the note is as if it were the crown?]</w:t>
      </w:r>
    </w:p>
    <w:p>
      <w:r>
        <w:t>Eh?</w:t>
      </w:r>
    </w:p>
    <w:p>
      <w:r>
        <w:t>[The note is the crown]</w:t>
      </w:r>
    </w:p>
    <w:p>
      <w:r>
        <w:t>The note..?</w:t>
      </w:r>
    </w:p>
    <w:p>
      <w:r>
        <w:t>[This, this is the crown, the crown of kingship, this is the note]</w:t>
      </w:r>
    </w:p>
    <w:p>
      <w:r>
        <w:t>The crown?</w:t>
      </w:r>
    </w:p>
    <w:p>
      <w:r>
        <w:t>[Yes.. that you are the king, you received from.. from Rabbainu, that you are the king]…</w:t>
      </w:r>
    </w:p>
    <w:p>
      <w:r>
        <w:t>...(..)…</w:t>
      </w:r>
    </w:p>
    <w:p>
      <w:r>
        <w:t>...[Saba]</w:t>
      </w:r>
    </w:p>
    <w:p>
      <w:r>
        <w:t>Eh?</w:t>
      </w:r>
    </w:p>
    <w:p>
      <w:r>
        <w:t>[You said that a war needs to be waged over this, th.. that everyone accepts that you are the king, Saba]</w:t>
      </w:r>
    </w:p>
    <w:p>
      <w:r>
        <w:t>That is how it will be</w:t>
      </w:r>
    </w:p>
    <w:p>
      <w:r>
        <w:t>[But it is necessary..]</w:t>
      </w:r>
    </w:p>
    <w:p>
      <w:r>
        <w:t>{What?}</w:t>
      </w:r>
    </w:p>
    <w:p>
      <w:r>
        <w:t>[Is it necessary to wage a.. war?]</w:t>
      </w:r>
    </w:p>
    <w:p>
      <w:r>
        <w:t>{..}…</w:t>
      </w:r>
    </w:p>
    <w:p>
      <w:r>
        <w:t>...What?</w:t>
      </w:r>
    </w:p>
    <w:p>
      <w:r>
        <w:t>[Will we wage war with prayers?]</w:t>
      </w:r>
    </w:p>
    <w:p>
      <w:r>
        <w:t>With..?</w:t>
      </w:r>
    </w:p>
    <w:p>
      <w:r>
        <w:t>[Prayers, prayers, prayers]</w:t>
      </w:r>
    </w:p>
    <w:p>
      <w:r>
        <w:t>With..?</w:t>
      </w:r>
    </w:p>
    <w:p>
      <w:r>
        <w:t>[Prayers, prayer]</w:t>
      </w:r>
    </w:p>
    <w:p>
      <w:r>
        <w:t>{With} prayer</w:t>
      </w:r>
    </w:p>
    <w:p>
      <w:r>
        <w:t>[Yes]</w:t>
      </w:r>
    </w:p>
    <w:p>
      <w:r>
        <w:t>{..}…</w:t>
      </w:r>
    </w:p>
    <w:p>
      <w:r>
        <w:t>...{{….}}…</w:t>
      </w:r>
    </w:p>
    <w:p>
      <w:r>
        <w:t>...[Maybe he did not want to]</w:t>
      </w:r>
    </w:p>
    <w:p>
      <w:r>
        <w:t>Is there any for me?</w:t>
      </w:r>
    </w:p>
    <w:p>
      <w:r>
        <w:t>[Yes]</w:t>
      </w:r>
    </w:p>
    <w:p>
      <w:r>
        <w:t>{..}</w:t>
      </w:r>
    </w:p>
    <w:p>
      <w:r>
        <w:t>[Maybe]</w:t>
      </w:r>
    </w:p>
    <w:p>
      <w:r>
        <w:t>{..}</w:t>
      </w:r>
    </w:p>
    <w:p>
      <w:r>
        <w:t>Who is this?</w:t>
      </w:r>
    </w:p>
    <w:p>
      <w:r>
        <w:t>[Shimon, Shimon]</w:t>
      </w:r>
    </w:p>
    <w:p>
      <w:r>
        <w:t>Shimon</w:t>
      </w:r>
    </w:p>
    <w:p>
      <w:r>
        <w:t>[Yes]</w:t>
      </w:r>
    </w:p>
    <w:p>
      <w:r>
        <w:t>And you {..} did not sleep here</w:t>
      </w:r>
    </w:p>
    <w:p>
      <w:r>
        <w:t>[Yes, yes, I slept, I was in the room next to you, yes, Saba]</w:t>
      </w:r>
    </w:p>
    <w:p>
      <w:r>
        <w:t>In the room {next…}</w:t>
      </w:r>
    </w:p>
    <w:p>
      <w:r>
        <w:t>[Yes, i.. i.. in the living room, in the living room]</w:t>
      </w:r>
    </w:p>
    <w:p>
      <w:r>
        <w:t>You have a bed, and..</w:t>
      </w:r>
    </w:p>
    <w:p>
      <w:r>
        <w:t>[Yes, yes, thank God, yes, yes, yes, thank God, I had a bed, yes]</w:t>
      </w:r>
    </w:p>
    <w:p>
      <w:r>
        <w:t>Yes..</w:t>
      </w:r>
    </w:p>
    <w:p>
      <w:r>
        <w:t>{How much longer, ah, how much is there, ah, until morning?}</w:t>
      </w:r>
    </w:p>
    <w:p>
      <w:r>
        <w:t>[It is already morning, Saba]</w:t>
      </w:r>
    </w:p>
    <w:p>
      <w:r>
        <w:t>Eh?</w:t>
      </w:r>
    </w:p>
    <w:p>
      <w:r>
        <w:t>[It is already morning]</w:t>
      </w:r>
    </w:p>
    <w:p>
      <w:r>
        <w:t>Now?</w:t>
      </w:r>
    </w:p>
    <w:p>
      <w:r>
        <w:t>[Yes, yes, another, ah.. another twenty minutes is sunrise]</w:t>
      </w:r>
    </w:p>
    <w:p>
      <w:r>
        <w:t>Yes?</w:t>
      </w:r>
    </w:p>
    <w:p>
      <w:r>
        <w:t>[Yes, do you want to pray? Saba]</w:t>
      </w:r>
    </w:p>
    <w:p>
      <w:r>
        <w:t>Eh?</w:t>
      </w:r>
    </w:p>
    <w:p>
      <w:r>
        <w:t>[Or how, however you, however you want, Saba]</w:t>
      </w:r>
    </w:p>
    <w:p>
      <w:r>
        <w:t>{…}, what day is today?</w:t>
      </w:r>
    </w:p>
    <w:p>
      <w:r>
        <w:t>[Thursday, Thursday]</w:t>
      </w:r>
    </w:p>
    <w:p>
      <w:r>
        <w:t>{Thursday}</w:t>
      </w:r>
    </w:p>
    <w:p>
      <w:r>
        <w:t>I am very sorry, that he did not come, ah.. Dagan</w:t>
      </w:r>
    </w:p>
    <w:p>
      <w:r>
        <w:t>[Ah, ah]</w:t>
      </w:r>
    </w:p>
    <w:p>
      <w:r>
        <w:t>[But I think th.. that he needs to pray and after that he, he travels]</w:t>
      </w:r>
    </w:p>
    <w:p>
      <w:r>
        <w:t>He..?</w:t>
      </w:r>
    </w:p>
    <w:p>
      <w:r>
        <w:t>[I.. I.. I think that he f.., th.. th.. that he needs.., that he prays in Bnei Brak and afterward he will come]</w:t>
      </w:r>
    </w:p>
    <w:p>
      <w:r>
        <w:t>Afterward he will come?</w:t>
      </w:r>
    </w:p>
    <w:p>
      <w:r>
        <w:t>[Yes, I think, perhaps he will come.. straight away, and then he prays here, I don't know</w:t>
      </w:r>
    </w:p>
    <w:p>
      <w:r>
        <w:t>Because there was against i.. at night and..]</w:t>
      </w:r>
    </w:p>
    <w:p>
      <w:r>
        <w:t>Eh?</w:t>
      </w:r>
    </w:p>
    <w:p>
      <w:r>
        <w:t>[And apparently he did not, he is embarrassed to ask you for the car, so he traveled by Egged] No, for me, for the teeth</w:t>
      </w:r>
    </w:p>
    <w:p>
      <w:r>
        <w:t>Oy…</w:t>
      </w:r>
    </w:p>
    <w:p>
      <w:r>
        <w:t>...{…}</w:t>
      </w:r>
    </w:p>
    <w:p>
      <w:r>
        <w:t>This.. for the teeth it is good, it is {for me} {he can no longer, what, what, there is a guest……} Oy…</w:t>
      </w:r>
    </w:p>
    <w:p>
      <w:r>
        <w:t>...{Perhaps outside}</w:t>
      </w:r>
    </w:p>
    <w:p>
      <w:r>
        <w:t>[Yes, Saba]</w:t>
      </w:r>
    </w:p>
    <w:p>
      <w:r>
        <w:t>{..}</w:t>
      </w:r>
    </w:p>
    <w:p>
      <w:r>
        <w:t>[Everything is for Rabbainu]</w:t>
      </w:r>
    </w:p>
    <w:p>
      <w:r>
        <w:t>{Yes, certainly, ah.. ah..}…</w:t>
      </w:r>
    </w:p>
    <w:p>
      <w:r>
        <w:t>...{…}</w:t>
      </w:r>
    </w:p>
    <w:p>
      <w:r>
        <w:t>Did he go to bring the teeth?</w:t>
      </w:r>
    </w:p>
    <w:p>
      <w:r>
        <w:t>Maybe he took the.. my car?</w:t>
      </w:r>
    </w:p>
    <w:p>
      <w:r>
        <w:t>How do you know that he did not take the car?</w:t>
      </w:r>
    </w:p>
    <w:p>
      <w:r>
        <w:t>[Ah..]</w:t>
      </w:r>
    </w:p>
    <w:p>
      <w:r>
        <w:t>Eh?</w:t>
      </w:r>
    </w:p>
    <w:p>
      <w:r>
        <w:t>[I don't know]</w:t>
      </w:r>
    </w:p>
    <w:p>
      <w:r>
        <w:t>Is he here?</w:t>
      </w:r>
    </w:p>
    <w:p>
      <w:r>
        <w:t>[How can I tell you……]</w:t>
      </w:r>
    </w:p>
    <w:p>
      <w:r>
        <w:t>{The car?}</w:t>
      </w:r>
    </w:p>
    <w:p>
      <w:r>
        <w:t>[I said, I said]</w:t>
      </w:r>
    </w:p>
    <w:p>
      <w:r>
        <w:t>[Shimon told me that he did not take the car]</w:t>
      </w:r>
    </w:p>
    <w:p>
      <w:r>
        <w:t>Eh?</w:t>
      </w:r>
    </w:p>
    <w:p>
      <w:r>
        <w:t>[Shimon told me that he did not take the car]</w:t>
      </w:r>
    </w:p>
    <w:p>
      <w:r>
        <w:t>Shimon..?</w:t>
      </w:r>
    </w:p>
    <w:p>
      <w:r>
        <w:t>[Shimon told me..]</w:t>
      </w:r>
    </w:p>
    <w:p>
      <w:r>
        <w:t>Ah, ah..</w:t>
      </w:r>
    </w:p>
    <w:p>
      <w:r>
        <w:t>[That Yisroel did not take the car]</w:t>
      </w:r>
    </w:p>
    <w:p>
      <w:r>
        <w:t>Ah</w:t>
      </w:r>
    </w:p>
    <w:p>
      <w:r>
        <w:t>[………..wedding]</w:t>
      </w:r>
    </w:p>
    <w:p>
      <w:r>
        <w:t>[He knows, you can say it again]</w:t>
      </w:r>
    </w:p>
    <w:p>
      <w:r>
        <w:t>[Because, because, because he also went for the wedding.. of yesterday..]</w:t>
      </w:r>
    </w:p>
    <w:p>
      <w:r>
        <w:t>{That he.., yes}</w:t>
      </w:r>
    </w:p>
    <w:p>
      <w:r>
        <w:t>[Ah, to play]</w:t>
      </w:r>
    </w:p>
    <w:p>
      <w:r>
        <w:t>{….}</w:t>
      </w:r>
    </w:p>
    <w:p>
      <w:r>
        <w:t>[Yes, but also]</w:t>
      </w:r>
    </w:p>
    <w:p>
      <w:r>
        <w:t>{So he said, he needs the car}</w:t>
      </w:r>
    </w:p>
    <w:p>
      <w:r>
        <w:t>{Will he be here? There?}</w:t>
      </w:r>
    </w:p>
    <w:p>
      <w:r>
        <w:t>[..]</w:t>
      </w:r>
    </w:p>
    <w:p>
      <w:r>
        <w:t>Does he know how to drive?</w:t>
      </w:r>
    </w:p>
    <w:p>
      <w:r>
        <w:t>[Yes, he knows]</w:t>
      </w:r>
    </w:p>
    <w:p>
      <w:r>
        <w:t>{……………..unclear…………….}...</w:t>
      </w:r>
    </w:p>
    <w:p>
      <w:r>
        <w:t>...{Shimon, Shimon is here}</w:t>
      </w:r>
    </w:p>
    <w:p>
      <w:r>
        <w:t>[Yes]…</w:t>
      </w:r>
    </w:p>
    <w:p>
      <w:r>
        <w:t>...{………………...unclear………..}…</w:t>
      </w:r>
    </w:p>
    <w:p>
      <w:r>
        <w:t>...{Really}</w:t>
      </w:r>
    </w:p>
    <w:p>
      <w:r>
        <w:t>[Yes]…</w:t>
      </w:r>
    </w:p>
    <w:p>
      <w:r>
        <w:t>...To hear the playing of..</w:t>
      </w:r>
    </w:p>
    <w:p>
      <w:r>
        <w:t>[Dagan]</w:t>
      </w:r>
    </w:p>
    <w:p>
      <w:r>
        <w:t>Yes</w:t>
      </w:r>
    </w:p>
    <w:p>
      <w:r>
        <w:t>[Yes, Saba, me too]</w:t>
      </w:r>
    </w:p>
    <w:p>
      <w:r>
        <w:t>Yes</w:t>
      </w:r>
    </w:p>
    <w:p>
      <w:r>
        <w:t>[Yes, thank God]</w:t>
      </w:r>
    </w:p>
    <w:p>
      <w:r>
        <w:t>{He is all heart}</w:t>
      </w:r>
    </w:p>
    <w:p>
      <w:r>
        <w:t>All heart, he is, ah, truth</w:t>
      </w:r>
    </w:p>
    <w:p>
      <w:r>
        <w:t>Maybe he is angry {at me\perhaps}.. ah..{…}</w:t>
      </w:r>
    </w:p>
    <w:p>
      <w:r>
        <w:t>[No, Saba]</w:t>
      </w:r>
    </w:p>
    <w:p>
      <w:r>
        <w:t>Eh?</w:t>
      </w:r>
    </w:p>
    <w:p>
      <w:r>
        <w:t>[No, no]</w:t>
      </w:r>
    </w:p>
    <w:p>
      <w:r>
        <w:t>No?</w:t>
      </w:r>
    </w:p>
    <w:p>
      <w:r>
        <w:t>[No, Heaven forbid, he is very happy]</w:t>
      </w:r>
    </w:p>
    <w:p>
      <w:r>
        <w:t>Eh?</w:t>
      </w:r>
    </w:p>
    <w:p>
      <w:r>
        <w:t>[Yesterday he called, and he thanks you very much, Saba, that you gave him a lot] He called?</w:t>
      </w:r>
    </w:p>
    <w:p>
      <w:r>
        <w:t>[Yes, yesterday a..]</w:t>
      </w:r>
    </w:p>
    <w:p>
      <w:r>
        <w:t>Yesterday..</w:t>
      </w:r>
    </w:p>
    <w:p>
      <w:r>
        <w:t>[I.. in the evening, at night, at eleven, twelve]</w:t>
      </w:r>
    </w:p>
    <w:p>
      <w:r>
        <w:t>At night?</w:t>
      </w:r>
    </w:p>
    <w:p>
      <w:r>
        <w:t>[Yes]</w:t>
      </w:r>
    </w:p>
    <w:p>
      <w:r>
        <w:t>Which night? Thursday?</w:t>
      </w:r>
    </w:p>
    <w:p>
      <w:r>
        <w:t>[Yes]</w:t>
      </w:r>
    </w:p>
    <w:p>
      <w:r>
        <w:t>Eh?</w:t>
      </w:r>
    </w:p>
    <w:p>
      <w:r>
        <w:t>[Yes, Thursday, yes]</w:t>
      </w:r>
    </w:p>
    <w:p>
      <w:r>
        <w:t>He.. he called?</w:t>
      </w:r>
    </w:p>
    <w:p>
      <w:r>
        <w:t>[Yes]</w:t>
      </w:r>
    </w:p>
    <w:p>
      <w:r>
        <w:t>And said {for me}</w:t>
      </w:r>
    </w:p>
    <w:p>
      <w:r>
        <w:t>[Yes, he said that he thanks you very much, that you gave him a lot, Saba</w:t>
      </w:r>
    </w:p>
    <w:p>
      <w:r>
        <w:t>That you gave him much joy, much encouragement, yes]</w:t>
      </w:r>
    </w:p>
    <w:p>
      <w:r>
        <w:t>Yes?</w:t>
      </w:r>
    </w:p>
    <w:p>
      <w:r>
        <w:t>[Yes, thank God]</w:t>
      </w:r>
    </w:p>
    <w:p>
      <w:r>
        <w:t>I want to see him, {today, today…………..}…</w:t>
      </w:r>
    </w:p>
    <w:p>
      <w:r>
        <w:t>...He said, ah.. {it doesn't matter}</w:t>
      </w:r>
    </w:p>
    <w:p>
      <w:r>
        <w:t>[He told me, he, he said that he needs to return in the morning]</w:t>
      </w:r>
    </w:p>
    <w:p>
      <w:r>
        <w:t>Eh?</w:t>
      </w:r>
    </w:p>
    <w:p>
      <w:r>
        <w:t>[He said that he needs to return in the morning]</w:t>
      </w:r>
    </w:p>
    <w:p>
      <w:r>
        <w:t>That he…</w:t>
      </w:r>
    </w:p>
    <w:p>
      <w:r>
        <w:t>...{…..}</w:t>
      </w:r>
    </w:p>
    <w:p>
      <w:r>
        <w:t>[…]…</w:t>
      </w:r>
    </w:p>
    <w:p>
      <w:r>
        <w:t>...[Yes, that he should bless her too]…</w:t>
      </w:r>
    </w:p>
    <w:p>
      <w:r>
        <w:t>...[Yes, Saba]</w:t>
      </w:r>
    </w:p>
    <w:p>
      <w:r>
        <w:t>{She was} a very great righteous woman</w:t>
      </w:r>
    </w:p>
    <w:p>
      <w:r>
        <w:t>[That he should bless her too, that she should be righteous]</w:t>
      </w:r>
    </w:p>
    <w:p>
      <w:r>
        <w:t>{….}</w:t>
      </w:r>
    </w:p>
    <w:p>
      <w:r>
        <w:t>[That she too should be righteous, Sarah..]…</w:t>
      </w:r>
    </w:p>
    <w:p>
      <w:r>
        <w:t>...{There is no}, there is none in the world</w:t>
      </w:r>
    </w:p>
    <w:p>
      <w:r>
        <w:t>He knows the entire Shas by heart</w:t>
      </w:r>
    </w:p>
    <w:p>
      <w:r>
        <w:t>[Yes?]</w:t>
      </w:r>
    </w:p>
    <w:p>
      <w:r>
        <w:t>He does not need to review</w:t>
      </w:r>
    </w:p>
    <w:p>
      <w:r>
        <w:t>[Pshh..]</w:t>
      </w:r>
    </w:p>
    <w:p>
      <w:r>
        <w:t>He only sees {……….}</w:t>
      </w:r>
    </w:p>
    <w:p>
      <w:r>
        <w:t>Do you know about this?</w:t>
      </w:r>
    </w:p>
    <w:p>
      <w:r>
        <w:t>[Yes, I heard once, you told me, yes, yes, I heard about this, Saba, I heard about this, that he knows the entire Shas by heart, yes, that he knows the entire Shas by heart] Yes</w:t>
      </w:r>
    </w:p>
    <w:p>
      <w:r>
        <w:t>[Yes, and you also told me that he also knows Rabbainu's books.. very well..</w:t>
      </w:r>
    </w:p>
    <w:p>
      <w:r>
        <w:t>Rabbainu's books too, you told me]</w:t>
      </w:r>
    </w:p>
    <w:p>
      <w:r>
        <w:t>But, ah.. that is a matter unto itself, that is a matter.. {...}</w:t>
      </w:r>
    </w:p>
    <w:p>
      <w:r>
        <w:t>[Another, that is another matter]</w:t>
      </w:r>
    </w:p>
    <w:p>
      <w:r>
        <w:t>The matter of Rabbainu, of blessed memory, is a matter..</w:t>
      </w:r>
    </w:p>
    <w:p>
      <w:r>
        <w:t>To draw close to Rabbainu at every time, every.. {day}</w:t>
      </w:r>
    </w:p>
    <w:p>
      <w:r>
        <w:t>{Thank God}…</w:t>
      </w:r>
    </w:p>
    <w:p>
      <w:r>
        <w:t>...{...You will have ….. ask Tzipora}</w:t>
      </w:r>
    </w:p>
    <w:p>
      <w:r>
        <w:t>[Yes, Saba]</w:t>
      </w:r>
    </w:p>
    <w:p>
      <w:r>
        <w:t>{….}…</w:t>
      </w:r>
    </w:p>
    <w:sectPr w:rsidR="00FC693F" w:rsidRPr="0006063C" w:rsidSect="00034616">
      <w:footerReference w:type="default" r:id="rId9"/>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Times New Roman" w:hAnsi="Times New Roman"/>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